
<file path=[Content_Types].xml><?xml version="1.0" encoding="utf-8"?>
<Types xmlns="http://schemas.openxmlformats.org/package/2006/content-types">
  <Default Extension="jpeg" ContentType="image/jpeg"/>
  <Default Extension="json" ContentType="application/json"/>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doc" Type="http://schemas.openxmlformats.org/officeDocument/2006/relationships/json" Target="docProps/authors.json"/><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7F980" w14:textId="2239E36F" w:rsidR="009446D0" w:rsidRPr="00EB75F0" w:rsidRDefault="00F87787">
      <w:pPr>
        <w:pStyle w:val="Title"/>
        <w:spacing w:before="240" w:after="240"/>
        <w:rPr>
          <w:b w:val="0"/>
        </w:rPr>
      </w:pPr>
      <w:r w:rsidRPr="00F87787">
        <w:t xml:space="preserve">Systematic Review and Network Meta-Analysis of the Efficacy, Safety and Tolerability of </w:t>
      </w:r>
      <w:proofErr w:type="spellStart"/>
      <w:r w:rsidRPr="00F87787">
        <w:t>Xanomeline</w:t>
      </w:r>
      <w:proofErr w:type="spellEnd"/>
      <w:r w:rsidRPr="00F87787">
        <w:t xml:space="preserve"> plus </w:t>
      </w:r>
      <w:proofErr w:type="spellStart"/>
      <w:r w:rsidRPr="00F87787">
        <w:t>Trospium</w:t>
      </w:r>
      <w:proofErr w:type="spellEnd"/>
      <w:r w:rsidRPr="00F87787">
        <w:t xml:space="preserve"> Chloride Compared to Eight Oral Antipsychotics for the Acute Treatment of Schizophrenia</w:t>
      </w:r>
    </w:p>
    <w:p w14:paraId="4F7B8AC0" w14:textId="77777777" w:rsidR="009446D0" w:rsidRPr="00EB75F0" w:rsidRDefault="0084596B">
      <w:pPr>
        <w:pStyle w:val="Heading1"/>
        <w:ind w:left="720" w:hanging="720"/>
        <w:rPr>
          <w:b/>
          <w:sz w:val="24"/>
        </w:rPr>
      </w:pPr>
      <w:r w:rsidRPr="00EB75F0">
        <w:rPr>
          <w:b/>
          <w:sz w:val="24"/>
        </w:rPr>
        <w:t>Supplementary materials</w:t>
      </w:r>
    </w:p>
    <w:p w14:paraId="3B398B25" w14:textId="77777777" w:rsidR="009446D0" w:rsidRPr="00EB75F0" w:rsidRDefault="009446D0">
      <w:pPr>
        <w:pStyle w:val="ListParagraph"/>
        <w:numPr>
          <w:ilvl w:val="0"/>
          <w:numId w:val="16"/>
        </w:numPr>
        <w:sectPr w:rsidR="009446D0" w:rsidRPr="00EB75F0">
          <w:footerReference w:type="default" r:id="rId11"/>
          <w:footerReference w:type="first" r:id="rId12"/>
          <w:pgSz w:w="11906" w:h="16838"/>
          <w:pgMar w:top="1134" w:right="1134" w:bottom="1134" w:left="1134" w:header="567" w:footer="567" w:gutter="0"/>
          <w:cols w:space="708"/>
          <w:docGrid w:linePitch="360"/>
        </w:sectPr>
      </w:pPr>
    </w:p>
    <w:p w14:paraId="6486E70C" w14:textId="46A89F64" w:rsidR="00913A6B" w:rsidRPr="00EB75F0" w:rsidRDefault="00913A6B" w:rsidP="009C5C8E">
      <w:pPr>
        <w:pStyle w:val="Heading1"/>
        <w:numPr>
          <w:ilvl w:val="0"/>
          <w:numId w:val="17"/>
        </w:numPr>
        <w:tabs>
          <w:tab w:val="left" w:pos="1440"/>
        </w:tabs>
        <w:ind w:hanging="720"/>
        <w:jc w:val="both"/>
        <w:rPr>
          <w:b/>
          <w:color w:val="1E1E1E"/>
          <w:sz w:val="24"/>
        </w:rPr>
      </w:pPr>
      <w:bookmarkStart w:id="0" w:name="_Ref14317048"/>
      <w:bookmarkStart w:id="1" w:name="_Ref14368043"/>
      <w:bookmarkStart w:id="2" w:name="_Ref14347904"/>
      <w:bookmarkStart w:id="3" w:name="_Ref14535501"/>
      <w:bookmarkStart w:id="4" w:name="_Ref14785608"/>
      <w:bookmarkStart w:id="5" w:name="_Ref14489688"/>
      <w:bookmarkStart w:id="6" w:name="_Ref14442232"/>
      <w:bookmarkStart w:id="7" w:name="_Ref14219689"/>
      <w:bookmarkStart w:id="8" w:name="_Ref14220042"/>
      <w:bookmarkStart w:id="9" w:name="_Ref14951709"/>
      <w:bookmarkStart w:id="10" w:name="_Ref14572659"/>
      <w:bookmarkStart w:id="11" w:name="_Ref14959712"/>
      <w:bookmarkStart w:id="12" w:name="_Ref14472321"/>
      <w:bookmarkStart w:id="13" w:name="_Ref14941523"/>
      <w:bookmarkStart w:id="14" w:name="_Ref14652152"/>
      <w:bookmarkStart w:id="15" w:name="_Ref14605238"/>
      <w:bookmarkStart w:id="16" w:name="_Ref14818814"/>
      <w:bookmarkStart w:id="17" w:name="_Ref14503076"/>
      <w:bookmarkStart w:id="18" w:name="_Ref14913801"/>
      <w:r w:rsidRPr="00EB75F0">
        <w:rPr>
          <w:b/>
          <w:color w:val="1E1E1E"/>
          <w:sz w:val="24"/>
        </w:rPr>
        <w:lastRenderedPageBreak/>
        <w:t>PRISMA checklist</w:t>
      </w:r>
    </w:p>
    <w:p w14:paraId="485F2F1D" w14:textId="16AABC37" w:rsidR="00A41173" w:rsidRPr="00541089" w:rsidRDefault="00A41173" w:rsidP="00EE288E">
      <w:pPr>
        <w:pStyle w:val="Heading2"/>
        <w:rPr>
          <w:color w:val="000000"/>
        </w:rPr>
      </w:pPr>
      <w:r w:rsidRPr="00541089">
        <w:rPr>
          <w:color w:val="000000"/>
        </w:rPr>
        <w:t xml:space="preserve">Table </w:t>
      </w:r>
      <w:r w:rsidR="00EE288E" w:rsidRPr="00541089">
        <w:rPr>
          <w:color w:val="000000"/>
        </w:rPr>
        <w:t>S</w:t>
      </w:r>
      <w:r w:rsidR="00EE288E" w:rsidRPr="00541089">
        <w:rPr>
          <w:color w:val="000000"/>
        </w:rPr>
        <w:fldChar w:fldCharType="begin"/>
      </w:r>
      <w:r w:rsidR="00EE288E" w:rsidRPr="00541089">
        <w:rPr>
          <w:color w:val="000000"/>
        </w:rPr>
        <w:instrText xml:space="preserve"> STYLEREF 1 \s </w:instrText>
      </w:r>
      <w:r w:rsidR="00EE288E" w:rsidRPr="00541089">
        <w:rPr>
          <w:color w:val="000000"/>
        </w:rPr>
        <w:fldChar w:fldCharType="separate"/>
      </w:r>
      <w:r w:rsidR="004B2F28">
        <w:rPr>
          <w:noProof/>
          <w:color w:val="000000"/>
        </w:rPr>
        <w:t>1</w:t>
      </w:r>
      <w:r w:rsidR="00EE288E" w:rsidRPr="00541089">
        <w:rPr>
          <w:color w:val="000000"/>
        </w:rPr>
        <w:fldChar w:fldCharType="end"/>
      </w:r>
      <w:r w:rsidR="00EE288E" w:rsidRPr="00541089">
        <w:rPr>
          <w:color w:val="000000"/>
        </w:rPr>
        <w:noBreakHyphen/>
      </w:r>
      <w:r w:rsidR="00EE288E" w:rsidRPr="00541089">
        <w:rPr>
          <w:color w:val="000000"/>
        </w:rPr>
        <w:fldChar w:fldCharType="begin"/>
      </w:r>
      <w:r w:rsidR="00EE288E" w:rsidRPr="00541089">
        <w:rPr>
          <w:color w:val="000000"/>
        </w:rPr>
        <w:instrText xml:space="preserve"> SEQ Table \* ARABIC \s 1 </w:instrText>
      </w:r>
      <w:r w:rsidR="00EE288E" w:rsidRPr="00541089">
        <w:rPr>
          <w:color w:val="000000"/>
        </w:rPr>
        <w:fldChar w:fldCharType="separate"/>
      </w:r>
      <w:r w:rsidR="004B2F28">
        <w:rPr>
          <w:noProof/>
          <w:color w:val="000000"/>
        </w:rPr>
        <w:t>1</w:t>
      </w:r>
      <w:r w:rsidR="00EE288E" w:rsidRPr="00541089">
        <w:rPr>
          <w:color w:val="000000"/>
        </w:rPr>
        <w:fldChar w:fldCharType="end"/>
      </w:r>
      <w:r w:rsidRPr="00541089">
        <w:rPr>
          <w:color w:val="000000"/>
        </w:rPr>
        <w:t>:</w:t>
      </w:r>
      <w:r w:rsidR="006C7B58" w:rsidRPr="00541089">
        <w:rPr>
          <w:color w:val="000000"/>
        </w:rPr>
        <w:t xml:space="preserve"> Checklist of Items to Include When Reporting A Systematic Review Involving a Network Meta-analysis</w:t>
      </w:r>
    </w:p>
    <w:tbl>
      <w:tblPr>
        <w:tblW w:w="10218" w:type="dxa"/>
        <w:tblInd w:w="-318" w:type="dxa"/>
        <w:tblLayout w:type="fixed"/>
        <w:tblLook w:val="0000" w:firstRow="0" w:lastRow="0" w:firstColumn="0" w:lastColumn="0" w:noHBand="0" w:noVBand="0"/>
      </w:tblPr>
      <w:tblGrid>
        <w:gridCol w:w="1758"/>
        <w:gridCol w:w="720"/>
        <w:gridCol w:w="5220"/>
        <w:gridCol w:w="2520"/>
      </w:tblGrid>
      <w:tr w:rsidR="00A41173" w:rsidRPr="00EB75F0" w14:paraId="373774FF" w14:textId="77777777" w:rsidTr="006C7B58">
        <w:trPr>
          <w:trHeight w:val="323"/>
        </w:trPr>
        <w:tc>
          <w:tcPr>
            <w:tcW w:w="1758" w:type="dxa"/>
            <w:tcBorders>
              <w:top w:val="single" w:sz="2" w:space="0" w:color="000000"/>
              <w:bottom w:val="single" w:sz="4" w:space="0" w:color="auto"/>
            </w:tcBorders>
          </w:tcPr>
          <w:p w14:paraId="48A0B458" w14:textId="77777777" w:rsidR="00A41173" w:rsidRPr="00EB75F0" w:rsidRDefault="00A41173" w:rsidP="00C32B29">
            <w:pPr>
              <w:pStyle w:val="Default"/>
              <w:jc w:val="center"/>
              <w:rPr>
                <w:rFonts w:ascii="Times New Roman" w:hAnsi="Times New Roman" w:cs="Times New Roman"/>
                <w:b/>
                <w:color w:val="auto"/>
                <w:sz w:val="20"/>
                <w:szCs w:val="20"/>
              </w:rPr>
            </w:pPr>
            <w:r w:rsidRPr="00EB75F0">
              <w:rPr>
                <w:rFonts w:ascii="Times New Roman" w:hAnsi="Times New Roman" w:cs="Times New Roman"/>
                <w:b/>
                <w:color w:val="auto"/>
                <w:sz w:val="20"/>
                <w:szCs w:val="20"/>
              </w:rPr>
              <w:t>Section/Topic</w:t>
            </w:r>
          </w:p>
        </w:tc>
        <w:tc>
          <w:tcPr>
            <w:tcW w:w="720" w:type="dxa"/>
            <w:tcBorders>
              <w:top w:val="single" w:sz="2" w:space="0" w:color="000000"/>
              <w:bottom w:val="single" w:sz="4" w:space="0" w:color="auto"/>
            </w:tcBorders>
          </w:tcPr>
          <w:p w14:paraId="58336C75" w14:textId="77777777" w:rsidR="00A41173" w:rsidRPr="00EB75F0" w:rsidRDefault="00A41173" w:rsidP="00C32B29">
            <w:pPr>
              <w:pStyle w:val="Default"/>
              <w:jc w:val="center"/>
              <w:rPr>
                <w:rFonts w:ascii="Times New Roman" w:hAnsi="Times New Roman" w:cs="Times New Roman"/>
                <w:b/>
                <w:color w:val="auto"/>
                <w:sz w:val="20"/>
                <w:szCs w:val="20"/>
              </w:rPr>
            </w:pPr>
            <w:r w:rsidRPr="00EB75F0">
              <w:rPr>
                <w:rFonts w:ascii="Times New Roman" w:hAnsi="Times New Roman" w:cs="Times New Roman"/>
                <w:b/>
                <w:color w:val="auto"/>
                <w:sz w:val="20"/>
                <w:szCs w:val="20"/>
              </w:rPr>
              <w:t>Item #</w:t>
            </w:r>
          </w:p>
        </w:tc>
        <w:tc>
          <w:tcPr>
            <w:tcW w:w="5220" w:type="dxa"/>
            <w:tcBorders>
              <w:top w:val="single" w:sz="2" w:space="0" w:color="000000"/>
              <w:bottom w:val="single" w:sz="4" w:space="0" w:color="auto"/>
              <w:right w:val="single" w:sz="4" w:space="0" w:color="auto"/>
            </w:tcBorders>
          </w:tcPr>
          <w:p w14:paraId="47D4B233" w14:textId="77777777" w:rsidR="00A41173" w:rsidRPr="00EB75F0" w:rsidRDefault="00A41173" w:rsidP="00C32B29">
            <w:pPr>
              <w:pStyle w:val="Default"/>
              <w:jc w:val="center"/>
              <w:rPr>
                <w:rFonts w:ascii="Times New Roman" w:hAnsi="Times New Roman" w:cs="Times New Roman"/>
                <w:b/>
                <w:color w:val="auto"/>
                <w:sz w:val="20"/>
                <w:szCs w:val="20"/>
              </w:rPr>
            </w:pPr>
            <w:r w:rsidRPr="00EB75F0">
              <w:rPr>
                <w:rFonts w:ascii="Times New Roman" w:hAnsi="Times New Roman" w:cs="Times New Roman"/>
                <w:b/>
                <w:color w:val="auto"/>
                <w:sz w:val="20"/>
                <w:szCs w:val="20"/>
              </w:rPr>
              <w:t>Checklist Item</w:t>
            </w:r>
          </w:p>
        </w:tc>
        <w:tc>
          <w:tcPr>
            <w:tcW w:w="2520" w:type="dxa"/>
            <w:tcBorders>
              <w:top w:val="single" w:sz="2" w:space="0" w:color="000000"/>
              <w:left w:val="single" w:sz="4" w:space="0" w:color="auto"/>
              <w:bottom w:val="single" w:sz="4" w:space="0" w:color="auto"/>
            </w:tcBorders>
          </w:tcPr>
          <w:p w14:paraId="45C5255F" w14:textId="77777777" w:rsidR="00A41173" w:rsidRPr="00EB75F0" w:rsidRDefault="00A41173" w:rsidP="00C32B29">
            <w:pPr>
              <w:pStyle w:val="Default"/>
              <w:jc w:val="center"/>
              <w:rPr>
                <w:rFonts w:ascii="Times New Roman" w:hAnsi="Times New Roman" w:cs="Times New Roman"/>
                <w:b/>
                <w:color w:val="auto"/>
                <w:sz w:val="20"/>
                <w:szCs w:val="20"/>
              </w:rPr>
            </w:pPr>
            <w:r w:rsidRPr="00EB75F0">
              <w:rPr>
                <w:rFonts w:ascii="Times New Roman" w:hAnsi="Times New Roman" w:cs="Times New Roman"/>
                <w:b/>
                <w:color w:val="auto"/>
                <w:sz w:val="20"/>
                <w:szCs w:val="20"/>
              </w:rPr>
              <w:t>Reported on Page #</w:t>
            </w:r>
          </w:p>
        </w:tc>
      </w:tr>
      <w:tr w:rsidR="00A41173" w:rsidRPr="00EB75F0" w14:paraId="52785365" w14:textId="77777777" w:rsidTr="006C7B58">
        <w:trPr>
          <w:trHeight w:val="323"/>
        </w:trPr>
        <w:tc>
          <w:tcPr>
            <w:tcW w:w="1758" w:type="dxa"/>
            <w:tcBorders>
              <w:top w:val="single" w:sz="4" w:space="0" w:color="auto"/>
            </w:tcBorders>
          </w:tcPr>
          <w:p w14:paraId="6590190D" w14:textId="77777777" w:rsidR="00A41173" w:rsidRPr="00EB75F0" w:rsidRDefault="00A41173" w:rsidP="00C32B29">
            <w:pPr>
              <w:pStyle w:val="Default"/>
              <w:rPr>
                <w:rFonts w:ascii="Times New Roman" w:hAnsi="Times New Roman" w:cs="Times New Roman"/>
                <w:b/>
                <w:color w:val="auto"/>
                <w:sz w:val="20"/>
                <w:szCs w:val="20"/>
              </w:rPr>
            </w:pPr>
            <w:r w:rsidRPr="00EB75F0">
              <w:rPr>
                <w:rFonts w:ascii="Times New Roman" w:hAnsi="Times New Roman" w:cs="Times New Roman"/>
                <w:b/>
                <w:bCs/>
                <w:sz w:val="20"/>
                <w:szCs w:val="20"/>
              </w:rPr>
              <w:t>TITLE</w:t>
            </w:r>
          </w:p>
        </w:tc>
        <w:tc>
          <w:tcPr>
            <w:tcW w:w="720" w:type="dxa"/>
            <w:tcBorders>
              <w:top w:val="single" w:sz="4" w:space="0" w:color="auto"/>
            </w:tcBorders>
          </w:tcPr>
          <w:p w14:paraId="641DED53" w14:textId="77777777" w:rsidR="00A41173" w:rsidRPr="00EB75F0" w:rsidRDefault="00A41173" w:rsidP="00C32B29">
            <w:pPr>
              <w:pStyle w:val="Default"/>
              <w:rPr>
                <w:rFonts w:ascii="Times New Roman" w:hAnsi="Times New Roman" w:cs="Times New Roman"/>
                <w:b/>
                <w:color w:val="auto"/>
                <w:sz w:val="20"/>
                <w:szCs w:val="20"/>
              </w:rPr>
            </w:pPr>
          </w:p>
        </w:tc>
        <w:tc>
          <w:tcPr>
            <w:tcW w:w="5220" w:type="dxa"/>
            <w:tcBorders>
              <w:top w:val="single" w:sz="4" w:space="0" w:color="auto"/>
              <w:right w:val="single" w:sz="4" w:space="0" w:color="auto"/>
            </w:tcBorders>
          </w:tcPr>
          <w:p w14:paraId="6B266EAE" w14:textId="77777777" w:rsidR="00A41173" w:rsidRPr="00EB75F0" w:rsidRDefault="00A41173" w:rsidP="00C32B29">
            <w:pPr>
              <w:pStyle w:val="Default"/>
              <w:rPr>
                <w:rFonts w:ascii="Times New Roman" w:hAnsi="Times New Roman" w:cs="Times New Roman"/>
                <w:b/>
                <w:color w:val="auto"/>
                <w:sz w:val="20"/>
                <w:szCs w:val="20"/>
              </w:rPr>
            </w:pPr>
          </w:p>
        </w:tc>
        <w:tc>
          <w:tcPr>
            <w:tcW w:w="2520" w:type="dxa"/>
            <w:tcBorders>
              <w:top w:val="single" w:sz="4" w:space="0" w:color="auto"/>
              <w:left w:val="single" w:sz="4" w:space="0" w:color="auto"/>
            </w:tcBorders>
          </w:tcPr>
          <w:p w14:paraId="3C70E7C5" w14:textId="77777777" w:rsidR="00A41173" w:rsidRPr="00EB75F0" w:rsidRDefault="00A41173" w:rsidP="00C32B29">
            <w:pPr>
              <w:pStyle w:val="Default"/>
              <w:rPr>
                <w:rFonts w:ascii="Times New Roman" w:hAnsi="Times New Roman" w:cs="Times New Roman"/>
                <w:b/>
                <w:color w:val="auto"/>
                <w:sz w:val="20"/>
                <w:szCs w:val="20"/>
              </w:rPr>
            </w:pPr>
          </w:p>
        </w:tc>
      </w:tr>
      <w:tr w:rsidR="00A41173" w:rsidRPr="00EB75F0" w14:paraId="6642FDF3" w14:textId="77777777" w:rsidTr="009706FD">
        <w:trPr>
          <w:trHeight w:val="324"/>
        </w:trPr>
        <w:tc>
          <w:tcPr>
            <w:tcW w:w="1758" w:type="dxa"/>
            <w:shd w:val="clear" w:color="auto" w:fill="D9D9D9"/>
          </w:tcPr>
          <w:p w14:paraId="6D2439EE"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sz w:val="20"/>
                <w:szCs w:val="20"/>
              </w:rPr>
              <w:t>Title</w:t>
            </w:r>
          </w:p>
        </w:tc>
        <w:tc>
          <w:tcPr>
            <w:tcW w:w="720" w:type="dxa"/>
            <w:shd w:val="clear" w:color="auto" w:fill="D9D9D9"/>
          </w:tcPr>
          <w:p w14:paraId="21CF6369"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1</w:t>
            </w:r>
          </w:p>
        </w:tc>
        <w:tc>
          <w:tcPr>
            <w:tcW w:w="5220" w:type="dxa"/>
            <w:tcBorders>
              <w:right w:val="single" w:sz="4" w:space="0" w:color="auto"/>
            </w:tcBorders>
            <w:shd w:val="clear" w:color="auto" w:fill="D9D9D9"/>
          </w:tcPr>
          <w:p w14:paraId="2C25880A"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Identify the report as a systematic review </w:t>
            </w:r>
            <w:r w:rsidRPr="00EB75F0">
              <w:rPr>
                <w:rFonts w:ascii="Times New Roman" w:hAnsi="Times New Roman" w:cs="Times New Roman"/>
                <w:i/>
                <w:sz w:val="20"/>
                <w:szCs w:val="20"/>
              </w:rPr>
              <w:t>incorporating a network meta-analysis (or related form of meta-analysis).</w:t>
            </w:r>
            <w:r w:rsidRPr="00EB75F0">
              <w:rPr>
                <w:rFonts w:ascii="Times New Roman" w:hAnsi="Times New Roman" w:cs="Times New Roman"/>
                <w:sz w:val="20"/>
                <w:szCs w:val="20"/>
              </w:rPr>
              <w:t xml:space="preserve"> </w:t>
            </w:r>
          </w:p>
        </w:tc>
        <w:tc>
          <w:tcPr>
            <w:tcW w:w="2520" w:type="dxa"/>
            <w:tcBorders>
              <w:left w:val="single" w:sz="4" w:space="0" w:color="auto"/>
            </w:tcBorders>
            <w:shd w:val="clear" w:color="auto" w:fill="D9D9D9"/>
          </w:tcPr>
          <w:p w14:paraId="36E0B9C1" w14:textId="59E4152B" w:rsidR="00A41173" w:rsidRPr="00EB75F0" w:rsidRDefault="007E2266" w:rsidP="00C32B29">
            <w:pPr>
              <w:pStyle w:val="Default"/>
              <w:rPr>
                <w:rFonts w:ascii="Times New Roman" w:hAnsi="Times New Roman" w:cs="Times New Roman"/>
                <w:color w:val="auto"/>
                <w:sz w:val="20"/>
                <w:szCs w:val="20"/>
              </w:rPr>
            </w:pPr>
            <w:r>
              <w:rPr>
                <w:rFonts w:ascii="Times New Roman" w:hAnsi="Times New Roman" w:cs="Times New Roman"/>
                <w:color w:val="auto"/>
                <w:sz w:val="20"/>
                <w:szCs w:val="20"/>
              </w:rPr>
              <w:t>1</w:t>
            </w:r>
          </w:p>
        </w:tc>
      </w:tr>
      <w:tr w:rsidR="00A41173" w:rsidRPr="00EB75F0" w14:paraId="0F7BED3B" w14:textId="77777777" w:rsidTr="006C7B58">
        <w:trPr>
          <w:trHeight w:val="323"/>
        </w:trPr>
        <w:tc>
          <w:tcPr>
            <w:tcW w:w="1758" w:type="dxa"/>
          </w:tcPr>
          <w:p w14:paraId="33152F24" w14:textId="77777777" w:rsidR="00A41173" w:rsidRPr="00EB75F0" w:rsidRDefault="00A41173" w:rsidP="00C32B29">
            <w:pPr>
              <w:pStyle w:val="Default"/>
              <w:rPr>
                <w:rFonts w:ascii="Times New Roman" w:hAnsi="Times New Roman" w:cs="Times New Roman"/>
                <w:b/>
                <w:bCs/>
                <w:sz w:val="20"/>
                <w:szCs w:val="20"/>
              </w:rPr>
            </w:pPr>
          </w:p>
        </w:tc>
        <w:tc>
          <w:tcPr>
            <w:tcW w:w="720" w:type="dxa"/>
          </w:tcPr>
          <w:p w14:paraId="4EBE4614" w14:textId="77777777" w:rsidR="00A41173" w:rsidRPr="00EB75F0" w:rsidRDefault="00A41173" w:rsidP="00C32B29">
            <w:pPr>
              <w:pStyle w:val="Default"/>
              <w:rPr>
                <w:rFonts w:ascii="Times New Roman" w:hAnsi="Times New Roman" w:cs="Times New Roman"/>
                <w:sz w:val="20"/>
                <w:szCs w:val="20"/>
              </w:rPr>
            </w:pPr>
          </w:p>
        </w:tc>
        <w:tc>
          <w:tcPr>
            <w:tcW w:w="5220" w:type="dxa"/>
            <w:tcBorders>
              <w:right w:val="single" w:sz="4" w:space="0" w:color="auto"/>
            </w:tcBorders>
          </w:tcPr>
          <w:p w14:paraId="74934A79" w14:textId="77777777" w:rsidR="00A41173" w:rsidRPr="00EB75F0" w:rsidRDefault="00A41173" w:rsidP="00C32B29">
            <w:pPr>
              <w:pStyle w:val="Default"/>
              <w:rPr>
                <w:rFonts w:ascii="Times New Roman" w:hAnsi="Times New Roman" w:cs="Times New Roman"/>
                <w:sz w:val="20"/>
                <w:szCs w:val="20"/>
              </w:rPr>
            </w:pPr>
          </w:p>
        </w:tc>
        <w:tc>
          <w:tcPr>
            <w:tcW w:w="2520" w:type="dxa"/>
            <w:tcBorders>
              <w:left w:val="single" w:sz="4" w:space="0" w:color="auto"/>
            </w:tcBorders>
          </w:tcPr>
          <w:p w14:paraId="519D02A9" w14:textId="77777777" w:rsidR="00A41173" w:rsidRPr="00EB75F0" w:rsidRDefault="00A41173" w:rsidP="00C32B29">
            <w:pPr>
              <w:pStyle w:val="Default"/>
              <w:rPr>
                <w:rFonts w:ascii="Times New Roman" w:hAnsi="Times New Roman" w:cs="Times New Roman"/>
                <w:color w:val="auto"/>
                <w:sz w:val="20"/>
                <w:szCs w:val="20"/>
              </w:rPr>
            </w:pPr>
          </w:p>
        </w:tc>
      </w:tr>
      <w:tr w:rsidR="00A41173" w:rsidRPr="00EB75F0" w14:paraId="379E0011" w14:textId="77777777" w:rsidTr="006C7B58">
        <w:trPr>
          <w:trHeight w:val="323"/>
        </w:trPr>
        <w:tc>
          <w:tcPr>
            <w:tcW w:w="1758" w:type="dxa"/>
          </w:tcPr>
          <w:p w14:paraId="2048B020"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b/>
                <w:bCs/>
                <w:sz w:val="20"/>
                <w:szCs w:val="20"/>
              </w:rPr>
              <w:t>ABSTRACT</w:t>
            </w:r>
          </w:p>
        </w:tc>
        <w:tc>
          <w:tcPr>
            <w:tcW w:w="720" w:type="dxa"/>
          </w:tcPr>
          <w:p w14:paraId="1F997E3D" w14:textId="77777777" w:rsidR="00A41173" w:rsidRPr="00EB75F0" w:rsidRDefault="00A41173" w:rsidP="00C32B29">
            <w:pPr>
              <w:pStyle w:val="Default"/>
              <w:rPr>
                <w:rFonts w:ascii="Times New Roman" w:hAnsi="Times New Roman" w:cs="Times New Roman"/>
                <w:sz w:val="20"/>
                <w:szCs w:val="20"/>
              </w:rPr>
            </w:pPr>
          </w:p>
        </w:tc>
        <w:tc>
          <w:tcPr>
            <w:tcW w:w="5220" w:type="dxa"/>
            <w:tcBorders>
              <w:right w:val="single" w:sz="4" w:space="0" w:color="auto"/>
            </w:tcBorders>
          </w:tcPr>
          <w:p w14:paraId="5E8CAFFE" w14:textId="77777777" w:rsidR="00A41173" w:rsidRPr="00EB75F0" w:rsidRDefault="00A41173" w:rsidP="00C32B29">
            <w:pPr>
              <w:pStyle w:val="Default"/>
              <w:rPr>
                <w:rFonts w:ascii="Times New Roman" w:hAnsi="Times New Roman" w:cs="Times New Roman"/>
                <w:sz w:val="20"/>
                <w:szCs w:val="20"/>
              </w:rPr>
            </w:pPr>
          </w:p>
        </w:tc>
        <w:tc>
          <w:tcPr>
            <w:tcW w:w="2520" w:type="dxa"/>
            <w:tcBorders>
              <w:left w:val="single" w:sz="4" w:space="0" w:color="auto"/>
            </w:tcBorders>
          </w:tcPr>
          <w:p w14:paraId="56488833" w14:textId="77777777" w:rsidR="00A41173" w:rsidRPr="00EB75F0" w:rsidRDefault="00A41173" w:rsidP="00C32B29">
            <w:pPr>
              <w:pStyle w:val="Default"/>
              <w:rPr>
                <w:rFonts w:ascii="Times New Roman" w:hAnsi="Times New Roman" w:cs="Times New Roman"/>
                <w:color w:val="auto"/>
                <w:sz w:val="20"/>
                <w:szCs w:val="20"/>
              </w:rPr>
            </w:pPr>
          </w:p>
        </w:tc>
      </w:tr>
      <w:tr w:rsidR="00A41173" w:rsidRPr="00EB75F0" w14:paraId="1E7AC850" w14:textId="77777777" w:rsidTr="006C7B58">
        <w:trPr>
          <w:trHeight w:val="810"/>
        </w:trPr>
        <w:tc>
          <w:tcPr>
            <w:tcW w:w="1758" w:type="dxa"/>
          </w:tcPr>
          <w:p w14:paraId="43756976"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Structured summary </w:t>
            </w:r>
          </w:p>
        </w:tc>
        <w:tc>
          <w:tcPr>
            <w:tcW w:w="720" w:type="dxa"/>
          </w:tcPr>
          <w:p w14:paraId="0A5BB32E"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2</w:t>
            </w:r>
          </w:p>
        </w:tc>
        <w:tc>
          <w:tcPr>
            <w:tcW w:w="5220" w:type="dxa"/>
            <w:tcBorders>
              <w:right w:val="single" w:sz="4" w:space="0" w:color="auto"/>
            </w:tcBorders>
          </w:tcPr>
          <w:p w14:paraId="7AF5A0FB"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Provide a structured summary including, as applicable: </w:t>
            </w:r>
          </w:p>
          <w:p w14:paraId="3C2DC302"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b/>
                <w:sz w:val="20"/>
                <w:szCs w:val="20"/>
              </w:rPr>
              <w:t>Background:</w:t>
            </w:r>
            <w:r w:rsidRPr="00EB75F0">
              <w:rPr>
                <w:rFonts w:ascii="Times New Roman" w:hAnsi="Times New Roman" w:cs="Times New Roman"/>
                <w:sz w:val="20"/>
                <w:szCs w:val="20"/>
              </w:rPr>
              <w:t xml:space="preserve"> main objectives</w:t>
            </w:r>
          </w:p>
          <w:p w14:paraId="429EE716"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b/>
                <w:sz w:val="20"/>
                <w:szCs w:val="20"/>
              </w:rPr>
              <w:t>Methods:</w:t>
            </w:r>
            <w:r w:rsidRPr="00EB75F0">
              <w:rPr>
                <w:rFonts w:ascii="Times New Roman" w:hAnsi="Times New Roman" w:cs="Times New Roman"/>
                <w:sz w:val="20"/>
                <w:szCs w:val="20"/>
              </w:rPr>
              <w:t xml:space="preserve"> data sources; study eligibility criteria, participants, and interventions; study appraisal; and </w:t>
            </w:r>
            <w:r w:rsidRPr="00EB75F0">
              <w:rPr>
                <w:rFonts w:ascii="Times New Roman" w:hAnsi="Times New Roman" w:cs="Times New Roman"/>
                <w:i/>
                <w:sz w:val="20"/>
                <w:szCs w:val="20"/>
              </w:rPr>
              <w:t>synthesis methods, such as network meta-analysis.</w:t>
            </w:r>
            <w:r w:rsidRPr="00EB75F0">
              <w:rPr>
                <w:rFonts w:ascii="Times New Roman" w:hAnsi="Times New Roman" w:cs="Times New Roman"/>
                <w:sz w:val="20"/>
                <w:szCs w:val="20"/>
              </w:rPr>
              <w:t xml:space="preserve"> </w:t>
            </w:r>
          </w:p>
          <w:p w14:paraId="65141C25"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b/>
                <w:sz w:val="20"/>
                <w:szCs w:val="20"/>
              </w:rPr>
              <w:t>Results:</w:t>
            </w:r>
            <w:r w:rsidRPr="00EB75F0">
              <w:rPr>
                <w:rFonts w:ascii="Times New Roman" w:hAnsi="Times New Roman" w:cs="Times New Roman"/>
                <w:sz w:val="20"/>
                <w:szCs w:val="20"/>
              </w:rPr>
              <w:t xml:space="preserve"> number of studies and participants identified; summary estimates with corresponding confidence/credible intervals; </w:t>
            </w:r>
            <w:r w:rsidRPr="00EB75F0">
              <w:rPr>
                <w:rFonts w:ascii="Times New Roman" w:hAnsi="Times New Roman" w:cs="Times New Roman"/>
                <w:i/>
                <w:sz w:val="20"/>
                <w:szCs w:val="20"/>
              </w:rPr>
              <w:t>treatment rankings may also be discussed. Authors may choose to summarize pairwise comparisons against a chosen treatment included in their analyses for brevity.</w:t>
            </w:r>
          </w:p>
          <w:p w14:paraId="4F889986"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b/>
                <w:sz w:val="20"/>
                <w:szCs w:val="20"/>
              </w:rPr>
              <w:t>Discussion/Conclusions:</w:t>
            </w:r>
            <w:r w:rsidRPr="00EB75F0">
              <w:rPr>
                <w:rFonts w:ascii="Times New Roman" w:hAnsi="Times New Roman" w:cs="Times New Roman"/>
                <w:sz w:val="20"/>
                <w:szCs w:val="20"/>
              </w:rPr>
              <w:t xml:space="preserve"> limitations; conclusions and implications of findings.</w:t>
            </w:r>
          </w:p>
          <w:p w14:paraId="46767A9A"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b/>
                <w:sz w:val="20"/>
                <w:szCs w:val="20"/>
              </w:rPr>
              <w:t>Other:</w:t>
            </w:r>
            <w:r w:rsidRPr="00EB75F0">
              <w:rPr>
                <w:rFonts w:ascii="Times New Roman" w:hAnsi="Times New Roman" w:cs="Times New Roman"/>
                <w:sz w:val="20"/>
                <w:szCs w:val="20"/>
              </w:rPr>
              <w:t xml:space="preserve"> primary source of funding; systematic review registration number with registry name.</w:t>
            </w:r>
          </w:p>
        </w:tc>
        <w:tc>
          <w:tcPr>
            <w:tcW w:w="2520" w:type="dxa"/>
            <w:tcBorders>
              <w:left w:val="single" w:sz="4" w:space="0" w:color="auto"/>
            </w:tcBorders>
          </w:tcPr>
          <w:p w14:paraId="4A4A4661" w14:textId="0306CF1F" w:rsidR="00A41173" w:rsidRPr="00EB75F0" w:rsidRDefault="00923CEC" w:rsidP="00C32B29">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2</w:t>
            </w:r>
          </w:p>
        </w:tc>
      </w:tr>
      <w:tr w:rsidR="00A41173" w:rsidRPr="00EB75F0" w14:paraId="5F788056" w14:textId="77777777" w:rsidTr="006C7B58">
        <w:trPr>
          <w:trHeight w:val="408"/>
        </w:trPr>
        <w:tc>
          <w:tcPr>
            <w:tcW w:w="1758" w:type="dxa"/>
          </w:tcPr>
          <w:p w14:paraId="67636D11" w14:textId="77777777" w:rsidR="00A41173" w:rsidRPr="00EB75F0" w:rsidRDefault="00A41173" w:rsidP="00C32B29">
            <w:pPr>
              <w:pStyle w:val="Default"/>
              <w:rPr>
                <w:rFonts w:ascii="Times New Roman" w:hAnsi="Times New Roman" w:cs="Times New Roman"/>
                <w:b/>
                <w:bCs/>
                <w:sz w:val="20"/>
                <w:szCs w:val="20"/>
              </w:rPr>
            </w:pPr>
          </w:p>
        </w:tc>
        <w:tc>
          <w:tcPr>
            <w:tcW w:w="720" w:type="dxa"/>
          </w:tcPr>
          <w:p w14:paraId="6C5C145E" w14:textId="77777777" w:rsidR="00A41173" w:rsidRPr="00EB75F0" w:rsidRDefault="00A41173" w:rsidP="00C32B29">
            <w:pPr>
              <w:pStyle w:val="Default"/>
              <w:rPr>
                <w:rFonts w:ascii="Times New Roman" w:hAnsi="Times New Roman" w:cs="Times New Roman"/>
                <w:sz w:val="20"/>
                <w:szCs w:val="20"/>
              </w:rPr>
            </w:pPr>
          </w:p>
        </w:tc>
        <w:tc>
          <w:tcPr>
            <w:tcW w:w="5220" w:type="dxa"/>
            <w:tcBorders>
              <w:right w:val="single" w:sz="4" w:space="0" w:color="auto"/>
            </w:tcBorders>
          </w:tcPr>
          <w:p w14:paraId="23864945" w14:textId="77777777" w:rsidR="00A41173" w:rsidRPr="00EB75F0" w:rsidRDefault="00A41173" w:rsidP="00C32B29">
            <w:pPr>
              <w:pStyle w:val="Default"/>
              <w:rPr>
                <w:rFonts w:ascii="Times New Roman" w:hAnsi="Times New Roman" w:cs="Times New Roman"/>
                <w:sz w:val="20"/>
                <w:szCs w:val="20"/>
              </w:rPr>
            </w:pPr>
          </w:p>
        </w:tc>
        <w:tc>
          <w:tcPr>
            <w:tcW w:w="2520" w:type="dxa"/>
            <w:tcBorders>
              <w:left w:val="single" w:sz="4" w:space="0" w:color="auto"/>
            </w:tcBorders>
          </w:tcPr>
          <w:p w14:paraId="71B59DED" w14:textId="77777777" w:rsidR="00A41173" w:rsidRPr="00EB75F0" w:rsidRDefault="00A41173" w:rsidP="00C32B29">
            <w:pPr>
              <w:pStyle w:val="Default"/>
              <w:rPr>
                <w:rFonts w:ascii="Times New Roman" w:hAnsi="Times New Roman" w:cs="Times New Roman"/>
                <w:color w:val="auto"/>
                <w:sz w:val="20"/>
                <w:szCs w:val="20"/>
              </w:rPr>
            </w:pPr>
          </w:p>
        </w:tc>
      </w:tr>
      <w:tr w:rsidR="00A41173" w:rsidRPr="00EB75F0" w14:paraId="7F37C936" w14:textId="77777777" w:rsidTr="006C7B58">
        <w:trPr>
          <w:trHeight w:val="408"/>
        </w:trPr>
        <w:tc>
          <w:tcPr>
            <w:tcW w:w="7698" w:type="dxa"/>
            <w:gridSpan w:val="3"/>
            <w:tcBorders>
              <w:right w:val="single" w:sz="4" w:space="0" w:color="auto"/>
            </w:tcBorders>
          </w:tcPr>
          <w:p w14:paraId="165DC6CF" w14:textId="43595C84"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b/>
                <w:bCs/>
                <w:sz w:val="20"/>
                <w:szCs w:val="20"/>
              </w:rPr>
              <w:t>INTRODUCTION</w:t>
            </w:r>
          </w:p>
        </w:tc>
        <w:tc>
          <w:tcPr>
            <w:tcW w:w="2520" w:type="dxa"/>
            <w:tcBorders>
              <w:left w:val="single" w:sz="4" w:space="0" w:color="auto"/>
            </w:tcBorders>
          </w:tcPr>
          <w:p w14:paraId="26A0BB22" w14:textId="77777777" w:rsidR="00A41173" w:rsidRPr="00EB75F0" w:rsidRDefault="00A41173" w:rsidP="00C32B29">
            <w:pPr>
              <w:pStyle w:val="Default"/>
              <w:rPr>
                <w:rFonts w:ascii="Times New Roman" w:hAnsi="Times New Roman" w:cs="Times New Roman"/>
                <w:color w:val="auto"/>
                <w:sz w:val="20"/>
                <w:szCs w:val="20"/>
              </w:rPr>
            </w:pPr>
          </w:p>
        </w:tc>
      </w:tr>
      <w:tr w:rsidR="00A41173" w:rsidRPr="00EB75F0" w14:paraId="348A69B7" w14:textId="77777777" w:rsidTr="006C7B58">
        <w:trPr>
          <w:trHeight w:val="333"/>
        </w:trPr>
        <w:tc>
          <w:tcPr>
            <w:tcW w:w="1758" w:type="dxa"/>
            <w:shd w:val="clear" w:color="auto" w:fill="D9D9D9"/>
          </w:tcPr>
          <w:p w14:paraId="1A2F0FDC"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Rationale </w:t>
            </w:r>
          </w:p>
        </w:tc>
        <w:tc>
          <w:tcPr>
            <w:tcW w:w="720" w:type="dxa"/>
            <w:shd w:val="clear" w:color="auto" w:fill="D9D9D9"/>
          </w:tcPr>
          <w:p w14:paraId="1A802C7D"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3</w:t>
            </w:r>
          </w:p>
        </w:tc>
        <w:tc>
          <w:tcPr>
            <w:tcW w:w="5220" w:type="dxa"/>
            <w:tcBorders>
              <w:right w:val="single" w:sz="4" w:space="0" w:color="auto"/>
            </w:tcBorders>
            <w:shd w:val="clear" w:color="auto" w:fill="D9D9D9"/>
          </w:tcPr>
          <w:p w14:paraId="4237686A"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Describe the rationale for the review in the context of what is already known</w:t>
            </w:r>
            <w:r w:rsidRPr="00EB75F0">
              <w:rPr>
                <w:rFonts w:ascii="Times New Roman" w:hAnsi="Times New Roman" w:cs="Times New Roman"/>
                <w:i/>
                <w:sz w:val="20"/>
                <w:szCs w:val="20"/>
              </w:rPr>
              <w:t>, including mention of why a network meta-analysis has been conducted.</w:t>
            </w:r>
            <w:r w:rsidRPr="00EB75F0">
              <w:rPr>
                <w:rFonts w:ascii="Times New Roman" w:hAnsi="Times New Roman" w:cs="Times New Roman"/>
                <w:i/>
                <w:sz w:val="20"/>
                <w:szCs w:val="20"/>
                <w:u w:val="single"/>
              </w:rPr>
              <w:t xml:space="preserve"> </w:t>
            </w:r>
          </w:p>
        </w:tc>
        <w:tc>
          <w:tcPr>
            <w:tcW w:w="2520" w:type="dxa"/>
            <w:tcBorders>
              <w:left w:val="single" w:sz="4" w:space="0" w:color="auto"/>
            </w:tcBorders>
            <w:shd w:val="clear" w:color="auto" w:fill="D9D9D9"/>
          </w:tcPr>
          <w:p w14:paraId="62AD7C67" w14:textId="0FC57337" w:rsidR="00A41173" w:rsidRPr="00EB75F0" w:rsidRDefault="00923CEC" w:rsidP="00C32B29">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5-6</w:t>
            </w:r>
          </w:p>
        </w:tc>
      </w:tr>
      <w:tr w:rsidR="00A41173" w:rsidRPr="00EB75F0" w14:paraId="01F2B492" w14:textId="77777777" w:rsidTr="006C7B58">
        <w:trPr>
          <w:trHeight w:val="568"/>
        </w:trPr>
        <w:tc>
          <w:tcPr>
            <w:tcW w:w="1758" w:type="dxa"/>
          </w:tcPr>
          <w:p w14:paraId="3D065358"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Objectives </w:t>
            </w:r>
          </w:p>
        </w:tc>
        <w:tc>
          <w:tcPr>
            <w:tcW w:w="720" w:type="dxa"/>
          </w:tcPr>
          <w:p w14:paraId="36B823D9"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4</w:t>
            </w:r>
          </w:p>
        </w:tc>
        <w:tc>
          <w:tcPr>
            <w:tcW w:w="5220" w:type="dxa"/>
            <w:tcBorders>
              <w:right w:val="single" w:sz="4" w:space="0" w:color="auto"/>
            </w:tcBorders>
          </w:tcPr>
          <w:p w14:paraId="5143FD3E"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Provide an explicit statement of questions being addressed, with reference to participants, interventions, comparisons, outcomes, and study design (PICOS). </w:t>
            </w:r>
          </w:p>
        </w:tc>
        <w:tc>
          <w:tcPr>
            <w:tcW w:w="2520" w:type="dxa"/>
            <w:tcBorders>
              <w:left w:val="single" w:sz="4" w:space="0" w:color="auto"/>
            </w:tcBorders>
          </w:tcPr>
          <w:p w14:paraId="38572351" w14:textId="24E1AD12" w:rsidR="00A41173" w:rsidRPr="00EB75F0" w:rsidRDefault="00923CEC" w:rsidP="00C32B29">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6</w:t>
            </w:r>
          </w:p>
        </w:tc>
      </w:tr>
      <w:tr w:rsidR="00A41173" w:rsidRPr="00EB75F0" w14:paraId="11B0D005" w14:textId="77777777" w:rsidTr="006C7B58">
        <w:trPr>
          <w:trHeight w:val="143"/>
        </w:trPr>
        <w:tc>
          <w:tcPr>
            <w:tcW w:w="1758" w:type="dxa"/>
          </w:tcPr>
          <w:p w14:paraId="5705E5DB" w14:textId="77777777" w:rsidR="00A41173" w:rsidRPr="00EB75F0" w:rsidRDefault="00A41173" w:rsidP="00C32B29">
            <w:pPr>
              <w:pStyle w:val="Default"/>
              <w:rPr>
                <w:rFonts w:ascii="Times New Roman" w:hAnsi="Times New Roman" w:cs="Times New Roman"/>
                <w:sz w:val="20"/>
                <w:szCs w:val="20"/>
              </w:rPr>
            </w:pPr>
          </w:p>
        </w:tc>
        <w:tc>
          <w:tcPr>
            <w:tcW w:w="720" w:type="dxa"/>
          </w:tcPr>
          <w:p w14:paraId="184FF1D5" w14:textId="77777777" w:rsidR="00A41173" w:rsidRPr="00EB75F0" w:rsidRDefault="00A41173" w:rsidP="00C32B29">
            <w:pPr>
              <w:pStyle w:val="Default"/>
              <w:rPr>
                <w:rFonts w:ascii="Times New Roman" w:hAnsi="Times New Roman" w:cs="Times New Roman"/>
                <w:sz w:val="20"/>
                <w:szCs w:val="20"/>
              </w:rPr>
            </w:pPr>
          </w:p>
        </w:tc>
        <w:tc>
          <w:tcPr>
            <w:tcW w:w="5220" w:type="dxa"/>
            <w:tcBorders>
              <w:right w:val="single" w:sz="4" w:space="0" w:color="auto"/>
            </w:tcBorders>
          </w:tcPr>
          <w:p w14:paraId="4DFD38BE" w14:textId="77777777" w:rsidR="00A41173" w:rsidRPr="00EB75F0" w:rsidRDefault="00A41173" w:rsidP="00C32B29">
            <w:pPr>
              <w:pStyle w:val="Default"/>
              <w:rPr>
                <w:rFonts w:ascii="Times New Roman" w:hAnsi="Times New Roman" w:cs="Times New Roman"/>
                <w:sz w:val="20"/>
                <w:szCs w:val="20"/>
              </w:rPr>
            </w:pPr>
          </w:p>
        </w:tc>
        <w:tc>
          <w:tcPr>
            <w:tcW w:w="2520" w:type="dxa"/>
            <w:tcBorders>
              <w:left w:val="single" w:sz="4" w:space="0" w:color="auto"/>
            </w:tcBorders>
          </w:tcPr>
          <w:p w14:paraId="0676ABFD" w14:textId="77777777" w:rsidR="00A41173" w:rsidRPr="00EB75F0" w:rsidRDefault="00A41173" w:rsidP="00C32B29">
            <w:pPr>
              <w:pStyle w:val="Default"/>
              <w:rPr>
                <w:rFonts w:ascii="Times New Roman" w:hAnsi="Times New Roman" w:cs="Times New Roman"/>
                <w:color w:val="auto"/>
                <w:sz w:val="20"/>
                <w:szCs w:val="20"/>
              </w:rPr>
            </w:pPr>
          </w:p>
        </w:tc>
      </w:tr>
      <w:tr w:rsidR="00A41173" w:rsidRPr="00EB75F0" w14:paraId="4F458A25" w14:textId="77777777" w:rsidTr="006C7B58">
        <w:trPr>
          <w:trHeight w:val="568"/>
        </w:trPr>
        <w:tc>
          <w:tcPr>
            <w:tcW w:w="1758" w:type="dxa"/>
          </w:tcPr>
          <w:p w14:paraId="472911C1"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b/>
                <w:bCs/>
                <w:sz w:val="20"/>
                <w:szCs w:val="20"/>
              </w:rPr>
              <w:t>METHODS</w:t>
            </w:r>
          </w:p>
        </w:tc>
        <w:tc>
          <w:tcPr>
            <w:tcW w:w="720" w:type="dxa"/>
          </w:tcPr>
          <w:p w14:paraId="0D9AECF6" w14:textId="77777777" w:rsidR="00A41173" w:rsidRPr="00EB75F0" w:rsidRDefault="00A41173" w:rsidP="00C32B29">
            <w:pPr>
              <w:pStyle w:val="Default"/>
              <w:rPr>
                <w:rFonts w:ascii="Times New Roman" w:hAnsi="Times New Roman" w:cs="Times New Roman"/>
                <w:sz w:val="20"/>
                <w:szCs w:val="20"/>
              </w:rPr>
            </w:pPr>
          </w:p>
        </w:tc>
        <w:tc>
          <w:tcPr>
            <w:tcW w:w="5220" w:type="dxa"/>
            <w:tcBorders>
              <w:right w:val="single" w:sz="4" w:space="0" w:color="auto"/>
            </w:tcBorders>
          </w:tcPr>
          <w:p w14:paraId="0B8156A9" w14:textId="77777777" w:rsidR="00A41173" w:rsidRPr="00EB75F0" w:rsidRDefault="00A41173" w:rsidP="00C32B29">
            <w:pPr>
              <w:pStyle w:val="Default"/>
              <w:rPr>
                <w:rFonts w:ascii="Times New Roman" w:hAnsi="Times New Roman" w:cs="Times New Roman"/>
                <w:sz w:val="20"/>
                <w:szCs w:val="20"/>
              </w:rPr>
            </w:pPr>
          </w:p>
        </w:tc>
        <w:tc>
          <w:tcPr>
            <w:tcW w:w="2520" w:type="dxa"/>
            <w:tcBorders>
              <w:left w:val="single" w:sz="4" w:space="0" w:color="auto"/>
            </w:tcBorders>
          </w:tcPr>
          <w:p w14:paraId="7BE65B32" w14:textId="77777777" w:rsidR="00A41173" w:rsidRPr="00EB75F0" w:rsidRDefault="00A41173" w:rsidP="00C32B29">
            <w:pPr>
              <w:pStyle w:val="Default"/>
              <w:rPr>
                <w:rFonts w:ascii="Times New Roman" w:hAnsi="Times New Roman" w:cs="Times New Roman"/>
                <w:color w:val="auto"/>
                <w:sz w:val="20"/>
                <w:szCs w:val="20"/>
              </w:rPr>
            </w:pPr>
          </w:p>
        </w:tc>
      </w:tr>
      <w:tr w:rsidR="00A41173" w:rsidRPr="00EB75F0" w14:paraId="1F47A00E" w14:textId="77777777" w:rsidTr="006C7B58">
        <w:trPr>
          <w:trHeight w:val="578"/>
        </w:trPr>
        <w:tc>
          <w:tcPr>
            <w:tcW w:w="1758" w:type="dxa"/>
            <w:shd w:val="clear" w:color="auto" w:fill="D9D9D9"/>
          </w:tcPr>
          <w:p w14:paraId="39D18662"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Protocol and registration </w:t>
            </w:r>
          </w:p>
        </w:tc>
        <w:tc>
          <w:tcPr>
            <w:tcW w:w="720" w:type="dxa"/>
            <w:shd w:val="clear" w:color="auto" w:fill="D9D9D9"/>
          </w:tcPr>
          <w:p w14:paraId="361D2862"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5</w:t>
            </w:r>
          </w:p>
        </w:tc>
        <w:tc>
          <w:tcPr>
            <w:tcW w:w="5220" w:type="dxa"/>
            <w:tcBorders>
              <w:right w:val="single" w:sz="4" w:space="0" w:color="auto"/>
            </w:tcBorders>
            <w:shd w:val="clear" w:color="auto" w:fill="D9D9D9"/>
          </w:tcPr>
          <w:p w14:paraId="17A2F5B8"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Indicate whether a review protocol exists and if and where it can be accessed (e.g., Web address); and, if available, provide registration information, including registration number. </w:t>
            </w:r>
          </w:p>
        </w:tc>
        <w:tc>
          <w:tcPr>
            <w:tcW w:w="2520" w:type="dxa"/>
            <w:tcBorders>
              <w:left w:val="single" w:sz="4" w:space="0" w:color="auto"/>
            </w:tcBorders>
            <w:shd w:val="clear" w:color="auto" w:fill="D9D9D9"/>
          </w:tcPr>
          <w:p w14:paraId="61B95D92" w14:textId="6DC3C91D" w:rsidR="00A41173" w:rsidRPr="00EB75F0" w:rsidRDefault="00923CEC" w:rsidP="00C32B29">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N/A</w:t>
            </w:r>
          </w:p>
        </w:tc>
      </w:tr>
      <w:tr w:rsidR="00A41173" w:rsidRPr="00EB75F0" w14:paraId="718A8D20" w14:textId="77777777" w:rsidTr="006C7B58">
        <w:trPr>
          <w:trHeight w:val="426"/>
        </w:trPr>
        <w:tc>
          <w:tcPr>
            <w:tcW w:w="1758" w:type="dxa"/>
          </w:tcPr>
          <w:p w14:paraId="19D3EFC9"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Eligibility criteria </w:t>
            </w:r>
          </w:p>
        </w:tc>
        <w:tc>
          <w:tcPr>
            <w:tcW w:w="720" w:type="dxa"/>
          </w:tcPr>
          <w:p w14:paraId="72A2BC6C"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6</w:t>
            </w:r>
          </w:p>
        </w:tc>
        <w:tc>
          <w:tcPr>
            <w:tcW w:w="5220" w:type="dxa"/>
            <w:tcBorders>
              <w:right w:val="single" w:sz="4" w:space="0" w:color="auto"/>
            </w:tcBorders>
          </w:tcPr>
          <w:p w14:paraId="6823633C"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Specify study characteristics (e.g., PICOS, length of follow-up) and report characteristics (e.g., years considered, language, publication status) used as criteria for eligibility, giving rationale. </w:t>
            </w:r>
            <w:r w:rsidRPr="00EB75F0">
              <w:rPr>
                <w:rFonts w:ascii="Times New Roman" w:hAnsi="Times New Roman" w:cs="Times New Roman"/>
                <w:i/>
                <w:sz w:val="20"/>
                <w:szCs w:val="20"/>
              </w:rPr>
              <w:t>Clearly describe eligible treatments included in the treatment network, and note whether any have been clustered or merged into the same node (with justification).</w:t>
            </w:r>
            <w:r w:rsidRPr="00EB75F0">
              <w:rPr>
                <w:rFonts w:ascii="Times New Roman" w:hAnsi="Times New Roman" w:cs="Times New Roman"/>
                <w:i/>
                <w:sz w:val="20"/>
                <w:szCs w:val="20"/>
                <w:u w:val="single"/>
              </w:rPr>
              <w:t xml:space="preserve"> </w:t>
            </w:r>
          </w:p>
        </w:tc>
        <w:tc>
          <w:tcPr>
            <w:tcW w:w="2520" w:type="dxa"/>
            <w:tcBorders>
              <w:left w:val="single" w:sz="4" w:space="0" w:color="auto"/>
            </w:tcBorders>
          </w:tcPr>
          <w:p w14:paraId="30A2D322" w14:textId="65266D7D" w:rsidR="00A41173" w:rsidRPr="00EB75F0" w:rsidRDefault="00923CEC" w:rsidP="008804F1">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 xml:space="preserve">Table 1 (page </w:t>
            </w:r>
            <w:r w:rsidR="008804F1">
              <w:rPr>
                <w:rFonts w:ascii="Times New Roman" w:hAnsi="Times New Roman" w:cs="Times New Roman"/>
                <w:color w:val="auto"/>
                <w:sz w:val="20"/>
                <w:szCs w:val="20"/>
              </w:rPr>
              <w:t>9</w:t>
            </w:r>
            <w:r w:rsidRPr="00EB75F0">
              <w:rPr>
                <w:rFonts w:ascii="Times New Roman" w:hAnsi="Times New Roman" w:cs="Times New Roman"/>
                <w:color w:val="auto"/>
                <w:sz w:val="20"/>
                <w:szCs w:val="20"/>
              </w:rPr>
              <w:t>)</w:t>
            </w:r>
            <w:r w:rsidR="008804F1">
              <w:rPr>
                <w:rFonts w:ascii="Times New Roman" w:hAnsi="Times New Roman" w:cs="Times New Roman"/>
                <w:color w:val="auto"/>
                <w:sz w:val="20"/>
                <w:szCs w:val="20"/>
              </w:rPr>
              <w:t>; 10</w:t>
            </w:r>
          </w:p>
        </w:tc>
      </w:tr>
      <w:tr w:rsidR="00A41173" w:rsidRPr="00EB75F0" w14:paraId="3CBC6986" w14:textId="77777777" w:rsidTr="006C7B58">
        <w:trPr>
          <w:trHeight w:val="578"/>
        </w:trPr>
        <w:tc>
          <w:tcPr>
            <w:tcW w:w="1758" w:type="dxa"/>
            <w:shd w:val="clear" w:color="auto" w:fill="D9D9D9"/>
          </w:tcPr>
          <w:p w14:paraId="6B54F34B"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Information sources </w:t>
            </w:r>
          </w:p>
        </w:tc>
        <w:tc>
          <w:tcPr>
            <w:tcW w:w="720" w:type="dxa"/>
            <w:shd w:val="clear" w:color="auto" w:fill="D9D9D9"/>
          </w:tcPr>
          <w:p w14:paraId="35066907"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7</w:t>
            </w:r>
          </w:p>
        </w:tc>
        <w:tc>
          <w:tcPr>
            <w:tcW w:w="5220" w:type="dxa"/>
            <w:tcBorders>
              <w:right w:val="single" w:sz="4" w:space="0" w:color="auto"/>
            </w:tcBorders>
            <w:shd w:val="clear" w:color="auto" w:fill="D9D9D9"/>
          </w:tcPr>
          <w:p w14:paraId="51F7F0DB"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2520" w:type="dxa"/>
            <w:tcBorders>
              <w:left w:val="single" w:sz="4" w:space="0" w:color="auto"/>
            </w:tcBorders>
            <w:shd w:val="clear" w:color="auto" w:fill="D9D9D9"/>
          </w:tcPr>
          <w:p w14:paraId="2FDFEE0E" w14:textId="53BF5B8F" w:rsidR="00A41173" w:rsidRPr="00EB75F0" w:rsidRDefault="008804F1" w:rsidP="00C32B29">
            <w:pPr>
              <w:pStyle w:val="Default"/>
              <w:rPr>
                <w:rFonts w:ascii="Times New Roman" w:hAnsi="Times New Roman" w:cs="Times New Roman"/>
                <w:color w:val="auto"/>
                <w:sz w:val="20"/>
                <w:szCs w:val="20"/>
              </w:rPr>
            </w:pPr>
            <w:r>
              <w:rPr>
                <w:rFonts w:ascii="Times New Roman" w:hAnsi="Times New Roman" w:cs="Times New Roman"/>
                <w:color w:val="auto"/>
                <w:sz w:val="20"/>
                <w:szCs w:val="20"/>
              </w:rPr>
              <w:t>7</w:t>
            </w:r>
            <w:r w:rsidR="00923CEC" w:rsidRPr="00EB75F0">
              <w:rPr>
                <w:rFonts w:ascii="Times New Roman" w:hAnsi="Times New Roman" w:cs="Times New Roman"/>
                <w:color w:val="auto"/>
                <w:sz w:val="20"/>
                <w:szCs w:val="20"/>
              </w:rPr>
              <w:t>-</w:t>
            </w:r>
            <w:r>
              <w:rPr>
                <w:rFonts w:ascii="Times New Roman" w:hAnsi="Times New Roman" w:cs="Times New Roman"/>
                <w:color w:val="auto"/>
                <w:sz w:val="20"/>
                <w:szCs w:val="20"/>
              </w:rPr>
              <w:t>8</w:t>
            </w:r>
          </w:p>
        </w:tc>
      </w:tr>
      <w:tr w:rsidR="00A41173" w:rsidRPr="00EB75F0" w14:paraId="361F3BAB" w14:textId="77777777" w:rsidTr="006C7B58">
        <w:trPr>
          <w:trHeight w:val="303"/>
        </w:trPr>
        <w:tc>
          <w:tcPr>
            <w:tcW w:w="1758" w:type="dxa"/>
          </w:tcPr>
          <w:p w14:paraId="23291CBD"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Search </w:t>
            </w:r>
          </w:p>
        </w:tc>
        <w:tc>
          <w:tcPr>
            <w:tcW w:w="720" w:type="dxa"/>
          </w:tcPr>
          <w:p w14:paraId="7B403714"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8</w:t>
            </w:r>
          </w:p>
        </w:tc>
        <w:tc>
          <w:tcPr>
            <w:tcW w:w="5220" w:type="dxa"/>
            <w:tcBorders>
              <w:right w:val="single" w:sz="4" w:space="0" w:color="auto"/>
            </w:tcBorders>
          </w:tcPr>
          <w:p w14:paraId="698DF1D9"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Present full electronic search strategy for at least one database, including any limits used, such that it could be repeated. </w:t>
            </w:r>
          </w:p>
        </w:tc>
        <w:tc>
          <w:tcPr>
            <w:tcW w:w="2520" w:type="dxa"/>
            <w:tcBorders>
              <w:left w:val="single" w:sz="4" w:space="0" w:color="auto"/>
            </w:tcBorders>
          </w:tcPr>
          <w:p w14:paraId="05840E24" w14:textId="1A07ED6C" w:rsidR="00A41173" w:rsidRPr="00EB75F0" w:rsidRDefault="00923CEC" w:rsidP="00C32B29">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Appendix 2</w:t>
            </w:r>
          </w:p>
        </w:tc>
      </w:tr>
      <w:tr w:rsidR="00A41173" w:rsidRPr="00EB75F0" w14:paraId="0ED61319" w14:textId="77777777" w:rsidTr="006C7B58">
        <w:trPr>
          <w:trHeight w:val="578"/>
        </w:trPr>
        <w:tc>
          <w:tcPr>
            <w:tcW w:w="1758" w:type="dxa"/>
            <w:shd w:val="clear" w:color="auto" w:fill="D9D9D9"/>
          </w:tcPr>
          <w:p w14:paraId="6740D8A0"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Study selection </w:t>
            </w:r>
          </w:p>
        </w:tc>
        <w:tc>
          <w:tcPr>
            <w:tcW w:w="720" w:type="dxa"/>
            <w:shd w:val="clear" w:color="auto" w:fill="D9D9D9"/>
          </w:tcPr>
          <w:p w14:paraId="3DC3533C"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9</w:t>
            </w:r>
          </w:p>
        </w:tc>
        <w:tc>
          <w:tcPr>
            <w:tcW w:w="5220" w:type="dxa"/>
            <w:tcBorders>
              <w:right w:val="single" w:sz="4" w:space="0" w:color="auto"/>
            </w:tcBorders>
            <w:shd w:val="clear" w:color="auto" w:fill="D9D9D9"/>
          </w:tcPr>
          <w:p w14:paraId="095CE7DD"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State the process for selecting studies (i.e., screening, eligibility, included in systematic review, and, if applicable, included in the meta-analysis). </w:t>
            </w:r>
          </w:p>
        </w:tc>
        <w:tc>
          <w:tcPr>
            <w:tcW w:w="2520" w:type="dxa"/>
            <w:tcBorders>
              <w:left w:val="single" w:sz="4" w:space="0" w:color="auto"/>
            </w:tcBorders>
            <w:shd w:val="clear" w:color="auto" w:fill="D9D9D9"/>
          </w:tcPr>
          <w:p w14:paraId="4C37AC34" w14:textId="3CD555B9" w:rsidR="00A41173" w:rsidRPr="00EB75F0" w:rsidRDefault="008804F1" w:rsidP="00923CEC">
            <w:pPr>
              <w:pStyle w:val="Default"/>
              <w:rPr>
                <w:rFonts w:ascii="Times New Roman" w:hAnsi="Times New Roman" w:cs="Times New Roman"/>
                <w:color w:val="auto"/>
                <w:sz w:val="20"/>
                <w:szCs w:val="20"/>
              </w:rPr>
            </w:pPr>
            <w:r>
              <w:rPr>
                <w:rFonts w:ascii="Times New Roman" w:hAnsi="Times New Roman" w:cs="Times New Roman"/>
                <w:color w:val="auto"/>
                <w:sz w:val="20"/>
                <w:szCs w:val="20"/>
              </w:rPr>
              <w:t>7</w:t>
            </w:r>
            <w:r w:rsidR="009476B4" w:rsidRPr="00EB75F0">
              <w:rPr>
                <w:rFonts w:ascii="Times New Roman" w:hAnsi="Times New Roman" w:cs="Times New Roman"/>
                <w:color w:val="auto"/>
                <w:sz w:val="20"/>
                <w:szCs w:val="20"/>
              </w:rPr>
              <w:t>-</w:t>
            </w:r>
            <w:r w:rsidR="009B363E">
              <w:rPr>
                <w:rFonts w:ascii="Times New Roman" w:hAnsi="Times New Roman" w:cs="Times New Roman"/>
                <w:color w:val="auto"/>
                <w:sz w:val="20"/>
                <w:szCs w:val="20"/>
              </w:rPr>
              <w:t>1</w:t>
            </w:r>
            <w:r>
              <w:rPr>
                <w:rFonts w:ascii="Times New Roman" w:hAnsi="Times New Roman" w:cs="Times New Roman"/>
                <w:color w:val="auto"/>
                <w:sz w:val="20"/>
                <w:szCs w:val="20"/>
              </w:rPr>
              <w:t>3</w:t>
            </w:r>
          </w:p>
        </w:tc>
      </w:tr>
      <w:tr w:rsidR="00A41173" w:rsidRPr="00EB75F0" w14:paraId="1B080528" w14:textId="77777777" w:rsidTr="006C7B58">
        <w:trPr>
          <w:trHeight w:val="578"/>
        </w:trPr>
        <w:tc>
          <w:tcPr>
            <w:tcW w:w="1758" w:type="dxa"/>
          </w:tcPr>
          <w:p w14:paraId="45A74F25"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sz w:val="20"/>
                <w:szCs w:val="20"/>
              </w:rPr>
              <w:lastRenderedPageBreak/>
              <w:t xml:space="preserve">Data collection process </w:t>
            </w:r>
          </w:p>
        </w:tc>
        <w:tc>
          <w:tcPr>
            <w:tcW w:w="720" w:type="dxa"/>
          </w:tcPr>
          <w:p w14:paraId="3E940699"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10</w:t>
            </w:r>
          </w:p>
        </w:tc>
        <w:tc>
          <w:tcPr>
            <w:tcW w:w="5220" w:type="dxa"/>
            <w:tcBorders>
              <w:right w:val="single" w:sz="4" w:space="0" w:color="auto"/>
            </w:tcBorders>
          </w:tcPr>
          <w:p w14:paraId="4FCDF259"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Describe method of data extraction from reports (e.g., piloted forms, independently, in duplicate) and any processes for obtaining and confirming data from investigators. </w:t>
            </w:r>
          </w:p>
        </w:tc>
        <w:tc>
          <w:tcPr>
            <w:tcW w:w="2520" w:type="dxa"/>
            <w:tcBorders>
              <w:left w:val="single" w:sz="4" w:space="0" w:color="auto"/>
            </w:tcBorders>
          </w:tcPr>
          <w:p w14:paraId="2AD72736" w14:textId="3D0467B1" w:rsidR="00A41173" w:rsidRPr="00EB75F0" w:rsidRDefault="009476B4" w:rsidP="00C32B29">
            <w:pPr>
              <w:spacing w:after="0" w:line="240" w:lineRule="auto"/>
              <w:rPr>
                <w:rFonts w:ascii="Times New Roman" w:hAnsi="Times New Roman"/>
                <w:sz w:val="20"/>
              </w:rPr>
            </w:pPr>
            <w:r w:rsidRPr="00EB75F0">
              <w:rPr>
                <w:rFonts w:ascii="Times New Roman" w:hAnsi="Times New Roman"/>
                <w:sz w:val="20"/>
              </w:rPr>
              <w:t>7</w:t>
            </w:r>
            <w:r w:rsidR="008804F1">
              <w:rPr>
                <w:rFonts w:ascii="Times New Roman" w:hAnsi="Times New Roman"/>
                <w:sz w:val="20"/>
              </w:rPr>
              <w:t>-8</w:t>
            </w:r>
          </w:p>
        </w:tc>
      </w:tr>
      <w:tr w:rsidR="00A41173" w:rsidRPr="00EB75F0" w14:paraId="710EF16A" w14:textId="77777777" w:rsidTr="00606091">
        <w:trPr>
          <w:trHeight w:val="837"/>
        </w:trPr>
        <w:tc>
          <w:tcPr>
            <w:tcW w:w="1758" w:type="dxa"/>
            <w:shd w:val="clear" w:color="auto" w:fill="D9D9D9"/>
          </w:tcPr>
          <w:p w14:paraId="1DBA8E66"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Data items </w:t>
            </w:r>
          </w:p>
        </w:tc>
        <w:tc>
          <w:tcPr>
            <w:tcW w:w="720" w:type="dxa"/>
            <w:shd w:val="clear" w:color="auto" w:fill="D9D9D9"/>
          </w:tcPr>
          <w:p w14:paraId="18F5A1BE"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11</w:t>
            </w:r>
          </w:p>
        </w:tc>
        <w:tc>
          <w:tcPr>
            <w:tcW w:w="5220" w:type="dxa"/>
            <w:tcBorders>
              <w:right w:val="single" w:sz="4" w:space="0" w:color="auto"/>
            </w:tcBorders>
            <w:shd w:val="clear" w:color="auto" w:fill="D9D9D9"/>
          </w:tcPr>
          <w:p w14:paraId="224AC2D4"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List and define all variables for which data were sought (e.g., PICOS, funding sources) and any assumptions and simplifications made. </w:t>
            </w:r>
          </w:p>
        </w:tc>
        <w:tc>
          <w:tcPr>
            <w:tcW w:w="2520" w:type="dxa"/>
            <w:tcBorders>
              <w:left w:val="single" w:sz="4" w:space="0" w:color="auto"/>
            </w:tcBorders>
            <w:shd w:val="clear" w:color="auto" w:fill="D9D9D9"/>
          </w:tcPr>
          <w:p w14:paraId="2920F976" w14:textId="6E97CD34" w:rsidR="00A41173" w:rsidRPr="00EB75F0" w:rsidRDefault="009476B4" w:rsidP="00C32B29">
            <w:pPr>
              <w:spacing w:after="0" w:line="240" w:lineRule="auto"/>
              <w:rPr>
                <w:rFonts w:ascii="Times New Roman" w:hAnsi="Times New Roman"/>
                <w:sz w:val="20"/>
              </w:rPr>
            </w:pPr>
            <w:r w:rsidRPr="00EB75F0">
              <w:rPr>
                <w:rFonts w:ascii="Times New Roman" w:hAnsi="Times New Roman"/>
                <w:sz w:val="20"/>
              </w:rPr>
              <w:t>7</w:t>
            </w:r>
            <w:r w:rsidR="00A70C95">
              <w:rPr>
                <w:rFonts w:ascii="Times New Roman" w:hAnsi="Times New Roman"/>
                <w:sz w:val="20"/>
              </w:rPr>
              <w:t>-</w:t>
            </w:r>
            <w:r w:rsidR="008804F1">
              <w:rPr>
                <w:rFonts w:ascii="Times New Roman" w:hAnsi="Times New Roman"/>
                <w:sz w:val="20"/>
              </w:rPr>
              <w:t>9</w:t>
            </w:r>
          </w:p>
        </w:tc>
      </w:tr>
      <w:tr w:rsidR="00A41173" w:rsidRPr="00EB75F0" w14:paraId="15A98553" w14:textId="77777777" w:rsidTr="006C7B58">
        <w:trPr>
          <w:trHeight w:val="578"/>
        </w:trPr>
        <w:tc>
          <w:tcPr>
            <w:tcW w:w="1758" w:type="dxa"/>
          </w:tcPr>
          <w:p w14:paraId="65506FA2" w14:textId="77777777" w:rsidR="00A41173" w:rsidRPr="00EB75F0" w:rsidRDefault="00A41173" w:rsidP="00C32B29">
            <w:pPr>
              <w:pStyle w:val="Default"/>
              <w:ind w:left="176"/>
              <w:rPr>
                <w:rFonts w:ascii="Times New Roman" w:hAnsi="Times New Roman" w:cs="Times New Roman"/>
                <w:b/>
                <w:sz w:val="20"/>
                <w:szCs w:val="20"/>
              </w:rPr>
            </w:pPr>
            <w:r w:rsidRPr="00EB75F0">
              <w:rPr>
                <w:rFonts w:ascii="Times New Roman" w:hAnsi="Times New Roman" w:cs="Times New Roman"/>
                <w:b/>
                <w:sz w:val="20"/>
                <w:szCs w:val="20"/>
              </w:rPr>
              <w:t>Geometry of the network</w:t>
            </w:r>
          </w:p>
        </w:tc>
        <w:tc>
          <w:tcPr>
            <w:tcW w:w="720" w:type="dxa"/>
          </w:tcPr>
          <w:p w14:paraId="59D78B11" w14:textId="77777777" w:rsidR="00A41173" w:rsidRPr="00EB75F0" w:rsidRDefault="00A41173" w:rsidP="00C32B29">
            <w:pPr>
              <w:pStyle w:val="Default"/>
              <w:rPr>
                <w:rFonts w:ascii="Times New Roman" w:hAnsi="Times New Roman" w:cs="Times New Roman"/>
                <w:b/>
                <w:sz w:val="20"/>
                <w:szCs w:val="20"/>
              </w:rPr>
            </w:pPr>
            <w:r w:rsidRPr="00EB75F0">
              <w:rPr>
                <w:rFonts w:ascii="Times New Roman" w:hAnsi="Times New Roman" w:cs="Times New Roman"/>
                <w:b/>
                <w:sz w:val="20"/>
                <w:szCs w:val="20"/>
              </w:rPr>
              <w:t>S1</w:t>
            </w:r>
          </w:p>
        </w:tc>
        <w:tc>
          <w:tcPr>
            <w:tcW w:w="5220" w:type="dxa"/>
            <w:tcBorders>
              <w:right w:val="single" w:sz="4" w:space="0" w:color="auto"/>
            </w:tcBorders>
          </w:tcPr>
          <w:p w14:paraId="3CFEF6A0"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2520" w:type="dxa"/>
            <w:tcBorders>
              <w:left w:val="single" w:sz="4" w:space="0" w:color="auto"/>
            </w:tcBorders>
          </w:tcPr>
          <w:p w14:paraId="63A6D6AE" w14:textId="7CF36F73" w:rsidR="00A41173" w:rsidRPr="00EB75F0" w:rsidRDefault="00E74230" w:rsidP="00F957FE">
            <w:pPr>
              <w:pStyle w:val="Default"/>
              <w:rPr>
                <w:rFonts w:ascii="Times New Roman" w:hAnsi="Times New Roman" w:cs="Times New Roman"/>
                <w:color w:val="auto"/>
                <w:sz w:val="20"/>
                <w:szCs w:val="20"/>
              </w:rPr>
            </w:pPr>
            <w:r>
              <w:rPr>
                <w:rFonts w:ascii="Times New Roman" w:hAnsi="Times New Roman" w:cs="Times New Roman"/>
                <w:color w:val="auto"/>
                <w:sz w:val="20"/>
                <w:szCs w:val="20"/>
              </w:rPr>
              <w:t>10</w:t>
            </w:r>
            <w:r w:rsidR="008804F1">
              <w:rPr>
                <w:rFonts w:ascii="Times New Roman" w:hAnsi="Times New Roman" w:cs="Times New Roman"/>
                <w:color w:val="auto"/>
                <w:sz w:val="20"/>
                <w:szCs w:val="20"/>
              </w:rPr>
              <w:t>-11</w:t>
            </w:r>
            <w:r w:rsidR="009476B4" w:rsidRPr="00EB75F0">
              <w:rPr>
                <w:rFonts w:ascii="Times New Roman" w:hAnsi="Times New Roman" w:cs="Times New Roman"/>
                <w:color w:val="auto"/>
                <w:sz w:val="20"/>
                <w:szCs w:val="20"/>
              </w:rPr>
              <w:t>;</w:t>
            </w:r>
          </w:p>
          <w:p w14:paraId="6477446C" w14:textId="5AAF53A5" w:rsidR="009476B4" w:rsidRPr="00EB75F0" w:rsidRDefault="009476B4" w:rsidP="00F957FE">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 xml:space="preserve">Appendix 4; </w:t>
            </w:r>
          </w:p>
          <w:p w14:paraId="1DC02EC0" w14:textId="23B99503" w:rsidR="009476B4" w:rsidRPr="00EB75F0" w:rsidRDefault="009476B4" w:rsidP="00F957FE">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 xml:space="preserve">Appendix </w:t>
            </w:r>
            <w:r w:rsidR="009017CB" w:rsidRPr="00EB75F0">
              <w:rPr>
                <w:rFonts w:ascii="Times New Roman" w:hAnsi="Times New Roman" w:cs="Times New Roman"/>
                <w:color w:val="auto"/>
                <w:sz w:val="20"/>
                <w:szCs w:val="20"/>
              </w:rPr>
              <w:t>5</w:t>
            </w:r>
            <w:r w:rsidRPr="00EB75F0">
              <w:rPr>
                <w:rFonts w:ascii="Times New Roman" w:hAnsi="Times New Roman" w:cs="Times New Roman"/>
                <w:color w:val="auto"/>
                <w:sz w:val="20"/>
                <w:szCs w:val="20"/>
              </w:rPr>
              <w:t xml:space="preserve">, </w:t>
            </w:r>
          </w:p>
          <w:p w14:paraId="1C481DBC" w14:textId="1E4FAB53" w:rsidR="009476B4" w:rsidRPr="00EB75F0" w:rsidRDefault="009476B4" w:rsidP="00F957FE">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 xml:space="preserve">Appendix </w:t>
            </w:r>
            <w:r w:rsidR="009017CB" w:rsidRPr="00EB75F0">
              <w:rPr>
                <w:rFonts w:ascii="Times New Roman" w:hAnsi="Times New Roman" w:cs="Times New Roman"/>
                <w:color w:val="auto"/>
                <w:sz w:val="20"/>
                <w:szCs w:val="20"/>
              </w:rPr>
              <w:t>6</w:t>
            </w:r>
          </w:p>
        </w:tc>
      </w:tr>
      <w:tr w:rsidR="00A41173" w:rsidRPr="00EB75F0" w14:paraId="10E8EFAB" w14:textId="77777777" w:rsidTr="006C7B58">
        <w:trPr>
          <w:trHeight w:val="578"/>
        </w:trPr>
        <w:tc>
          <w:tcPr>
            <w:tcW w:w="1758" w:type="dxa"/>
            <w:shd w:val="clear" w:color="auto" w:fill="D9D9D9"/>
          </w:tcPr>
          <w:p w14:paraId="236C7455"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Risk of bias within individual studies </w:t>
            </w:r>
          </w:p>
        </w:tc>
        <w:tc>
          <w:tcPr>
            <w:tcW w:w="720" w:type="dxa"/>
            <w:shd w:val="clear" w:color="auto" w:fill="D9D9D9"/>
          </w:tcPr>
          <w:p w14:paraId="12B796AE"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12</w:t>
            </w:r>
          </w:p>
        </w:tc>
        <w:tc>
          <w:tcPr>
            <w:tcW w:w="5220" w:type="dxa"/>
            <w:tcBorders>
              <w:right w:val="single" w:sz="4" w:space="0" w:color="auto"/>
            </w:tcBorders>
            <w:shd w:val="clear" w:color="auto" w:fill="D9D9D9"/>
          </w:tcPr>
          <w:p w14:paraId="281C54B9"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2520" w:type="dxa"/>
            <w:tcBorders>
              <w:left w:val="single" w:sz="4" w:space="0" w:color="auto"/>
            </w:tcBorders>
            <w:shd w:val="clear" w:color="auto" w:fill="D9D9D9"/>
          </w:tcPr>
          <w:p w14:paraId="3C2AA6B2" w14:textId="57FFCB4F" w:rsidR="009476B4" w:rsidRPr="00EB75F0" w:rsidRDefault="00E74230" w:rsidP="00C32B29">
            <w:pPr>
              <w:pStyle w:val="Default"/>
              <w:rPr>
                <w:rFonts w:ascii="Times New Roman" w:hAnsi="Times New Roman"/>
                <w:color w:val="001B2B"/>
                <w:sz w:val="20"/>
              </w:rPr>
            </w:pPr>
            <w:r>
              <w:rPr>
                <w:rFonts w:ascii="Times New Roman" w:hAnsi="Times New Roman"/>
                <w:color w:val="001B2B"/>
                <w:sz w:val="20"/>
              </w:rPr>
              <w:t>7-8</w:t>
            </w:r>
            <w:r w:rsidR="009476B4" w:rsidRPr="00EB75F0">
              <w:rPr>
                <w:rFonts w:ascii="Times New Roman" w:hAnsi="Times New Roman"/>
                <w:color w:val="001B2B"/>
                <w:sz w:val="20"/>
              </w:rPr>
              <w:t>;</w:t>
            </w:r>
          </w:p>
          <w:p w14:paraId="61EB09EF" w14:textId="233CD9A9" w:rsidR="008804F1" w:rsidRPr="00EB75F0" w:rsidRDefault="009476B4" w:rsidP="008804F1">
            <w:pPr>
              <w:pStyle w:val="Default"/>
              <w:rPr>
                <w:rFonts w:ascii="Times New Roman" w:hAnsi="Times New Roman" w:cs="Times New Roman"/>
                <w:color w:val="auto"/>
                <w:sz w:val="20"/>
                <w:szCs w:val="20"/>
              </w:rPr>
            </w:pPr>
            <w:r w:rsidRPr="00EB75F0">
              <w:rPr>
                <w:rFonts w:ascii="Times New Roman" w:hAnsi="Times New Roman"/>
                <w:color w:val="001B2B"/>
                <w:sz w:val="20"/>
              </w:rPr>
              <w:t xml:space="preserve">Appendix </w:t>
            </w:r>
            <w:r w:rsidR="001A3C4E" w:rsidRPr="00EB75F0">
              <w:rPr>
                <w:rFonts w:ascii="Times New Roman" w:hAnsi="Times New Roman"/>
                <w:color w:val="001B2B"/>
                <w:sz w:val="20"/>
              </w:rPr>
              <w:t>7</w:t>
            </w:r>
          </w:p>
        </w:tc>
      </w:tr>
      <w:tr w:rsidR="00A41173" w:rsidRPr="00EB75F0" w14:paraId="248EAD64" w14:textId="77777777" w:rsidTr="006C7B58">
        <w:trPr>
          <w:trHeight w:val="333"/>
        </w:trPr>
        <w:tc>
          <w:tcPr>
            <w:tcW w:w="1758" w:type="dxa"/>
          </w:tcPr>
          <w:p w14:paraId="533F1E6E"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Summary measures </w:t>
            </w:r>
          </w:p>
        </w:tc>
        <w:tc>
          <w:tcPr>
            <w:tcW w:w="720" w:type="dxa"/>
          </w:tcPr>
          <w:p w14:paraId="377F3B5A"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13</w:t>
            </w:r>
          </w:p>
        </w:tc>
        <w:tc>
          <w:tcPr>
            <w:tcW w:w="5220" w:type="dxa"/>
            <w:tcBorders>
              <w:right w:val="single" w:sz="4" w:space="0" w:color="auto"/>
            </w:tcBorders>
          </w:tcPr>
          <w:p w14:paraId="2714B9EC"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State the principal summary measures (e.g., risk ratio, difference in means). </w:t>
            </w:r>
            <w:r w:rsidRPr="00EB75F0">
              <w:rPr>
                <w:rFonts w:ascii="Times New Roman" w:hAnsi="Times New Roman" w:cs="Times New Roman"/>
                <w:i/>
                <w:sz w:val="20"/>
                <w:szCs w:val="20"/>
              </w:rPr>
              <w:t>Also describe the use of additional summary measures assessed, such as treatment rankings and surface under the cumulative ranking curve (SUCRA) values, as well as modified approaches used to present summary findings from meta-analyses.</w:t>
            </w:r>
          </w:p>
        </w:tc>
        <w:tc>
          <w:tcPr>
            <w:tcW w:w="2520" w:type="dxa"/>
            <w:tcBorders>
              <w:left w:val="single" w:sz="4" w:space="0" w:color="auto"/>
            </w:tcBorders>
          </w:tcPr>
          <w:p w14:paraId="612D5E7C" w14:textId="5118EF62" w:rsidR="00A41173" w:rsidRPr="00EB75F0" w:rsidRDefault="0075077F" w:rsidP="00C32B29">
            <w:pPr>
              <w:pStyle w:val="Default"/>
              <w:rPr>
                <w:rFonts w:ascii="Times New Roman" w:hAnsi="Times New Roman" w:cs="Times New Roman"/>
                <w:color w:val="auto"/>
                <w:sz w:val="20"/>
                <w:szCs w:val="20"/>
              </w:rPr>
            </w:pPr>
            <w:r>
              <w:rPr>
                <w:rFonts w:ascii="Times New Roman" w:hAnsi="Times New Roman" w:cs="Times New Roman"/>
                <w:color w:val="auto"/>
                <w:sz w:val="20"/>
                <w:szCs w:val="20"/>
              </w:rPr>
              <w:t>10</w:t>
            </w:r>
          </w:p>
        </w:tc>
      </w:tr>
      <w:tr w:rsidR="00A41173" w:rsidRPr="00EB75F0" w14:paraId="0D6B2D3A" w14:textId="77777777" w:rsidTr="006C7B58">
        <w:trPr>
          <w:trHeight w:val="580"/>
        </w:trPr>
        <w:tc>
          <w:tcPr>
            <w:tcW w:w="1758" w:type="dxa"/>
            <w:shd w:val="clear" w:color="auto" w:fill="D9D9D9"/>
          </w:tcPr>
          <w:p w14:paraId="109E8FDA" w14:textId="77777777" w:rsidR="00A41173" w:rsidRPr="00EB75F0" w:rsidRDefault="00A41173" w:rsidP="00C32B29">
            <w:pPr>
              <w:pStyle w:val="Default"/>
              <w:ind w:left="176"/>
              <w:rPr>
                <w:rFonts w:ascii="Times New Roman" w:hAnsi="Times New Roman" w:cs="Times New Roman"/>
                <w:sz w:val="20"/>
                <w:szCs w:val="20"/>
              </w:rPr>
            </w:pPr>
            <w:r w:rsidRPr="00EB75F0">
              <w:rPr>
                <w:rFonts w:ascii="Times New Roman" w:hAnsi="Times New Roman" w:cs="Times New Roman"/>
                <w:sz w:val="20"/>
                <w:szCs w:val="20"/>
              </w:rPr>
              <w:t>Planned methods of analysis</w:t>
            </w:r>
          </w:p>
        </w:tc>
        <w:tc>
          <w:tcPr>
            <w:tcW w:w="720" w:type="dxa"/>
            <w:shd w:val="clear" w:color="auto" w:fill="D9D9D9"/>
          </w:tcPr>
          <w:p w14:paraId="2E014C5A"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14</w:t>
            </w:r>
          </w:p>
        </w:tc>
        <w:tc>
          <w:tcPr>
            <w:tcW w:w="5220" w:type="dxa"/>
            <w:tcBorders>
              <w:right w:val="single" w:sz="4" w:space="0" w:color="auto"/>
            </w:tcBorders>
            <w:shd w:val="clear" w:color="auto" w:fill="D9D9D9"/>
          </w:tcPr>
          <w:p w14:paraId="02DAEE58" w14:textId="77777777" w:rsidR="00A41173" w:rsidRPr="00EB75F0" w:rsidRDefault="00A41173" w:rsidP="00C32B29">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Describe the methods of handling data and combining results of studies for each network meta-analysis. This should include, but not be limited to:  </w:t>
            </w:r>
          </w:p>
          <w:p w14:paraId="23F64AB0" w14:textId="77777777" w:rsidR="00A41173" w:rsidRPr="00EB75F0" w:rsidRDefault="00A41173" w:rsidP="00A41173">
            <w:pPr>
              <w:pStyle w:val="Default"/>
              <w:numPr>
                <w:ilvl w:val="0"/>
                <w:numId w:val="37"/>
              </w:numPr>
              <w:rPr>
                <w:rFonts w:ascii="Times New Roman" w:hAnsi="Times New Roman" w:cs="Times New Roman"/>
                <w:i/>
                <w:sz w:val="20"/>
                <w:szCs w:val="20"/>
              </w:rPr>
            </w:pPr>
            <w:r w:rsidRPr="00EB75F0">
              <w:rPr>
                <w:rFonts w:ascii="Times New Roman" w:hAnsi="Times New Roman" w:cs="Times New Roman"/>
                <w:i/>
                <w:sz w:val="20"/>
                <w:szCs w:val="20"/>
              </w:rPr>
              <w:t>Handling of multi-arm trials;</w:t>
            </w:r>
          </w:p>
          <w:p w14:paraId="3A9BF591" w14:textId="77777777" w:rsidR="00A41173" w:rsidRPr="00EB75F0" w:rsidRDefault="00A41173" w:rsidP="00A41173">
            <w:pPr>
              <w:pStyle w:val="Default"/>
              <w:numPr>
                <w:ilvl w:val="0"/>
                <w:numId w:val="37"/>
              </w:numPr>
              <w:rPr>
                <w:rFonts w:ascii="Times New Roman" w:hAnsi="Times New Roman" w:cs="Times New Roman"/>
                <w:i/>
                <w:sz w:val="20"/>
                <w:szCs w:val="20"/>
              </w:rPr>
            </w:pPr>
            <w:r w:rsidRPr="00EB75F0">
              <w:rPr>
                <w:rFonts w:ascii="Times New Roman" w:hAnsi="Times New Roman" w:cs="Times New Roman"/>
                <w:i/>
                <w:sz w:val="20"/>
                <w:szCs w:val="20"/>
              </w:rPr>
              <w:t>Selection of variance structure;</w:t>
            </w:r>
          </w:p>
          <w:p w14:paraId="0C288BED" w14:textId="77777777" w:rsidR="00A41173" w:rsidRPr="00EB75F0" w:rsidRDefault="00A41173" w:rsidP="00A41173">
            <w:pPr>
              <w:pStyle w:val="Default"/>
              <w:numPr>
                <w:ilvl w:val="0"/>
                <w:numId w:val="37"/>
              </w:numPr>
              <w:rPr>
                <w:rFonts w:ascii="Times New Roman" w:hAnsi="Times New Roman" w:cs="Times New Roman"/>
                <w:i/>
                <w:sz w:val="20"/>
                <w:szCs w:val="20"/>
              </w:rPr>
            </w:pPr>
            <w:r w:rsidRPr="00EB75F0">
              <w:rPr>
                <w:rFonts w:ascii="Times New Roman" w:hAnsi="Times New Roman" w:cs="Times New Roman"/>
                <w:i/>
                <w:sz w:val="20"/>
                <w:szCs w:val="20"/>
              </w:rPr>
              <w:t>Selection of prior distributions in Bayesian analyses; and</w:t>
            </w:r>
          </w:p>
          <w:p w14:paraId="0A8CCB2F" w14:textId="77777777" w:rsidR="00A41173" w:rsidRPr="00EB75F0" w:rsidRDefault="00A41173" w:rsidP="00A41173">
            <w:pPr>
              <w:pStyle w:val="Default"/>
              <w:numPr>
                <w:ilvl w:val="0"/>
                <w:numId w:val="37"/>
              </w:numPr>
              <w:rPr>
                <w:rFonts w:ascii="Times New Roman" w:hAnsi="Times New Roman" w:cs="Times New Roman"/>
                <w:sz w:val="20"/>
                <w:szCs w:val="20"/>
              </w:rPr>
            </w:pPr>
            <w:r w:rsidRPr="00EB75F0">
              <w:rPr>
                <w:rFonts w:ascii="Times New Roman" w:hAnsi="Times New Roman" w:cs="Times New Roman"/>
                <w:i/>
                <w:sz w:val="20"/>
                <w:szCs w:val="20"/>
              </w:rPr>
              <w:t xml:space="preserve"> Assessment of model fit.</w:t>
            </w:r>
            <w:r w:rsidRPr="00EB75F0">
              <w:rPr>
                <w:rFonts w:ascii="Times New Roman" w:hAnsi="Times New Roman" w:cs="Times New Roman"/>
                <w:sz w:val="20"/>
                <w:szCs w:val="20"/>
              </w:rPr>
              <w:t xml:space="preserve"> </w:t>
            </w:r>
          </w:p>
        </w:tc>
        <w:tc>
          <w:tcPr>
            <w:tcW w:w="2520" w:type="dxa"/>
            <w:tcBorders>
              <w:left w:val="single" w:sz="4" w:space="0" w:color="auto"/>
            </w:tcBorders>
            <w:shd w:val="clear" w:color="auto" w:fill="D9D9D9"/>
          </w:tcPr>
          <w:p w14:paraId="5F0CE185" w14:textId="13AB2D93" w:rsidR="00A41173" w:rsidRPr="00EB75F0" w:rsidRDefault="0075077F" w:rsidP="00C32B29">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10</w:t>
            </w:r>
            <w:r>
              <w:rPr>
                <w:rFonts w:ascii="Times New Roman" w:hAnsi="Times New Roman" w:cs="Times New Roman"/>
                <w:color w:val="auto"/>
                <w:sz w:val="20"/>
                <w:szCs w:val="20"/>
              </w:rPr>
              <w:t>-11</w:t>
            </w:r>
            <w:r w:rsidR="009476B4" w:rsidRPr="00EB75F0">
              <w:rPr>
                <w:rFonts w:ascii="Times New Roman" w:hAnsi="Times New Roman" w:cs="Times New Roman"/>
                <w:color w:val="auto"/>
                <w:sz w:val="20"/>
                <w:szCs w:val="20"/>
              </w:rPr>
              <w:t xml:space="preserve">, </w:t>
            </w:r>
          </w:p>
          <w:p w14:paraId="565B7382" w14:textId="594416AB" w:rsidR="009476B4" w:rsidRPr="00EB75F0" w:rsidRDefault="009476B4" w:rsidP="00C32B29">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Appendix 12</w:t>
            </w:r>
          </w:p>
        </w:tc>
      </w:tr>
      <w:tr w:rsidR="009476B4" w:rsidRPr="00EB75F0" w14:paraId="1A294652" w14:textId="77777777" w:rsidTr="006C7B58">
        <w:trPr>
          <w:trHeight w:val="580"/>
        </w:trPr>
        <w:tc>
          <w:tcPr>
            <w:tcW w:w="1758" w:type="dxa"/>
          </w:tcPr>
          <w:p w14:paraId="63B2CC3B" w14:textId="77777777" w:rsidR="009476B4" w:rsidRPr="00EB75F0" w:rsidRDefault="009476B4" w:rsidP="009476B4">
            <w:pPr>
              <w:pStyle w:val="Default"/>
              <w:ind w:left="176"/>
              <w:rPr>
                <w:rFonts w:ascii="Times New Roman" w:hAnsi="Times New Roman" w:cs="Times New Roman"/>
                <w:b/>
                <w:sz w:val="20"/>
                <w:szCs w:val="20"/>
              </w:rPr>
            </w:pPr>
            <w:r w:rsidRPr="00EB75F0">
              <w:rPr>
                <w:rFonts w:ascii="Times New Roman" w:hAnsi="Times New Roman" w:cs="Times New Roman"/>
                <w:b/>
                <w:sz w:val="20"/>
                <w:szCs w:val="20"/>
              </w:rPr>
              <w:t>Assessment of Inconsistency</w:t>
            </w:r>
          </w:p>
        </w:tc>
        <w:tc>
          <w:tcPr>
            <w:tcW w:w="720" w:type="dxa"/>
          </w:tcPr>
          <w:p w14:paraId="5D51DC2F" w14:textId="77777777" w:rsidR="009476B4" w:rsidRPr="00EB75F0" w:rsidRDefault="009476B4" w:rsidP="009476B4">
            <w:pPr>
              <w:pStyle w:val="Default"/>
              <w:rPr>
                <w:rFonts w:ascii="Times New Roman" w:hAnsi="Times New Roman" w:cs="Times New Roman"/>
                <w:b/>
                <w:sz w:val="20"/>
                <w:szCs w:val="20"/>
              </w:rPr>
            </w:pPr>
            <w:r w:rsidRPr="00EB75F0">
              <w:rPr>
                <w:rFonts w:ascii="Times New Roman" w:hAnsi="Times New Roman" w:cs="Times New Roman"/>
                <w:b/>
                <w:sz w:val="20"/>
                <w:szCs w:val="20"/>
              </w:rPr>
              <w:t>S2</w:t>
            </w:r>
          </w:p>
        </w:tc>
        <w:tc>
          <w:tcPr>
            <w:tcW w:w="5220" w:type="dxa"/>
            <w:tcBorders>
              <w:right w:val="single" w:sz="4" w:space="0" w:color="auto"/>
            </w:tcBorders>
          </w:tcPr>
          <w:p w14:paraId="2878CE5E" w14:textId="77777777" w:rsidR="009476B4" w:rsidRPr="00EB75F0" w:rsidRDefault="009476B4" w:rsidP="009476B4">
            <w:pPr>
              <w:pStyle w:val="Default"/>
              <w:rPr>
                <w:rFonts w:ascii="Times New Roman" w:hAnsi="Times New Roman" w:cs="Times New Roman"/>
                <w:b/>
                <w:i/>
                <w:sz w:val="20"/>
                <w:szCs w:val="20"/>
              </w:rPr>
            </w:pPr>
            <w:r w:rsidRPr="00EB75F0">
              <w:rPr>
                <w:rFonts w:ascii="Times New Roman" w:hAnsi="Times New Roman" w:cs="Times New Roman"/>
                <w:color w:val="auto"/>
                <w:sz w:val="20"/>
                <w:szCs w:val="20"/>
              </w:rPr>
              <w:t>Describe the statistical methods used to evaluate the agreement of direct and indirect evidence in the treatment network(s) studied. Describe efforts taken to address its presence when found.</w:t>
            </w:r>
          </w:p>
        </w:tc>
        <w:tc>
          <w:tcPr>
            <w:tcW w:w="2520" w:type="dxa"/>
            <w:tcBorders>
              <w:left w:val="single" w:sz="4" w:space="0" w:color="auto"/>
            </w:tcBorders>
          </w:tcPr>
          <w:p w14:paraId="22D03288" w14:textId="5B7E6D63" w:rsidR="009476B4" w:rsidRPr="00EB75F0" w:rsidRDefault="0075077F"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10</w:t>
            </w:r>
            <w:r>
              <w:rPr>
                <w:rFonts w:ascii="Times New Roman" w:hAnsi="Times New Roman" w:cs="Times New Roman"/>
                <w:color w:val="auto"/>
                <w:sz w:val="20"/>
                <w:szCs w:val="20"/>
              </w:rPr>
              <w:t>-11</w:t>
            </w:r>
            <w:r w:rsidR="009476B4" w:rsidRPr="00EB75F0">
              <w:rPr>
                <w:rFonts w:ascii="Times New Roman" w:hAnsi="Times New Roman" w:cs="Times New Roman"/>
                <w:color w:val="auto"/>
                <w:sz w:val="20"/>
                <w:szCs w:val="20"/>
              </w:rPr>
              <w:t xml:space="preserve">, </w:t>
            </w:r>
          </w:p>
          <w:p w14:paraId="3D91B714" w14:textId="282F5A02" w:rsidR="009476B4" w:rsidRPr="00EB75F0" w:rsidRDefault="009476B4"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Appendix 12</w:t>
            </w:r>
          </w:p>
        </w:tc>
      </w:tr>
      <w:tr w:rsidR="009476B4" w:rsidRPr="00EB75F0" w14:paraId="6B3C8F37" w14:textId="77777777" w:rsidTr="006C7B58">
        <w:trPr>
          <w:trHeight w:val="580"/>
        </w:trPr>
        <w:tc>
          <w:tcPr>
            <w:tcW w:w="1758" w:type="dxa"/>
            <w:shd w:val="clear" w:color="auto" w:fill="D9D9D9"/>
          </w:tcPr>
          <w:p w14:paraId="3C7B7947" w14:textId="77777777" w:rsidR="009476B4" w:rsidRPr="00EB75F0" w:rsidRDefault="009476B4" w:rsidP="009476B4">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Risk of bias across studies </w:t>
            </w:r>
          </w:p>
        </w:tc>
        <w:tc>
          <w:tcPr>
            <w:tcW w:w="720" w:type="dxa"/>
            <w:shd w:val="clear" w:color="auto" w:fill="D9D9D9"/>
          </w:tcPr>
          <w:p w14:paraId="67E86930"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15</w:t>
            </w:r>
          </w:p>
        </w:tc>
        <w:tc>
          <w:tcPr>
            <w:tcW w:w="5220" w:type="dxa"/>
            <w:tcBorders>
              <w:right w:val="single" w:sz="4" w:space="0" w:color="auto"/>
            </w:tcBorders>
            <w:shd w:val="clear" w:color="auto" w:fill="D9D9D9"/>
          </w:tcPr>
          <w:p w14:paraId="5A1852D1"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Specify any assessment of risk of bias that may affect the cumulative evidence (e.g., publication bias, selective reporting within studies). </w:t>
            </w:r>
          </w:p>
        </w:tc>
        <w:tc>
          <w:tcPr>
            <w:tcW w:w="2520" w:type="dxa"/>
            <w:tcBorders>
              <w:left w:val="single" w:sz="4" w:space="0" w:color="auto"/>
            </w:tcBorders>
            <w:shd w:val="clear" w:color="auto" w:fill="D9D9D9"/>
          </w:tcPr>
          <w:p w14:paraId="722E09D8" w14:textId="2181C7F1" w:rsidR="009476B4" w:rsidRPr="008804F1" w:rsidRDefault="008804F1" w:rsidP="009476B4">
            <w:pPr>
              <w:pStyle w:val="Default"/>
              <w:rPr>
                <w:rFonts w:ascii="Times New Roman" w:hAnsi="Times New Roman" w:cs="Times New Roman"/>
                <w:bCs/>
                <w:color w:val="auto"/>
                <w:sz w:val="20"/>
                <w:szCs w:val="20"/>
              </w:rPr>
            </w:pPr>
            <w:r>
              <w:rPr>
                <w:rFonts w:ascii="Times New Roman" w:hAnsi="Times New Roman" w:cs="Times New Roman"/>
                <w:bCs/>
                <w:color w:val="auto"/>
                <w:sz w:val="20"/>
                <w:szCs w:val="20"/>
              </w:rPr>
              <w:t>8</w:t>
            </w:r>
          </w:p>
        </w:tc>
      </w:tr>
      <w:tr w:rsidR="009476B4" w:rsidRPr="00EB75F0" w14:paraId="4DF7346F" w14:textId="77777777" w:rsidTr="006C7B58">
        <w:trPr>
          <w:trHeight w:val="580"/>
        </w:trPr>
        <w:tc>
          <w:tcPr>
            <w:tcW w:w="1758" w:type="dxa"/>
          </w:tcPr>
          <w:p w14:paraId="0D4F129E" w14:textId="77777777" w:rsidR="009476B4" w:rsidRPr="00EB75F0" w:rsidRDefault="009476B4" w:rsidP="009476B4">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Additional analyses </w:t>
            </w:r>
          </w:p>
        </w:tc>
        <w:tc>
          <w:tcPr>
            <w:tcW w:w="720" w:type="dxa"/>
          </w:tcPr>
          <w:p w14:paraId="2D89DE96"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16</w:t>
            </w:r>
          </w:p>
        </w:tc>
        <w:tc>
          <w:tcPr>
            <w:tcW w:w="5220" w:type="dxa"/>
            <w:tcBorders>
              <w:right w:val="single" w:sz="4" w:space="0" w:color="auto"/>
            </w:tcBorders>
          </w:tcPr>
          <w:p w14:paraId="1D2CFA42"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Describe methods of additional analyses if done, indicating which were pre-specified. This may include, but not be limited to, the following: </w:t>
            </w:r>
          </w:p>
          <w:p w14:paraId="618980AE" w14:textId="77777777" w:rsidR="009476B4" w:rsidRPr="00EB75F0" w:rsidRDefault="009476B4" w:rsidP="009476B4">
            <w:pPr>
              <w:pStyle w:val="Default"/>
              <w:numPr>
                <w:ilvl w:val="0"/>
                <w:numId w:val="38"/>
              </w:numPr>
              <w:rPr>
                <w:rFonts w:ascii="Times New Roman" w:hAnsi="Times New Roman" w:cs="Times New Roman"/>
                <w:sz w:val="20"/>
                <w:szCs w:val="20"/>
              </w:rPr>
            </w:pPr>
            <w:r w:rsidRPr="00EB75F0">
              <w:rPr>
                <w:rFonts w:ascii="Times New Roman" w:hAnsi="Times New Roman" w:cs="Times New Roman"/>
                <w:sz w:val="20"/>
                <w:szCs w:val="20"/>
              </w:rPr>
              <w:t>Sensitivity or subgroup analyses;</w:t>
            </w:r>
          </w:p>
          <w:p w14:paraId="731A70B8" w14:textId="77777777" w:rsidR="009476B4" w:rsidRPr="00EB75F0" w:rsidRDefault="009476B4" w:rsidP="009476B4">
            <w:pPr>
              <w:pStyle w:val="Default"/>
              <w:numPr>
                <w:ilvl w:val="0"/>
                <w:numId w:val="38"/>
              </w:numPr>
              <w:rPr>
                <w:rFonts w:ascii="Times New Roman" w:hAnsi="Times New Roman" w:cs="Times New Roman"/>
                <w:sz w:val="20"/>
                <w:szCs w:val="20"/>
              </w:rPr>
            </w:pPr>
            <w:r w:rsidRPr="00EB75F0">
              <w:rPr>
                <w:rFonts w:ascii="Times New Roman" w:hAnsi="Times New Roman" w:cs="Times New Roman"/>
                <w:sz w:val="20"/>
                <w:szCs w:val="20"/>
              </w:rPr>
              <w:t xml:space="preserve">Meta-regression analyses; </w:t>
            </w:r>
          </w:p>
          <w:p w14:paraId="5863370E" w14:textId="77777777" w:rsidR="009476B4" w:rsidRPr="00EB75F0" w:rsidRDefault="009476B4" w:rsidP="009476B4">
            <w:pPr>
              <w:pStyle w:val="Default"/>
              <w:numPr>
                <w:ilvl w:val="0"/>
                <w:numId w:val="38"/>
              </w:numPr>
              <w:rPr>
                <w:rFonts w:ascii="Times New Roman" w:hAnsi="Times New Roman" w:cs="Times New Roman"/>
                <w:i/>
                <w:sz w:val="20"/>
                <w:szCs w:val="20"/>
              </w:rPr>
            </w:pPr>
            <w:r w:rsidRPr="00EB75F0">
              <w:rPr>
                <w:rFonts w:ascii="Times New Roman" w:hAnsi="Times New Roman" w:cs="Times New Roman"/>
                <w:i/>
                <w:sz w:val="20"/>
                <w:szCs w:val="20"/>
              </w:rPr>
              <w:t>Alternative formulations of the treatment network; and</w:t>
            </w:r>
          </w:p>
          <w:p w14:paraId="714409CC" w14:textId="77777777" w:rsidR="009476B4" w:rsidRPr="00EB75F0" w:rsidRDefault="009476B4" w:rsidP="009476B4">
            <w:pPr>
              <w:pStyle w:val="Default"/>
              <w:numPr>
                <w:ilvl w:val="0"/>
                <w:numId w:val="38"/>
              </w:numPr>
              <w:rPr>
                <w:rFonts w:ascii="Times New Roman" w:hAnsi="Times New Roman" w:cs="Times New Roman"/>
                <w:i/>
                <w:sz w:val="20"/>
                <w:szCs w:val="20"/>
                <w:u w:val="single"/>
              </w:rPr>
            </w:pPr>
            <w:r w:rsidRPr="00EB75F0">
              <w:rPr>
                <w:rFonts w:ascii="Times New Roman" w:hAnsi="Times New Roman" w:cs="Times New Roman"/>
                <w:i/>
                <w:sz w:val="20"/>
                <w:szCs w:val="20"/>
              </w:rPr>
              <w:t>Use of alternative prior distributions for Bayesian analyses (if applicable).</w:t>
            </w:r>
            <w:r w:rsidRPr="00EB75F0">
              <w:rPr>
                <w:rFonts w:ascii="Times New Roman" w:hAnsi="Times New Roman" w:cs="Times New Roman"/>
                <w:i/>
                <w:sz w:val="20"/>
                <w:szCs w:val="20"/>
                <w:u w:val="single"/>
              </w:rPr>
              <w:t xml:space="preserve"> </w:t>
            </w:r>
          </w:p>
        </w:tc>
        <w:tc>
          <w:tcPr>
            <w:tcW w:w="2520" w:type="dxa"/>
            <w:tcBorders>
              <w:left w:val="single" w:sz="4" w:space="0" w:color="auto"/>
            </w:tcBorders>
          </w:tcPr>
          <w:p w14:paraId="599D93B5" w14:textId="02693256" w:rsidR="009476B4" w:rsidRPr="00EB75F0" w:rsidRDefault="00F957FE"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10</w:t>
            </w:r>
            <w:r w:rsidR="00121B38">
              <w:rPr>
                <w:rFonts w:ascii="Times New Roman" w:hAnsi="Times New Roman" w:cs="Times New Roman"/>
                <w:color w:val="auto"/>
                <w:sz w:val="20"/>
                <w:szCs w:val="20"/>
              </w:rPr>
              <w:t>-11</w:t>
            </w:r>
            <w:r w:rsidRPr="00EB75F0">
              <w:rPr>
                <w:rFonts w:ascii="Times New Roman" w:hAnsi="Times New Roman" w:cs="Times New Roman"/>
                <w:color w:val="auto"/>
                <w:sz w:val="20"/>
                <w:szCs w:val="20"/>
              </w:rPr>
              <w:t>;</w:t>
            </w:r>
          </w:p>
          <w:p w14:paraId="23DA891E" w14:textId="1E060FD4" w:rsidR="00F957FE" w:rsidRPr="00EB75F0" w:rsidRDefault="00F957FE"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1</w:t>
            </w:r>
            <w:r w:rsidR="00121B38">
              <w:rPr>
                <w:rFonts w:ascii="Times New Roman" w:hAnsi="Times New Roman" w:cs="Times New Roman"/>
                <w:color w:val="auto"/>
                <w:sz w:val="20"/>
                <w:szCs w:val="20"/>
              </w:rPr>
              <w:t>3</w:t>
            </w:r>
            <w:r w:rsidRPr="00EB75F0">
              <w:rPr>
                <w:rFonts w:ascii="Times New Roman" w:hAnsi="Times New Roman" w:cs="Times New Roman"/>
                <w:color w:val="auto"/>
                <w:sz w:val="20"/>
                <w:szCs w:val="20"/>
              </w:rPr>
              <w:t>;</w:t>
            </w:r>
          </w:p>
          <w:p w14:paraId="5A38BEA9" w14:textId="6B17BE11" w:rsidR="00F957FE" w:rsidRPr="00EB75F0" w:rsidRDefault="00F957FE" w:rsidP="009476B4">
            <w:pPr>
              <w:pStyle w:val="Default"/>
              <w:rPr>
                <w:rFonts w:ascii="Times New Roman" w:hAnsi="Times New Roman" w:cs="Times New Roman"/>
                <w:b/>
                <w:i/>
                <w:color w:val="auto"/>
                <w:sz w:val="20"/>
                <w:szCs w:val="20"/>
              </w:rPr>
            </w:pPr>
            <w:r w:rsidRPr="00EB75F0">
              <w:rPr>
                <w:rFonts w:ascii="Times New Roman" w:hAnsi="Times New Roman" w:cs="Times New Roman"/>
                <w:color w:val="auto"/>
                <w:sz w:val="20"/>
                <w:szCs w:val="20"/>
              </w:rPr>
              <w:t>Appendix 11</w:t>
            </w:r>
          </w:p>
        </w:tc>
      </w:tr>
      <w:tr w:rsidR="009476B4" w:rsidRPr="00EB75F0" w14:paraId="408EC0A8" w14:textId="77777777" w:rsidTr="006C7B58">
        <w:trPr>
          <w:trHeight w:val="179"/>
        </w:trPr>
        <w:tc>
          <w:tcPr>
            <w:tcW w:w="1758" w:type="dxa"/>
          </w:tcPr>
          <w:p w14:paraId="1FA35467" w14:textId="77777777" w:rsidR="009476B4" w:rsidRPr="00EB75F0" w:rsidRDefault="009476B4" w:rsidP="009476B4">
            <w:pPr>
              <w:pStyle w:val="Default"/>
              <w:rPr>
                <w:rFonts w:ascii="Times New Roman" w:hAnsi="Times New Roman" w:cs="Times New Roman"/>
                <w:sz w:val="20"/>
                <w:szCs w:val="20"/>
              </w:rPr>
            </w:pPr>
          </w:p>
          <w:p w14:paraId="57E9B13C" w14:textId="77777777" w:rsidR="009476B4" w:rsidRPr="00EB75F0" w:rsidRDefault="009476B4" w:rsidP="009476B4">
            <w:pPr>
              <w:pStyle w:val="Default"/>
              <w:rPr>
                <w:rFonts w:ascii="Times New Roman" w:hAnsi="Times New Roman" w:cs="Times New Roman"/>
                <w:sz w:val="20"/>
                <w:szCs w:val="20"/>
              </w:rPr>
            </w:pPr>
          </w:p>
          <w:p w14:paraId="3B411F04" w14:textId="77777777" w:rsidR="009476B4" w:rsidRPr="00EB75F0" w:rsidRDefault="009476B4" w:rsidP="009476B4">
            <w:pPr>
              <w:pStyle w:val="Default"/>
              <w:rPr>
                <w:rFonts w:ascii="Times New Roman" w:hAnsi="Times New Roman" w:cs="Times New Roman"/>
                <w:sz w:val="20"/>
                <w:szCs w:val="20"/>
              </w:rPr>
            </w:pPr>
          </w:p>
          <w:p w14:paraId="4C4FBC96" w14:textId="77777777" w:rsidR="009476B4" w:rsidRPr="00EB75F0" w:rsidRDefault="009476B4" w:rsidP="009476B4">
            <w:pPr>
              <w:pStyle w:val="Default"/>
              <w:rPr>
                <w:rFonts w:ascii="Times New Roman" w:hAnsi="Times New Roman" w:cs="Times New Roman"/>
                <w:sz w:val="20"/>
                <w:szCs w:val="20"/>
              </w:rPr>
            </w:pPr>
          </w:p>
          <w:p w14:paraId="2A02A20E" w14:textId="77777777" w:rsidR="009476B4" w:rsidRPr="00EB75F0" w:rsidRDefault="009476B4" w:rsidP="009476B4">
            <w:pPr>
              <w:pStyle w:val="Default"/>
              <w:rPr>
                <w:rFonts w:ascii="Times New Roman" w:hAnsi="Times New Roman" w:cs="Times New Roman"/>
                <w:sz w:val="20"/>
                <w:szCs w:val="20"/>
              </w:rPr>
            </w:pPr>
          </w:p>
        </w:tc>
        <w:tc>
          <w:tcPr>
            <w:tcW w:w="720" w:type="dxa"/>
          </w:tcPr>
          <w:p w14:paraId="420FCB94" w14:textId="77777777" w:rsidR="009476B4" w:rsidRPr="00EB75F0" w:rsidRDefault="009476B4" w:rsidP="009476B4">
            <w:pPr>
              <w:pStyle w:val="Default"/>
              <w:rPr>
                <w:rFonts w:ascii="Times New Roman" w:hAnsi="Times New Roman" w:cs="Times New Roman"/>
                <w:sz w:val="20"/>
                <w:szCs w:val="20"/>
              </w:rPr>
            </w:pPr>
          </w:p>
        </w:tc>
        <w:tc>
          <w:tcPr>
            <w:tcW w:w="5220" w:type="dxa"/>
            <w:tcBorders>
              <w:right w:val="single" w:sz="4" w:space="0" w:color="auto"/>
            </w:tcBorders>
          </w:tcPr>
          <w:p w14:paraId="7301B418" w14:textId="77777777" w:rsidR="009476B4" w:rsidRPr="00EB75F0" w:rsidRDefault="009476B4" w:rsidP="009476B4">
            <w:pPr>
              <w:pStyle w:val="Default"/>
              <w:rPr>
                <w:rFonts w:ascii="Times New Roman" w:hAnsi="Times New Roman" w:cs="Times New Roman"/>
                <w:sz w:val="20"/>
                <w:szCs w:val="20"/>
              </w:rPr>
            </w:pPr>
          </w:p>
        </w:tc>
        <w:tc>
          <w:tcPr>
            <w:tcW w:w="2520" w:type="dxa"/>
            <w:tcBorders>
              <w:left w:val="single" w:sz="4" w:space="0" w:color="auto"/>
            </w:tcBorders>
          </w:tcPr>
          <w:p w14:paraId="2366F9ED" w14:textId="77777777" w:rsidR="009476B4" w:rsidRPr="00EB75F0" w:rsidRDefault="009476B4" w:rsidP="009476B4">
            <w:pPr>
              <w:pStyle w:val="Default"/>
              <w:rPr>
                <w:rFonts w:ascii="Times New Roman" w:hAnsi="Times New Roman" w:cs="Times New Roman"/>
                <w:b/>
                <w:i/>
                <w:color w:val="auto"/>
                <w:sz w:val="20"/>
                <w:szCs w:val="20"/>
              </w:rPr>
            </w:pPr>
          </w:p>
        </w:tc>
      </w:tr>
      <w:tr w:rsidR="009476B4" w:rsidRPr="00EB75F0" w14:paraId="5225B805" w14:textId="77777777" w:rsidTr="006C7B58">
        <w:trPr>
          <w:trHeight w:val="580"/>
        </w:trPr>
        <w:tc>
          <w:tcPr>
            <w:tcW w:w="7698" w:type="dxa"/>
            <w:gridSpan w:val="3"/>
            <w:tcBorders>
              <w:right w:val="single" w:sz="4" w:space="0" w:color="auto"/>
            </w:tcBorders>
          </w:tcPr>
          <w:p w14:paraId="24D668D1" w14:textId="25A83011"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b/>
                <w:bCs/>
                <w:sz w:val="20"/>
                <w:szCs w:val="20"/>
              </w:rPr>
              <w:t>RESULTS†</w:t>
            </w:r>
          </w:p>
        </w:tc>
        <w:tc>
          <w:tcPr>
            <w:tcW w:w="2520" w:type="dxa"/>
            <w:tcBorders>
              <w:left w:val="single" w:sz="4" w:space="0" w:color="auto"/>
            </w:tcBorders>
          </w:tcPr>
          <w:p w14:paraId="507FCE9A" w14:textId="77777777" w:rsidR="009476B4" w:rsidRPr="00EB75F0" w:rsidRDefault="009476B4" w:rsidP="009476B4">
            <w:pPr>
              <w:pStyle w:val="Default"/>
              <w:rPr>
                <w:rFonts w:ascii="Times New Roman" w:hAnsi="Times New Roman" w:cs="Times New Roman"/>
                <w:b/>
                <w:i/>
                <w:color w:val="auto"/>
                <w:sz w:val="20"/>
                <w:szCs w:val="20"/>
              </w:rPr>
            </w:pPr>
          </w:p>
        </w:tc>
      </w:tr>
      <w:tr w:rsidR="009476B4" w:rsidRPr="00EB75F0" w14:paraId="5B00C9C6" w14:textId="77777777" w:rsidTr="006C7B58">
        <w:trPr>
          <w:trHeight w:val="580"/>
        </w:trPr>
        <w:tc>
          <w:tcPr>
            <w:tcW w:w="1758" w:type="dxa"/>
            <w:shd w:val="clear" w:color="auto" w:fill="D9D9D9"/>
          </w:tcPr>
          <w:p w14:paraId="0C117C00" w14:textId="77777777" w:rsidR="009476B4" w:rsidRPr="00EB75F0" w:rsidRDefault="009476B4" w:rsidP="009476B4">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Study selection </w:t>
            </w:r>
          </w:p>
        </w:tc>
        <w:tc>
          <w:tcPr>
            <w:tcW w:w="720" w:type="dxa"/>
            <w:shd w:val="clear" w:color="auto" w:fill="D9D9D9"/>
          </w:tcPr>
          <w:p w14:paraId="15CEB9DC"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17</w:t>
            </w:r>
          </w:p>
        </w:tc>
        <w:tc>
          <w:tcPr>
            <w:tcW w:w="5220" w:type="dxa"/>
            <w:tcBorders>
              <w:right w:val="single" w:sz="4" w:space="0" w:color="auto"/>
            </w:tcBorders>
            <w:shd w:val="clear" w:color="auto" w:fill="D9D9D9"/>
          </w:tcPr>
          <w:p w14:paraId="36BCE6B1"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Give numbers of studies screened, assessed for eligibility, and included in the review, with reasons for exclusions at each stage, ideally with a flow diagram. </w:t>
            </w:r>
          </w:p>
        </w:tc>
        <w:tc>
          <w:tcPr>
            <w:tcW w:w="2520" w:type="dxa"/>
            <w:tcBorders>
              <w:left w:val="single" w:sz="4" w:space="0" w:color="auto"/>
            </w:tcBorders>
            <w:shd w:val="clear" w:color="auto" w:fill="D9D9D9"/>
          </w:tcPr>
          <w:p w14:paraId="07EAEFDE" w14:textId="5FBDC9B9" w:rsidR="009476B4" w:rsidRPr="00EB75F0" w:rsidRDefault="00F957FE"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1</w:t>
            </w:r>
            <w:r w:rsidR="00092D86">
              <w:rPr>
                <w:rFonts w:ascii="Times New Roman" w:hAnsi="Times New Roman" w:cs="Times New Roman"/>
                <w:color w:val="auto"/>
                <w:sz w:val="20"/>
                <w:szCs w:val="20"/>
              </w:rPr>
              <w:t>1</w:t>
            </w:r>
            <w:r w:rsidRPr="00EB75F0">
              <w:rPr>
                <w:rFonts w:ascii="Times New Roman" w:hAnsi="Times New Roman" w:cs="Times New Roman"/>
                <w:color w:val="auto"/>
                <w:sz w:val="20"/>
                <w:szCs w:val="20"/>
              </w:rPr>
              <w:t>-1</w:t>
            </w:r>
            <w:r w:rsidR="00092D86">
              <w:rPr>
                <w:rFonts w:ascii="Times New Roman" w:hAnsi="Times New Roman" w:cs="Times New Roman"/>
                <w:color w:val="auto"/>
                <w:sz w:val="20"/>
                <w:szCs w:val="20"/>
              </w:rPr>
              <w:t>2</w:t>
            </w:r>
            <w:r w:rsidRPr="00EB75F0">
              <w:rPr>
                <w:rFonts w:ascii="Times New Roman" w:hAnsi="Times New Roman" w:cs="Times New Roman"/>
                <w:color w:val="auto"/>
                <w:sz w:val="20"/>
                <w:szCs w:val="20"/>
              </w:rPr>
              <w:t>, Figure 1</w:t>
            </w:r>
          </w:p>
        </w:tc>
      </w:tr>
      <w:tr w:rsidR="009476B4" w:rsidRPr="00EB75F0" w14:paraId="4AD2CD63" w14:textId="77777777" w:rsidTr="006C7B58">
        <w:trPr>
          <w:trHeight w:val="272"/>
        </w:trPr>
        <w:tc>
          <w:tcPr>
            <w:tcW w:w="1758" w:type="dxa"/>
          </w:tcPr>
          <w:p w14:paraId="48499EA0" w14:textId="77777777" w:rsidR="009476B4" w:rsidRPr="00EB75F0" w:rsidRDefault="009476B4" w:rsidP="009476B4">
            <w:pPr>
              <w:pStyle w:val="Default"/>
              <w:ind w:left="176"/>
              <w:rPr>
                <w:rFonts w:ascii="Times New Roman" w:hAnsi="Times New Roman" w:cs="Times New Roman"/>
                <w:b/>
                <w:sz w:val="20"/>
                <w:szCs w:val="20"/>
              </w:rPr>
            </w:pPr>
            <w:r w:rsidRPr="00EB75F0">
              <w:rPr>
                <w:rFonts w:ascii="Times New Roman" w:hAnsi="Times New Roman" w:cs="Times New Roman"/>
                <w:b/>
                <w:sz w:val="20"/>
                <w:szCs w:val="20"/>
              </w:rPr>
              <w:t>Presentation of network structure</w:t>
            </w:r>
          </w:p>
        </w:tc>
        <w:tc>
          <w:tcPr>
            <w:tcW w:w="720" w:type="dxa"/>
          </w:tcPr>
          <w:p w14:paraId="4B5736F7" w14:textId="77777777" w:rsidR="009476B4" w:rsidRPr="00EB75F0" w:rsidRDefault="009476B4" w:rsidP="009476B4">
            <w:pPr>
              <w:pStyle w:val="Default"/>
              <w:rPr>
                <w:rFonts w:ascii="Times New Roman" w:hAnsi="Times New Roman" w:cs="Times New Roman"/>
                <w:b/>
                <w:sz w:val="20"/>
                <w:szCs w:val="20"/>
              </w:rPr>
            </w:pPr>
            <w:r w:rsidRPr="00EB75F0">
              <w:rPr>
                <w:rFonts w:ascii="Times New Roman" w:hAnsi="Times New Roman" w:cs="Times New Roman"/>
                <w:b/>
                <w:sz w:val="20"/>
                <w:szCs w:val="20"/>
              </w:rPr>
              <w:t>S3</w:t>
            </w:r>
          </w:p>
        </w:tc>
        <w:tc>
          <w:tcPr>
            <w:tcW w:w="5220" w:type="dxa"/>
            <w:tcBorders>
              <w:right w:val="single" w:sz="4" w:space="0" w:color="auto"/>
            </w:tcBorders>
          </w:tcPr>
          <w:p w14:paraId="6BE48F93"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Provide a network graph of the included studies to enable visualization of the geometry of the treatment network. </w:t>
            </w:r>
          </w:p>
        </w:tc>
        <w:tc>
          <w:tcPr>
            <w:tcW w:w="2520" w:type="dxa"/>
            <w:tcBorders>
              <w:left w:val="single" w:sz="4" w:space="0" w:color="auto"/>
            </w:tcBorders>
          </w:tcPr>
          <w:p w14:paraId="50A754E3" w14:textId="426141DC" w:rsidR="009476B4" w:rsidRPr="00EB75F0" w:rsidRDefault="00F957FE"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1</w:t>
            </w:r>
            <w:r w:rsidR="009017B9">
              <w:rPr>
                <w:rFonts w:ascii="Times New Roman" w:hAnsi="Times New Roman" w:cs="Times New Roman"/>
                <w:color w:val="auto"/>
                <w:sz w:val="20"/>
                <w:szCs w:val="20"/>
              </w:rPr>
              <w:t>5</w:t>
            </w:r>
            <w:r w:rsidRPr="00EB75F0">
              <w:rPr>
                <w:rFonts w:ascii="Times New Roman" w:hAnsi="Times New Roman" w:cs="Times New Roman"/>
                <w:color w:val="auto"/>
                <w:sz w:val="20"/>
                <w:szCs w:val="20"/>
              </w:rPr>
              <w:t>, Figure 2;</w:t>
            </w:r>
          </w:p>
          <w:p w14:paraId="3A64DF2E" w14:textId="712DC3CD" w:rsidR="00F957FE" w:rsidRPr="00EB75F0" w:rsidRDefault="00CE1330"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Appendix 9</w:t>
            </w:r>
          </w:p>
        </w:tc>
      </w:tr>
      <w:tr w:rsidR="009476B4" w:rsidRPr="00EB75F0" w14:paraId="728FFBC1" w14:textId="77777777" w:rsidTr="006C7B58">
        <w:trPr>
          <w:trHeight w:val="580"/>
        </w:trPr>
        <w:tc>
          <w:tcPr>
            <w:tcW w:w="1758" w:type="dxa"/>
            <w:shd w:val="clear" w:color="auto" w:fill="D9D9D9"/>
          </w:tcPr>
          <w:p w14:paraId="141E3B77" w14:textId="77777777" w:rsidR="009476B4" w:rsidRPr="00EB75F0" w:rsidRDefault="009476B4" w:rsidP="009476B4">
            <w:pPr>
              <w:pStyle w:val="Default"/>
              <w:ind w:left="176"/>
              <w:rPr>
                <w:rFonts w:ascii="Times New Roman" w:hAnsi="Times New Roman" w:cs="Times New Roman"/>
                <w:b/>
                <w:sz w:val="20"/>
                <w:szCs w:val="20"/>
              </w:rPr>
            </w:pPr>
            <w:r w:rsidRPr="00EB75F0">
              <w:rPr>
                <w:rFonts w:ascii="Times New Roman" w:hAnsi="Times New Roman" w:cs="Times New Roman"/>
                <w:b/>
                <w:sz w:val="20"/>
                <w:szCs w:val="20"/>
              </w:rPr>
              <w:t xml:space="preserve">Summary of network </w:t>
            </w:r>
            <w:r w:rsidRPr="00EB75F0">
              <w:rPr>
                <w:rFonts w:ascii="Times New Roman" w:hAnsi="Times New Roman" w:cs="Times New Roman"/>
                <w:b/>
                <w:sz w:val="20"/>
                <w:szCs w:val="20"/>
              </w:rPr>
              <w:lastRenderedPageBreak/>
              <w:t>geometry</w:t>
            </w:r>
          </w:p>
        </w:tc>
        <w:tc>
          <w:tcPr>
            <w:tcW w:w="720" w:type="dxa"/>
            <w:shd w:val="clear" w:color="auto" w:fill="D9D9D9"/>
          </w:tcPr>
          <w:p w14:paraId="66DBF84E" w14:textId="77777777" w:rsidR="009476B4" w:rsidRPr="00EB75F0" w:rsidRDefault="009476B4" w:rsidP="009476B4">
            <w:pPr>
              <w:pStyle w:val="Default"/>
              <w:rPr>
                <w:rFonts w:ascii="Times New Roman" w:hAnsi="Times New Roman" w:cs="Times New Roman"/>
                <w:b/>
                <w:sz w:val="20"/>
                <w:szCs w:val="20"/>
              </w:rPr>
            </w:pPr>
            <w:r w:rsidRPr="00EB75F0">
              <w:rPr>
                <w:rFonts w:ascii="Times New Roman" w:hAnsi="Times New Roman" w:cs="Times New Roman"/>
                <w:b/>
                <w:sz w:val="20"/>
                <w:szCs w:val="20"/>
              </w:rPr>
              <w:lastRenderedPageBreak/>
              <w:t>S4</w:t>
            </w:r>
          </w:p>
        </w:tc>
        <w:tc>
          <w:tcPr>
            <w:tcW w:w="5220" w:type="dxa"/>
            <w:tcBorders>
              <w:right w:val="single" w:sz="4" w:space="0" w:color="auto"/>
            </w:tcBorders>
            <w:shd w:val="clear" w:color="auto" w:fill="D9D9D9"/>
          </w:tcPr>
          <w:p w14:paraId="1FD1AB65"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Provide a brief overview of characteristics of the treatment network. This may include commentary on the abundance of </w:t>
            </w:r>
            <w:r w:rsidRPr="00EB75F0">
              <w:rPr>
                <w:rFonts w:ascii="Times New Roman" w:hAnsi="Times New Roman" w:cs="Times New Roman"/>
                <w:sz w:val="20"/>
                <w:szCs w:val="20"/>
              </w:rPr>
              <w:lastRenderedPageBreak/>
              <w:t>trials and randomized patients for the different interventions and pairwise comparisons in the network, gaps of evidence in the treatment network, and potential biases reflected by the network structure.</w:t>
            </w:r>
          </w:p>
        </w:tc>
        <w:tc>
          <w:tcPr>
            <w:tcW w:w="2520" w:type="dxa"/>
            <w:tcBorders>
              <w:left w:val="single" w:sz="4" w:space="0" w:color="auto"/>
            </w:tcBorders>
            <w:shd w:val="clear" w:color="auto" w:fill="D9D9D9"/>
          </w:tcPr>
          <w:p w14:paraId="49A8FA1D" w14:textId="67643097" w:rsidR="009476B4" w:rsidRPr="00EB75F0" w:rsidRDefault="00CE1330"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lastRenderedPageBreak/>
              <w:t>1</w:t>
            </w:r>
            <w:r w:rsidR="009017B9">
              <w:rPr>
                <w:rFonts w:ascii="Times New Roman" w:hAnsi="Times New Roman" w:cs="Times New Roman"/>
                <w:color w:val="auto"/>
                <w:sz w:val="20"/>
                <w:szCs w:val="20"/>
              </w:rPr>
              <w:t>4</w:t>
            </w:r>
            <w:r w:rsidR="003356BC" w:rsidRPr="00EB75F0">
              <w:rPr>
                <w:rFonts w:ascii="Times New Roman" w:hAnsi="Times New Roman" w:cs="Times New Roman"/>
                <w:color w:val="auto"/>
                <w:sz w:val="20"/>
                <w:szCs w:val="20"/>
              </w:rPr>
              <w:t xml:space="preserve">; </w:t>
            </w:r>
            <w:r w:rsidR="003356BC" w:rsidRPr="00EB75F0">
              <w:rPr>
                <w:rFonts w:ascii="Times New Roman" w:hAnsi="Times New Roman" w:cs="Times New Roman"/>
                <w:color w:val="auto"/>
                <w:sz w:val="20"/>
                <w:szCs w:val="20"/>
              </w:rPr>
              <w:br/>
              <w:t>Appendix 11</w:t>
            </w:r>
          </w:p>
        </w:tc>
      </w:tr>
      <w:tr w:rsidR="009476B4" w:rsidRPr="00EB75F0" w14:paraId="0682C3D8" w14:textId="77777777" w:rsidTr="006C7B58">
        <w:trPr>
          <w:trHeight w:val="580"/>
        </w:trPr>
        <w:tc>
          <w:tcPr>
            <w:tcW w:w="1758" w:type="dxa"/>
          </w:tcPr>
          <w:p w14:paraId="18BA176C" w14:textId="77777777" w:rsidR="009476B4" w:rsidRPr="00EB75F0" w:rsidRDefault="009476B4" w:rsidP="009476B4">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Study characteristics </w:t>
            </w:r>
          </w:p>
        </w:tc>
        <w:tc>
          <w:tcPr>
            <w:tcW w:w="720" w:type="dxa"/>
          </w:tcPr>
          <w:p w14:paraId="36214AE6"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18</w:t>
            </w:r>
          </w:p>
        </w:tc>
        <w:tc>
          <w:tcPr>
            <w:tcW w:w="5220" w:type="dxa"/>
            <w:tcBorders>
              <w:right w:val="single" w:sz="4" w:space="0" w:color="auto"/>
            </w:tcBorders>
          </w:tcPr>
          <w:p w14:paraId="36432A07"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For each study, present characteristics for which data were extracted (e.g., study size, PICOS, follow-up period) and provide the citations. </w:t>
            </w:r>
          </w:p>
        </w:tc>
        <w:tc>
          <w:tcPr>
            <w:tcW w:w="2520" w:type="dxa"/>
            <w:tcBorders>
              <w:left w:val="single" w:sz="4" w:space="0" w:color="auto"/>
            </w:tcBorders>
          </w:tcPr>
          <w:p w14:paraId="1632FFEE" w14:textId="77777777" w:rsidR="009476B4" w:rsidRPr="00EB75F0" w:rsidRDefault="003356BC"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Appendix 3, Table S3-1;</w:t>
            </w:r>
          </w:p>
          <w:p w14:paraId="49B02B87" w14:textId="3549EC00" w:rsidR="003356BC" w:rsidRPr="00EB75F0" w:rsidRDefault="003356BC"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Appendix 4</w:t>
            </w:r>
          </w:p>
        </w:tc>
      </w:tr>
      <w:tr w:rsidR="009476B4" w:rsidRPr="00EB75F0" w14:paraId="4328204E" w14:textId="77777777" w:rsidTr="006C7B58">
        <w:trPr>
          <w:trHeight w:val="580"/>
        </w:trPr>
        <w:tc>
          <w:tcPr>
            <w:tcW w:w="1758" w:type="dxa"/>
            <w:shd w:val="clear" w:color="auto" w:fill="D9D9D9"/>
          </w:tcPr>
          <w:p w14:paraId="619FFB3A" w14:textId="77777777" w:rsidR="009476B4" w:rsidRPr="00EB75F0" w:rsidRDefault="009476B4" w:rsidP="009476B4">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Risk of bias within studies </w:t>
            </w:r>
          </w:p>
        </w:tc>
        <w:tc>
          <w:tcPr>
            <w:tcW w:w="720" w:type="dxa"/>
            <w:shd w:val="clear" w:color="auto" w:fill="D9D9D9"/>
          </w:tcPr>
          <w:p w14:paraId="5175BE08"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19</w:t>
            </w:r>
          </w:p>
        </w:tc>
        <w:tc>
          <w:tcPr>
            <w:tcW w:w="5220" w:type="dxa"/>
            <w:tcBorders>
              <w:right w:val="single" w:sz="4" w:space="0" w:color="auto"/>
            </w:tcBorders>
            <w:shd w:val="clear" w:color="auto" w:fill="D9D9D9"/>
          </w:tcPr>
          <w:p w14:paraId="2D080A34"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Present data on risk of bias of each study and, if available, any outcome level assessment. </w:t>
            </w:r>
          </w:p>
        </w:tc>
        <w:tc>
          <w:tcPr>
            <w:tcW w:w="2520" w:type="dxa"/>
            <w:tcBorders>
              <w:left w:val="single" w:sz="4" w:space="0" w:color="auto"/>
            </w:tcBorders>
            <w:shd w:val="clear" w:color="auto" w:fill="D9D9D9"/>
          </w:tcPr>
          <w:p w14:paraId="3AAE7D29" w14:textId="2D1A5660" w:rsidR="003356BC" w:rsidRPr="00EB75F0" w:rsidRDefault="003356BC"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1</w:t>
            </w:r>
            <w:r w:rsidR="008804F1">
              <w:rPr>
                <w:rFonts w:ascii="Times New Roman" w:hAnsi="Times New Roman" w:cs="Times New Roman"/>
                <w:color w:val="auto"/>
                <w:sz w:val="20"/>
                <w:szCs w:val="20"/>
              </w:rPr>
              <w:t>3</w:t>
            </w:r>
            <w:r w:rsidRPr="00EB75F0">
              <w:rPr>
                <w:rFonts w:ascii="Times New Roman" w:hAnsi="Times New Roman" w:cs="Times New Roman"/>
                <w:color w:val="auto"/>
                <w:sz w:val="20"/>
                <w:szCs w:val="20"/>
              </w:rPr>
              <w:t>;</w:t>
            </w:r>
          </w:p>
          <w:p w14:paraId="287C49CE" w14:textId="082EAE63" w:rsidR="009476B4" w:rsidRPr="00EB75F0" w:rsidRDefault="003356BC"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 xml:space="preserve">Appendix </w:t>
            </w:r>
            <w:r w:rsidR="001A3C4E" w:rsidRPr="00EB75F0">
              <w:rPr>
                <w:rFonts w:ascii="Times New Roman" w:hAnsi="Times New Roman" w:cs="Times New Roman"/>
                <w:color w:val="auto"/>
                <w:sz w:val="20"/>
                <w:szCs w:val="20"/>
              </w:rPr>
              <w:t>7</w:t>
            </w:r>
          </w:p>
        </w:tc>
      </w:tr>
      <w:tr w:rsidR="009476B4" w:rsidRPr="00EB75F0" w14:paraId="012E10BC" w14:textId="77777777" w:rsidTr="006C7B58">
        <w:trPr>
          <w:trHeight w:val="580"/>
        </w:trPr>
        <w:tc>
          <w:tcPr>
            <w:tcW w:w="1758" w:type="dxa"/>
          </w:tcPr>
          <w:p w14:paraId="756C1A36" w14:textId="77777777" w:rsidR="009476B4" w:rsidRPr="00EB75F0" w:rsidRDefault="009476B4" w:rsidP="009476B4">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Results of individual studies </w:t>
            </w:r>
          </w:p>
        </w:tc>
        <w:tc>
          <w:tcPr>
            <w:tcW w:w="720" w:type="dxa"/>
          </w:tcPr>
          <w:p w14:paraId="4F368D91"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20</w:t>
            </w:r>
          </w:p>
        </w:tc>
        <w:tc>
          <w:tcPr>
            <w:tcW w:w="5220" w:type="dxa"/>
            <w:tcBorders>
              <w:right w:val="single" w:sz="4" w:space="0" w:color="auto"/>
            </w:tcBorders>
          </w:tcPr>
          <w:p w14:paraId="7AE1C891"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For all outcomes considered (benefits or harms), present, for each study: 1) simple summary data for each intervention group, and 2) effect estimates and confidence intervals. </w:t>
            </w:r>
            <w:r w:rsidRPr="00EB75F0">
              <w:rPr>
                <w:rFonts w:ascii="Times New Roman" w:hAnsi="Times New Roman" w:cs="Times New Roman"/>
                <w:i/>
                <w:sz w:val="20"/>
                <w:szCs w:val="20"/>
              </w:rPr>
              <w:t>Modified approaches may be needed to deal with information from larger networks.</w:t>
            </w:r>
          </w:p>
        </w:tc>
        <w:tc>
          <w:tcPr>
            <w:tcW w:w="2520" w:type="dxa"/>
            <w:tcBorders>
              <w:left w:val="single" w:sz="4" w:space="0" w:color="auto"/>
            </w:tcBorders>
          </w:tcPr>
          <w:p w14:paraId="42D85B29" w14:textId="7A2694DA" w:rsidR="009476B4" w:rsidRPr="00EB75F0" w:rsidRDefault="003356BC"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Appendix 10</w:t>
            </w:r>
          </w:p>
        </w:tc>
      </w:tr>
      <w:tr w:rsidR="009476B4" w:rsidRPr="00EB75F0" w14:paraId="10EC7995" w14:textId="77777777" w:rsidTr="006C7B58">
        <w:trPr>
          <w:trHeight w:val="580"/>
        </w:trPr>
        <w:tc>
          <w:tcPr>
            <w:tcW w:w="1758" w:type="dxa"/>
            <w:shd w:val="clear" w:color="auto" w:fill="D9D9D9"/>
          </w:tcPr>
          <w:p w14:paraId="5F44B1CB" w14:textId="77777777" w:rsidR="009476B4" w:rsidRPr="00EB75F0" w:rsidRDefault="009476B4" w:rsidP="009476B4">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Synthesis of results </w:t>
            </w:r>
          </w:p>
        </w:tc>
        <w:tc>
          <w:tcPr>
            <w:tcW w:w="720" w:type="dxa"/>
            <w:shd w:val="clear" w:color="auto" w:fill="D9D9D9"/>
          </w:tcPr>
          <w:p w14:paraId="6965AD1C"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21</w:t>
            </w:r>
          </w:p>
        </w:tc>
        <w:tc>
          <w:tcPr>
            <w:tcW w:w="5220" w:type="dxa"/>
            <w:tcBorders>
              <w:right w:val="single" w:sz="4" w:space="0" w:color="auto"/>
            </w:tcBorders>
            <w:shd w:val="clear" w:color="auto" w:fill="D9D9D9"/>
          </w:tcPr>
          <w:p w14:paraId="7CAEF3D8"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Present results of each meta-analysis done, including confidence/credible intervals. </w:t>
            </w:r>
            <w:r w:rsidRPr="00EB75F0">
              <w:rPr>
                <w:rFonts w:ascii="Times New Roman" w:hAnsi="Times New Roman" w:cs="Times New Roman"/>
                <w:i/>
                <w:color w:val="auto"/>
                <w:sz w:val="20"/>
                <w:szCs w:val="20"/>
              </w:rPr>
              <w:t>In larger networks, authors may focus on comparisons versus a particular comparator (e.g. placebo or standard care), with full findings presented in an appendix. League tables and forest plots may be considered to summarize pairwise comparisons.</w:t>
            </w:r>
            <w:r w:rsidRPr="00EB75F0">
              <w:rPr>
                <w:rFonts w:ascii="Times New Roman" w:hAnsi="Times New Roman" w:cs="Times New Roman"/>
                <w:color w:val="auto"/>
                <w:sz w:val="20"/>
                <w:szCs w:val="20"/>
              </w:rPr>
              <w:t xml:space="preserve"> If additional summary measures were explored (such as treatment rankings), these should also be presented.</w:t>
            </w:r>
          </w:p>
        </w:tc>
        <w:tc>
          <w:tcPr>
            <w:tcW w:w="2520" w:type="dxa"/>
            <w:tcBorders>
              <w:left w:val="single" w:sz="4" w:space="0" w:color="auto"/>
            </w:tcBorders>
            <w:shd w:val="clear" w:color="auto" w:fill="D9D9D9"/>
          </w:tcPr>
          <w:p w14:paraId="61FAB06D" w14:textId="10C5EA79" w:rsidR="009476B4" w:rsidRPr="00EB75F0" w:rsidRDefault="003356BC"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1</w:t>
            </w:r>
            <w:r w:rsidR="000832E5">
              <w:rPr>
                <w:rFonts w:ascii="Times New Roman" w:hAnsi="Times New Roman" w:cs="Times New Roman"/>
                <w:color w:val="auto"/>
                <w:sz w:val="20"/>
                <w:szCs w:val="20"/>
              </w:rPr>
              <w:t>5</w:t>
            </w:r>
            <w:r w:rsidRPr="00EB75F0">
              <w:rPr>
                <w:rFonts w:ascii="Times New Roman" w:hAnsi="Times New Roman" w:cs="Times New Roman"/>
                <w:color w:val="auto"/>
                <w:sz w:val="20"/>
                <w:szCs w:val="20"/>
              </w:rPr>
              <w:t>-1</w:t>
            </w:r>
            <w:r w:rsidR="000832E5">
              <w:rPr>
                <w:rFonts w:ascii="Times New Roman" w:hAnsi="Times New Roman" w:cs="Times New Roman"/>
                <w:color w:val="auto"/>
                <w:sz w:val="20"/>
                <w:szCs w:val="20"/>
              </w:rPr>
              <w:t>9</w:t>
            </w:r>
            <w:r w:rsidRPr="00EB75F0">
              <w:rPr>
                <w:rFonts w:ascii="Times New Roman" w:hAnsi="Times New Roman" w:cs="Times New Roman"/>
                <w:color w:val="auto"/>
                <w:sz w:val="20"/>
                <w:szCs w:val="20"/>
              </w:rPr>
              <w:t>, Figures 3,4,5,6;</w:t>
            </w:r>
            <w:r w:rsidR="008804F1">
              <w:rPr>
                <w:rFonts w:ascii="Times New Roman" w:hAnsi="Times New Roman" w:cs="Times New Roman"/>
                <w:color w:val="auto"/>
                <w:sz w:val="20"/>
                <w:szCs w:val="20"/>
              </w:rPr>
              <w:t xml:space="preserve"> 7;</w:t>
            </w:r>
          </w:p>
          <w:p w14:paraId="5ECD9C27" w14:textId="43CDA83A" w:rsidR="003356BC" w:rsidRPr="00EB75F0" w:rsidRDefault="003356BC"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Appendix 13</w:t>
            </w:r>
          </w:p>
        </w:tc>
      </w:tr>
      <w:tr w:rsidR="009476B4" w:rsidRPr="00EB75F0" w14:paraId="1794A26E" w14:textId="77777777" w:rsidTr="006C7B58">
        <w:trPr>
          <w:trHeight w:val="580"/>
        </w:trPr>
        <w:tc>
          <w:tcPr>
            <w:tcW w:w="1758" w:type="dxa"/>
          </w:tcPr>
          <w:p w14:paraId="5B0114CE" w14:textId="77777777" w:rsidR="009476B4" w:rsidRPr="00EB75F0" w:rsidRDefault="009476B4" w:rsidP="009476B4">
            <w:pPr>
              <w:pStyle w:val="Default"/>
              <w:ind w:left="176"/>
              <w:rPr>
                <w:rFonts w:ascii="Times New Roman" w:hAnsi="Times New Roman" w:cs="Times New Roman"/>
                <w:b/>
                <w:sz w:val="20"/>
                <w:szCs w:val="20"/>
              </w:rPr>
            </w:pPr>
            <w:r w:rsidRPr="00EB75F0">
              <w:rPr>
                <w:rFonts w:ascii="Times New Roman" w:hAnsi="Times New Roman" w:cs="Times New Roman"/>
                <w:b/>
                <w:sz w:val="20"/>
                <w:szCs w:val="20"/>
              </w:rPr>
              <w:t>Exploration for inconsistency</w:t>
            </w:r>
          </w:p>
        </w:tc>
        <w:tc>
          <w:tcPr>
            <w:tcW w:w="720" w:type="dxa"/>
          </w:tcPr>
          <w:p w14:paraId="53880E35" w14:textId="77777777" w:rsidR="009476B4" w:rsidRPr="00EB75F0" w:rsidRDefault="009476B4" w:rsidP="009476B4">
            <w:pPr>
              <w:pStyle w:val="Default"/>
              <w:rPr>
                <w:rFonts w:ascii="Times New Roman" w:hAnsi="Times New Roman" w:cs="Times New Roman"/>
                <w:b/>
                <w:sz w:val="20"/>
                <w:szCs w:val="20"/>
              </w:rPr>
            </w:pPr>
            <w:r w:rsidRPr="00EB75F0">
              <w:rPr>
                <w:rFonts w:ascii="Times New Roman" w:hAnsi="Times New Roman" w:cs="Times New Roman"/>
                <w:b/>
                <w:sz w:val="20"/>
                <w:szCs w:val="20"/>
              </w:rPr>
              <w:t>S5</w:t>
            </w:r>
          </w:p>
        </w:tc>
        <w:tc>
          <w:tcPr>
            <w:tcW w:w="5220" w:type="dxa"/>
            <w:tcBorders>
              <w:right w:val="single" w:sz="4" w:space="0" w:color="auto"/>
            </w:tcBorders>
          </w:tcPr>
          <w:p w14:paraId="2595EC42"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color w:val="auto"/>
                <w:sz w:val="20"/>
                <w:szCs w:val="20"/>
              </w:rPr>
              <w:t xml:space="preserve">Describe results from investigations of inconsistency. This may include such information as measures of model fit to compare consistency and inconsistency models, </w:t>
            </w:r>
            <w:r w:rsidRPr="00EB75F0">
              <w:rPr>
                <w:rFonts w:ascii="Times New Roman" w:hAnsi="Times New Roman" w:cs="Times New Roman"/>
                <w:i/>
                <w:color w:val="auto"/>
                <w:sz w:val="20"/>
                <w:szCs w:val="20"/>
              </w:rPr>
              <w:t xml:space="preserve">P </w:t>
            </w:r>
            <w:r w:rsidRPr="00EB75F0">
              <w:rPr>
                <w:rFonts w:ascii="Times New Roman" w:hAnsi="Times New Roman" w:cs="Times New Roman"/>
                <w:color w:val="auto"/>
                <w:sz w:val="20"/>
                <w:szCs w:val="20"/>
              </w:rPr>
              <w:t>values from statistical tests, or summary of inconsistency estimates from different parts of the treatment network.</w:t>
            </w:r>
          </w:p>
        </w:tc>
        <w:tc>
          <w:tcPr>
            <w:tcW w:w="2520" w:type="dxa"/>
            <w:tcBorders>
              <w:left w:val="single" w:sz="4" w:space="0" w:color="auto"/>
            </w:tcBorders>
          </w:tcPr>
          <w:p w14:paraId="0686C16C" w14:textId="51557498" w:rsidR="009476B4" w:rsidRPr="00EB75F0" w:rsidRDefault="003356BC"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1</w:t>
            </w:r>
            <w:r w:rsidR="00731415">
              <w:rPr>
                <w:rFonts w:ascii="Times New Roman" w:hAnsi="Times New Roman" w:cs="Times New Roman"/>
                <w:color w:val="auto"/>
                <w:sz w:val="20"/>
                <w:szCs w:val="20"/>
              </w:rPr>
              <w:t>6</w:t>
            </w:r>
            <w:r w:rsidRPr="00EB75F0">
              <w:rPr>
                <w:rFonts w:ascii="Times New Roman" w:hAnsi="Times New Roman" w:cs="Times New Roman"/>
                <w:color w:val="auto"/>
                <w:sz w:val="20"/>
                <w:szCs w:val="20"/>
              </w:rPr>
              <w:t>, 1</w:t>
            </w:r>
            <w:r w:rsidR="003F0B81">
              <w:rPr>
                <w:rFonts w:ascii="Times New Roman" w:hAnsi="Times New Roman" w:cs="Times New Roman"/>
                <w:color w:val="auto"/>
                <w:sz w:val="20"/>
                <w:szCs w:val="20"/>
              </w:rPr>
              <w:t>9</w:t>
            </w:r>
            <w:r w:rsidRPr="00EB75F0">
              <w:rPr>
                <w:rFonts w:ascii="Times New Roman" w:hAnsi="Times New Roman" w:cs="Times New Roman"/>
                <w:color w:val="auto"/>
                <w:sz w:val="20"/>
                <w:szCs w:val="20"/>
              </w:rPr>
              <w:t>;</w:t>
            </w:r>
          </w:p>
          <w:p w14:paraId="1E9774B2" w14:textId="73E2306F" w:rsidR="003356BC" w:rsidRPr="00EB75F0" w:rsidRDefault="003356BC"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Append</w:t>
            </w:r>
            <w:r w:rsidR="00F0657D" w:rsidRPr="00EB75F0">
              <w:rPr>
                <w:rFonts w:ascii="Times New Roman" w:hAnsi="Times New Roman" w:cs="Times New Roman"/>
                <w:color w:val="auto"/>
                <w:sz w:val="20"/>
                <w:szCs w:val="20"/>
              </w:rPr>
              <w:t>ix 13</w:t>
            </w:r>
          </w:p>
          <w:p w14:paraId="03957420" w14:textId="7539DB2D" w:rsidR="003356BC" w:rsidRPr="00EB75F0" w:rsidRDefault="003356BC" w:rsidP="009476B4">
            <w:pPr>
              <w:pStyle w:val="Default"/>
              <w:rPr>
                <w:rFonts w:ascii="Times New Roman" w:hAnsi="Times New Roman" w:cs="Times New Roman"/>
                <w:color w:val="auto"/>
                <w:sz w:val="20"/>
                <w:szCs w:val="20"/>
              </w:rPr>
            </w:pPr>
          </w:p>
        </w:tc>
      </w:tr>
      <w:tr w:rsidR="009476B4" w:rsidRPr="00EB75F0" w14:paraId="43D1B211" w14:textId="77777777" w:rsidTr="006C7B58">
        <w:trPr>
          <w:trHeight w:val="580"/>
        </w:trPr>
        <w:tc>
          <w:tcPr>
            <w:tcW w:w="1758" w:type="dxa"/>
            <w:shd w:val="clear" w:color="auto" w:fill="D9D9D9"/>
          </w:tcPr>
          <w:p w14:paraId="3C280F48" w14:textId="77777777" w:rsidR="009476B4" w:rsidRPr="00EB75F0" w:rsidRDefault="009476B4" w:rsidP="009476B4">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Risk of bias across studies </w:t>
            </w:r>
          </w:p>
        </w:tc>
        <w:tc>
          <w:tcPr>
            <w:tcW w:w="720" w:type="dxa"/>
            <w:shd w:val="clear" w:color="auto" w:fill="D9D9D9"/>
          </w:tcPr>
          <w:p w14:paraId="67DF1545"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22</w:t>
            </w:r>
          </w:p>
        </w:tc>
        <w:tc>
          <w:tcPr>
            <w:tcW w:w="5220" w:type="dxa"/>
            <w:tcBorders>
              <w:right w:val="single" w:sz="4" w:space="0" w:color="auto"/>
            </w:tcBorders>
            <w:shd w:val="clear" w:color="auto" w:fill="D9D9D9"/>
          </w:tcPr>
          <w:p w14:paraId="743FE948"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Present results of any assessment of risk of bias across studies for the evidence base being studied. </w:t>
            </w:r>
          </w:p>
        </w:tc>
        <w:tc>
          <w:tcPr>
            <w:tcW w:w="2520" w:type="dxa"/>
            <w:tcBorders>
              <w:left w:val="single" w:sz="4" w:space="0" w:color="auto"/>
            </w:tcBorders>
            <w:shd w:val="clear" w:color="auto" w:fill="D9D9D9"/>
          </w:tcPr>
          <w:p w14:paraId="4BEBB42B" w14:textId="273FA947" w:rsidR="00F0657D" w:rsidRPr="00EB75F0" w:rsidRDefault="00F0657D"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1</w:t>
            </w:r>
            <w:r w:rsidR="00EC2543">
              <w:rPr>
                <w:rFonts w:ascii="Times New Roman" w:hAnsi="Times New Roman" w:cs="Times New Roman"/>
                <w:color w:val="auto"/>
                <w:sz w:val="20"/>
                <w:szCs w:val="20"/>
              </w:rPr>
              <w:t>3</w:t>
            </w:r>
            <w:r w:rsidRPr="00EB75F0">
              <w:rPr>
                <w:rFonts w:ascii="Times New Roman" w:hAnsi="Times New Roman" w:cs="Times New Roman"/>
                <w:color w:val="auto"/>
                <w:sz w:val="20"/>
                <w:szCs w:val="20"/>
              </w:rPr>
              <w:t>-1</w:t>
            </w:r>
            <w:r w:rsidR="00EC2543">
              <w:rPr>
                <w:rFonts w:ascii="Times New Roman" w:hAnsi="Times New Roman" w:cs="Times New Roman"/>
                <w:color w:val="auto"/>
                <w:sz w:val="20"/>
                <w:szCs w:val="20"/>
              </w:rPr>
              <w:t>4</w:t>
            </w:r>
            <w:r w:rsidRPr="00EB75F0">
              <w:rPr>
                <w:rFonts w:ascii="Times New Roman" w:hAnsi="Times New Roman" w:cs="Times New Roman"/>
                <w:color w:val="auto"/>
                <w:sz w:val="20"/>
                <w:szCs w:val="20"/>
              </w:rPr>
              <w:t>;</w:t>
            </w:r>
          </w:p>
          <w:p w14:paraId="3A04E929" w14:textId="77777777" w:rsidR="009476B4" w:rsidRDefault="00F0657D"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 xml:space="preserve">Appendix </w:t>
            </w:r>
            <w:r w:rsidR="001A3C4E" w:rsidRPr="00EB75F0">
              <w:rPr>
                <w:rFonts w:ascii="Times New Roman" w:hAnsi="Times New Roman" w:cs="Times New Roman"/>
                <w:color w:val="auto"/>
                <w:sz w:val="20"/>
                <w:szCs w:val="20"/>
              </w:rPr>
              <w:t>7</w:t>
            </w:r>
            <w:r w:rsidR="00775D3A">
              <w:rPr>
                <w:rFonts w:ascii="Times New Roman" w:hAnsi="Times New Roman" w:cs="Times New Roman"/>
                <w:color w:val="auto"/>
                <w:sz w:val="20"/>
                <w:szCs w:val="20"/>
              </w:rPr>
              <w:t xml:space="preserve">; </w:t>
            </w:r>
          </w:p>
          <w:p w14:paraId="52E55A9A" w14:textId="23AE6EAC" w:rsidR="00775D3A" w:rsidRPr="00EB75F0" w:rsidRDefault="00775D3A" w:rsidP="009476B4">
            <w:pPr>
              <w:pStyle w:val="Default"/>
              <w:rPr>
                <w:rFonts w:ascii="Times New Roman" w:hAnsi="Times New Roman" w:cs="Times New Roman"/>
                <w:color w:val="auto"/>
                <w:sz w:val="20"/>
                <w:szCs w:val="20"/>
              </w:rPr>
            </w:pPr>
            <w:r>
              <w:rPr>
                <w:rFonts w:ascii="Times New Roman" w:hAnsi="Times New Roman" w:cs="Times New Roman"/>
                <w:color w:val="auto"/>
                <w:sz w:val="20"/>
                <w:szCs w:val="20"/>
              </w:rPr>
              <w:t>Appendix 13</w:t>
            </w:r>
          </w:p>
        </w:tc>
      </w:tr>
      <w:tr w:rsidR="009476B4" w:rsidRPr="00EB75F0" w14:paraId="3CDA4342" w14:textId="77777777" w:rsidTr="006C7B58">
        <w:trPr>
          <w:trHeight w:val="580"/>
        </w:trPr>
        <w:tc>
          <w:tcPr>
            <w:tcW w:w="1758" w:type="dxa"/>
          </w:tcPr>
          <w:p w14:paraId="5EA91422" w14:textId="77777777" w:rsidR="009476B4" w:rsidRPr="00EB75F0" w:rsidRDefault="009476B4" w:rsidP="009476B4">
            <w:pPr>
              <w:pStyle w:val="Default"/>
              <w:ind w:left="176"/>
              <w:rPr>
                <w:rFonts w:ascii="Times New Roman" w:hAnsi="Times New Roman" w:cs="Times New Roman"/>
                <w:sz w:val="20"/>
                <w:szCs w:val="20"/>
              </w:rPr>
            </w:pPr>
            <w:r w:rsidRPr="00EB75F0">
              <w:rPr>
                <w:rFonts w:ascii="Times New Roman" w:hAnsi="Times New Roman" w:cs="Times New Roman"/>
                <w:sz w:val="20"/>
                <w:szCs w:val="20"/>
              </w:rPr>
              <w:t>Results of additional analyses</w:t>
            </w:r>
          </w:p>
        </w:tc>
        <w:tc>
          <w:tcPr>
            <w:tcW w:w="720" w:type="dxa"/>
          </w:tcPr>
          <w:p w14:paraId="17765404"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23</w:t>
            </w:r>
          </w:p>
        </w:tc>
        <w:tc>
          <w:tcPr>
            <w:tcW w:w="5220" w:type="dxa"/>
            <w:tcBorders>
              <w:right w:val="single" w:sz="4" w:space="0" w:color="auto"/>
            </w:tcBorders>
          </w:tcPr>
          <w:p w14:paraId="3181D401"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Give results of additional analyses, if done (e.g., sensitivity or subgroup analyses, meta-regression analyses</w:t>
            </w:r>
            <w:r w:rsidRPr="00EB75F0">
              <w:rPr>
                <w:rFonts w:ascii="Times New Roman" w:hAnsi="Times New Roman" w:cs="Times New Roman"/>
                <w:i/>
                <w:sz w:val="20"/>
                <w:szCs w:val="20"/>
              </w:rPr>
              <w:t>, alternative network geometries studied, alternative choice of prior distributions for Bayesian analyses,</w:t>
            </w:r>
            <w:r w:rsidRPr="00EB75F0">
              <w:rPr>
                <w:rFonts w:ascii="Times New Roman" w:hAnsi="Times New Roman" w:cs="Times New Roman"/>
                <w:sz w:val="20"/>
                <w:szCs w:val="20"/>
              </w:rPr>
              <w:t xml:space="preserve"> and so forth). </w:t>
            </w:r>
          </w:p>
        </w:tc>
        <w:tc>
          <w:tcPr>
            <w:tcW w:w="2520" w:type="dxa"/>
            <w:tcBorders>
              <w:left w:val="single" w:sz="4" w:space="0" w:color="auto"/>
            </w:tcBorders>
          </w:tcPr>
          <w:p w14:paraId="17E96ADF" w14:textId="7D4A9D5A" w:rsidR="00F0657D" w:rsidRPr="00EB75F0" w:rsidRDefault="00F0657D"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1</w:t>
            </w:r>
            <w:r w:rsidR="007D1523">
              <w:rPr>
                <w:rFonts w:ascii="Times New Roman" w:hAnsi="Times New Roman" w:cs="Times New Roman"/>
                <w:color w:val="auto"/>
                <w:sz w:val="20"/>
                <w:szCs w:val="20"/>
              </w:rPr>
              <w:t>9</w:t>
            </w:r>
            <w:r w:rsidRPr="00EB75F0">
              <w:rPr>
                <w:rFonts w:ascii="Times New Roman" w:hAnsi="Times New Roman" w:cs="Times New Roman"/>
                <w:color w:val="auto"/>
                <w:sz w:val="20"/>
                <w:szCs w:val="20"/>
              </w:rPr>
              <w:t>;</w:t>
            </w:r>
          </w:p>
          <w:p w14:paraId="5CAEE6D4" w14:textId="51467AFF" w:rsidR="009476B4" w:rsidRPr="00EB75F0" w:rsidRDefault="00F0657D"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Appendix 13</w:t>
            </w:r>
          </w:p>
        </w:tc>
      </w:tr>
      <w:tr w:rsidR="009476B4" w:rsidRPr="00EB75F0" w14:paraId="139274C8" w14:textId="77777777" w:rsidTr="006C7B58">
        <w:trPr>
          <w:trHeight w:val="351"/>
        </w:trPr>
        <w:tc>
          <w:tcPr>
            <w:tcW w:w="1758" w:type="dxa"/>
          </w:tcPr>
          <w:p w14:paraId="1C531891" w14:textId="77777777" w:rsidR="009476B4" w:rsidRPr="00EB75F0" w:rsidRDefault="009476B4" w:rsidP="009476B4">
            <w:pPr>
              <w:pStyle w:val="Default"/>
              <w:rPr>
                <w:rFonts w:ascii="Times New Roman" w:hAnsi="Times New Roman" w:cs="Times New Roman"/>
                <w:sz w:val="20"/>
                <w:szCs w:val="20"/>
              </w:rPr>
            </w:pPr>
          </w:p>
        </w:tc>
        <w:tc>
          <w:tcPr>
            <w:tcW w:w="720" w:type="dxa"/>
          </w:tcPr>
          <w:p w14:paraId="3AE22122" w14:textId="77777777" w:rsidR="009476B4" w:rsidRPr="00EB75F0" w:rsidRDefault="009476B4" w:rsidP="009476B4">
            <w:pPr>
              <w:pStyle w:val="Default"/>
              <w:rPr>
                <w:rFonts w:ascii="Times New Roman" w:hAnsi="Times New Roman" w:cs="Times New Roman"/>
                <w:sz w:val="20"/>
                <w:szCs w:val="20"/>
              </w:rPr>
            </w:pPr>
          </w:p>
        </w:tc>
        <w:tc>
          <w:tcPr>
            <w:tcW w:w="5220" w:type="dxa"/>
            <w:tcBorders>
              <w:right w:val="single" w:sz="4" w:space="0" w:color="auto"/>
            </w:tcBorders>
          </w:tcPr>
          <w:p w14:paraId="101DE082" w14:textId="77777777" w:rsidR="009476B4" w:rsidRPr="00EB75F0" w:rsidRDefault="009476B4" w:rsidP="009476B4">
            <w:pPr>
              <w:pStyle w:val="Default"/>
              <w:rPr>
                <w:rFonts w:ascii="Times New Roman" w:hAnsi="Times New Roman" w:cs="Times New Roman"/>
                <w:sz w:val="20"/>
                <w:szCs w:val="20"/>
              </w:rPr>
            </w:pPr>
          </w:p>
        </w:tc>
        <w:tc>
          <w:tcPr>
            <w:tcW w:w="2520" w:type="dxa"/>
            <w:tcBorders>
              <w:left w:val="single" w:sz="4" w:space="0" w:color="auto"/>
            </w:tcBorders>
          </w:tcPr>
          <w:p w14:paraId="653A95D2" w14:textId="77777777" w:rsidR="009476B4" w:rsidRPr="00EB75F0" w:rsidRDefault="009476B4" w:rsidP="009476B4">
            <w:pPr>
              <w:pStyle w:val="Default"/>
              <w:rPr>
                <w:rFonts w:ascii="Times New Roman" w:hAnsi="Times New Roman" w:cs="Times New Roman"/>
                <w:color w:val="auto"/>
                <w:sz w:val="20"/>
                <w:szCs w:val="20"/>
              </w:rPr>
            </w:pPr>
          </w:p>
        </w:tc>
      </w:tr>
      <w:tr w:rsidR="009476B4" w:rsidRPr="00EB75F0" w14:paraId="50FAF063" w14:textId="77777777" w:rsidTr="006C7B58">
        <w:trPr>
          <w:trHeight w:val="331"/>
        </w:trPr>
        <w:tc>
          <w:tcPr>
            <w:tcW w:w="1758" w:type="dxa"/>
          </w:tcPr>
          <w:p w14:paraId="7496C7D0"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b/>
                <w:bCs/>
                <w:sz w:val="20"/>
                <w:szCs w:val="20"/>
              </w:rPr>
              <w:t>DISCUSSION</w:t>
            </w:r>
          </w:p>
        </w:tc>
        <w:tc>
          <w:tcPr>
            <w:tcW w:w="720" w:type="dxa"/>
          </w:tcPr>
          <w:p w14:paraId="577C6861" w14:textId="77777777" w:rsidR="009476B4" w:rsidRPr="00EB75F0" w:rsidRDefault="009476B4" w:rsidP="009476B4">
            <w:pPr>
              <w:pStyle w:val="Default"/>
              <w:rPr>
                <w:rFonts w:ascii="Times New Roman" w:hAnsi="Times New Roman" w:cs="Times New Roman"/>
                <w:sz w:val="20"/>
                <w:szCs w:val="20"/>
              </w:rPr>
            </w:pPr>
          </w:p>
        </w:tc>
        <w:tc>
          <w:tcPr>
            <w:tcW w:w="5220" w:type="dxa"/>
            <w:tcBorders>
              <w:right w:val="single" w:sz="4" w:space="0" w:color="auto"/>
            </w:tcBorders>
          </w:tcPr>
          <w:p w14:paraId="5ABD27C7" w14:textId="77777777" w:rsidR="009476B4" w:rsidRPr="00EB75F0" w:rsidRDefault="009476B4" w:rsidP="009476B4">
            <w:pPr>
              <w:pStyle w:val="Default"/>
              <w:rPr>
                <w:rFonts w:ascii="Times New Roman" w:hAnsi="Times New Roman" w:cs="Times New Roman"/>
                <w:sz w:val="20"/>
                <w:szCs w:val="20"/>
              </w:rPr>
            </w:pPr>
          </w:p>
        </w:tc>
        <w:tc>
          <w:tcPr>
            <w:tcW w:w="2520" w:type="dxa"/>
            <w:tcBorders>
              <w:left w:val="single" w:sz="4" w:space="0" w:color="auto"/>
            </w:tcBorders>
          </w:tcPr>
          <w:p w14:paraId="25ABF5A1" w14:textId="77777777" w:rsidR="009476B4" w:rsidRPr="00EB75F0" w:rsidRDefault="009476B4" w:rsidP="009476B4">
            <w:pPr>
              <w:pStyle w:val="Default"/>
              <w:rPr>
                <w:rFonts w:ascii="Times New Roman" w:hAnsi="Times New Roman" w:cs="Times New Roman"/>
                <w:color w:val="auto"/>
                <w:sz w:val="20"/>
                <w:szCs w:val="20"/>
              </w:rPr>
            </w:pPr>
          </w:p>
        </w:tc>
      </w:tr>
      <w:tr w:rsidR="009476B4" w:rsidRPr="00EB75F0" w14:paraId="0313E92D" w14:textId="77777777" w:rsidTr="006C7B58">
        <w:trPr>
          <w:trHeight w:val="580"/>
        </w:trPr>
        <w:tc>
          <w:tcPr>
            <w:tcW w:w="1758" w:type="dxa"/>
            <w:shd w:val="clear" w:color="auto" w:fill="D9D9D9"/>
          </w:tcPr>
          <w:p w14:paraId="45E4EA12" w14:textId="77777777" w:rsidR="009476B4" w:rsidRPr="00EB75F0" w:rsidRDefault="009476B4" w:rsidP="009476B4">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Summary of evidence </w:t>
            </w:r>
          </w:p>
        </w:tc>
        <w:tc>
          <w:tcPr>
            <w:tcW w:w="720" w:type="dxa"/>
            <w:shd w:val="clear" w:color="auto" w:fill="D9D9D9"/>
          </w:tcPr>
          <w:p w14:paraId="79F481C9"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24</w:t>
            </w:r>
          </w:p>
        </w:tc>
        <w:tc>
          <w:tcPr>
            <w:tcW w:w="5220" w:type="dxa"/>
            <w:tcBorders>
              <w:right w:val="single" w:sz="4" w:space="0" w:color="auto"/>
            </w:tcBorders>
            <w:shd w:val="clear" w:color="auto" w:fill="D9D9D9"/>
          </w:tcPr>
          <w:p w14:paraId="342406A3"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Summarize the main findings, including the strength of evidence for each main outcome; consider their relevance to key groups (e.g., healthcare providers, users, and policy-makers). </w:t>
            </w:r>
          </w:p>
        </w:tc>
        <w:tc>
          <w:tcPr>
            <w:tcW w:w="2520" w:type="dxa"/>
            <w:tcBorders>
              <w:left w:val="single" w:sz="4" w:space="0" w:color="auto"/>
            </w:tcBorders>
            <w:shd w:val="clear" w:color="auto" w:fill="D9D9D9"/>
          </w:tcPr>
          <w:p w14:paraId="33C28970" w14:textId="003E9432" w:rsidR="009476B4" w:rsidRPr="00EB75F0" w:rsidRDefault="00F0657D"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1</w:t>
            </w:r>
            <w:r w:rsidR="007D1523">
              <w:rPr>
                <w:rFonts w:ascii="Times New Roman" w:hAnsi="Times New Roman" w:cs="Times New Roman"/>
                <w:color w:val="auto"/>
                <w:sz w:val="20"/>
                <w:szCs w:val="20"/>
              </w:rPr>
              <w:t>9</w:t>
            </w:r>
            <w:r w:rsidRPr="00EB75F0">
              <w:rPr>
                <w:rFonts w:ascii="Times New Roman" w:hAnsi="Times New Roman" w:cs="Times New Roman"/>
                <w:color w:val="auto"/>
                <w:sz w:val="20"/>
                <w:szCs w:val="20"/>
              </w:rPr>
              <w:t>-2</w:t>
            </w:r>
            <w:r w:rsidR="007D1523">
              <w:rPr>
                <w:rFonts w:ascii="Times New Roman" w:hAnsi="Times New Roman" w:cs="Times New Roman"/>
                <w:color w:val="auto"/>
                <w:sz w:val="20"/>
                <w:szCs w:val="20"/>
              </w:rPr>
              <w:t>1</w:t>
            </w:r>
            <w:r w:rsidRPr="00EB75F0">
              <w:rPr>
                <w:rFonts w:ascii="Times New Roman" w:hAnsi="Times New Roman" w:cs="Times New Roman"/>
                <w:color w:val="auto"/>
                <w:sz w:val="20"/>
                <w:szCs w:val="20"/>
              </w:rPr>
              <w:t xml:space="preserve">; </w:t>
            </w:r>
          </w:p>
          <w:p w14:paraId="651F768D" w14:textId="36E2ACA0" w:rsidR="00F0657D" w:rsidRPr="00EB75F0" w:rsidRDefault="00F0657D" w:rsidP="009476B4">
            <w:pPr>
              <w:pStyle w:val="Default"/>
              <w:rPr>
                <w:rFonts w:ascii="Times New Roman" w:hAnsi="Times New Roman" w:cs="Times New Roman"/>
                <w:color w:val="auto"/>
                <w:sz w:val="20"/>
                <w:szCs w:val="20"/>
              </w:rPr>
            </w:pPr>
          </w:p>
        </w:tc>
      </w:tr>
      <w:tr w:rsidR="009476B4" w:rsidRPr="00EB75F0" w14:paraId="6F56D622" w14:textId="77777777" w:rsidTr="006C7B58">
        <w:trPr>
          <w:trHeight w:val="580"/>
        </w:trPr>
        <w:tc>
          <w:tcPr>
            <w:tcW w:w="1758" w:type="dxa"/>
          </w:tcPr>
          <w:p w14:paraId="2DE510AE" w14:textId="77777777" w:rsidR="009476B4" w:rsidRPr="00EB75F0" w:rsidRDefault="009476B4" w:rsidP="009476B4">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Limitations </w:t>
            </w:r>
          </w:p>
        </w:tc>
        <w:tc>
          <w:tcPr>
            <w:tcW w:w="720" w:type="dxa"/>
          </w:tcPr>
          <w:p w14:paraId="47BDB8EE"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25</w:t>
            </w:r>
          </w:p>
        </w:tc>
        <w:tc>
          <w:tcPr>
            <w:tcW w:w="5220" w:type="dxa"/>
            <w:tcBorders>
              <w:right w:val="single" w:sz="4" w:space="0" w:color="auto"/>
            </w:tcBorders>
          </w:tcPr>
          <w:p w14:paraId="546C6B82"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Discuss limitations at study and outcome level (e.g., risk of bias), and at review level (e.g., incomplete retrieval of identified research, reporting bias). </w:t>
            </w:r>
            <w:r w:rsidRPr="00EB75F0">
              <w:rPr>
                <w:rFonts w:ascii="Times New Roman" w:hAnsi="Times New Roman" w:cs="Times New Roman"/>
                <w:i/>
                <w:sz w:val="20"/>
                <w:szCs w:val="20"/>
              </w:rPr>
              <w:t>Comment on the validity of the assumptions, such as transitivity and consistency. Comment on any concerns regarding network geometry (e.g., avoidance of certain comparisons).</w:t>
            </w:r>
          </w:p>
        </w:tc>
        <w:tc>
          <w:tcPr>
            <w:tcW w:w="2520" w:type="dxa"/>
            <w:tcBorders>
              <w:left w:val="single" w:sz="4" w:space="0" w:color="auto"/>
            </w:tcBorders>
          </w:tcPr>
          <w:p w14:paraId="5E654D64" w14:textId="6C562C07" w:rsidR="009476B4" w:rsidRPr="00EB75F0" w:rsidRDefault="00F0657D" w:rsidP="009476B4">
            <w:pPr>
              <w:pStyle w:val="Default"/>
              <w:rPr>
                <w:rFonts w:ascii="Times New Roman" w:hAnsi="Times New Roman" w:cs="Times New Roman"/>
                <w:color w:val="auto"/>
                <w:sz w:val="20"/>
                <w:szCs w:val="20"/>
              </w:rPr>
            </w:pPr>
            <w:r w:rsidRPr="00EB75F0">
              <w:rPr>
                <w:rFonts w:ascii="Times New Roman" w:hAnsi="Times New Roman" w:cs="Times New Roman"/>
                <w:color w:val="auto"/>
                <w:sz w:val="20"/>
                <w:szCs w:val="20"/>
              </w:rPr>
              <w:t>2</w:t>
            </w:r>
            <w:r w:rsidR="007D1523">
              <w:rPr>
                <w:rFonts w:ascii="Times New Roman" w:hAnsi="Times New Roman" w:cs="Times New Roman"/>
                <w:color w:val="auto"/>
                <w:sz w:val="20"/>
                <w:szCs w:val="20"/>
              </w:rPr>
              <w:t>1</w:t>
            </w:r>
            <w:r w:rsidRPr="00EB75F0">
              <w:rPr>
                <w:rFonts w:ascii="Times New Roman" w:hAnsi="Times New Roman" w:cs="Times New Roman"/>
                <w:color w:val="auto"/>
                <w:sz w:val="20"/>
                <w:szCs w:val="20"/>
              </w:rPr>
              <w:t>-2</w:t>
            </w:r>
            <w:r w:rsidR="007D1523">
              <w:rPr>
                <w:rFonts w:ascii="Times New Roman" w:hAnsi="Times New Roman" w:cs="Times New Roman"/>
                <w:color w:val="auto"/>
                <w:sz w:val="20"/>
                <w:szCs w:val="20"/>
              </w:rPr>
              <w:t>3</w:t>
            </w:r>
          </w:p>
        </w:tc>
      </w:tr>
      <w:tr w:rsidR="009476B4" w:rsidRPr="00EB75F0" w14:paraId="29D05C35" w14:textId="77777777" w:rsidTr="006C7B58">
        <w:trPr>
          <w:trHeight w:val="580"/>
        </w:trPr>
        <w:tc>
          <w:tcPr>
            <w:tcW w:w="1758" w:type="dxa"/>
            <w:shd w:val="clear" w:color="auto" w:fill="D9D9D9"/>
          </w:tcPr>
          <w:p w14:paraId="7161CA43" w14:textId="77777777" w:rsidR="009476B4" w:rsidRPr="00EB75F0" w:rsidRDefault="009476B4" w:rsidP="009476B4">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Conclusions </w:t>
            </w:r>
          </w:p>
        </w:tc>
        <w:tc>
          <w:tcPr>
            <w:tcW w:w="720" w:type="dxa"/>
            <w:shd w:val="clear" w:color="auto" w:fill="D9D9D9"/>
          </w:tcPr>
          <w:p w14:paraId="4F996C8B"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26</w:t>
            </w:r>
          </w:p>
        </w:tc>
        <w:tc>
          <w:tcPr>
            <w:tcW w:w="5220" w:type="dxa"/>
            <w:tcBorders>
              <w:right w:val="single" w:sz="4" w:space="0" w:color="auto"/>
            </w:tcBorders>
            <w:shd w:val="clear" w:color="auto" w:fill="D9D9D9"/>
          </w:tcPr>
          <w:p w14:paraId="4BE5E23E"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 xml:space="preserve">Provide a general interpretation of the results in the context of other evidence, and implications for future research. </w:t>
            </w:r>
          </w:p>
        </w:tc>
        <w:tc>
          <w:tcPr>
            <w:tcW w:w="2520" w:type="dxa"/>
            <w:tcBorders>
              <w:left w:val="single" w:sz="4" w:space="0" w:color="auto"/>
            </w:tcBorders>
            <w:shd w:val="clear" w:color="auto" w:fill="D9D9D9"/>
          </w:tcPr>
          <w:p w14:paraId="4D2544E1" w14:textId="16C78CF6" w:rsidR="009476B4" w:rsidRPr="00EB75F0" w:rsidRDefault="007D1523" w:rsidP="009476B4">
            <w:pPr>
              <w:pStyle w:val="Default"/>
              <w:rPr>
                <w:rFonts w:ascii="Times New Roman" w:hAnsi="Times New Roman" w:cs="Times New Roman"/>
                <w:color w:val="auto"/>
                <w:sz w:val="20"/>
                <w:szCs w:val="20"/>
              </w:rPr>
            </w:pPr>
            <w:r>
              <w:rPr>
                <w:rFonts w:ascii="Times New Roman" w:hAnsi="Times New Roman" w:cs="Times New Roman"/>
                <w:color w:val="auto"/>
                <w:sz w:val="20"/>
                <w:szCs w:val="20"/>
              </w:rPr>
              <w:t>24</w:t>
            </w:r>
          </w:p>
        </w:tc>
      </w:tr>
      <w:tr w:rsidR="009476B4" w:rsidRPr="00EB75F0" w14:paraId="4D7FFCC4" w14:textId="77777777" w:rsidTr="006C7B58">
        <w:trPr>
          <w:trHeight w:val="333"/>
        </w:trPr>
        <w:tc>
          <w:tcPr>
            <w:tcW w:w="1758" w:type="dxa"/>
          </w:tcPr>
          <w:p w14:paraId="396E2962" w14:textId="77777777" w:rsidR="009476B4" w:rsidRPr="00EB75F0" w:rsidRDefault="009476B4" w:rsidP="009476B4">
            <w:pPr>
              <w:pStyle w:val="Default"/>
              <w:rPr>
                <w:rFonts w:ascii="Times New Roman" w:hAnsi="Times New Roman" w:cs="Times New Roman"/>
                <w:sz w:val="20"/>
                <w:szCs w:val="20"/>
              </w:rPr>
            </w:pPr>
          </w:p>
        </w:tc>
        <w:tc>
          <w:tcPr>
            <w:tcW w:w="720" w:type="dxa"/>
          </w:tcPr>
          <w:p w14:paraId="52365D0E" w14:textId="77777777" w:rsidR="009476B4" w:rsidRPr="00EB75F0" w:rsidRDefault="009476B4" w:rsidP="009476B4">
            <w:pPr>
              <w:pStyle w:val="Default"/>
              <w:rPr>
                <w:rFonts w:ascii="Times New Roman" w:hAnsi="Times New Roman" w:cs="Times New Roman"/>
                <w:sz w:val="20"/>
                <w:szCs w:val="20"/>
              </w:rPr>
            </w:pPr>
          </w:p>
        </w:tc>
        <w:tc>
          <w:tcPr>
            <w:tcW w:w="5220" w:type="dxa"/>
            <w:tcBorders>
              <w:right w:val="single" w:sz="4" w:space="0" w:color="auto"/>
            </w:tcBorders>
          </w:tcPr>
          <w:p w14:paraId="0A9CD4BB" w14:textId="77777777" w:rsidR="009476B4" w:rsidRPr="00EB75F0" w:rsidRDefault="009476B4" w:rsidP="009476B4">
            <w:pPr>
              <w:pStyle w:val="Default"/>
              <w:rPr>
                <w:rFonts w:ascii="Times New Roman" w:hAnsi="Times New Roman" w:cs="Times New Roman"/>
                <w:sz w:val="20"/>
                <w:szCs w:val="20"/>
              </w:rPr>
            </w:pPr>
          </w:p>
        </w:tc>
        <w:tc>
          <w:tcPr>
            <w:tcW w:w="2520" w:type="dxa"/>
            <w:tcBorders>
              <w:left w:val="single" w:sz="4" w:space="0" w:color="auto"/>
            </w:tcBorders>
          </w:tcPr>
          <w:p w14:paraId="3D99B9F7" w14:textId="77777777" w:rsidR="009476B4" w:rsidRPr="00EB75F0" w:rsidRDefault="009476B4" w:rsidP="009476B4">
            <w:pPr>
              <w:pStyle w:val="Default"/>
              <w:rPr>
                <w:rFonts w:ascii="Times New Roman" w:hAnsi="Times New Roman" w:cs="Times New Roman"/>
                <w:color w:val="auto"/>
                <w:sz w:val="20"/>
                <w:szCs w:val="20"/>
              </w:rPr>
            </w:pPr>
          </w:p>
        </w:tc>
      </w:tr>
      <w:tr w:rsidR="009476B4" w:rsidRPr="00EB75F0" w14:paraId="0F8E5066" w14:textId="77777777" w:rsidTr="006C7B58">
        <w:trPr>
          <w:trHeight w:val="153"/>
        </w:trPr>
        <w:tc>
          <w:tcPr>
            <w:tcW w:w="7698" w:type="dxa"/>
            <w:gridSpan w:val="3"/>
            <w:tcBorders>
              <w:right w:val="single" w:sz="4" w:space="0" w:color="auto"/>
            </w:tcBorders>
          </w:tcPr>
          <w:p w14:paraId="4EC67D72" w14:textId="08FDCADC"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b/>
                <w:bCs/>
                <w:sz w:val="20"/>
                <w:szCs w:val="20"/>
              </w:rPr>
              <w:t>FUNDING</w:t>
            </w:r>
          </w:p>
        </w:tc>
        <w:tc>
          <w:tcPr>
            <w:tcW w:w="2520" w:type="dxa"/>
            <w:tcBorders>
              <w:left w:val="single" w:sz="4" w:space="0" w:color="auto"/>
            </w:tcBorders>
          </w:tcPr>
          <w:p w14:paraId="2FC76584" w14:textId="77777777" w:rsidR="009476B4" w:rsidRPr="00EB75F0" w:rsidRDefault="009476B4" w:rsidP="009476B4">
            <w:pPr>
              <w:pStyle w:val="Default"/>
              <w:rPr>
                <w:rFonts w:ascii="Times New Roman" w:hAnsi="Times New Roman" w:cs="Times New Roman"/>
                <w:color w:val="auto"/>
                <w:sz w:val="20"/>
                <w:szCs w:val="20"/>
              </w:rPr>
            </w:pPr>
          </w:p>
        </w:tc>
      </w:tr>
      <w:tr w:rsidR="009476B4" w:rsidRPr="00EB75F0" w14:paraId="0D1D51F0" w14:textId="77777777" w:rsidTr="001D4AF0">
        <w:trPr>
          <w:trHeight w:val="580"/>
        </w:trPr>
        <w:tc>
          <w:tcPr>
            <w:tcW w:w="1758" w:type="dxa"/>
            <w:tcBorders>
              <w:bottom w:val="single" w:sz="4" w:space="0" w:color="auto"/>
            </w:tcBorders>
          </w:tcPr>
          <w:p w14:paraId="61AF0B8E" w14:textId="77777777" w:rsidR="009476B4" w:rsidRPr="00EB75F0" w:rsidRDefault="009476B4" w:rsidP="009476B4">
            <w:pPr>
              <w:pStyle w:val="Default"/>
              <w:ind w:left="176"/>
              <w:rPr>
                <w:rFonts w:ascii="Times New Roman" w:hAnsi="Times New Roman" w:cs="Times New Roman"/>
                <w:sz w:val="20"/>
                <w:szCs w:val="20"/>
              </w:rPr>
            </w:pPr>
            <w:r w:rsidRPr="00EB75F0">
              <w:rPr>
                <w:rFonts w:ascii="Times New Roman" w:hAnsi="Times New Roman" w:cs="Times New Roman"/>
                <w:sz w:val="20"/>
                <w:szCs w:val="20"/>
              </w:rPr>
              <w:t xml:space="preserve">Funding </w:t>
            </w:r>
          </w:p>
        </w:tc>
        <w:tc>
          <w:tcPr>
            <w:tcW w:w="720" w:type="dxa"/>
            <w:tcBorders>
              <w:bottom w:val="single" w:sz="4" w:space="0" w:color="auto"/>
            </w:tcBorders>
          </w:tcPr>
          <w:p w14:paraId="135B30C3"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27</w:t>
            </w:r>
          </w:p>
        </w:tc>
        <w:tc>
          <w:tcPr>
            <w:tcW w:w="5220" w:type="dxa"/>
            <w:tcBorders>
              <w:bottom w:val="single" w:sz="4" w:space="0" w:color="auto"/>
              <w:right w:val="single" w:sz="4" w:space="0" w:color="auto"/>
            </w:tcBorders>
          </w:tcPr>
          <w:p w14:paraId="2C6A6B14" w14:textId="77777777" w:rsidR="009476B4" w:rsidRPr="00EB75F0" w:rsidRDefault="009476B4" w:rsidP="009476B4">
            <w:pPr>
              <w:pStyle w:val="Default"/>
              <w:rPr>
                <w:rFonts w:ascii="Times New Roman" w:hAnsi="Times New Roman" w:cs="Times New Roman"/>
                <w:sz w:val="20"/>
                <w:szCs w:val="20"/>
              </w:rPr>
            </w:pPr>
            <w:r w:rsidRPr="00EB75F0">
              <w:rPr>
                <w:rFonts w:ascii="Times New Roman" w:hAnsi="Times New Roman" w:cs="Times New Roman"/>
                <w:sz w:val="20"/>
                <w:szCs w:val="20"/>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2520" w:type="dxa"/>
            <w:tcBorders>
              <w:left w:val="single" w:sz="4" w:space="0" w:color="auto"/>
              <w:bottom w:val="single" w:sz="4" w:space="0" w:color="auto"/>
            </w:tcBorders>
          </w:tcPr>
          <w:p w14:paraId="099AA7A0" w14:textId="73A4B1A2" w:rsidR="009476B4" w:rsidRPr="00EB75F0" w:rsidRDefault="00324B7A" w:rsidP="009476B4">
            <w:pPr>
              <w:pStyle w:val="Default"/>
              <w:rPr>
                <w:rFonts w:ascii="Times New Roman" w:hAnsi="Times New Roman" w:cs="Times New Roman"/>
                <w:b/>
                <w:i/>
                <w:color w:val="auto"/>
                <w:sz w:val="20"/>
                <w:szCs w:val="20"/>
              </w:rPr>
            </w:pPr>
            <w:r w:rsidRPr="00EB75F0">
              <w:rPr>
                <w:rFonts w:ascii="Times New Roman" w:hAnsi="Times New Roman" w:cs="Times New Roman"/>
                <w:color w:val="auto"/>
                <w:sz w:val="20"/>
                <w:szCs w:val="20"/>
              </w:rPr>
              <w:t>Title page</w:t>
            </w:r>
            <w:r w:rsidR="007F44D0" w:rsidRPr="00EB75F0">
              <w:rPr>
                <w:rFonts w:ascii="Times New Roman" w:hAnsi="Times New Roman" w:cs="Times New Roman"/>
                <w:b/>
                <w:i/>
                <w:color w:val="auto"/>
                <w:sz w:val="20"/>
                <w:szCs w:val="20"/>
              </w:rPr>
              <w:t xml:space="preserve"> </w:t>
            </w:r>
          </w:p>
        </w:tc>
      </w:tr>
      <w:tr w:rsidR="009476B4" w:rsidRPr="00EB75F0" w14:paraId="48987680" w14:textId="77777777" w:rsidTr="001D4AF0">
        <w:trPr>
          <w:trHeight w:val="580"/>
        </w:trPr>
        <w:tc>
          <w:tcPr>
            <w:tcW w:w="10218" w:type="dxa"/>
            <w:gridSpan w:val="4"/>
            <w:tcBorders>
              <w:top w:val="single" w:sz="4" w:space="0" w:color="auto"/>
              <w:bottom w:val="single" w:sz="2" w:space="0" w:color="000000"/>
            </w:tcBorders>
          </w:tcPr>
          <w:p w14:paraId="1C8752E0" w14:textId="77777777" w:rsidR="009476B4" w:rsidRPr="00EB75F0" w:rsidRDefault="009476B4" w:rsidP="009476B4">
            <w:pPr>
              <w:spacing w:after="0" w:line="240" w:lineRule="auto"/>
              <w:rPr>
                <w:rFonts w:ascii="Times New Roman" w:hAnsi="Times New Roman"/>
                <w:color w:val="000000"/>
                <w:sz w:val="20"/>
                <w:lang w:eastAsia="en-CA"/>
              </w:rPr>
            </w:pPr>
            <w:r w:rsidRPr="00EB75F0">
              <w:rPr>
                <w:rFonts w:ascii="Times New Roman" w:hAnsi="Times New Roman"/>
                <w:color w:val="000000"/>
                <w:sz w:val="20"/>
                <w:lang w:eastAsia="en-CA"/>
              </w:rPr>
              <w:t>PICOS = population, intervention, comparators, outcomes, study design.</w:t>
            </w:r>
          </w:p>
          <w:p w14:paraId="0E832721" w14:textId="78999353" w:rsidR="009476B4" w:rsidRPr="00EB75F0" w:rsidRDefault="009476B4" w:rsidP="009476B4">
            <w:pPr>
              <w:spacing w:after="0" w:line="240" w:lineRule="auto"/>
              <w:rPr>
                <w:rFonts w:ascii="Times New Roman" w:hAnsi="Times New Roman"/>
                <w:color w:val="000000"/>
                <w:sz w:val="20"/>
                <w:lang w:eastAsia="en-CA"/>
              </w:rPr>
            </w:pPr>
            <w:r w:rsidRPr="00EB75F0">
              <w:rPr>
                <w:rFonts w:ascii="Times New Roman" w:hAnsi="Times New Roman"/>
                <w:color w:val="000000"/>
                <w:sz w:val="20"/>
                <w:lang w:eastAsia="en-CA"/>
              </w:rPr>
              <w:lastRenderedPageBreak/>
              <w:t>* Text in italics indicates wording specific to reporting of network meta-analyses that has been added to guidance from the PRISMA statement.</w:t>
            </w:r>
          </w:p>
          <w:p w14:paraId="0086A5EF" w14:textId="18DFC78D" w:rsidR="009476B4" w:rsidRPr="00EB75F0" w:rsidRDefault="009476B4" w:rsidP="009476B4">
            <w:pPr>
              <w:rPr>
                <w:rFonts w:ascii="Times New Roman" w:hAnsi="Times New Roman"/>
                <w:bCs/>
              </w:rPr>
            </w:pPr>
            <w:r w:rsidRPr="00EB75F0">
              <w:rPr>
                <w:rFonts w:ascii="Times New Roman" w:hAnsi="Times New Roman"/>
                <w:color w:val="000000"/>
                <w:sz w:val="20"/>
                <w:lang w:eastAsia="en-CA"/>
              </w:rPr>
              <w:t>† Authors may wish to plan for use of appendices to present all relevant information in full detail for items in this section.</w:t>
            </w:r>
          </w:p>
        </w:tc>
      </w:tr>
    </w:tbl>
    <w:p w14:paraId="7E7ECFFA" w14:textId="77777777" w:rsidR="00913A6B" w:rsidRPr="00EB75F0" w:rsidRDefault="00913A6B" w:rsidP="00913A6B">
      <w:pPr>
        <w:pStyle w:val="BodyText"/>
      </w:pPr>
    </w:p>
    <w:p w14:paraId="04C066EF" w14:textId="77777777" w:rsidR="00A41173" w:rsidRPr="00EB75F0" w:rsidRDefault="00A41173" w:rsidP="0054514D">
      <w:pPr>
        <w:pStyle w:val="Heading1"/>
        <w:numPr>
          <w:ilvl w:val="0"/>
          <w:numId w:val="17"/>
        </w:numPr>
        <w:ind w:left="0" w:firstLine="0"/>
        <w:rPr>
          <w:b/>
          <w:color w:val="1E1E1E"/>
          <w:sz w:val="24"/>
          <w:highlight w:val="yellow"/>
        </w:rPr>
        <w:sectPr w:rsidR="00A41173" w:rsidRPr="00EB75F0">
          <w:pgSz w:w="11906" w:h="16838"/>
          <w:pgMar w:top="1134" w:right="1134" w:bottom="1134" w:left="1134" w:header="567" w:footer="567" w:gutter="0"/>
          <w:cols w:space="708"/>
          <w:docGrid w:linePitch="360"/>
        </w:sectPr>
      </w:pPr>
    </w:p>
    <w:p w14:paraId="7D69767F" w14:textId="7E71DC9A" w:rsidR="0054514D" w:rsidRPr="00EB75F0" w:rsidRDefault="00565F67" w:rsidP="0054514D">
      <w:pPr>
        <w:pStyle w:val="Heading1"/>
        <w:numPr>
          <w:ilvl w:val="0"/>
          <w:numId w:val="17"/>
        </w:numPr>
        <w:ind w:left="0" w:firstLine="0"/>
        <w:rPr>
          <w:b/>
          <w:color w:val="1E1E1E"/>
          <w:sz w:val="24"/>
        </w:rPr>
      </w:pPr>
      <w:r w:rsidRPr="00EB75F0">
        <w:rPr>
          <w:b/>
          <w:color w:val="1E1E1E"/>
          <w:sz w:val="24"/>
        </w:rPr>
        <w:lastRenderedPageBreak/>
        <w:t>SLR search strategies</w:t>
      </w:r>
    </w:p>
    <w:p w14:paraId="7749C901" w14:textId="56F05D39" w:rsidR="00565F67" w:rsidRPr="00541089" w:rsidRDefault="00565F67" w:rsidP="00F7217F">
      <w:pPr>
        <w:pStyle w:val="Heading2"/>
        <w:rPr>
          <w:rFonts w:cstheme="majorHAnsi"/>
          <w:noProof/>
          <w:szCs w:val="24"/>
        </w:rPr>
      </w:pPr>
      <w:r w:rsidRPr="00541089">
        <w:rPr>
          <w:color w:val="000000"/>
        </w:rPr>
        <w:t>Table S</w:t>
      </w:r>
      <w:r w:rsidR="00EE288E" w:rsidRPr="00541089">
        <w:rPr>
          <w:color w:val="000000"/>
        </w:rPr>
        <w:fldChar w:fldCharType="begin"/>
      </w:r>
      <w:r w:rsidR="00EE288E" w:rsidRPr="00541089">
        <w:rPr>
          <w:color w:val="000000"/>
        </w:rPr>
        <w:instrText xml:space="preserve"> STYLEREF 1 \s </w:instrText>
      </w:r>
      <w:r w:rsidR="00EE288E" w:rsidRPr="00541089">
        <w:rPr>
          <w:color w:val="000000"/>
        </w:rPr>
        <w:fldChar w:fldCharType="separate"/>
      </w:r>
      <w:r w:rsidR="004B2F28">
        <w:rPr>
          <w:noProof/>
          <w:color w:val="000000"/>
        </w:rPr>
        <w:t>2</w:t>
      </w:r>
      <w:r w:rsidR="00EE288E" w:rsidRPr="00541089">
        <w:rPr>
          <w:color w:val="000000"/>
        </w:rPr>
        <w:fldChar w:fldCharType="end"/>
      </w:r>
      <w:r w:rsidR="00EE288E" w:rsidRPr="00541089">
        <w:rPr>
          <w:color w:val="000000"/>
        </w:rPr>
        <w:noBreakHyphen/>
      </w:r>
      <w:r w:rsidR="00EE288E" w:rsidRPr="00541089">
        <w:rPr>
          <w:color w:val="000000"/>
        </w:rPr>
        <w:fldChar w:fldCharType="begin"/>
      </w:r>
      <w:r w:rsidR="00EE288E" w:rsidRPr="00541089">
        <w:rPr>
          <w:color w:val="000000"/>
        </w:rPr>
        <w:instrText xml:space="preserve"> SEQ Table \* ARABIC \s 1 </w:instrText>
      </w:r>
      <w:r w:rsidR="00EE288E" w:rsidRPr="00541089">
        <w:rPr>
          <w:color w:val="000000"/>
        </w:rPr>
        <w:fldChar w:fldCharType="separate"/>
      </w:r>
      <w:r w:rsidR="004B2F28">
        <w:rPr>
          <w:noProof/>
          <w:color w:val="000000"/>
        </w:rPr>
        <w:t>1</w:t>
      </w:r>
      <w:r w:rsidR="00EE288E" w:rsidRPr="00541089">
        <w:rPr>
          <w:color w:val="000000"/>
        </w:rPr>
        <w:fldChar w:fldCharType="end"/>
      </w:r>
      <w:r w:rsidRPr="00541089">
        <w:rPr>
          <w:color w:val="000000"/>
        </w:rPr>
        <w:t>:</w:t>
      </w:r>
      <w:r w:rsidRPr="00541089">
        <w:t xml:space="preserve"> </w:t>
      </w:r>
      <w:r w:rsidR="0054514D" w:rsidRPr="00541089">
        <w:rPr>
          <w:szCs w:val="24"/>
        </w:rPr>
        <w:t xml:space="preserve">EMBASE and MEDLINE </w:t>
      </w:r>
      <w:r w:rsidRPr="00541089">
        <w:rPr>
          <w:noProof/>
          <w:szCs w:val="24"/>
        </w:rPr>
        <w:t xml:space="preserve">search strategy </w:t>
      </w:r>
      <w:r w:rsidRPr="00541089">
        <w:rPr>
          <w:rFonts w:cstheme="majorHAnsi"/>
          <w:noProof/>
          <w:szCs w:val="24"/>
        </w:rPr>
        <w:t>(March 20, 2024)</w:t>
      </w:r>
    </w:p>
    <w:tbl>
      <w:tblPr>
        <w:tblStyle w:val="Lumanitytable"/>
        <w:tblW w:w="5000" w:type="pct"/>
        <w:tblLook w:val="04A0" w:firstRow="1" w:lastRow="0" w:firstColumn="1" w:lastColumn="0" w:noHBand="0" w:noVBand="1"/>
      </w:tblPr>
      <w:tblGrid>
        <w:gridCol w:w="845"/>
        <w:gridCol w:w="7514"/>
        <w:gridCol w:w="1269"/>
      </w:tblGrid>
      <w:tr w:rsidR="00565F67" w:rsidRPr="00EB75F0" w14:paraId="3EF9A3FA" w14:textId="77777777" w:rsidTr="007C010D">
        <w:trPr>
          <w:cnfStyle w:val="100000000000" w:firstRow="1" w:lastRow="0" w:firstColumn="0" w:lastColumn="0" w:oddVBand="0" w:evenVBand="0" w:oddHBand="0" w:evenHBand="0" w:firstRowFirstColumn="0" w:firstRowLastColumn="0" w:lastRowFirstColumn="0" w:lastRowLastColumn="0"/>
          <w:tblHeader/>
        </w:trPr>
        <w:tc>
          <w:tcPr>
            <w:tcW w:w="439" w:type="pct"/>
          </w:tcPr>
          <w:p w14:paraId="64B1105D" w14:textId="77777777" w:rsidR="00565F67" w:rsidRPr="00EB75F0" w:rsidRDefault="00565F67" w:rsidP="00C32B29">
            <w:pPr>
              <w:pStyle w:val="TableText"/>
              <w:rPr>
                <w:noProof/>
              </w:rPr>
            </w:pPr>
            <w:r w:rsidRPr="00EB75F0">
              <w:rPr>
                <w:noProof/>
                <w:color w:val="FFFFFF" w:themeColor="background1"/>
              </w:rPr>
              <w:t>No.</w:t>
            </w:r>
          </w:p>
        </w:tc>
        <w:tc>
          <w:tcPr>
            <w:tcW w:w="3902" w:type="pct"/>
          </w:tcPr>
          <w:p w14:paraId="77CDBA4A" w14:textId="77777777" w:rsidR="00565F67" w:rsidRPr="00EB75F0" w:rsidRDefault="00565F67" w:rsidP="00C32B29">
            <w:pPr>
              <w:pStyle w:val="TableHeading"/>
              <w:rPr>
                <w:b w:val="0"/>
                <w:bCs/>
                <w:noProof/>
              </w:rPr>
            </w:pPr>
            <w:r w:rsidRPr="00EB75F0">
              <w:rPr>
                <w:noProof/>
              </w:rPr>
              <w:t>Search</w:t>
            </w:r>
          </w:p>
        </w:tc>
        <w:tc>
          <w:tcPr>
            <w:tcW w:w="659" w:type="pct"/>
          </w:tcPr>
          <w:p w14:paraId="2A70A86A" w14:textId="77777777" w:rsidR="00565F67" w:rsidRPr="00EB75F0" w:rsidRDefault="00565F67" w:rsidP="00C32B29">
            <w:pPr>
              <w:pStyle w:val="TableHeading"/>
              <w:rPr>
                <w:b w:val="0"/>
                <w:bCs/>
                <w:noProof/>
              </w:rPr>
            </w:pPr>
            <w:r w:rsidRPr="00EB75F0">
              <w:rPr>
                <w:noProof/>
              </w:rPr>
              <w:t>Results</w:t>
            </w:r>
          </w:p>
        </w:tc>
      </w:tr>
      <w:tr w:rsidR="00565F67" w:rsidRPr="00EB75F0" w14:paraId="77B52FD0" w14:textId="77777777" w:rsidTr="007C010D">
        <w:trPr>
          <w:trHeight w:val="429"/>
        </w:trPr>
        <w:tc>
          <w:tcPr>
            <w:tcW w:w="439" w:type="pct"/>
          </w:tcPr>
          <w:p w14:paraId="0A1493E0"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w:t>
            </w:r>
          </w:p>
        </w:tc>
        <w:tc>
          <w:tcPr>
            <w:tcW w:w="3902" w:type="pct"/>
          </w:tcPr>
          <w:p w14:paraId="230741BF" w14:textId="7C2E70C5" w:rsidR="00565F67" w:rsidRPr="00EB75F0" w:rsidRDefault="00565F67" w:rsidP="00565F67">
            <w:pPr>
              <w:spacing w:before="0" w:after="0" w:line="240" w:lineRule="auto"/>
              <w:rPr>
                <w:rFonts w:asciiTheme="minorHAnsi" w:hAnsiTheme="minorHAnsi" w:cstheme="minorHAnsi"/>
                <w:color w:val="000000"/>
                <w:sz w:val="20"/>
                <w:szCs w:val="20"/>
              </w:rPr>
            </w:pPr>
            <w:r w:rsidRPr="00EB75F0">
              <w:rPr>
                <w:rFonts w:asciiTheme="minorHAnsi" w:hAnsiTheme="minorHAnsi" w:cstheme="minorHAnsi"/>
                <w:color w:val="000000"/>
                <w:sz w:val="20"/>
                <w:szCs w:val="20"/>
              </w:rPr>
              <w:t xml:space="preserve">Amisulpride/exp OR Aripiprazole/exp OR </w:t>
            </w:r>
            <w:proofErr w:type="spellStart"/>
            <w:r w:rsidRPr="00EB75F0">
              <w:rPr>
                <w:rFonts w:asciiTheme="minorHAnsi" w:hAnsiTheme="minorHAnsi" w:cstheme="minorHAnsi"/>
                <w:color w:val="000000"/>
                <w:sz w:val="20"/>
                <w:szCs w:val="20"/>
              </w:rPr>
              <w:t>Asenapine</w:t>
            </w:r>
            <w:proofErr w:type="spellEnd"/>
            <w:r w:rsidRPr="00EB75F0">
              <w:rPr>
                <w:rFonts w:asciiTheme="minorHAnsi" w:hAnsiTheme="minorHAnsi" w:cstheme="minorHAnsi"/>
                <w:color w:val="000000"/>
                <w:sz w:val="20"/>
                <w:szCs w:val="20"/>
              </w:rPr>
              <w:t xml:space="preserve">/exp OR Benperidol/exp OR </w:t>
            </w:r>
            <w:proofErr w:type="spellStart"/>
            <w:r w:rsidRPr="00EB75F0">
              <w:rPr>
                <w:rFonts w:asciiTheme="minorHAnsi" w:hAnsiTheme="minorHAnsi" w:cstheme="minorHAnsi"/>
                <w:color w:val="000000"/>
                <w:sz w:val="20"/>
                <w:szCs w:val="20"/>
              </w:rPr>
              <w:t>Brexpiprazole</w:t>
            </w:r>
            <w:proofErr w:type="spellEnd"/>
            <w:r w:rsidRPr="00EB75F0">
              <w:rPr>
                <w:rFonts w:asciiTheme="minorHAnsi" w:hAnsiTheme="minorHAnsi" w:cstheme="minorHAnsi"/>
                <w:color w:val="000000"/>
                <w:sz w:val="20"/>
                <w:szCs w:val="20"/>
              </w:rPr>
              <w:t xml:space="preserve">/exp OR </w:t>
            </w:r>
            <w:proofErr w:type="spellStart"/>
            <w:r w:rsidRPr="00EB75F0">
              <w:rPr>
                <w:rFonts w:asciiTheme="minorHAnsi" w:hAnsiTheme="minorHAnsi" w:cstheme="minorHAnsi"/>
                <w:color w:val="000000"/>
                <w:sz w:val="20"/>
                <w:szCs w:val="20"/>
              </w:rPr>
              <w:t>Cariprazine</w:t>
            </w:r>
            <w:proofErr w:type="spellEnd"/>
            <w:r w:rsidRPr="00EB75F0">
              <w:rPr>
                <w:rFonts w:asciiTheme="minorHAnsi" w:hAnsiTheme="minorHAnsi" w:cstheme="minorHAnsi"/>
                <w:color w:val="000000"/>
                <w:sz w:val="20"/>
                <w:szCs w:val="20"/>
              </w:rPr>
              <w:t xml:space="preserve">/exp OR </w:t>
            </w:r>
            <w:proofErr w:type="spellStart"/>
            <w:r w:rsidRPr="00EB75F0">
              <w:rPr>
                <w:rFonts w:asciiTheme="minorHAnsi" w:hAnsiTheme="minorHAnsi" w:cstheme="minorHAnsi"/>
                <w:color w:val="000000"/>
                <w:sz w:val="20"/>
                <w:szCs w:val="20"/>
              </w:rPr>
              <w:t>ChlORpromazine</w:t>
            </w:r>
            <w:proofErr w:type="spellEnd"/>
            <w:r w:rsidRPr="00EB75F0">
              <w:rPr>
                <w:rFonts w:asciiTheme="minorHAnsi" w:hAnsiTheme="minorHAnsi" w:cstheme="minorHAnsi"/>
                <w:color w:val="000000"/>
                <w:sz w:val="20"/>
                <w:szCs w:val="20"/>
              </w:rPr>
              <w:t xml:space="preserve">/exp OR Clopenthixol/exp OR Clozapine/exp OR </w:t>
            </w:r>
            <w:proofErr w:type="spellStart"/>
            <w:r w:rsidRPr="00EB75F0">
              <w:rPr>
                <w:rFonts w:asciiTheme="minorHAnsi" w:hAnsiTheme="minorHAnsi" w:cstheme="minorHAnsi"/>
                <w:color w:val="000000"/>
                <w:sz w:val="20"/>
                <w:szCs w:val="20"/>
              </w:rPr>
              <w:t>Flupenthixol</w:t>
            </w:r>
            <w:proofErr w:type="spellEnd"/>
            <w:r w:rsidRPr="00EB75F0">
              <w:rPr>
                <w:rFonts w:asciiTheme="minorHAnsi" w:hAnsiTheme="minorHAnsi" w:cstheme="minorHAnsi"/>
                <w:color w:val="000000"/>
                <w:sz w:val="20"/>
                <w:szCs w:val="20"/>
              </w:rPr>
              <w:t xml:space="preserve">/exp OR Fluphenazine/exp OR </w:t>
            </w:r>
            <w:proofErr w:type="spellStart"/>
            <w:r w:rsidRPr="00EB75F0">
              <w:rPr>
                <w:rFonts w:asciiTheme="minorHAnsi" w:hAnsiTheme="minorHAnsi" w:cstheme="minorHAnsi"/>
                <w:color w:val="000000"/>
                <w:sz w:val="20"/>
                <w:szCs w:val="20"/>
              </w:rPr>
              <w:t>Fluspirilene</w:t>
            </w:r>
            <w:proofErr w:type="spellEnd"/>
            <w:r w:rsidRPr="00EB75F0">
              <w:rPr>
                <w:rFonts w:asciiTheme="minorHAnsi" w:hAnsiTheme="minorHAnsi" w:cstheme="minorHAnsi"/>
                <w:color w:val="000000"/>
                <w:sz w:val="20"/>
                <w:szCs w:val="20"/>
              </w:rPr>
              <w:t xml:space="preserve">/exp OR Haloperidol/exp OR Iloperidone/exp OR Levomepromazine/exp OR </w:t>
            </w:r>
            <w:proofErr w:type="spellStart"/>
            <w:r w:rsidRPr="00EB75F0">
              <w:rPr>
                <w:rFonts w:asciiTheme="minorHAnsi" w:hAnsiTheme="minorHAnsi" w:cstheme="minorHAnsi"/>
                <w:color w:val="000000"/>
                <w:sz w:val="20"/>
                <w:szCs w:val="20"/>
              </w:rPr>
              <w:t>Loxapine</w:t>
            </w:r>
            <w:proofErr w:type="spellEnd"/>
            <w:r w:rsidRPr="00EB75F0">
              <w:rPr>
                <w:rFonts w:asciiTheme="minorHAnsi" w:hAnsiTheme="minorHAnsi" w:cstheme="minorHAnsi"/>
                <w:color w:val="000000"/>
                <w:sz w:val="20"/>
                <w:szCs w:val="20"/>
              </w:rPr>
              <w:t xml:space="preserve">/exp OR Lurasidone/exp OR Molindone/exp OR Olanzapine/exp OR Paliperidone/exp OR Quetiapine/exp OR </w:t>
            </w:r>
            <w:proofErr w:type="spellStart"/>
            <w:r w:rsidRPr="00EB75F0">
              <w:rPr>
                <w:rFonts w:asciiTheme="minorHAnsi" w:hAnsiTheme="minorHAnsi" w:cstheme="minorHAnsi"/>
                <w:color w:val="000000"/>
                <w:sz w:val="20"/>
                <w:szCs w:val="20"/>
              </w:rPr>
              <w:t>Penfluridol</w:t>
            </w:r>
            <w:proofErr w:type="spellEnd"/>
            <w:r w:rsidRPr="00EB75F0">
              <w:rPr>
                <w:rFonts w:asciiTheme="minorHAnsi" w:hAnsiTheme="minorHAnsi" w:cstheme="minorHAnsi"/>
                <w:color w:val="000000"/>
                <w:sz w:val="20"/>
                <w:szCs w:val="20"/>
              </w:rPr>
              <w:t xml:space="preserve">/exp OR </w:t>
            </w:r>
            <w:proofErr w:type="spellStart"/>
            <w:r w:rsidRPr="00EB75F0">
              <w:rPr>
                <w:rFonts w:asciiTheme="minorHAnsi" w:hAnsiTheme="minorHAnsi" w:cstheme="minorHAnsi"/>
                <w:color w:val="000000"/>
                <w:sz w:val="20"/>
                <w:szCs w:val="20"/>
              </w:rPr>
              <w:t>Perazine</w:t>
            </w:r>
            <w:proofErr w:type="spellEnd"/>
            <w:r w:rsidRPr="00EB75F0">
              <w:rPr>
                <w:rFonts w:asciiTheme="minorHAnsi" w:hAnsiTheme="minorHAnsi" w:cstheme="minorHAnsi"/>
                <w:color w:val="000000"/>
                <w:sz w:val="20"/>
                <w:szCs w:val="20"/>
              </w:rPr>
              <w:t xml:space="preserve">/exp OR Perphenazine/exp OR Pimozide/exp OR Risperidone/exp OR </w:t>
            </w:r>
            <w:proofErr w:type="spellStart"/>
            <w:r w:rsidRPr="00EB75F0">
              <w:rPr>
                <w:rFonts w:asciiTheme="minorHAnsi" w:hAnsiTheme="minorHAnsi" w:cstheme="minorHAnsi"/>
                <w:color w:val="000000"/>
                <w:sz w:val="20"/>
                <w:szCs w:val="20"/>
              </w:rPr>
              <w:t>Sertindole</w:t>
            </w:r>
            <w:proofErr w:type="spellEnd"/>
            <w:r w:rsidRPr="00EB75F0">
              <w:rPr>
                <w:rFonts w:asciiTheme="minorHAnsi" w:hAnsiTheme="minorHAnsi" w:cstheme="minorHAnsi"/>
                <w:color w:val="000000"/>
                <w:sz w:val="20"/>
                <w:szCs w:val="20"/>
              </w:rPr>
              <w:t xml:space="preserve">/exp OR </w:t>
            </w:r>
            <w:proofErr w:type="spellStart"/>
            <w:r w:rsidRPr="00EB75F0">
              <w:rPr>
                <w:rFonts w:asciiTheme="minorHAnsi" w:hAnsiTheme="minorHAnsi" w:cstheme="minorHAnsi"/>
                <w:color w:val="000000"/>
                <w:sz w:val="20"/>
                <w:szCs w:val="20"/>
              </w:rPr>
              <w:t>Sulpiride</w:t>
            </w:r>
            <w:proofErr w:type="spellEnd"/>
            <w:r w:rsidRPr="00EB75F0">
              <w:rPr>
                <w:rFonts w:asciiTheme="minorHAnsi" w:hAnsiTheme="minorHAnsi" w:cstheme="minorHAnsi"/>
                <w:color w:val="000000"/>
                <w:sz w:val="20"/>
                <w:szCs w:val="20"/>
              </w:rPr>
              <w:t xml:space="preserve">/exp OR </w:t>
            </w:r>
            <w:proofErr w:type="spellStart"/>
            <w:r w:rsidRPr="00EB75F0">
              <w:rPr>
                <w:rFonts w:asciiTheme="minorHAnsi" w:hAnsiTheme="minorHAnsi" w:cstheme="minorHAnsi"/>
                <w:color w:val="000000"/>
                <w:sz w:val="20"/>
                <w:szCs w:val="20"/>
              </w:rPr>
              <w:t>ThiORidazine</w:t>
            </w:r>
            <w:proofErr w:type="spellEnd"/>
            <w:r w:rsidRPr="00EB75F0">
              <w:rPr>
                <w:rFonts w:asciiTheme="minorHAnsi" w:hAnsiTheme="minorHAnsi" w:cstheme="minorHAnsi"/>
                <w:color w:val="000000"/>
                <w:sz w:val="20"/>
                <w:szCs w:val="20"/>
              </w:rPr>
              <w:t xml:space="preserve">/exp OR </w:t>
            </w:r>
            <w:proofErr w:type="spellStart"/>
            <w:r w:rsidRPr="00EB75F0">
              <w:rPr>
                <w:rFonts w:asciiTheme="minorHAnsi" w:hAnsiTheme="minorHAnsi" w:cstheme="minorHAnsi"/>
                <w:color w:val="000000"/>
                <w:sz w:val="20"/>
                <w:szCs w:val="20"/>
              </w:rPr>
              <w:t>Tiotixene</w:t>
            </w:r>
            <w:proofErr w:type="spellEnd"/>
            <w:r w:rsidRPr="00EB75F0">
              <w:rPr>
                <w:rFonts w:asciiTheme="minorHAnsi" w:hAnsiTheme="minorHAnsi" w:cstheme="minorHAnsi"/>
                <w:color w:val="000000"/>
                <w:sz w:val="20"/>
                <w:szCs w:val="20"/>
              </w:rPr>
              <w:t>/exp OR Trifluoperazine/exp OR Ziprasidone/exp OR Zotepine/exp OR Zuclopenthixol/exp</w:t>
            </w:r>
          </w:p>
        </w:tc>
        <w:tc>
          <w:tcPr>
            <w:tcW w:w="659" w:type="pct"/>
          </w:tcPr>
          <w:p w14:paraId="6871FAF3" w14:textId="77777777" w:rsidR="00565F67" w:rsidRPr="00EB75F0" w:rsidRDefault="00565F67" w:rsidP="00C32B29">
            <w:pPr>
              <w:pStyle w:val="TableText"/>
              <w:rPr>
                <w:rFonts w:asciiTheme="minorHAnsi" w:hAnsiTheme="minorHAnsi" w:cstheme="minorHAnsi"/>
                <w:b/>
                <w:bCs/>
                <w:noProof/>
              </w:rPr>
            </w:pPr>
            <w:r w:rsidRPr="00EB75F0">
              <w:rPr>
                <w:rFonts w:asciiTheme="minorHAnsi" w:hAnsiTheme="minorHAnsi" w:cstheme="minorHAnsi"/>
                <w:color w:val="000000"/>
              </w:rPr>
              <w:t>204250</w:t>
            </w:r>
          </w:p>
        </w:tc>
      </w:tr>
      <w:tr w:rsidR="00565F67" w:rsidRPr="00EB75F0" w14:paraId="4539D5C8" w14:textId="77777777" w:rsidTr="007C010D">
        <w:trPr>
          <w:trHeight w:val="429"/>
        </w:trPr>
        <w:tc>
          <w:tcPr>
            <w:tcW w:w="439" w:type="pct"/>
          </w:tcPr>
          <w:p w14:paraId="7CF84235"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2</w:t>
            </w:r>
          </w:p>
        </w:tc>
        <w:tc>
          <w:tcPr>
            <w:tcW w:w="3902" w:type="pct"/>
          </w:tcPr>
          <w:p w14:paraId="5B10F100"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hAnsiTheme="minorHAnsi" w:cstheme="minorHAnsi"/>
                <w:color w:val="000000"/>
                <w:sz w:val="20"/>
                <w:szCs w:val="20"/>
              </w:rPr>
              <w:t xml:space="preserve">(Amisulpride OR Aripiprazole OR </w:t>
            </w:r>
            <w:proofErr w:type="spellStart"/>
            <w:r w:rsidRPr="00EB75F0">
              <w:rPr>
                <w:rFonts w:asciiTheme="minorHAnsi" w:hAnsiTheme="minorHAnsi" w:cstheme="minorHAnsi"/>
                <w:color w:val="000000"/>
                <w:sz w:val="20"/>
                <w:szCs w:val="20"/>
              </w:rPr>
              <w:t>Asenapine</w:t>
            </w:r>
            <w:proofErr w:type="spellEnd"/>
            <w:r w:rsidRPr="00EB75F0">
              <w:rPr>
                <w:rFonts w:asciiTheme="minorHAnsi" w:hAnsiTheme="minorHAnsi" w:cstheme="minorHAnsi"/>
                <w:color w:val="000000"/>
                <w:sz w:val="20"/>
                <w:szCs w:val="20"/>
              </w:rPr>
              <w:t xml:space="preserve"> OR Benperidol OR </w:t>
            </w:r>
            <w:proofErr w:type="spellStart"/>
            <w:r w:rsidRPr="00EB75F0">
              <w:rPr>
                <w:rFonts w:asciiTheme="minorHAnsi" w:hAnsiTheme="minorHAnsi" w:cstheme="minorHAnsi"/>
                <w:color w:val="000000"/>
                <w:sz w:val="20"/>
                <w:szCs w:val="20"/>
              </w:rPr>
              <w:t>Brexpiprazole</w:t>
            </w:r>
            <w:proofErr w:type="spellEnd"/>
            <w:r w:rsidRPr="00EB75F0">
              <w:rPr>
                <w:rFonts w:asciiTheme="minorHAnsi" w:hAnsiTheme="minorHAnsi" w:cstheme="minorHAnsi"/>
                <w:color w:val="000000"/>
                <w:sz w:val="20"/>
                <w:szCs w:val="20"/>
              </w:rPr>
              <w:t xml:space="preserve"> OR </w:t>
            </w:r>
            <w:proofErr w:type="spellStart"/>
            <w:r w:rsidRPr="00EB75F0">
              <w:rPr>
                <w:rFonts w:asciiTheme="minorHAnsi" w:hAnsiTheme="minorHAnsi" w:cstheme="minorHAnsi"/>
                <w:color w:val="000000"/>
                <w:sz w:val="20"/>
                <w:szCs w:val="20"/>
              </w:rPr>
              <w:t>Cariprazine</w:t>
            </w:r>
            <w:proofErr w:type="spellEnd"/>
            <w:r w:rsidRPr="00EB75F0">
              <w:rPr>
                <w:rFonts w:asciiTheme="minorHAnsi" w:hAnsiTheme="minorHAnsi" w:cstheme="minorHAnsi"/>
                <w:color w:val="000000"/>
                <w:sz w:val="20"/>
                <w:szCs w:val="20"/>
              </w:rPr>
              <w:t xml:space="preserve"> OR </w:t>
            </w:r>
            <w:proofErr w:type="spellStart"/>
            <w:r w:rsidRPr="00EB75F0">
              <w:rPr>
                <w:rFonts w:asciiTheme="minorHAnsi" w:hAnsiTheme="minorHAnsi" w:cstheme="minorHAnsi"/>
                <w:color w:val="000000"/>
                <w:sz w:val="20"/>
                <w:szCs w:val="20"/>
              </w:rPr>
              <w:t>ChlORpromazine</w:t>
            </w:r>
            <w:proofErr w:type="spellEnd"/>
            <w:r w:rsidRPr="00EB75F0">
              <w:rPr>
                <w:rFonts w:asciiTheme="minorHAnsi" w:hAnsiTheme="minorHAnsi" w:cstheme="minorHAnsi"/>
                <w:color w:val="000000"/>
                <w:sz w:val="20"/>
                <w:szCs w:val="20"/>
              </w:rPr>
              <w:t xml:space="preserve"> OR Clopenthixol OR Clozapine OR </w:t>
            </w:r>
            <w:proofErr w:type="spellStart"/>
            <w:r w:rsidRPr="00EB75F0">
              <w:rPr>
                <w:rFonts w:asciiTheme="minorHAnsi" w:hAnsiTheme="minorHAnsi" w:cstheme="minorHAnsi"/>
                <w:color w:val="000000"/>
                <w:sz w:val="20"/>
                <w:szCs w:val="20"/>
              </w:rPr>
              <w:t>Flupenthixol</w:t>
            </w:r>
            <w:proofErr w:type="spellEnd"/>
            <w:r w:rsidRPr="00EB75F0">
              <w:rPr>
                <w:rFonts w:asciiTheme="minorHAnsi" w:hAnsiTheme="minorHAnsi" w:cstheme="minorHAnsi"/>
                <w:color w:val="000000"/>
                <w:sz w:val="20"/>
                <w:szCs w:val="20"/>
              </w:rPr>
              <w:t xml:space="preserve"> OR Fluphenazine OR </w:t>
            </w:r>
            <w:proofErr w:type="spellStart"/>
            <w:r w:rsidRPr="00EB75F0">
              <w:rPr>
                <w:rFonts w:asciiTheme="minorHAnsi" w:hAnsiTheme="minorHAnsi" w:cstheme="minorHAnsi"/>
                <w:color w:val="000000"/>
                <w:sz w:val="20"/>
                <w:szCs w:val="20"/>
              </w:rPr>
              <w:t>Fluspirilene</w:t>
            </w:r>
            <w:proofErr w:type="spellEnd"/>
            <w:r w:rsidRPr="00EB75F0">
              <w:rPr>
                <w:rFonts w:asciiTheme="minorHAnsi" w:hAnsiTheme="minorHAnsi" w:cstheme="minorHAnsi"/>
                <w:color w:val="000000"/>
                <w:sz w:val="20"/>
                <w:szCs w:val="20"/>
              </w:rPr>
              <w:t xml:space="preserve"> OR Haloperidol OR Iloperidone OR Levomepromazine OR </w:t>
            </w:r>
            <w:proofErr w:type="spellStart"/>
            <w:r w:rsidRPr="00EB75F0">
              <w:rPr>
                <w:rFonts w:asciiTheme="minorHAnsi" w:hAnsiTheme="minorHAnsi" w:cstheme="minorHAnsi"/>
                <w:color w:val="000000"/>
                <w:sz w:val="20"/>
                <w:szCs w:val="20"/>
              </w:rPr>
              <w:t>Loxapine</w:t>
            </w:r>
            <w:proofErr w:type="spellEnd"/>
            <w:r w:rsidRPr="00EB75F0">
              <w:rPr>
                <w:rFonts w:asciiTheme="minorHAnsi" w:hAnsiTheme="minorHAnsi" w:cstheme="minorHAnsi"/>
                <w:color w:val="000000"/>
                <w:sz w:val="20"/>
                <w:szCs w:val="20"/>
              </w:rPr>
              <w:t xml:space="preserve"> OR Lurasidone OR Molindone OR Olanzapine OR Paliperidone OR Quetiapine OR </w:t>
            </w:r>
            <w:proofErr w:type="spellStart"/>
            <w:r w:rsidRPr="00EB75F0">
              <w:rPr>
                <w:rFonts w:asciiTheme="minorHAnsi" w:hAnsiTheme="minorHAnsi" w:cstheme="minorHAnsi"/>
                <w:color w:val="000000"/>
                <w:sz w:val="20"/>
                <w:szCs w:val="20"/>
              </w:rPr>
              <w:t>Penfluridol</w:t>
            </w:r>
            <w:proofErr w:type="spellEnd"/>
            <w:r w:rsidRPr="00EB75F0">
              <w:rPr>
                <w:rFonts w:asciiTheme="minorHAnsi" w:hAnsiTheme="minorHAnsi" w:cstheme="minorHAnsi"/>
                <w:color w:val="000000"/>
                <w:sz w:val="20"/>
                <w:szCs w:val="20"/>
              </w:rPr>
              <w:t xml:space="preserve"> OR </w:t>
            </w:r>
            <w:proofErr w:type="spellStart"/>
            <w:r w:rsidRPr="00EB75F0">
              <w:rPr>
                <w:rFonts w:asciiTheme="minorHAnsi" w:hAnsiTheme="minorHAnsi" w:cstheme="minorHAnsi"/>
                <w:color w:val="000000"/>
                <w:sz w:val="20"/>
                <w:szCs w:val="20"/>
              </w:rPr>
              <w:t>Perazine</w:t>
            </w:r>
            <w:proofErr w:type="spellEnd"/>
            <w:r w:rsidRPr="00EB75F0">
              <w:rPr>
                <w:rFonts w:asciiTheme="minorHAnsi" w:hAnsiTheme="minorHAnsi" w:cstheme="minorHAnsi"/>
                <w:color w:val="000000"/>
                <w:sz w:val="20"/>
                <w:szCs w:val="20"/>
              </w:rPr>
              <w:t xml:space="preserve"> OR Perphenazine OR Pimozide OR Risperidone OR </w:t>
            </w:r>
            <w:proofErr w:type="spellStart"/>
            <w:r w:rsidRPr="00EB75F0">
              <w:rPr>
                <w:rFonts w:asciiTheme="minorHAnsi" w:hAnsiTheme="minorHAnsi" w:cstheme="minorHAnsi"/>
                <w:color w:val="000000"/>
                <w:sz w:val="20"/>
                <w:szCs w:val="20"/>
              </w:rPr>
              <w:t>Sertindole</w:t>
            </w:r>
            <w:proofErr w:type="spellEnd"/>
            <w:r w:rsidRPr="00EB75F0">
              <w:rPr>
                <w:rFonts w:asciiTheme="minorHAnsi" w:hAnsiTheme="minorHAnsi" w:cstheme="minorHAnsi"/>
                <w:color w:val="000000"/>
                <w:sz w:val="20"/>
                <w:szCs w:val="20"/>
              </w:rPr>
              <w:t xml:space="preserve"> OR </w:t>
            </w:r>
            <w:proofErr w:type="spellStart"/>
            <w:r w:rsidRPr="00EB75F0">
              <w:rPr>
                <w:rFonts w:asciiTheme="minorHAnsi" w:hAnsiTheme="minorHAnsi" w:cstheme="minorHAnsi"/>
                <w:color w:val="000000"/>
                <w:sz w:val="20"/>
                <w:szCs w:val="20"/>
              </w:rPr>
              <w:t>Sulpiride</w:t>
            </w:r>
            <w:proofErr w:type="spellEnd"/>
            <w:r w:rsidRPr="00EB75F0">
              <w:rPr>
                <w:rFonts w:asciiTheme="minorHAnsi" w:hAnsiTheme="minorHAnsi" w:cstheme="minorHAnsi"/>
                <w:color w:val="000000"/>
                <w:sz w:val="20"/>
                <w:szCs w:val="20"/>
              </w:rPr>
              <w:t xml:space="preserve"> OR </w:t>
            </w:r>
            <w:proofErr w:type="spellStart"/>
            <w:r w:rsidRPr="00EB75F0">
              <w:rPr>
                <w:rFonts w:asciiTheme="minorHAnsi" w:hAnsiTheme="minorHAnsi" w:cstheme="minorHAnsi"/>
                <w:color w:val="000000"/>
                <w:sz w:val="20"/>
                <w:szCs w:val="20"/>
              </w:rPr>
              <w:t>ThiORidazine</w:t>
            </w:r>
            <w:proofErr w:type="spellEnd"/>
            <w:r w:rsidRPr="00EB75F0">
              <w:rPr>
                <w:rFonts w:asciiTheme="minorHAnsi" w:hAnsiTheme="minorHAnsi" w:cstheme="minorHAnsi"/>
                <w:color w:val="000000"/>
                <w:sz w:val="20"/>
                <w:szCs w:val="20"/>
              </w:rPr>
              <w:t xml:space="preserve"> OR Thiothixene OR Trifluoperazine OR Ziprasidone OR Zotepine OR Zuclopenthixol):</w:t>
            </w:r>
            <w:proofErr w:type="spellStart"/>
            <w:r w:rsidRPr="00EB75F0">
              <w:rPr>
                <w:rFonts w:asciiTheme="minorHAnsi" w:hAnsiTheme="minorHAnsi" w:cstheme="minorHAnsi"/>
                <w:color w:val="000000"/>
                <w:sz w:val="20"/>
                <w:szCs w:val="20"/>
              </w:rPr>
              <w:t>ti,ab,tt</w:t>
            </w:r>
            <w:proofErr w:type="spellEnd"/>
          </w:p>
        </w:tc>
        <w:tc>
          <w:tcPr>
            <w:tcW w:w="659" w:type="pct"/>
          </w:tcPr>
          <w:p w14:paraId="33FA6FAE"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hAnsiTheme="minorHAnsi" w:cstheme="minorHAnsi"/>
                <w:color w:val="000000"/>
                <w:sz w:val="20"/>
                <w:szCs w:val="20"/>
              </w:rPr>
              <w:t>102100</w:t>
            </w:r>
          </w:p>
          <w:p w14:paraId="299B4885" w14:textId="77777777" w:rsidR="00565F67" w:rsidRPr="00EB75F0" w:rsidRDefault="00565F67" w:rsidP="00C32B29">
            <w:pPr>
              <w:pStyle w:val="TableText"/>
              <w:rPr>
                <w:rFonts w:asciiTheme="minorHAnsi" w:hAnsiTheme="minorHAnsi" w:cstheme="minorHAnsi"/>
                <w:b/>
                <w:bCs/>
                <w:noProof/>
              </w:rPr>
            </w:pPr>
          </w:p>
        </w:tc>
      </w:tr>
      <w:tr w:rsidR="00565F67" w:rsidRPr="00EB75F0" w14:paraId="30195578" w14:textId="77777777" w:rsidTr="007C010D">
        <w:trPr>
          <w:trHeight w:val="429"/>
        </w:trPr>
        <w:tc>
          <w:tcPr>
            <w:tcW w:w="439" w:type="pct"/>
          </w:tcPr>
          <w:p w14:paraId="56CB2DBA"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3</w:t>
            </w:r>
          </w:p>
        </w:tc>
        <w:tc>
          <w:tcPr>
            <w:tcW w:w="3902" w:type="pct"/>
            <w:vAlign w:val="center"/>
          </w:tcPr>
          <w:p w14:paraId="4BA60AC4"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#1 OR #2</w:t>
            </w:r>
          </w:p>
        </w:tc>
        <w:tc>
          <w:tcPr>
            <w:tcW w:w="659" w:type="pct"/>
            <w:vAlign w:val="center"/>
          </w:tcPr>
          <w:p w14:paraId="3BF7E502"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212036</w:t>
            </w:r>
          </w:p>
        </w:tc>
      </w:tr>
      <w:tr w:rsidR="00565F67" w:rsidRPr="00EB75F0" w14:paraId="304894BF" w14:textId="77777777" w:rsidTr="007C010D">
        <w:trPr>
          <w:trHeight w:val="429"/>
        </w:trPr>
        <w:tc>
          <w:tcPr>
            <w:tcW w:w="439" w:type="pct"/>
          </w:tcPr>
          <w:p w14:paraId="56F0AAF8"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4</w:t>
            </w:r>
          </w:p>
        </w:tc>
        <w:tc>
          <w:tcPr>
            <w:tcW w:w="3902" w:type="pct"/>
            <w:vAlign w:val="center"/>
          </w:tcPr>
          <w:p w14:paraId="69DBC5C8"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'schizophrenia'/exp</w:t>
            </w:r>
          </w:p>
        </w:tc>
        <w:tc>
          <w:tcPr>
            <w:tcW w:w="659" w:type="pct"/>
            <w:vAlign w:val="center"/>
          </w:tcPr>
          <w:p w14:paraId="2F3F73C2"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223.524</w:t>
            </w:r>
          </w:p>
        </w:tc>
      </w:tr>
      <w:tr w:rsidR="00565F67" w:rsidRPr="00EB75F0" w14:paraId="661FEC25" w14:textId="77777777" w:rsidTr="007C010D">
        <w:trPr>
          <w:trHeight w:val="429"/>
        </w:trPr>
        <w:tc>
          <w:tcPr>
            <w:tcW w:w="439" w:type="pct"/>
          </w:tcPr>
          <w:p w14:paraId="6B7F30DC"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5</w:t>
            </w:r>
          </w:p>
        </w:tc>
        <w:tc>
          <w:tcPr>
            <w:tcW w:w="3902" w:type="pct"/>
            <w:vAlign w:val="center"/>
          </w:tcPr>
          <w:p w14:paraId="09826116"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'psychosis'/exp</w:t>
            </w:r>
          </w:p>
        </w:tc>
        <w:tc>
          <w:tcPr>
            <w:tcW w:w="659" w:type="pct"/>
            <w:vAlign w:val="center"/>
          </w:tcPr>
          <w:p w14:paraId="69D33187"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358615</w:t>
            </w:r>
          </w:p>
        </w:tc>
      </w:tr>
      <w:tr w:rsidR="00565F67" w:rsidRPr="00EB75F0" w14:paraId="3D96A780" w14:textId="77777777" w:rsidTr="007C010D">
        <w:trPr>
          <w:trHeight w:val="429"/>
        </w:trPr>
        <w:tc>
          <w:tcPr>
            <w:tcW w:w="439" w:type="pct"/>
          </w:tcPr>
          <w:p w14:paraId="71B33B0E"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6</w:t>
            </w:r>
          </w:p>
        </w:tc>
        <w:tc>
          <w:tcPr>
            <w:tcW w:w="3902" w:type="pct"/>
            <w:vAlign w:val="center"/>
          </w:tcPr>
          <w:p w14:paraId="03ED6C58" w14:textId="77777777" w:rsidR="00565F67" w:rsidRPr="00EB75F0" w:rsidRDefault="00565F67" w:rsidP="00C32B29">
            <w:pPr>
              <w:spacing w:before="0" w:after="0" w:line="240" w:lineRule="auto"/>
              <w:rPr>
                <w:rFonts w:asciiTheme="minorHAnsi" w:hAnsiTheme="minorHAnsi" w:cstheme="minorHAnsi"/>
                <w:color w:val="000000"/>
                <w:sz w:val="20"/>
                <w:szCs w:val="20"/>
              </w:rPr>
            </w:pPr>
            <w:proofErr w:type="spellStart"/>
            <w:r w:rsidRPr="00EB75F0">
              <w:rPr>
                <w:rFonts w:asciiTheme="minorHAnsi" w:eastAsia="Times New Roman" w:hAnsiTheme="minorHAnsi" w:cstheme="minorHAnsi"/>
                <w:color w:val="000000"/>
                <w:sz w:val="20"/>
                <w:szCs w:val="20"/>
                <w:lang w:eastAsia="en-IN"/>
              </w:rPr>
              <w:t>schizo</w:t>
            </w:r>
            <w:proofErr w:type="spellEnd"/>
            <w:r w:rsidRPr="00EB75F0">
              <w:rPr>
                <w:rFonts w:asciiTheme="minorHAnsi" w:eastAsia="Times New Roman" w:hAnsiTheme="minorHAnsi" w:cstheme="minorHAnsi"/>
                <w:color w:val="000000"/>
                <w:sz w:val="20"/>
                <w:szCs w:val="20"/>
                <w:lang w:eastAsia="en-IN"/>
              </w:rPr>
              <w:t>*:</w:t>
            </w:r>
            <w:proofErr w:type="spellStart"/>
            <w:r w:rsidRPr="00EB75F0">
              <w:rPr>
                <w:rFonts w:asciiTheme="minorHAnsi" w:eastAsia="Times New Roman" w:hAnsiTheme="minorHAnsi" w:cstheme="minorHAnsi"/>
                <w:color w:val="000000"/>
                <w:sz w:val="20"/>
                <w:szCs w:val="20"/>
                <w:lang w:eastAsia="en-IN"/>
              </w:rPr>
              <w:t>ti,ab,tt</w:t>
            </w:r>
            <w:proofErr w:type="spellEnd"/>
          </w:p>
        </w:tc>
        <w:tc>
          <w:tcPr>
            <w:tcW w:w="659" w:type="pct"/>
            <w:vAlign w:val="center"/>
          </w:tcPr>
          <w:p w14:paraId="466220F1"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219595</w:t>
            </w:r>
          </w:p>
        </w:tc>
      </w:tr>
      <w:tr w:rsidR="00565F67" w:rsidRPr="00EB75F0" w14:paraId="0EC403AD" w14:textId="77777777" w:rsidTr="007C010D">
        <w:trPr>
          <w:trHeight w:val="429"/>
        </w:trPr>
        <w:tc>
          <w:tcPr>
            <w:tcW w:w="439" w:type="pct"/>
          </w:tcPr>
          <w:p w14:paraId="57A4AD32"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7</w:t>
            </w:r>
          </w:p>
        </w:tc>
        <w:tc>
          <w:tcPr>
            <w:tcW w:w="3902" w:type="pct"/>
            <w:vAlign w:val="center"/>
          </w:tcPr>
          <w:p w14:paraId="63952CE1" w14:textId="77777777" w:rsidR="00565F67" w:rsidRPr="00EB75F0" w:rsidRDefault="00565F67" w:rsidP="00C32B29">
            <w:pPr>
              <w:spacing w:before="0" w:after="0" w:line="240" w:lineRule="auto"/>
              <w:rPr>
                <w:rFonts w:asciiTheme="minorHAnsi" w:hAnsiTheme="minorHAnsi" w:cstheme="minorHAnsi"/>
                <w:color w:val="000000"/>
                <w:sz w:val="20"/>
                <w:szCs w:val="20"/>
              </w:rPr>
            </w:pPr>
            <w:proofErr w:type="spellStart"/>
            <w:r w:rsidRPr="00EB75F0">
              <w:rPr>
                <w:rFonts w:asciiTheme="minorHAnsi" w:eastAsia="Times New Roman" w:hAnsiTheme="minorHAnsi" w:cstheme="minorHAnsi"/>
                <w:color w:val="000000"/>
                <w:sz w:val="20"/>
                <w:szCs w:val="20"/>
                <w:lang w:eastAsia="en-IN"/>
              </w:rPr>
              <w:t>hebephreni</w:t>
            </w:r>
            <w:proofErr w:type="spellEnd"/>
            <w:r w:rsidRPr="00EB75F0">
              <w:rPr>
                <w:rFonts w:asciiTheme="minorHAnsi" w:eastAsia="Times New Roman" w:hAnsiTheme="minorHAnsi" w:cstheme="minorHAnsi"/>
                <w:color w:val="000000"/>
                <w:sz w:val="20"/>
                <w:szCs w:val="20"/>
                <w:lang w:eastAsia="en-IN"/>
              </w:rPr>
              <w:t>*:</w:t>
            </w:r>
            <w:proofErr w:type="spellStart"/>
            <w:r w:rsidRPr="00EB75F0">
              <w:rPr>
                <w:rFonts w:asciiTheme="minorHAnsi" w:eastAsia="Times New Roman" w:hAnsiTheme="minorHAnsi" w:cstheme="minorHAnsi"/>
                <w:color w:val="000000"/>
                <w:sz w:val="20"/>
                <w:szCs w:val="20"/>
                <w:lang w:eastAsia="en-IN"/>
              </w:rPr>
              <w:t>ti,ab,tt</w:t>
            </w:r>
            <w:proofErr w:type="spellEnd"/>
          </w:p>
        </w:tc>
        <w:tc>
          <w:tcPr>
            <w:tcW w:w="659" w:type="pct"/>
            <w:vAlign w:val="center"/>
          </w:tcPr>
          <w:p w14:paraId="6CE7AC25"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428</w:t>
            </w:r>
          </w:p>
        </w:tc>
      </w:tr>
      <w:tr w:rsidR="00565F67" w:rsidRPr="00EB75F0" w14:paraId="73DDF940" w14:textId="77777777" w:rsidTr="007C010D">
        <w:trPr>
          <w:trHeight w:val="429"/>
        </w:trPr>
        <w:tc>
          <w:tcPr>
            <w:tcW w:w="439" w:type="pct"/>
          </w:tcPr>
          <w:p w14:paraId="10CDBD9F"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8</w:t>
            </w:r>
          </w:p>
        </w:tc>
        <w:tc>
          <w:tcPr>
            <w:tcW w:w="3902" w:type="pct"/>
            <w:vAlign w:val="center"/>
          </w:tcPr>
          <w:p w14:paraId="3FF031F6" w14:textId="77777777" w:rsidR="00565F67" w:rsidRPr="00EB75F0" w:rsidRDefault="00565F67" w:rsidP="00C32B29">
            <w:pPr>
              <w:spacing w:before="0" w:after="0" w:line="240" w:lineRule="auto"/>
              <w:rPr>
                <w:rFonts w:asciiTheme="minorHAnsi" w:hAnsiTheme="minorHAnsi" w:cstheme="minorHAnsi"/>
                <w:color w:val="000000"/>
                <w:sz w:val="20"/>
                <w:szCs w:val="20"/>
              </w:rPr>
            </w:pPr>
            <w:proofErr w:type="spellStart"/>
            <w:r w:rsidRPr="00EB75F0">
              <w:rPr>
                <w:rFonts w:asciiTheme="minorHAnsi" w:eastAsia="Times New Roman" w:hAnsiTheme="minorHAnsi" w:cstheme="minorHAnsi"/>
                <w:color w:val="000000"/>
                <w:sz w:val="20"/>
                <w:szCs w:val="20"/>
                <w:lang w:eastAsia="en-IN"/>
              </w:rPr>
              <w:t>oligophreni</w:t>
            </w:r>
            <w:proofErr w:type="spellEnd"/>
            <w:r w:rsidRPr="00EB75F0">
              <w:rPr>
                <w:rFonts w:asciiTheme="minorHAnsi" w:eastAsia="Times New Roman" w:hAnsiTheme="minorHAnsi" w:cstheme="minorHAnsi"/>
                <w:color w:val="000000"/>
                <w:sz w:val="20"/>
                <w:szCs w:val="20"/>
                <w:lang w:eastAsia="en-IN"/>
              </w:rPr>
              <w:t>*:</w:t>
            </w:r>
            <w:proofErr w:type="spellStart"/>
            <w:r w:rsidRPr="00EB75F0">
              <w:rPr>
                <w:rFonts w:asciiTheme="minorHAnsi" w:eastAsia="Times New Roman" w:hAnsiTheme="minorHAnsi" w:cstheme="minorHAnsi"/>
                <w:color w:val="000000"/>
                <w:sz w:val="20"/>
                <w:szCs w:val="20"/>
                <w:lang w:eastAsia="en-IN"/>
              </w:rPr>
              <w:t>ti,ab,tt</w:t>
            </w:r>
            <w:proofErr w:type="spellEnd"/>
          </w:p>
        </w:tc>
        <w:tc>
          <w:tcPr>
            <w:tcW w:w="659" w:type="pct"/>
            <w:vAlign w:val="center"/>
          </w:tcPr>
          <w:p w14:paraId="7CB982DB"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1178</w:t>
            </w:r>
          </w:p>
        </w:tc>
      </w:tr>
      <w:tr w:rsidR="00565F67" w:rsidRPr="00EB75F0" w14:paraId="3A4DFBCC" w14:textId="77777777" w:rsidTr="007C010D">
        <w:trPr>
          <w:trHeight w:val="429"/>
        </w:trPr>
        <w:tc>
          <w:tcPr>
            <w:tcW w:w="439" w:type="pct"/>
          </w:tcPr>
          <w:p w14:paraId="25B00975"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9</w:t>
            </w:r>
          </w:p>
        </w:tc>
        <w:tc>
          <w:tcPr>
            <w:tcW w:w="3902" w:type="pct"/>
            <w:vAlign w:val="center"/>
          </w:tcPr>
          <w:p w14:paraId="6D67950F"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psychotic*:</w:t>
            </w:r>
            <w:proofErr w:type="spellStart"/>
            <w:r w:rsidRPr="00EB75F0">
              <w:rPr>
                <w:rFonts w:asciiTheme="minorHAnsi" w:eastAsia="Times New Roman" w:hAnsiTheme="minorHAnsi" w:cstheme="minorHAnsi"/>
                <w:color w:val="000000"/>
                <w:sz w:val="20"/>
                <w:szCs w:val="20"/>
                <w:lang w:eastAsia="en-IN"/>
              </w:rPr>
              <w:t>ti,ab,tt</w:t>
            </w:r>
            <w:proofErr w:type="spellEnd"/>
          </w:p>
        </w:tc>
        <w:tc>
          <w:tcPr>
            <w:tcW w:w="659" w:type="pct"/>
            <w:vAlign w:val="center"/>
          </w:tcPr>
          <w:p w14:paraId="39CE4C32"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66367</w:t>
            </w:r>
          </w:p>
        </w:tc>
      </w:tr>
      <w:tr w:rsidR="00565F67" w:rsidRPr="00EB75F0" w14:paraId="611C68E3" w14:textId="77777777" w:rsidTr="007C010D">
        <w:trPr>
          <w:trHeight w:val="429"/>
        </w:trPr>
        <w:tc>
          <w:tcPr>
            <w:tcW w:w="439" w:type="pct"/>
          </w:tcPr>
          <w:p w14:paraId="5CC18E95"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10</w:t>
            </w:r>
          </w:p>
        </w:tc>
        <w:tc>
          <w:tcPr>
            <w:tcW w:w="3902" w:type="pct"/>
            <w:vAlign w:val="center"/>
          </w:tcPr>
          <w:p w14:paraId="0887E34B" w14:textId="77777777" w:rsidR="00565F67" w:rsidRPr="00EB75F0" w:rsidRDefault="00565F67" w:rsidP="00C32B29">
            <w:pPr>
              <w:spacing w:before="0" w:after="0" w:line="240" w:lineRule="auto"/>
              <w:rPr>
                <w:rFonts w:asciiTheme="minorHAnsi" w:hAnsiTheme="minorHAnsi" w:cstheme="minorHAnsi"/>
                <w:color w:val="000000"/>
                <w:sz w:val="20"/>
                <w:szCs w:val="20"/>
              </w:rPr>
            </w:pPr>
            <w:proofErr w:type="spellStart"/>
            <w:r w:rsidRPr="00EB75F0">
              <w:rPr>
                <w:rFonts w:asciiTheme="minorHAnsi" w:eastAsia="Times New Roman" w:hAnsiTheme="minorHAnsi" w:cstheme="minorHAnsi"/>
                <w:color w:val="000000"/>
                <w:sz w:val="20"/>
                <w:szCs w:val="20"/>
                <w:lang w:eastAsia="en-IN"/>
              </w:rPr>
              <w:t>psychosis:ti,ab,tt</w:t>
            </w:r>
            <w:proofErr w:type="spellEnd"/>
          </w:p>
        </w:tc>
        <w:tc>
          <w:tcPr>
            <w:tcW w:w="659" w:type="pct"/>
            <w:vAlign w:val="center"/>
          </w:tcPr>
          <w:p w14:paraId="60275CB5"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69922</w:t>
            </w:r>
          </w:p>
        </w:tc>
      </w:tr>
      <w:tr w:rsidR="00565F67" w:rsidRPr="00EB75F0" w14:paraId="38086C07" w14:textId="77777777" w:rsidTr="007C010D">
        <w:trPr>
          <w:trHeight w:val="429"/>
        </w:trPr>
        <w:tc>
          <w:tcPr>
            <w:tcW w:w="439" w:type="pct"/>
          </w:tcPr>
          <w:p w14:paraId="19F0C434"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11</w:t>
            </w:r>
          </w:p>
        </w:tc>
        <w:tc>
          <w:tcPr>
            <w:tcW w:w="3902" w:type="pct"/>
            <w:vAlign w:val="center"/>
          </w:tcPr>
          <w:p w14:paraId="44A3BC68" w14:textId="77777777" w:rsidR="00565F67" w:rsidRPr="00EB75F0" w:rsidRDefault="00565F67" w:rsidP="00C32B29">
            <w:pPr>
              <w:spacing w:before="0" w:after="0" w:line="240" w:lineRule="auto"/>
              <w:rPr>
                <w:rFonts w:asciiTheme="minorHAnsi" w:hAnsiTheme="minorHAnsi" w:cstheme="minorHAnsi"/>
                <w:color w:val="000000"/>
                <w:sz w:val="20"/>
                <w:szCs w:val="20"/>
              </w:rPr>
            </w:pPr>
            <w:proofErr w:type="spellStart"/>
            <w:r w:rsidRPr="00EB75F0">
              <w:rPr>
                <w:rFonts w:asciiTheme="minorHAnsi" w:eastAsia="Times New Roman" w:hAnsiTheme="minorHAnsi" w:cstheme="minorHAnsi"/>
                <w:color w:val="000000"/>
                <w:sz w:val="20"/>
                <w:szCs w:val="20"/>
                <w:lang w:eastAsia="en-IN"/>
              </w:rPr>
              <w:t>psychoses:ti,ab,tt</w:t>
            </w:r>
            <w:proofErr w:type="spellEnd"/>
          </w:p>
        </w:tc>
        <w:tc>
          <w:tcPr>
            <w:tcW w:w="659" w:type="pct"/>
            <w:vAlign w:val="center"/>
          </w:tcPr>
          <w:p w14:paraId="587FC07D"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13073</w:t>
            </w:r>
          </w:p>
        </w:tc>
      </w:tr>
      <w:tr w:rsidR="00565F67" w:rsidRPr="00EB75F0" w14:paraId="606E681F" w14:textId="77777777" w:rsidTr="007C010D">
        <w:trPr>
          <w:trHeight w:val="429"/>
        </w:trPr>
        <w:tc>
          <w:tcPr>
            <w:tcW w:w="439" w:type="pct"/>
          </w:tcPr>
          <w:p w14:paraId="3625229C"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12</w:t>
            </w:r>
          </w:p>
        </w:tc>
        <w:tc>
          <w:tcPr>
            <w:tcW w:w="3902" w:type="pct"/>
            <w:vAlign w:val="center"/>
          </w:tcPr>
          <w:p w14:paraId="49AD7AE3"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#4 OR #5 OR #6 OR #7 OR #8 OR #9 OR #10 OR #11</w:t>
            </w:r>
          </w:p>
        </w:tc>
        <w:tc>
          <w:tcPr>
            <w:tcW w:w="659" w:type="pct"/>
            <w:vAlign w:val="center"/>
          </w:tcPr>
          <w:p w14:paraId="1F50237E"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419313</w:t>
            </w:r>
          </w:p>
        </w:tc>
      </w:tr>
      <w:tr w:rsidR="00565F67" w:rsidRPr="00EB75F0" w14:paraId="04C74438" w14:textId="77777777" w:rsidTr="007C010D">
        <w:trPr>
          <w:trHeight w:val="429"/>
        </w:trPr>
        <w:tc>
          <w:tcPr>
            <w:tcW w:w="439" w:type="pct"/>
          </w:tcPr>
          <w:p w14:paraId="069D54D1"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13</w:t>
            </w:r>
          </w:p>
        </w:tc>
        <w:tc>
          <w:tcPr>
            <w:tcW w:w="3902" w:type="pct"/>
            <w:vAlign w:val="center"/>
          </w:tcPr>
          <w:p w14:paraId="5CCB8A73"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(clin* NEAR/2 trial):</w:t>
            </w:r>
            <w:proofErr w:type="spellStart"/>
            <w:r w:rsidRPr="00EB75F0">
              <w:rPr>
                <w:rFonts w:asciiTheme="minorHAnsi" w:eastAsia="Times New Roman" w:hAnsiTheme="minorHAnsi" w:cstheme="minorHAnsi"/>
                <w:color w:val="000000"/>
                <w:sz w:val="20"/>
                <w:szCs w:val="20"/>
                <w:lang w:eastAsia="en-IN"/>
              </w:rPr>
              <w:t>ti,ab,tt</w:t>
            </w:r>
            <w:proofErr w:type="spellEnd"/>
          </w:p>
        </w:tc>
        <w:tc>
          <w:tcPr>
            <w:tcW w:w="659" w:type="pct"/>
            <w:vAlign w:val="center"/>
          </w:tcPr>
          <w:p w14:paraId="078B4448"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322614</w:t>
            </w:r>
          </w:p>
        </w:tc>
      </w:tr>
      <w:tr w:rsidR="00565F67" w:rsidRPr="00EB75F0" w14:paraId="4CFF8556" w14:textId="77777777" w:rsidTr="007C010D">
        <w:trPr>
          <w:trHeight w:val="429"/>
        </w:trPr>
        <w:tc>
          <w:tcPr>
            <w:tcW w:w="439" w:type="pct"/>
          </w:tcPr>
          <w:p w14:paraId="6B90C573"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14</w:t>
            </w:r>
          </w:p>
        </w:tc>
        <w:tc>
          <w:tcPr>
            <w:tcW w:w="3902" w:type="pct"/>
            <w:vAlign w:val="center"/>
          </w:tcPr>
          <w:p w14:paraId="2BF3B3F5"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((double OR single OR doubly OR singly) NEXT/1 (blind OR blinded OR blindly)):</w:t>
            </w:r>
            <w:proofErr w:type="spellStart"/>
            <w:r w:rsidRPr="00EB75F0">
              <w:rPr>
                <w:rFonts w:asciiTheme="minorHAnsi" w:eastAsia="Times New Roman" w:hAnsiTheme="minorHAnsi" w:cstheme="minorHAnsi"/>
                <w:color w:val="000000"/>
                <w:sz w:val="20"/>
                <w:szCs w:val="20"/>
                <w:lang w:eastAsia="en-IN"/>
              </w:rPr>
              <w:t>ti,ab,tt</w:t>
            </w:r>
            <w:proofErr w:type="spellEnd"/>
          </w:p>
        </w:tc>
        <w:tc>
          <w:tcPr>
            <w:tcW w:w="659" w:type="pct"/>
            <w:vAlign w:val="center"/>
          </w:tcPr>
          <w:p w14:paraId="3F4B7620"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280632</w:t>
            </w:r>
          </w:p>
        </w:tc>
      </w:tr>
      <w:tr w:rsidR="00565F67" w:rsidRPr="00EB75F0" w14:paraId="42E8A314" w14:textId="77777777" w:rsidTr="007C010D">
        <w:trPr>
          <w:trHeight w:val="429"/>
        </w:trPr>
        <w:tc>
          <w:tcPr>
            <w:tcW w:w="439" w:type="pct"/>
          </w:tcPr>
          <w:p w14:paraId="01AB1AAC"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15</w:t>
            </w:r>
          </w:p>
        </w:tc>
        <w:tc>
          <w:tcPr>
            <w:tcW w:w="3902" w:type="pct"/>
            <w:vAlign w:val="center"/>
          </w:tcPr>
          <w:p w14:paraId="1C2AF794"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 xml:space="preserve">(random* NEAR/5 (assign* OR </w:t>
            </w:r>
            <w:proofErr w:type="spellStart"/>
            <w:r w:rsidRPr="00EB75F0">
              <w:rPr>
                <w:rFonts w:asciiTheme="minorHAnsi" w:eastAsia="Times New Roman" w:hAnsiTheme="minorHAnsi" w:cstheme="minorHAnsi"/>
                <w:color w:val="000000"/>
                <w:sz w:val="20"/>
                <w:szCs w:val="20"/>
                <w:lang w:eastAsia="en-IN"/>
              </w:rPr>
              <w:t>allocat</w:t>
            </w:r>
            <w:proofErr w:type="spellEnd"/>
            <w:r w:rsidRPr="00EB75F0">
              <w:rPr>
                <w:rFonts w:asciiTheme="minorHAnsi" w:eastAsia="Times New Roman" w:hAnsiTheme="minorHAnsi" w:cstheme="minorHAnsi"/>
                <w:color w:val="000000"/>
                <w:sz w:val="20"/>
                <w:szCs w:val="20"/>
                <w:lang w:eastAsia="en-IN"/>
              </w:rPr>
              <w:t>*)):</w:t>
            </w:r>
            <w:proofErr w:type="spellStart"/>
            <w:r w:rsidRPr="00EB75F0">
              <w:rPr>
                <w:rFonts w:asciiTheme="minorHAnsi" w:eastAsia="Times New Roman" w:hAnsiTheme="minorHAnsi" w:cstheme="minorHAnsi"/>
                <w:color w:val="000000"/>
                <w:sz w:val="20"/>
                <w:szCs w:val="20"/>
                <w:lang w:eastAsia="en-IN"/>
              </w:rPr>
              <w:t>ti,ab,tt</w:t>
            </w:r>
            <w:proofErr w:type="spellEnd"/>
          </w:p>
        </w:tc>
        <w:tc>
          <w:tcPr>
            <w:tcW w:w="659" w:type="pct"/>
            <w:vAlign w:val="center"/>
          </w:tcPr>
          <w:p w14:paraId="376899FF"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246159</w:t>
            </w:r>
          </w:p>
        </w:tc>
      </w:tr>
      <w:tr w:rsidR="00565F67" w:rsidRPr="00EB75F0" w14:paraId="62FF715C" w14:textId="77777777" w:rsidTr="007C010D">
        <w:trPr>
          <w:trHeight w:val="429"/>
        </w:trPr>
        <w:tc>
          <w:tcPr>
            <w:tcW w:w="439" w:type="pct"/>
          </w:tcPr>
          <w:p w14:paraId="71C50F21"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16</w:t>
            </w:r>
          </w:p>
        </w:tc>
        <w:tc>
          <w:tcPr>
            <w:tcW w:w="3902" w:type="pct"/>
            <w:vAlign w:val="center"/>
          </w:tcPr>
          <w:p w14:paraId="2FE24F2A"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random*:</w:t>
            </w:r>
            <w:proofErr w:type="spellStart"/>
            <w:r w:rsidRPr="00EB75F0">
              <w:rPr>
                <w:rFonts w:asciiTheme="minorHAnsi" w:eastAsia="Times New Roman" w:hAnsiTheme="minorHAnsi" w:cstheme="minorHAnsi"/>
                <w:color w:val="000000"/>
                <w:sz w:val="20"/>
                <w:szCs w:val="20"/>
                <w:lang w:eastAsia="en-IN"/>
              </w:rPr>
              <w:t>ti,ab,tt</w:t>
            </w:r>
            <w:proofErr w:type="spellEnd"/>
          </w:p>
        </w:tc>
        <w:tc>
          <w:tcPr>
            <w:tcW w:w="659" w:type="pct"/>
            <w:vAlign w:val="center"/>
          </w:tcPr>
          <w:p w14:paraId="1803C092"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2026642</w:t>
            </w:r>
          </w:p>
        </w:tc>
      </w:tr>
      <w:tr w:rsidR="00565F67" w:rsidRPr="00EB75F0" w14:paraId="58330F44" w14:textId="77777777" w:rsidTr="007C010D">
        <w:trPr>
          <w:trHeight w:val="429"/>
        </w:trPr>
        <w:tc>
          <w:tcPr>
            <w:tcW w:w="439" w:type="pct"/>
          </w:tcPr>
          <w:p w14:paraId="7CACCBD5"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17</w:t>
            </w:r>
          </w:p>
        </w:tc>
        <w:tc>
          <w:tcPr>
            <w:tcW w:w="3902" w:type="pct"/>
            <w:vAlign w:val="center"/>
          </w:tcPr>
          <w:p w14:paraId="0C149C6C" w14:textId="77777777" w:rsidR="00565F67" w:rsidRPr="00EB75F0" w:rsidRDefault="00565F67" w:rsidP="00C32B29">
            <w:pPr>
              <w:spacing w:before="0" w:after="0" w:line="240" w:lineRule="auto"/>
              <w:rPr>
                <w:rFonts w:asciiTheme="minorHAnsi" w:hAnsiTheme="minorHAnsi" w:cstheme="minorHAnsi"/>
                <w:color w:val="000000"/>
                <w:sz w:val="20"/>
                <w:szCs w:val="20"/>
              </w:rPr>
            </w:pPr>
            <w:proofErr w:type="spellStart"/>
            <w:r w:rsidRPr="00EB75F0">
              <w:rPr>
                <w:rFonts w:asciiTheme="minorHAnsi" w:eastAsia="Times New Roman" w:hAnsiTheme="minorHAnsi" w:cstheme="minorHAnsi"/>
                <w:color w:val="000000"/>
                <w:sz w:val="20"/>
                <w:szCs w:val="20"/>
                <w:lang w:eastAsia="en-IN"/>
              </w:rPr>
              <w:t>crossover:ti,ab,tt</w:t>
            </w:r>
            <w:proofErr w:type="spellEnd"/>
            <w:r w:rsidRPr="00EB75F0">
              <w:rPr>
                <w:rFonts w:asciiTheme="minorHAnsi" w:eastAsia="Times New Roman" w:hAnsiTheme="minorHAnsi" w:cstheme="minorHAnsi"/>
                <w:color w:val="000000"/>
                <w:sz w:val="20"/>
                <w:szCs w:val="20"/>
                <w:lang w:eastAsia="en-IN"/>
              </w:rPr>
              <w:t xml:space="preserve"> OR 'cross over':</w:t>
            </w:r>
            <w:proofErr w:type="spellStart"/>
            <w:r w:rsidRPr="00EB75F0">
              <w:rPr>
                <w:rFonts w:asciiTheme="minorHAnsi" w:eastAsia="Times New Roman" w:hAnsiTheme="minorHAnsi" w:cstheme="minorHAnsi"/>
                <w:color w:val="000000"/>
                <w:sz w:val="20"/>
                <w:szCs w:val="20"/>
                <w:lang w:eastAsia="en-IN"/>
              </w:rPr>
              <w:t>ti,ab,tt</w:t>
            </w:r>
            <w:proofErr w:type="spellEnd"/>
          </w:p>
        </w:tc>
        <w:tc>
          <w:tcPr>
            <w:tcW w:w="659" w:type="pct"/>
            <w:vAlign w:val="center"/>
          </w:tcPr>
          <w:p w14:paraId="0DC1A066"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126881</w:t>
            </w:r>
          </w:p>
        </w:tc>
      </w:tr>
      <w:tr w:rsidR="00565F67" w:rsidRPr="00EB75F0" w14:paraId="3254696B" w14:textId="77777777" w:rsidTr="007C010D">
        <w:trPr>
          <w:trHeight w:val="429"/>
        </w:trPr>
        <w:tc>
          <w:tcPr>
            <w:tcW w:w="439" w:type="pct"/>
          </w:tcPr>
          <w:p w14:paraId="39DD95F8"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18</w:t>
            </w:r>
          </w:p>
        </w:tc>
        <w:tc>
          <w:tcPr>
            <w:tcW w:w="3902" w:type="pct"/>
            <w:vAlign w:val="center"/>
          </w:tcPr>
          <w:p w14:paraId="04CF2503"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'randomized controlled trial'/exp</w:t>
            </w:r>
          </w:p>
        </w:tc>
        <w:tc>
          <w:tcPr>
            <w:tcW w:w="659" w:type="pct"/>
            <w:vAlign w:val="center"/>
          </w:tcPr>
          <w:p w14:paraId="19CB965F"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808743</w:t>
            </w:r>
          </w:p>
        </w:tc>
      </w:tr>
      <w:tr w:rsidR="00565F67" w:rsidRPr="00EB75F0" w14:paraId="114F93BE" w14:textId="77777777" w:rsidTr="007C010D">
        <w:trPr>
          <w:trHeight w:val="429"/>
        </w:trPr>
        <w:tc>
          <w:tcPr>
            <w:tcW w:w="439" w:type="pct"/>
          </w:tcPr>
          <w:p w14:paraId="6B5CFC78"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19</w:t>
            </w:r>
          </w:p>
        </w:tc>
        <w:tc>
          <w:tcPr>
            <w:tcW w:w="3902" w:type="pct"/>
            <w:vAlign w:val="center"/>
          </w:tcPr>
          <w:p w14:paraId="694E7630"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'crossover procedure'/exp</w:t>
            </w:r>
          </w:p>
        </w:tc>
        <w:tc>
          <w:tcPr>
            <w:tcW w:w="659" w:type="pct"/>
            <w:vAlign w:val="center"/>
          </w:tcPr>
          <w:p w14:paraId="0218ED2D"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76731</w:t>
            </w:r>
          </w:p>
        </w:tc>
      </w:tr>
      <w:tr w:rsidR="00565F67" w:rsidRPr="00EB75F0" w14:paraId="2234A34E" w14:textId="77777777" w:rsidTr="007C010D">
        <w:trPr>
          <w:trHeight w:val="429"/>
        </w:trPr>
        <w:tc>
          <w:tcPr>
            <w:tcW w:w="439" w:type="pct"/>
          </w:tcPr>
          <w:p w14:paraId="34E3A2F0"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20</w:t>
            </w:r>
          </w:p>
        </w:tc>
        <w:tc>
          <w:tcPr>
            <w:tcW w:w="3902" w:type="pct"/>
            <w:vAlign w:val="center"/>
          </w:tcPr>
          <w:p w14:paraId="1BEEA389"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'randomization'/de</w:t>
            </w:r>
          </w:p>
        </w:tc>
        <w:tc>
          <w:tcPr>
            <w:tcW w:w="659" w:type="pct"/>
            <w:vAlign w:val="center"/>
          </w:tcPr>
          <w:p w14:paraId="2D048A26"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98830</w:t>
            </w:r>
          </w:p>
        </w:tc>
      </w:tr>
      <w:tr w:rsidR="00565F67" w:rsidRPr="00EB75F0" w14:paraId="2B9F5C7C" w14:textId="77777777" w:rsidTr="007C010D">
        <w:trPr>
          <w:trHeight w:val="429"/>
        </w:trPr>
        <w:tc>
          <w:tcPr>
            <w:tcW w:w="439" w:type="pct"/>
          </w:tcPr>
          <w:p w14:paraId="5869B676"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21</w:t>
            </w:r>
          </w:p>
        </w:tc>
        <w:tc>
          <w:tcPr>
            <w:tcW w:w="3902" w:type="pct"/>
            <w:vAlign w:val="center"/>
          </w:tcPr>
          <w:p w14:paraId="6A899F83"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#13 OR #14 OR #15 OR #16 OR #17 OR #18 OR #19 OR #20</w:t>
            </w:r>
          </w:p>
        </w:tc>
        <w:tc>
          <w:tcPr>
            <w:tcW w:w="659" w:type="pct"/>
            <w:vAlign w:val="center"/>
          </w:tcPr>
          <w:p w14:paraId="3CB94BD7"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2418460</w:t>
            </w:r>
          </w:p>
        </w:tc>
      </w:tr>
      <w:tr w:rsidR="00565F67" w:rsidRPr="00EB75F0" w14:paraId="1AF85119" w14:textId="77777777" w:rsidTr="007C010D">
        <w:trPr>
          <w:trHeight w:val="429"/>
        </w:trPr>
        <w:tc>
          <w:tcPr>
            <w:tcW w:w="439" w:type="pct"/>
          </w:tcPr>
          <w:p w14:paraId="1BABD1AC"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22</w:t>
            </w:r>
          </w:p>
        </w:tc>
        <w:tc>
          <w:tcPr>
            <w:tcW w:w="3902" w:type="pct"/>
            <w:vAlign w:val="center"/>
          </w:tcPr>
          <w:p w14:paraId="2997780C"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#3 AND #12 AND #21</w:t>
            </w:r>
          </w:p>
        </w:tc>
        <w:tc>
          <w:tcPr>
            <w:tcW w:w="659" w:type="pct"/>
            <w:vAlign w:val="center"/>
          </w:tcPr>
          <w:p w14:paraId="32E51F8E"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9733</w:t>
            </w:r>
          </w:p>
        </w:tc>
      </w:tr>
      <w:tr w:rsidR="00565F67" w:rsidRPr="00EB75F0" w14:paraId="638D197C" w14:textId="77777777" w:rsidTr="007C010D">
        <w:trPr>
          <w:trHeight w:val="429"/>
        </w:trPr>
        <w:tc>
          <w:tcPr>
            <w:tcW w:w="439" w:type="pct"/>
          </w:tcPr>
          <w:p w14:paraId="434BDCA3"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lastRenderedPageBreak/>
              <w:t>23</w:t>
            </w:r>
          </w:p>
        </w:tc>
        <w:tc>
          <w:tcPr>
            <w:tcW w:w="3902" w:type="pct"/>
            <w:vAlign w:val="center"/>
          </w:tcPr>
          <w:p w14:paraId="505C27AA"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#3 AND #12 AND #21 AND [2019-2024]/</w:t>
            </w:r>
            <w:proofErr w:type="spellStart"/>
            <w:r w:rsidRPr="00EB75F0">
              <w:rPr>
                <w:rFonts w:asciiTheme="minorHAnsi" w:eastAsia="Times New Roman" w:hAnsiTheme="minorHAnsi" w:cstheme="minorHAnsi"/>
                <w:color w:val="000000"/>
                <w:sz w:val="20"/>
                <w:szCs w:val="20"/>
                <w:lang w:eastAsia="en-IN"/>
              </w:rPr>
              <w:t>py</w:t>
            </w:r>
            <w:proofErr w:type="spellEnd"/>
          </w:p>
        </w:tc>
        <w:tc>
          <w:tcPr>
            <w:tcW w:w="659" w:type="pct"/>
            <w:vAlign w:val="center"/>
          </w:tcPr>
          <w:p w14:paraId="7A6A8569"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1685</w:t>
            </w:r>
          </w:p>
        </w:tc>
      </w:tr>
      <w:tr w:rsidR="00565F67" w:rsidRPr="00EB75F0" w14:paraId="0B8F9D57" w14:textId="77777777" w:rsidTr="007C010D">
        <w:trPr>
          <w:trHeight w:val="429"/>
        </w:trPr>
        <w:tc>
          <w:tcPr>
            <w:tcW w:w="439" w:type="pct"/>
          </w:tcPr>
          <w:p w14:paraId="37178C21"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24</w:t>
            </w:r>
          </w:p>
        </w:tc>
        <w:tc>
          <w:tcPr>
            <w:tcW w:w="3902" w:type="pct"/>
            <w:vAlign w:val="center"/>
          </w:tcPr>
          <w:p w14:paraId="1D679EEA" w14:textId="77777777" w:rsidR="00565F67" w:rsidRPr="00732701" w:rsidRDefault="00565F67" w:rsidP="00C32B29">
            <w:pPr>
              <w:spacing w:before="0" w:after="0" w:line="240" w:lineRule="auto"/>
              <w:rPr>
                <w:rFonts w:asciiTheme="minorHAnsi" w:hAnsiTheme="minorHAnsi" w:cstheme="minorHAnsi"/>
                <w:color w:val="000000"/>
                <w:sz w:val="20"/>
                <w:szCs w:val="20"/>
                <w:lang w:val="it-IT"/>
              </w:rPr>
            </w:pPr>
            <w:r w:rsidRPr="00732701">
              <w:rPr>
                <w:rFonts w:asciiTheme="minorHAnsi" w:eastAsia="Times New Roman" w:hAnsiTheme="minorHAnsi" w:cstheme="minorHAnsi"/>
                <w:color w:val="000000"/>
                <w:sz w:val="20"/>
                <w:szCs w:val="20"/>
                <w:lang w:val="it-IT" w:eastAsia="en-IN"/>
              </w:rPr>
              <w:t>'</w:t>
            </w:r>
            <w:proofErr w:type="spellStart"/>
            <w:r w:rsidRPr="00732701">
              <w:rPr>
                <w:rFonts w:asciiTheme="minorHAnsi" w:eastAsia="Times New Roman" w:hAnsiTheme="minorHAnsi" w:cstheme="minorHAnsi"/>
                <w:color w:val="000000"/>
                <w:sz w:val="20"/>
                <w:szCs w:val="20"/>
                <w:lang w:val="it-IT" w:eastAsia="en-IN"/>
              </w:rPr>
              <w:t>lumateperone</w:t>
            </w:r>
            <w:proofErr w:type="spellEnd"/>
            <w:r w:rsidRPr="00732701">
              <w:rPr>
                <w:rFonts w:asciiTheme="minorHAnsi" w:eastAsia="Times New Roman" w:hAnsiTheme="minorHAnsi" w:cstheme="minorHAnsi"/>
                <w:color w:val="000000"/>
                <w:sz w:val="20"/>
                <w:szCs w:val="20"/>
                <w:lang w:val="it-IT" w:eastAsia="en-IN"/>
              </w:rPr>
              <w:t>'/</w:t>
            </w:r>
            <w:proofErr w:type="spellStart"/>
            <w:r w:rsidRPr="00732701">
              <w:rPr>
                <w:rFonts w:asciiTheme="minorHAnsi" w:eastAsia="Times New Roman" w:hAnsiTheme="minorHAnsi" w:cstheme="minorHAnsi"/>
                <w:color w:val="000000"/>
                <w:sz w:val="20"/>
                <w:szCs w:val="20"/>
                <w:lang w:val="it-IT" w:eastAsia="en-IN"/>
              </w:rPr>
              <w:t>exp</w:t>
            </w:r>
            <w:proofErr w:type="spellEnd"/>
            <w:r w:rsidRPr="00732701">
              <w:rPr>
                <w:rFonts w:asciiTheme="minorHAnsi" w:eastAsia="Times New Roman" w:hAnsiTheme="minorHAnsi" w:cstheme="minorHAnsi"/>
                <w:color w:val="000000"/>
                <w:sz w:val="20"/>
                <w:szCs w:val="20"/>
                <w:lang w:val="it-IT" w:eastAsia="en-IN"/>
              </w:rPr>
              <w:t xml:space="preserve"> OR </w:t>
            </w:r>
            <w:proofErr w:type="spellStart"/>
            <w:r w:rsidRPr="00732701">
              <w:rPr>
                <w:rFonts w:asciiTheme="minorHAnsi" w:eastAsia="Times New Roman" w:hAnsiTheme="minorHAnsi" w:cstheme="minorHAnsi"/>
                <w:color w:val="000000"/>
                <w:sz w:val="20"/>
                <w:szCs w:val="20"/>
                <w:lang w:val="it-IT" w:eastAsia="en-IN"/>
              </w:rPr>
              <w:t>lumateperone:ti,ab,tt</w:t>
            </w:r>
            <w:proofErr w:type="spellEnd"/>
          </w:p>
        </w:tc>
        <w:tc>
          <w:tcPr>
            <w:tcW w:w="659" w:type="pct"/>
            <w:vAlign w:val="center"/>
          </w:tcPr>
          <w:p w14:paraId="2B483114"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260</w:t>
            </w:r>
          </w:p>
        </w:tc>
      </w:tr>
      <w:tr w:rsidR="00565F67" w:rsidRPr="00EB75F0" w14:paraId="2DCD5992" w14:textId="77777777" w:rsidTr="007C010D">
        <w:trPr>
          <w:trHeight w:val="429"/>
        </w:trPr>
        <w:tc>
          <w:tcPr>
            <w:tcW w:w="439" w:type="pct"/>
          </w:tcPr>
          <w:p w14:paraId="1F93DA9D"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25</w:t>
            </w:r>
          </w:p>
        </w:tc>
        <w:tc>
          <w:tcPr>
            <w:tcW w:w="3902" w:type="pct"/>
            <w:vAlign w:val="center"/>
          </w:tcPr>
          <w:p w14:paraId="063681DF"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#24 AND #12 AND #21</w:t>
            </w:r>
          </w:p>
        </w:tc>
        <w:tc>
          <w:tcPr>
            <w:tcW w:w="659" w:type="pct"/>
            <w:vAlign w:val="center"/>
          </w:tcPr>
          <w:p w14:paraId="7420EA67"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58</w:t>
            </w:r>
          </w:p>
        </w:tc>
      </w:tr>
      <w:tr w:rsidR="00565F67" w:rsidRPr="00EB75F0" w14:paraId="500F9D77" w14:textId="77777777" w:rsidTr="007C010D">
        <w:trPr>
          <w:trHeight w:val="429"/>
        </w:trPr>
        <w:tc>
          <w:tcPr>
            <w:tcW w:w="439" w:type="pct"/>
          </w:tcPr>
          <w:p w14:paraId="39F1FC19"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26</w:t>
            </w:r>
          </w:p>
        </w:tc>
        <w:tc>
          <w:tcPr>
            <w:tcW w:w="3902" w:type="pct"/>
            <w:vAlign w:val="center"/>
          </w:tcPr>
          <w:p w14:paraId="13611E8E"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#23 OR #25</w:t>
            </w:r>
          </w:p>
        </w:tc>
        <w:tc>
          <w:tcPr>
            <w:tcW w:w="659" w:type="pct"/>
            <w:vAlign w:val="center"/>
          </w:tcPr>
          <w:p w14:paraId="0FDDEE67" w14:textId="77777777" w:rsidR="00565F67" w:rsidRPr="00EB75F0" w:rsidRDefault="00565F67" w:rsidP="00C32B29">
            <w:pPr>
              <w:spacing w:before="0" w:after="0" w:line="240" w:lineRule="auto"/>
              <w:rPr>
                <w:rFonts w:asciiTheme="minorHAnsi" w:hAnsiTheme="minorHAnsi" w:cstheme="minorHAnsi"/>
                <w:color w:val="000000"/>
                <w:sz w:val="20"/>
                <w:szCs w:val="20"/>
              </w:rPr>
            </w:pPr>
            <w:r w:rsidRPr="00EB75F0">
              <w:rPr>
                <w:rFonts w:asciiTheme="minorHAnsi" w:eastAsia="Times New Roman" w:hAnsiTheme="minorHAnsi" w:cstheme="minorHAnsi"/>
                <w:color w:val="000000"/>
                <w:sz w:val="20"/>
                <w:szCs w:val="20"/>
                <w:lang w:eastAsia="en-IN"/>
              </w:rPr>
              <w:t>1737</w:t>
            </w:r>
          </w:p>
        </w:tc>
      </w:tr>
    </w:tbl>
    <w:p w14:paraId="212A87A1" w14:textId="77777777" w:rsidR="00565F67" w:rsidRPr="00EB75F0" w:rsidRDefault="00565F67" w:rsidP="00565F67">
      <w:pPr>
        <w:pStyle w:val="Caption"/>
      </w:pPr>
    </w:p>
    <w:p w14:paraId="0218B2FA" w14:textId="77308CC0" w:rsidR="00565F67" w:rsidRPr="00541089" w:rsidRDefault="00565F67" w:rsidP="009A27D2">
      <w:pPr>
        <w:pStyle w:val="Heading2"/>
        <w:rPr>
          <w:color w:val="000000"/>
        </w:rPr>
      </w:pPr>
      <w:r w:rsidRPr="00541089">
        <w:rPr>
          <w:color w:val="000000"/>
        </w:rPr>
        <w:t>Table S</w:t>
      </w:r>
      <w:r w:rsidR="00EE288E" w:rsidRPr="00541089">
        <w:rPr>
          <w:color w:val="000000"/>
        </w:rPr>
        <w:fldChar w:fldCharType="begin"/>
      </w:r>
      <w:r w:rsidR="00EE288E" w:rsidRPr="00541089">
        <w:rPr>
          <w:color w:val="000000"/>
        </w:rPr>
        <w:instrText xml:space="preserve"> STYLEREF 1 \s </w:instrText>
      </w:r>
      <w:r w:rsidR="00EE288E" w:rsidRPr="00541089">
        <w:rPr>
          <w:color w:val="000000"/>
        </w:rPr>
        <w:fldChar w:fldCharType="separate"/>
      </w:r>
      <w:r w:rsidR="004B2F28">
        <w:rPr>
          <w:noProof/>
          <w:color w:val="000000"/>
        </w:rPr>
        <w:t>2</w:t>
      </w:r>
      <w:r w:rsidR="00EE288E" w:rsidRPr="00541089">
        <w:rPr>
          <w:color w:val="000000"/>
        </w:rPr>
        <w:fldChar w:fldCharType="end"/>
      </w:r>
      <w:r w:rsidR="00EE288E" w:rsidRPr="00541089">
        <w:rPr>
          <w:color w:val="000000"/>
        </w:rPr>
        <w:noBreakHyphen/>
      </w:r>
      <w:r w:rsidR="00EE288E" w:rsidRPr="00541089">
        <w:rPr>
          <w:color w:val="000000"/>
        </w:rPr>
        <w:fldChar w:fldCharType="begin"/>
      </w:r>
      <w:r w:rsidR="00EE288E" w:rsidRPr="00541089">
        <w:rPr>
          <w:color w:val="000000"/>
        </w:rPr>
        <w:instrText xml:space="preserve"> SEQ Table \* ARABIC \s 1 </w:instrText>
      </w:r>
      <w:r w:rsidR="00EE288E" w:rsidRPr="00541089">
        <w:rPr>
          <w:color w:val="000000"/>
        </w:rPr>
        <w:fldChar w:fldCharType="separate"/>
      </w:r>
      <w:r w:rsidR="004B2F28">
        <w:rPr>
          <w:noProof/>
          <w:color w:val="000000"/>
        </w:rPr>
        <w:t>2</w:t>
      </w:r>
      <w:r w:rsidR="00EE288E" w:rsidRPr="00541089">
        <w:rPr>
          <w:color w:val="000000"/>
        </w:rPr>
        <w:fldChar w:fldCharType="end"/>
      </w:r>
      <w:r w:rsidRPr="00541089">
        <w:rPr>
          <w:color w:val="000000"/>
        </w:rPr>
        <w:t xml:space="preserve">: </w:t>
      </w:r>
      <w:r w:rsidR="0054514D" w:rsidRPr="00541089">
        <w:rPr>
          <w:color w:val="000000"/>
        </w:rPr>
        <w:t>MEDLINE-In Process</w:t>
      </w:r>
      <w:r w:rsidRPr="00541089">
        <w:rPr>
          <w:color w:val="000000"/>
        </w:rPr>
        <w:t xml:space="preserve"> search strategy (March 20, 2024)</w:t>
      </w:r>
    </w:p>
    <w:tbl>
      <w:tblPr>
        <w:tblStyle w:val="Lumanitytable"/>
        <w:tblW w:w="5000" w:type="pct"/>
        <w:tblLook w:val="04A0" w:firstRow="1" w:lastRow="0" w:firstColumn="1" w:lastColumn="0" w:noHBand="0" w:noVBand="1"/>
      </w:tblPr>
      <w:tblGrid>
        <w:gridCol w:w="845"/>
        <w:gridCol w:w="7514"/>
        <w:gridCol w:w="1269"/>
      </w:tblGrid>
      <w:tr w:rsidR="00565F67" w:rsidRPr="00EB75F0" w14:paraId="448ABAA0" w14:textId="77777777" w:rsidTr="007C010D">
        <w:trPr>
          <w:cnfStyle w:val="100000000000" w:firstRow="1" w:lastRow="0" w:firstColumn="0" w:lastColumn="0" w:oddVBand="0" w:evenVBand="0" w:oddHBand="0" w:evenHBand="0" w:firstRowFirstColumn="0" w:firstRowLastColumn="0" w:lastRowFirstColumn="0" w:lastRowLastColumn="0"/>
          <w:tblHeader/>
        </w:trPr>
        <w:tc>
          <w:tcPr>
            <w:tcW w:w="439" w:type="pct"/>
          </w:tcPr>
          <w:p w14:paraId="0896E502" w14:textId="77777777" w:rsidR="00565F67" w:rsidRPr="00EB75F0" w:rsidRDefault="00565F67" w:rsidP="00C32B29">
            <w:pPr>
              <w:pStyle w:val="TableText"/>
              <w:rPr>
                <w:noProof/>
              </w:rPr>
            </w:pPr>
            <w:r w:rsidRPr="00EB75F0">
              <w:rPr>
                <w:noProof/>
                <w:color w:val="FFFFFF" w:themeColor="background1"/>
              </w:rPr>
              <w:t>No.</w:t>
            </w:r>
          </w:p>
        </w:tc>
        <w:tc>
          <w:tcPr>
            <w:tcW w:w="3902" w:type="pct"/>
          </w:tcPr>
          <w:p w14:paraId="1FDC3C72" w14:textId="77777777" w:rsidR="00565F67" w:rsidRPr="00EB75F0" w:rsidRDefault="00565F67" w:rsidP="00C32B29">
            <w:pPr>
              <w:pStyle w:val="TableHeading"/>
              <w:rPr>
                <w:b w:val="0"/>
                <w:bCs/>
                <w:noProof/>
              </w:rPr>
            </w:pPr>
            <w:r w:rsidRPr="00EB75F0">
              <w:rPr>
                <w:noProof/>
              </w:rPr>
              <w:t>Search</w:t>
            </w:r>
          </w:p>
        </w:tc>
        <w:tc>
          <w:tcPr>
            <w:tcW w:w="659" w:type="pct"/>
          </w:tcPr>
          <w:p w14:paraId="5F07AD28" w14:textId="77777777" w:rsidR="00565F67" w:rsidRPr="00EB75F0" w:rsidRDefault="00565F67" w:rsidP="00C32B29">
            <w:pPr>
              <w:pStyle w:val="TableHeading"/>
              <w:rPr>
                <w:b w:val="0"/>
                <w:bCs/>
                <w:noProof/>
              </w:rPr>
            </w:pPr>
            <w:r w:rsidRPr="00EB75F0">
              <w:rPr>
                <w:noProof/>
              </w:rPr>
              <w:t>Results</w:t>
            </w:r>
          </w:p>
        </w:tc>
      </w:tr>
      <w:tr w:rsidR="00565F67" w:rsidRPr="00EB75F0" w14:paraId="1A8A6495" w14:textId="77777777" w:rsidTr="007C010D">
        <w:trPr>
          <w:trHeight w:val="429"/>
        </w:trPr>
        <w:tc>
          <w:tcPr>
            <w:tcW w:w="439" w:type="pct"/>
          </w:tcPr>
          <w:p w14:paraId="19265B41"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w:t>
            </w:r>
          </w:p>
        </w:tc>
        <w:tc>
          <w:tcPr>
            <w:tcW w:w="3902" w:type="pct"/>
            <w:vAlign w:val="center"/>
          </w:tcPr>
          <w:p w14:paraId="6F8778E5"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w:t>
            </w:r>
            <w:proofErr w:type="spellStart"/>
            <w:r w:rsidRPr="00EB75F0">
              <w:rPr>
                <w:rFonts w:asciiTheme="minorHAnsi" w:eastAsia="Times New Roman" w:hAnsiTheme="minorHAnsi" w:cstheme="minorHAnsi"/>
                <w:color w:val="000000"/>
                <w:lang w:eastAsia="en-IN"/>
              </w:rPr>
              <w:t>Brexpiprazole</w:t>
            </w:r>
            <w:proofErr w:type="spellEnd"/>
            <w:r w:rsidRPr="00EB75F0">
              <w:rPr>
                <w:rFonts w:asciiTheme="minorHAnsi" w:eastAsia="Times New Roman" w:hAnsiTheme="minorHAnsi" w:cstheme="minorHAnsi"/>
                <w:color w:val="000000"/>
                <w:lang w:eastAsia="en-IN"/>
              </w:rPr>
              <w:t>" [Supplementary Concept] or "</w:t>
            </w:r>
            <w:proofErr w:type="spellStart"/>
            <w:r w:rsidRPr="00EB75F0">
              <w:rPr>
                <w:rFonts w:asciiTheme="minorHAnsi" w:eastAsia="Times New Roman" w:hAnsiTheme="minorHAnsi" w:cstheme="minorHAnsi"/>
                <w:color w:val="000000"/>
                <w:lang w:eastAsia="en-IN"/>
              </w:rPr>
              <w:t>sultopride</w:t>
            </w:r>
            <w:proofErr w:type="spellEnd"/>
            <w:r w:rsidRPr="00EB75F0">
              <w:rPr>
                <w:rFonts w:asciiTheme="minorHAnsi" w:eastAsia="Times New Roman" w:hAnsiTheme="minorHAnsi" w:cstheme="minorHAnsi"/>
                <w:color w:val="000000"/>
                <w:lang w:eastAsia="en-IN"/>
              </w:rPr>
              <w:t>" [Supplementary Concept] or "aripiprazole" [Supplementary Concept] or "</w:t>
            </w:r>
            <w:proofErr w:type="spellStart"/>
            <w:r w:rsidRPr="00EB75F0">
              <w:rPr>
                <w:rFonts w:asciiTheme="minorHAnsi" w:eastAsia="Times New Roman" w:hAnsiTheme="minorHAnsi" w:cstheme="minorHAnsi"/>
                <w:color w:val="000000"/>
                <w:lang w:eastAsia="en-IN"/>
              </w:rPr>
              <w:t>Asenapine</w:t>
            </w:r>
            <w:proofErr w:type="spellEnd"/>
            <w:r w:rsidRPr="00EB75F0">
              <w:rPr>
                <w:rFonts w:asciiTheme="minorHAnsi" w:eastAsia="Times New Roman" w:hAnsiTheme="minorHAnsi" w:cstheme="minorHAnsi"/>
                <w:color w:val="000000"/>
                <w:lang w:eastAsia="en-IN"/>
              </w:rPr>
              <w:t>" [Supplementary Concept] or "Benperidol"[Mesh] or "</w:t>
            </w:r>
            <w:proofErr w:type="spellStart"/>
            <w:r w:rsidRPr="00EB75F0">
              <w:rPr>
                <w:rFonts w:asciiTheme="minorHAnsi" w:eastAsia="Times New Roman" w:hAnsiTheme="minorHAnsi" w:cstheme="minorHAnsi"/>
                <w:color w:val="000000"/>
                <w:lang w:eastAsia="en-IN"/>
              </w:rPr>
              <w:t>cariprazine</w:t>
            </w:r>
            <w:proofErr w:type="spellEnd"/>
            <w:r w:rsidRPr="00EB75F0">
              <w:rPr>
                <w:rFonts w:asciiTheme="minorHAnsi" w:eastAsia="Times New Roman" w:hAnsiTheme="minorHAnsi" w:cstheme="minorHAnsi"/>
                <w:color w:val="000000"/>
                <w:lang w:eastAsia="en-IN"/>
              </w:rPr>
              <w:t>" [Supplementary Concept] or "Chlorpromazine"[Mesh] or "Clopenthixol"[Mesh] or "Clozapine"[Mesh] or "</w:t>
            </w:r>
            <w:proofErr w:type="spellStart"/>
            <w:r w:rsidRPr="00EB75F0">
              <w:rPr>
                <w:rFonts w:asciiTheme="minorHAnsi" w:eastAsia="Times New Roman" w:hAnsiTheme="minorHAnsi" w:cstheme="minorHAnsi"/>
                <w:color w:val="000000"/>
                <w:lang w:eastAsia="en-IN"/>
              </w:rPr>
              <w:t>Flupenthixol</w:t>
            </w:r>
            <w:proofErr w:type="spellEnd"/>
            <w:r w:rsidRPr="00EB75F0">
              <w:rPr>
                <w:rFonts w:asciiTheme="minorHAnsi" w:eastAsia="Times New Roman" w:hAnsiTheme="minorHAnsi" w:cstheme="minorHAnsi"/>
                <w:color w:val="000000"/>
                <w:lang w:eastAsia="en-IN"/>
              </w:rPr>
              <w:t>"[Mesh] or "Fluphenazine"[Mesh] or "</w:t>
            </w:r>
            <w:proofErr w:type="spellStart"/>
            <w:r w:rsidRPr="00EB75F0">
              <w:rPr>
                <w:rFonts w:asciiTheme="minorHAnsi" w:eastAsia="Times New Roman" w:hAnsiTheme="minorHAnsi" w:cstheme="minorHAnsi"/>
                <w:color w:val="000000"/>
                <w:lang w:eastAsia="en-IN"/>
              </w:rPr>
              <w:t>Fluspirilene</w:t>
            </w:r>
            <w:proofErr w:type="spellEnd"/>
            <w:r w:rsidRPr="00EB75F0">
              <w:rPr>
                <w:rFonts w:asciiTheme="minorHAnsi" w:eastAsia="Times New Roman" w:hAnsiTheme="minorHAnsi" w:cstheme="minorHAnsi"/>
                <w:color w:val="000000"/>
                <w:lang w:eastAsia="en-IN"/>
              </w:rPr>
              <w:t>"[Mesh] or "Haloperidol"[Mesh] or "iloperidone" [Supplementary Concept] or "Methotrimeprazine"[Mesh] or "</w:t>
            </w:r>
            <w:proofErr w:type="spellStart"/>
            <w:r w:rsidRPr="00EB75F0">
              <w:rPr>
                <w:rFonts w:asciiTheme="minorHAnsi" w:eastAsia="Times New Roman" w:hAnsiTheme="minorHAnsi" w:cstheme="minorHAnsi"/>
                <w:color w:val="000000"/>
                <w:lang w:eastAsia="en-IN"/>
              </w:rPr>
              <w:t>Loxapine</w:t>
            </w:r>
            <w:proofErr w:type="spellEnd"/>
            <w:r w:rsidRPr="00EB75F0">
              <w:rPr>
                <w:rFonts w:asciiTheme="minorHAnsi" w:eastAsia="Times New Roman" w:hAnsiTheme="minorHAnsi" w:cstheme="minorHAnsi"/>
                <w:color w:val="000000"/>
                <w:lang w:eastAsia="en-IN"/>
              </w:rPr>
              <w:t>"[Mesh] or "lurasidone" [Supplementary Concept] or "Molindone"[Mesh] or "olanzapine" [Supplementary Concept] or "paliperidone" [Supplementary Concept] or "quetiapine" [Supplementary Concept] or "</w:t>
            </w:r>
            <w:proofErr w:type="spellStart"/>
            <w:r w:rsidRPr="00EB75F0">
              <w:rPr>
                <w:rFonts w:asciiTheme="minorHAnsi" w:eastAsia="Times New Roman" w:hAnsiTheme="minorHAnsi" w:cstheme="minorHAnsi"/>
                <w:color w:val="000000"/>
                <w:lang w:eastAsia="en-IN"/>
              </w:rPr>
              <w:t>Penfluridol</w:t>
            </w:r>
            <w:proofErr w:type="spellEnd"/>
            <w:r w:rsidRPr="00EB75F0">
              <w:rPr>
                <w:rFonts w:asciiTheme="minorHAnsi" w:eastAsia="Times New Roman" w:hAnsiTheme="minorHAnsi" w:cstheme="minorHAnsi"/>
                <w:color w:val="000000"/>
                <w:lang w:eastAsia="en-IN"/>
              </w:rPr>
              <w:t>"[Mesh] or "</w:t>
            </w:r>
            <w:proofErr w:type="spellStart"/>
            <w:r w:rsidRPr="00EB75F0">
              <w:rPr>
                <w:rFonts w:asciiTheme="minorHAnsi" w:eastAsia="Times New Roman" w:hAnsiTheme="minorHAnsi" w:cstheme="minorHAnsi"/>
                <w:color w:val="000000"/>
                <w:lang w:eastAsia="en-IN"/>
              </w:rPr>
              <w:t>Perazine</w:t>
            </w:r>
            <w:proofErr w:type="spellEnd"/>
            <w:r w:rsidRPr="00EB75F0">
              <w:rPr>
                <w:rFonts w:asciiTheme="minorHAnsi" w:eastAsia="Times New Roman" w:hAnsiTheme="minorHAnsi" w:cstheme="minorHAnsi"/>
                <w:color w:val="000000"/>
                <w:lang w:eastAsia="en-IN"/>
              </w:rPr>
              <w:t>"[Mesh] or "Perphenazine"[Mesh] or "Pimozide"[Mesh] or "Risperidone"[Mesh] or "</w:t>
            </w:r>
            <w:proofErr w:type="spellStart"/>
            <w:r w:rsidRPr="00EB75F0">
              <w:rPr>
                <w:rFonts w:asciiTheme="minorHAnsi" w:eastAsia="Times New Roman" w:hAnsiTheme="minorHAnsi" w:cstheme="minorHAnsi"/>
                <w:color w:val="000000"/>
                <w:lang w:eastAsia="en-IN"/>
              </w:rPr>
              <w:t>sertindole</w:t>
            </w:r>
            <w:proofErr w:type="spellEnd"/>
            <w:r w:rsidRPr="00EB75F0">
              <w:rPr>
                <w:rFonts w:asciiTheme="minorHAnsi" w:eastAsia="Times New Roman" w:hAnsiTheme="minorHAnsi" w:cstheme="minorHAnsi"/>
                <w:color w:val="000000"/>
                <w:lang w:eastAsia="en-IN"/>
              </w:rPr>
              <w:t>" [Supplementary Concept] or "</w:t>
            </w:r>
            <w:proofErr w:type="spellStart"/>
            <w:r w:rsidRPr="00EB75F0">
              <w:rPr>
                <w:rFonts w:asciiTheme="minorHAnsi" w:eastAsia="Times New Roman" w:hAnsiTheme="minorHAnsi" w:cstheme="minorHAnsi"/>
                <w:color w:val="000000"/>
                <w:lang w:eastAsia="en-IN"/>
              </w:rPr>
              <w:t>Sulpiride</w:t>
            </w:r>
            <w:proofErr w:type="spellEnd"/>
            <w:r w:rsidRPr="00EB75F0">
              <w:rPr>
                <w:rFonts w:asciiTheme="minorHAnsi" w:eastAsia="Times New Roman" w:hAnsiTheme="minorHAnsi" w:cstheme="minorHAnsi"/>
                <w:color w:val="000000"/>
                <w:lang w:eastAsia="en-IN"/>
              </w:rPr>
              <w:t>"[Mesh] or "Thioridazine"[Mesh] or "Thiothixene"[Mesh] or "Trifluoperazine"[Mesh] or "ziprasidone" [Supplementary Concept] or "zotepine" [Supplementary Concept] or "Clopenthixol"[Mesh]</w:t>
            </w:r>
          </w:p>
        </w:tc>
        <w:tc>
          <w:tcPr>
            <w:tcW w:w="659" w:type="pct"/>
            <w:vAlign w:val="center"/>
          </w:tcPr>
          <w:p w14:paraId="3B35D071"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67.449</w:t>
            </w:r>
          </w:p>
        </w:tc>
      </w:tr>
      <w:tr w:rsidR="00565F67" w:rsidRPr="00EB75F0" w14:paraId="6D8DDA66" w14:textId="77777777" w:rsidTr="007C010D">
        <w:trPr>
          <w:trHeight w:val="429"/>
        </w:trPr>
        <w:tc>
          <w:tcPr>
            <w:tcW w:w="439" w:type="pct"/>
          </w:tcPr>
          <w:p w14:paraId="4A416053"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2</w:t>
            </w:r>
          </w:p>
        </w:tc>
        <w:tc>
          <w:tcPr>
            <w:tcW w:w="3902" w:type="pct"/>
            <w:vAlign w:val="center"/>
          </w:tcPr>
          <w:p w14:paraId="491932D5"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Amisulpride[Title/Abstract] OR Aripiprazole[Title/Abstract] OR </w:t>
            </w:r>
            <w:proofErr w:type="spellStart"/>
            <w:r w:rsidRPr="00EB75F0">
              <w:rPr>
                <w:rFonts w:asciiTheme="minorHAnsi" w:eastAsia="Times New Roman" w:hAnsiTheme="minorHAnsi" w:cstheme="minorHAnsi"/>
                <w:color w:val="000000"/>
                <w:lang w:eastAsia="en-IN"/>
              </w:rPr>
              <w:t>Asenapine</w:t>
            </w:r>
            <w:proofErr w:type="spellEnd"/>
            <w:r w:rsidRPr="00EB75F0">
              <w:rPr>
                <w:rFonts w:asciiTheme="minorHAnsi" w:eastAsia="Times New Roman" w:hAnsiTheme="minorHAnsi" w:cstheme="minorHAnsi"/>
                <w:color w:val="000000"/>
                <w:lang w:eastAsia="en-IN"/>
              </w:rPr>
              <w:t xml:space="preserve">[Title/Abstract] OR Benperidol[Title/Abstract] OR </w:t>
            </w:r>
            <w:proofErr w:type="spellStart"/>
            <w:r w:rsidRPr="00EB75F0">
              <w:rPr>
                <w:rFonts w:asciiTheme="minorHAnsi" w:eastAsia="Times New Roman" w:hAnsiTheme="minorHAnsi" w:cstheme="minorHAnsi"/>
                <w:color w:val="000000"/>
                <w:lang w:eastAsia="en-IN"/>
              </w:rPr>
              <w:t>Brexpiprazole</w:t>
            </w:r>
            <w:proofErr w:type="spellEnd"/>
            <w:r w:rsidRPr="00EB75F0">
              <w:rPr>
                <w:rFonts w:asciiTheme="minorHAnsi" w:eastAsia="Times New Roman" w:hAnsiTheme="minorHAnsi" w:cstheme="minorHAnsi"/>
                <w:color w:val="000000"/>
                <w:lang w:eastAsia="en-IN"/>
              </w:rPr>
              <w:t xml:space="preserve">[Title/Abstract] OR </w:t>
            </w:r>
            <w:proofErr w:type="spellStart"/>
            <w:r w:rsidRPr="00EB75F0">
              <w:rPr>
                <w:rFonts w:asciiTheme="minorHAnsi" w:eastAsia="Times New Roman" w:hAnsiTheme="minorHAnsi" w:cstheme="minorHAnsi"/>
                <w:color w:val="000000"/>
                <w:lang w:eastAsia="en-IN"/>
              </w:rPr>
              <w:t>Cariprazine</w:t>
            </w:r>
            <w:proofErr w:type="spellEnd"/>
            <w:r w:rsidRPr="00EB75F0">
              <w:rPr>
                <w:rFonts w:asciiTheme="minorHAnsi" w:eastAsia="Times New Roman" w:hAnsiTheme="minorHAnsi" w:cstheme="minorHAnsi"/>
                <w:color w:val="000000"/>
                <w:lang w:eastAsia="en-IN"/>
              </w:rPr>
              <w:t xml:space="preserve">[Title/Abstract] OR Chlorpromazine[Title/Abstract] OR Clopenthixol[Title/Abstract] OR Clozapine[Title/Abstract] OR </w:t>
            </w:r>
            <w:proofErr w:type="spellStart"/>
            <w:r w:rsidRPr="00EB75F0">
              <w:rPr>
                <w:rFonts w:asciiTheme="minorHAnsi" w:eastAsia="Times New Roman" w:hAnsiTheme="minorHAnsi" w:cstheme="minorHAnsi"/>
                <w:color w:val="000000"/>
                <w:lang w:eastAsia="en-IN"/>
              </w:rPr>
              <w:t>Flupenthixol</w:t>
            </w:r>
            <w:proofErr w:type="spellEnd"/>
            <w:r w:rsidRPr="00EB75F0">
              <w:rPr>
                <w:rFonts w:asciiTheme="minorHAnsi" w:eastAsia="Times New Roman" w:hAnsiTheme="minorHAnsi" w:cstheme="minorHAnsi"/>
                <w:color w:val="000000"/>
                <w:lang w:eastAsia="en-IN"/>
              </w:rPr>
              <w:t xml:space="preserve">[Title/Abstract] OR Fluphenazine[Title/Abstract] OR </w:t>
            </w:r>
            <w:proofErr w:type="spellStart"/>
            <w:r w:rsidRPr="00EB75F0">
              <w:rPr>
                <w:rFonts w:asciiTheme="minorHAnsi" w:eastAsia="Times New Roman" w:hAnsiTheme="minorHAnsi" w:cstheme="minorHAnsi"/>
                <w:color w:val="000000"/>
                <w:lang w:eastAsia="en-IN"/>
              </w:rPr>
              <w:t>Fluspirilene</w:t>
            </w:r>
            <w:proofErr w:type="spellEnd"/>
            <w:r w:rsidRPr="00EB75F0">
              <w:rPr>
                <w:rFonts w:asciiTheme="minorHAnsi" w:eastAsia="Times New Roman" w:hAnsiTheme="minorHAnsi" w:cstheme="minorHAnsi"/>
                <w:color w:val="000000"/>
                <w:lang w:eastAsia="en-IN"/>
              </w:rPr>
              <w:t xml:space="preserve">[Title/Abstract] OR Haloperidol[Title/Abstract] OR Iloperidone[Title/Abstract] OR Levomepromazine[Title/Abstract] OR </w:t>
            </w:r>
            <w:proofErr w:type="spellStart"/>
            <w:r w:rsidRPr="00EB75F0">
              <w:rPr>
                <w:rFonts w:asciiTheme="minorHAnsi" w:eastAsia="Times New Roman" w:hAnsiTheme="minorHAnsi" w:cstheme="minorHAnsi"/>
                <w:color w:val="000000"/>
                <w:lang w:eastAsia="en-IN"/>
              </w:rPr>
              <w:t>Loxapine</w:t>
            </w:r>
            <w:proofErr w:type="spellEnd"/>
            <w:r w:rsidRPr="00EB75F0">
              <w:rPr>
                <w:rFonts w:asciiTheme="minorHAnsi" w:eastAsia="Times New Roman" w:hAnsiTheme="minorHAnsi" w:cstheme="minorHAnsi"/>
                <w:color w:val="000000"/>
                <w:lang w:eastAsia="en-IN"/>
              </w:rPr>
              <w:t xml:space="preserve">[Title/Abstract] OR Lurasidone[Title/Abstract] OR Molindone[Title/Abstract] OR Olanzapine[Title/Abstract] OR Paliperidone[Title/Abstract] OR Quetiapine[Title/Abstract] OR </w:t>
            </w:r>
            <w:proofErr w:type="spellStart"/>
            <w:r w:rsidRPr="00EB75F0">
              <w:rPr>
                <w:rFonts w:asciiTheme="minorHAnsi" w:eastAsia="Times New Roman" w:hAnsiTheme="minorHAnsi" w:cstheme="minorHAnsi"/>
                <w:color w:val="000000"/>
                <w:lang w:eastAsia="en-IN"/>
              </w:rPr>
              <w:t>Penfluridol</w:t>
            </w:r>
            <w:proofErr w:type="spellEnd"/>
            <w:r w:rsidRPr="00EB75F0">
              <w:rPr>
                <w:rFonts w:asciiTheme="minorHAnsi" w:eastAsia="Times New Roman" w:hAnsiTheme="minorHAnsi" w:cstheme="minorHAnsi"/>
                <w:color w:val="000000"/>
                <w:lang w:eastAsia="en-IN"/>
              </w:rPr>
              <w:t xml:space="preserve">[Title/Abstract] OR </w:t>
            </w:r>
            <w:proofErr w:type="spellStart"/>
            <w:r w:rsidRPr="00EB75F0">
              <w:rPr>
                <w:rFonts w:asciiTheme="minorHAnsi" w:eastAsia="Times New Roman" w:hAnsiTheme="minorHAnsi" w:cstheme="minorHAnsi"/>
                <w:color w:val="000000"/>
                <w:lang w:eastAsia="en-IN"/>
              </w:rPr>
              <w:t>Perazine</w:t>
            </w:r>
            <w:proofErr w:type="spellEnd"/>
            <w:r w:rsidRPr="00EB75F0">
              <w:rPr>
                <w:rFonts w:asciiTheme="minorHAnsi" w:eastAsia="Times New Roman" w:hAnsiTheme="minorHAnsi" w:cstheme="minorHAnsi"/>
                <w:color w:val="000000"/>
                <w:lang w:eastAsia="en-IN"/>
              </w:rPr>
              <w:t xml:space="preserve">[Title/Abstract] OR Perphenazine[Title/Abstract] OR Pimozide[Title/Abstract] OR Risperidone[Title/Abstract] OR </w:t>
            </w:r>
            <w:proofErr w:type="spellStart"/>
            <w:r w:rsidRPr="00EB75F0">
              <w:rPr>
                <w:rFonts w:asciiTheme="minorHAnsi" w:eastAsia="Times New Roman" w:hAnsiTheme="minorHAnsi" w:cstheme="minorHAnsi"/>
                <w:color w:val="000000"/>
                <w:lang w:eastAsia="en-IN"/>
              </w:rPr>
              <w:t>Sertindole</w:t>
            </w:r>
            <w:proofErr w:type="spellEnd"/>
            <w:r w:rsidRPr="00EB75F0">
              <w:rPr>
                <w:rFonts w:asciiTheme="minorHAnsi" w:eastAsia="Times New Roman" w:hAnsiTheme="minorHAnsi" w:cstheme="minorHAnsi"/>
                <w:color w:val="000000"/>
                <w:lang w:eastAsia="en-IN"/>
              </w:rPr>
              <w:t xml:space="preserve">[Title/Abstract] OR </w:t>
            </w:r>
            <w:proofErr w:type="spellStart"/>
            <w:r w:rsidRPr="00EB75F0">
              <w:rPr>
                <w:rFonts w:asciiTheme="minorHAnsi" w:eastAsia="Times New Roman" w:hAnsiTheme="minorHAnsi" w:cstheme="minorHAnsi"/>
                <w:color w:val="000000"/>
                <w:lang w:eastAsia="en-IN"/>
              </w:rPr>
              <w:t>Sulpiride</w:t>
            </w:r>
            <w:proofErr w:type="spellEnd"/>
            <w:r w:rsidRPr="00EB75F0">
              <w:rPr>
                <w:rFonts w:asciiTheme="minorHAnsi" w:eastAsia="Times New Roman" w:hAnsiTheme="minorHAnsi" w:cstheme="minorHAnsi"/>
                <w:color w:val="000000"/>
                <w:lang w:eastAsia="en-IN"/>
              </w:rPr>
              <w:t>[Title/Abstract] OR Thioridazine[Title/Abstract] OR Thiothixene[Title/Abstract] OR Trifluoperazine[Title/Abstract] OR Ziprasidone[Title/Abstract] OR Zotepine[Title/Abstract] OR Zuclopenthixol[Title/Abstract]</w:t>
            </w:r>
          </w:p>
        </w:tc>
        <w:tc>
          <w:tcPr>
            <w:tcW w:w="659" w:type="pct"/>
            <w:vAlign w:val="center"/>
          </w:tcPr>
          <w:p w14:paraId="66BFF7AF" w14:textId="0C3E4904"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hyperlink r:id="rId13" w:history="1">
              <w:r w:rsidRPr="00EB75F0">
                <w:rPr>
                  <w:rFonts w:asciiTheme="minorHAnsi" w:eastAsia="Times New Roman" w:hAnsiTheme="minorHAnsi" w:cstheme="minorHAnsi"/>
                  <w:color w:val="000000"/>
                  <w:sz w:val="20"/>
                  <w:szCs w:val="20"/>
                  <w:lang w:eastAsia="en-IN"/>
                </w:rPr>
                <w:t>77.457</w:t>
              </w:r>
            </w:hyperlink>
          </w:p>
        </w:tc>
      </w:tr>
      <w:tr w:rsidR="00565F67" w:rsidRPr="00EB75F0" w14:paraId="127CC7EE" w14:textId="77777777" w:rsidTr="007C010D">
        <w:trPr>
          <w:trHeight w:val="429"/>
        </w:trPr>
        <w:tc>
          <w:tcPr>
            <w:tcW w:w="439" w:type="pct"/>
          </w:tcPr>
          <w:p w14:paraId="7600757C"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3</w:t>
            </w:r>
          </w:p>
        </w:tc>
        <w:tc>
          <w:tcPr>
            <w:tcW w:w="3902" w:type="pct"/>
            <w:vAlign w:val="center"/>
          </w:tcPr>
          <w:p w14:paraId="0AA80EC3"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#1 or #2</w:t>
            </w:r>
          </w:p>
        </w:tc>
        <w:tc>
          <w:tcPr>
            <w:tcW w:w="659" w:type="pct"/>
            <w:vAlign w:val="center"/>
          </w:tcPr>
          <w:p w14:paraId="6C4AF3ED" w14:textId="785B8628"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hyperlink r:id="rId14" w:history="1">
              <w:r w:rsidRPr="00EB75F0">
                <w:rPr>
                  <w:rFonts w:asciiTheme="minorHAnsi" w:eastAsia="Times New Roman" w:hAnsiTheme="minorHAnsi" w:cstheme="minorHAnsi"/>
                  <w:color w:val="000000"/>
                  <w:sz w:val="20"/>
                  <w:szCs w:val="20"/>
                  <w:lang w:eastAsia="en-IN"/>
                </w:rPr>
                <w:t>93.876</w:t>
              </w:r>
            </w:hyperlink>
          </w:p>
        </w:tc>
      </w:tr>
      <w:tr w:rsidR="00565F67" w:rsidRPr="00EB75F0" w14:paraId="1275085D" w14:textId="77777777" w:rsidTr="007C010D">
        <w:trPr>
          <w:trHeight w:val="429"/>
        </w:trPr>
        <w:tc>
          <w:tcPr>
            <w:tcW w:w="439" w:type="pct"/>
          </w:tcPr>
          <w:p w14:paraId="580EC09D"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4</w:t>
            </w:r>
          </w:p>
        </w:tc>
        <w:tc>
          <w:tcPr>
            <w:tcW w:w="3902" w:type="pct"/>
            <w:vAlign w:val="center"/>
          </w:tcPr>
          <w:p w14:paraId="490027FE" w14:textId="77777777" w:rsidR="00565F67" w:rsidRPr="00EB75F0" w:rsidRDefault="00565F67" w:rsidP="00C32B29">
            <w:pPr>
              <w:pStyle w:val="TableText"/>
              <w:rPr>
                <w:rFonts w:asciiTheme="minorHAnsi" w:hAnsiTheme="minorHAnsi" w:cstheme="minorHAnsi"/>
                <w:b/>
                <w:bCs/>
                <w:noProof/>
              </w:rPr>
            </w:pPr>
            <w:proofErr w:type="spellStart"/>
            <w:r w:rsidRPr="00EB75F0">
              <w:rPr>
                <w:rFonts w:asciiTheme="minorHAnsi" w:eastAsia="Times New Roman" w:hAnsiTheme="minorHAnsi" w:cstheme="minorHAnsi"/>
                <w:color w:val="000000"/>
                <w:lang w:eastAsia="en-IN"/>
              </w:rPr>
              <w:t>schizo</w:t>
            </w:r>
            <w:proofErr w:type="spellEnd"/>
            <w:r w:rsidRPr="00EB75F0">
              <w:rPr>
                <w:rFonts w:asciiTheme="minorHAnsi" w:eastAsia="Times New Roman" w:hAnsiTheme="minorHAnsi" w:cstheme="minorHAnsi"/>
                <w:color w:val="000000"/>
                <w:lang w:eastAsia="en-IN"/>
              </w:rPr>
              <w:t xml:space="preserve">*[Title/Abstract] OR hebephrenic*[Title/Abstract] OR </w:t>
            </w:r>
            <w:proofErr w:type="spellStart"/>
            <w:r w:rsidRPr="00EB75F0">
              <w:rPr>
                <w:rFonts w:asciiTheme="minorHAnsi" w:eastAsia="Times New Roman" w:hAnsiTheme="minorHAnsi" w:cstheme="minorHAnsi"/>
                <w:color w:val="000000"/>
                <w:lang w:eastAsia="en-IN"/>
              </w:rPr>
              <w:t>oligophreni</w:t>
            </w:r>
            <w:proofErr w:type="spellEnd"/>
            <w:r w:rsidRPr="00EB75F0">
              <w:rPr>
                <w:rFonts w:asciiTheme="minorHAnsi" w:eastAsia="Times New Roman" w:hAnsiTheme="minorHAnsi" w:cstheme="minorHAnsi"/>
                <w:color w:val="000000"/>
                <w:lang w:eastAsia="en-IN"/>
              </w:rPr>
              <w:t>*[Title/Abstract] OR psychotic*[Title/Abstract] OR psychosis[Title/Abstract] OR psychoses[Title/Abstract]</w:t>
            </w:r>
          </w:p>
        </w:tc>
        <w:tc>
          <w:tcPr>
            <w:tcW w:w="659" w:type="pct"/>
            <w:vAlign w:val="center"/>
          </w:tcPr>
          <w:p w14:paraId="260B16C3" w14:textId="4BC779E9"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hyperlink r:id="rId15" w:history="1">
              <w:r w:rsidRPr="00EB75F0">
                <w:rPr>
                  <w:rFonts w:asciiTheme="minorHAnsi" w:eastAsia="Times New Roman" w:hAnsiTheme="minorHAnsi" w:cstheme="minorHAnsi"/>
                  <w:color w:val="000000"/>
                  <w:sz w:val="20"/>
                  <w:szCs w:val="20"/>
                  <w:lang w:eastAsia="en-IN"/>
                </w:rPr>
                <w:t>222.72</w:t>
              </w:r>
            </w:hyperlink>
          </w:p>
        </w:tc>
      </w:tr>
      <w:tr w:rsidR="00565F67" w:rsidRPr="00EB75F0" w14:paraId="289F8CCC" w14:textId="77777777" w:rsidTr="007C010D">
        <w:trPr>
          <w:trHeight w:val="429"/>
        </w:trPr>
        <w:tc>
          <w:tcPr>
            <w:tcW w:w="439" w:type="pct"/>
          </w:tcPr>
          <w:p w14:paraId="2ECEA33D"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5</w:t>
            </w:r>
          </w:p>
        </w:tc>
        <w:tc>
          <w:tcPr>
            <w:tcW w:w="3902" w:type="pct"/>
            <w:vAlign w:val="center"/>
          </w:tcPr>
          <w:p w14:paraId="485931A1"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"Schizophrenia"[Mesh] OR "Psychotic Disorders"[Mesh]</w:t>
            </w:r>
          </w:p>
        </w:tc>
        <w:tc>
          <w:tcPr>
            <w:tcW w:w="659" w:type="pct"/>
            <w:vAlign w:val="center"/>
          </w:tcPr>
          <w:p w14:paraId="20D1B87E" w14:textId="20841931"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hyperlink r:id="rId16" w:history="1">
              <w:r w:rsidRPr="00EB75F0">
                <w:rPr>
                  <w:rFonts w:asciiTheme="minorHAnsi" w:eastAsia="Times New Roman" w:hAnsiTheme="minorHAnsi" w:cstheme="minorHAnsi"/>
                  <w:color w:val="000000"/>
                  <w:sz w:val="20"/>
                  <w:szCs w:val="20"/>
                  <w:lang w:eastAsia="en-IN"/>
                </w:rPr>
                <w:t>161.571</w:t>
              </w:r>
            </w:hyperlink>
          </w:p>
        </w:tc>
      </w:tr>
      <w:tr w:rsidR="00565F67" w:rsidRPr="00EB75F0" w14:paraId="1DF36E4C" w14:textId="77777777" w:rsidTr="007C010D">
        <w:trPr>
          <w:trHeight w:val="429"/>
        </w:trPr>
        <w:tc>
          <w:tcPr>
            <w:tcW w:w="439" w:type="pct"/>
          </w:tcPr>
          <w:p w14:paraId="0BE92B7B"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6</w:t>
            </w:r>
          </w:p>
        </w:tc>
        <w:tc>
          <w:tcPr>
            <w:tcW w:w="3902" w:type="pct"/>
            <w:vAlign w:val="center"/>
          </w:tcPr>
          <w:p w14:paraId="0B35B819"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#4 or #5</w:t>
            </w:r>
          </w:p>
        </w:tc>
        <w:tc>
          <w:tcPr>
            <w:tcW w:w="659" w:type="pct"/>
            <w:vAlign w:val="center"/>
          </w:tcPr>
          <w:p w14:paraId="26E44337" w14:textId="21F1612A"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hyperlink r:id="rId17" w:history="1">
              <w:r w:rsidRPr="00EB75F0">
                <w:rPr>
                  <w:rFonts w:asciiTheme="minorHAnsi" w:eastAsia="Times New Roman" w:hAnsiTheme="minorHAnsi" w:cstheme="minorHAnsi"/>
                  <w:color w:val="000000"/>
                  <w:sz w:val="20"/>
                  <w:szCs w:val="20"/>
                  <w:lang w:eastAsia="en-IN"/>
                </w:rPr>
                <w:t>253.345</w:t>
              </w:r>
            </w:hyperlink>
          </w:p>
        </w:tc>
      </w:tr>
      <w:tr w:rsidR="00565F67" w:rsidRPr="00EB75F0" w14:paraId="4A82628F" w14:textId="77777777" w:rsidTr="007C010D">
        <w:trPr>
          <w:trHeight w:val="429"/>
        </w:trPr>
        <w:tc>
          <w:tcPr>
            <w:tcW w:w="439" w:type="pct"/>
          </w:tcPr>
          <w:p w14:paraId="1EDB20DE"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7</w:t>
            </w:r>
          </w:p>
        </w:tc>
        <w:tc>
          <w:tcPr>
            <w:tcW w:w="3902" w:type="pct"/>
            <w:vAlign w:val="center"/>
          </w:tcPr>
          <w:p w14:paraId="5788B485"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randomized controlled trial[pt] OR controlled clinical trial[pt] OR randomized[</w:t>
            </w:r>
            <w:proofErr w:type="spellStart"/>
            <w:r w:rsidRPr="00EB75F0">
              <w:rPr>
                <w:rFonts w:asciiTheme="minorHAnsi" w:eastAsia="Times New Roman" w:hAnsiTheme="minorHAnsi" w:cstheme="minorHAnsi"/>
                <w:color w:val="000000"/>
                <w:lang w:eastAsia="en-IN"/>
              </w:rPr>
              <w:t>tiab</w:t>
            </w:r>
            <w:proofErr w:type="spellEnd"/>
            <w:r w:rsidRPr="00EB75F0">
              <w:rPr>
                <w:rFonts w:asciiTheme="minorHAnsi" w:eastAsia="Times New Roman" w:hAnsiTheme="minorHAnsi" w:cstheme="minorHAnsi"/>
                <w:color w:val="000000"/>
                <w:lang w:eastAsia="en-IN"/>
              </w:rPr>
              <w:t>] OR placebo[</w:t>
            </w:r>
            <w:proofErr w:type="spellStart"/>
            <w:r w:rsidRPr="00EB75F0">
              <w:rPr>
                <w:rFonts w:asciiTheme="minorHAnsi" w:eastAsia="Times New Roman" w:hAnsiTheme="minorHAnsi" w:cstheme="minorHAnsi"/>
                <w:color w:val="000000"/>
                <w:lang w:eastAsia="en-IN"/>
              </w:rPr>
              <w:t>tiab</w:t>
            </w:r>
            <w:proofErr w:type="spellEnd"/>
            <w:r w:rsidRPr="00EB75F0">
              <w:rPr>
                <w:rFonts w:asciiTheme="minorHAnsi" w:eastAsia="Times New Roman" w:hAnsiTheme="minorHAnsi" w:cstheme="minorHAnsi"/>
                <w:color w:val="000000"/>
                <w:lang w:eastAsia="en-IN"/>
              </w:rPr>
              <w:t>] OR clinical trials as topic[</w:t>
            </w:r>
            <w:proofErr w:type="spellStart"/>
            <w:r w:rsidRPr="00EB75F0">
              <w:rPr>
                <w:rFonts w:asciiTheme="minorHAnsi" w:eastAsia="Times New Roman" w:hAnsiTheme="minorHAnsi" w:cstheme="minorHAnsi"/>
                <w:color w:val="000000"/>
                <w:lang w:eastAsia="en-IN"/>
              </w:rPr>
              <w:t>mesh:noexp</w:t>
            </w:r>
            <w:proofErr w:type="spellEnd"/>
            <w:r w:rsidRPr="00EB75F0">
              <w:rPr>
                <w:rFonts w:asciiTheme="minorHAnsi" w:eastAsia="Times New Roman" w:hAnsiTheme="minorHAnsi" w:cstheme="minorHAnsi"/>
                <w:color w:val="000000"/>
                <w:lang w:eastAsia="en-IN"/>
              </w:rPr>
              <w:t>] OR randomly[</w:t>
            </w:r>
            <w:proofErr w:type="spellStart"/>
            <w:r w:rsidRPr="00EB75F0">
              <w:rPr>
                <w:rFonts w:asciiTheme="minorHAnsi" w:eastAsia="Times New Roman" w:hAnsiTheme="minorHAnsi" w:cstheme="minorHAnsi"/>
                <w:color w:val="000000"/>
                <w:lang w:eastAsia="en-IN"/>
              </w:rPr>
              <w:t>tiab</w:t>
            </w:r>
            <w:proofErr w:type="spellEnd"/>
            <w:r w:rsidRPr="00EB75F0">
              <w:rPr>
                <w:rFonts w:asciiTheme="minorHAnsi" w:eastAsia="Times New Roman" w:hAnsiTheme="minorHAnsi" w:cstheme="minorHAnsi"/>
                <w:color w:val="000000"/>
                <w:lang w:eastAsia="en-IN"/>
              </w:rPr>
              <w:t>] OR trial[</w:t>
            </w:r>
            <w:proofErr w:type="spellStart"/>
            <w:r w:rsidRPr="00EB75F0">
              <w:rPr>
                <w:rFonts w:asciiTheme="minorHAnsi" w:eastAsia="Times New Roman" w:hAnsiTheme="minorHAnsi" w:cstheme="minorHAnsi"/>
                <w:color w:val="000000"/>
                <w:lang w:eastAsia="en-IN"/>
              </w:rPr>
              <w:t>ti</w:t>
            </w:r>
            <w:proofErr w:type="spellEnd"/>
            <w:r w:rsidRPr="00EB75F0">
              <w:rPr>
                <w:rFonts w:asciiTheme="minorHAnsi" w:eastAsia="Times New Roman" w:hAnsiTheme="minorHAnsi" w:cstheme="minorHAnsi"/>
                <w:color w:val="000000"/>
                <w:lang w:eastAsia="en-IN"/>
              </w:rPr>
              <w:t>] NOT (animals[</w:t>
            </w:r>
            <w:proofErr w:type="spellStart"/>
            <w:r w:rsidRPr="00EB75F0">
              <w:rPr>
                <w:rFonts w:asciiTheme="minorHAnsi" w:eastAsia="Times New Roman" w:hAnsiTheme="minorHAnsi" w:cstheme="minorHAnsi"/>
                <w:color w:val="000000"/>
                <w:lang w:eastAsia="en-IN"/>
              </w:rPr>
              <w:t>mh</w:t>
            </w:r>
            <w:proofErr w:type="spellEnd"/>
            <w:r w:rsidRPr="00EB75F0">
              <w:rPr>
                <w:rFonts w:asciiTheme="minorHAnsi" w:eastAsia="Times New Roman" w:hAnsiTheme="minorHAnsi" w:cstheme="minorHAnsi"/>
                <w:color w:val="000000"/>
                <w:lang w:eastAsia="en-IN"/>
              </w:rPr>
              <w:t>] NOT humans [</w:t>
            </w:r>
            <w:proofErr w:type="spellStart"/>
            <w:r w:rsidRPr="00EB75F0">
              <w:rPr>
                <w:rFonts w:asciiTheme="minorHAnsi" w:eastAsia="Times New Roman" w:hAnsiTheme="minorHAnsi" w:cstheme="minorHAnsi"/>
                <w:color w:val="000000"/>
                <w:lang w:eastAsia="en-IN"/>
              </w:rPr>
              <w:t>mh</w:t>
            </w:r>
            <w:proofErr w:type="spellEnd"/>
            <w:r w:rsidRPr="00EB75F0">
              <w:rPr>
                <w:rFonts w:asciiTheme="minorHAnsi" w:eastAsia="Times New Roman" w:hAnsiTheme="minorHAnsi" w:cstheme="minorHAnsi"/>
                <w:color w:val="000000"/>
                <w:lang w:eastAsia="en-IN"/>
              </w:rPr>
              <w:t>])</w:t>
            </w:r>
          </w:p>
        </w:tc>
        <w:tc>
          <w:tcPr>
            <w:tcW w:w="659" w:type="pct"/>
            <w:vAlign w:val="center"/>
          </w:tcPr>
          <w:p w14:paraId="32824449" w14:textId="7D9A84D1"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hyperlink r:id="rId18" w:history="1">
              <w:r w:rsidRPr="00EB75F0">
                <w:rPr>
                  <w:rFonts w:asciiTheme="minorHAnsi" w:eastAsia="Times New Roman" w:hAnsiTheme="minorHAnsi" w:cstheme="minorHAnsi"/>
                  <w:color w:val="000000"/>
                  <w:sz w:val="20"/>
                  <w:szCs w:val="20"/>
                  <w:lang w:eastAsia="en-IN"/>
                </w:rPr>
                <w:t>1,475,397</w:t>
              </w:r>
            </w:hyperlink>
          </w:p>
        </w:tc>
      </w:tr>
      <w:tr w:rsidR="00565F67" w:rsidRPr="00EB75F0" w14:paraId="741C5DFB" w14:textId="77777777" w:rsidTr="007C010D">
        <w:trPr>
          <w:trHeight w:val="429"/>
        </w:trPr>
        <w:tc>
          <w:tcPr>
            <w:tcW w:w="439" w:type="pct"/>
          </w:tcPr>
          <w:p w14:paraId="070BF114"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8</w:t>
            </w:r>
          </w:p>
        </w:tc>
        <w:tc>
          <w:tcPr>
            <w:tcW w:w="3902" w:type="pct"/>
            <w:vAlign w:val="center"/>
          </w:tcPr>
          <w:p w14:paraId="702C39AB"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#3 and #6 and #7</w:t>
            </w:r>
          </w:p>
        </w:tc>
        <w:tc>
          <w:tcPr>
            <w:tcW w:w="659" w:type="pct"/>
            <w:vAlign w:val="center"/>
          </w:tcPr>
          <w:p w14:paraId="6BAD582B" w14:textId="3D62030C"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hyperlink r:id="rId19" w:history="1">
              <w:r w:rsidRPr="00EB75F0">
                <w:rPr>
                  <w:rFonts w:asciiTheme="minorHAnsi" w:eastAsia="Times New Roman" w:hAnsiTheme="minorHAnsi" w:cstheme="minorHAnsi"/>
                  <w:color w:val="000000"/>
                  <w:sz w:val="20"/>
                  <w:szCs w:val="20"/>
                  <w:lang w:eastAsia="en-IN"/>
                </w:rPr>
                <w:t>6.198</w:t>
              </w:r>
            </w:hyperlink>
          </w:p>
        </w:tc>
      </w:tr>
      <w:tr w:rsidR="00565F67" w:rsidRPr="00EB75F0" w14:paraId="204B46B3" w14:textId="77777777" w:rsidTr="007C010D">
        <w:trPr>
          <w:trHeight w:val="429"/>
        </w:trPr>
        <w:tc>
          <w:tcPr>
            <w:tcW w:w="439" w:type="pct"/>
          </w:tcPr>
          <w:p w14:paraId="7F4E69D4"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lastRenderedPageBreak/>
              <w:t>9</w:t>
            </w:r>
          </w:p>
        </w:tc>
        <w:tc>
          <w:tcPr>
            <w:tcW w:w="3902" w:type="pct"/>
            <w:vAlign w:val="center"/>
          </w:tcPr>
          <w:p w14:paraId="7E3EEFC2"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("2019/01/01"[Date - Entrez] : "2024/12/31"[Date - Entrez])</w:t>
            </w:r>
          </w:p>
        </w:tc>
        <w:tc>
          <w:tcPr>
            <w:tcW w:w="659" w:type="pct"/>
            <w:vAlign w:val="center"/>
          </w:tcPr>
          <w:p w14:paraId="4F80EE85" w14:textId="6658C928"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hyperlink r:id="rId20" w:history="1">
              <w:r w:rsidRPr="00EB75F0">
                <w:rPr>
                  <w:rFonts w:asciiTheme="minorHAnsi" w:eastAsia="Times New Roman" w:hAnsiTheme="minorHAnsi" w:cstheme="minorHAnsi"/>
                  <w:color w:val="000000"/>
                  <w:sz w:val="20"/>
                  <w:szCs w:val="20"/>
                  <w:lang w:eastAsia="en-IN"/>
                </w:rPr>
                <w:t>7,599,714</w:t>
              </w:r>
            </w:hyperlink>
          </w:p>
        </w:tc>
      </w:tr>
      <w:tr w:rsidR="00565F67" w:rsidRPr="00EB75F0" w14:paraId="5064246B" w14:textId="77777777" w:rsidTr="007C010D">
        <w:trPr>
          <w:trHeight w:val="429"/>
        </w:trPr>
        <w:tc>
          <w:tcPr>
            <w:tcW w:w="439" w:type="pct"/>
          </w:tcPr>
          <w:p w14:paraId="02E40777"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10</w:t>
            </w:r>
          </w:p>
        </w:tc>
        <w:tc>
          <w:tcPr>
            <w:tcW w:w="3902" w:type="pct"/>
            <w:vAlign w:val="center"/>
          </w:tcPr>
          <w:p w14:paraId="00FF09D2"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#8 and #9</w:t>
            </w:r>
          </w:p>
        </w:tc>
        <w:tc>
          <w:tcPr>
            <w:tcW w:w="659" w:type="pct"/>
            <w:vAlign w:val="center"/>
          </w:tcPr>
          <w:p w14:paraId="53286980" w14:textId="1D9F85DB"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hyperlink r:id="rId21" w:history="1">
              <w:r w:rsidRPr="00EB75F0">
                <w:rPr>
                  <w:rFonts w:asciiTheme="minorHAnsi" w:eastAsia="Times New Roman" w:hAnsiTheme="minorHAnsi" w:cstheme="minorHAnsi"/>
                  <w:color w:val="000000"/>
                  <w:sz w:val="20"/>
                  <w:szCs w:val="20"/>
                  <w:lang w:eastAsia="en-IN"/>
                </w:rPr>
                <w:t>636</w:t>
              </w:r>
            </w:hyperlink>
          </w:p>
        </w:tc>
      </w:tr>
      <w:tr w:rsidR="00565F67" w:rsidRPr="00EB75F0" w14:paraId="1852EB4C" w14:textId="77777777" w:rsidTr="007C010D">
        <w:trPr>
          <w:trHeight w:val="429"/>
        </w:trPr>
        <w:tc>
          <w:tcPr>
            <w:tcW w:w="439" w:type="pct"/>
          </w:tcPr>
          <w:p w14:paraId="2CD5EA33"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11</w:t>
            </w:r>
          </w:p>
        </w:tc>
        <w:tc>
          <w:tcPr>
            <w:tcW w:w="3902" w:type="pct"/>
            <w:vAlign w:val="center"/>
          </w:tcPr>
          <w:p w14:paraId="25866B63"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w:t>
            </w:r>
            <w:proofErr w:type="spellStart"/>
            <w:r w:rsidRPr="00EB75F0">
              <w:rPr>
                <w:rFonts w:asciiTheme="minorHAnsi" w:eastAsia="Times New Roman" w:hAnsiTheme="minorHAnsi" w:cstheme="minorHAnsi"/>
                <w:color w:val="000000"/>
                <w:lang w:eastAsia="en-IN"/>
              </w:rPr>
              <w:t>lumateperone</w:t>
            </w:r>
            <w:proofErr w:type="spellEnd"/>
            <w:r w:rsidRPr="00EB75F0">
              <w:rPr>
                <w:rFonts w:asciiTheme="minorHAnsi" w:eastAsia="Times New Roman" w:hAnsiTheme="minorHAnsi" w:cstheme="minorHAnsi"/>
                <w:color w:val="000000"/>
                <w:lang w:eastAsia="en-IN"/>
              </w:rPr>
              <w:t xml:space="preserve">" [Supplementary Concept] OR </w:t>
            </w:r>
            <w:proofErr w:type="spellStart"/>
            <w:r w:rsidRPr="00EB75F0">
              <w:rPr>
                <w:rFonts w:asciiTheme="minorHAnsi" w:eastAsia="Times New Roman" w:hAnsiTheme="minorHAnsi" w:cstheme="minorHAnsi"/>
                <w:color w:val="000000"/>
                <w:lang w:eastAsia="en-IN"/>
              </w:rPr>
              <w:t>lumateperone</w:t>
            </w:r>
            <w:proofErr w:type="spellEnd"/>
            <w:r w:rsidRPr="00EB75F0">
              <w:rPr>
                <w:rFonts w:asciiTheme="minorHAnsi" w:eastAsia="Times New Roman" w:hAnsiTheme="minorHAnsi" w:cstheme="minorHAnsi"/>
                <w:color w:val="000000"/>
                <w:lang w:eastAsia="en-IN"/>
              </w:rPr>
              <w:t>[Title/Abstract]</w:t>
            </w:r>
          </w:p>
        </w:tc>
        <w:tc>
          <w:tcPr>
            <w:tcW w:w="659" w:type="pct"/>
            <w:vAlign w:val="center"/>
          </w:tcPr>
          <w:p w14:paraId="30D28C08" w14:textId="022FC1A1"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hyperlink r:id="rId22" w:history="1">
              <w:r w:rsidRPr="00EB75F0">
                <w:rPr>
                  <w:rFonts w:asciiTheme="minorHAnsi" w:eastAsia="Times New Roman" w:hAnsiTheme="minorHAnsi" w:cstheme="minorHAnsi"/>
                  <w:color w:val="000000"/>
                  <w:sz w:val="20"/>
                  <w:szCs w:val="20"/>
                  <w:lang w:eastAsia="en-IN"/>
                </w:rPr>
                <w:t>78</w:t>
              </w:r>
            </w:hyperlink>
          </w:p>
        </w:tc>
      </w:tr>
      <w:tr w:rsidR="00565F67" w:rsidRPr="00EB75F0" w14:paraId="1865C62E" w14:textId="77777777" w:rsidTr="007C010D">
        <w:trPr>
          <w:trHeight w:val="429"/>
        </w:trPr>
        <w:tc>
          <w:tcPr>
            <w:tcW w:w="439" w:type="pct"/>
          </w:tcPr>
          <w:p w14:paraId="401974A9"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12</w:t>
            </w:r>
          </w:p>
        </w:tc>
        <w:tc>
          <w:tcPr>
            <w:tcW w:w="3902" w:type="pct"/>
            <w:vAlign w:val="center"/>
          </w:tcPr>
          <w:p w14:paraId="2B9D5E1F"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#11 and #6 and #7</w:t>
            </w:r>
          </w:p>
        </w:tc>
        <w:tc>
          <w:tcPr>
            <w:tcW w:w="659" w:type="pct"/>
            <w:vAlign w:val="center"/>
          </w:tcPr>
          <w:p w14:paraId="4F30A639" w14:textId="68C8AF6B"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hyperlink r:id="rId23" w:history="1">
              <w:r w:rsidRPr="00EB75F0">
                <w:rPr>
                  <w:rFonts w:asciiTheme="minorHAnsi" w:eastAsia="Times New Roman" w:hAnsiTheme="minorHAnsi" w:cstheme="minorHAnsi"/>
                  <w:color w:val="000000"/>
                  <w:sz w:val="20"/>
                  <w:szCs w:val="20"/>
                  <w:lang w:eastAsia="en-IN"/>
                </w:rPr>
                <w:t>19</w:t>
              </w:r>
            </w:hyperlink>
          </w:p>
        </w:tc>
      </w:tr>
      <w:tr w:rsidR="00565F67" w:rsidRPr="00EB75F0" w14:paraId="764DD1AB" w14:textId="77777777" w:rsidTr="007C010D">
        <w:trPr>
          <w:trHeight w:val="429"/>
        </w:trPr>
        <w:tc>
          <w:tcPr>
            <w:tcW w:w="439" w:type="pct"/>
          </w:tcPr>
          <w:p w14:paraId="137094A7"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13</w:t>
            </w:r>
          </w:p>
        </w:tc>
        <w:tc>
          <w:tcPr>
            <w:tcW w:w="3902" w:type="pct"/>
            <w:vAlign w:val="center"/>
          </w:tcPr>
          <w:p w14:paraId="61037826"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#10 or #12</w:t>
            </w:r>
          </w:p>
        </w:tc>
        <w:tc>
          <w:tcPr>
            <w:tcW w:w="659" w:type="pct"/>
            <w:vAlign w:val="center"/>
          </w:tcPr>
          <w:p w14:paraId="5D252D75" w14:textId="3FD98310"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hyperlink r:id="rId24" w:history="1">
              <w:r w:rsidRPr="00EB75F0">
                <w:rPr>
                  <w:rFonts w:asciiTheme="minorHAnsi" w:eastAsia="Times New Roman" w:hAnsiTheme="minorHAnsi" w:cstheme="minorHAnsi"/>
                  <w:color w:val="000000"/>
                  <w:sz w:val="20"/>
                  <w:szCs w:val="20"/>
                  <w:lang w:eastAsia="en-IN"/>
                </w:rPr>
                <w:t>646</w:t>
              </w:r>
            </w:hyperlink>
          </w:p>
        </w:tc>
      </w:tr>
    </w:tbl>
    <w:p w14:paraId="00E4394A" w14:textId="77777777" w:rsidR="00565F67" w:rsidRPr="00EB75F0" w:rsidRDefault="00565F67" w:rsidP="00565F67">
      <w:pPr>
        <w:pStyle w:val="Caption"/>
      </w:pPr>
    </w:p>
    <w:p w14:paraId="22718A1B" w14:textId="6239003A" w:rsidR="00565F67" w:rsidRPr="00541089" w:rsidRDefault="00565F67" w:rsidP="009A27D2">
      <w:pPr>
        <w:pStyle w:val="Heading2"/>
        <w:rPr>
          <w:color w:val="000000"/>
        </w:rPr>
      </w:pPr>
      <w:r w:rsidRPr="00541089">
        <w:rPr>
          <w:color w:val="000000"/>
        </w:rPr>
        <w:t>Table S</w:t>
      </w:r>
      <w:r w:rsidR="00EE288E" w:rsidRPr="00541089">
        <w:rPr>
          <w:color w:val="000000"/>
        </w:rPr>
        <w:fldChar w:fldCharType="begin"/>
      </w:r>
      <w:r w:rsidR="00EE288E" w:rsidRPr="00541089">
        <w:rPr>
          <w:color w:val="000000"/>
        </w:rPr>
        <w:instrText xml:space="preserve"> STYLEREF 1 \s </w:instrText>
      </w:r>
      <w:r w:rsidR="00EE288E" w:rsidRPr="00541089">
        <w:rPr>
          <w:color w:val="000000"/>
        </w:rPr>
        <w:fldChar w:fldCharType="separate"/>
      </w:r>
      <w:r w:rsidR="004B2F28">
        <w:rPr>
          <w:noProof/>
          <w:color w:val="000000"/>
        </w:rPr>
        <w:t>2</w:t>
      </w:r>
      <w:r w:rsidR="00EE288E" w:rsidRPr="00541089">
        <w:rPr>
          <w:color w:val="000000"/>
        </w:rPr>
        <w:fldChar w:fldCharType="end"/>
      </w:r>
      <w:r w:rsidR="00EE288E" w:rsidRPr="00541089">
        <w:rPr>
          <w:color w:val="000000"/>
        </w:rPr>
        <w:noBreakHyphen/>
      </w:r>
      <w:r w:rsidR="00EE288E" w:rsidRPr="00541089">
        <w:rPr>
          <w:color w:val="000000"/>
        </w:rPr>
        <w:fldChar w:fldCharType="begin"/>
      </w:r>
      <w:r w:rsidR="00EE288E" w:rsidRPr="00541089">
        <w:rPr>
          <w:color w:val="000000"/>
        </w:rPr>
        <w:instrText xml:space="preserve"> SEQ Table \* ARABIC \s 1 </w:instrText>
      </w:r>
      <w:r w:rsidR="00EE288E" w:rsidRPr="00541089">
        <w:rPr>
          <w:color w:val="000000"/>
        </w:rPr>
        <w:fldChar w:fldCharType="separate"/>
      </w:r>
      <w:r w:rsidR="004B2F28">
        <w:rPr>
          <w:noProof/>
          <w:color w:val="000000"/>
        </w:rPr>
        <w:t>3</w:t>
      </w:r>
      <w:r w:rsidR="00EE288E" w:rsidRPr="00541089">
        <w:rPr>
          <w:color w:val="000000"/>
        </w:rPr>
        <w:fldChar w:fldCharType="end"/>
      </w:r>
      <w:r w:rsidRPr="00541089">
        <w:rPr>
          <w:color w:val="000000"/>
        </w:rPr>
        <w:t>: PsycINFO search strategy (March 20, 2024)</w:t>
      </w:r>
    </w:p>
    <w:tbl>
      <w:tblPr>
        <w:tblStyle w:val="Lumanitytable"/>
        <w:tblW w:w="5000" w:type="pct"/>
        <w:tblLook w:val="04A0" w:firstRow="1" w:lastRow="0" w:firstColumn="1" w:lastColumn="0" w:noHBand="0" w:noVBand="1"/>
      </w:tblPr>
      <w:tblGrid>
        <w:gridCol w:w="845"/>
        <w:gridCol w:w="7514"/>
        <w:gridCol w:w="1269"/>
      </w:tblGrid>
      <w:tr w:rsidR="00565F67" w:rsidRPr="00EB75F0" w14:paraId="6DC6A755" w14:textId="77777777" w:rsidTr="007C010D">
        <w:trPr>
          <w:cnfStyle w:val="100000000000" w:firstRow="1" w:lastRow="0" w:firstColumn="0" w:lastColumn="0" w:oddVBand="0" w:evenVBand="0" w:oddHBand="0" w:evenHBand="0" w:firstRowFirstColumn="0" w:firstRowLastColumn="0" w:lastRowFirstColumn="0" w:lastRowLastColumn="0"/>
          <w:tblHeader/>
        </w:trPr>
        <w:tc>
          <w:tcPr>
            <w:tcW w:w="439" w:type="pct"/>
          </w:tcPr>
          <w:p w14:paraId="78CBE062" w14:textId="77777777" w:rsidR="00565F67" w:rsidRPr="00EB75F0" w:rsidRDefault="00565F67" w:rsidP="00C32B29">
            <w:pPr>
              <w:pStyle w:val="TableText"/>
              <w:rPr>
                <w:noProof/>
              </w:rPr>
            </w:pPr>
            <w:r w:rsidRPr="00EB75F0">
              <w:rPr>
                <w:noProof/>
                <w:color w:val="FFFFFF" w:themeColor="background1"/>
              </w:rPr>
              <w:t>No.</w:t>
            </w:r>
          </w:p>
        </w:tc>
        <w:tc>
          <w:tcPr>
            <w:tcW w:w="3902" w:type="pct"/>
          </w:tcPr>
          <w:p w14:paraId="406C00BE" w14:textId="77777777" w:rsidR="00565F67" w:rsidRPr="00EB75F0" w:rsidRDefault="00565F67" w:rsidP="00C32B29">
            <w:pPr>
              <w:pStyle w:val="TableHeading"/>
              <w:rPr>
                <w:b w:val="0"/>
                <w:bCs/>
                <w:noProof/>
              </w:rPr>
            </w:pPr>
            <w:r w:rsidRPr="00EB75F0">
              <w:rPr>
                <w:noProof/>
              </w:rPr>
              <w:t>Search</w:t>
            </w:r>
          </w:p>
        </w:tc>
        <w:tc>
          <w:tcPr>
            <w:tcW w:w="659" w:type="pct"/>
          </w:tcPr>
          <w:p w14:paraId="0A655DA8" w14:textId="77777777" w:rsidR="00565F67" w:rsidRPr="00EB75F0" w:rsidRDefault="00565F67" w:rsidP="00C32B29">
            <w:pPr>
              <w:pStyle w:val="TableHeading"/>
              <w:rPr>
                <w:b w:val="0"/>
                <w:bCs/>
                <w:noProof/>
              </w:rPr>
            </w:pPr>
            <w:r w:rsidRPr="00EB75F0">
              <w:rPr>
                <w:noProof/>
              </w:rPr>
              <w:t>Results</w:t>
            </w:r>
          </w:p>
        </w:tc>
      </w:tr>
      <w:tr w:rsidR="00565F67" w:rsidRPr="00EB75F0" w14:paraId="7D08E3E3" w14:textId="77777777" w:rsidTr="007C010D">
        <w:trPr>
          <w:trHeight w:val="429"/>
        </w:trPr>
        <w:tc>
          <w:tcPr>
            <w:tcW w:w="439" w:type="pct"/>
          </w:tcPr>
          <w:p w14:paraId="790E55A5"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w:t>
            </w:r>
          </w:p>
        </w:tc>
        <w:tc>
          <w:tcPr>
            <w:tcW w:w="3902" w:type="pct"/>
            <w:vAlign w:val="center"/>
          </w:tcPr>
          <w:p w14:paraId="35F89F31"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MA (Amisulpride or Aripiprazole or </w:t>
            </w:r>
            <w:proofErr w:type="spellStart"/>
            <w:r w:rsidRPr="00EB75F0">
              <w:rPr>
                <w:rFonts w:asciiTheme="minorHAnsi" w:eastAsia="Times New Roman" w:hAnsiTheme="minorHAnsi" w:cstheme="minorHAnsi"/>
                <w:color w:val="000000"/>
                <w:lang w:eastAsia="en-IN"/>
              </w:rPr>
              <w:t>Asenapine</w:t>
            </w:r>
            <w:proofErr w:type="spellEnd"/>
            <w:r w:rsidRPr="00EB75F0">
              <w:rPr>
                <w:rFonts w:asciiTheme="minorHAnsi" w:eastAsia="Times New Roman" w:hAnsiTheme="minorHAnsi" w:cstheme="minorHAnsi"/>
                <w:color w:val="000000"/>
                <w:lang w:eastAsia="en-IN"/>
              </w:rPr>
              <w:t xml:space="preserve"> or Benperidol or </w:t>
            </w:r>
            <w:proofErr w:type="spellStart"/>
            <w:r w:rsidRPr="00EB75F0">
              <w:rPr>
                <w:rFonts w:asciiTheme="minorHAnsi" w:eastAsia="Times New Roman" w:hAnsiTheme="minorHAnsi" w:cstheme="minorHAnsi"/>
                <w:color w:val="000000"/>
                <w:lang w:eastAsia="en-IN"/>
              </w:rPr>
              <w:t>Cariprazine</w:t>
            </w:r>
            <w:proofErr w:type="spellEnd"/>
            <w:r w:rsidRPr="00EB75F0">
              <w:rPr>
                <w:rFonts w:asciiTheme="minorHAnsi" w:eastAsia="Times New Roman" w:hAnsiTheme="minorHAnsi" w:cstheme="minorHAnsi"/>
                <w:color w:val="000000"/>
                <w:lang w:eastAsia="en-IN"/>
              </w:rPr>
              <w:t xml:space="preserve"> or Chlorpromazine or Clopenthixol or Clozapine or </w:t>
            </w:r>
            <w:proofErr w:type="spellStart"/>
            <w:r w:rsidRPr="00EB75F0">
              <w:rPr>
                <w:rFonts w:asciiTheme="minorHAnsi" w:eastAsia="Times New Roman" w:hAnsiTheme="minorHAnsi" w:cstheme="minorHAnsi"/>
                <w:color w:val="000000"/>
                <w:lang w:eastAsia="en-IN"/>
              </w:rPr>
              <w:t>Flupenthixol</w:t>
            </w:r>
            <w:proofErr w:type="spellEnd"/>
            <w:r w:rsidRPr="00EB75F0">
              <w:rPr>
                <w:rFonts w:asciiTheme="minorHAnsi" w:eastAsia="Times New Roman" w:hAnsiTheme="minorHAnsi" w:cstheme="minorHAnsi"/>
                <w:color w:val="000000"/>
                <w:lang w:eastAsia="en-IN"/>
              </w:rPr>
              <w:t xml:space="preserve"> or Fluphenazine or </w:t>
            </w:r>
            <w:proofErr w:type="spellStart"/>
            <w:r w:rsidRPr="00EB75F0">
              <w:rPr>
                <w:rFonts w:asciiTheme="minorHAnsi" w:eastAsia="Times New Roman" w:hAnsiTheme="minorHAnsi" w:cstheme="minorHAnsi"/>
                <w:color w:val="000000"/>
                <w:lang w:eastAsia="en-IN"/>
              </w:rPr>
              <w:t>Fluspirilene</w:t>
            </w:r>
            <w:proofErr w:type="spellEnd"/>
            <w:r w:rsidRPr="00EB75F0">
              <w:rPr>
                <w:rFonts w:asciiTheme="minorHAnsi" w:eastAsia="Times New Roman" w:hAnsiTheme="minorHAnsi" w:cstheme="minorHAnsi"/>
                <w:color w:val="000000"/>
                <w:lang w:eastAsia="en-IN"/>
              </w:rPr>
              <w:t xml:space="preserve"> or Haloperidol or Iloperidone or Levomepromazine or </w:t>
            </w:r>
            <w:proofErr w:type="spellStart"/>
            <w:r w:rsidRPr="00EB75F0">
              <w:rPr>
                <w:rFonts w:asciiTheme="minorHAnsi" w:eastAsia="Times New Roman" w:hAnsiTheme="minorHAnsi" w:cstheme="minorHAnsi"/>
                <w:color w:val="000000"/>
                <w:lang w:eastAsia="en-IN"/>
              </w:rPr>
              <w:t>Loxapine</w:t>
            </w:r>
            <w:proofErr w:type="spellEnd"/>
            <w:r w:rsidRPr="00EB75F0">
              <w:rPr>
                <w:rFonts w:asciiTheme="minorHAnsi" w:eastAsia="Times New Roman" w:hAnsiTheme="minorHAnsi" w:cstheme="minorHAnsi"/>
                <w:color w:val="000000"/>
                <w:lang w:eastAsia="en-IN"/>
              </w:rPr>
              <w:t xml:space="preserve"> or Lurasidone or Molindone or Olanzapine or Paliperidone or Quetiapine or </w:t>
            </w:r>
            <w:proofErr w:type="spellStart"/>
            <w:r w:rsidRPr="00EB75F0">
              <w:rPr>
                <w:rFonts w:asciiTheme="minorHAnsi" w:eastAsia="Times New Roman" w:hAnsiTheme="minorHAnsi" w:cstheme="minorHAnsi"/>
                <w:color w:val="000000"/>
                <w:lang w:eastAsia="en-IN"/>
              </w:rPr>
              <w:t>Penfluridol</w:t>
            </w:r>
            <w:proofErr w:type="spellEnd"/>
            <w:r w:rsidRPr="00EB75F0">
              <w:rPr>
                <w:rFonts w:asciiTheme="minorHAnsi" w:eastAsia="Times New Roman" w:hAnsiTheme="minorHAnsi" w:cstheme="minorHAnsi"/>
                <w:color w:val="000000"/>
                <w:lang w:eastAsia="en-IN"/>
              </w:rPr>
              <w:t xml:space="preserve"> or </w:t>
            </w:r>
            <w:proofErr w:type="spellStart"/>
            <w:r w:rsidRPr="00EB75F0">
              <w:rPr>
                <w:rFonts w:asciiTheme="minorHAnsi" w:eastAsia="Times New Roman" w:hAnsiTheme="minorHAnsi" w:cstheme="minorHAnsi"/>
                <w:color w:val="000000"/>
                <w:lang w:eastAsia="en-IN"/>
              </w:rPr>
              <w:t>Perazine</w:t>
            </w:r>
            <w:proofErr w:type="spellEnd"/>
            <w:r w:rsidRPr="00EB75F0">
              <w:rPr>
                <w:rFonts w:asciiTheme="minorHAnsi" w:eastAsia="Times New Roman" w:hAnsiTheme="minorHAnsi" w:cstheme="minorHAnsi"/>
                <w:color w:val="000000"/>
                <w:lang w:eastAsia="en-IN"/>
              </w:rPr>
              <w:t xml:space="preserve"> or Perphenazine or Pimozide or Risperidone or </w:t>
            </w:r>
            <w:proofErr w:type="spellStart"/>
            <w:r w:rsidRPr="00EB75F0">
              <w:rPr>
                <w:rFonts w:asciiTheme="minorHAnsi" w:eastAsia="Times New Roman" w:hAnsiTheme="minorHAnsi" w:cstheme="minorHAnsi"/>
                <w:color w:val="000000"/>
                <w:lang w:eastAsia="en-IN"/>
              </w:rPr>
              <w:t>Sertindole</w:t>
            </w:r>
            <w:proofErr w:type="spellEnd"/>
            <w:r w:rsidRPr="00EB75F0">
              <w:rPr>
                <w:rFonts w:asciiTheme="minorHAnsi" w:eastAsia="Times New Roman" w:hAnsiTheme="minorHAnsi" w:cstheme="minorHAnsi"/>
                <w:color w:val="000000"/>
                <w:lang w:eastAsia="en-IN"/>
              </w:rPr>
              <w:t xml:space="preserve"> or </w:t>
            </w:r>
            <w:proofErr w:type="spellStart"/>
            <w:r w:rsidRPr="00EB75F0">
              <w:rPr>
                <w:rFonts w:asciiTheme="minorHAnsi" w:eastAsia="Times New Roman" w:hAnsiTheme="minorHAnsi" w:cstheme="minorHAnsi"/>
                <w:color w:val="000000"/>
                <w:lang w:eastAsia="en-IN"/>
              </w:rPr>
              <w:t>Sulpiride</w:t>
            </w:r>
            <w:proofErr w:type="spellEnd"/>
            <w:r w:rsidRPr="00EB75F0">
              <w:rPr>
                <w:rFonts w:asciiTheme="minorHAnsi" w:eastAsia="Times New Roman" w:hAnsiTheme="minorHAnsi" w:cstheme="minorHAnsi"/>
                <w:color w:val="000000"/>
                <w:lang w:eastAsia="en-IN"/>
              </w:rPr>
              <w:t xml:space="preserve"> or Thioridazine or Thiothixene or Trifluoperazine or Ziprasidone or Zotepine or Zuclopenthixol) </w:t>
            </w:r>
          </w:p>
        </w:tc>
        <w:tc>
          <w:tcPr>
            <w:tcW w:w="659" w:type="pct"/>
            <w:vAlign w:val="center"/>
          </w:tcPr>
          <w:p w14:paraId="1DFFE535"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18.645</w:t>
            </w:r>
          </w:p>
        </w:tc>
      </w:tr>
      <w:tr w:rsidR="00565F67" w:rsidRPr="00EB75F0" w14:paraId="326E73FF" w14:textId="77777777" w:rsidTr="007C010D">
        <w:trPr>
          <w:trHeight w:val="429"/>
        </w:trPr>
        <w:tc>
          <w:tcPr>
            <w:tcW w:w="439" w:type="pct"/>
          </w:tcPr>
          <w:p w14:paraId="591B8029"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2</w:t>
            </w:r>
          </w:p>
        </w:tc>
        <w:tc>
          <w:tcPr>
            <w:tcW w:w="3902" w:type="pct"/>
            <w:vAlign w:val="center"/>
          </w:tcPr>
          <w:p w14:paraId="0F10991D"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TX (Amisulpride or Aripiprazole or </w:t>
            </w:r>
            <w:proofErr w:type="spellStart"/>
            <w:r w:rsidRPr="00EB75F0">
              <w:rPr>
                <w:rFonts w:asciiTheme="minorHAnsi" w:eastAsia="Times New Roman" w:hAnsiTheme="minorHAnsi" w:cstheme="minorHAnsi"/>
                <w:color w:val="000000"/>
                <w:lang w:eastAsia="en-IN"/>
              </w:rPr>
              <w:t>Asenapine</w:t>
            </w:r>
            <w:proofErr w:type="spellEnd"/>
            <w:r w:rsidRPr="00EB75F0">
              <w:rPr>
                <w:rFonts w:asciiTheme="minorHAnsi" w:eastAsia="Times New Roman" w:hAnsiTheme="minorHAnsi" w:cstheme="minorHAnsi"/>
                <w:color w:val="000000"/>
                <w:lang w:eastAsia="en-IN"/>
              </w:rPr>
              <w:t xml:space="preserve"> or Benperidol or </w:t>
            </w:r>
            <w:proofErr w:type="spellStart"/>
            <w:r w:rsidRPr="00EB75F0">
              <w:rPr>
                <w:rFonts w:asciiTheme="minorHAnsi" w:eastAsia="Times New Roman" w:hAnsiTheme="minorHAnsi" w:cstheme="minorHAnsi"/>
                <w:color w:val="000000"/>
                <w:lang w:eastAsia="en-IN"/>
              </w:rPr>
              <w:t>Cariprazine</w:t>
            </w:r>
            <w:proofErr w:type="spellEnd"/>
            <w:r w:rsidRPr="00EB75F0">
              <w:rPr>
                <w:rFonts w:asciiTheme="minorHAnsi" w:eastAsia="Times New Roman" w:hAnsiTheme="minorHAnsi" w:cstheme="minorHAnsi"/>
                <w:color w:val="000000"/>
                <w:lang w:eastAsia="en-IN"/>
              </w:rPr>
              <w:t xml:space="preserve"> or Chlorpromazine or Clopenthixol or Clozapine or </w:t>
            </w:r>
            <w:proofErr w:type="spellStart"/>
            <w:r w:rsidRPr="00EB75F0">
              <w:rPr>
                <w:rFonts w:asciiTheme="minorHAnsi" w:eastAsia="Times New Roman" w:hAnsiTheme="minorHAnsi" w:cstheme="minorHAnsi"/>
                <w:color w:val="000000"/>
                <w:lang w:eastAsia="en-IN"/>
              </w:rPr>
              <w:t>Flupenthixol</w:t>
            </w:r>
            <w:proofErr w:type="spellEnd"/>
            <w:r w:rsidRPr="00EB75F0">
              <w:rPr>
                <w:rFonts w:asciiTheme="minorHAnsi" w:eastAsia="Times New Roman" w:hAnsiTheme="minorHAnsi" w:cstheme="minorHAnsi"/>
                <w:color w:val="000000"/>
                <w:lang w:eastAsia="en-IN"/>
              </w:rPr>
              <w:t xml:space="preserve"> or Fluphenazine or </w:t>
            </w:r>
            <w:proofErr w:type="spellStart"/>
            <w:r w:rsidRPr="00EB75F0">
              <w:rPr>
                <w:rFonts w:asciiTheme="minorHAnsi" w:eastAsia="Times New Roman" w:hAnsiTheme="minorHAnsi" w:cstheme="minorHAnsi"/>
                <w:color w:val="000000"/>
                <w:lang w:eastAsia="en-IN"/>
              </w:rPr>
              <w:t>Fluspirilene</w:t>
            </w:r>
            <w:proofErr w:type="spellEnd"/>
            <w:r w:rsidRPr="00EB75F0">
              <w:rPr>
                <w:rFonts w:asciiTheme="minorHAnsi" w:eastAsia="Times New Roman" w:hAnsiTheme="minorHAnsi" w:cstheme="minorHAnsi"/>
                <w:color w:val="000000"/>
                <w:lang w:eastAsia="en-IN"/>
              </w:rPr>
              <w:t xml:space="preserve"> or Haloperidol or Iloperidone or Levomepromazine or </w:t>
            </w:r>
            <w:proofErr w:type="spellStart"/>
            <w:r w:rsidRPr="00EB75F0">
              <w:rPr>
                <w:rFonts w:asciiTheme="minorHAnsi" w:eastAsia="Times New Roman" w:hAnsiTheme="minorHAnsi" w:cstheme="minorHAnsi"/>
                <w:color w:val="000000"/>
                <w:lang w:eastAsia="en-IN"/>
              </w:rPr>
              <w:t>Loxapine</w:t>
            </w:r>
            <w:proofErr w:type="spellEnd"/>
            <w:r w:rsidRPr="00EB75F0">
              <w:rPr>
                <w:rFonts w:asciiTheme="minorHAnsi" w:eastAsia="Times New Roman" w:hAnsiTheme="minorHAnsi" w:cstheme="minorHAnsi"/>
                <w:color w:val="000000"/>
                <w:lang w:eastAsia="en-IN"/>
              </w:rPr>
              <w:t xml:space="preserve"> or Lurasidone or Molindone or Olanzapine or Paliperidone or Quetiapine or </w:t>
            </w:r>
            <w:proofErr w:type="spellStart"/>
            <w:r w:rsidRPr="00EB75F0">
              <w:rPr>
                <w:rFonts w:asciiTheme="minorHAnsi" w:eastAsia="Times New Roman" w:hAnsiTheme="minorHAnsi" w:cstheme="minorHAnsi"/>
                <w:color w:val="000000"/>
                <w:lang w:eastAsia="en-IN"/>
              </w:rPr>
              <w:t>Penfluridol</w:t>
            </w:r>
            <w:proofErr w:type="spellEnd"/>
            <w:r w:rsidRPr="00EB75F0">
              <w:rPr>
                <w:rFonts w:asciiTheme="minorHAnsi" w:eastAsia="Times New Roman" w:hAnsiTheme="minorHAnsi" w:cstheme="minorHAnsi"/>
                <w:color w:val="000000"/>
                <w:lang w:eastAsia="en-IN"/>
              </w:rPr>
              <w:t xml:space="preserve"> or </w:t>
            </w:r>
            <w:proofErr w:type="spellStart"/>
            <w:r w:rsidRPr="00EB75F0">
              <w:rPr>
                <w:rFonts w:asciiTheme="minorHAnsi" w:eastAsia="Times New Roman" w:hAnsiTheme="minorHAnsi" w:cstheme="minorHAnsi"/>
                <w:color w:val="000000"/>
                <w:lang w:eastAsia="en-IN"/>
              </w:rPr>
              <w:t>Perazine</w:t>
            </w:r>
            <w:proofErr w:type="spellEnd"/>
            <w:r w:rsidRPr="00EB75F0">
              <w:rPr>
                <w:rFonts w:asciiTheme="minorHAnsi" w:eastAsia="Times New Roman" w:hAnsiTheme="minorHAnsi" w:cstheme="minorHAnsi"/>
                <w:color w:val="000000"/>
                <w:lang w:eastAsia="en-IN"/>
              </w:rPr>
              <w:t xml:space="preserve"> or Perphenazine or Pimozide or Risperidone or </w:t>
            </w:r>
            <w:proofErr w:type="spellStart"/>
            <w:r w:rsidRPr="00EB75F0">
              <w:rPr>
                <w:rFonts w:asciiTheme="minorHAnsi" w:eastAsia="Times New Roman" w:hAnsiTheme="minorHAnsi" w:cstheme="minorHAnsi"/>
                <w:color w:val="000000"/>
                <w:lang w:eastAsia="en-IN"/>
              </w:rPr>
              <w:t>Sertindole</w:t>
            </w:r>
            <w:proofErr w:type="spellEnd"/>
            <w:r w:rsidRPr="00EB75F0">
              <w:rPr>
                <w:rFonts w:asciiTheme="minorHAnsi" w:eastAsia="Times New Roman" w:hAnsiTheme="minorHAnsi" w:cstheme="minorHAnsi"/>
                <w:color w:val="000000"/>
                <w:lang w:eastAsia="en-IN"/>
              </w:rPr>
              <w:t xml:space="preserve"> or </w:t>
            </w:r>
            <w:proofErr w:type="spellStart"/>
            <w:r w:rsidRPr="00EB75F0">
              <w:rPr>
                <w:rFonts w:asciiTheme="minorHAnsi" w:eastAsia="Times New Roman" w:hAnsiTheme="minorHAnsi" w:cstheme="minorHAnsi"/>
                <w:color w:val="000000"/>
                <w:lang w:eastAsia="en-IN"/>
              </w:rPr>
              <w:t>Sulpiride</w:t>
            </w:r>
            <w:proofErr w:type="spellEnd"/>
            <w:r w:rsidRPr="00EB75F0">
              <w:rPr>
                <w:rFonts w:asciiTheme="minorHAnsi" w:eastAsia="Times New Roman" w:hAnsiTheme="minorHAnsi" w:cstheme="minorHAnsi"/>
                <w:color w:val="000000"/>
                <w:lang w:eastAsia="en-IN"/>
              </w:rPr>
              <w:t xml:space="preserve"> or Thioridazine or Thiothixene or Trifluoperazine or Ziprasidone or Zotepine or Zuclopenthixol) </w:t>
            </w:r>
          </w:p>
        </w:tc>
        <w:tc>
          <w:tcPr>
            <w:tcW w:w="659" w:type="pct"/>
            <w:vAlign w:val="center"/>
          </w:tcPr>
          <w:p w14:paraId="0ACE9673"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38.126</w:t>
            </w:r>
          </w:p>
        </w:tc>
      </w:tr>
      <w:tr w:rsidR="00565F67" w:rsidRPr="00EB75F0" w14:paraId="6F9C5EF9" w14:textId="77777777" w:rsidTr="007C010D">
        <w:trPr>
          <w:trHeight w:val="429"/>
        </w:trPr>
        <w:tc>
          <w:tcPr>
            <w:tcW w:w="439" w:type="pct"/>
          </w:tcPr>
          <w:p w14:paraId="5264DCA5"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3</w:t>
            </w:r>
          </w:p>
        </w:tc>
        <w:tc>
          <w:tcPr>
            <w:tcW w:w="3902" w:type="pct"/>
            <w:vAlign w:val="center"/>
          </w:tcPr>
          <w:p w14:paraId="02718C13"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S1 OR S2</w:t>
            </w:r>
          </w:p>
        </w:tc>
        <w:tc>
          <w:tcPr>
            <w:tcW w:w="659" w:type="pct"/>
            <w:vAlign w:val="center"/>
          </w:tcPr>
          <w:p w14:paraId="5917581E"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38.126</w:t>
            </w:r>
          </w:p>
        </w:tc>
      </w:tr>
      <w:tr w:rsidR="00565F67" w:rsidRPr="00EB75F0" w14:paraId="1FB8B440" w14:textId="77777777" w:rsidTr="007C010D">
        <w:trPr>
          <w:trHeight w:val="429"/>
        </w:trPr>
        <w:tc>
          <w:tcPr>
            <w:tcW w:w="439" w:type="pct"/>
          </w:tcPr>
          <w:p w14:paraId="5CF472C3"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4</w:t>
            </w:r>
          </w:p>
        </w:tc>
        <w:tc>
          <w:tcPr>
            <w:tcW w:w="3902" w:type="pct"/>
            <w:vAlign w:val="center"/>
          </w:tcPr>
          <w:p w14:paraId="28E389DE"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MJ schizophrenia </w:t>
            </w:r>
          </w:p>
        </w:tc>
        <w:tc>
          <w:tcPr>
            <w:tcW w:w="659" w:type="pct"/>
            <w:vAlign w:val="center"/>
          </w:tcPr>
          <w:p w14:paraId="3C2CDA1F"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90.577</w:t>
            </w:r>
          </w:p>
        </w:tc>
      </w:tr>
      <w:tr w:rsidR="00565F67" w:rsidRPr="00EB75F0" w14:paraId="0C01B06D" w14:textId="77777777" w:rsidTr="007C010D">
        <w:trPr>
          <w:trHeight w:val="429"/>
        </w:trPr>
        <w:tc>
          <w:tcPr>
            <w:tcW w:w="439" w:type="pct"/>
          </w:tcPr>
          <w:p w14:paraId="0BE7BEB0"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5</w:t>
            </w:r>
          </w:p>
        </w:tc>
        <w:tc>
          <w:tcPr>
            <w:tcW w:w="3902" w:type="pct"/>
            <w:vAlign w:val="center"/>
          </w:tcPr>
          <w:p w14:paraId="548B2BB2"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MJ schizoaffective disorder </w:t>
            </w:r>
          </w:p>
        </w:tc>
        <w:tc>
          <w:tcPr>
            <w:tcW w:w="659" w:type="pct"/>
            <w:vAlign w:val="center"/>
          </w:tcPr>
          <w:p w14:paraId="7A18299F"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2.326</w:t>
            </w:r>
          </w:p>
        </w:tc>
      </w:tr>
      <w:tr w:rsidR="00565F67" w:rsidRPr="00EB75F0" w14:paraId="7134197C" w14:textId="77777777" w:rsidTr="007C010D">
        <w:trPr>
          <w:trHeight w:val="429"/>
        </w:trPr>
        <w:tc>
          <w:tcPr>
            <w:tcW w:w="439" w:type="pct"/>
          </w:tcPr>
          <w:p w14:paraId="37D9FC39"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6</w:t>
            </w:r>
          </w:p>
        </w:tc>
        <w:tc>
          <w:tcPr>
            <w:tcW w:w="3902" w:type="pct"/>
            <w:vAlign w:val="center"/>
          </w:tcPr>
          <w:p w14:paraId="40ADDA25"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MJ schizophreniform disorder </w:t>
            </w:r>
          </w:p>
        </w:tc>
        <w:tc>
          <w:tcPr>
            <w:tcW w:w="659" w:type="pct"/>
            <w:vAlign w:val="center"/>
          </w:tcPr>
          <w:p w14:paraId="68968333"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217</w:t>
            </w:r>
          </w:p>
        </w:tc>
      </w:tr>
      <w:tr w:rsidR="00565F67" w:rsidRPr="00EB75F0" w14:paraId="060A2180" w14:textId="77777777" w:rsidTr="007C010D">
        <w:trPr>
          <w:trHeight w:val="429"/>
        </w:trPr>
        <w:tc>
          <w:tcPr>
            <w:tcW w:w="439" w:type="pct"/>
          </w:tcPr>
          <w:p w14:paraId="76C2A1B4"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7</w:t>
            </w:r>
          </w:p>
        </w:tc>
        <w:tc>
          <w:tcPr>
            <w:tcW w:w="3902" w:type="pct"/>
            <w:vAlign w:val="center"/>
          </w:tcPr>
          <w:p w14:paraId="23C279BE"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TX </w:t>
            </w:r>
            <w:proofErr w:type="spellStart"/>
            <w:r w:rsidRPr="00EB75F0">
              <w:rPr>
                <w:rFonts w:asciiTheme="minorHAnsi" w:eastAsia="Times New Roman" w:hAnsiTheme="minorHAnsi" w:cstheme="minorHAnsi"/>
                <w:color w:val="000000"/>
                <w:lang w:eastAsia="en-IN"/>
              </w:rPr>
              <w:t>schizo</w:t>
            </w:r>
            <w:proofErr w:type="spellEnd"/>
            <w:r w:rsidRPr="00EB75F0">
              <w:rPr>
                <w:rFonts w:asciiTheme="minorHAnsi" w:eastAsia="Times New Roman" w:hAnsiTheme="minorHAnsi" w:cstheme="minorHAnsi"/>
                <w:color w:val="000000"/>
                <w:lang w:eastAsia="en-IN"/>
              </w:rPr>
              <w:t xml:space="preserve">* </w:t>
            </w:r>
          </w:p>
        </w:tc>
        <w:tc>
          <w:tcPr>
            <w:tcW w:w="659" w:type="pct"/>
            <w:vAlign w:val="center"/>
          </w:tcPr>
          <w:p w14:paraId="76C53188"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175.024</w:t>
            </w:r>
          </w:p>
        </w:tc>
      </w:tr>
      <w:tr w:rsidR="00565F67" w:rsidRPr="00EB75F0" w14:paraId="60F1E67B" w14:textId="77777777" w:rsidTr="007C010D">
        <w:trPr>
          <w:trHeight w:val="429"/>
        </w:trPr>
        <w:tc>
          <w:tcPr>
            <w:tcW w:w="439" w:type="pct"/>
          </w:tcPr>
          <w:p w14:paraId="4DB3DEFA"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8</w:t>
            </w:r>
          </w:p>
        </w:tc>
        <w:tc>
          <w:tcPr>
            <w:tcW w:w="3902" w:type="pct"/>
            <w:vAlign w:val="center"/>
          </w:tcPr>
          <w:p w14:paraId="087DEE7F"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TX psychosis </w:t>
            </w:r>
          </w:p>
        </w:tc>
        <w:tc>
          <w:tcPr>
            <w:tcW w:w="659" w:type="pct"/>
            <w:vAlign w:val="center"/>
          </w:tcPr>
          <w:p w14:paraId="62333129"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73830</w:t>
            </w:r>
          </w:p>
        </w:tc>
      </w:tr>
      <w:tr w:rsidR="00565F67" w:rsidRPr="00EB75F0" w14:paraId="42809DFD" w14:textId="77777777" w:rsidTr="007C010D">
        <w:trPr>
          <w:trHeight w:val="429"/>
        </w:trPr>
        <w:tc>
          <w:tcPr>
            <w:tcW w:w="439" w:type="pct"/>
          </w:tcPr>
          <w:p w14:paraId="3B23EECD"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9</w:t>
            </w:r>
          </w:p>
        </w:tc>
        <w:tc>
          <w:tcPr>
            <w:tcW w:w="3902" w:type="pct"/>
            <w:vAlign w:val="center"/>
          </w:tcPr>
          <w:p w14:paraId="6C8CFA73"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TX </w:t>
            </w:r>
            <w:proofErr w:type="spellStart"/>
            <w:r w:rsidRPr="00EB75F0">
              <w:rPr>
                <w:rFonts w:asciiTheme="minorHAnsi" w:eastAsia="Times New Roman" w:hAnsiTheme="minorHAnsi" w:cstheme="minorHAnsi"/>
                <w:color w:val="000000"/>
                <w:lang w:eastAsia="en-IN"/>
              </w:rPr>
              <w:t>hebephreni</w:t>
            </w:r>
            <w:proofErr w:type="spellEnd"/>
            <w:r w:rsidRPr="00EB75F0">
              <w:rPr>
                <w:rFonts w:asciiTheme="minorHAnsi" w:eastAsia="Times New Roman" w:hAnsiTheme="minorHAnsi" w:cstheme="minorHAnsi"/>
                <w:color w:val="000000"/>
                <w:lang w:eastAsia="en-IN"/>
              </w:rPr>
              <w:t xml:space="preserve">* </w:t>
            </w:r>
          </w:p>
        </w:tc>
        <w:tc>
          <w:tcPr>
            <w:tcW w:w="659" w:type="pct"/>
            <w:vAlign w:val="center"/>
          </w:tcPr>
          <w:p w14:paraId="7770EEA8"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552</w:t>
            </w:r>
          </w:p>
        </w:tc>
      </w:tr>
      <w:tr w:rsidR="00565F67" w:rsidRPr="00EB75F0" w14:paraId="05D8230F" w14:textId="77777777" w:rsidTr="007C010D">
        <w:trPr>
          <w:trHeight w:val="429"/>
        </w:trPr>
        <w:tc>
          <w:tcPr>
            <w:tcW w:w="439" w:type="pct"/>
          </w:tcPr>
          <w:p w14:paraId="5B39CF98"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10</w:t>
            </w:r>
          </w:p>
        </w:tc>
        <w:tc>
          <w:tcPr>
            <w:tcW w:w="3902" w:type="pct"/>
            <w:vAlign w:val="center"/>
          </w:tcPr>
          <w:p w14:paraId="53DDEE82"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TX </w:t>
            </w:r>
            <w:proofErr w:type="spellStart"/>
            <w:r w:rsidRPr="00EB75F0">
              <w:rPr>
                <w:rFonts w:asciiTheme="minorHAnsi" w:eastAsia="Times New Roman" w:hAnsiTheme="minorHAnsi" w:cstheme="minorHAnsi"/>
                <w:color w:val="000000"/>
                <w:lang w:eastAsia="en-IN"/>
              </w:rPr>
              <w:t>oligophreni</w:t>
            </w:r>
            <w:proofErr w:type="spellEnd"/>
            <w:r w:rsidRPr="00EB75F0">
              <w:rPr>
                <w:rFonts w:asciiTheme="minorHAnsi" w:eastAsia="Times New Roman" w:hAnsiTheme="minorHAnsi" w:cstheme="minorHAnsi"/>
                <w:color w:val="000000"/>
                <w:lang w:eastAsia="en-IN"/>
              </w:rPr>
              <w:t xml:space="preserve">* </w:t>
            </w:r>
          </w:p>
        </w:tc>
        <w:tc>
          <w:tcPr>
            <w:tcW w:w="659" w:type="pct"/>
            <w:vAlign w:val="center"/>
          </w:tcPr>
          <w:p w14:paraId="0413C779"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526</w:t>
            </w:r>
          </w:p>
        </w:tc>
      </w:tr>
      <w:tr w:rsidR="00565F67" w:rsidRPr="00EB75F0" w14:paraId="7030E44E" w14:textId="77777777" w:rsidTr="007C010D">
        <w:trPr>
          <w:trHeight w:val="429"/>
        </w:trPr>
        <w:tc>
          <w:tcPr>
            <w:tcW w:w="439" w:type="pct"/>
          </w:tcPr>
          <w:p w14:paraId="4FC5AF78"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11</w:t>
            </w:r>
          </w:p>
        </w:tc>
        <w:tc>
          <w:tcPr>
            <w:tcW w:w="3902" w:type="pct"/>
            <w:vAlign w:val="center"/>
          </w:tcPr>
          <w:p w14:paraId="6DE97132"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TX psychotic* </w:t>
            </w:r>
          </w:p>
        </w:tc>
        <w:tc>
          <w:tcPr>
            <w:tcW w:w="659" w:type="pct"/>
            <w:vAlign w:val="center"/>
          </w:tcPr>
          <w:p w14:paraId="2FA88CDE"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115.677</w:t>
            </w:r>
          </w:p>
        </w:tc>
      </w:tr>
      <w:tr w:rsidR="00565F67" w:rsidRPr="00EB75F0" w14:paraId="65CCE84E" w14:textId="77777777" w:rsidTr="007C010D">
        <w:trPr>
          <w:trHeight w:val="429"/>
        </w:trPr>
        <w:tc>
          <w:tcPr>
            <w:tcW w:w="439" w:type="pct"/>
          </w:tcPr>
          <w:p w14:paraId="1EB3855D"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12</w:t>
            </w:r>
          </w:p>
        </w:tc>
        <w:tc>
          <w:tcPr>
            <w:tcW w:w="3902" w:type="pct"/>
            <w:vAlign w:val="center"/>
          </w:tcPr>
          <w:p w14:paraId="68101288"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TX psychosis</w:t>
            </w:r>
          </w:p>
        </w:tc>
        <w:tc>
          <w:tcPr>
            <w:tcW w:w="659" w:type="pct"/>
            <w:vAlign w:val="center"/>
          </w:tcPr>
          <w:p w14:paraId="4BA3CBC3"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73830</w:t>
            </w:r>
          </w:p>
        </w:tc>
      </w:tr>
      <w:tr w:rsidR="00565F67" w:rsidRPr="00EB75F0" w14:paraId="53669CA7" w14:textId="77777777" w:rsidTr="007C010D">
        <w:trPr>
          <w:trHeight w:val="429"/>
        </w:trPr>
        <w:tc>
          <w:tcPr>
            <w:tcW w:w="439" w:type="pct"/>
          </w:tcPr>
          <w:p w14:paraId="00F8EAD5"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13</w:t>
            </w:r>
          </w:p>
        </w:tc>
        <w:tc>
          <w:tcPr>
            <w:tcW w:w="3902" w:type="pct"/>
            <w:vAlign w:val="center"/>
          </w:tcPr>
          <w:p w14:paraId="68558F78"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TX psychoses </w:t>
            </w:r>
          </w:p>
        </w:tc>
        <w:tc>
          <w:tcPr>
            <w:tcW w:w="659" w:type="pct"/>
            <w:vAlign w:val="center"/>
          </w:tcPr>
          <w:p w14:paraId="356DE13C"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18623</w:t>
            </w:r>
          </w:p>
        </w:tc>
      </w:tr>
      <w:tr w:rsidR="00565F67" w:rsidRPr="00EB75F0" w14:paraId="6FFB4141" w14:textId="77777777" w:rsidTr="007C010D">
        <w:trPr>
          <w:trHeight w:val="429"/>
        </w:trPr>
        <w:tc>
          <w:tcPr>
            <w:tcW w:w="439" w:type="pct"/>
          </w:tcPr>
          <w:p w14:paraId="2294950D"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14</w:t>
            </w:r>
          </w:p>
        </w:tc>
        <w:tc>
          <w:tcPr>
            <w:tcW w:w="3902" w:type="pct"/>
            <w:vAlign w:val="center"/>
          </w:tcPr>
          <w:p w14:paraId="3926DA28"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(S4 OR S5 OR S6 OR S7 OR S8 OR S9 OR S10 OR S11 OR S12 OR S13) </w:t>
            </w:r>
          </w:p>
        </w:tc>
        <w:tc>
          <w:tcPr>
            <w:tcW w:w="659" w:type="pct"/>
            <w:vAlign w:val="center"/>
          </w:tcPr>
          <w:p w14:paraId="228C007B"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228120</w:t>
            </w:r>
          </w:p>
        </w:tc>
      </w:tr>
      <w:tr w:rsidR="00565F67" w:rsidRPr="00EB75F0" w14:paraId="75BD3D31" w14:textId="77777777" w:rsidTr="007C010D">
        <w:trPr>
          <w:trHeight w:val="429"/>
        </w:trPr>
        <w:tc>
          <w:tcPr>
            <w:tcW w:w="439" w:type="pct"/>
          </w:tcPr>
          <w:p w14:paraId="15033AE6"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15</w:t>
            </w:r>
          </w:p>
        </w:tc>
        <w:tc>
          <w:tcPr>
            <w:tcW w:w="3902" w:type="pct"/>
            <w:vAlign w:val="center"/>
          </w:tcPr>
          <w:p w14:paraId="37F74CC4"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TX (((</w:t>
            </w:r>
            <w:proofErr w:type="spellStart"/>
            <w:r w:rsidRPr="00EB75F0">
              <w:rPr>
                <w:rFonts w:asciiTheme="minorHAnsi" w:eastAsia="Times New Roman" w:hAnsiTheme="minorHAnsi" w:cstheme="minorHAnsi"/>
                <w:color w:val="000000"/>
                <w:lang w:eastAsia="en-IN"/>
              </w:rPr>
              <w:t>singl</w:t>
            </w:r>
            <w:proofErr w:type="spellEnd"/>
            <w:r w:rsidRPr="00EB75F0">
              <w:rPr>
                <w:rFonts w:asciiTheme="minorHAnsi" w:eastAsia="Times New Roman" w:hAnsiTheme="minorHAnsi" w:cstheme="minorHAnsi"/>
                <w:color w:val="000000"/>
                <w:lang w:eastAsia="en-IN"/>
              </w:rPr>
              <w:t xml:space="preserve">* OR </w:t>
            </w:r>
            <w:proofErr w:type="spellStart"/>
            <w:r w:rsidRPr="00EB75F0">
              <w:rPr>
                <w:rFonts w:asciiTheme="minorHAnsi" w:eastAsia="Times New Roman" w:hAnsiTheme="minorHAnsi" w:cstheme="minorHAnsi"/>
                <w:color w:val="000000"/>
                <w:lang w:eastAsia="en-IN"/>
              </w:rPr>
              <w:t>doubl</w:t>
            </w:r>
            <w:proofErr w:type="spellEnd"/>
            <w:r w:rsidRPr="00EB75F0">
              <w:rPr>
                <w:rFonts w:asciiTheme="minorHAnsi" w:eastAsia="Times New Roman" w:hAnsiTheme="minorHAnsi" w:cstheme="minorHAnsi"/>
                <w:color w:val="000000"/>
                <w:lang w:eastAsia="en-IN"/>
              </w:rPr>
              <w:t xml:space="preserve">* OR </w:t>
            </w:r>
            <w:proofErr w:type="spellStart"/>
            <w:r w:rsidRPr="00EB75F0">
              <w:rPr>
                <w:rFonts w:asciiTheme="minorHAnsi" w:eastAsia="Times New Roman" w:hAnsiTheme="minorHAnsi" w:cstheme="minorHAnsi"/>
                <w:color w:val="000000"/>
                <w:lang w:eastAsia="en-IN"/>
              </w:rPr>
              <w:t>trebl</w:t>
            </w:r>
            <w:proofErr w:type="spellEnd"/>
            <w:r w:rsidRPr="00EB75F0">
              <w:rPr>
                <w:rFonts w:asciiTheme="minorHAnsi" w:eastAsia="Times New Roman" w:hAnsiTheme="minorHAnsi" w:cstheme="minorHAnsi"/>
                <w:color w:val="000000"/>
                <w:lang w:eastAsia="en-IN"/>
              </w:rPr>
              <w:t xml:space="preserve">* OR </w:t>
            </w:r>
            <w:proofErr w:type="spellStart"/>
            <w:r w:rsidRPr="00EB75F0">
              <w:rPr>
                <w:rFonts w:asciiTheme="minorHAnsi" w:eastAsia="Times New Roman" w:hAnsiTheme="minorHAnsi" w:cstheme="minorHAnsi"/>
                <w:color w:val="000000"/>
                <w:lang w:eastAsia="en-IN"/>
              </w:rPr>
              <w:t>tripl</w:t>
            </w:r>
            <w:proofErr w:type="spellEnd"/>
            <w:r w:rsidRPr="00EB75F0">
              <w:rPr>
                <w:rFonts w:asciiTheme="minorHAnsi" w:eastAsia="Times New Roman" w:hAnsiTheme="minorHAnsi" w:cstheme="minorHAnsi"/>
                <w:color w:val="000000"/>
                <w:lang w:eastAsia="en-IN"/>
              </w:rPr>
              <w:t xml:space="preserve">*) N3 (blind* OR mask*))) </w:t>
            </w:r>
          </w:p>
        </w:tc>
        <w:tc>
          <w:tcPr>
            <w:tcW w:w="659" w:type="pct"/>
            <w:vAlign w:val="center"/>
          </w:tcPr>
          <w:p w14:paraId="2548D26C"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38.006</w:t>
            </w:r>
          </w:p>
        </w:tc>
      </w:tr>
      <w:tr w:rsidR="00565F67" w:rsidRPr="00EB75F0" w14:paraId="6D4BD21D" w14:textId="77777777" w:rsidTr="007C010D">
        <w:trPr>
          <w:trHeight w:val="429"/>
        </w:trPr>
        <w:tc>
          <w:tcPr>
            <w:tcW w:w="439" w:type="pct"/>
          </w:tcPr>
          <w:p w14:paraId="77E17756"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16</w:t>
            </w:r>
          </w:p>
        </w:tc>
        <w:tc>
          <w:tcPr>
            <w:tcW w:w="3902" w:type="pct"/>
            <w:vAlign w:val="center"/>
          </w:tcPr>
          <w:p w14:paraId="1FAC05DF"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TX (((random*) N3 (assign* or </w:t>
            </w:r>
            <w:proofErr w:type="spellStart"/>
            <w:r w:rsidRPr="00EB75F0">
              <w:rPr>
                <w:rFonts w:asciiTheme="minorHAnsi" w:eastAsia="Times New Roman" w:hAnsiTheme="minorHAnsi" w:cstheme="minorHAnsi"/>
                <w:color w:val="000000"/>
                <w:lang w:eastAsia="en-IN"/>
              </w:rPr>
              <w:t>allocat</w:t>
            </w:r>
            <w:proofErr w:type="spellEnd"/>
            <w:r w:rsidRPr="00EB75F0">
              <w:rPr>
                <w:rFonts w:asciiTheme="minorHAnsi" w:eastAsia="Times New Roman" w:hAnsiTheme="minorHAnsi" w:cstheme="minorHAnsi"/>
                <w:color w:val="000000"/>
                <w:lang w:eastAsia="en-IN"/>
              </w:rPr>
              <w:t xml:space="preserve">*))) </w:t>
            </w:r>
          </w:p>
        </w:tc>
        <w:tc>
          <w:tcPr>
            <w:tcW w:w="659" w:type="pct"/>
            <w:vAlign w:val="center"/>
          </w:tcPr>
          <w:p w14:paraId="2569F795"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61300</w:t>
            </w:r>
          </w:p>
        </w:tc>
      </w:tr>
      <w:tr w:rsidR="00565F67" w:rsidRPr="00EB75F0" w14:paraId="49AF1B83" w14:textId="77777777" w:rsidTr="007C010D">
        <w:trPr>
          <w:trHeight w:val="429"/>
        </w:trPr>
        <w:tc>
          <w:tcPr>
            <w:tcW w:w="439" w:type="pct"/>
          </w:tcPr>
          <w:p w14:paraId="10C88B37"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17</w:t>
            </w:r>
          </w:p>
        </w:tc>
        <w:tc>
          <w:tcPr>
            <w:tcW w:w="3902" w:type="pct"/>
            <w:vAlign w:val="center"/>
          </w:tcPr>
          <w:p w14:paraId="78916703"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TX (((</w:t>
            </w:r>
            <w:proofErr w:type="spellStart"/>
            <w:r w:rsidRPr="00EB75F0">
              <w:rPr>
                <w:rFonts w:asciiTheme="minorHAnsi" w:eastAsia="Times New Roman" w:hAnsiTheme="minorHAnsi" w:cstheme="minorHAnsi"/>
                <w:color w:val="000000"/>
                <w:lang w:eastAsia="en-IN"/>
              </w:rPr>
              <w:t>randomi</w:t>
            </w:r>
            <w:proofErr w:type="spellEnd"/>
            <w:r w:rsidRPr="00EB75F0">
              <w:rPr>
                <w:rFonts w:asciiTheme="minorHAnsi" w:eastAsia="Times New Roman" w:hAnsiTheme="minorHAnsi" w:cstheme="minorHAnsi"/>
                <w:color w:val="000000"/>
                <w:lang w:eastAsia="en-IN"/>
              </w:rPr>
              <w:t xml:space="preserve">*) or (crossover))) </w:t>
            </w:r>
          </w:p>
        </w:tc>
        <w:tc>
          <w:tcPr>
            <w:tcW w:w="659" w:type="pct"/>
            <w:vAlign w:val="center"/>
          </w:tcPr>
          <w:p w14:paraId="7D29DA78"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123.787</w:t>
            </w:r>
          </w:p>
        </w:tc>
      </w:tr>
      <w:tr w:rsidR="00565F67" w:rsidRPr="00EB75F0" w14:paraId="3544D06A" w14:textId="77777777" w:rsidTr="007C010D">
        <w:trPr>
          <w:trHeight w:val="429"/>
        </w:trPr>
        <w:tc>
          <w:tcPr>
            <w:tcW w:w="439" w:type="pct"/>
          </w:tcPr>
          <w:p w14:paraId="5DBF5C69"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18</w:t>
            </w:r>
          </w:p>
        </w:tc>
        <w:tc>
          <w:tcPr>
            <w:tcW w:w="3902" w:type="pct"/>
            <w:vAlign w:val="center"/>
          </w:tcPr>
          <w:p w14:paraId="11491099"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(S15 OR S16 OR S17)</w:t>
            </w:r>
          </w:p>
        </w:tc>
        <w:tc>
          <w:tcPr>
            <w:tcW w:w="659" w:type="pct"/>
            <w:vAlign w:val="center"/>
          </w:tcPr>
          <w:p w14:paraId="3B0E7900"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183.587</w:t>
            </w:r>
          </w:p>
        </w:tc>
      </w:tr>
      <w:tr w:rsidR="00565F67" w:rsidRPr="00EB75F0" w14:paraId="464B57F9" w14:textId="77777777" w:rsidTr="007C010D">
        <w:trPr>
          <w:trHeight w:val="429"/>
        </w:trPr>
        <w:tc>
          <w:tcPr>
            <w:tcW w:w="439" w:type="pct"/>
          </w:tcPr>
          <w:p w14:paraId="2BFC3D10"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lastRenderedPageBreak/>
              <w:t>19</w:t>
            </w:r>
          </w:p>
        </w:tc>
        <w:tc>
          <w:tcPr>
            <w:tcW w:w="3902" w:type="pct"/>
            <w:vAlign w:val="center"/>
          </w:tcPr>
          <w:p w14:paraId="06BF5E64"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TX </w:t>
            </w:r>
            <w:proofErr w:type="spellStart"/>
            <w:r w:rsidRPr="00EB75F0">
              <w:rPr>
                <w:rFonts w:asciiTheme="minorHAnsi" w:eastAsia="Times New Roman" w:hAnsiTheme="minorHAnsi" w:cstheme="minorHAnsi"/>
                <w:color w:val="000000"/>
                <w:lang w:eastAsia="en-IN"/>
              </w:rPr>
              <w:t>lumateperone</w:t>
            </w:r>
            <w:proofErr w:type="spellEnd"/>
            <w:r w:rsidRPr="00EB75F0">
              <w:rPr>
                <w:rFonts w:asciiTheme="minorHAnsi" w:eastAsia="Times New Roman" w:hAnsiTheme="minorHAnsi" w:cstheme="minorHAnsi"/>
                <w:color w:val="000000"/>
                <w:lang w:eastAsia="en-IN"/>
              </w:rPr>
              <w:t xml:space="preserve"> </w:t>
            </w:r>
          </w:p>
        </w:tc>
        <w:tc>
          <w:tcPr>
            <w:tcW w:w="659" w:type="pct"/>
            <w:vAlign w:val="center"/>
          </w:tcPr>
          <w:p w14:paraId="7694D20E"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25</w:t>
            </w:r>
          </w:p>
        </w:tc>
      </w:tr>
      <w:tr w:rsidR="00565F67" w:rsidRPr="00EB75F0" w14:paraId="6E341B64" w14:textId="77777777" w:rsidTr="007C010D">
        <w:trPr>
          <w:trHeight w:val="429"/>
        </w:trPr>
        <w:tc>
          <w:tcPr>
            <w:tcW w:w="439" w:type="pct"/>
          </w:tcPr>
          <w:p w14:paraId="537AD315"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20</w:t>
            </w:r>
          </w:p>
        </w:tc>
        <w:tc>
          <w:tcPr>
            <w:tcW w:w="3902" w:type="pct"/>
            <w:vAlign w:val="center"/>
          </w:tcPr>
          <w:p w14:paraId="2A00AE7D"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(S3 and S14 and S18) limited 2019 to 2024</w:t>
            </w:r>
          </w:p>
        </w:tc>
        <w:tc>
          <w:tcPr>
            <w:tcW w:w="659" w:type="pct"/>
            <w:vAlign w:val="center"/>
          </w:tcPr>
          <w:p w14:paraId="7732AD6D"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396</w:t>
            </w:r>
          </w:p>
        </w:tc>
      </w:tr>
      <w:tr w:rsidR="00565F67" w:rsidRPr="00EB75F0" w14:paraId="496F8462" w14:textId="77777777" w:rsidTr="007C010D">
        <w:trPr>
          <w:trHeight w:val="429"/>
        </w:trPr>
        <w:tc>
          <w:tcPr>
            <w:tcW w:w="439" w:type="pct"/>
          </w:tcPr>
          <w:p w14:paraId="600BC1A3"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21</w:t>
            </w:r>
          </w:p>
        </w:tc>
        <w:tc>
          <w:tcPr>
            <w:tcW w:w="3902" w:type="pct"/>
            <w:vAlign w:val="center"/>
          </w:tcPr>
          <w:p w14:paraId="3E108339"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(S14 and S18 and S19)</w:t>
            </w:r>
          </w:p>
        </w:tc>
        <w:tc>
          <w:tcPr>
            <w:tcW w:w="659" w:type="pct"/>
            <w:vAlign w:val="center"/>
          </w:tcPr>
          <w:p w14:paraId="1A8708F6"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8</w:t>
            </w:r>
          </w:p>
        </w:tc>
      </w:tr>
      <w:tr w:rsidR="00565F67" w:rsidRPr="00EB75F0" w14:paraId="31B66DDF" w14:textId="77777777" w:rsidTr="007C010D">
        <w:trPr>
          <w:trHeight w:val="429"/>
        </w:trPr>
        <w:tc>
          <w:tcPr>
            <w:tcW w:w="439" w:type="pct"/>
          </w:tcPr>
          <w:p w14:paraId="56367439"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22</w:t>
            </w:r>
          </w:p>
        </w:tc>
        <w:tc>
          <w:tcPr>
            <w:tcW w:w="3902" w:type="pct"/>
            <w:vAlign w:val="center"/>
          </w:tcPr>
          <w:p w14:paraId="021599A2" w14:textId="77777777" w:rsidR="00565F67" w:rsidRPr="00EB75F0" w:rsidRDefault="00565F67" w:rsidP="00C32B29">
            <w:pPr>
              <w:pStyle w:val="TableText"/>
              <w:rPr>
                <w:rFonts w:asciiTheme="minorHAnsi" w:hAnsiTheme="minorHAnsi" w:cstheme="minorHAnsi"/>
                <w:b/>
                <w:bCs/>
                <w:noProof/>
              </w:rPr>
            </w:pPr>
            <w:r w:rsidRPr="00EB75F0">
              <w:rPr>
                <w:rFonts w:asciiTheme="minorHAnsi" w:eastAsia="Times New Roman" w:hAnsiTheme="minorHAnsi" w:cstheme="minorHAnsi"/>
                <w:color w:val="000000"/>
                <w:lang w:eastAsia="en-IN"/>
              </w:rPr>
              <w:t xml:space="preserve">S20 or S21 </w:t>
            </w:r>
          </w:p>
        </w:tc>
        <w:tc>
          <w:tcPr>
            <w:tcW w:w="659" w:type="pct"/>
            <w:vAlign w:val="center"/>
          </w:tcPr>
          <w:p w14:paraId="11B3970C" w14:textId="77777777" w:rsidR="00565F67" w:rsidRPr="00EB75F0" w:rsidRDefault="00565F67" w:rsidP="00C32B29">
            <w:pPr>
              <w:spacing w:before="0" w:after="0" w:line="240" w:lineRule="auto"/>
              <w:rPr>
                <w:rFonts w:asciiTheme="minorHAnsi" w:eastAsia="Times New Roman" w:hAnsiTheme="minorHAnsi" w:cstheme="minorHAnsi"/>
                <w:color w:val="0563C1"/>
                <w:sz w:val="20"/>
                <w:szCs w:val="20"/>
                <w:u w:val="single"/>
                <w:lang w:eastAsia="en-IN"/>
              </w:rPr>
            </w:pPr>
            <w:r w:rsidRPr="00EB75F0">
              <w:rPr>
                <w:rFonts w:asciiTheme="minorHAnsi" w:eastAsia="Times New Roman" w:hAnsiTheme="minorHAnsi" w:cstheme="minorHAnsi"/>
                <w:color w:val="000000"/>
                <w:sz w:val="20"/>
                <w:szCs w:val="20"/>
                <w:lang w:eastAsia="en-IN"/>
              </w:rPr>
              <w:t>400</w:t>
            </w:r>
          </w:p>
        </w:tc>
      </w:tr>
    </w:tbl>
    <w:p w14:paraId="149BDF68" w14:textId="77777777" w:rsidR="00565F67" w:rsidRPr="00EB75F0" w:rsidRDefault="00565F67" w:rsidP="00565F67">
      <w:pPr>
        <w:pStyle w:val="Caption"/>
      </w:pPr>
    </w:p>
    <w:p w14:paraId="3EA1CB92" w14:textId="05056F6C" w:rsidR="00565F67" w:rsidRPr="00541089" w:rsidRDefault="00565F67" w:rsidP="009A27D2">
      <w:pPr>
        <w:pStyle w:val="Heading2"/>
        <w:rPr>
          <w:color w:val="000000"/>
        </w:rPr>
      </w:pPr>
      <w:r w:rsidRPr="00541089">
        <w:rPr>
          <w:color w:val="000000"/>
        </w:rPr>
        <w:t>Table S</w:t>
      </w:r>
      <w:r w:rsidR="00EE288E" w:rsidRPr="00541089">
        <w:rPr>
          <w:color w:val="000000"/>
        </w:rPr>
        <w:fldChar w:fldCharType="begin"/>
      </w:r>
      <w:r w:rsidR="00EE288E" w:rsidRPr="00541089">
        <w:rPr>
          <w:color w:val="000000"/>
        </w:rPr>
        <w:instrText xml:space="preserve"> STYLEREF 1 \s </w:instrText>
      </w:r>
      <w:r w:rsidR="00EE288E" w:rsidRPr="00541089">
        <w:rPr>
          <w:color w:val="000000"/>
        </w:rPr>
        <w:fldChar w:fldCharType="separate"/>
      </w:r>
      <w:r w:rsidR="004B2F28">
        <w:rPr>
          <w:noProof/>
          <w:color w:val="000000"/>
        </w:rPr>
        <w:t>2</w:t>
      </w:r>
      <w:r w:rsidR="00EE288E" w:rsidRPr="00541089">
        <w:rPr>
          <w:color w:val="000000"/>
        </w:rPr>
        <w:fldChar w:fldCharType="end"/>
      </w:r>
      <w:r w:rsidR="00EE288E" w:rsidRPr="00541089">
        <w:rPr>
          <w:color w:val="000000"/>
        </w:rPr>
        <w:noBreakHyphen/>
      </w:r>
      <w:r w:rsidR="00EE288E" w:rsidRPr="00541089">
        <w:rPr>
          <w:color w:val="000000"/>
        </w:rPr>
        <w:fldChar w:fldCharType="begin"/>
      </w:r>
      <w:r w:rsidR="00EE288E" w:rsidRPr="00541089">
        <w:rPr>
          <w:color w:val="000000"/>
        </w:rPr>
        <w:instrText xml:space="preserve"> SEQ Table \* ARABIC \s 1 </w:instrText>
      </w:r>
      <w:r w:rsidR="00EE288E" w:rsidRPr="00541089">
        <w:rPr>
          <w:color w:val="000000"/>
        </w:rPr>
        <w:fldChar w:fldCharType="separate"/>
      </w:r>
      <w:r w:rsidR="004B2F28">
        <w:rPr>
          <w:noProof/>
          <w:color w:val="000000"/>
        </w:rPr>
        <w:t>4</w:t>
      </w:r>
      <w:r w:rsidR="00EE288E" w:rsidRPr="00541089">
        <w:rPr>
          <w:color w:val="000000"/>
        </w:rPr>
        <w:fldChar w:fldCharType="end"/>
      </w:r>
      <w:r w:rsidRPr="00541089">
        <w:rPr>
          <w:color w:val="000000"/>
        </w:rPr>
        <w:t xml:space="preserve">: </w:t>
      </w:r>
      <w:r w:rsidR="0054514D" w:rsidRPr="00541089">
        <w:rPr>
          <w:color w:val="000000"/>
        </w:rPr>
        <w:t>CENTRAL</w:t>
      </w:r>
      <w:r w:rsidRPr="00541089">
        <w:rPr>
          <w:color w:val="000000"/>
        </w:rPr>
        <w:t xml:space="preserve"> search strategy (March 20, 2024)</w:t>
      </w:r>
    </w:p>
    <w:tbl>
      <w:tblPr>
        <w:tblStyle w:val="Lumanitytable"/>
        <w:tblW w:w="5000" w:type="pct"/>
        <w:tblLook w:val="04A0" w:firstRow="1" w:lastRow="0" w:firstColumn="1" w:lastColumn="0" w:noHBand="0" w:noVBand="1"/>
      </w:tblPr>
      <w:tblGrid>
        <w:gridCol w:w="845"/>
        <w:gridCol w:w="7514"/>
        <w:gridCol w:w="1269"/>
      </w:tblGrid>
      <w:tr w:rsidR="00565F67" w:rsidRPr="00EB75F0" w14:paraId="29AFDDA4" w14:textId="77777777" w:rsidTr="007C010D">
        <w:trPr>
          <w:cnfStyle w:val="100000000000" w:firstRow="1" w:lastRow="0" w:firstColumn="0" w:lastColumn="0" w:oddVBand="0" w:evenVBand="0" w:oddHBand="0" w:evenHBand="0" w:firstRowFirstColumn="0" w:firstRowLastColumn="0" w:lastRowFirstColumn="0" w:lastRowLastColumn="0"/>
          <w:tblHeader/>
        </w:trPr>
        <w:tc>
          <w:tcPr>
            <w:tcW w:w="439" w:type="pct"/>
          </w:tcPr>
          <w:p w14:paraId="600B656C" w14:textId="77777777" w:rsidR="00565F67" w:rsidRPr="00EB75F0" w:rsidRDefault="00565F67" w:rsidP="00C32B29">
            <w:pPr>
              <w:pStyle w:val="TableText"/>
              <w:rPr>
                <w:noProof/>
              </w:rPr>
            </w:pPr>
            <w:r w:rsidRPr="00EB75F0">
              <w:rPr>
                <w:noProof/>
                <w:color w:val="FFFFFF" w:themeColor="background1"/>
              </w:rPr>
              <w:t>No.</w:t>
            </w:r>
          </w:p>
        </w:tc>
        <w:tc>
          <w:tcPr>
            <w:tcW w:w="3902" w:type="pct"/>
          </w:tcPr>
          <w:p w14:paraId="303EC1B8" w14:textId="77777777" w:rsidR="00565F67" w:rsidRPr="00EB75F0" w:rsidRDefault="00565F67" w:rsidP="00C32B29">
            <w:pPr>
              <w:pStyle w:val="TableHeading"/>
              <w:rPr>
                <w:b w:val="0"/>
                <w:bCs/>
                <w:noProof/>
              </w:rPr>
            </w:pPr>
            <w:r w:rsidRPr="00EB75F0">
              <w:rPr>
                <w:noProof/>
              </w:rPr>
              <w:t>Search</w:t>
            </w:r>
          </w:p>
        </w:tc>
        <w:tc>
          <w:tcPr>
            <w:tcW w:w="659" w:type="pct"/>
          </w:tcPr>
          <w:p w14:paraId="729A6F61" w14:textId="77777777" w:rsidR="00565F67" w:rsidRPr="00EB75F0" w:rsidRDefault="00565F67" w:rsidP="00C32B29">
            <w:pPr>
              <w:pStyle w:val="TableHeading"/>
              <w:rPr>
                <w:b w:val="0"/>
                <w:bCs/>
                <w:noProof/>
              </w:rPr>
            </w:pPr>
            <w:r w:rsidRPr="00EB75F0">
              <w:rPr>
                <w:noProof/>
              </w:rPr>
              <w:t>Results</w:t>
            </w:r>
          </w:p>
        </w:tc>
      </w:tr>
      <w:tr w:rsidR="00565F67" w:rsidRPr="00EB75F0" w14:paraId="36928422" w14:textId="77777777" w:rsidTr="007C010D">
        <w:trPr>
          <w:trHeight w:val="429"/>
        </w:trPr>
        <w:tc>
          <w:tcPr>
            <w:tcW w:w="439" w:type="pct"/>
          </w:tcPr>
          <w:p w14:paraId="5AD6AABA"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w:t>
            </w:r>
          </w:p>
        </w:tc>
        <w:tc>
          <w:tcPr>
            <w:tcW w:w="3902" w:type="pct"/>
            <w:vAlign w:val="center"/>
          </w:tcPr>
          <w:p w14:paraId="78608CB7"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aripiprazole</w:t>
            </w:r>
          </w:p>
        </w:tc>
        <w:tc>
          <w:tcPr>
            <w:tcW w:w="659" w:type="pct"/>
            <w:vAlign w:val="center"/>
          </w:tcPr>
          <w:p w14:paraId="2B033EF2"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1931</w:t>
            </w:r>
          </w:p>
        </w:tc>
      </w:tr>
      <w:tr w:rsidR="00565F67" w:rsidRPr="00EB75F0" w14:paraId="316BA08D" w14:textId="77777777" w:rsidTr="007C010D">
        <w:trPr>
          <w:trHeight w:val="429"/>
        </w:trPr>
        <w:tc>
          <w:tcPr>
            <w:tcW w:w="439" w:type="pct"/>
          </w:tcPr>
          <w:p w14:paraId="2DE3EB5D"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2</w:t>
            </w:r>
          </w:p>
        </w:tc>
        <w:tc>
          <w:tcPr>
            <w:tcW w:w="3902" w:type="pct"/>
            <w:vAlign w:val="center"/>
          </w:tcPr>
          <w:p w14:paraId="1BC90E8D"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cariprazine</w:t>
            </w:r>
          </w:p>
        </w:tc>
        <w:tc>
          <w:tcPr>
            <w:tcW w:w="659" w:type="pct"/>
            <w:vAlign w:val="center"/>
          </w:tcPr>
          <w:p w14:paraId="0B4000CE"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229</w:t>
            </w:r>
          </w:p>
        </w:tc>
      </w:tr>
      <w:tr w:rsidR="00565F67" w:rsidRPr="00EB75F0" w14:paraId="1E64CA1F" w14:textId="77777777" w:rsidTr="007C010D">
        <w:trPr>
          <w:trHeight w:val="429"/>
        </w:trPr>
        <w:tc>
          <w:tcPr>
            <w:tcW w:w="439" w:type="pct"/>
          </w:tcPr>
          <w:p w14:paraId="08FB002B"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3</w:t>
            </w:r>
          </w:p>
        </w:tc>
        <w:tc>
          <w:tcPr>
            <w:tcW w:w="3902" w:type="pct"/>
            <w:vAlign w:val="center"/>
          </w:tcPr>
          <w:p w14:paraId="204214EA"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olanzapine</w:t>
            </w:r>
          </w:p>
        </w:tc>
        <w:tc>
          <w:tcPr>
            <w:tcW w:w="659" w:type="pct"/>
            <w:vAlign w:val="center"/>
          </w:tcPr>
          <w:p w14:paraId="22291DB1"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4069</w:t>
            </w:r>
          </w:p>
        </w:tc>
      </w:tr>
      <w:tr w:rsidR="00565F67" w:rsidRPr="00EB75F0" w14:paraId="68E7D653" w14:textId="77777777" w:rsidTr="007C010D">
        <w:trPr>
          <w:trHeight w:val="429"/>
        </w:trPr>
        <w:tc>
          <w:tcPr>
            <w:tcW w:w="439" w:type="pct"/>
          </w:tcPr>
          <w:p w14:paraId="1BAAD14B"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4</w:t>
            </w:r>
          </w:p>
        </w:tc>
        <w:tc>
          <w:tcPr>
            <w:tcW w:w="3902" w:type="pct"/>
            <w:vAlign w:val="center"/>
          </w:tcPr>
          <w:p w14:paraId="032BEF69"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risperidone</w:t>
            </w:r>
          </w:p>
        </w:tc>
        <w:tc>
          <w:tcPr>
            <w:tcW w:w="659" w:type="pct"/>
            <w:vAlign w:val="center"/>
          </w:tcPr>
          <w:p w14:paraId="478C355C"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3999</w:t>
            </w:r>
          </w:p>
        </w:tc>
      </w:tr>
      <w:tr w:rsidR="00565F67" w:rsidRPr="00EB75F0" w14:paraId="28045204" w14:textId="77777777" w:rsidTr="007C010D">
        <w:trPr>
          <w:trHeight w:val="429"/>
        </w:trPr>
        <w:tc>
          <w:tcPr>
            <w:tcW w:w="439" w:type="pct"/>
          </w:tcPr>
          <w:p w14:paraId="21161F12"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5</w:t>
            </w:r>
          </w:p>
        </w:tc>
        <w:tc>
          <w:tcPr>
            <w:tcW w:w="3902" w:type="pct"/>
            <w:vAlign w:val="center"/>
          </w:tcPr>
          <w:p w14:paraId="68B2C51C"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brexpiprazole</w:t>
            </w:r>
          </w:p>
        </w:tc>
        <w:tc>
          <w:tcPr>
            <w:tcW w:w="659" w:type="pct"/>
            <w:vAlign w:val="center"/>
          </w:tcPr>
          <w:p w14:paraId="2D40BFA1"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211</w:t>
            </w:r>
          </w:p>
        </w:tc>
      </w:tr>
      <w:tr w:rsidR="00565F67" w:rsidRPr="00EB75F0" w14:paraId="5912438E" w14:textId="77777777" w:rsidTr="007C010D">
        <w:trPr>
          <w:trHeight w:val="429"/>
        </w:trPr>
        <w:tc>
          <w:tcPr>
            <w:tcW w:w="439" w:type="pct"/>
          </w:tcPr>
          <w:p w14:paraId="48CB24B7"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6</w:t>
            </w:r>
          </w:p>
        </w:tc>
        <w:tc>
          <w:tcPr>
            <w:tcW w:w="3902" w:type="pct"/>
            <w:vAlign w:val="center"/>
          </w:tcPr>
          <w:p w14:paraId="344C6256"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quetiapine</w:t>
            </w:r>
          </w:p>
        </w:tc>
        <w:tc>
          <w:tcPr>
            <w:tcW w:w="659" w:type="pct"/>
            <w:vAlign w:val="center"/>
          </w:tcPr>
          <w:p w14:paraId="71655F9F"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2235</w:t>
            </w:r>
          </w:p>
        </w:tc>
      </w:tr>
      <w:tr w:rsidR="00565F67" w:rsidRPr="00EB75F0" w14:paraId="06F0CADC" w14:textId="77777777" w:rsidTr="007C010D">
        <w:trPr>
          <w:trHeight w:val="429"/>
        </w:trPr>
        <w:tc>
          <w:tcPr>
            <w:tcW w:w="439" w:type="pct"/>
          </w:tcPr>
          <w:p w14:paraId="2CB694E6"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7</w:t>
            </w:r>
          </w:p>
        </w:tc>
        <w:tc>
          <w:tcPr>
            <w:tcW w:w="3902" w:type="pct"/>
            <w:vAlign w:val="center"/>
          </w:tcPr>
          <w:p w14:paraId="737B0E1F"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clozapine</w:t>
            </w:r>
          </w:p>
        </w:tc>
        <w:tc>
          <w:tcPr>
            <w:tcW w:w="659" w:type="pct"/>
            <w:vAlign w:val="center"/>
          </w:tcPr>
          <w:p w14:paraId="52D9C1E8"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1772</w:t>
            </w:r>
          </w:p>
        </w:tc>
      </w:tr>
      <w:tr w:rsidR="00565F67" w:rsidRPr="00EB75F0" w14:paraId="7177377E" w14:textId="77777777" w:rsidTr="007C010D">
        <w:trPr>
          <w:trHeight w:val="429"/>
        </w:trPr>
        <w:tc>
          <w:tcPr>
            <w:tcW w:w="439" w:type="pct"/>
          </w:tcPr>
          <w:p w14:paraId="5EA30AC6"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8</w:t>
            </w:r>
          </w:p>
        </w:tc>
        <w:tc>
          <w:tcPr>
            <w:tcW w:w="3902" w:type="pct"/>
            <w:vAlign w:val="center"/>
          </w:tcPr>
          <w:p w14:paraId="2FE13841"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(aripiprazole or cariprazine or olanzapine or risperidone or brexpiprazole or quetiapine or clozapine): ti,ab,kw</w:t>
            </w:r>
          </w:p>
        </w:tc>
        <w:tc>
          <w:tcPr>
            <w:tcW w:w="659" w:type="pct"/>
            <w:vAlign w:val="center"/>
          </w:tcPr>
          <w:p w14:paraId="6E37E5C9"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10035</w:t>
            </w:r>
          </w:p>
        </w:tc>
      </w:tr>
      <w:tr w:rsidR="00565F67" w:rsidRPr="00EB75F0" w14:paraId="25E0D68F" w14:textId="77777777" w:rsidTr="007C010D">
        <w:trPr>
          <w:trHeight w:val="429"/>
        </w:trPr>
        <w:tc>
          <w:tcPr>
            <w:tcW w:w="439" w:type="pct"/>
          </w:tcPr>
          <w:p w14:paraId="0598D723"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9</w:t>
            </w:r>
          </w:p>
        </w:tc>
        <w:tc>
          <w:tcPr>
            <w:tcW w:w="3902" w:type="pct"/>
            <w:vAlign w:val="center"/>
          </w:tcPr>
          <w:p w14:paraId="5381FEA7"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 or #2 or #3 or #4 or #5 or #6 or #7 #8</w:t>
            </w:r>
          </w:p>
        </w:tc>
        <w:tc>
          <w:tcPr>
            <w:tcW w:w="659" w:type="pct"/>
            <w:vAlign w:val="center"/>
          </w:tcPr>
          <w:p w14:paraId="3D133B90"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10262</w:t>
            </w:r>
          </w:p>
        </w:tc>
      </w:tr>
      <w:tr w:rsidR="00565F67" w:rsidRPr="00EB75F0" w14:paraId="1EF98412" w14:textId="77777777" w:rsidTr="007C010D">
        <w:trPr>
          <w:trHeight w:val="429"/>
        </w:trPr>
        <w:tc>
          <w:tcPr>
            <w:tcW w:w="439" w:type="pct"/>
          </w:tcPr>
          <w:p w14:paraId="3D93FE39"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10</w:t>
            </w:r>
          </w:p>
        </w:tc>
        <w:tc>
          <w:tcPr>
            <w:tcW w:w="3902" w:type="pct"/>
            <w:vAlign w:val="center"/>
          </w:tcPr>
          <w:p w14:paraId="718C951D"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Schizophrenia</w:t>
            </w:r>
          </w:p>
        </w:tc>
        <w:tc>
          <w:tcPr>
            <w:tcW w:w="659" w:type="pct"/>
            <w:vAlign w:val="center"/>
          </w:tcPr>
          <w:p w14:paraId="39417385"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20660</w:t>
            </w:r>
          </w:p>
        </w:tc>
      </w:tr>
      <w:tr w:rsidR="00565F67" w:rsidRPr="00EB75F0" w14:paraId="36AEC3BE" w14:textId="77777777" w:rsidTr="007C010D">
        <w:trPr>
          <w:trHeight w:val="429"/>
        </w:trPr>
        <w:tc>
          <w:tcPr>
            <w:tcW w:w="439" w:type="pct"/>
          </w:tcPr>
          <w:p w14:paraId="654C5657"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11</w:t>
            </w:r>
          </w:p>
        </w:tc>
        <w:tc>
          <w:tcPr>
            <w:tcW w:w="3902" w:type="pct"/>
            <w:vAlign w:val="center"/>
          </w:tcPr>
          <w:p w14:paraId="3C994376"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Paranoid disorders</w:t>
            </w:r>
          </w:p>
        </w:tc>
        <w:tc>
          <w:tcPr>
            <w:tcW w:w="659" w:type="pct"/>
            <w:vAlign w:val="center"/>
          </w:tcPr>
          <w:p w14:paraId="5EBDE95F"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474</w:t>
            </w:r>
          </w:p>
        </w:tc>
      </w:tr>
      <w:tr w:rsidR="00565F67" w:rsidRPr="00EB75F0" w14:paraId="00FAB282" w14:textId="77777777" w:rsidTr="007C010D">
        <w:trPr>
          <w:trHeight w:val="429"/>
        </w:trPr>
        <w:tc>
          <w:tcPr>
            <w:tcW w:w="439" w:type="pct"/>
          </w:tcPr>
          <w:p w14:paraId="69982EE1"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12</w:t>
            </w:r>
          </w:p>
        </w:tc>
        <w:tc>
          <w:tcPr>
            <w:tcW w:w="3902" w:type="pct"/>
            <w:vAlign w:val="center"/>
          </w:tcPr>
          <w:p w14:paraId="0E4B6C4C"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(Schizo* or hebephrenic* or oligophreni* or psychosis or psychoses):ti,ab,kw</w:t>
            </w:r>
          </w:p>
        </w:tc>
        <w:tc>
          <w:tcPr>
            <w:tcW w:w="659" w:type="pct"/>
            <w:vAlign w:val="center"/>
          </w:tcPr>
          <w:p w14:paraId="7E864B10"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27579</w:t>
            </w:r>
          </w:p>
        </w:tc>
      </w:tr>
      <w:tr w:rsidR="00565F67" w:rsidRPr="00EB75F0" w14:paraId="75F69DC5" w14:textId="77777777" w:rsidTr="007C010D">
        <w:trPr>
          <w:trHeight w:val="429"/>
        </w:trPr>
        <w:tc>
          <w:tcPr>
            <w:tcW w:w="439" w:type="pct"/>
          </w:tcPr>
          <w:p w14:paraId="2C9EC4EC"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13</w:t>
            </w:r>
          </w:p>
        </w:tc>
        <w:tc>
          <w:tcPr>
            <w:tcW w:w="3902" w:type="pct"/>
            <w:vAlign w:val="center"/>
          </w:tcPr>
          <w:p w14:paraId="61F56534"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#10 or #11 or #12</w:t>
            </w:r>
          </w:p>
        </w:tc>
        <w:tc>
          <w:tcPr>
            <w:tcW w:w="659" w:type="pct"/>
            <w:vAlign w:val="center"/>
          </w:tcPr>
          <w:p w14:paraId="1E386E92"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28187</w:t>
            </w:r>
          </w:p>
        </w:tc>
      </w:tr>
      <w:tr w:rsidR="00565F67" w:rsidRPr="00EB75F0" w14:paraId="28952030" w14:textId="77777777" w:rsidTr="007C010D">
        <w:trPr>
          <w:trHeight w:val="429"/>
        </w:trPr>
        <w:tc>
          <w:tcPr>
            <w:tcW w:w="439" w:type="pct"/>
          </w:tcPr>
          <w:p w14:paraId="110F7A64"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14</w:t>
            </w:r>
          </w:p>
        </w:tc>
        <w:tc>
          <w:tcPr>
            <w:tcW w:w="3902" w:type="pct"/>
            <w:vAlign w:val="center"/>
          </w:tcPr>
          <w:p w14:paraId="19D7107E"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#9 and #13</w:t>
            </w:r>
          </w:p>
        </w:tc>
        <w:tc>
          <w:tcPr>
            <w:tcW w:w="659" w:type="pct"/>
            <w:vAlign w:val="center"/>
          </w:tcPr>
          <w:p w14:paraId="6AA07428"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850</w:t>
            </w:r>
          </w:p>
        </w:tc>
      </w:tr>
      <w:tr w:rsidR="00565F67" w:rsidRPr="00EB75F0" w14:paraId="37359382" w14:textId="77777777" w:rsidTr="007C010D">
        <w:trPr>
          <w:trHeight w:val="429"/>
        </w:trPr>
        <w:tc>
          <w:tcPr>
            <w:tcW w:w="439" w:type="pct"/>
          </w:tcPr>
          <w:p w14:paraId="7C009C5D"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15</w:t>
            </w:r>
          </w:p>
        </w:tc>
        <w:tc>
          <w:tcPr>
            <w:tcW w:w="3902" w:type="pct"/>
            <w:vAlign w:val="center"/>
          </w:tcPr>
          <w:p w14:paraId="3E7B8E33"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lumateperone</w:t>
            </w:r>
          </w:p>
        </w:tc>
        <w:tc>
          <w:tcPr>
            <w:tcW w:w="659" w:type="pct"/>
            <w:vAlign w:val="center"/>
          </w:tcPr>
          <w:p w14:paraId="250B2274"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71</w:t>
            </w:r>
          </w:p>
        </w:tc>
      </w:tr>
      <w:tr w:rsidR="00565F67" w:rsidRPr="00EB75F0" w14:paraId="2C8FFA71" w14:textId="77777777" w:rsidTr="007C010D">
        <w:trPr>
          <w:trHeight w:val="429"/>
        </w:trPr>
        <w:tc>
          <w:tcPr>
            <w:tcW w:w="439" w:type="pct"/>
          </w:tcPr>
          <w:p w14:paraId="1D68B420"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16</w:t>
            </w:r>
          </w:p>
        </w:tc>
        <w:tc>
          <w:tcPr>
            <w:tcW w:w="3902" w:type="pct"/>
            <w:vAlign w:val="center"/>
          </w:tcPr>
          <w:p w14:paraId="54D2F78E"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Lumateperone: ti,ab,kw</w:t>
            </w:r>
          </w:p>
        </w:tc>
        <w:tc>
          <w:tcPr>
            <w:tcW w:w="659" w:type="pct"/>
            <w:vAlign w:val="center"/>
          </w:tcPr>
          <w:p w14:paraId="3C6FEAD0"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70</w:t>
            </w:r>
          </w:p>
        </w:tc>
      </w:tr>
      <w:tr w:rsidR="00565F67" w:rsidRPr="00EB75F0" w14:paraId="42933FF4" w14:textId="77777777" w:rsidTr="007C010D">
        <w:trPr>
          <w:trHeight w:val="429"/>
        </w:trPr>
        <w:tc>
          <w:tcPr>
            <w:tcW w:w="439" w:type="pct"/>
          </w:tcPr>
          <w:p w14:paraId="2A878277"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17</w:t>
            </w:r>
          </w:p>
        </w:tc>
        <w:tc>
          <w:tcPr>
            <w:tcW w:w="3902" w:type="pct"/>
            <w:vAlign w:val="center"/>
          </w:tcPr>
          <w:p w14:paraId="2BA4D8A9"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#16 or #15</w:t>
            </w:r>
          </w:p>
        </w:tc>
        <w:tc>
          <w:tcPr>
            <w:tcW w:w="659" w:type="pct"/>
            <w:vAlign w:val="center"/>
          </w:tcPr>
          <w:p w14:paraId="6E18A588"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71</w:t>
            </w:r>
          </w:p>
        </w:tc>
      </w:tr>
      <w:tr w:rsidR="00565F67" w:rsidRPr="00EB75F0" w14:paraId="167EA996" w14:textId="77777777" w:rsidTr="007C010D">
        <w:trPr>
          <w:trHeight w:val="429"/>
        </w:trPr>
        <w:tc>
          <w:tcPr>
            <w:tcW w:w="439" w:type="pct"/>
          </w:tcPr>
          <w:p w14:paraId="26093CB3"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18</w:t>
            </w:r>
          </w:p>
        </w:tc>
        <w:tc>
          <w:tcPr>
            <w:tcW w:w="3902" w:type="pct"/>
            <w:vAlign w:val="center"/>
          </w:tcPr>
          <w:p w14:paraId="4B6A5653"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#17 and #13</w:t>
            </w:r>
          </w:p>
        </w:tc>
        <w:tc>
          <w:tcPr>
            <w:tcW w:w="659" w:type="pct"/>
            <w:vAlign w:val="center"/>
          </w:tcPr>
          <w:p w14:paraId="497E89F0"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51</w:t>
            </w:r>
          </w:p>
        </w:tc>
      </w:tr>
      <w:tr w:rsidR="00565F67" w:rsidRPr="00EB75F0" w14:paraId="1A652ECC" w14:textId="77777777" w:rsidTr="007C010D">
        <w:trPr>
          <w:trHeight w:val="429"/>
        </w:trPr>
        <w:tc>
          <w:tcPr>
            <w:tcW w:w="439" w:type="pct"/>
          </w:tcPr>
          <w:p w14:paraId="143C9A77"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19</w:t>
            </w:r>
          </w:p>
        </w:tc>
        <w:tc>
          <w:tcPr>
            <w:tcW w:w="3902" w:type="pct"/>
            <w:vAlign w:val="center"/>
          </w:tcPr>
          <w:p w14:paraId="73FE78D5" w14:textId="77777777" w:rsidR="00565F67" w:rsidRPr="00EB75F0" w:rsidRDefault="00565F67" w:rsidP="00C32B29">
            <w:pPr>
              <w:pStyle w:val="TableText"/>
              <w:rPr>
                <w:rFonts w:asciiTheme="minorHAnsi" w:hAnsiTheme="minorHAnsi" w:cstheme="minorHAnsi"/>
                <w:noProof/>
              </w:rPr>
            </w:pPr>
            <w:r w:rsidRPr="00EB75F0">
              <w:rPr>
                <w:rFonts w:asciiTheme="minorHAnsi" w:hAnsiTheme="minorHAnsi" w:cstheme="minorHAnsi"/>
                <w:noProof/>
              </w:rPr>
              <w:t>#14 or #18</w:t>
            </w:r>
          </w:p>
        </w:tc>
        <w:tc>
          <w:tcPr>
            <w:tcW w:w="659" w:type="pct"/>
            <w:vAlign w:val="center"/>
          </w:tcPr>
          <w:p w14:paraId="046E66AA" w14:textId="77777777" w:rsidR="00565F67" w:rsidRPr="00EB75F0" w:rsidRDefault="00565F67" w:rsidP="00C32B29">
            <w:pPr>
              <w:spacing w:before="0" w:after="0" w:line="240" w:lineRule="auto"/>
              <w:rPr>
                <w:rFonts w:asciiTheme="minorHAnsi" w:eastAsia="Times New Roman" w:hAnsiTheme="minorHAnsi" w:cstheme="minorHAnsi"/>
                <w:color w:val="000000"/>
                <w:sz w:val="20"/>
                <w:szCs w:val="20"/>
                <w:lang w:eastAsia="en-IN"/>
              </w:rPr>
            </w:pPr>
            <w:r w:rsidRPr="00EB75F0">
              <w:rPr>
                <w:rFonts w:asciiTheme="minorHAnsi" w:eastAsia="Times New Roman" w:hAnsiTheme="minorHAnsi" w:cstheme="minorHAnsi"/>
                <w:color w:val="000000"/>
                <w:sz w:val="20"/>
                <w:szCs w:val="20"/>
                <w:lang w:eastAsia="en-IN"/>
              </w:rPr>
              <w:t>882</w:t>
            </w:r>
          </w:p>
        </w:tc>
      </w:tr>
    </w:tbl>
    <w:p w14:paraId="1A12A3D1" w14:textId="77777777" w:rsidR="003E0DEE" w:rsidRPr="00EB75F0" w:rsidRDefault="003E0DEE" w:rsidP="00D30614">
      <w:pPr>
        <w:pStyle w:val="Heading1"/>
        <w:numPr>
          <w:ilvl w:val="0"/>
          <w:numId w:val="17"/>
        </w:numPr>
        <w:ind w:left="0" w:firstLine="0"/>
        <w:rPr>
          <w:b/>
          <w:color w:val="1E1E1E"/>
          <w:sz w:val="24"/>
          <w:highlight w:val="yellow"/>
        </w:rPr>
        <w:sectPr w:rsidR="003E0DEE" w:rsidRPr="00EB75F0">
          <w:pgSz w:w="11906" w:h="16838"/>
          <w:pgMar w:top="1134" w:right="1134" w:bottom="1134" w:left="1134" w:header="567" w:footer="567" w:gutter="0"/>
          <w:cols w:space="708"/>
          <w:docGrid w:linePitch="360"/>
        </w:sectPr>
      </w:pPr>
    </w:p>
    <w:p w14:paraId="299BED0C" w14:textId="3EBED4DA" w:rsidR="009446D0" w:rsidRPr="009A27D2" w:rsidRDefault="0084596B">
      <w:pPr>
        <w:pStyle w:val="Heading1"/>
        <w:numPr>
          <w:ilvl w:val="0"/>
          <w:numId w:val="17"/>
        </w:numPr>
        <w:ind w:left="0" w:firstLine="0"/>
        <w:rPr>
          <w:b/>
          <w:sz w:val="24"/>
        </w:rPr>
      </w:pPr>
      <w:bookmarkStart w:id="19" w:name="_Ref214017657"/>
      <w:r w:rsidRPr="009A27D2">
        <w:rPr>
          <w:b/>
          <w:sz w:val="24"/>
        </w:rPr>
        <w:lastRenderedPageBreak/>
        <w:t>Studies included in review and procedures for assessing network meta-analysis feasibility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5DE1C0B2" w14:textId="7FCD7F79" w:rsidR="009446D0" w:rsidRPr="009A27D2" w:rsidRDefault="0084596B">
      <w:pPr>
        <w:rPr>
          <w:color w:val="auto"/>
          <w:szCs w:val="22"/>
        </w:rPr>
      </w:pPr>
      <w:r w:rsidRPr="009A27D2">
        <w:rPr>
          <w:color w:val="auto"/>
          <w:szCs w:val="22"/>
        </w:rPr>
        <w:fldChar w:fldCharType="begin"/>
      </w:r>
      <w:r w:rsidRPr="009A27D2">
        <w:rPr>
          <w:color w:val="auto"/>
          <w:szCs w:val="22"/>
        </w:rPr>
        <w:instrText>REF _Ref14453348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Table S3</w:t>
      </w:r>
      <w:r w:rsidR="004B2F28" w:rsidRPr="004B2F28">
        <w:rPr>
          <w:color w:val="auto"/>
          <w:szCs w:val="22"/>
        </w:rPr>
        <w:noBreakHyphen/>
        <w:t>1</w:t>
      </w:r>
      <w:r w:rsidRPr="009A27D2">
        <w:rPr>
          <w:color w:val="auto"/>
          <w:szCs w:val="22"/>
        </w:rPr>
        <w:fldChar w:fldCharType="end"/>
      </w:r>
      <w:r w:rsidRPr="009A27D2">
        <w:rPr>
          <w:color w:val="auto"/>
          <w:szCs w:val="22"/>
        </w:rPr>
        <w:t xml:space="preserve"> outlines the trial design characteristics of the 111 studies identified by the systematic literature review (SLR) and included in the feasibility assessment for network meta-analysis (NMA). </w:t>
      </w:r>
      <w:r w:rsidRPr="009A27D2">
        <w:rPr>
          <w:color w:val="auto"/>
          <w:szCs w:val="22"/>
        </w:rPr>
        <w:fldChar w:fldCharType="begin"/>
      </w:r>
      <w:r w:rsidRPr="009A27D2">
        <w:rPr>
          <w:color w:val="auto"/>
          <w:szCs w:val="22"/>
        </w:rPr>
        <w:instrText>REF _Ref14266547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Table S3</w:t>
      </w:r>
      <w:r w:rsidR="004B2F28" w:rsidRPr="004B2F28">
        <w:rPr>
          <w:color w:val="auto"/>
          <w:szCs w:val="22"/>
        </w:rPr>
        <w:noBreakHyphen/>
        <w:t>2</w:t>
      </w:r>
      <w:r w:rsidRPr="009A27D2">
        <w:rPr>
          <w:color w:val="auto"/>
          <w:szCs w:val="22"/>
        </w:rPr>
        <w:fldChar w:fldCharType="end"/>
      </w:r>
      <w:r w:rsidRPr="009A27D2">
        <w:rPr>
          <w:color w:val="auto"/>
          <w:szCs w:val="22"/>
        </w:rPr>
        <w:t xml:space="preserve"> details the dosing regimen for intervention and control arms of each study.</w:t>
      </w:r>
    </w:p>
    <w:p w14:paraId="38AA569D" w14:textId="33CBC379" w:rsidR="009446D0" w:rsidRPr="009A27D2" w:rsidRDefault="0084596B">
      <w:pPr>
        <w:rPr>
          <w:color w:val="auto"/>
          <w:szCs w:val="22"/>
        </w:rPr>
      </w:pPr>
      <w:r w:rsidRPr="009A27D2">
        <w:rPr>
          <w:color w:val="auto"/>
          <w:szCs w:val="22"/>
        </w:rPr>
        <w:t>46 studies were excluded based on the information in </w:t>
      </w:r>
      <w:r w:rsidRPr="009A27D2">
        <w:rPr>
          <w:color w:val="auto"/>
          <w:szCs w:val="22"/>
        </w:rPr>
        <w:fldChar w:fldCharType="begin"/>
      </w:r>
      <w:r w:rsidRPr="009A27D2">
        <w:rPr>
          <w:color w:val="auto"/>
          <w:szCs w:val="22"/>
        </w:rPr>
        <w:instrText>REF _Ref14784761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Table S3</w:t>
      </w:r>
      <w:r w:rsidR="004B2F28" w:rsidRPr="004B2F28">
        <w:rPr>
          <w:color w:val="auto"/>
          <w:szCs w:val="22"/>
        </w:rPr>
        <w:noBreakHyphen/>
        <w:t>1</w:t>
      </w:r>
      <w:r w:rsidRPr="009A27D2">
        <w:rPr>
          <w:color w:val="auto"/>
          <w:szCs w:val="22"/>
        </w:rPr>
        <w:fldChar w:fldCharType="end"/>
      </w:r>
      <w:r w:rsidRPr="009A27D2">
        <w:rPr>
          <w:color w:val="auto"/>
          <w:szCs w:val="22"/>
        </w:rPr>
        <w:t xml:space="preserve"> and </w:t>
      </w:r>
      <w:r w:rsidRPr="009A27D2">
        <w:rPr>
          <w:color w:val="auto"/>
          <w:szCs w:val="22"/>
        </w:rPr>
        <w:fldChar w:fldCharType="begin"/>
      </w:r>
      <w:r w:rsidRPr="009A27D2">
        <w:rPr>
          <w:color w:val="auto"/>
          <w:szCs w:val="22"/>
        </w:rPr>
        <w:instrText>REF _Ref14509681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Table S3</w:t>
      </w:r>
      <w:r w:rsidR="004B2F28" w:rsidRPr="004B2F28">
        <w:rPr>
          <w:color w:val="auto"/>
          <w:szCs w:val="22"/>
        </w:rPr>
        <w:noBreakHyphen/>
        <w:t>2</w:t>
      </w:r>
      <w:r w:rsidRPr="009A27D2">
        <w:rPr>
          <w:color w:val="auto"/>
          <w:szCs w:val="22"/>
        </w:rPr>
        <w:fldChar w:fldCharType="end"/>
      </w:r>
      <w:r w:rsidRPr="009A27D2">
        <w:rPr>
          <w:color w:val="auto"/>
          <w:szCs w:val="22"/>
        </w:rPr>
        <w:t xml:space="preserve">. </w:t>
      </w:r>
      <w:r w:rsidRPr="009A27D2">
        <w:rPr>
          <w:color w:val="auto"/>
          <w:szCs w:val="22"/>
        </w:rPr>
        <w:fldChar w:fldCharType="begin"/>
      </w:r>
      <w:r w:rsidRPr="009A27D2">
        <w:rPr>
          <w:color w:val="auto"/>
          <w:szCs w:val="22"/>
        </w:rPr>
        <w:instrText>REF _Ref14457403 \h \r</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Pr>
          <w:color w:val="auto"/>
          <w:szCs w:val="22"/>
        </w:rPr>
        <w:t>Appendix 4</w:t>
      </w:r>
      <w:r w:rsidRPr="009A27D2">
        <w:rPr>
          <w:color w:val="auto"/>
          <w:szCs w:val="22"/>
        </w:rPr>
        <w:fldChar w:fldCharType="end"/>
      </w:r>
      <w:r w:rsidRPr="009A27D2">
        <w:rPr>
          <w:color w:val="auto"/>
          <w:szCs w:val="22"/>
        </w:rPr>
        <w:t xml:space="preserve"> provides a comparison of the patient populations of the remaining 65 studies, which resulted in the exclusion of 7 further studies due to population heterogeneities. </w:t>
      </w:r>
      <w:r w:rsidR="00A75DD1" w:rsidRPr="009A27D2">
        <w:rPr>
          <w:color w:val="auto"/>
          <w:szCs w:val="22"/>
        </w:rPr>
        <w:t xml:space="preserve">Finally, </w:t>
      </w:r>
      <w:r w:rsidR="00BD7031" w:rsidRPr="009A27D2">
        <w:rPr>
          <w:color w:val="auto"/>
          <w:szCs w:val="22"/>
        </w:rPr>
        <w:t>9 studies d</w:t>
      </w:r>
      <w:r w:rsidR="005560C9" w:rsidRPr="009A27D2">
        <w:rPr>
          <w:color w:val="auto"/>
          <w:szCs w:val="22"/>
        </w:rPr>
        <w:t xml:space="preserve">etailed in </w:t>
      </w:r>
      <w:r w:rsidR="005560C9" w:rsidRPr="009A27D2">
        <w:rPr>
          <w:color w:val="auto"/>
          <w:szCs w:val="22"/>
        </w:rPr>
        <w:fldChar w:fldCharType="begin"/>
      </w:r>
      <w:r w:rsidR="005560C9" w:rsidRPr="009A27D2">
        <w:rPr>
          <w:color w:val="auto"/>
          <w:szCs w:val="22"/>
        </w:rPr>
        <w:instrText xml:space="preserve"> REF _Ref14219266 \n \h </w:instrText>
      </w:r>
      <w:r w:rsidR="005560C9" w:rsidRPr="009A27D2">
        <w:rPr>
          <w:color w:val="auto"/>
          <w:szCs w:val="22"/>
        </w:rPr>
      </w:r>
      <w:r w:rsidR="005560C9" w:rsidRPr="009A27D2">
        <w:rPr>
          <w:color w:val="auto"/>
          <w:szCs w:val="22"/>
        </w:rPr>
        <w:fldChar w:fldCharType="separate"/>
      </w:r>
      <w:r w:rsidR="004B2F28">
        <w:rPr>
          <w:color w:val="auto"/>
          <w:szCs w:val="22"/>
        </w:rPr>
        <w:t>Appendix 5</w:t>
      </w:r>
      <w:r w:rsidR="005560C9" w:rsidRPr="009A27D2">
        <w:rPr>
          <w:color w:val="auto"/>
          <w:szCs w:val="22"/>
        </w:rPr>
        <w:fldChar w:fldCharType="end"/>
      </w:r>
      <w:r w:rsidR="00BD7031" w:rsidRPr="009A27D2">
        <w:rPr>
          <w:color w:val="auto"/>
          <w:szCs w:val="22"/>
        </w:rPr>
        <w:t xml:space="preserve"> did not report suitable endpoint data to facilitate inclusion in NMA of any of the endpoints of interest. </w:t>
      </w:r>
      <w:r w:rsidRPr="009A27D2">
        <w:rPr>
          <w:color w:val="auto"/>
          <w:szCs w:val="22"/>
        </w:rPr>
        <w:t xml:space="preserve">In total, </w:t>
      </w:r>
      <w:r w:rsidR="0052283C" w:rsidRPr="009A27D2">
        <w:rPr>
          <w:color w:val="auto"/>
          <w:szCs w:val="22"/>
        </w:rPr>
        <w:t>62</w:t>
      </w:r>
      <w:r w:rsidRPr="009A27D2">
        <w:rPr>
          <w:color w:val="auto"/>
          <w:szCs w:val="22"/>
        </w:rPr>
        <w:t xml:space="preserve"> studies were excluded from NMA, as illustrated in the PRISMA diagram (Figure 1</w:t>
      </w:r>
      <w:r w:rsidR="00F0657D" w:rsidRPr="009A27D2">
        <w:rPr>
          <w:color w:val="auto"/>
          <w:szCs w:val="22"/>
        </w:rPr>
        <w:t xml:space="preserve"> of manuscript</w:t>
      </w:r>
      <w:r w:rsidRPr="009A27D2">
        <w:rPr>
          <w:color w:val="auto"/>
          <w:szCs w:val="22"/>
        </w:rPr>
        <w:t xml:space="preserve">). </w:t>
      </w:r>
      <w:r w:rsidRPr="009A27D2">
        <w:rPr>
          <w:color w:val="auto"/>
          <w:szCs w:val="22"/>
        </w:rPr>
        <w:fldChar w:fldCharType="begin"/>
      </w:r>
      <w:r w:rsidRPr="009A27D2">
        <w:rPr>
          <w:color w:val="auto"/>
          <w:szCs w:val="22"/>
        </w:rPr>
        <w:instrText>REF _Ref14637597 \h \r</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Pr>
          <w:color w:val="auto"/>
          <w:szCs w:val="22"/>
        </w:rPr>
        <w:t>Appendix 6</w:t>
      </w:r>
      <w:r w:rsidRPr="009A27D2">
        <w:rPr>
          <w:color w:val="auto"/>
          <w:szCs w:val="22"/>
        </w:rPr>
        <w:fldChar w:fldCharType="end"/>
      </w:r>
      <w:r w:rsidRPr="009A27D2">
        <w:rPr>
          <w:color w:val="auto"/>
          <w:szCs w:val="22"/>
        </w:rPr>
        <w:t xml:space="preserve"> summarizes the reasons for each exclusion.</w:t>
      </w:r>
    </w:p>
    <w:p w14:paraId="79C998BA" w14:textId="0CACB4C0" w:rsidR="009446D0" w:rsidRPr="009A27D2" w:rsidRDefault="0084596B">
      <w:pPr>
        <w:rPr>
          <w:color w:val="auto"/>
          <w:szCs w:val="22"/>
        </w:rPr>
      </w:pPr>
      <w:r w:rsidRPr="009A27D2">
        <w:rPr>
          <w:color w:val="auto"/>
          <w:szCs w:val="22"/>
        </w:rPr>
        <w:t xml:space="preserve">Trial design differences (summarized in </w:t>
      </w:r>
      <w:r w:rsidRPr="009A27D2">
        <w:rPr>
          <w:color w:val="auto"/>
          <w:szCs w:val="22"/>
        </w:rPr>
        <w:fldChar w:fldCharType="begin"/>
      </w:r>
      <w:r w:rsidRPr="009A27D2">
        <w:rPr>
          <w:color w:val="auto"/>
          <w:szCs w:val="22"/>
        </w:rPr>
        <w:instrText>REF _Ref14691236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Table S3</w:t>
      </w:r>
      <w:r w:rsidR="004B2F28" w:rsidRPr="004B2F28">
        <w:rPr>
          <w:color w:val="auto"/>
          <w:szCs w:val="22"/>
        </w:rPr>
        <w:noBreakHyphen/>
        <w:t>1</w:t>
      </w:r>
      <w:r w:rsidRPr="009A27D2">
        <w:rPr>
          <w:color w:val="auto"/>
          <w:szCs w:val="22"/>
        </w:rPr>
        <w:fldChar w:fldCharType="end"/>
      </w:r>
      <w:r w:rsidRPr="009A27D2">
        <w:rPr>
          <w:color w:val="auto"/>
          <w:szCs w:val="22"/>
        </w:rPr>
        <w:t xml:space="preserve">) that led to study exclusion included: </w:t>
      </w:r>
    </w:p>
    <w:p w14:paraId="45F513A7" w14:textId="32881A83" w:rsidR="009446D0" w:rsidRPr="009A27D2" w:rsidRDefault="0084596B">
      <w:pPr>
        <w:pStyle w:val="ListParagraph"/>
        <w:rPr>
          <w:color w:val="auto"/>
          <w:szCs w:val="22"/>
          <w:lang w:val="nl-NL"/>
        </w:rPr>
      </w:pPr>
      <w:r w:rsidRPr="009A27D2">
        <w:rPr>
          <w:color w:val="auto"/>
          <w:szCs w:val="22"/>
        </w:rPr>
        <w:t>Six studies known to enroll patients experiencing a first acute episode (Robinson 2015</w:t>
      </w:r>
      <w:r w:rsidR="0031308D" w:rsidRPr="009A27D2">
        <w:rPr>
          <w:color w:val="auto"/>
          <w:szCs w:val="22"/>
        </w:rPr>
        <w:fldChar w:fldCharType="begin"/>
      </w:r>
      <w:r w:rsidR="00073331">
        <w:rPr>
          <w:color w:val="auto"/>
          <w:szCs w:val="22"/>
        </w:rPr>
        <w:instrText xml:space="preserve"> ADDIN EN.CITE &lt;EndNote&gt;&lt;Cite&gt;&lt;Author&gt;Robinson DG&lt;/Author&gt;&lt;Year&gt;2015&lt;/Year&gt;&lt;RecNum&gt;1&lt;/RecNum&gt;&lt;DisplayText&gt;&lt;style face="superscript"&gt;1&lt;/style&gt;&lt;/DisplayText&gt;&lt;record&gt;&lt;rec-number&gt;1&lt;/rec-number&gt;&lt;foreign-keys&gt;&lt;key app="EN" db-id="9ttaxzax2p0tr7ewzt55atews50zvxaaa5rz" timestamp="1764068823"&gt;1&lt;/key&gt;&lt;/foreign-keys&gt;&lt;ref-type name="Journal Article"&gt;17&lt;/ref-type&gt;&lt;contributors&gt;&lt;authors&gt;&lt;author&gt;Robinson DG, Gallego JA, John M, Petrides G, Hassoun Y, Zhang JP, Lopez L, Braga RJ, Sevy SM, Addington J, Kellner CH&lt;/author&gt;&lt;/authors&gt;&lt;/contributors&gt;&lt;titles&gt;&lt;title&gt;A randomized comparison of aripiprazole and risperidone for the acute treatment of first-episode schizophrenia and related disorders: 3-month outcomes.&lt;/title&gt;&lt;secondary-title&gt;Schizophr. Bull.&lt;/secondary-title&gt;&lt;/titles&gt;&lt;periodical&gt;&lt;full-title&gt;Schizophr. Bull.&lt;/full-title&gt;&lt;/periodical&gt;&lt;pages&gt;1227-36&lt;/pages&gt;&lt;volume&gt;41&lt;/volume&gt;&lt;number&gt;6&lt;/number&gt;&lt;dates&gt;&lt;year&gt;2015&lt;/year&gt;&lt;/dates&gt;&lt;urls&gt;&lt;/urls&gt;&lt;/record&gt;&lt;/Cite&gt;&lt;/EndNote&gt;</w:instrText>
      </w:r>
      <w:r w:rsidR="0031308D" w:rsidRPr="009A27D2">
        <w:rPr>
          <w:color w:val="auto"/>
          <w:szCs w:val="22"/>
        </w:rPr>
        <w:fldChar w:fldCharType="separate"/>
      </w:r>
      <w:r w:rsidR="008D3092" w:rsidRPr="008D3092">
        <w:rPr>
          <w:noProof/>
          <w:color w:val="auto"/>
          <w:szCs w:val="22"/>
          <w:vertAlign w:val="superscript"/>
        </w:rPr>
        <w:t>1</w:t>
      </w:r>
      <w:r w:rsidR="0031308D" w:rsidRPr="009A27D2">
        <w:rPr>
          <w:color w:val="auto"/>
          <w:szCs w:val="22"/>
        </w:rPr>
        <w:fldChar w:fldCharType="end"/>
      </w:r>
      <w:r w:rsidRPr="009A27D2">
        <w:rPr>
          <w:color w:val="auto"/>
          <w:szCs w:val="22"/>
        </w:rPr>
        <w:t>, Bernardo 2001</w:t>
      </w:r>
      <w:r w:rsidR="0031308D" w:rsidRPr="009A27D2">
        <w:rPr>
          <w:color w:val="auto"/>
          <w:szCs w:val="22"/>
        </w:rPr>
        <w:fldChar w:fldCharType="begin"/>
      </w:r>
      <w:r w:rsidR="00073331">
        <w:rPr>
          <w:color w:val="auto"/>
          <w:szCs w:val="22"/>
        </w:rPr>
        <w:instrText xml:space="preserve"> ADDIN EN.CITE &lt;EndNote&gt;&lt;Cite&gt;&lt;Author&gt;Bernardo&lt;/Author&gt;&lt;Year&gt;2001&lt;/Year&gt;&lt;RecNum&gt;2&lt;/RecNum&gt;&lt;DisplayText&gt;&lt;style face="superscript"&gt;2&lt;/style&gt;&lt;/DisplayText&gt;&lt;record&gt;&lt;rec-number&gt;2&lt;/rec-number&gt;&lt;foreign-keys&gt;&lt;key app="EN" db-id="9ttaxzax2p0tr7ewzt55atews50zvxaaa5rz" timestamp="1764068824"&gt;2&lt;/key&gt;&lt;/foreign-keys&gt;&lt;ref-type name="Journal Article"&gt;17&lt;/ref-type&gt;&lt;contributors&gt;&lt;authors&gt;&lt;author&gt;Bernardo, Miquel&lt;/author&gt;&lt;author&gt;Parellada, Eduard&lt;/author&gt;&lt;author&gt;Lomeña, Francisco&lt;/author&gt;&lt;author&gt;Catafau, Ana M&lt;/author&gt;&lt;author&gt;Font, Mireia&lt;/author&gt;&lt;author&gt;Gómez, Juan C&lt;/author&gt;&lt;author&gt;López-Carrero, Carmen&lt;/author&gt;&lt;author&gt;Gutiérrez, Fernando&lt;/author&gt;&lt;author&gt;Pavı́a, Javier&lt;/author&gt;&lt;author&gt;Salamero, Manel&lt;/author&gt;&lt;/authors&gt;&lt;/contributors&gt;&lt;titles&gt;&lt;title&gt;Double-bl</w:instrText>
      </w:r>
      <w:r w:rsidR="00073331" w:rsidRPr="008804F1">
        <w:rPr>
          <w:color w:val="auto"/>
          <w:szCs w:val="22"/>
          <w:lang w:val="nl-NL"/>
        </w:rPr>
        <w:instrText>ind olanzapine vs. haloperidol D2 dopamine receptor blockade in schizophrenic patients: a baseline-endpoint [123I] IBZM SPECT study&lt;/title&gt;&lt;secondary-title&gt;Psychiatry Research: Neuroimaging&lt;/secondary-title&gt;&lt;/titles&gt;&lt;periodical&gt;&lt;full-title&gt;Psychiatry Research: Neuroimaging&lt;/full-title&gt;&lt;/periodical&gt;&lt;pages&gt;87-97&lt;/pages&gt;&lt;volume&gt;107&lt;/volume&gt;&lt;number&gt;2&lt;/number&gt;&lt;dates&gt;&lt;year&gt;2001&lt;/year&gt;&lt;/dates&gt;&lt;isbn&gt;0925-4927&lt;/isbn&gt;&lt;urls&gt;&lt;/urls&gt;&lt;/record&gt;&lt;/Cite&gt;&lt;/EndNote&gt;</w:instrText>
      </w:r>
      <w:r w:rsidR="0031308D" w:rsidRPr="009A27D2">
        <w:rPr>
          <w:color w:val="auto"/>
          <w:szCs w:val="22"/>
        </w:rPr>
        <w:fldChar w:fldCharType="separate"/>
      </w:r>
      <w:r w:rsidR="008D3092" w:rsidRPr="008804F1">
        <w:rPr>
          <w:noProof/>
          <w:color w:val="auto"/>
          <w:szCs w:val="22"/>
          <w:vertAlign w:val="superscript"/>
          <w:lang w:val="nl-NL"/>
        </w:rPr>
        <w:t>2</w:t>
      </w:r>
      <w:r w:rsidR="0031308D" w:rsidRPr="009A27D2">
        <w:rPr>
          <w:color w:val="auto"/>
          <w:szCs w:val="22"/>
        </w:rPr>
        <w:fldChar w:fldCharType="end"/>
      </w:r>
      <w:r w:rsidRPr="008804F1">
        <w:rPr>
          <w:color w:val="auto"/>
          <w:szCs w:val="22"/>
          <w:lang w:val="nl-NL"/>
        </w:rPr>
        <w:t>, Kang 2021</w:t>
      </w:r>
      <w:r w:rsidR="0031308D" w:rsidRPr="009A27D2">
        <w:rPr>
          <w:color w:val="auto"/>
          <w:szCs w:val="22"/>
        </w:rPr>
        <w:fldChar w:fldCharType="begin"/>
      </w:r>
      <w:r w:rsidR="00073331" w:rsidRPr="008804F1">
        <w:rPr>
          <w:color w:val="auto"/>
          <w:szCs w:val="22"/>
          <w:lang w:val="nl-NL"/>
        </w:rPr>
        <w:instrText xml:space="preserve"> ADDIN EN.CITE &lt;EndNote&gt;&lt;Cite&gt;&lt;Author&gt;Kang&lt;/Author&gt;&lt;Year&gt;2021&lt;/Year&gt;&lt;RecNum&gt;3&lt;/RecNum&gt;&lt;DisplayText&gt;&lt;style face="superscript"&gt;3&lt;/style&gt;&lt;/DisplayText&gt;&lt;record&gt;&lt;rec-number&gt;3&lt;/rec-number&gt;&lt;foreign-keys&gt;&lt;key app="EN" db-id="9ttaxzax2p0tr7ewzt55atews50zvxaaa5rz" timestamp="1764068824"&gt;3&lt;/key&gt;&lt;/foreign-keys&gt;&lt;ref-type name="Journal Article"&gt;17&lt;/ref-type&gt;&lt;contributors&gt;&lt;authors&gt;&lt;author&gt;Kang, Dongyu&lt;/author&gt;&lt;author&gt;Zhang, Fengyu&lt;/author&gt;&lt;author&gt;Yang, Ye&lt;/author&gt;&lt;author&gt;Liu, Chenchen&lt;/author&gt;&lt;author&gt;Xiao, Jingmei&lt;/author&gt;&lt;author&gt;Long, Yujun&lt;/author&gt;&lt;author&gt;Huang, Jing&lt;/author&gt;&lt;author&gt;Peng, Xingjie&lt;/author&gt;&lt;author&gt;Wang, Weiyan&lt;/author&gt;&lt;author&gt;Wang, Xiaoyi&lt;/author&gt;&lt;/authors&gt;&lt;/contributors&gt;&lt;titles&gt;&lt;title&gt;Probiotic supplements reduce antipsychotic-induced metabolic disturbances in drug-naïve first-episode schizophrenia&lt;/title&gt;&lt;secondary-title&gt;medRxiv&lt;/secondary-title&gt;&lt;/titles&gt;&lt;periodical&gt;&lt;full-title&gt;medRxiv&lt;/full-title&gt;&lt;/periodical&gt;&lt;pages&gt;2021.02. 16.21251872&lt;/pages&gt;&lt;dates&gt;&lt;year&gt;2021&lt;/year&gt;&lt;/dates&gt;&lt;urls&gt;&lt;/urls&gt;&lt;/record&gt;&lt;/Cite&gt;&lt;/EndNote&gt;</w:instrText>
      </w:r>
      <w:r w:rsidR="0031308D" w:rsidRPr="009A27D2">
        <w:rPr>
          <w:color w:val="auto"/>
          <w:szCs w:val="22"/>
        </w:rPr>
        <w:fldChar w:fldCharType="separate"/>
      </w:r>
      <w:r w:rsidR="008D3092" w:rsidRPr="008804F1">
        <w:rPr>
          <w:noProof/>
          <w:color w:val="auto"/>
          <w:szCs w:val="22"/>
          <w:vertAlign w:val="superscript"/>
          <w:lang w:val="nl-NL"/>
        </w:rPr>
        <w:t>3</w:t>
      </w:r>
      <w:r w:rsidR="0031308D" w:rsidRPr="009A27D2">
        <w:rPr>
          <w:color w:val="auto"/>
          <w:szCs w:val="22"/>
        </w:rPr>
        <w:fldChar w:fldCharType="end"/>
      </w:r>
      <w:r w:rsidRPr="009A27D2">
        <w:rPr>
          <w:color w:val="auto"/>
          <w:szCs w:val="22"/>
          <w:lang w:val="nl-NL"/>
        </w:rPr>
        <w:t xml:space="preserve">, </w:t>
      </w:r>
      <w:proofErr w:type="spellStart"/>
      <w:r w:rsidRPr="009A27D2">
        <w:rPr>
          <w:color w:val="auto"/>
          <w:szCs w:val="22"/>
          <w:lang w:val="nl-NL"/>
        </w:rPr>
        <w:t>Grootens</w:t>
      </w:r>
      <w:proofErr w:type="spellEnd"/>
      <w:r w:rsidRPr="009A27D2">
        <w:rPr>
          <w:color w:val="auto"/>
          <w:szCs w:val="22"/>
          <w:lang w:val="nl-NL"/>
        </w:rPr>
        <w:t xml:space="preserve"> 2011</w:t>
      </w:r>
      <w:r w:rsidR="0031308D" w:rsidRPr="009A27D2">
        <w:rPr>
          <w:color w:val="auto"/>
          <w:szCs w:val="22"/>
        </w:rPr>
        <w:fldChar w:fldCharType="begin"/>
      </w:r>
      <w:r w:rsidR="00073331" w:rsidRPr="008804F1">
        <w:rPr>
          <w:color w:val="auto"/>
          <w:szCs w:val="22"/>
          <w:lang w:val="nl-NL"/>
        </w:rPr>
        <w:instrText xml:space="preserve"> ADDIN EN.CITE &lt;EndNote&gt;&lt;Cite&gt;&lt;Author&gt;Grootens&lt;/Author&gt;&lt;Year&gt;2011&lt;/Year&gt;&lt;RecNum&gt;4&lt;/RecNum&gt;&lt;DisplayText&gt;&lt;style face="superscript"&gt;4&lt;/style&gt;&lt;/DisplayText&gt;&lt;record&gt;&lt;rec-number&gt;4&lt;/rec-number&gt;&lt;foreign-keys&gt;&lt;key app="EN" db-id="9ttaxzax2p0tr7ewzt55atews50zvxaaa5rz" timestamp="1764068824"&gt;4&lt;/key&gt;&lt;/foreign-keys&gt;&lt;ref-type name="Journal Article"&gt;17&lt;/ref-type&gt;&lt;contributors&gt;&lt;authors&gt;&lt;author&gt;Grootens, KP&lt;/author&gt;&lt;author&gt;Van Veelen, NMJ&lt;/author&gt;&lt;author&gt;Peuskens, J&lt;/author&gt;&lt;author&gt;Sabbe, BGC&lt;/author&gt;&lt;author&gt;Thys, E&lt;/author&gt;&lt;author&gt;Buitelaar, JK&lt;/author&gt;&lt;author&gt;Verkes, RJ&lt;/author&gt;&lt;author&gt;Kahn, RS&lt;/author&gt;&lt;/authors&gt;&lt;/contributors&gt;&lt;titles&gt;&lt;title&gt;Ziprasidone vs olanzapine in recent-onset schizophrenia and schizoaffective disorder: results of an 8-week double-blind randomized controlled trial&lt;/title&gt;&lt;secondary-title&gt;Schizophrenia bulletin&lt;/secondary-title&gt;&lt;/titles&gt;&lt;periodical&gt;&lt;full-title&gt;Schizophrenia bulletin&lt;/full-title&gt;&lt;/periodical&gt;&lt;pages&gt;352-361&lt;/pages&gt;&lt;volume&gt;37&lt;/volume&gt;&lt;number&gt;2&lt;/number&gt;&lt;dates&gt;&lt;year&gt;2011&lt;/year&gt;&lt;/dates&gt;&lt;isbn&gt;1745-1701&lt;/isbn&gt;&lt;urls&gt;&lt;/urls&gt;&lt;/record&gt;&lt;/Cite&gt;&lt;/EndNote&gt;</w:instrText>
      </w:r>
      <w:r w:rsidR="0031308D" w:rsidRPr="009A27D2">
        <w:rPr>
          <w:color w:val="auto"/>
          <w:szCs w:val="22"/>
        </w:rPr>
        <w:fldChar w:fldCharType="separate"/>
      </w:r>
      <w:r w:rsidR="008D3092" w:rsidRPr="008804F1">
        <w:rPr>
          <w:noProof/>
          <w:color w:val="auto"/>
          <w:szCs w:val="22"/>
          <w:vertAlign w:val="superscript"/>
          <w:lang w:val="nl-NL"/>
        </w:rPr>
        <w:t>4</w:t>
      </w:r>
      <w:r w:rsidR="0031308D" w:rsidRPr="009A27D2">
        <w:rPr>
          <w:color w:val="auto"/>
          <w:szCs w:val="22"/>
        </w:rPr>
        <w:fldChar w:fldCharType="end"/>
      </w:r>
      <w:r w:rsidRPr="009A27D2">
        <w:rPr>
          <w:color w:val="auto"/>
          <w:szCs w:val="22"/>
          <w:lang w:val="nl-NL"/>
        </w:rPr>
        <w:t>, Zhang 2021</w:t>
      </w:r>
      <w:r w:rsidR="0031308D" w:rsidRPr="009A27D2">
        <w:rPr>
          <w:color w:val="auto"/>
          <w:szCs w:val="22"/>
        </w:rPr>
        <w:fldChar w:fldCharType="begin"/>
      </w:r>
      <w:r w:rsidR="00073331" w:rsidRPr="008804F1">
        <w:rPr>
          <w:color w:val="auto"/>
          <w:szCs w:val="22"/>
          <w:lang w:val="nl-NL"/>
        </w:rPr>
        <w:instrText xml:space="preserve"> ADDIN EN.CITE &lt;EndNote&gt;&lt;Cite&gt;&lt;Author&gt;Zhang&lt;/Author&gt;&lt;Year&gt;2021&lt;/Year&gt;&lt;RecNum&gt;5&lt;/RecNum&gt;&lt;DisplayText&gt;&lt;style face="superscript"&gt;5&lt;/style&gt;&lt;/DisplayText&gt;&lt;record&gt;&lt;rec-number&gt;5&lt;/rec-number&gt;&lt;foreign-keys&gt;&lt;key app="EN" db-id="9ttaxzax2p0tr7ewzt55atews50zvxaaa5rz" timestamp="1764068824"&gt;5&lt;/key&gt;&lt;/foreign-keys&gt;&lt;ref-type name="Journal Article"&gt;17&lt;/ref-type&gt;&lt;contributors&gt;&lt;authors&gt;&lt;author&gt;Zhang, Yan&lt;/author&gt;&lt;author&gt;Shi, Han&lt;/author&gt;&lt;author&gt;Yang, Ge&lt;/author&gt;&lt;author&gt;Yang, Yongfeng&lt;/author&gt;&lt;author&gt;Li, Wenqiang&lt;/author&gt;&lt;author&gt;Song, Meng&lt;/author&gt;&lt;author&gt;Shao, Minglong&lt;/author&gt;&lt;author&gt;Su, Xi&lt;/author&gt;&lt;author&gt;Lv, Luxian&lt;/author&gt;&lt;/authors&gt;&lt;/contributors&gt;&lt;titles&gt;&lt;title&gt;Associations between expression of indoleamine 2, 3-dioxygenase enzyme and inflammatory cytokines in patients with first-episode drug-naive Schizophrenia&lt;/title&gt;&lt;secondary-title&gt;Translational Psychiatry&lt;/secondary-title&gt;&lt;/titles&gt;&lt;periodical&gt;&lt;full-title&gt;Translational Psychiatry&lt;/full-title&gt;&lt;/periodical&gt;&lt;pages&gt;595&lt;/pages&gt;&lt;volume&gt;11&lt;/volume&gt;&lt;number&gt;1&lt;/number&gt;&lt;dates&gt;&lt;year&gt;2021&lt;/year&gt;&lt;/dates&gt;&lt;isbn&gt;2158-3188&lt;/isbn&gt;&lt;urls&gt;&lt;/urls&gt;&lt;/record&gt;&lt;/Cite&gt;&lt;/EndNote&gt;</w:instrText>
      </w:r>
      <w:r w:rsidR="0031308D" w:rsidRPr="009A27D2">
        <w:rPr>
          <w:color w:val="auto"/>
          <w:szCs w:val="22"/>
        </w:rPr>
        <w:fldChar w:fldCharType="separate"/>
      </w:r>
      <w:r w:rsidR="008D3092" w:rsidRPr="008804F1">
        <w:rPr>
          <w:noProof/>
          <w:color w:val="auto"/>
          <w:szCs w:val="22"/>
          <w:vertAlign w:val="superscript"/>
          <w:lang w:val="nl-NL"/>
        </w:rPr>
        <w:t>5</w:t>
      </w:r>
      <w:r w:rsidR="0031308D" w:rsidRPr="009A27D2">
        <w:rPr>
          <w:color w:val="auto"/>
          <w:szCs w:val="22"/>
        </w:rPr>
        <w:fldChar w:fldCharType="end"/>
      </w:r>
      <w:r w:rsidRPr="009A27D2">
        <w:rPr>
          <w:color w:val="auto"/>
          <w:szCs w:val="22"/>
          <w:lang w:val="nl-NL"/>
        </w:rPr>
        <w:t xml:space="preserve">, </w:t>
      </w:r>
      <w:proofErr w:type="spellStart"/>
      <w:r w:rsidRPr="009A27D2">
        <w:rPr>
          <w:color w:val="auto"/>
          <w:szCs w:val="22"/>
          <w:lang w:val="nl-NL"/>
        </w:rPr>
        <w:t>and</w:t>
      </w:r>
      <w:proofErr w:type="spellEnd"/>
      <w:r w:rsidRPr="009A27D2">
        <w:rPr>
          <w:color w:val="auto"/>
          <w:szCs w:val="22"/>
          <w:lang w:val="nl-NL"/>
        </w:rPr>
        <w:t xml:space="preserve"> Wang 2023</w:t>
      </w:r>
      <w:r w:rsidR="0031308D" w:rsidRPr="009A27D2">
        <w:rPr>
          <w:color w:val="auto"/>
          <w:szCs w:val="22"/>
        </w:rPr>
        <w:fldChar w:fldCharType="begin"/>
      </w:r>
      <w:r w:rsidR="00073331" w:rsidRPr="008804F1">
        <w:rPr>
          <w:color w:val="auto"/>
          <w:szCs w:val="22"/>
          <w:lang w:val="nl-NL"/>
        </w:rPr>
        <w:instrText xml:space="preserve"> ADDIN EN.CITE &lt;EndNote&gt;&lt;Cite&gt;&lt;Author&gt;Wang&lt;/Author&gt;&lt;Year&gt;2024&lt;/Year&gt;&lt;RecNum&gt;6&lt;/RecNum&gt;&lt;DisplayText&gt;&lt;style face="superscript"&gt;6&lt;/style&gt;&lt;/DisplayText&gt;&lt;record&gt;&lt;rec-number&gt;6&lt;/rec-number&gt;&lt;foreign-keys&gt;&lt;key app="EN" db-id="9ttaxzax2p0tr7ewzt55atews50zvxaaa5rz" timestamp="1764068824"&gt;6&lt;/key&gt;&lt;/foreign-keys&gt;&lt;ref-type name="Journal Article"&gt;17&lt;/ref-type&gt;&lt;contributors&gt;&lt;authors&gt;&lt;author&gt;Wang, Dong-Mei&lt;/author&gt;&lt;author&gt;Chen, Da-Chun&lt;/author&gt;&lt;author&gt;Xiu, Mei-Hong&lt;/author&gt;&lt;author&gt;Wang, Li&lt;/author&gt;&lt;author&gt;Kosten, Thomas R&lt;/author&gt;&lt;author&gt;Zhang, Xiang-Yang&lt;/author&gt;&lt;/authors&gt;&lt;/contributors&gt;&lt;titles&gt;&lt;title&gt;A double-blind, randomized controlled study of the effects of celecoxib on clinical symptoms and cognitive impairment in patients with drug-naïve first episode schizophrenia: pharmacogenetic impact of cyclooxygenase-2 functional polymorphisms&lt;/title&gt;&lt;secondary-title&gt;Neuropsychopharmacology&lt;/secondary-title&gt;&lt;/titles&gt;&lt;periodical&gt;&lt;full-title&gt;Neuropsychopharmacology&lt;/full-title&gt;&lt;/periodical&gt;&lt;pages&gt;893-902&lt;/pages&gt;&lt;volume&gt;49&lt;/volume&gt;&lt;number&gt;5&lt;/number&gt;&lt;dates&gt;&lt;year&gt;2024&lt;/year&gt;&lt;/dates&gt;&lt;isbn&gt;0893-133X&lt;/isbn&gt;&lt;urls&gt;&lt;/urls&gt;&lt;/record&gt;&lt;/Cite&gt;&lt;/EndNote&gt;</w:instrText>
      </w:r>
      <w:r w:rsidR="0031308D" w:rsidRPr="009A27D2">
        <w:rPr>
          <w:color w:val="auto"/>
          <w:szCs w:val="22"/>
        </w:rPr>
        <w:fldChar w:fldCharType="separate"/>
      </w:r>
      <w:r w:rsidR="008D3092" w:rsidRPr="008804F1">
        <w:rPr>
          <w:noProof/>
          <w:color w:val="auto"/>
          <w:szCs w:val="22"/>
          <w:vertAlign w:val="superscript"/>
          <w:lang w:val="nl-NL"/>
        </w:rPr>
        <w:t>6</w:t>
      </w:r>
      <w:r w:rsidR="0031308D" w:rsidRPr="009A27D2">
        <w:rPr>
          <w:color w:val="auto"/>
          <w:szCs w:val="22"/>
        </w:rPr>
        <w:fldChar w:fldCharType="end"/>
      </w:r>
      <w:r w:rsidRPr="009A27D2">
        <w:rPr>
          <w:color w:val="auto"/>
          <w:szCs w:val="22"/>
          <w:lang w:val="nl-NL"/>
        </w:rPr>
        <w:t xml:space="preserve">) </w:t>
      </w:r>
      <w:proofErr w:type="spellStart"/>
      <w:r w:rsidRPr="009A27D2">
        <w:rPr>
          <w:color w:val="auto"/>
          <w:szCs w:val="22"/>
          <w:lang w:val="nl-NL"/>
        </w:rPr>
        <w:t>were</w:t>
      </w:r>
      <w:proofErr w:type="spellEnd"/>
      <w:r w:rsidRPr="009A27D2">
        <w:rPr>
          <w:color w:val="auto"/>
          <w:szCs w:val="22"/>
          <w:lang w:val="nl-NL"/>
        </w:rPr>
        <w:t xml:space="preserve"> </w:t>
      </w:r>
      <w:proofErr w:type="spellStart"/>
      <w:r w:rsidRPr="009A27D2">
        <w:rPr>
          <w:color w:val="auto"/>
          <w:szCs w:val="22"/>
          <w:lang w:val="nl-NL"/>
        </w:rPr>
        <w:t>excluded</w:t>
      </w:r>
      <w:proofErr w:type="spellEnd"/>
      <w:r w:rsidRPr="009A27D2">
        <w:rPr>
          <w:color w:val="auto"/>
          <w:szCs w:val="22"/>
          <w:lang w:val="nl-NL"/>
        </w:rPr>
        <w:t xml:space="preserve"> </w:t>
      </w:r>
      <w:proofErr w:type="spellStart"/>
      <w:r w:rsidRPr="009A27D2">
        <w:rPr>
          <w:color w:val="auto"/>
          <w:szCs w:val="22"/>
          <w:lang w:val="nl-NL"/>
        </w:rPr>
        <w:t>from</w:t>
      </w:r>
      <w:proofErr w:type="spellEnd"/>
      <w:r w:rsidRPr="009A27D2">
        <w:rPr>
          <w:color w:val="auto"/>
          <w:szCs w:val="22"/>
          <w:lang w:val="nl-NL"/>
        </w:rPr>
        <w:t xml:space="preserve"> </w:t>
      </w:r>
      <w:proofErr w:type="spellStart"/>
      <w:r w:rsidRPr="009A27D2">
        <w:rPr>
          <w:color w:val="auto"/>
          <w:szCs w:val="22"/>
          <w:lang w:val="nl-NL"/>
        </w:rPr>
        <w:t>the</w:t>
      </w:r>
      <w:proofErr w:type="spellEnd"/>
      <w:r w:rsidRPr="009A27D2">
        <w:rPr>
          <w:color w:val="auto"/>
          <w:szCs w:val="22"/>
          <w:lang w:val="nl-NL"/>
        </w:rPr>
        <w:t xml:space="preserve"> NMA as </w:t>
      </w:r>
      <w:proofErr w:type="spellStart"/>
      <w:r w:rsidRPr="009A27D2">
        <w:rPr>
          <w:color w:val="auto"/>
          <w:szCs w:val="22"/>
          <w:lang w:val="nl-NL"/>
        </w:rPr>
        <w:t>this</w:t>
      </w:r>
      <w:proofErr w:type="spellEnd"/>
      <w:r w:rsidRPr="009A27D2">
        <w:rPr>
          <w:color w:val="auto"/>
          <w:szCs w:val="22"/>
          <w:lang w:val="nl-NL"/>
        </w:rPr>
        <w:t xml:space="preserve"> is </w:t>
      </w:r>
      <w:proofErr w:type="spellStart"/>
      <w:r w:rsidRPr="009A27D2">
        <w:rPr>
          <w:color w:val="auto"/>
          <w:szCs w:val="22"/>
          <w:lang w:val="nl-NL"/>
        </w:rPr>
        <w:t>considered</w:t>
      </w:r>
      <w:proofErr w:type="spellEnd"/>
      <w:r w:rsidRPr="009A27D2">
        <w:rPr>
          <w:color w:val="auto"/>
          <w:szCs w:val="22"/>
          <w:lang w:val="nl-NL"/>
        </w:rPr>
        <w:t xml:space="preserve"> a major source of </w:t>
      </w:r>
      <w:proofErr w:type="spellStart"/>
      <w:r w:rsidRPr="009A27D2">
        <w:rPr>
          <w:color w:val="auto"/>
          <w:szCs w:val="22"/>
          <w:lang w:val="nl-NL"/>
        </w:rPr>
        <w:t>population</w:t>
      </w:r>
      <w:proofErr w:type="spellEnd"/>
      <w:r w:rsidRPr="009A27D2">
        <w:rPr>
          <w:color w:val="auto"/>
          <w:szCs w:val="22"/>
          <w:lang w:val="nl-NL"/>
        </w:rPr>
        <w:t xml:space="preserve"> </w:t>
      </w:r>
      <w:proofErr w:type="spellStart"/>
      <w:r w:rsidRPr="009A27D2">
        <w:rPr>
          <w:color w:val="auto"/>
          <w:szCs w:val="22"/>
          <w:lang w:val="nl-NL"/>
        </w:rPr>
        <w:t>heterogeneity</w:t>
      </w:r>
      <w:proofErr w:type="spellEnd"/>
      <w:r w:rsidRPr="009A27D2">
        <w:rPr>
          <w:color w:val="auto"/>
          <w:szCs w:val="22"/>
          <w:lang w:val="nl-NL"/>
        </w:rPr>
        <w:t xml:space="preserve"> </w:t>
      </w:r>
      <w:proofErr w:type="spellStart"/>
      <w:r w:rsidRPr="009A27D2">
        <w:rPr>
          <w:color w:val="auto"/>
          <w:szCs w:val="22"/>
          <w:lang w:val="nl-NL"/>
        </w:rPr>
        <w:t>compared</w:t>
      </w:r>
      <w:proofErr w:type="spellEnd"/>
      <w:r w:rsidRPr="009A27D2">
        <w:rPr>
          <w:color w:val="auto"/>
          <w:szCs w:val="22"/>
          <w:lang w:val="nl-NL"/>
        </w:rPr>
        <w:t xml:space="preserve"> </w:t>
      </w:r>
      <w:proofErr w:type="spellStart"/>
      <w:r w:rsidRPr="009A27D2">
        <w:rPr>
          <w:color w:val="auto"/>
          <w:szCs w:val="22"/>
          <w:lang w:val="nl-NL"/>
        </w:rPr>
        <w:t>with</w:t>
      </w:r>
      <w:proofErr w:type="spellEnd"/>
      <w:r w:rsidRPr="009A27D2">
        <w:rPr>
          <w:color w:val="auto"/>
          <w:szCs w:val="22"/>
          <w:lang w:val="nl-NL"/>
        </w:rPr>
        <w:t xml:space="preserve"> EMERGENT-1, -2 </w:t>
      </w:r>
      <w:proofErr w:type="spellStart"/>
      <w:r w:rsidRPr="009A27D2">
        <w:rPr>
          <w:color w:val="auto"/>
          <w:szCs w:val="22"/>
          <w:lang w:val="nl-NL"/>
        </w:rPr>
        <w:t>and</w:t>
      </w:r>
      <w:proofErr w:type="spellEnd"/>
      <w:r w:rsidRPr="009A27D2">
        <w:rPr>
          <w:color w:val="auto"/>
          <w:szCs w:val="22"/>
          <w:lang w:val="nl-NL"/>
        </w:rPr>
        <w:t xml:space="preserve"> -3</w:t>
      </w:r>
      <w:r w:rsidR="0059199B"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rsidRPr="008804F1">
        <w:rPr>
          <w:lang w:val="nl-NL"/>
        </w:rPr>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rsidRPr="008804F1">
        <w:rPr>
          <w:lang w:val="nl-NL"/>
        </w:rPr>
        <w:instrText xml:space="preserve"> ADDIN EN.CITE.DATA </w:instrText>
      </w:r>
      <w:r w:rsidR="00452EF4">
        <w:fldChar w:fldCharType="end"/>
      </w:r>
      <w:r w:rsidR="0059199B" w:rsidRPr="001F2C70">
        <w:fldChar w:fldCharType="separate"/>
      </w:r>
      <w:r w:rsidR="00452EF4" w:rsidRPr="008804F1">
        <w:rPr>
          <w:noProof/>
          <w:vertAlign w:val="superscript"/>
          <w:lang w:val="nl-NL"/>
        </w:rPr>
        <w:t>7-9</w:t>
      </w:r>
      <w:r w:rsidR="0059199B" w:rsidRPr="001F2C70">
        <w:fldChar w:fldCharType="end"/>
      </w:r>
      <w:r w:rsidRPr="009A27D2">
        <w:rPr>
          <w:color w:val="auto"/>
          <w:szCs w:val="22"/>
          <w:lang w:val="nl-NL"/>
        </w:rPr>
        <w:t xml:space="preserve">, </w:t>
      </w:r>
      <w:proofErr w:type="spellStart"/>
      <w:r w:rsidRPr="009A27D2">
        <w:rPr>
          <w:color w:val="auto"/>
          <w:szCs w:val="22"/>
          <w:lang w:val="nl-NL"/>
        </w:rPr>
        <w:t>which</w:t>
      </w:r>
      <w:proofErr w:type="spellEnd"/>
      <w:r w:rsidRPr="009A27D2">
        <w:rPr>
          <w:color w:val="auto"/>
          <w:szCs w:val="22"/>
          <w:lang w:val="nl-NL"/>
        </w:rPr>
        <w:t xml:space="preserve"> </w:t>
      </w:r>
      <w:proofErr w:type="spellStart"/>
      <w:r w:rsidRPr="009A27D2">
        <w:rPr>
          <w:color w:val="auto"/>
          <w:szCs w:val="22"/>
          <w:lang w:val="nl-NL"/>
        </w:rPr>
        <w:t>enrolled</w:t>
      </w:r>
      <w:proofErr w:type="spellEnd"/>
      <w:r w:rsidRPr="009A27D2">
        <w:rPr>
          <w:color w:val="auto"/>
          <w:szCs w:val="22"/>
          <w:lang w:val="nl-NL"/>
        </w:rPr>
        <w:t xml:space="preserve"> </w:t>
      </w:r>
      <w:proofErr w:type="spellStart"/>
      <w:r w:rsidRPr="009A27D2">
        <w:rPr>
          <w:color w:val="auto"/>
          <w:szCs w:val="22"/>
          <w:lang w:val="nl-NL"/>
        </w:rPr>
        <w:t>only</w:t>
      </w:r>
      <w:proofErr w:type="spellEnd"/>
      <w:r w:rsidRPr="009A27D2">
        <w:rPr>
          <w:color w:val="auto"/>
          <w:szCs w:val="22"/>
          <w:lang w:val="nl-NL"/>
        </w:rPr>
        <w:t xml:space="preserve"> </w:t>
      </w:r>
      <w:proofErr w:type="spellStart"/>
      <w:r w:rsidRPr="009A27D2">
        <w:rPr>
          <w:color w:val="auto"/>
          <w:szCs w:val="22"/>
          <w:lang w:val="nl-NL"/>
        </w:rPr>
        <w:t>patients</w:t>
      </w:r>
      <w:proofErr w:type="spellEnd"/>
      <w:r w:rsidRPr="009A27D2">
        <w:rPr>
          <w:color w:val="auto"/>
          <w:szCs w:val="22"/>
          <w:lang w:val="nl-NL"/>
        </w:rPr>
        <w:t xml:space="preserve"> </w:t>
      </w:r>
      <w:proofErr w:type="spellStart"/>
      <w:r w:rsidRPr="009A27D2">
        <w:rPr>
          <w:color w:val="auto"/>
          <w:szCs w:val="22"/>
          <w:lang w:val="nl-NL"/>
        </w:rPr>
        <w:t>with</w:t>
      </w:r>
      <w:proofErr w:type="spellEnd"/>
      <w:r w:rsidRPr="009A27D2">
        <w:rPr>
          <w:color w:val="auto"/>
          <w:szCs w:val="22"/>
          <w:lang w:val="nl-NL"/>
        </w:rPr>
        <w:t xml:space="preserve"> a </w:t>
      </w:r>
      <w:proofErr w:type="spellStart"/>
      <w:r w:rsidRPr="009A27D2">
        <w:rPr>
          <w:color w:val="auto"/>
          <w:szCs w:val="22"/>
          <w:lang w:val="nl-NL"/>
        </w:rPr>
        <w:t>history</w:t>
      </w:r>
      <w:proofErr w:type="spellEnd"/>
      <w:r w:rsidRPr="009A27D2">
        <w:rPr>
          <w:color w:val="auto"/>
          <w:szCs w:val="22"/>
          <w:lang w:val="nl-NL"/>
        </w:rPr>
        <w:t xml:space="preserve"> of </w:t>
      </w:r>
      <w:proofErr w:type="spellStart"/>
      <w:r w:rsidRPr="009A27D2">
        <w:rPr>
          <w:color w:val="auto"/>
          <w:szCs w:val="22"/>
          <w:lang w:val="nl-NL"/>
        </w:rPr>
        <w:t>schizophrenic</w:t>
      </w:r>
      <w:proofErr w:type="spellEnd"/>
      <w:r w:rsidRPr="009A27D2">
        <w:rPr>
          <w:color w:val="auto"/>
          <w:szCs w:val="22"/>
          <w:lang w:val="nl-NL"/>
        </w:rPr>
        <w:t xml:space="preserve"> episodes. </w:t>
      </w:r>
    </w:p>
    <w:p w14:paraId="65FFBFB6" w14:textId="50D5C344" w:rsidR="009446D0" w:rsidRPr="009A27D2" w:rsidRDefault="0084596B">
      <w:pPr>
        <w:pStyle w:val="ListParagraph"/>
        <w:rPr>
          <w:color w:val="auto"/>
          <w:szCs w:val="22"/>
        </w:rPr>
      </w:pPr>
      <w:r w:rsidRPr="009A27D2">
        <w:rPr>
          <w:color w:val="auto"/>
          <w:szCs w:val="22"/>
        </w:rPr>
        <w:t>One study (</w:t>
      </w:r>
      <w:proofErr w:type="spellStart"/>
      <w:r w:rsidRPr="009A27D2">
        <w:rPr>
          <w:color w:val="auto"/>
          <w:szCs w:val="22"/>
        </w:rPr>
        <w:t>Canive</w:t>
      </w:r>
      <w:proofErr w:type="spellEnd"/>
      <w:r w:rsidRPr="009A27D2">
        <w:rPr>
          <w:color w:val="auto"/>
          <w:szCs w:val="22"/>
        </w:rPr>
        <w:t xml:space="preserve"> 2006</w:t>
      </w:r>
      <w:r w:rsidR="0031308D" w:rsidRPr="009A27D2">
        <w:rPr>
          <w:color w:val="auto"/>
          <w:szCs w:val="22"/>
        </w:rPr>
        <w:fldChar w:fldCharType="begin"/>
      </w:r>
      <w:r w:rsidR="00452EF4">
        <w:rPr>
          <w:color w:val="auto"/>
          <w:szCs w:val="22"/>
        </w:rPr>
        <w:instrText xml:space="preserve"> ADDIN EN.CITE &lt;EndNote&gt;&lt;Cite&gt;&lt;Author&gt;Canive&lt;/Author&gt;&lt;Year&gt;2006&lt;/Year&gt;&lt;RecNum&gt;7&lt;/RecNum&gt;&lt;DisplayText&gt;&lt;style face="superscript"&gt;10&lt;/style&gt;&lt;/DisplayText&gt;&lt;record&gt;&lt;rec-number&gt;7&lt;/rec-number&gt;&lt;foreign-keys&gt;&lt;key app="EN" db-id="9ttaxzax2p0tr7ewzt55atews50zvxaaa5rz" timestamp="1764068825"&gt;7&lt;/key&gt;&lt;/foreign-keys&gt;&lt;ref-type name="Journal Article"&gt;17&lt;/ref-type&gt;&lt;contributors&gt;&lt;authors&gt;&lt;author&gt;Canive, Jose M&lt;/author&gt;&lt;author&gt;Miller, Gregory A&lt;/author&gt;&lt;author&gt;Irwin, Jessica G&lt;/author&gt;&lt;author&gt;Moses, Sandra N&lt;/author&gt;&lt;author&gt;Thoma, Robert J&lt;/author&gt;&lt;author&gt;Edgar, J Christopher&lt;/author&gt;&lt;author&gt;Sherwood, Andrea&lt;/author&gt;&lt;author&gt;Torres, Fernando&lt;/author&gt;&lt;author&gt;Lanoue, Marianna&lt;/author&gt;&lt;author&gt;Lewis, Stephen&lt;/author&gt;&lt;/authors&gt;&lt;/contributors&gt;&lt;titles&gt;&lt;title&gt;Efficacy of olanzapine and risperidone in schizophrenia: a randomized double-blind crossover design&lt;/title&gt;&lt;secondary-title&gt;Psychopharmacology bulletin&lt;/secondary-title&gt;&lt;/titles&gt;&lt;periodical&gt;&lt;full-title&gt;Psychopharmacology bulletin&lt;/full-title&gt;&lt;/periodical&gt;&lt;pages&gt;105-116&lt;/pages&gt;&lt;volume&gt;39&lt;/volume&gt;&lt;number&gt;1&lt;/number&gt;&lt;dates&gt;&lt;year&gt;2006&lt;/year&gt;&lt;/dates&gt;&lt;isbn&gt;0048-5764&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10</w:t>
      </w:r>
      <w:r w:rsidR="0031308D" w:rsidRPr="009A27D2">
        <w:rPr>
          <w:color w:val="auto"/>
          <w:szCs w:val="22"/>
        </w:rPr>
        <w:fldChar w:fldCharType="end"/>
      </w:r>
      <w:r w:rsidRPr="009A27D2">
        <w:rPr>
          <w:color w:val="auto"/>
          <w:szCs w:val="22"/>
        </w:rPr>
        <w:t xml:space="preserve">) only randomized nine patients and, was excluded due to insufficiently large sample size. </w:t>
      </w:r>
    </w:p>
    <w:p w14:paraId="1F6AA55A" w14:textId="25EFC0A7" w:rsidR="009446D0" w:rsidRPr="009A27D2" w:rsidRDefault="0084596B">
      <w:pPr>
        <w:pStyle w:val="ListParagraph"/>
        <w:rPr>
          <w:color w:val="auto"/>
          <w:szCs w:val="22"/>
        </w:rPr>
      </w:pPr>
      <w:r w:rsidRPr="009A27D2">
        <w:rPr>
          <w:color w:val="auto"/>
          <w:szCs w:val="22"/>
        </w:rPr>
        <w:t>Most studies either did not report details regarding the inpatient/outpatient setting or initially required inpatient treatment for a minimum period (i.e. 3 or 4 weeks) after which patients could be discharged if sufficiently controlled. These cases were considered sufficiently similar to studies that only permitted inpatient treatment, like EMERGENT-1, -2 and -3.</w:t>
      </w:r>
      <w:r w:rsidR="0059199B"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EN.CITE.DATA </w:instrText>
      </w:r>
      <w:r w:rsidR="00452EF4">
        <w:fldChar w:fldCharType="end"/>
      </w:r>
      <w:r w:rsidR="0059199B" w:rsidRPr="001F2C70">
        <w:fldChar w:fldCharType="separate"/>
      </w:r>
      <w:r w:rsidR="00452EF4" w:rsidRPr="00452EF4">
        <w:rPr>
          <w:noProof/>
          <w:vertAlign w:val="superscript"/>
        </w:rPr>
        <w:t>7-9</w:t>
      </w:r>
      <w:r w:rsidR="0059199B" w:rsidRPr="001F2C70">
        <w:fldChar w:fldCharType="end"/>
      </w:r>
      <w:r w:rsidRPr="009A27D2">
        <w:rPr>
          <w:color w:val="auto"/>
          <w:szCs w:val="22"/>
        </w:rPr>
        <w:t xml:space="preserve"> Ten studies, however, permitted patients to be treated in an outpatient setting throughout the acute treatment study. As outpatient/inpatient treatment setting is considered a likely treatment effect modifier, all ten studies were excluded from the NMA.</w:t>
      </w:r>
      <w:r w:rsidR="0031308D" w:rsidRPr="009A27D2">
        <w:rPr>
          <w:color w:val="auto"/>
          <w:szCs w:val="22"/>
        </w:rPr>
        <w:fldChar w:fldCharType="begin">
          <w:fldData xml:space="preserve">PEVuZE5vdGU+PENpdGU+PEF1dGhvcj5LYW5lIEpNPC9BdXRob3I+PFllYXI+MjAwOTwvWWVhcj48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</w:fldData>
        </w:fldChar>
      </w:r>
      <w:r w:rsidR="00452EF4">
        <w:rPr>
          <w:color w:val="auto"/>
          <w:szCs w:val="22"/>
        </w:rPr>
        <w:instrText xml:space="preserve"> ADDIN EN.CITE </w:instrText>
      </w:r>
      <w:r w:rsidR="00452EF4">
        <w:rPr>
          <w:color w:val="auto"/>
          <w:szCs w:val="22"/>
        </w:rPr>
        <w:fldChar w:fldCharType="begin">
          <w:fldData xml:space="preserve">PEVuZE5vdGU+PENpdGU+PEF1dGhvcj5LYW5lIEpNPC9BdXRob3I+PFllYXI+MjAwOTwvWWVhcj48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</w:fldData>
        </w:fldChar>
      </w:r>
      <w:r w:rsidR="00452EF4">
        <w:rPr>
          <w:color w:val="auto"/>
          <w:szCs w:val="22"/>
        </w:rPr>
        <w:instrText xml:space="preserve"> ADDIN EN.CITE.DATA </w:instrText>
      </w:r>
      <w:r w:rsidR="00452EF4">
        <w:rPr>
          <w:color w:val="auto"/>
          <w:szCs w:val="22"/>
        </w:rPr>
      </w:r>
      <w:r w:rsidR="00452EF4">
        <w:rPr>
          <w:color w:val="auto"/>
          <w:szCs w:val="22"/>
        </w:rPr>
        <w:fldChar w:fldCharType="end"/>
      </w:r>
      <w:r w:rsidR="0031308D" w:rsidRPr="009A27D2">
        <w:rPr>
          <w:color w:val="auto"/>
          <w:szCs w:val="22"/>
        </w:rPr>
      </w:r>
      <w:r w:rsidR="0031308D" w:rsidRPr="009A27D2">
        <w:rPr>
          <w:color w:val="auto"/>
          <w:szCs w:val="22"/>
        </w:rPr>
        <w:fldChar w:fldCharType="separate"/>
      </w:r>
      <w:r w:rsidR="00452EF4" w:rsidRPr="00452EF4">
        <w:rPr>
          <w:noProof/>
          <w:color w:val="auto"/>
          <w:szCs w:val="22"/>
          <w:vertAlign w:val="superscript"/>
        </w:rPr>
        <w:t>11-20</w:t>
      </w:r>
      <w:r w:rsidR="0031308D" w:rsidRPr="009A27D2">
        <w:rPr>
          <w:color w:val="auto"/>
          <w:szCs w:val="22"/>
        </w:rPr>
        <w:fldChar w:fldCharType="end"/>
      </w:r>
      <w:r w:rsidRPr="009A27D2">
        <w:rPr>
          <w:color w:val="auto"/>
          <w:szCs w:val="22"/>
        </w:rPr>
        <w:t xml:space="preserve"> </w:t>
      </w:r>
    </w:p>
    <w:p w14:paraId="59562750" w14:textId="4F4F3C1A" w:rsidR="009446D0" w:rsidRPr="009A27D2" w:rsidRDefault="0084596B">
      <w:pPr>
        <w:pStyle w:val="ListParagraph"/>
        <w:rPr>
          <w:color w:val="auto"/>
          <w:szCs w:val="22"/>
        </w:rPr>
      </w:pPr>
      <w:r w:rsidRPr="009A27D2">
        <w:rPr>
          <w:color w:val="auto"/>
          <w:szCs w:val="22"/>
        </w:rPr>
        <w:t>One study (Wang 2020</w:t>
      </w:r>
      <w:r w:rsidR="0031308D" w:rsidRPr="009A27D2">
        <w:rPr>
          <w:color w:val="auto"/>
          <w:szCs w:val="22"/>
        </w:rPr>
        <w:fldChar w:fldCharType="begin"/>
      </w:r>
      <w:r w:rsidR="00452EF4">
        <w:rPr>
          <w:color w:val="auto"/>
          <w:szCs w:val="22"/>
        </w:rPr>
        <w:instrText xml:space="preserve"> ADDIN EN.CITE &lt;EndNote&gt;&lt;Cite&gt;&lt;Author&gt;Wang&lt;/Author&gt;&lt;Year&gt;2020&lt;/Year&gt;&lt;RecNum&gt;18&lt;/RecNum&gt;&lt;DisplayText&gt;&lt;style face="superscript"&gt;21&lt;/style&gt;&lt;/DisplayText&gt;&lt;record&gt;&lt;rec-number&gt;18&lt;/rec-number&gt;&lt;foreign-keys&gt;&lt;key app="EN" db-id="9ttaxzax2p0tr7ewzt55atews50zvxaaa5rz" timestamp="1764068827"&gt;18&lt;/key&gt;&lt;/foreign-keys&gt;&lt;ref-type name="Journal Article"&gt;17&lt;/ref-type&gt;&lt;contributors&gt;&lt;authors&gt;&lt;author&gt;Wang, Ning&lt;/author&gt;&lt;author&gt;Zheng, Na&lt;/author&gt;&lt;author&gt;Dong, Mei&lt;/author&gt;&lt;author&gt;He, Jin&lt;/author&gt;&lt;/authors&gt;&lt;/contributors&gt;&lt;titles&gt;&lt;title&gt;Paroxetine combined with olanzapine in the treatment of schizophrenia&lt;/title&gt;&lt;secondary-title&gt;Pakistan journal of medical sciences&lt;/secondary-title&gt;&lt;/titles&gt;&lt;periodical&gt;&lt;full-title&gt;Pakistan journal of medical sciences&lt;/full-title&gt;&lt;/periodical&gt;&lt;pages&gt;516&lt;/pages&gt;&lt;volume&gt;36&lt;/volume&gt;&lt;number&gt;3&lt;/number&gt;&lt;dates&gt;&lt;year&gt;2020&lt;/year&gt;&lt;/dates&gt;&lt;urls&gt;&lt;/urls&gt;&lt;/record&gt;&lt;/Cite&gt;&lt;/EndNote&gt;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21</w:t>
      </w:r>
      <w:r w:rsidR="0031308D" w:rsidRPr="009A27D2">
        <w:rPr>
          <w:color w:val="auto"/>
          <w:szCs w:val="22"/>
        </w:rPr>
        <w:fldChar w:fldCharType="end"/>
      </w:r>
      <w:r w:rsidRPr="009A27D2">
        <w:rPr>
          <w:color w:val="auto"/>
          <w:szCs w:val="22"/>
        </w:rPr>
        <w:t>) only enrolled substantially older patients aged 65+ and was therefore excluded from the NMA.</w:t>
      </w:r>
    </w:p>
    <w:p w14:paraId="592F1C0D" w14:textId="090E4BA1" w:rsidR="009446D0" w:rsidRPr="009A27D2" w:rsidRDefault="0084596B">
      <w:pPr>
        <w:rPr>
          <w:color w:val="auto"/>
          <w:szCs w:val="22"/>
        </w:rPr>
      </w:pPr>
      <w:r w:rsidRPr="009A27D2">
        <w:rPr>
          <w:color w:val="auto"/>
          <w:szCs w:val="22"/>
        </w:rPr>
        <w:t xml:space="preserve">The rightmost column in </w:t>
      </w:r>
      <w:r w:rsidRPr="009A27D2">
        <w:rPr>
          <w:color w:val="auto"/>
          <w:szCs w:val="22"/>
        </w:rPr>
        <w:fldChar w:fldCharType="begin"/>
      </w:r>
      <w:r w:rsidRPr="009A27D2">
        <w:rPr>
          <w:color w:val="auto"/>
          <w:szCs w:val="22"/>
        </w:rPr>
        <w:instrText>REF _Ref14357245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Table S3</w:t>
      </w:r>
      <w:r w:rsidR="004B2F28" w:rsidRPr="004B2F28">
        <w:rPr>
          <w:color w:val="auto"/>
          <w:szCs w:val="22"/>
        </w:rPr>
        <w:noBreakHyphen/>
        <w:t>2</w:t>
      </w:r>
      <w:r w:rsidRPr="009A27D2">
        <w:rPr>
          <w:color w:val="auto"/>
          <w:szCs w:val="22"/>
        </w:rPr>
        <w:fldChar w:fldCharType="end"/>
      </w:r>
      <w:r w:rsidRPr="009A27D2">
        <w:rPr>
          <w:color w:val="auto"/>
          <w:szCs w:val="22"/>
        </w:rPr>
        <w:t xml:space="preserve"> summarizes the exclusion of specific study arms or entire studies for treatment and dosage related assessments, including: they could not be connected to a network via any comparator arm; 2) they could only form ‘spider arms’ in a network, adding only redundant comparative effectiveness information for comparator treatments not captured by the NMA decision problem; 3) their inclusion in the network would have added no relevant comparative effectiveness information beyond what was already provided via a more direct and robust link (i.e., </w:t>
      </w:r>
      <w:r w:rsidRPr="009A27D2">
        <w:rPr>
          <w:color w:val="auto"/>
          <w:szCs w:val="22"/>
        </w:rPr>
        <w:lastRenderedPageBreak/>
        <w:t>via placebo), or 4) they investigated unapproved Food and Drug Administration (FDA) or European Medicines Agency (EMA) doses.</w:t>
      </w:r>
    </w:p>
    <w:p w14:paraId="7F53FF74" w14:textId="77777777" w:rsidR="009446D0" w:rsidRPr="00EB75F0" w:rsidRDefault="009446D0">
      <w:pPr>
        <w:sectPr w:rsidR="009446D0" w:rsidRPr="00EB75F0">
          <w:pgSz w:w="11906" w:h="16838"/>
          <w:pgMar w:top="1134" w:right="1134" w:bottom="1134" w:left="1134" w:header="567" w:footer="567" w:gutter="0"/>
          <w:cols w:space="708"/>
          <w:docGrid w:linePitch="360"/>
        </w:sectPr>
      </w:pPr>
    </w:p>
    <w:p w14:paraId="547BF216" w14:textId="1F42CEFE" w:rsidR="009446D0" w:rsidRPr="00541089" w:rsidRDefault="0084596B" w:rsidP="009A27D2">
      <w:pPr>
        <w:pStyle w:val="Heading2"/>
        <w:numPr>
          <w:ilvl w:val="1"/>
          <w:numId w:val="10"/>
        </w:numPr>
        <w:ind w:left="0" w:firstLine="0"/>
        <w:rPr>
          <w:color w:val="000000"/>
        </w:rPr>
      </w:pPr>
      <w:bookmarkStart w:id="20" w:name="_Ref14529614"/>
      <w:bookmarkStart w:id="21" w:name="_Ref14496963"/>
      <w:bookmarkStart w:id="22" w:name="_Ref14120738"/>
      <w:bookmarkStart w:id="23" w:name="_Ref14789877"/>
      <w:bookmarkStart w:id="24" w:name="_Ref14691236"/>
      <w:bookmarkStart w:id="25" w:name="_Ref14784761"/>
      <w:bookmarkStart w:id="26" w:name="_Ref14453348"/>
      <w:r w:rsidRPr="00541089">
        <w:rPr>
          <w:color w:val="000000"/>
        </w:rPr>
        <w:lastRenderedPageBreak/>
        <w:t>Table S</w:t>
      </w:r>
      <w:r w:rsidR="00EE288E" w:rsidRPr="00541089">
        <w:rPr>
          <w:color w:val="000000"/>
        </w:rPr>
        <w:fldChar w:fldCharType="begin"/>
      </w:r>
      <w:r w:rsidR="00EE288E" w:rsidRPr="00541089">
        <w:rPr>
          <w:color w:val="000000"/>
        </w:rPr>
        <w:instrText xml:space="preserve"> STYLEREF 1 \s </w:instrText>
      </w:r>
      <w:r w:rsidR="00EE288E" w:rsidRPr="00541089">
        <w:rPr>
          <w:color w:val="000000"/>
        </w:rPr>
        <w:fldChar w:fldCharType="separate"/>
      </w:r>
      <w:r w:rsidR="004B2F28">
        <w:rPr>
          <w:noProof/>
          <w:color w:val="000000"/>
        </w:rPr>
        <w:t>3</w:t>
      </w:r>
      <w:r w:rsidR="00EE288E" w:rsidRPr="00541089">
        <w:rPr>
          <w:color w:val="000000"/>
        </w:rPr>
        <w:fldChar w:fldCharType="end"/>
      </w:r>
      <w:r w:rsidR="00EE288E" w:rsidRPr="00541089">
        <w:rPr>
          <w:color w:val="000000"/>
        </w:rPr>
        <w:noBreakHyphen/>
      </w:r>
      <w:r w:rsidR="00EE288E" w:rsidRPr="00541089">
        <w:rPr>
          <w:color w:val="000000"/>
        </w:rPr>
        <w:fldChar w:fldCharType="begin"/>
      </w:r>
      <w:r w:rsidR="00EE288E" w:rsidRPr="00541089">
        <w:rPr>
          <w:color w:val="000000"/>
        </w:rPr>
        <w:instrText xml:space="preserve"> SEQ Table \* ARABIC \s 1 </w:instrText>
      </w:r>
      <w:r w:rsidR="00EE288E" w:rsidRPr="00541089">
        <w:rPr>
          <w:color w:val="000000"/>
        </w:rPr>
        <w:fldChar w:fldCharType="separate"/>
      </w:r>
      <w:r w:rsidR="004B2F28">
        <w:rPr>
          <w:noProof/>
          <w:color w:val="000000"/>
        </w:rPr>
        <w:t>1</w:t>
      </w:r>
      <w:r w:rsidR="00EE288E" w:rsidRPr="00541089">
        <w:rPr>
          <w:color w:val="000000"/>
        </w:rPr>
        <w:fldChar w:fldCharType="end"/>
      </w:r>
      <w:bookmarkEnd w:id="20"/>
      <w:bookmarkEnd w:id="21"/>
      <w:bookmarkEnd w:id="22"/>
      <w:bookmarkEnd w:id="23"/>
      <w:bookmarkEnd w:id="24"/>
      <w:bookmarkEnd w:id="25"/>
      <w:bookmarkEnd w:id="26"/>
      <w:r w:rsidRPr="00541089">
        <w:rPr>
          <w:color w:val="000000"/>
        </w:rPr>
        <w:t xml:space="preserve">: Summary of trial design of studies included for assessing network meta-analysis feasibility </w:t>
      </w:r>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CellMar>
          <w:left w:w="28" w:type="dxa"/>
          <w:right w:w="28" w:type="dxa"/>
        </w:tblCellMar>
        <w:tblLook w:val="04A0" w:firstRow="1" w:lastRow="0" w:firstColumn="1" w:lastColumn="0" w:noHBand="0" w:noVBand="1"/>
      </w:tblPr>
      <w:tblGrid>
        <w:gridCol w:w="1253"/>
        <w:gridCol w:w="633"/>
        <w:gridCol w:w="743"/>
        <w:gridCol w:w="653"/>
        <w:gridCol w:w="749"/>
        <w:gridCol w:w="1253"/>
        <w:gridCol w:w="749"/>
        <w:gridCol w:w="1119"/>
        <w:gridCol w:w="1081"/>
        <w:gridCol w:w="1861"/>
        <w:gridCol w:w="941"/>
        <w:gridCol w:w="1163"/>
        <w:gridCol w:w="1017"/>
        <w:gridCol w:w="644"/>
        <w:gridCol w:w="701"/>
      </w:tblGrid>
      <w:tr w:rsidR="009446D0" w:rsidRPr="00EB75F0" w14:paraId="68868B88" w14:textId="77777777">
        <w:trPr>
          <w:trHeight w:val="20"/>
          <w:tblHeader/>
        </w:trPr>
        <w:tc>
          <w:tcPr>
            <w:tcW w:w="433" w:type="pct"/>
            <w:tcBorders>
              <w:top w:val="single" w:sz="4" w:space="0" w:color="000000"/>
              <w:left w:val="single" w:sz="4" w:space="0" w:color="000000"/>
              <w:bottom w:val="single" w:sz="4" w:space="0" w:color="000000"/>
              <w:right w:val="single" w:sz="4" w:space="0" w:color="000000"/>
            </w:tcBorders>
            <w:shd w:val="clear" w:color="auto" w:fill="001B2B"/>
          </w:tcPr>
          <w:p w14:paraId="32031407" w14:textId="77777777" w:rsidR="009446D0" w:rsidRPr="00EB75F0" w:rsidRDefault="0084596B">
            <w:pPr>
              <w:spacing w:before="60" w:after="60" w:line="240" w:lineRule="auto"/>
              <w:rPr>
                <w:color w:val="FFFFFF"/>
                <w:sz w:val="14"/>
              </w:rPr>
            </w:pPr>
            <w:r w:rsidRPr="00EB75F0">
              <w:rPr>
                <w:b/>
                <w:color w:val="FFFFFF"/>
                <w:sz w:val="14"/>
              </w:rPr>
              <w:t>Study Name</w:t>
            </w:r>
          </w:p>
        </w:tc>
        <w:tc>
          <w:tcPr>
            <w:tcW w:w="221" w:type="pct"/>
            <w:tcBorders>
              <w:top w:val="single" w:sz="4" w:space="0" w:color="000000"/>
              <w:left w:val="single" w:sz="4" w:space="0" w:color="000000"/>
              <w:bottom w:val="single" w:sz="4" w:space="0" w:color="000000"/>
              <w:right w:val="single" w:sz="4" w:space="0" w:color="000000"/>
            </w:tcBorders>
            <w:shd w:val="clear" w:color="auto" w:fill="001B2B"/>
          </w:tcPr>
          <w:p w14:paraId="3B2428CF" w14:textId="77777777" w:rsidR="009446D0" w:rsidRPr="00EB75F0" w:rsidRDefault="0084596B">
            <w:pPr>
              <w:spacing w:before="60" w:after="60" w:line="240" w:lineRule="auto"/>
              <w:rPr>
                <w:color w:val="FFFFFF"/>
                <w:sz w:val="14"/>
              </w:rPr>
            </w:pPr>
            <w:r w:rsidRPr="00EB75F0">
              <w:rPr>
                <w:b/>
                <w:color w:val="FFFFFF"/>
                <w:sz w:val="14"/>
              </w:rPr>
              <w:t>Study Year</w:t>
            </w:r>
          </w:p>
        </w:tc>
        <w:tc>
          <w:tcPr>
            <w:tcW w:w="0" w:type="auto"/>
            <w:tcBorders>
              <w:top w:val="single" w:sz="4" w:space="0" w:color="000000"/>
              <w:left w:val="single" w:sz="4" w:space="0" w:color="000000"/>
              <w:bottom w:val="single" w:sz="4" w:space="0" w:color="000000"/>
              <w:right w:val="single" w:sz="4" w:space="0" w:color="000000"/>
            </w:tcBorders>
            <w:shd w:val="clear" w:color="auto" w:fill="001B2B"/>
          </w:tcPr>
          <w:p w14:paraId="753E65FC" w14:textId="77777777" w:rsidR="009446D0" w:rsidRPr="00EB75F0" w:rsidRDefault="0084596B">
            <w:pPr>
              <w:spacing w:before="60" w:after="60" w:line="240" w:lineRule="auto"/>
              <w:rPr>
                <w:color w:val="FFFFFF"/>
                <w:sz w:val="14"/>
              </w:rPr>
            </w:pPr>
            <w:r w:rsidRPr="00EB75F0">
              <w:rPr>
                <w:b/>
                <w:color w:val="FFFFFF"/>
                <w:sz w:val="14"/>
              </w:rPr>
              <w:t>Study Design</w:t>
            </w:r>
          </w:p>
        </w:tc>
        <w:tc>
          <w:tcPr>
            <w:tcW w:w="0" w:type="auto"/>
            <w:tcBorders>
              <w:top w:val="single" w:sz="4" w:space="0" w:color="000000"/>
              <w:left w:val="single" w:sz="4" w:space="0" w:color="000000"/>
              <w:bottom w:val="single" w:sz="4" w:space="0" w:color="000000"/>
              <w:right w:val="single" w:sz="4" w:space="0" w:color="000000"/>
            </w:tcBorders>
            <w:shd w:val="clear" w:color="auto" w:fill="001B2B"/>
          </w:tcPr>
          <w:p w14:paraId="75DB7E1D" w14:textId="77777777" w:rsidR="009446D0" w:rsidRPr="00EB75F0" w:rsidRDefault="0084596B">
            <w:pPr>
              <w:spacing w:before="60" w:after="60" w:line="240" w:lineRule="auto"/>
              <w:rPr>
                <w:color w:val="FFFFFF"/>
                <w:sz w:val="14"/>
              </w:rPr>
            </w:pPr>
            <w:r w:rsidRPr="00EB75F0">
              <w:rPr>
                <w:b/>
                <w:color w:val="FFFFFF"/>
                <w:sz w:val="14"/>
              </w:rPr>
              <w:t>Blinding</w:t>
            </w:r>
          </w:p>
        </w:tc>
        <w:tc>
          <w:tcPr>
            <w:tcW w:w="0" w:type="auto"/>
            <w:tcBorders>
              <w:top w:val="single" w:sz="4" w:space="0" w:color="000000"/>
              <w:left w:val="single" w:sz="4" w:space="0" w:color="000000"/>
              <w:bottom w:val="single" w:sz="4" w:space="0" w:color="000000"/>
              <w:right w:val="single" w:sz="4" w:space="0" w:color="000000"/>
            </w:tcBorders>
            <w:shd w:val="clear" w:color="auto" w:fill="001B2B"/>
          </w:tcPr>
          <w:p w14:paraId="00820B43" w14:textId="77777777" w:rsidR="009446D0" w:rsidRPr="00EB75F0" w:rsidRDefault="0084596B">
            <w:pPr>
              <w:spacing w:before="60" w:after="60" w:line="240" w:lineRule="auto"/>
              <w:rPr>
                <w:color w:val="FFFFFF"/>
                <w:sz w:val="14"/>
              </w:rPr>
            </w:pPr>
            <w:r w:rsidRPr="00EB75F0">
              <w:rPr>
                <w:b/>
                <w:color w:val="FFFFFF"/>
                <w:sz w:val="14"/>
              </w:rPr>
              <w:t>Crossover</w:t>
            </w:r>
          </w:p>
        </w:tc>
        <w:tc>
          <w:tcPr>
            <w:tcW w:w="0" w:type="auto"/>
            <w:tcBorders>
              <w:top w:val="single" w:sz="4" w:space="0" w:color="000000"/>
              <w:left w:val="single" w:sz="4" w:space="0" w:color="000000"/>
              <w:bottom w:val="single" w:sz="4" w:space="0" w:color="000000"/>
              <w:right w:val="single" w:sz="4" w:space="0" w:color="000000"/>
            </w:tcBorders>
            <w:shd w:val="clear" w:color="auto" w:fill="001B2B"/>
          </w:tcPr>
          <w:p w14:paraId="17F6AC09" w14:textId="77777777" w:rsidR="009446D0" w:rsidRPr="00EB75F0" w:rsidRDefault="0084596B">
            <w:pPr>
              <w:spacing w:before="60" w:after="60" w:line="240" w:lineRule="auto"/>
              <w:rPr>
                <w:color w:val="FFFFFF"/>
                <w:sz w:val="14"/>
              </w:rPr>
            </w:pPr>
            <w:r w:rsidRPr="00EB75F0">
              <w:rPr>
                <w:b/>
                <w:color w:val="FFFFFF"/>
                <w:sz w:val="14"/>
              </w:rPr>
              <w:t>Study Setting</w:t>
            </w:r>
          </w:p>
        </w:tc>
        <w:tc>
          <w:tcPr>
            <w:tcW w:w="0" w:type="auto"/>
            <w:tcBorders>
              <w:top w:val="single" w:sz="4" w:space="0" w:color="000000"/>
              <w:left w:val="single" w:sz="4" w:space="0" w:color="000000"/>
              <w:bottom w:val="single" w:sz="4" w:space="0" w:color="000000"/>
              <w:right w:val="single" w:sz="4" w:space="0" w:color="000000"/>
            </w:tcBorders>
            <w:shd w:val="clear" w:color="auto" w:fill="001B2B"/>
          </w:tcPr>
          <w:p w14:paraId="6D328C91" w14:textId="77777777" w:rsidR="009446D0" w:rsidRPr="00EB75F0" w:rsidRDefault="0084596B">
            <w:pPr>
              <w:spacing w:before="60" w:after="60" w:line="240" w:lineRule="auto"/>
              <w:rPr>
                <w:color w:val="FFFFFF"/>
                <w:sz w:val="14"/>
              </w:rPr>
            </w:pPr>
            <w:r w:rsidRPr="00EB75F0">
              <w:rPr>
                <w:b/>
                <w:color w:val="FFFFFF"/>
                <w:sz w:val="14"/>
              </w:rPr>
              <w:t>Study Region</w:t>
            </w:r>
          </w:p>
        </w:tc>
        <w:tc>
          <w:tcPr>
            <w:tcW w:w="0" w:type="auto"/>
            <w:tcBorders>
              <w:top w:val="single" w:sz="4" w:space="0" w:color="000000"/>
              <w:left w:val="single" w:sz="4" w:space="0" w:color="000000"/>
              <w:bottom w:val="single" w:sz="4" w:space="0" w:color="000000"/>
              <w:right w:val="single" w:sz="4" w:space="0" w:color="000000"/>
            </w:tcBorders>
            <w:shd w:val="clear" w:color="auto" w:fill="001B2B"/>
          </w:tcPr>
          <w:p w14:paraId="47477DF7" w14:textId="77777777" w:rsidR="009446D0" w:rsidRPr="00EB75F0" w:rsidRDefault="0084596B">
            <w:pPr>
              <w:spacing w:before="60" w:after="60" w:line="240" w:lineRule="auto"/>
              <w:rPr>
                <w:color w:val="FFFFFF"/>
                <w:sz w:val="14"/>
              </w:rPr>
            </w:pPr>
            <w:r w:rsidRPr="00EB75F0">
              <w:rPr>
                <w:b/>
                <w:color w:val="FFFFFF"/>
                <w:sz w:val="14"/>
              </w:rPr>
              <w:t>Inpatient/ Outpatient</w:t>
            </w:r>
          </w:p>
        </w:tc>
        <w:tc>
          <w:tcPr>
            <w:tcW w:w="0" w:type="auto"/>
            <w:tcBorders>
              <w:top w:val="single" w:sz="4" w:space="0" w:color="000000"/>
              <w:left w:val="single" w:sz="4" w:space="0" w:color="000000"/>
              <w:bottom w:val="single" w:sz="4" w:space="0" w:color="000000"/>
              <w:right w:val="single" w:sz="4" w:space="0" w:color="000000"/>
            </w:tcBorders>
            <w:shd w:val="clear" w:color="auto" w:fill="001B2B"/>
          </w:tcPr>
          <w:p w14:paraId="1CB84287" w14:textId="77777777" w:rsidR="009446D0" w:rsidRPr="00EB75F0" w:rsidRDefault="0084596B">
            <w:pPr>
              <w:spacing w:before="60" w:after="60" w:line="240" w:lineRule="auto"/>
              <w:rPr>
                <w:color w:val="FFFFFF"/>
                <w:sz w:val="14"/>
              </w:rPr>
            </w:pPr>
            <w:r w:rsidRPr="00EB75F0">
              <w:rPr>
                <w:b/>
                <w:color w:val="FFFFFF"/>
                <w:sz w:val="14"/>
              </w:rPr>
              <w:t>Population Subtype</w:t>
            </w:r>
          </w:p>
        </w:tc>
        <w:tc>
          <w:tcPr>
            <w:tcW w:w="0" w:type="auto"/>
            <w:tcBorders>
              <w:top w:val="single" w:sz="4" w:space="0" w:color="000000"/>
              <w:left w:val="single" w:sz="4" w:space="0" w:color="000000"/>
              <w:bottom w:val="single" w:sz="4" w:space="0" w:color="000000"/>
              <w:right w:val="single" w:sz="4" w:space="0" w:color="000000"/>
            </w:tcBorders>
            <w:shd w:val="clear" w:color="auto" w:fill="001B2B"/>
          </w:tcPr>
          <w:p w14:paraId="63DCE7B1" w14:textId="77777777" w:rsidR="009446D0" w:rsidRPr="00EB75F0" w:rsidRDefault="0084596B">
            <w:pPr>
              <w:spacing w:before="60" w:after="60" w:line="240" w:lineRule="auto"/>
              <w:rPr>
                <w:color w:val="FFFFFF"/>
                <w:sz w:val="14"/>
              </w:rPr>
            </w:pPr>
            <w:r w:rsidRPr="00EB75F0">
              <w:rPr>
                <w:b/>
                <w:color w:val="FFFFFF"/>
                <w:sz w:val="14"/>
              </w:rPr>
              <w:t>Comparator</w:t>
            </w:r>
          </w:p>
        </w:tc>
        <w:tc>
          <w:tcPr>
            <w:tcW w:w="0" w:type="auto"/>
            <w:tcBorders>
              <w:top w:val="single" w:sz="4" w:space="0" w:color="000000"/>
              <w:left w:val="single" w:sz="4" w:space="0" w:color="000000"/>
              <w:bottom w:val="single" w:sz="4" w:space="0" w:color="000000"/>
              <w:right w:val="single" w:sz="4" w:space="0" w:color="000000"/>
            </w:tcBorders>
            <w:shd w:val="clear" w:color="auto" w:fill="001B2B"/>
          </w:tcPr>
          <w:p w14:paraId="2CB1696A" w14:textId="77777777" w:rsidR="009446D0" w:rsidRPr="00EB75F0" w:rsidRDefault="0084596B">
            <w:pPr>
              <w:spacing w:before="60" w:after="60" w:line="240" w:lineRule="auto"/>
              <w:rPr>
                <w:color w:val="FFFFFF"/>
                <w:sz w:val="14"/>
              </w:rPr>
            </w:pPr>
            <w:r w:rsidRPr="00EB75F0">
              <w:rPr>
                <w:b/>
                <w:color w:val="FFFFFF"/>
                <w:sz w:val="14"/>
              </w:rPr>
              <w:t>Patients Enrolled</w:t>
            </w:r>
          </w:p>
        </w:tc>
        <w:tc>
          <w:tcPr>
            <w:tcW w:w="0" w:type="auto"/>
            <w:tcBorders>
              <w:top w:val="single" w:sz="4" w:space="0" w:color="000000"/>
              <w:left w:val="single" w:sz="4" w:space="0" w:color="000000"/>
              <w:bottom w:val="single" w:sz="4" w:space="0" w:color="000000"/>
              <w:right w:val="single" w:sz="4" w:space="0" w:color="000000"/>
            </w:tcBorders>
            <w:shd w:val="clear" w:color="auto" w:fill="001B2B"/>
          </w:tcPr>
          <w:p w14:paraId="2D25C181" w14:textId="77777777" w:rsidR="009446D0" w:rsidRPr="00EB75F0" w:rsidRDefault="0084596B">
            <w:pPr>
              <w:spacing w:before="60" w:after="60" w:line="240" w:lineRule="auto"/>
              <w:rPr>
                <w:color w:val="FFFFFF"/>
                <w:sz w:val="14"/>
              </w:rPr>
            </w:pPr>
            <w:r w:rsidRPr="00EB75F0">
              <w:rPr>
                <w:b/>
                <w:color w:val="FFFFFF"/>
                <w:sz w:val="14"/>
              </w:rPr>
              <w:t>Patients Randomized</w:t>
            </w:r>
          </w:p>
        </w:tc>
        <w:tc>
          <w:tcPr>
            <w:tcW w:w="0" w:type="auto"/>
            <w:tcBorders>
              <w:top w:val="single" w:sz="4" w:space="0" w:color="000000"/>
              <w:left w:val="single" w:sz="4" w:space="0" w:color="000000"/>
              <w:bottom w:val="single" w:sz="4" w:space="0" w:color="000000"/>
              <w:right w:val="single" w:sz="4" w:space="0" w:color="000000"/>
            </w:tcBorders>
            <w:shd w:val="clear" w:color="auto" w:fill="001B2B"/>
          </w:tcPr>
          <w:p w14:paraId="1C7D3BF8" w14:textId="77777777" w:rsidR="009446D0" w:rsidRPr="00EB75F0" w:rsidRDefault="0084596B">
            <w:pPr>
              <w:spacing w:before="60" w:after="60" w:line="240" w:lineRule="auto"/>
              <w:rPr>
                <w:color w:val="FFFFFF"/>
                <w:sz w:val="14"/>
              </w:rPr>
            </w:pPr>
            <w:r w:rsidRPr="00EB75F0">
              <w:rPr>
                <w:b/>
                <w:color w:val="FFFFFF"/>
                <w:sz w:val="14"/>
              </w:rPr>
              <w:t>Follow-up (Weeks)</w:t>
            </w:r>
          </w:p>
        </w:tc>
        <w:tc>
          <w:tcPr>
            <w:tcW w:w="0" w:type="auto"/>
            <w:tcBorders>
              <w:top w:val="single" w:sz="4" w:space="0" w:color="000000"/>
              <w:left w:val="single" w:sz="4" w:space="0" w:color="000000"/>
              <w:bottom w:val="single" w:sz="4" w:space="0" w:color="000000"/>
              <w:right w:val="single" w:sz="4" w:space="0" w:color="000000"/>
            </w:tcBorders>
            <w:shd w:val="clear" w:color="auto" w:fill="001B2B"/>
          </w:tcPr>
          <w:p w14:paraId="0B726539" w14:textId="77777777" w:rsidR="009446D0" w:rsidRPr="00EB75F0" w:rsidRDefault="0084596B">
            <w:pPr>
              <w:spacing w:before="60" w:after="60" w:line="240" w:lineRule="auto"/>
              <w:rPr>
                <w:color w:val="FFFFFF"/>
                <w:sz w:val="14"/>
              </w:rPr>
            </w:pPr>
            <w:r w:rsidRPr="00EB75F0">
              <w:rPr>
                <w:b/>
                <w:color w:val="FFFFFF"/>
                <w:sz w:val="14"/>
              </w:rPr>
              <w:t>Patient Age</w:t>
            </w:r>
          </w:p>
        </w:tc>
        <w:tc>
          <w:tcPr>
            <w:tcW w:w="0" w:type="auto"/>
            <w:tcBorders>
              <w:top w:val="single" w:sz="4" w:space="0" w:color="000000"/>
              <w:left w:val="single" w:sz="4" w:space="0" w:color="000000"/>
              <w:bottom w:val="single" w:sz="4" w:space="0" w:color="000000"/>
              <w:right w:val="single" w:sz="4" w:space="0" w:color="000000"/>
            </w:tcBorders>
            <w:shd w:val="clear" w:color="auto" w:fill="001B2B"/>
          </w:tcPr>
          <w:p w14:paraId="3EA2042A" w14:textId="77777777" w:rsidR="009446D0" w:rsidRPr="00EB75F0" w:rsidRDefault="0084596B">
            <w:pPr>
              <w:spacing w:before="60" w:after="60" w:line="240" w:lineRule="auto"/>
              <w:rPr>
                <w:color w:val="FFFFFF"/>
                <w:sz w:val="14"/>
              </w:rPr>
            </w:pPr>
            <w:r w:rsidRPr="00EB75F0">
              <w:rPr>
                <w:b/>
                <w:color w:val="FFFFFF"/>
                <w:sz w:val="14"/>
              </w:rPr>
              <w:t>Study Phase</w:t>
            </w:r>
          </w:p>
        </w:tc>
      </w:tr>
      <w:tr w:rsidR="009446D0" w:rsidRPr="00EB75F0" w14:paraId="793C2625" w14:textId="77777777">
        <w:trPr>
          <w:trHeight w:val="20"/>
        </w:trPr>
        <w:tc>
          <w:tcPr>
            <w:tcW w:w="433" w:type="pct"/>
            <w:tcBorders>
              <w:top w:val="single" w:sz="4" w:space="0" w:color="000000"/>
              <w:left w:val="single" w:sz="4" w:space="0" w:color="000000"/>
              <w:bottom w:val="single" w:sz="4" w:space="0" w:color="000000"/>
              <w:right w:val="single" w:sz="4" w:space="0" w:color="000000"/>
            </w:tcBorders>
            <w:shd w:val="clear" w:color="auto" w:fill="FFFCCC"/>
          </w:tcPr>
          <w:p w14:paraId="0CA3DD2A" w14:textId="77777777" w:rsidR="009446D0" w:rsidRPr="00EB75F0" w:rsidRDefault="0084596B">
            <w:pPr>
              <w:spacing w:before="60" w:after="60" w:line="240" w:lineRule="auto"/>
              <w:rPr>
                <w:sz w:val="14"/>
              </w:rPr>
            </w:pPr>
            <w:r w:rsidRPr="00EB75F0">
              <w:rPr>
                <w:color w:val="000000"/>
                <w:sz w:val="14"/>
              </w:rPr>
              <w:t>EMERGENT-1</w:t>
            </w:r>
          </w:p>
        </w:tc>
        <w:tc>
          <w:tcPr>
            <w:tcW w:w="221" w:type="pct"/>
            <w:tcBorders>
              <w:top w:val="single" w:sz="4" w:space="0" w:color="000000"/>
              <w:left w:val="single" w:sz="4" w:space="0" w:color="000000"/>
              <w:bottom w:val="single" w:sz="4" w:space="0" w:color="000000"/>
              <w:right w:val="single" w:sz="4" w:space="0" w:color="000000"/>
            </w:tcBorders>
            <w:shd w:val="clear" w:color="auto" w:fill="FFFCCC"/>
          </w:tcPr>
          <w:p w14:paraId="0568584C" w14:textId="77777777" w:rsidR="009446D0" w:rsidRPr="00EB75F0" w:rsidRDefault="0084596B">
            <w:pPr>
              <w:spacing w:before="60" w:after="60" w:line="240" w:lineRule="auto"/>
              <w:rPr>
                <w:sz w:val="14"/>
              </w:rPr>
            </w:pPr>
            <w:r w:rsidRPr="00EB75F0">
              <w:rPr>
                <w:color w:val="000000"/>
                <w:sz w:val="14"/>
              </w:rPr>
              <w:t>2020</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0F100C64"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75B81551"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3216BF16"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2DAD6FCE"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71A7103E"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312715A2"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4375AC1D"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14589A39" w14:textId="77777777" w:rsidR="009446D0" w:rsidRPr="00EB75F0" w:rsidRDefault="0084596B">
            <w:pPr>
              <w:spacing w:before="60" w:after="60" w:line="240" w:lineRule="auto"/>
              <w:rPr>
                <w:sz w:val="14"/>
              </w:rPr>
            </w:pPr>
            <w:r w:rsidRPr="00EB75F0">
              <w:rPr>
                <w:color w:val="000000"/>
                <w:sz w:val="14"/>
              </w:rPr>
              <w:t>Placebo/BSC controlled</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26212D56" w14:textId="77777777" w:rsidR="009446D0" w:rsidRPr="00EB75F0" w:rsidRDefault="0084596B">
            <w:pPr>
              <w:spacing w:before="60" w:after="60" w:line="240" w:lineRule="auto"/>
              <w:rPr>
                <w:sz w:val="14"/>
              </w:rPr>
            </w:pPr>
            <w:r w:rsidRPr="00EB75F0">
              <w:rPr>
                <w:color w:val="000000"/>
                <w:sz w:val="14"/>
              </w:rPr>
              <w:t>250</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61D511A9" w14:textId="77777777" w:rsidR="009446D0" w:rsidRPr="00EB75F0" w:rsidRDefault="0084596B">
            <w:pPr>
              <w:spacing w:before="60" w:after="60" w:line="240" w:lineRule="auto"/>
              <w:rPr>
                <w:sz w:val="14"/>
              </w:rPr>
            </w:pPr>
            <w:r w:rsidRPr="00EB75F0">
              <w:rPr>
                <w:color w:val="000000"/>
                <w:sz w:val="14"/>
              </w:rPr>
              <w:t>182</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46135CEE" w14:textId="77777777" w:rsidR="009446D0" w:rsidRPr="00EB75F0" w:rsidRDefault="0084596B">
            <w:pPr>
              <w:spacing w:before="60" w:after="60" w:line="240" w:lineRule="auto"/>
              <w:rPr>
                <w:sz w:val="14"/>
              </w:rPr>
            </w:pPr>
            <w:r w:rsidRPr="00EB75F0">
              <w:rPr>
                <w:color w:val="000000"/>
                <w:sz w:val="14"/>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6FE0FCCF" w14:textId="77777777" w:rsidR="009446D0" w:rsidRPr="00EB75F0" w:rsidRDefault="0084596B">
            <w:pPr>
              <w:spacing w:before="60" w:after="60" w:line="240" w:lineRule="auto"/>
              <w:rPr>
                <w:sz w:val="14"/>
              </w:rPr>
            </w:pPr>
            <w:r w:rsidRPr="00EB75F0">
              <w:rPr>
                <w:color w:val="000000"/>
                <w:sz w:val="14"/>
              </w:rPr>
              <w:t>18-60</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254F960D" w14:textId="77777777" w:rsidR="009446D0" w:rsidRPr="00EB75F0" w:rsidRDefault="0084596B">
            <w:pPr>
              <w:spacing w:before="60" w:after="60" w:line="240" w:lineRule="auto"/>
              <w:rPr>
                <w:sz w:val="14"/>
              </w:rPr>
            </w:pPr>
            <w:r w:rsidRPr="00EB75F0">
              <w:rPr>
                <w:color w:val="000000"/>
                <w:sz w:val="14"/>
              </w:rPr>
              <w:t>II</w:t>
            </w:r>
          </w:p>
        </w:tc>
      </w:tr>
      <w:tr w:rsidR="009446D0" w:rsidRPr="00EB75F0" w14:paraId="0E9B4D80" w14:textId="77777777">
        <w:trPr>
          <w:trHeight w:val="20"/>
        </w:trPr>
        <w:tc>
          <w:tcPr>
            <w:tcW w:w="433" w:type="pct"/>
            <w:tcBorders>
              <w:top w:val="single" w:sz="4" w:space="0" w:color="000000"/>
              <w:left w:val="single" w:sz="4" w:space="0" w:color="000000"/>
              <w:bottom w:val="single" w:sz="4" w:space="0" w:color="000000"/>
              <w:right w:val="single" w:sz="4" w:space="0" w:color="000000"/>
            </w:tcBorders>
            <w:shd w:val="clear" w:color="auto" w:fill="FFFCCC"/>
          </w:tcPr>
          <w:p w14:paraId="139046D7" w14:textId="04453A39" w:rsidR="009446D0" w:rsidRPr="00EB75F0" w:rsidRDefault="0084596B">
            <w:pPr>
              <w:spacing w:before="60" w:after="60" w:line="240" w:lineRule="auto"/>
              <w:rPr>
                <w:sz w:val="14"/>
              </w:rPr>
            </w:pPr>
            <w:r w:rsidRPr="00EB75F0">
              <w:rPr>
                <w:color w:val="000000"/>
                <w:sz w:val="14"/>
              </w:rPr>
              <w:t>EMERGENT-2</w:t>
            </w:r>
            <w:r w:rsidR="0031308D" w:rsidRPr="00EB75F0">
              <w:fldChar w:fldCharType="begin"/>
            </w:r>
            <w:r w:rsidR="00452EF4">
              <w:instrText xml:space="preserve"> ADDIN EN.CITE &lt;EndNote&gt;&lt;Cite&gt;&lt;Author&gt;Karuna&lt;/Author&gt;&lt;Year&gt;2023&lt;/Year&gt;&lt;RecNum&gt;19&lt;/RecNum&gt;&lt;DisplayText&gt;&lt;style face="superscript"&gt;22&lt;/style&gt;&lt;/DisplayText&gt;&lt;record&gt;&lt;rec-number&gt;19&lt;/rec-number&gt;&lt;foreign-keys&gt;&lt;key app="EN" db-id="9ttaxzax2p0tr7ewzt55atews50zvxaaa5rz" timestamp="1764068827"&gt;19&lt;/key&gt;&lt;/foreign-keys&gt;&lt;ref-type name="Journal Article"&gt;17&lt;/ref-type&gt;&lt;contributors&gt;&lt;authors&gt;&lt;author&gt;Karuna&lt;/author&gt;&lt;/authors&gt;&lt;/contributors&gt;&lt;titles&gt;&lt;title&gt;EMERGENT-2. A Phase 3, Randomized, Double-Blind, Parallel-Group, Placebo-Controlled, Multicenter Study to Evaluate the Efficacy and Safety of KarXT in Acutely Psychotic Hospitalized Adults with DSM-5 Schizophrenia KAR-007&lt;/title&gt;&lt;secondary-title&gt;Clinical Study Report&lt;/secondary-title&gt;&lt;/titles&gt;&lt;periodical&gt;&lt;full-title&gt;Clinical Study Report&lt;/full-title&gt;&lt;/periodical&gt;&lt;dates&gt;&lt;year&gt;2023&lt;/year&gt;&lt;/dates&gt;&lt;urls&gt;&lt;/urls&gt;&lt;/record&gt;&lt;/Cite&gt;&lt;/EndNote&gt;</w:instrText>
            </w:r>
            <w:r w:rsidR="0031308D" w:rsidRPr="00EB75F0">
              <w:fldChar w:fldCharType="separate"/>
            </w:r>
            <w:r w:rsidR="00452EF4" w:rsidRPr="00452EF4">
              <w:rPr>
                <w:noProof/>
                <w:vertAlign w:val="superscript"/>
              </w:rPr>
              <w:t>22</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shd w:val="clear" w:color="auto" w:fill="FFFCCC"/>
          </w:tcPr>
          <w:p w14:paraId="20FA6114" w14:textId="77777777" w:rsidR="009446D0" w:rsidRPr="00EB75F0" w:rsidRDefault="0084596B">
            <w:pPr>
              <w:spacing w:before="60" w:after="60" w:line="240" w:lineRule="auto"/>
              <w:rPr>
                <w:sz w:val="14"/>
              </w:rPr>
            </w:pPr>
            <w:r w:rsidRPr="00EB75F0">
              <w:rPr>
                <w:color w:val="000000"/>
                <w:sz w:val="14"/>
              </w:rPr>
              <w:t>2023</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406AEDDE"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613440ED"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2CABB7CA"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52B6853E"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3F227297"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2792E73E"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49BE0DF0"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1B2996EB" w14:textId="77777777" w:rsidR="009446D0" w:rsidRPr="00EB75F0" w:rsidRDefault="0084596B">
            <w:pPr>
              <w:spacing w:before="60" w:after="60" w:line="240" w:lineRule="auto"/>
              <w:rPr>
                <w:sz w:val="14"/>
              </w:rPr>
            </w:pPr>
            <w:r w:rsidRPr="00EB75F0">
              <w:rPr>
                <w:color w:val="000000"/>
                <w:sz w:val="14"/>
              </w:rPr>
              <w:t>Placebo/BSC controlled</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258F69F9" w14:textId="77777777" w:rsidR="009446D0" w:rsidRPr="00EB75F0" w:rsidRDefault="0084596B">
            <w:pPr>
              <w:spacing w:before="60" w:after="60" w:line="240" w:lineRule="auto"/>
              <w:rPr>
                <w:sz w:val="14"/>
              </w:rPr>
            </w:pPr>
            <w:r w:rsidRPr="00EB75F0">
              <w:rPr>
                <w:color w:val="000000"/>
                <w:sz w:val="14"/>
              </w:rPr>
              <w:t>407</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09E13C91" w14:textId="77777777" w:rsidR="009446D0" w:rsidRPr="00EB75F0" w:rsidRDefault="0084596B">
            <w:pPr>
              <w:spacing w:before="60" w:after="60" w:line="240" w:lineRule="auto"/>
              <w:rPr>
                <w:sz w:val="14"/>
              </w:rPr>
            </w:pPr>
            <w:r w:rsidRPr="00EB75F0">
              <w:rPr>
                <w:color w:val="000000"/>
                <w:sz w:val="14"/>
              </w:rPr>
              <w:t>252</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20DD489D" w14:textId="77777777" w:rsidR="009446D0" w:rsidRPr="00EB75F0" w:rsidRDefault="0084596B">
            <w:pPr>
              <w:spacing w:before="60" w:after="60" w:line="240" w:lineRule="auto"/>
              <w:rPr>
                <w:sz w:val="14"/>
              </w:rPr>
            </w:pPr>
            <w:r w:rsidRPr="00EB75F0">
              <w:rPr>
                <w:color w:val="000000"/>
                <w:sz w:val="14"/>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643782E1"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40A4D565"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2EE40D83" w14:textId="77777777">
        <w:trPr>
          <w:trHeight w:val="20"/>
        </w:trPr>
        <w:tc>
          <w:tcPr>
            <w:tcW w:w="433" w:type="pct"/>
            <w:tcBorders>
              <w:top w:val="single" w:sz="4" w:space="0" w:color="000000"/>
              <w:left w:val="single" w:sz="4" w:space="0" w:color="000000"/>
              <w:bottom w:val="single" w:sz="4" w:space="0" w:color="000000"/>
              <w:right w:val="single" w:sz="4" w:space="0" w:color="000000"/>
            </w:tcBorders>
            <w:shd w:val="clear" w:color="auto" w:fill="FFFCCC"/>
          </w:tcPr>
          <w:p w14:paraId="76F8D7C0" w14:textId="77777777" w:rsidR="009446D0" w:rsidRPr="00EB75F0" w:rsidRDefault="0084596B">
            <w:pPr>
              <w:spacing w:before="60" w:after="60" w:line="240" w:lineRule="auto"/>
              <w:rPr>
                <w:sz w:val="14"/>
              </w:rPr>
            </w:pPr>
            <w:r w:rsidRPr="00EB75F0">
              <w:rPr>
                <w:color w:val="000000"/>
                <w:sz w:val="14"/>
              </w:rPr>
              <w:t>EMERGENT-3</w:t>
            </w:r>
          </w:p>
        </w:tc>
        <w:tc>
          <w:tcPr>
            <w:tcW w:w="221" w:type="pct"/>
            <w:tcBorders>
              <w:top w:val="single" w:sz="4" w:space="0" w:color="000000"/>
              <w:left w:val="single" w:sz="4" w:space="0" w:color="000000"/>
              <w:bottom w:val="single" w:sz="4" w:space="0" w:color="000000"/>
              <w:right w:val="single" w:sz="4" w:space="0" w:color="000000"/>
            </w:tcBorders>
            <w:shd w:val="clear" w:color="auto" w:fill="FFFCCC"/>
          </w:tcPr>
          <w:p w14:paraId="4379E00E" w14:textId="77777777" w:rsidR="009446D0" w:rsidRPr="00EB75F0" w:rsidRDefault="0084596B">
            <w:pPr>
              <w:spacing w:before="60" w:after="60" w:line="240" w:lineRule="auto"/>
              <w:rPr>
                <w:sz w:val="14"/>
              </w:rPr>
            </w:pPr>
            <w:r w:rsidRPr="00EB75F0">
              <w:rPr>
                <w:color w:val="000000"/>
                <w:sz w:val="14"/>
              </w:rPr>
              <w:t>2023</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359543F1"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3A5C39A3"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7F1BE7D2"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6C9959AC"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52121B63"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1BB18134"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03B67260"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094E6F1F" w14:textId="77777777" w:rsidR="009446D0" w:rsidRPr="00EB75F0" w:rsidRDefault="0084596B">
            <w:pPr>
              <w:spacing w:before="60" w:after="60" w:line="240" w:lineRule="auto"/>
              <w:rPr>
                <w:sz w:val="14"/>
              </w:rPr>
            </w:pPr>
            <w:r w:rsidRPr="00EB75F0">
              <w:rPr>
                <w:color w:val="000000"/>
                <w:sz w:val="14"/>
              </w:rPr>
              <w:t>Placebo/BSC controlled</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2109AC1D" w14:textId="77777777" w:rsidR="009446D0" w:rsidRPr="00EB75F0" w:rsidRDefault="0084596B">
            <w:pPr>
              <w:spacing w:before="60" w:after="60" w:line="240" w:lineRule="auto"/>
              <w:rPr>
                <w:sz w:val="14"/>
              </w:rPr>
            </w:pPr>
            <w:r w:rsidRPr="00EB75F0">
              <w:rPr>
                <w:color w:val="000000"/>
                <w:sz w:val="14"/>
              </w:rPr>
              <w:t>431</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0B1CA2B0" w14:textId="77777777" w:rsidR="009446D0" w:rsidRPr="00EB75F0" w:rsidRDefault="0084596B">
            <w:pPr>
              <w:spacing w:before="60" w:after="60" w:line="240" w:lineRule="auto"/>
              <w:rPr>
                <w:sz w:val="14"/>
              </w:rPr>
            </w:pPr>
            <w:r w:rsidRPr="00EB75F0">
              <w:rPr>
                <w:color w:val="000000"/>
                <w:sz w:val="14"/>
              </w:rPr>
              <w:t>256</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6499FEB8" w14:textId="77777777" w:rsidR="009446D0" w:rsidRPr="00EB75F0" w:rsidRDefault="0084596B">
            <w:pPr>
              <w:spacing w:before="60" w:after="60" w:line="240" w:lineRule="auto"/>
              <w:rPr>
                <w:sz w:val="14"/>
              </w:rPr>
            </w:pPr>
            <w:r w:rsidRPr="00EB75F0">
              <w:rPr>
                <w:color w:val="000000"/>
                <w:sz w:val="14"/>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02CDCF4F"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shd w:val="clear" w:color="auto" w:fill="FFFCCC"/>
          </w:tcPr>
          <w:p w14:paraId="2C96C3D8"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21B91E48"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7DE73579" w14:textId="084AAFCC" w:rsidR="009446D0" w:rsidRPr="00EB75F0" w:rsidRDefault="0084596B">
            <w:pPr>
              <w:spacing w:before="60" w:after="60" w:line="240" w:lineRule="auto"/>
              <w:rPr>
                <w:sz w:val="14"/>
              </w:rPr>
            </w:pPr>
            <w:r w:rsidRPr="00EB75F0">
              <w:rPr>
                <w:color w:val="000000"/>
                <w:sz w:val="14"/>
              </w:rPr>
              <w:t>Gupta 2018</w:t>
            </w:r>
            <w:r w:rsidR="0031308D" w:rsidRPr="00EB75F0">
              <w:fldChar w:fldCharType="begin"/>
            </w:r>
            <w:r w:rsidR="00452EF4">
              <w:instrText xml:space="preserve"> ADDIN EN.CITE &lt;EndNote&gt;&lt;Cite&gt;&lt;Author&gt;Gupta&lt;/Author&gt;&lt;Year&gt;2018&lt;/Year&gt;&lt;RecNum&gt;20&lt;/RecNum&gt;&lt;DisplayText&gt;&lt;style face="superscript"&gt;23&lt;/style&gt;&lt;/DisplayText&gt;&lt;record&gt;&lt;rec-number&gt;20&lt;/rec-number&gt;&lt;foreign-keys&gt;&lt;key app="EN" db-id="9ttaxzax2p0tr7ewzt55atews50zvxaaa5rz" timestamp="1764068827"&gt;20&lt;/key&gt;&lt;/foreign-keys&gt;&lt;ref-type name="Journal Article"&gt;17&lt;/ref-type&gt;&lt;contributors&gt;&lt;authors&gt;&lt;author&gt;Gupta, S.&lt;/author&gt;&lt;author&gt;Gupta, P.&lt;/author&gt;&lt;author&gt;Sharma, M.&lt;/author&gt;&lt;/authors&gt;&lt;/contributors&gt;&lt;titles&gt;&lt;title&gt;Comparative profile of atypical antipsychotics in patients of schizophrenia&lt;/title&gt;&lt;secondary-title&gt;Indian Journal of Psychiatry&lt;/secondary-title&gt;&lt;/titles&gt;&lt;periodical&gt;&lt;full-title&gt;Indian Journal of Psychiatry&lt;/full-title&gt;&lt;/periodical&gt;&lt;pages&gt;S75&lt;/pages&gt;&lt;volume&gt;60&lt;/volume&gt;&lt;number&gt;5 Supplement 1&lt;/number&gt;&lt;dates&gt;&lt;year&gt;2018&lt;/year&gt;&lt;/dates&gt;&lt;pub-location&gt;Netherlands&lt;/pub-location&gt;&lt;publisher&gt;Medknow Publications&lt;/publisher&gt;&lt;isbn&gt;1998-3794&lt;/isbn&gt;&lt;urls&gt;&lt;related-urls&gt;&lt;url&gt;http://ovidsp.ovid.com/ovidweb.cgi?T=JS&amp;amp;PAGE=reference&amp;amp;D=emed19&amp;amp;NEWS=N&amp;amp;AN=621267601&lt;/url&gt;&lt;/related-urls&gt;&lt;/urls&gt;&lt;/record&gt;&lt;/Cite&gt;&lt;/EndNote&gt;</w:instrText>
            </w:r>
            <w:r w:rsidR="0031308D" w:rsidRPr="00EB75F0">
              <w:fldChar w:fldCharType="separate"/>
            </w:r>
            <w:r w:rsidR="00452EF4" w:rsidRPr="00452EF4">
              <w:rPr>
                <w:noProof/>
                <w:vertAlign w:val="superscript"/>
              </w:rPr>
              <w:t>23</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29FB6FD3" w14:textId="77777777" w:rsidR="009446D0" w:rsidRPr="00EB75F0" w:rsidRDefault="0084596B">
            <w:pPr>
              <w:spacing w:before="60" w:after="60" w:line="240" w:lineRule="auto"/>
              <w:rPr>
                <w:sz w:val="14"/>
              </w:rPr>
            </w:pPr>
            <w:r w:rsidRPr="00EB75F0">
              <w:rPr>
                <w:color w:val="000000"/>
                <w:sz w:val="14"/>
              </w:rPr>
              <w:t>2017</w:t>
            </w:r>
          </w:p>
        </w:tc>
        <w:tc>
          <w:tcPr>
            <w:tcW w:w="0" w:type="auto"/>
            <w:tcBorders>
              <w:top w:val="single" w:sz="4" w:space="0" w:color="000000"/>
              <w:left w:val="single" w:sz="4" w:space="0" w:color="000000"/>
              <w:bottom w:val="single" w:sz="4" w:space="0" w:color="000000"/>
              <w:right w:val="single" w:sz="4" w:space="0" w:color="000000"/>
            </w:tcBorders>
          </w:tcPr>
          <w:p w14:paraId="2DFDB7B6"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97D9496"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61BA25AB"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D43EF9B"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724BE905"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65374B3E"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154E6F0E"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D072447"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1607C0D7" w14:textId="77777777" w:rsidR="009446D0" w:rsidRPr="00EB75F0" w:rsidRDefault="0084596B">
            <w:pPr>
              <w:spacing w:before="60" w:after="60" w:line="240" w:lineRule="auto"/>
              <w:rPr>
                <w:sz w:val="14"/>
              </w:rPr>
            </w:pPr>
            <w:r w:rsidRPr="00EB75F0">
              <w:rPr>
                <w:sz w:val="14"/>
              </w:rPr>
              <w:t>-</w:t>
            </w:r>
          </w:p>
        </w:tc>
        <w:tc>
          <w:tcPr>
            <w:tcW w:w="0" w:type="auto"/>
            <w:tcBorders>
              <w:top w:val="single" w:sz="4" w:space="0" w:color="000000"/>
              <w:left w:val="single" w:sz="4" w:space="0" w:color="000000"/>
              <w:bottom w:val="single" w:sz="4" w:space="0" w:color="000000"/>
              <w:right w:val="single" w:sz="4" w:space="0" w:color="000000"/>
            </w:tcBorders>
          </w:tcPr>
          <w:p w14:paraId="427DB420" w14:textId="77777777" w:rsidR="009446D0" w:rsidRPr="00EB75F0" w:rsidRDefault="0084596B">
            <w:pPr>
              <w:spacing w:before="60" w:after="60" w:line="240" w:lineRule="auto"/>
              <w:rPr>
                <w:sz w:val="14"/>
              </w:rPr>
            </w:pPr>
            <w:r w:rsidRPr="00EB75F0">
              <w:rPr>
                <w:color w:val="000000"/>
                <w:sz w:val="14"/>
              </w:rPr>
              <w:t>40</w:t>
            </w:r>
          </w:p>
        </w:tc>
        <w:tc>
          <w:tcPr>
            <w:tcW w:w="0" w:type="auto"/>
            <w:tcBorders>
              <w:top w:val="single" w:sz="4" w:space="0" w:color="000000"/>
              <w:left w:val="single" w:sz="4" w:space="0" w:color="000000"/>
              <w:bottom w:val="single" w:sz="4" w:space="0" w:color="000000"/>
              <w:right w:val="single" w:sz="4" w:space="0" w:color="000000"/>
            </w:tcBorders>
          </w:tcPr>
          <w:p w14:paraId="6B73F60E"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5AB36D65"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3078B4B4"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6AB8A40E"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55CB6F2C" w14:textId="2FDB3035" w:rsidR="009446D0" w:rsidRPr="00EB75F0" w:rsidRDefault="0084596B">
            <w:pPr>
              <w:spacing w:before="60" w:after="60" w:line="240" w:lineRule="auto"/>
              <w:rPr>
                <w:sz w:val="14"/>
              </w:rPr>
            </w:pPr>
            <w:r w:rsidRPr="00EB75F0">
              <w:rPr>
                <w:color w:val="000000"/>
                <w:sz w:val="14"/>
              </w:rPr>
              <w:t>Hatta 2009</w:t>
            </w:r>
            <w:r w:rsidR="0031308D" w:rsidRPr="00EB75F0">
              <w:fldChar w:fldCharType="begin"/>
            </w:r>
            <w:r w:rsidR="00452EF4">
              <w:instrText xml:space="preserve"> ADDIN EN.CITE &lt;EndNote&gt;&lt;Cite&gt;&lt;Author&gt;Hatta&lt;/Author&gt;&lt;Year&gt;2009&lt;/Year&gt;&lt;RecNum&gt;21&lt;/RecNum&gt;&lt;DisplayText&gt;&lt;style face="superscript"&gt;24&lt;/style&gt;&lt;/DisplayText&gt;&lt;record&gt;&lt;rec-number&gt;21&lt;/rec-number&gt;&lt;foreign-keys&gt;&lt;key app="EN" db-id="9ttaxzax2p0tr7ewzt55atews50zvxaaa5rz" timestamp="1764068828"&gt;21&lt;/key&gt;&lt;/foreign-keys&gt;&lt;ref-type name="Journal Article"&gt;17&lt;/ref-type&gt;&lt;contributors&gt;&lt;authors&gt;&lt;author&gt;Hatta, K.&lt;/author&gt;&lt;author&gt;Sato, K.&lt;/author&gt;&lt;author&gt;Hamakawa, H.&lt;/author&gt;&lt;author&gt;Takebayashi, H.&lt;/author&gt;&lt;author&gt;Kimura, N.&lt;/author&gt;&lt;author&gt;Ochi, S.&lt;/author&gt;&lt;author&gt;Sudo, Y.&lt;/author&gt;&lt;author&gt;Asukai, N.&lt;/author&gt;&lt;author&gt;Nakamura, H.&lt;/author&gt;&lt;author&gt;Usui, C.&lt;/author&gt;&lt;author&gt;Kawabata, T.&lt;/author&gt;&lt;author&gt;Hirata, T.&lt;/author&gt;&lt;author&gt;Sawa, Y.&lt;/author&gt;&lt;/authors&gt;&lt;/contributors&gt;&lt;titles&gt;&lt;title&gt;Effectiveness of second-generation antipsychotics with acute-phase schizophrenia&lt;/title&gt;&lt;secondary-title&gt;Schizophr Res&lt;/secondary-title&gt;&lt;/titles&gt;&lt;periodical&gt;&lt;full-title&gt;Schizophr Res&lt;/full-title&gt;&lt;/periodical&gt;&lt;pages&gt;49-55&lt;/pages&gt;&lt;volume&gt;113&lt;/volume&gt;&lt;number&gt;1&lt;/number&gt;&lt;dates&gt;&lt;year&gt;2009&lt;/year&gt;&lt;pub-dates&gt;&lt;date&gt;20090624&lt;/date&gt;&lt;/pub-dates&gt;&lt;/dates&gt;&lt;pub-location&gt;Department of Psychiatry, Juntendo University School of Medicine, Tokyo, Japan. khatta@juntendo.ac.jp&lt;/pub-location&gt;&lt;isbn&gt;1573-2509 (Electronic) 0920-9964 (Linking)&lt;/isbn&gt;&lt;urls&gt;&lt;related-urls&gt;&lt;url&gt;https://www.ncbi.nlm.nih.gov/pubmed/19553086&lt;/url&gt;&lt;/related-urls&gt;&lt;/urls&gt;&lt;electronic-resource-num&gt;10.1016/j.schres.2009.05.030&lt;/electronic-resource-num&gt;&lt;/record&gt;&lt;/Cite&gt;&lt;/EndNote&gt;</w:instrText>
            </w:r>
            <w:r w:rsidR="0031308D" w:rsidRPr="00EB75F0">
              <w:fldChar w:fldCharType="separate"/>
            </w:r>
            <w:r w:rsidR="00452EF4" w:rsidRPr="00452EF4">
              <w:rPr>
                <w:noProof/>
                <w:vertAlign w:val="superscript"/>
              </w:rPr>
              <w:t>24</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874BB9B" w14:textId="77777777" w:rsidR="009446D0" w:rsidRPr="00EB75F0" w:rsidRDefault="0084596B">
            <w:pPr>
              <w:spacing w:before="60" w:after="60" w:line="240" w:lineRule="auto"/>
              <w:rPr>
                <w:sz w:val="14"/>
              </w:rPr>
            </w:pPr>
            <w:r w:rsidRPr="00EB75F0">
              <w:rPr>
                <w:color w:val="000000"/>
                <w:sz w:val="14"/>
              </w:rPr>
              <w:t>2009</w:t>
            </w:r>
          </w:p>
        </w:tc>
        <w:tc>
          <w:tcPr>
            <w:tcW w:w="0" w:type="auto"/>
            <w:tcBorders>
              <w:top w:val="single" w:sz="4" w:space="0" w:color="000000"/>
              <w:left w:val="single" w:sz="4" w:space="0" w:color="000000"/>
              <w:bottom w:val="single" w:sz="4" w:space="0" w:color="000000"/>
              <w:right w:val="single" w:sz="4" w:space="0" w:color="000000"/>
            </w:tcBorders>
          </w:tcPr>
          <w:p w14:paraId="314E143C"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B6AFD11" w14:textId="77777777" w:rsidR="009446D0" w:rsidRPr="00EB75F0" w:rsidRDefault="0084596B">
            <w:pPr>
              <w:spacing w:before="60" w:after="60" w:line="240" w:lineRule="auto"/>
              <w:rPr>
                <w:sz w:val="14"/>
              </w:rPr>
            </w:pPr>
            <w:r w:rsidRPr="00EB75F0">
              <w:rPr>
                <w:color w:val="000000"/>
                <w:sz w:val="14"/>
              </w:rPr>
              <w:t>Single blind</w:t>
            </w:r>
          </w:p>
        </w:tc>
        <w:tc>
          <w:tcPr>
            <w:tcW w:w="0" w:type="auto"/>
            <w:tcBorders>
              <w:top w:val="single" w:sz="4" w:space="0" w:color="000000"/>
              <w:left w:val="single" w:sz="4" w:space="0" w:color="000000"/>
              <w:bottom w:val="single" w:sz="4" w:space="0" w:color="000000"/>
              <w:right w:val="single" w:sz="4" w:space="0" w:color="000000"/>
            </w:tcBorders>
          </w:tcPr>
          <w:p w14:paraId="727B42A6"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DB8D376"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36954B22"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1870152C"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1EE8E6D8"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67ECA63D"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7CB24DB8" w14:textId="77777777" w:rsidR="009446D0" w:rsidRPr="00EB75F0" w:rsidRDefault="0084596B">
            <w:pPr>
              <w:spacing w:before="60" w:after="60" w:line="240" w:lineRule="auto"/>
              <w:rPr>
                <w:sz w:val="14"/>
              </w:rPr>
            </w:pPr>
            <w:r w:rsidRPr="00EB75F0">
              <w:rPr>
                <w:color w:val="000000"/>
                <w:sz w:val="14"/>
              </w:rPr>
              <w:t>813</w:t>
            </w:r>
          </w:p>
        </w:tc>
        <w:tc>
          <w:tcPr>
            <w:tcW w:w="0" w:type="auto"/>
            <w:tcBorders>
              <w:top w:val="single" w:sz="4" w:space="0" w:color="000000"/>
              <w:left w:val="single" w:sz="4" w:space="0" w:color="000000"/>
              <w:bottom w:val="single" w:sz="4" w:space="0" w:color="000000"/>
              <w:right w:val="single" w:sz="4" w:space="0" w:color="000000"/>
            </w:tcBorders>
          </w:tcPr>
          <w:p w14:paraId="5F5C8AB2" w14:textId="77777777" w:rsidR="009446D0" w:rsidRPr="00EB75F0" w:rsidRDefault="0084596B">
            <w:pPr>
              <w:spacing w:before="60" w:after="60" w:line="240" w:lineRule="auto"/>
              <w:rPr>
                <w:sz w:val="14"/>
              </w:rPr>
            </w:pPr>
            <w:r w:rsidRPr="00EB75F0">
              <w:rPr>
                <w:color w:val="000000"/>
                <w:sz w:val="14"/>
              </w:rPr>
              <w:t>80</w:t>
            </w:r>
          </w:p>
        </w:tc>
        <w:tc>
          <w:tcPr>
            <w:tcW w:w="0" w:type="auto"/>
            <w:tcBorders>
              <w:top w:val="single" w:sz="4" w:space="0" w:color="000000"/>
              <w:left w:val="single" w:sz="4" w:space="0" w:color="000000"/>
              <w:bottom w:val="single" w:sz="4" w:space="0" w:color="000000"/>
              <w:right w:val="single" w:sz="4" w:space="0" w:color="000000"/>
            </w:tcBorders>
          </w:tcPr>
          <w:p w14:paraId="7C41BC6E"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00E6CC23" w14:textId="77777777" w:rsidR="009446D0" w:rsidRPr="00EB75F0" w:rsidRDefault="0084596B">
            <w:pPr>
              <w:spacing w:before="60" w:after="60" w:line="240" w:lineRule="auto"/>
              <w:rPr>
                <w:sz w:val="14"/>
              </w:rPr>
            </w:pPr>
            <w:r w:rsidRPr="00EB75F0">
              <w:rPr>
                <w:color w:val="000000"/>
                <w:sz w:val="14"/>
              </w:rPr>
              <w:t>18-64</w:t>
            </w:r>
          </w:p>
        </w:tc>
        <w:tc>
          <w:tcPr>
            <w:tcW w:w="0" w:type="auto"/>
            <w:tcBorders>
              <w:top w:val="single" w:sz="4" w:space="0" w:color="000000"/>
              <w:left w:val="single" w:sz="4" w:space="0" w:color="000000"/>
              <w:bottom w:val="single" w:sz="4" w:space="0" w:color="000000"/>
              <w:right w:val="single" w:sz="4" w:space="0" w:color="000000"/>
            </w:tcBorders>
          </w:tcPr>
          <w:p w14:paraId="31321E14"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42B41CF0"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487A9AAB" w14:textId="72C9211A" w:rsidR="009446D0" w:rsidRPr="00EB75F0" w:rsidRDefault="0084596B">
            <w:pPr>
              <w:spacing w:before="60" w:after="60" w:line="240" w:lineRule="auto"/>
              <w:rPr>
                <w:sz w:val="14"/>
              </w:rPr>
            </w:pPr>
            <w:r w:rsidRPr="00EB75F0">
              <w:rPr>
                <w:color w:val="000000"/>
                <w:sz w:val="14"/>
              </w:rPr>
              <w:t>Cantillon 2017</w:t>
            </w:r>
            <w:r w:rsidR="0031308D" w:rsidRPr="00EB75F0">
              <w:fldChar w:fldCharType="begin"/>
            </w:r>
            <w:r w:rsidR="00452EF4">
              <w:instrText xml:space="preserve"> ADDIN EN.CITE &lt;EndNote&gt;&lt;Cite&gt;&lt;Author&gt;Cantillon M&lt;/Author&gt;&lt;Year&gt;2017&lt;/Year&gt;&lt;RecNum&gt;22&lt;/RecNum&gt;&lt;DisplayText&gt;&lt;style face="superscript"&gt;25&lt;/style&gt;&lt;/DisplayText&gt;&lt;record&gt;&lt;rec-number&gt;22&lt;/rec-number&gt;&lt;foreign-keys&gt;&lt;key app="EN" db-id="9ttaxzax2p0tr7ewzt55atews50zvxaaa5rz" timestamp="1764068828"&gt;22&lt;/key&gt;&lt;/foreign-keys&gt;&lt;ref-type name="Journal Article"&gt;17&lt;/ref-type&gt;&lt;contributors&gt;&lt;authors&gt;&lt;author&gt;Cantillon M, Prakash A, Alexander A, Ings R, Sweitzer D, Bhat L&lt;/author&gt;&lt;/authors&gt;&lt;/contributors&gt;&lt;titles&gt;&lt;title&gt;Dopamine serotonin stabilizer RP5063: a randomized, double-blind, placebo-controlled multicenter trial of safety and efficacy in exacerbation of schizophrenia or schizoaffective disorder&lt;/title&gt;&lt;secondary-title&gt;Schizophr. Res.&lt;/secondary-title&gt;&lt;/titles&gt;&lt;periodical&gt;&lt;full-title&gt;Schizophr. Res.&lt;/full-title&gt;&lt;/periodical&gt;&lt;pages&gt;126-33&lt;/pages&gt;&lt;volume&gt;1&lt;/volume&gt;&lt;number&gt;189&lt;/number&gt;&lt;dates&gt;&lt;year&gt;2017&lt;/year&gt;&lt;/dates&gt;&lt;urls&gt;&lt;/urls&gt;&lt;/record&gt;&lt;/Cite&gt;&lt;/EndNote&gt;</w:instrText>
            </w:r>
            <w:r w:rsidR="0031308D" w:rsidRPr="00EB75F0">
              <w:fldChar w:fldCharType="separate"/>
            </w:r>
            <w:r w:rsidR="00452EF4" w:rsidRPr="00452EF4">
              <w:rPr>
                <w:noProof/>
                <w:vertAlign w:val="superscript"/>
              </w:rPr>
              <w:t>25</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228C71BB" w14:textId="77777777" w:rsidR="009446D0" w:rsidRPr="00EB75F0" w:rsidRDefault="0084596B">
            <w:pPr>
              <w:spacing w:before="60" w:after="60" w:line="240" w:lineRule="auto"/>
              <w:rPr>
                <w:sz w:val="14"/>
              </w:rPr>
            </w:pPr>
            <w:r w:rsidRPr="00EB75F0">
              <w:rPr>
                <w:color w:val="000000"/>
                <w:sz w:val="14"/>
              </w:rPr>
              <w:t>2017</w:t>
            </w:r>
          </w:p>
        </w:tc>
        <w:tc>
          <w:tcPr>
            <w:tcW w:w="0" w:type="auto"/>
            <w:tcBorders>
              <w:top w:val="single" w:sz="4" w:space="0" w:color="000000"/>
              <w:left w:val="single" w:sz="4" w:space="0" w:color="000000"/>
              <w:bottom w:val="single" w:sz="4" w:space="0" w:color="000000"/>
              <w:right w:val="single" w:sz="4" w:space="0" w:color="000000"/>
            </w:tcBorders>
          </w:tcPr>
          <w:p w14:paraId="00F3E416"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2781C89B"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38F9A705"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5C893F72"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1853EBA8"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66844D71"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7C9BD7D7"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1B4539D" w14:textId="77777777" w:rsidR="009446D0" w:rsidRPr="00EB75F0" w:rsidRDefault="0084596B">
            <w:pPr>
              <w:spacing w:before="60" w:after="60" w:line="240" w:lineRule="auto"/>
              <w:rPr>
                <w:sz w:val="14"/>
              </w:rPr>
            </w:pPr>
            <w:r w:rsidRPr="00EB75F0">
              <w:rPr>
                <w:color w:val="000000"/>
                <w:sz w:val="14"/>
              </w:rPr>
              <w:t>Placebo/BSC controlled</w:t>
            </w:r>
          </w:p>
        </w:tc>
        <w:tc>
          <w:tcPr>
            <w:tcW w:w="0" w:type="auto"/>
            <w:tcBorders>
              <w:top w:val="single" w:sz="4" w:space="0" w:color="000000"/>
              <w:left w:val="single" w:sz="4" w:space="0" w:color="000000"/>
              <w:bottom w:val="single" w:sz="4" w:space="0" w:color="000000"/>
              <w:right w:val="single" w:sz="4" w:space="0" w:color="000000"/>
            </w:tcBorders>
          </w:tcPr>
          <w:p w14:paraId="7DF84EED" w14:textId="77777777" w:rsidR="009446D0" w:rsidRPr="00EB75F0" w:rsidRDefault="0084596B">
            <w:pPr>
              <w:spacing w:before="60" w:after="60" w:line="240" w:lineRule="auto"/>
              <w:rPr>
                <w:sz w:val="14"/>
              </w:rPr>
            </w:pPr>
            <w:r w:rsidRPr="00EB75F0">
              <w:rPr>
                <w:color w:val="000000"/>
                <w:sz w:val="14"/>
              </w:rPr>
              <w:t>270</w:t>
            </w:r>
          </w:p>
        </w:tc>
        <w:tc>
          <w:tcPr>
            <w:tcW w:w="0" w:type="auto"/>
            <w:tcBorders>
              <w:top w:val="single" w:sz="4" w:space="0" w:color="000000"/>
              <w:left w:val="single" w:sz="4" w:space="0" w:color="000000"/>
              <w:bottom w:val="single" w:sz="4" w:space="0" w:color="000000"/>
              <w:right w:val="single" w:sz="4" w:space="0" w:color="000000"/>
            </w:tcBorders>
          </w:tcPr>
          <w:p w14:paraId="39F8D056" w14:textId="77777777" w:rsidR="009446D0" w:rsidRPr="00EB75F0" w:rsidRDefault="0084596B">
            <w:pPr>
              <w:spacing w:before="60" w:after="60" w:line="240" w:lineRule="auto"/>
              <w:rPr>
                <w:sz w:val="14"/>
              </w:rPr>
            </w:pPr>
            <w:r w:rsidRPr="00EB75F0">
              <w:rPr>
                <w:color w:val="000000"/>
                <w:sz w:val="14"/>
              </w:rPr>
              <w:t>234</w:t>
            </w:r>
          </w:p>
        </w:tc>
        <w:tc>
          <w:tcPr>
            <w:tcW w:w="0" w:type="auto"/>
            <w:tcBorders>
              <w:top w:val="single" w:sz="4" w:space="0" w:color="000000"/>
              <w:left w:val="single" w:sz="4" w:space="0" w:color="000000"/>
              <w:bottom w:val="single" w:sz="4" w:space="0" w:color="000000"/>
              <w:right w:val="single" w:sz="4" w:space="0" w:color="000000"/>
            </w:tcBorders>
          </w:tcPr>
          <w:p w14:paraId="195D55ED"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2CB6210B"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621E6275" w14:textId="77777777" w:rsidR="009446D0" w:rsidRPr="00EB75F0" w:rsidRDefault="0084596B">
            <w:pPr>
              <w:spacing w:before="60" w:after="60" w:line="240" w:lineRule="auto"/>
              <w:rPr>
                <w:sz w:val="14"/>
              </w:rPr>
            </w:pPr>
            <w:r w:rsidRPr="00EB75F0">
              <w:rPr>
                <w:color w:val="000000"/>
                <w:sz w:val="14"/>
              </w:rPr>
              <w:t>II</w:t>
            </w:r>
          </w:p>
        </w:tc>
      </w:tr>
      <w:tr w:rsidR="009446D0" w:rsidRPr="00EB75F0" w14:paraId="18A0AE2F"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2C6F563" w14:textId="114A3836" w:rsidR="009446D0" w:rsidRPr="00EB75F0" w:rsidRDefault="0084596B">
            <w:pPr>
              <w:spacing w:before="60" w:after="60" w:line="240" w:lineRule="auto"/>
              <w:rPr>
                <w:sz w:val="14"/>
              </w:rPr>
            </w:pPr>
            <w:r w:rsidRPr="00EB75F0">
              <w:rPr>
                <w:color w:val="000000"/>
                <w:sz w:val="14"/>
              </w:rPr>
              <w:t>Chan 2007</w:t>
            </w:r>
            <w:r w:rsidR="0031308D" w:rsidRPr="00EB75F0">
              <w:fldChar w:fldCharType="begin"/>
            </w:r>
            <w:r w:rsidR="00452EF4">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EB75F0">
              <w:fldChar w:fldCharType="separate"/>
            </w:r>
            <w:r w:rsidR="00452EF4" w:rsidRPr="00452EF4">
              <w:rPr>
                <w:noProof/>
                <w:vertAlign w:val="superscript"/>
              </w:rPr>
              <w:t>26</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5C09467" w14:textId="77777777" w:rsidR="009446D0" w:rsidRPr="00EB75F0" w:rsidRDefault="0084596B">
            <w:pPr>
              <w:spacing w:before="60" w:after="60" w:line="240" w:lineRule="auto"/>
              <w:rPr>
                <w:sz w:val="14"/>
              </w:rPr>
            </w:pPr>
            <w:r w:rsidRPr="00EB75F0">
              <w:rPr>
                <w:color w:val="000000"/>
                <w:sz w:val="14"/>
              </w:rPr>
              <w:t>2007</w:t>
            </w:r>
          </w:p>
        </w:tc>
        <w:tc>
          <w:tcPr>
            <w:tcW w:w="0" w:type="auto"/>
            <w:tcBorders>
              <w:top w:val="single" w:sz="4" w:space="0" w:color="000000"/>
              <w:left w:val="single" w:sz="4" w:space="0" w:color="000000"/>
              <w:bottom w:val="single" w:sz="4" w:space="0" w:color="000000"/>
              <w:right w:val="single" w:sz="4" w:space="0" w:color="000000"/>
            </w:tcBorders>
          </w:tcPr>
          <w:p w14:paraId="780A3185"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3A1AB021"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2CE3C2B9"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8B1F9CA"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1EC89845"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10865966"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0D2058BA"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CF893AA"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5745AE28" w14:textId="77777777" w:rsidR="009446D0" w:rsidRPr="00EB75F0" w:rsidRDefault="0084596B">
            <w:pPr>
              <w:spacing w:before="60" w:after="60" w:line="240" w:lineRule="auto"/>
              <w:rPr>
                <w:sz w:val="14"/>
              </w:rPr>
            </w:pPr>
            <w:r w:rsidRPr="00EB75F0">
              <w:rPr>
                <w:color w:val="000000"/>
                <w:sz w:val="14"/>
              </w:rPr>
              <w:t>95</w:t>
            </w:r>
          </w:p>
        </w:tc>
        <w:tc>
          <w:tcPr>
            <w:tcW w:w="0" w:type="auto"/>
            <w:tcBorders>
              <w:top w:val="single" w:sz="4" w:space="0" w:color="000000"/>
              <w:left w:val="single" w:sz="4" w:space="0" w:color="000000"/>
              <w:bottom w:val="single" w:sz="4" w:space="0" w:color="000000"/>
              <w:right w:val="single" w:sz="4" w:space="0" w:color="000000"/>
            </w:tcBorders>
          </w:tcPr>
          <w:p w14:paraId="273726B9" w14:textId="77777777" w:rsidR="009446D0" w:rsidRPr="00EB75F0" w:rsidRDefault="0084596B">
            <w:pPr>
              <w:spacing w:before="60" w:after="60" w:line="240" w:lineRule="auto"/>
              <w:rPr>
                <w:sz w:val="14"/>
              </w:rPr>
            </w:pPr>
            <w:r w:rsidRPr="00EB75F0">
              <w:rPr>
                <w:color w:val="000000"/>
                <w:sz w:val="14"/>
              </w:rPr>
              <w:t>83</w:t>
            </w:r>
          </w:p>
        </w:tc>
        <w:tc>
          <w:tcPr>
            <w:tcW w:w="0" w:type="auto"/>
            <w:tcBorders>
              <w:top w:val="single" w:sz="4" w:space="0" w:color="000000"/>
              <w:left w:val="single" w:sz="4" w:space="0" w:color="000000"/>
              <w:bottom w:val="single" w:sz="4" w:space="0" w:color="000000"/>
              <w:right w:val="single" w:sz="4" w:space="0" w:color="000000"/>
            </w:tcBorders>
          </w:tcPr>
          <w:p w14:paraId="09D55A28"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58F066EE"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19A98D5B"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7A15A1B4"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6746F78C" w14:textId="452954F2" w:rsidR="009446D0" w:rsidRPr="00EB75F0" w:rsidRDefault="0084596B">
            <w:pPr>
              <w:spacing w:before="60" w:after="60" w:line="240" w:lineRule="auto"/>
              <w:rPr>
                <w:sz w:val="14"/>
              </w:rPr>
            </w:pPr>
            <w:r w:rsidRPr="00EB75F0">
              <w:rPr>
                <w:color w:val="000000"/>
                <w:sz w:val="14"/>
              </w:rPr>
              <w:t>Cutler 2006</w:t>
            </w:r>
            <w:r w:rsidR="0031308D" w:rsidRPr="00EB75F0">
              <w:fldChar w:fldCharType="begin"/>
            </w:r>
            <w:r w:rsidR="00452EF4">
              <w:instrText xml:space="preserve"> ADDIN EN.CITE &lt;EndNote&gt;&lt;Cite&gt;&lt;Author&gt;Cutler AJ&lt;/Author&gt;&lt;Year&gt;2006&lt;/Year&gt;&lt;RecNum&gt;24&lt;/RecNum&gt;&lt;DisplayText&gt;&lt;style face="superscript"&gt;27&lt;/style&gt;&lt;/DisplayText&gt;&lt;record&gt;&lt;rec-number&gt;24&lt;/rec-number&gt;&lt;foreign-keys&gt;&lt;key app="EN" db-id="9ttaxzax2p0tr7ewzt55atews50zvxaaa5rz" timestamp="1764068828"&gt;24&lt;/key&gt;&lt;/foreign-keys&gt;&lt;ref-type name="Journal Article"&gt;17&lt;/ref-type&gt;&lt;contributors&gt;&lt;authors&gt;&lt;author&gt;Cutler AJ, Marcus RN, Hardy SA, O&amp;apos;Donnell A, Carson WH, McQuade RD&lt;/author&gt;&lt;/authors&gt;&lt;/contributors&gt;&lt;titles&gt;&lt;title&gt;The efficacy and safety of lower doses of aripiprazole for the treatment of patients with acute exacerbation of schizophrenia&lt;/title&gt;&lt;secondary-title&gt;CNS Spectr.&lt;/secondary-title&gt;&lt;/titles&gt;&lt;periodical&gt;&lt;full-title&gt;CNS Spectr.&lt;/full-title&gt;&lt;/periodical&gt;&lt;pages&gt;691-702&lt;/pages&gt;&lt;volume&gt;11&lt;/volume&gt;&lt;number&gt;9&lt;/number&gt;&lt;dates&gt;&lt;year&gt;2006&lt;/year&gt;&lt;/dates&gt;&lt;urls&gt;&lt;/urls&gt;&lt;/record&gt;&lt;/Cite&gt;&lt;/EndNote&gt;</w:instrText>
            </w:r>
            <w:r w:rsidR="0031308D" w:rsidRPr="00EB75F0">
              <w:fldChar w:fldCharType="separate"/>
            </w:r>
            <w:r w:rsidR="00452EF4" w:rsidRPr="00452EF4">
              <w:rPr>
                <w:noProof/>
                <w:vertAlign w:val="superscript"/>
              </w:rPr>
              <w:t>27</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289391B9" w14:textId="77777777" w:rsidR="009446D0" w:rsidRPr="00EB75F0" w:rsidRDefault="0084596B">
            <w:pPr>
              <w:spacing w:before="60" w:after="60" w:line="240" w:lineRule="auto"/>
              <w:rPr>
                <w:sz w:val="14"/>
              </w:rPr>
            </w:pPr>
            <w:r w:rsidRPr="00EB75F0">
              <w:rPr>
                <w:color w:val="000000"/>
                <w:sz w:val="14"/>
              </w:rPr>
              <w:t>2006</w:t>
            </w:r>
          </w:p>
        </w:tc>
        <w:tc>
          <w:tcPr>
            <w:tcW w:w="0" w:type="auto"/>
            <w:tcBorders>
              <w:top w:val="single" w:sz="4" w:space="0" w:color="000000"/>
              <w:left w:val="single" w:sz="4" w:space="0" w:color="000000"/>
              <w:bottom w:val="single" w:sz="4" w:space="0" w:color="000000"/>
              <w:right w:val="single" w:sz="4" w:space="0" w:color="000000"/>
            </w:tcBorders>
          </w:tcPr>
          <w:p w14:paraId="404A3435"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9C1B276"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6E85793"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6A745BDF"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0CF56011"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3C732ECA"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29D6C138"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EBF3FE9" w14:textId="77777777" w:rsidR="009446D0" w:rsidRPr="00EB75F0" w:rsidRDefault="0084596B">
            <w:pPr>
              <w:spacing w:before="60" w:after="60" w:line="240" w:lineRule="auto"/>
              <w:rPr>
                <w:sz w:val="14"/>
              </w:rPr>
            </w:pPr>
            <w:r w:rsidRPr="00EB75F0">
              <w:rPr>
                <w:color w:val="000000"/>
                <w:sz w:val="14"/>
              </w:rPr>
              <w:t>Dose-ranging only</w:t>
            </w:r>
          </w:p>
        </w:tc>
        <w:tc>
          <w:tcPr>
            <w:tcW w:w="0" w:type="auto"/>
            <w:tcBorders>
              <w:top w:val="single" w:sz="4" w:space="0" w:color="000000"/>
              <w:left w:val="single" w:sz="4" w:space="0" w:color="000000"/>
              <w:bottom w:val="single" w:sz="4" w:space="0" w:color="000000"/>
              <w:right w:val="single" w:sz="4" w:space="0" w:color="000000"/>
            </w:tcBorders>
          </w:tcPr>
          <w:p w14:paraId="7A039AD1"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7574792" w14:textId="77777777" w:rsidR="009446D0" w:rsidRPr="00EB75F0" w:rsidRDefault="0084596B">
            <w:pPr>
              <w:spacing w:before="60" w:after="60" w:line="240" w:lineRule="auto"/>
              <w:rPr>
                <w:sz w:val="14"/>
              </w:rPr>
            </w:pPr>
            <w:r w:rsidRPr="00EB75F0">
              <w:rPr>
                <w:color w:val="000000"/>
                <w:sz w:val="14"/>
              </w:rPr>
              <w:t>367</w:t>
            </w:r>
          </w:p>
        </w:tc>
        <w:tc>
          <w:tcPr>
            <w:tcW w:w="0" w:type="auto"/>
            <w:tcBorders>
              <w:top w:val="single" w:sz="4" w:space="0" w:color="000000"/>
              <w:left w:val="single" w:sz="4" w:space="0" w:color="000000"/>
              <w:bottom w:val="single" w:sz="4" w:space="0" w:color="000000"/>
              <w:right w:val="single" w:sz="4" w:space="0" w:color="000000"/>
            </w:tcBorders>
          </w:tcPr>
          <w:p w14:paraId="6A61B1C9"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40EE4EB3"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114E0B56"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1D24221D"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AE970D3" w14:textId="7D688B60" w:rsidR="009446D0" w:rsidRPr="00EB75F0" w:rsidRDefault="0084596B">
            <w:pPr>
              <w:spacing w:before="60" w:after="60" w:line="240" w:lineRule="auto"/>
              <w:rPr>
                <w:sz w:val="14"/>
              </w:rPr>
            </w:pPr>
            <w:r w:rsidRPr="00EB75F0">
              <w:rPr>
                <w:color w:val="000000"/>
                <w:sz w:val="14"/>
              </w:rPr>
              <w:t>Durgam 2015</w:t>
            </w:r>
            <w:r w:rsidR="0031308D" w:rsidRPr="00EB75F0">
              <w:fldChar w:fldCharType="begin"/>
            </w:r>
            <w:r w:rsidR="00452EF4">
              <w:instrText xml:space="preserve"> ADDIN EN.CITE &lt;EndNote&gt;&lt;Cite&gt;&lt;Author&gt;Durgam S&lt;/Author&gt;&lt;Year&gt;2015&lt;/Year&gt;&lt;RecNum&gt;25&lt;/RecNum&gt;&lt;DisplayText&gt;&lt;style face="superscript"&gt;28&lt;/style&gt;&lt;/DisplayText&gt;&lt;record&gt;&lt;rec-number&gt;25&lt;/rec-number&gt;&lt;foreign-keys&gt;&lt;key app="EN" db-id="9ttaxzax2p0tr7ewzt55atews50zvxaaa5rz" timestamp="1764068828"&gt;25&lt;/key&gt;&lt;/foreign-keys&gt;&lt;ref-type name="Journal Article"&gt;17&lt;/ref-type&gt;&lt;contributors&gt;&lt;authors&gt;&lt;author&gt;Durgam S, Cutler AJ, Lu K, Migliore R, Ruth A, Laszlovszky I, Németh G, Meltzer HY.&lt;/author&gt;&lt;/authors&gt;&lt;/contributors&gt;&lt;titles&gt;&lt;title&gt;Cariprazine in acute exacerbation of schizophrenia: a fixed-dose, phase 3, randomized, double-blind, placebo-and active-controlled trial.&lt;/title&gt;&lt;secondary-title&gt;JCP&lt;/secondary-title&gt;&lt;/titles&gt;&lt;periodical&gt;&lt;full-title&gt;JCP&lt;/full-title&gt;&lt;/periodical&gt;&lt;pages&gt;2310&lt;/pages&gt;&lt;volume&gt;76&lt;/volume&gt;&lt;number&gt;12&lt;/number&gt;&lt;dates&gt;&lt;year&gt;2015&lt;/year&gt;&lt;/dates&gt;&lt;urls&gt;&lt;/urls&gt;&lt;/record&gt;&lt;/Cite&gt;&lt;/EndNote&gt;</w:instrText>
            </w:r>
            <w:r w:rsidR="0031308D" w:rsidRPr="00EB75F0">
              <w:fldChar w:fldCharType="separate"/>
            </w:r>
            <w:r w:rsidR="00452EF4" w:rsidRPr="00452EF4">
              <w:rPr>
                <w:noProof/>
                <w:vertAlign w:val="superscript"/>
              </w:rPr>
              <w:t>28</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89A20FF" w14:textId="77777777" w:rsidR="009446D0" w:rsidRPr="00EB75F0" w:rsidRDefault="0084596B">
            <w:pPr>
              <w:spacing w:before="60" w:after="60" w:line="240" w:lineRule="auto"/>
              <w:rPr>
                <w:sz w:val="14"/>
              </w:rPr>
            </w:pPr>
            <w:r w:rsidRPr="00EB75F0">
              <w:rPr>
                <w:color w:val="000000"/>
                <w:sz w:val="14"/>
              </w:rPr>
              <w:t>2015</w:t>
            </w:r>
          </w:p>
        </w:tc>
        <w:tc>
          <w:tcPr>
            <w:tcW w:w="0" w:type="auto"/>
            <w:tcBorders>
              <w:top w:val="single" w:sz="4" w:space="0" w:color="000000"/>
              <w:left w:val="single" w:sz="4" w:space="0" w:color="000000"/>
              <w:bottom w:val="single" w:sz="4" w:space="0" w:color="000000"/>
              <w:right w:val="single" w:sz="4" w:space="0" w:color="000000"/>
            </w:tcBorders>
          </w:tcPr>
          <w:p w14:paraId="2BF0C861"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4F4400BD"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EDD21C8"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465EEAB"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5581D715"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71252CF9"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3A3B3F53"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DF9182A" w14:textId="77777777" w:rsidR="009446D0" w:rsidRPr="00EB75F0" w:rsidRDefault="0084596B">
            <w:pPr>
              <w:spacing w:before="60" w:after="60" w:line="240" w:lineRule="auto"/>
              <w:rPr>
                <w:sz w:val="14"/>
              </w:rPr>
            </w:pPr>
            <w:r w:rsidRPr="00EB75F0">
              <w:rPr>
                <w:color w:val="000000"/>
                <w:sz w:val="14"/>
              </w:rPr>
              <w:t>Dose-ranging and active-controlled</w:t>
            </w:r>
          </w:p>
        </w:tc>
        <w:tc>
          <w:tcPr>
            <w:tcW w:w="0" w:type="auto"/>
            <w:tcBorders>
              <w:top w:val="single" w:sz="4" w:space="0" w:color="000000"/>
              <w:left w:val="single" w:sz="4" w:space="0" w:color="000000"/>
              <w:bottom w:val="single" w:sz="4" w:space="0" w:color="000000"/>
              <w:right w:val="single" w:sz="4" w:space="0" w:color="000000"/>
            </w:tcBorders>
          </w:tcPr>
          <w:p w14:paraId="2820C1E6"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0BBB68B4" w14:textId="77777777" w:rsidR="009446D0" w:rsidRPr="00EB75F0" w:rsidRDefault="0084596B">
            <w:pPr>
              <w:spacing w:before="60" w:after="60" w:line="240" w:lineRule="auto"/>
              <w:rPr>
                <w:sz w:val="14"/>
              </w:rPr>
            </w:pPr>
            <w:r w:rsidRPr="00EB75F0">
              <w:rPr>
                <w:color w:val="000000"/>
                <w:sz w:val="14"/>
              </w:rPr>
              <w:t>617</w:t>
            </w:r>
          </w:p>
        </w:tc>
        <w:tc>
          <w:tcPr>
            <w:tcW w:w="0" w:type="auto"/>
            <w:tcBorders>
              <w:top w:val="single" w:sz="4" w:space="0" w:color="000000"/>
              <w:left w:val="single" w:sz="4" w:space="0" w:color="000000"/>
              <w:bottom w:val="single" w:sz="4" w:space="0" w:color="000000"/>
              <w:right w:val="single" w:sz="4" w:space="0" w:color="000000"/>
            </w:tcBorders>
          </w:tcPr>
          <w:p w14:paraId="2FAC7431"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05F25B7D" w14:textId="77777777" w:rsidR="009446D0" w:rsidRPr="00EB75F0" w:rsidRDefault="0084596B">
            <w:pPr>
              <w:spacing w:before="60" w:after="60" w:line="240" w:lineRule="auto"/>
              <w:rPr>
                <w:sz w:val="14"/>
              </w:rPr>
            </w:pPr>
            <w:r w:rsidRPr="00EB75F0">
              <w:rPr>
                <w:color w:val="000000"/>
                <w:sz w:val="14"/>
              </w:rPr>
              <w:t>18-60</w:t>
            </w:r>
          </w:p>
        </w:tc>
        <w:tc>
          <w:tcPr>
            <w:tcW w:w="0" w:type="auto"/>
            <w:tcBorders>
              <w:top w:val="single" w:sz="4" w:space="0" w:color="000000"/>
              <w:left w:val="single" w:sz="4" w:space="0" w:color="000000"/>
              <w:bottom w:val="single" w:sz="4" w:space="0" w:color="000000"/>
              <w:right w:val="single" w:sz="4" w:space="0" w:color="000000"/>
            </w:tcBorders>
          </w:tcPr>
          <w:p w14:paraId="3DAC7C2A"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798A0F00"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E3D779F" w14:textId="174333D5" w:rsidR="009446D0" w:rsidRPr="00EB75F0" w:rsidRDefault="0084596B">
            <w:pPr>
              <w:spacing w:before="60" w:after="60" w:line="240" w:lineRule="auto"/>
              <w:rPr>
                <w:sz w:val="14"/>
              </w:rPr>
            </w:pPr>
            <w:r w:rsidRPr="00EB75F0">
              <w:rPr>
                <w:color w:val="000000"/>
                <w:sz w:val="14"/>
              </w:rPr>
              <w:t>Fleischhacker 2009</w:t>
            </w:r>
            <w:r w:rsidR="0031308D" w:rsidRPr="00EB75F0">
              <w:fldChar w:fldCharType="begin"/>
            </w:r>
            <w:r w:rsidR="00452EF4">
              <w:instrText xml:space="preserve"> ADDIN EN.CITE &lt;EndNote&gt;&lt;Cite&gt;&lt;Author&gt;Fleischhacker WW&lt;/Author&gt;&lt;Year&gt;2009&lt;/Year&gt;&lt;RecNum&gt;26&lt;/RecNum&gt;&lt;DisplayText&gt;&lt;style face="superscript"&gt;29&lt;/style&gt;&lt;/DisplayText&gt;&lt;record&gt;&lt;rec-number&gt;26&lt;/rec-number&gt;&lt;foreign-keys&gt;&lt;key app="EN" db-id="9ttaxzax2p0tr7ewzt55atews50zvxaaa5rz" timestamp="1764068829"&gt;26&lt;/key&gt;&lt;/foreign-keys&gt;&lt;ref-type name="Journal Article"&gt;17&lt;/ref-type&gt;&lt;contributors&gt;&lt;authors&gt;&lt;author&gt;Fleischhacker WW, McQuade RD, Marcus RN, Archibald D, Swanink R, Carson WH.&lt;/author&gt;&lt;/authors&gt;&lt;/contributors&gt;&lt;titles&gt;&lt;title&gt;A double-blind, randomized comparative study of aripiprazole and olanzapine in patients with schizophrenia.&lt;/title&gt;&lt;secondary-title&gt;Biol. Psychiatry&lt;/secondary-title&gt;&lt;/titles&gt;&lt;periodical&gt;&lt;full-title&gt;Biol. Psychiatry&lt;/full-title&gt;&lt;/periodical&gt;&lt;pages&gt;510-7&lt;/pages&gt;&lt;volume&gt;65&lt;/volume&gt;&lt;number&gt;6&lt;/number&gt;&lt;dates&gt;&lt;year&gt;2009&lt;/year&gt;&lt;/dates&gt;&lt;urls&gt;&lt;/urls&gt;&lt;/record&gt;&lt;/Cite&gt;&lt;/EndNote&gt;</w:instrText>
            </w:r>
            <w:r w:rsidR="0031308D" w:rsidRPr="00EB75F0">
              <w:fldChar w:fldCharType="separate"/>
            </w:r>
            <w:r w:rsidR="00452EF4" w:rsidRPr="00452EF4">
              <w:rPr>
                <w:noProof/>
                <w:vertAlign w:val="superscript"/>
              </w:rPr>
              <w:t>29</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6722D45E" w14:textId="77777777" w:rsidR="009446D0" w:rsidRPr="00EB75F0" w:rsidRDefault="0084596B">
            <w:pPr>
              <w:spacing w:before="60" w:after="60" w:line="240" w:lineRule="auto"/>
              <w:rPr>
                <w:sz w:val="14"/>
              </w:rPr>
            </w:pPr>
            <w:r w:rsidRPr="00EB75F0">
              <w:rPr>
                <w:color w:val="000000"/>
                <w:sz w:val="14"/>
              </w:rPr>
              <w:t>2009</w:t>
            </w:r>
          </w:p>
        </w:tc>
        <w:tc>
          <w:tcPr>
            <w:tcW w:w="0" w:type="auto"/>
            <w:tcBorders>
              <w:top w:val="single" w:sz="4" w:space="0" w:color="000000"/>
              <w:left w:val="single" w:sz="4" w:space="0" w:color="000000"/>
              <w:bottom w:val="single" w:sz="4" w:space="0" w:color="000000"/>
              <w:right w:val="single" w:sz="4" w:space="0" w:color="000000"/>
            </w:tcBorders>
          </w:tcPr>
          <w:p w14:paraId="3E3A1089"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499314F"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4057FDD"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20704CC"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524FD2D6"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5B583594"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620C66CD"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10D09FDE"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2E91AF83" w14:textId="77777777" w:rsidR="009446D0" w:rsidRPr="00EB75F0" w:rsidRDefault="0084596B">
            <w:pPr>
              <w:spacing w:before="60" w:after="60" w:line="240" w:lineRule="auto"/>
              <w:rPr>
                <w:sz w:val="14"/>
              </w:rPr>
            </w:pPr>
            <w:r w:rsidRPr="00EB75F0">
              <w:rPr>
                <w:color w:val="000000"/>
                <w:sz w:val="14"/>
              </w:rPr>
              <w:t>750</w:t>
            </w:r>
          </w:p>
        </w:tc>
        <w:tc>
          <w:tcPr>
            <w:tcW w:w="0" w:type="auto"/>
            <w:tcBorders>
              <w:top w:val="single" w:sz="4" w:space="0" w:color="000000"/>
              <w:left w:val="single" w:sz="4" w:space="0" w:color="000000"/>
              <w:bottom w:val="single" w:sz="4" w:space="0" w:color="000000"/>
              <w:right w:val="single" w:sz="4" w:space="0" w:color="000000"/>
            </w:tcBorders>
          </w:tcPr>
          <w:p w14:paraId="26070058" w14:textId="77777777" w:rsidR="009446D0" w:rsidRPr="00EB75F0" w:rsidRDefault="0084596B">
            <w:pPr>
              <w:spacing w:before="60" w:after="60" w:line="240" w:lineRule="auto"/>
              <w:rPr>
                <w:sz w:val="14"/>
              </w:rPr>
            </w:pPr>
            <w:r w:rsidRPr="00EB75F0">
              <w:rPr>
                <w:color w:val="000000"/>
                <w:sz w:val="14"/>
              </w:rPr>
              <w:t>703</w:t>
            </w:r>
          </w:p>
        </w:tc>
        <w:tc>
          <w:tcPr>
            <w:tcW w:w="0" w:type="auto"/>
            <w:tcBorders>
              <w:top w:val="single" w:sz="4" w:space="0" w:color="000000"/>
              <w:left w:val="single" w:sz="4" w:space="0" w:color="000000"/>
              <w:bottom w:val="single" w:sz="4" w:space="0" w:color="000000"/>
              <w:right w:val="single" w:sz="4" w:space="0" w:color="000000"/>
            </w:tcBorders>
          </w:tcPr>
          <w:p w14:paraId="75A4FBF1" w14:textId="77777777" w:rsidR="009446D0" w:rsidRPr="00EB75F0" w:rsidRDefault="0084596B">
            <w:pPr>
              <w:spacing w:before="60" w:after="60" w:line="240" w:lineRule="auto"/>
              <w:rPr>
                <w:sz w:val="14"/>
              </w:rPr>
            </w:pPr>
            <w:r w:rsidRPr="00EB75F0">
              <w:rPr>
                <w:color w:val="000000"/>
                <w:sz w:val="14"/>
              </w:rPr>
              <w:t>52</w:t>
            </w:r>
          </w:p>
        </w:tc>
        <w:tc>
          <w:tcPr>
            <w:tcW w:w="0" w:type="auto"/>
            <w:tcBorders>
              <w:top w:val="single" w:sz="4" w:space="0" w:color="000000"/>
              <w:left w:val="single" w:sz="4" w:space="0" w:color="000000"/>
              <w:bottom w:val="single" w:sz="4" w:space="0" w:color="000000"/>
              <w:right w:val="single" w:sz="4" w:space="0" w:color="000000"/>
            </w:tcBorders>
          </w:tcPr>
          <w:p w14:paraId="556253CC"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38358DB4"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263D4E07"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406E6052" w14:textId="01B45CFD" w:rsidR="009446D0" w:rsidRPr="00EB75F0" w:rsidRDefault="0084596B">
            <w:pPr>
              <w:spacing w:before="60" w:after="60" w:line="240" w:lineRule="auto"/>
              <w:rPr>
                <w:sz w:val="14"/>
              </w:rPr>
            </w:pPr>
            <w:r w:rsidRPr="00EB75F0">
              <w:rPr>
                <w:color w:val="000000"/>
                <w:sz w:val="14"/>
              </w:rPr>
              <w:t>Jindal 2013</w:t>
            </w:r>
            <w:r w:rsidR="0031308D" w:rsidRPr="00EB75F0">
              <w:fldChar w:fldCharType="begin"/>
            </w:r>
            <w:r w:rsidR="00452EF4">
              <w:instrText xml:space="preserve"> ADDIN EN.CITE &lt;EndNote&gt;&lt;Cite&gt;&lt;Author&gt;Jindal KC&lt;/Author&gt;&lt;Year&gt;2013&lt;/Year&gt;&lt;RecNum&gt;27&lt;/RecNum&gt;&lt;DisplayText&gt;&lt;style face="superscript"&gt;30&lt;/style&gt;&lt;/DisplayText&gt;&lt;record&gt;&lt;rec-number&gt;27&lt;/rec-number&gt;&lt;foreign-keys&gt;&lt;key app="EN" db-id="9ttaxzax2p0tr7ewzt55atews50zvxaaa5rz" timestamp="1764068829"&gt;27&lt;/key&gt;&lt;/foreign-keys&gt;&lt;ref-type name="Journal Article"&gt;17&lt;/ref-type&gt;&lt;contributors&gt;&lt;authors&gt;&lt;author&gt;Jindal KC, Singh GP, Munjal V.&lt;/author&gt;&lt;/authors&gt;&lt;/contributors&gt;&lt;titles&gt;&lt;title&gt;Aripiprazole versus olanzapine in the treatment of schizophrenia: a clinical study from India.&lt;/title&gt;&lt;secondary-title&gt;Int J Psychiatry Clin Pract&lt;/secondary-title&gt;&lt;/titles&gt;&lt;periodical&gt;&lt;full-title&gt;Int J Psychiatry Clin Pract&lt;/full-title&gt;&lt;/periodical&gt;&lt;pages&gt;21-9&lt;/pages&gt;&lt;volume&gt;17&lt;/volume&gt;&lt;number&gt;1&lt;/number&gt;&lt;dates&gt;&lt;year&gt;2013&lt;/year&gt;&lt;/dates&gt;&lt;urls&gt;&lt;/urls&gt;&lt;/record&gt;&lt;/Cite&gt;&lt;/EndNote&gt;</w:instrText>
            </w:r>
            <w:r w:rsidR="0031308D" w:rsidRPr="00EB75F0">
              <w:fldChar w:fldCharType="separate"/>
            </w:r>
            <w:r w:rsidR="00452EF4" w:rsidRPr="00452EF4">
              <w:rPr>
                <w:noProof/>
                <w:vertAlign w:val="superscript"/>
              </w:rPr>
              <w:t>30</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6572043A" w14:textId="77777777" w:rsidR="009446D0" w:rsidRPr="00EB75F0" w:rsidRDefault="0084596B">
            <w:pPr>
              <w:spacing w:before="60" w:after="60" w:line="240" w:lineRule="auto"/>
              <w:rPr>
                <w:sz w:val="14"/>
              </w:rPr>
            </w:pPr>
            <w:r w:rsidRPr="00EB75F0">
              <w:rPr>
                <w:color w:val="000000"/>
                <w:sz w:val="14"/>
              </w:rPr>
              <w:t>2013</w:t>
            </w:r>
          </w:p>
        </w:tc>
        <w:tc>
          <w:tcPr>
            <w:tcW w:w="0" w:type="auto"/>
            <w:tcBorders>
              <w:top w:val="single" w:sz="4" w:space="0" w:color="000000"/>
              <w:left w:val="single" w:sz="4" w:space="0" w:color="000000"/>
              <w:bottom w:val="single" w:sz="4" w:space="0" w:color="000000"/>
              <w:right w:val="single" w:sz="4" w:space="0" w:color="000000"/>
            </w:tcBorders>
          </w:tcPr>
          <w:p w14:paraId="62190820"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5599268"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852975F"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6385C717"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1E33A44F"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3E333434"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4D668FFF"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2AF130F"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417B1618" w14:textId="77777777" w:rsidR="009446D0" w:rsidRPr="00EB75F0" w:rsidRDefault="0084596B">
            <w:pPr>
              <w:spacing w:before="60" w:after="60" w:line="240" w:lineRule="auto"/>
              <w:rPr>
                <w:sz w:val="14"/>
              </w:rPr>
            </w:pPr>
            <w:r w:rsidRPr="00EB75F0">
              <w:rPr>
                <w:color w:val="000000"/>
                <w:sz w:val="14"/>
              </w:rPr>
              <w:t>60</w:t>
            </w:r>
          </w:p>
        </w:tc>
        <w:tc>
          <w:tcPr>
            <w:tcW w:w="0" w:type="auto"/>
            <w:tcBorders>
              <w:top w:val="single" w:sz="4" w:space="0" w:color="000000"/>
              <w:left w:val="single" w:sz="4" w:space="0" w:color="000000"/>
              <w:bottom w:val="single" w:sz="4" w:space="0" w:color="000000"/>
              <w:right w:val="single" w:sz="4" w:space="0" w:color="000000"/>
            </w:tcBorders>
          </w:tcPr>
          <w:p w14:paraId="2A0B6313" w14:textId="77777777" w:rsidR="009446D0" w:rsidRPr="00EB75F0" w:rsidRDefault="0084596B">
            <w:pPr>
              <w:spacing w:before="60" w:after="60" w:line="240" w:lineRule="auto"/>
              <w:rPr>
                <w:sz w:val="14"/>
              </w:rPr>
            </w:pPr>
            <w:r w:rsidRPr="00EB75F0">
              <w:rPr>
                <w:color w:val="000000"/>
                <w:sz w:val="14"/>
              </w:rPr>
              <w:t>60</w:t>
            </w:r>
          </w:p>
        </w:tc>
        <w:tc>
          <w:tcPr>
            <w:tcW w:w="0" w:type="auto"/>
            <w:tcBorders>
              <w:top w:val="single" w:sz="4" w:space="0" w:color="000000"/>
              <w:left w:val="single" w:sz="4" w:space="0" w:color="000000"/>
              <w:bottom w:val="single" w:sz="4" w:space="0" w:color="000000"/>
              <w:right w:val="single" w:sz="4" w:space="0" w:color="000000"/>
            </w:tcBorders>
          </w:tcPr>
          <w:p w14:paraId="11E486E7"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07180BD6"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408AC1E5"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45DC3C8E"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8E7223C" w14:textId="1380931A" w:rsidR="009446D0" w:rsidRPr="00EB75F0" w:rsidRDefault="0084596B">
            <w:pPr>
              <w:spacing w:before="60" w:after="60" w:line="240" w:lineRule="auto"/>
              <w:rPr>
                <w:sz w:val="14"/>
              </w:rPr>
            </w:pPr>
            <w:r w:rsidRPr="00EB75F0">
              <w:rPr>
                <w:color w:val="000000"/>
                <w:sz w:val="14"/>
              </w:rPr>
              <w:t>Kane 2009</w:t>
            </w:r>
            <w:r w:rsidR="0031308D" w:rsidRPr="00EB75F0">
              <w:fldChar w:fldCharType="begin"/>
            </w:r>
            <w:r w:rsidR="00452EF4">
              <w:instrText xml:space="preserve"> ADDIN EN.CITE &lt;EndNote&gt;&lt;Cite&gt;&lt;Author&gt;Kane JM&lt;/Author&gt;&lt;Year&gt;2009&lt;/Year&gt;&lt;RecNum&gt;8&lt;/RecNum&gt;&lt;DisplayText&gt;&lt;style face="superscript"&gt;11&lt;/style&gt;&lt;/DisplayText&gt;&lt;record&gt;&lt;rec-number&gt;8&lt;/rec-number&gt;&lt;foreign-keys&gt;&lt;key app="EN" db-id="9ttaxzax2p0tr7ewzt55atews50zvxaaa5rz" timestamp="1764068825"&gt;8&lt;/key&gt;&lt;/foreign-keys&gt;&lt;ref-type name="Journal Article"&gt;17&lt;/ref-type&gt;&lt;contributors&gt;&lt;authors&gt;&lt;author&gt;Kane JM, Osuntokun O, Kryzhanovskaya LA, Xu W, Stauffer VL, Watson SB, Breier A&lt;/author&gt;&lt;/authors&gt;&lt;/contributors&gt;&lt;titles&gt;&lt;title&gt;A 28-week, randomized, double-blind study of olanzapine versus aripiprazole in the treatment of schizophrenia.&lt;/title&gt;&lt;secondary-title&gt;JCP&lt;/secondary-title&gt;&lt;/titles&gt;&lt;periodical&gt;&lt;full-title&gt;JCP&lt;/full-title&gt;&lt;/periodical&gt;&lt;pages&gt;572&lt;/pages&gt;&lt;volume&gt;70&lt;/volume&gt;&lt;number&gt;4&lt;/number&gt;&lt;dates&gt;&lt;year&gt;2009&lt;/year&gt;&lt;/dates&gt;&lt;urls&gt;&lt;/urls&gt;&lt;/record&gt;&lt;/Cite&gt;&lt;/EndNote&gt;</w:instrText>
            </w:r>
            <w:r w:rsidR="0031308D" w:rsidRPr="00EB75F0">
              <w:fldChar w:fldCharType="separate"/>
            </w:r>
            <w:r w:rsidR="00452EF4" w:rsidRPr="00452EF4">
              <w:rPr>
                <w:noProof/>
                <w:vertAlign w:val="superscript"/>
              </w:rPr>
              <w:t>11</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6191A68" w14:textId="77777777" w:rsidR="009446D0" w:rsidRPr="00EB75F0" w:rsidRDefault="0084596B">
            <w:pPr>
              <w:spacing w:before="60" w:after="60" w:line="240" w:lineRule="auto"/>
              <w:rPr>
                <w:sz w:val="14"/>
              </w:rPr>
            </w:pPr>
            <w:r w:rsidRPr="00EB75F0">
              <w:rPr>
                <w:color w:val="000000"/>
                <w:sz w:val="14"/>
              </w:rPr>
              <w:t>2009</w:t>
            </w:r>
          </w:p>
        </w:tc>
        <w:tc>
          <w:tcPr>
            <w:tcW w:w="0" w:type="auto"/>
            <w:tcBorders>
              <w:top w:val="single" w:sz="4" w:space="0" w:color="000000"/>
              <w:left w:val="single" w:sz="4" w:space="0" w:color="000000"/>
              <w:bottom w:val="single" w:sz="4" w:space="0" w:color="000000"/>
              <w:right w:val="single" w:sz="4" w:space="0" w:color="000000"/>
            </w:tcBorders>
          </w:tcPr>
          <w:p w14:paraId="3C16F3FA"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79AA2BF"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62626CED"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4F99D61"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271797EA"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4F2BA148"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57D7269D"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3F13E9B"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08FBBDE4" w14:textId="77777777" w:rsidR="009446D0" w:rsidRPr="00EB75F0" w:rsidRDefault="0084596B">
            <w:pPr>
              <w:spacing w:before="60" w:after="60" w:line="240" w:lineRule="auto"/>
              <w:rPr>
                <w:sz w:val="14"/>
              </w:rPr>
            </w:pPr>
            <w:r w:rsidRPr="00EB75F0">
              <w:rPr>
                <w:color w:val="000000"/>
                <w:sz w:val="14"/>
              </w:rPr>
              <w:t>726</w:t>
            </w:r>
          </w:p>
        </w:tc>
        <w:tc>
          <w:tcPr>
            <w:tcW w:w="0" w:type="auto"/>
            <w:tcBorders>
              <w:top w:val="single" w:sz="4" w:space="0" w:color="000000"/>
              <w:left w:val="single" w:sz="4" w:space="0" w:color="000000"/>
              <w:bottom w:val="single" w:sz="4" w:space="0" w:color="000000"/>
              <w:right w:val="single" w:sz="4" w:space="0" w:color="000000"/>
            </w:tcBorders>
          </w:tcPr>
          <w:p w14:paraId="3CB097CA" w14:textId="77777777" w:rsidR="009446D0" w:rsidRPr="00EB75F0" w:rsidRDefault="0084596B">
            <w:pPr>
              <w:spacing w:before="60" w:after="60" w:line="240" w:lineRule="auto"/>
              <w:rPr>
                <w:sz w:val="14"/>
              </w:rPr>
            </w:pPr>
            <w:r w:rsidRPr="00EB75F0">
              <w:rPr>
                <w:color w:val="000000"/>
                <w:sz w:val="14"/>
              </w:rPr>
              <w:t>566</w:t>
            </w:r>
          </w:p>
        </w:tc>
        <w:tc>
          <w:tcPr>
            <w:tcW w:w="0" w:type="auto"/>
            <w:tcBorders>
              <w:top w:val="single" w:sz="4" w:space="0" w:color="000000"/>
              <w:left w:val="single" w:sz="4" w:space="0" w:color="000000"/>
              <w:bottom w:val="single" w:sz="4" w:space="0" w:color="000000"/>
              <w:right w:val="single" w:sz="4" w:space="0" w:color="000000"/>
            </w:tcBorders>
          </w:tcPr>
          <w:p w14:paraId="5DBBF08E" w14:textId="77777777" w:rsidR="009446D0" w:rsidRPr="00EB75F0" w:rsidRDefault="0084596B">
            <w:pPr>
              <w:spacing w:before="60" w:after="60" w:line="240" w:lineRule="auto"/>
              <w:rPr>
                <w:sz w:val="14"/>
              </w:rPr>
            </w:pPr>
            <w:r w:rsidRPr="00EB75F0">
              <w:rPr>
                <w:color w:val="000000"/>
                <w:sz w:val="14"/>
              </w:rPr>
              <w:t>28</w:t>
            </w:r>
          </w:p>
        </w:tc>
        <w:tc>
          <w:tcPr>
            <w:tcW w:w="0" w:type="auto"/>
            <w:tcBorders>
              <w:top w:val="single" w:sz="4" w:space="0" w:color="000000"/>
              <w:left w:val="single" w:sz="4" w:space="0" w:color="000000"/>
              <w:bottom w:val="single" w:sz="4" w:space="0" w:color="000000"/>
              <w:right w:val="single" w:sz="4" w:space="0" w:color="000000"/>
            </w:tcBorders>
          </w:tcPr>
          <w:p w14:paraId="0E085F11"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7233BCBB" w14:textId="77777777" w:rsidR="009446D0" w:rsidRPr="00EB75F0" w:rsidRDefault="0084596B">
            <w:pPr>
              <w:spacing w:before="60" w:after="60" w:line="240" w:lineRule="auto"/>
              <w:rPr>
                <w:sz w:val="14"/>
              </w:rPr>
            </w:pPr>
            <w:r w:rsidRPr="00EB75F0">
              <w:rPr>
                <w:color w:val="000000"/>
                <w:sz w:val="14"/>
              </w:rPr>
              <w:t>IV</w:t>
            </w:r>
          </w:p>
        </w:tc>
      </w:tr>
      <w:tr w:rsidR="009446D0" w:rsidRPr="00EB75F0" w14:paraId="7A4A5994"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D0BFFB5" w14:textId="0A290C25" w:rsidR="009446D0" w:rsidRPr="00EB75F0" w:rsidRDefault="0084596B">
            <w:pPr>
              <w:spacing w:before="60" w:after="60" w:line="240" w:lineRule="auto"/>
              <w:rPr>
                <w:sz w:val="14"/>
              </w:rPr>
            </w:pPr>
            <w:r w:rsidRPr="00EB75F0">
              <w:rPr>
                <w:color w:val="000000"/>
                <w:sz w:val="14"/>
              </w:rPr>
              <w:t>Li 2014</w:t>
            </w:r>
            <w:r w:rsidR="0031308D" w:rsidRPr="00EB75F0">
              <w:fldChar w:fldCharType="begin"/>
            </w:r>
            <w:r w:rsidR="00452EF4">
              <w:instrText xml:space="preserve"> ADDIN EN.CITE &lt;EndNote&gt;&lt;Cite&gt;&lt;Author&gt;Li H&lt;/Author&gt;&lt;Year&gt;2014&lt;/Year&gt;&lt;RecNum&gt;9&lt;/RecNum&gt;&lt;DisplayText&gt;&lt;style face="superscript"&gt;12&lt;/style&gt;&lt;/DisplayText&gt;&lt;record&gt;&lt;rec-number&gt;9&lt;/rec-number&gt;&lt;foreign-keys&gt;&lt;key app="EN" db-id="9ttaxzax2p0tr7ewzt55atews50zvxaaa5rz" timestamp="1764068825"&gt;9&lt;/key&gt;&lt;/foreign-keys&gt;&lt;ref-type name="Journal Article"&gt;17&lt;/ref-type&gt;&lt;contributors&gt;&lt;authors&gt;&lt;author&gt;Li H, Luo J, Wang C, Xie S, Xu X, Wang X, Yu W, Gu N, Kane JM.&lt;/author&gt;&lt;/authors&gt;&lt;/contributors&gt;&lt;titles&gt;&lt;title&gt;Efficacy and safety of aripiprazole in Chinese Han schizophrenia subjects: a randomized, double-blind, active parallel-controlled, multicenter clinical trial.&lt;/title&gt;&lt;secondary-title&gt;Schizophr. Res.&lt;/secondary-title&gt;&lt;/titles&gt;&lt;periodical&gt;&lt;full-title&gt;Schizophr. Res.&lt;/full-title&gt;&lt;/periodical&gt;&lt;pages&gt;112-9&lt;/pages&gt;&lt;volume&gt;157&lt;/volume&gt;&lt;number&gt;1-3&lt;/number&gt;&lt;dates&gt;&lt;year&gt;2014&lt;/year&gt;&lt;/dates&gt;&lt;urls&gt;&lt;/urls&gt;&lt;/record&gt;&lt;/Cite&gt;&lt;/EndNote&gt;</w:instrText>
            </w:r>
            <w:r w:rsidR="0031308D" w:rsidRPr="00EB75F0">
              <w:fldChar w:fldCharType="separate"/>
            </w:r>
            <w:r w:rsidR="00452EF4" w:rsidRPr="00452EF4">
              <w:rPr>
                <w:noProof/>
                <w:vertAlign w:val="superscript"/>
              </w:rPr>
              <w:t>12</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405DA0B7" w14:textId="77777777" w:rsidR="009446D0" w:rsidRPr="00EB75F0" w:rsidRDefault="0084596B">
            <w:pPr>
              <w:spacing w:before="60" w:after="60" w:line="240" w:lineRule="auto"/>
              <w:rPr>
                <w:sz w:val="14"/>
              </w:rPr>
            </w:pPr>
            <w:r w:rsidRPr="00EB75F0">
              <w:rPr>
                <w:color w:val="000000"/>
                <w:sz w:val="14"/>
              </w:rPr>
              <w:t>2014</w:t>
            </w:r>
          </w:p>
        </w:tc>
        <w:tc>
          <w:tcPr>
            <w:tcW w:w="0" w:type="auto"/>
            <w:tcBorders>
              <w:top w:val="single" w:sz="4" w:space="0" w:color="000000"/>
              <w:left w:val="single" w:sz="4" w:space="0" w:color="000000"/>
              <w:bottom w:val="single" w:sz="4" w:space="0" w:color="000000"/>
              <w:right w:val="single" w:sz="4" w:space="0" w:color="000000"/>
            </w:tcBorders>
          </w:tcPr>
          <w:p w14:paraId="62EB5DC7"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A797833"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210545B9"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62509429"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4850CD73"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5EE68579"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4C9B64D9"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078B646"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31F53BF3" w14:textId="77777777" w:rsidR="009446D0" w:rsidRPr="00EB75F0" w:rsidRDefault="0084596B">
            <w:pPr>
              <w:spacing w:before="60" w:after="60" w:line="240" w:lineRule="auto"/>
              <w:rPr>
                <w:sz w:val="14"/>
              </w:rPr>
            </w:pPr>
            <w:r w:rsidRPr="00EB75F0">
              <w:rPr>
                <w:color w:val="000000"/>
                <w:sz w:val="14"/>
              </w:rPr>
              <w:t>279</w:t>
            </w:r>
          </w:p>
        </w:tc>
        <w:tc>
          <w:tcPr>
            <w:tcW w:w="0" w:type="auto"/>
            <w:tcBorders>
              <w:top w:val="single" w:sz="4" w:space="0" w:color="000000"/>
              <w:left w:val="single" w:sz="4" w:space="0" w:color="000000"/>
              <w:bottom w:val="single" w:sz="4" w:space="0" w:color="000000"/>
              <w:right w:val="single" w:sz="4" w:space="0" w:color="000000"/>
            </w:tcBorders>
          </w:tcPr>
          <w:p w14:paraId="2809ACAD" w14:textId="77777777" w:rsidR="009446D0" w:rsidRPr="00EB75F0" w:rsidRDefault="0084596B">
            <w:pPr>
              <w:spacing w:before="60" w:after="60" w:line="240" w:lineRule="auto"/>
              <w:rPr>
                <w:sz w:val="14"/>
              </w:rPr>
            </w:pPr>
            <w:r w:rsidRPr="00EB75F0">
              <w:rPr>
                <w:color w:val="000000"/>
                <w:sz w:val="14"/>
              </w:rPr>
              <w:t>279</w:t>
            </w:r>
          </w:p>
        </w:tc>
        <w:tc>
          <w:tcPr>
            <w:tcW w:w="0" w:type="auto"/>
            <w:tcBorders>
              <w:top w:val="single" w:sz="4" w:space="0" w:color="000000"/>
              <w:left w:val="single" w:sz="4" w:space="0" w:color="000000"/>
              <w:bottom w:val="single" w:sz="4" w:space="0" w:color="000000"/>
              <w:right w:val="single" w:sz="4" w:space="0" w:color="000000"/>
            </w:tcBorders>
          </w:tcPr>
          <w:p w14:paraId="16322E32"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1E22FEFB"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3F9CB7F7"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29381CD2"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15B7901" w14:textId="0FF6D9DB" w:rsidR="009446D0" w:rsidRPr="00EB75F0" w:rsidRDefault="0084596B">
            <w:pPr>
              <w:spacing w:before="60" w:after="60" w:line="240" w:lineRule="auto"/>
              <w:rPr>
                <w:sz w:val="14"/>
              </w:rPr>
            </w:pPr>
            <w:r w:rsidRPr="00EB75F0">
              <w:rPr>
                <w:color w:val="000000"/>
                <w:sz w:val="14"/>
              </w:rPr>
              <w:t>McEvoy 2007</w:t>
            </w:r>
            <w:r w:rsidR="0031308D" w:rsidRPr="00EB75F0">
              <w:fldChar w:fldCharType="begin"/>
            </w:r>
            <w:r w:rsidR="00452EF4">
              <w:instrText xml:space="preserve"> ADDIN EN.CITE &lt;EndNote&gt;&lt;Cite&gt;&lt;Author&gt;McEvoy&lt;/Author&gt;&lt;Year&gt;2007&lt;/Year&gt;&lt;RecNum&gt;28&lt;/RecNum&gt;&lt;DisplayText&gt;&lt;style face="superscript"&gt;31&lt;/style&gt;&lt;/DisplayText&gt;&lt;record&gt;&lt;rec-number&gt;28&lt;/rec-number&gt;&lt;foreign-keys&gt;&lt;key app="EN" db-id="9ttaxzax2p0tr7ewzt55atews50zvxaaa5rz" timestamp="1764068829"&gt;28&lt;/key&gt;&lt;/foreign-keys&gt;&lt;ref-type name="Journal Article"&gt;17&lt;/ref-type&gt;&lt;contributors&gt;&lt;authors&gt;&lt;author&gt;McEvoy, J. P.&lt;/author&gt;&lt;author&gt;Daniel, D. G.&lt;/author&gt;&lt;author&gt;Carson, W. H., Jr.&lt;/author&gt;&lt;author&gt;McQuade, R. D.&lt;/author&gt;&lt;author&gt;Marcus, R. N.&lt;/author&gt;&lt;/authors&gt;&lt;/contributors&gt;&lt;titles&gt;&lt;title&gt;A randomized, double-blind, placebo-controlled, study of the efficacy and safety of aripiprazole 10, 15 or 20 mg/day for the treatment of patients with acute exacerbations of schizophrenia&lt;/title&gt;&lt;secondary-title&gt;J Psychiatr Res&lt;/secondary-title&gt;&lt;/titles&gt;&lt;periodical&gt;&lt;full-title&gt;J Psychiatr Res&lt;/full-title&gt;&lt;/periodical&gt;&lt;pages&gt;895-905&lt;/pages&gt;&lt;volume&gt;41&lt;/volume&gt;&lt;number&gt;11&lt;/number&gt;&lt;dates&gt;&lt;year&gt;2007&lt;/year&gt;&lt;pub-dates&gt;&lt;date&gt;20070713&lt;/date&gt;&lt;/pub-dates&gt;&lt;/dates&gt;&lt;pub-location&gt;Duke University Medical Center, John Umstead Hospital (AAU), Butner, NC 27509, USA. jpmcevoy@duke.edu&lt;/pub-location&gt;&lt;isbn&gt;0022-3956 (Print) 0022-3956 (Linking)&lt;/isbn&gt;&lt;urls&gt;&lt;related-urls&gt;&lt;url&gt;https://www.ncbi.nlm.nih.gov/pubmed/17631314&lt;/url&gt;&lt;/related-urls&gt;&lt;/urls&gt;&lt;electronic-resource-num&gt;10.1016/j.jpsychires.2007.05.002&lt;/electronic-resource-num&gt;&lt;/record&gt;&lt;/Cite&gt;&lt;/EndNote&gt;</w:instrText>
            </w:r>
            <w:r w:rsidR="0031308D" w:rsidRPr="00EB75F0">
              <w:fldChar w:fldCharType="separate"/>
            </w:r>
            <w:r w:rsidR="00452EF4" w:rsidRPr="00452EF4">
              <w:rPr>
                <w:noProof/>
                <w:vertAlign w:val="superscript"/>
              </w:rPr>
              <w:t>31</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D3DE71D" w14:textId="77777777" w:rsidR="009446D0" w:rsidRPr="00EB75F0" w:rsidRDefault="0084596B">
            <w:pPr>
              <w:spacing w:before="60" w:after="60" w:line="240" w:lineRule="auto"/>
              <w:rPr>
                <w:sz w:val="14"/>
              </w:rPr>
            </w:pPr>
            <w:r w:rsidRPr="00EB75F0">
              <w:rPr>
                <w:color w:val="000000"/>
                <w:sz w:val="14"/>
              </w:rPr>
              <w:t>2007</w:t>
            </w:r>
          </w:p>
        </w:tc>
        <w:tc>
          <w:tcPr>
            <w:tcW w:w="0" w:type="auto"/>
            <w:tcBorders>
              <w:top w:val="single" w:sz="4" w:space="0" w:color="000000"/>
              <w:left w:val="single" w:sz="4" w:space="0" w:color="000000"/>
              <w:bottom w:val="single" w:sz="4" w:space="0" w:color="000000"/>
              <w:right w:val="single" w:sz="4" w:space="0" w:color="000000"/>
            </w:tcBorders>
          </w:tcPr>
          <w:p w14:paraId="4AD835E0"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397B368"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4DCA7F3D"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6C80148F"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08A1A425"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3C22CC06"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1DF9DEF1"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15EA9873" w14:textId="77777777" w:rsidR="009446D0" w:rsidRPr="00EB75F0" w:rsidRDefault="0084596B">
            <w:pPr>
              <w:spacing w:before="60" w:after="60" w:line="240" w:lineRule="auto"/>
              <w:rPr>
                <w:sz w:val="14"/>
              </w:rPr>
            </w:pPr>
            <w:r w:rsidRPr="00EB75F0">
              <w:rPr>
                <w:color w:val="000000"/>
                <w:sz w:val="14"/>
              </w:rPr>
              <w:t>Dose-ranging and placebo-controlled</w:t>
            </w:r>
          </w:p>
        </w:tc>
        <w:tc>
          <w:tcPr>
            <w:tcW w:w="0" w:type="auto"/>
            <w:tcBorders>
              <w:top w:val="single" w:sz="4" w:space="0" w:color="000000"/>
              <w:left w:val="single" w:sz="4" w:space="0" w:color="000000"/>
              <w:bottom w:val="single" w:sz="4" w:space="0" w:color="000000"/>
              <w:right w:val="single" w:sz="4" w:space="0" w:color="000000"/>
            </w:tcBorders>
          </w:tcPr>
          <w:p w14:paraId="63E71F89" w14:textId="77777777" w:rsidR="009446D0" w:rsidRPr="00EB75F0" w:rsidRDefault="0084596B">
            <w:pPr>
              <w:spacing w:before="60" w:after="60" w:line="240" w:lineRule="auto"/>
              <w:rPr>
                <w:sz w:val="14"/>
              </w:rPr>
            </w:pPr>
            <w:r w:rsidRPr="00EB75F0">
              <w:rPr>
                <w:color w:val="000000"/>
                <w:sz w:val="14"/>
              </w:rPr>
              <w:t>508</w:t>
            </w:r>
          </w:p>
        </w:tc>
        <w:tc>
          <w:tcPr>
            <w:tcW w:w="0" w:type="auto"/>
            <w:tcBorders>
              <w:top w:val="single" w:sz="4" w:space="0" w:color="000000"/>
              <w:left w:val="single" w:sz="4" w:space="0" w:color="000000"/>
              <w:bottom w:val="single" w:sz="4" w:space="0" w:color="000000"/>
              <w:right w:val="single" w:sz="4" w:space="0" w:color="000000"/>
            </w:tcBorders>
          </w:tcPr>
          <w:p w14:paraId="34B1A79B" w14:textId="77777777" w:rsidR="009446D0" w:rsidRPr="00EB75F0" w:rsidRDefault="0084596B">
            <w:pPr>
              <w:spacing w:before="60" w:after="60" w:line="240" w:lineRule="auto"/>
              <w:rPr>
                <w:sz w:val="14"/>
              </w:rPr>
            </w:pPr>
            <w:r w:rsidRPr="00EB75F0">
              <w:rPr>
                <w:color w:val="000000"/>
                <w:sz w:val="14"/>
              </w:rPr>
              <w:t>420</w:t>
            </w:r>
          </w:p>
        </w:tc>
        <w:tc>
          <w:tcPr>
            <w:tcW w:w="0" w:type="auto"/>
            <w:tcBorders>
              <w:top w:val="single" w:sz="4" w:space="0" w:color="000000"/>
              <w:left w:val="single" w:sz="4" w:space="0" w:color="000000"/>
              <w:bottom w:val="single" w:sz="4" w:space="0" w:color="000000"/>
              <w:right w:val="single" w:sz="4" w:space="0" w:color="000000"/>
            </w:tcBorders>
          </w:tcPr>
          <w:p w14:paraId="1E77C12C"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733A82FB"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26BFDAC2"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50CB304C"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68B65DAF" w14:textId="14D21337" w:rsidR="009446D0" w:rsidRPr="00EB75F0" w:rsidRDefault="0084596B">
            <w:pPr>
              <w:spacing w:before="60" w:after="60" w:line="240" w:lineRule="auto"/>
              <w:rPr>
                <w:sz w:val="14"/>
              </w:rPr>
            </w:pPr>
            <w:r w:rsidRPr="00EB75F0">
              <w:rPr>
                <w:color w:val="000000"/>
                <w:sz w:val="14"/>
              </w:rPr>
              <w:t>McQuade 2004</w:t>
            </w:r>
            <w:r w:rsidR="0031308D" w:rsidRPr="00EB75F0">
              <w:fldChar w:fldCharType="begin"/>
            </w:r>
            <w:r w:rsidR="00452EF4">
              <w:instrText xml:space="preserve"> ADDIN EN.CITE &lt;EndNote&gt;&lt;Cite&gt;&lt;Author&gt;McQuade RD&lt;/Author&gt;&lt;Year&gt;2004&lt;/Year&gt;&lt;RecNum&gt;29&lt;/RecNum&gt;&lt;DisplayText&gt;&lt;style face="superscript"&gt;32&lt;/style&gt;&lt;/DisplayText&gt;&lt;record&gt;&lt;rec-number&gt;29&lt;/rec-number&gt;&lt;foreign-keys&gt;&lt;key app="EN" db-id="9ttaxzax2p0tr7ewzt55atews50zvxaaa5rz" timestamp="1764068829"&gt;29&lt;/key&gt;&lt;/foreign-keys&gt;&lt;ref-type name="Journal Article"&gt;17&lt;/ref-type&gt;&lt;contributors&gt;&lt;authors&gt;&lt;author&gt;McQuade RD, Stock E, Marcus R, Jody D, Gharbia NA, Vanveggel S, Archibald D, Carson WH.&lt;/author&gt;&lt;/authors&gt;&lt;/contributors&gt;&lt;titles&gt;&lt;title&gt;A comparison of weight change during treatment with olanzapine or aripiprazole: results from a randomized, double-blind study.&lt;/title&gt;&lt;secondary-title&gt;J Clin Psychiatry.&lt;/secondary-title&gt;&lt;/titles&gt;&lt;periodical&gt;&lt;full-title&gt;J Clin Psychiatry.&lt;/full-title&gt;&lt;/periodical&gt;&lt;pages&gt;47-56&lt;/pages&gt;&lt;volume&gt;1&lt;/volume&gt;&lt;number&gt;65&lt;/number&gt;&lt;dates&gt;&lt;year&gt;2004&lt;/year&gt;&lt;/dates&gt;&lt;urls&gt;&lt;/urls&gt;&lt;/record&gt;&lt;/Cite&gt;&lt;/EndNote&gt;</w:instrText>
            </w:r>
            <w:r w:rsidR="0031308D" w:rsidRPr="00EB75F0">
              <w:fldChar w:fldCharType="separate"/>
            </w:r>
            <w:r w:rsidR="00452EF4" w:rsidRPr="00452EF4">
              <w:rPr>
                <w:noProof/>
                <w:vertAlign w:val="superscript"/>
              </w:rPr>
              <w:t>32</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3734E1A9" w14:textId="77777777" w:rsidR="009446D0" w:rsidRPr="00EB75F0" w:rsidRDefault="0084596B">
            <w:pPr>
              <w:spacing w:before="60" w:after="60" w:line="240" w:lineRule="auto"/>
              <w:rPr>
                <w:sz w:val="14"/>
              </w:rPr>
            </w:pPr>
            <w:r w:rsidRPr="00EB75F0">
              <w:rPr>
                <w:color w:val="000000"/>
                <w:sz w:val="14"/>
              </w:rPr>
              <w:t>2004</w:t>
            </w:r>
          </w:p>
        </w:tc>
        <w:tc>
          <w:tcPr>
            <w:tcW w:w="0" w:type="auto"/>
            <w:tcBorders>
              <w:top w:val="single" w:sz="4" w:space="0" w:color="000000"/>
              <w:left w:val="single" w:sz="4" w:space="0" w:color="000000"/>
              <w:bottom w:val="single" w:sz="4" w:space="0" w:color="000000"/>
              <w:right w:val="single" w:sz="4" w:space="0" w:color="000000"/>
            </w:tcBorders>
          </w:tcPr>
          <w:p w14:paraId="02C1D722"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166D272"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40A447DE"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965E211"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549E9EE2"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644235EA"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5B1B4ED6"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41AC591C"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0BE35A32" w14:textId="77777777" w:rsidR="009446D0" w:rsidRPr="00EB75F0" w:rsidRDefault="0084596B">
            <w:pPr>
              <w:spacing w:before="60" w:after="60" w:line="240" w:lineRule="auto"/>
              <w:rPr>
                <w:sz w:val="14"/>
              </w:rPr>
            </w:pPr>
            <w:r w:rsidRPr="00EB75F0">
              <w:rPr>
                <w:color w:val="000000"/>
                <w:sz w:val="14"/>
              </w:rPr>
              <w:t>378</w:t>
            </w:r>
          </w:p>
        </w:tc>
        <w:tc>
          <w:tcPr>
            <w:tcW w:w="0" w:type="auto"/>
            <w:tcBorders>
              <w:top w:val="single" w:sz="4" w:space="0" w:color="000000"/>
              <w:left w:val="single" w:sz="4" w:space="0" w:color="000000"/>
              <w:bottom w:val="single" w:sz="4" w:space="0" w:color="000000"/>
              <w:right w:val="single" w:sz="4" w:space="0" w:color="000000"/>
            </w:tcBorders>
          </w:tcPr>
          <w:p w14:paraId="2C07ED88" w14:textId="77777777" w:rsidR="009446D0" w:rsidRPr="00EB75F0" w:rsidRDefault="0084596B">
            <w:pPr>
              <w:spacing w:before="60" w:after="60" w:line="240" w:lineRule="auto"/>
              <w:rPr>
                <w:sz w:val="14"/>
              </w:rPr>
            </w:pPr>
            <w:r w:rsidRPr="00EB75F0">
              <w:rPr>
                <w:color w:val="000000"/>
                <w:sz w:val="14"/>
              </w:rPr>
              <w:t>317</w:t>
            </w:r>
          </w:p>
        </w:tc>
        <w:tc>
          <w:tcPr>
            <w:tcW w:w="0" w:type="auto"/>
            <w:tcBorders>
              <w:top w:val="single" w:sz="4" w:space="0" w:color="000000"/>
              <w:left w:val="single" w:sz="4" w:space="0" w:color="000000"/>
              <w:bottom w:val="single" w:sz="4" w:space="0" w:color="000000"/>
              <w:right w:val="single" w:sz="4" w:space="0" w:color="000000"/>
            </w:tcBorders>
          </w:tcPr>
          <w:p w14:paraId="47304B2E" w14:textId="77777777" w:rsidR="009446D0" w:rsidRPr="00EB75F0" w:rsidRDefault="0084596B">
            <w:pPr>
              <w:spacing w:before="60" w:after="60" w:line="240" w:lineRule="auto"/>
              <w:rPr>
                <w:sz w:val="14"/>
              </w:rPr>
            </w:pPr>
            <w:r w:rsidRPr="00EB75F0">
              <w:rPr>
                <w:color w:val="000000"/>
                <w:sz w:val="14"/>
              </w:rPr>
              <w:t>26</w:t>
            </w:r>
          </w:p>
        </w:tc>
        <w:tc>
          <w:tcPr>
            <w:tcW w:w="0" w:type="auto"/>
            <w:tcBorders>
              <w:top w:val="single" w:sz="4" w:space="0" w:color="000000"/>
              <w:left w:val="single" w:sz="4" w:space="0" w:color="000000"/>
              <w:bottom w:val="single" w:sz="4" w:space="0" w:color="000000"/>
              <w:right w:val="single" w:sz="4" w:space="0" w:color="000000"/>
            </w:tcBorders>
          </w:tcPr>
          <w:p w14:paraId="22C0F636"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5FB22891"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0943E6F8"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E08A37C" w14:textId="733B7880" w:rsidR="009446D0" w:rsidRPr="00EB75F0" w:rsidRDefault="0084596B">
            <w:pPr>
              <w:spacing w:before="60" w:after="60" w:line="240" w:lineRule="auto"/>
              <w:rPr>
                <w:sz w:val="14"/>
              </w:rPr>
            </w:pPr>
            <w:proofErr w:type="spellStart"/>
            <w:r w:rsidRPr="00EB75F0">
              <w:rPr>
                <w:color w:val="000000"/>
                <w:sz w:val="14"/>
              </w:rPr>
              <w:t>Shafti</w:t>
            </w:r>
            <w:proofErr w:type="spellEnd"/>
            <w:r w:rsidRPr="00EB75F0">
              <w:rPr>
                <w:color w:val="000000"/>
                <w:sz w:val="14"/>
              </w:rPr>
              <w:t xml:space="preserve"> 2016</w:t>
            </w:r>
            <w:r w:rsidR="0031308D" w:rsidRPr="00EB75F0">
              <w:fldChar w:fldCharType="begin"/>
            </w:r>
            <w:r w:rsidR="00452EF4">
              <w:instrText xml:space="preserve"> ADDIN EN.CITE &lt;EndNote&gt;&lt;Cite&gt;&lt;Author&gt;S Shafti S&lt;/Author&gt;&lt;Year&gt;2016&lt;/Year&gt;&lt;RecNum&gt;30&lt;/RecNum&gt;&lt;DisplayText&gt;&lt;style face="superscript"&gt;33&lt;/style&gt;&lt;/DisplayText&gt;&lt;record&gt;&lt;rec-number&gt;30&lt;/rec-number&gt;&lt;foreign-keys&gt;&lt;key app="EN" db-id="9ttaxzax2p0tr7ewzt55atews50zvxaaa5rz" timestamp="1764068830"&gt;30&lt;/key&gt;&lt;/foreign-keys&gt;&lt;ref-type name="Journal Article"&gt;17&lt;/ref-type&gt;&lt;contributors&gt;&lt;authors&gt;&lt;author&gt;S Shafti S, Kaviani H.&lt;/author&gt;&lt;/authors&gt;&lt;/contributors&gt;&lt;titles&gt;&lt;title&gt;A comparison between quetiapine and aripiprazole for treatment of schizophrenia: a double blind contras&lt;/title&gt;&lt;secondary-title&gt;Curr. Psychopharmacol.&lt;/secondary-title&gt;&lt;/titles&gt;&lt;periodical&gt;&lt;full-title&gt;Curr. Psychopharmacol.&lt;/full-title&gt;&lt;/periodical&gt;&lt;pages&gt;13-9&lt;/pages&gt;&lt;volume&gt;5&lt;/volume&gt;&lt;number&gt;1&lt;/number&gt;&lt;dates&gt;&lt;year&gt;2016&lt;/year&gt;&lt;/dates&gt;&lt;urls&gt;&lt;/urls&gt;&lt;/record&gt;&lt;/Cite&gt;&lt;/EndNote&gt;</w:instrText>
            </w:r>
            <w:r w:rsidR="0031308D" w:rsidRPr="00EB75F0">
              <w:fldChar w:fldCharType="separate"/>
            </w:r>
            <w:r w:rsidR="00452EF4" w:rsidRPr="00452EF4">
              <w:rPr>
                <w:noProof/>
                <w:vertAlign w:val="superscript"/>
              </w:rPr>
              <w:t>33</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4C7497A6" w14:textId="77777777" w:rsidR="009446D0" w:rsidRPr="00EB75F0" w:rsidRDefault="0084596B">
            <w:pPr>
              <w:spacing w:before="60" w:after="60" w:line="240" w:lineRule="auto"/>
              <w:rPr>
                <w:sz w:val="14"/>
              </w:rPr>
            </w:pPr>
            <w:r w:rsidRPr="00EB75F0">
              <w:rPr>
                <w:color w:val="000000"/>
                <w:sz w:val="14"/>
              </w:rPr>
              <w:t>2016</w:t>
            </w:r>
          </w:p>
        </w:tc>
        <w:tc>
          <w:tcPr>
            <w:tcW w:w="0" w:type="auto"/>
            <w:tcBorders>
              <w:top w:val="single" w:sz="4" w:space="0" w:color="000000"/>
              <w:left w:val="single" w:sz="4" w:space="0" w:color="000000"/>
              <w:bottom w:val="single" w:sz="4" w:space="0" w:color="000000"/>
              <w:right w:val="single" w:sz="4" w:space="0" w:color="000000"/>
            </w:tcBorders>
          </w:tcPr>
          <w:p w14:paraId="2FEA9FB6"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6FDCBE1"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61834A82"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4CE39EB"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769093EE"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23880E12"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35907EB7"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359F279"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2CB7C414" w14:textId="77777777" w:rsidR="009446D0" w:rsidRPr="00EB75F0" w:rsidRDefault="0084596B">
            <w:pPr>
              <w:spacing w:before="60" w:after="60" w:line="240" w:lineRule="auto"/>
              <w:rPr>
                <w:sz w:val="14"/>
              </w:rPr>
            </w:pPr>
            <w:r w:rsidRPr="00EB75F0">
              <w:rPr>
                <w:color w:val="000000"/>
                <w:sz w:val="14"/>
              </w:rPr>
              <w:t>50</w:t>
            </w:r>
          </w:p>
        </w:tc>
        <w:tc>
          <w:tcPr>
            <w:tcW w:w="0" w:type="auto"/>
            <w:tcBorders>
              <w:top w:val="single" w:sz="4" w:space="0" w:color="000000"/>
              <w:left w:val="single" w:sz="4" w:space="0" w:color="000000"/>
              <w:bottom w:val="single" w:sz="4" w:space="0" w:color="000000"/>
              <w:right w:val="single" w:sz="4" w:space="0" w:color="000000"/>
            </w:tcBorders>
          </w:tcPr>
          <w:p w14:paraId="20EA0EFB" w14:textId="77777777" w:rsidR="009446D0" w:rsidRPr="00EB75F0" w:rsidRDefault="0084596B">
            <w:pPr>
              <w:spacing w:before="60" w:after="60" w:line="240" w:lineRule="auto"/>
              <w:rPr>
                <w:sz w:val="14"/>
              </w:rPr>
            </w:pPr>
            <w:r w:rsidRPr="00EB75F0">
              <w:rPr>
                <w:color w:val="000000"/>
                <w:sz w:val="14"/>
              </w:rPr>
              <w:t>50</w:t>
            </w:r>
          </w:p>
        </w:tc>
        <w:tc>
          <w:tcPr>
            <w:tcW w:w="0" w:type="auto"/>
            <w:tcBorders>
              <w:top w:val="single" w:sz="4" w:space="0" w:color="000000"/>
              <w:left w:val="single" w:sz="4" w:space="0" w:color="000000"/>
              <w:bottom w:val="single" w:sz="4" w:space="0" w:color="000000"/>
              <w:right w:val="single" w:sz="4" w:space="0" w:color="000000"/>
            </w:tcBorders>
          </w:tcPr>
          <w:p w14:paraId="4E4D733F" w14:textId="77777777" w:rsidR="009446D0" w:rsidRPr="00EB75F0" w:rsidRDefault="0084596B">
            <w:pPr>
              <w:spacing w:before="60" w:after="60" w:line="240" w:lineRule="auto"/>
              <w:rPr>
                <w:sz w:val="14"/>
              </w:rPr>
            </w:pPr>
            <w:r w:rsidRPr="00EB75F0">
              <w:rPr>
                <w:color w:val="000000"/>
                <w:sz w:val="14"/>
              </w:rPr>
              <w:t>12</w:t>
            </w:r>
          </w:p>
        </w:tc>
        <w:tc>
          <w:tcPr>
            <w:tcW w:w="0" w:type="auto"/>
            <w:tcBorders>
              <w:top w:val="single" w:sz="4" w:space="0" w:color="000000"/>
              <w:left w:val="single" w:sz="4" w:space="0" w:color="000000"/>
              <w:bottom w:val="single" w:sz="4" w:space="0" w:color="000000"/>
              <w:right w:val="single" w:sz="4" w:space="0" w:color="000000"/>
            </w:tcBorders>
          </w:tcPr>
          <w:p w14:paraId="0C4B1D58"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38B16A33"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63FAD02F"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D0073AA" w14:textId="42ABCB94" w:rsidR="009446D0" w:rsidRPr="00EB75F0" w:rsidRDefault="0084596B">
            <w:pPr>
              <w:spacing w:before="60" w:after="60" w:line="240" w:lineRule="auto"/>
              <w:rPr>
                <w:sz w:val="14"/>
              </w:rPr>
            </w:pPr>
            <w:r w:rsidRPr="00EB75F0">
              <w:rPr>
                <w:color w:val="000000"/>
                <w:sz w:val="14"/>
              </w:rPr>
              <w:t>Kane 2002</w:t>
            </w:r>
            <w:r w:rsidR="0031308D" w:rsidRPr="00EB75F0">
              <w:fldChar w:fldCharType="begin"/>
            </w:r>
            <w:r w:rsidR="00452EF4">
              <w:instrText xml:space="preserve"> ADDIN EN.CITE &lt;EndNote&gt;&lt;Cite&gt;&lt;Author&gt;Kane&lt;/Author&gt;&lt;Year&gt;2002&lt;/Year&gt;&lt;RecNum&gt;31&lt;/RecNum&gt;&lt;DisplayText&gt;&lt;style face="superscript"&gt;34&lt;/style&gt;&lt;/DisplayText&gt;&lt;record&gt;&lt;rec-number&gt;31&lt;/rec-number&gt;&lt;foreign-keys&gt;&lt;key app="EN" db-id="9ttaxzax2p0tr7ewzt55atews50zvxaaa5rz" timestamp="1764068830"&gt;31&lt;/key&gt;&lt;/foreign-keys&gt;&lt;ref-type name="Journal Article"&gt;17&lt;/ref-type&gt;&lt;contributors&gt;&lt;authors&gt;&lt;author&gt;Kane, John M&lt;/author&gt;&lt;author&gt;Carson, William H&lt;/author&gt;&lt;author&gt;Saha, Anutosh R&lt;/author&gt;&lt;author&gt;McQuade, Robert D&lt;/author&gt;&lt;author&gt;Ingenito, Gary G&lt;/author&gt;&lt;author&gt;Zimbroff, Dan L&lt;/author&gt;&lt;author&gt;Ali, Mirza W&lt;/author&gt;&lt;/authors&gt;&lt;/contributors&gt;&lt;titles&gt;&lt;title&gt;Efficacy and safety of aripiprazole and haloperidol versus placebo in patients with schizophrenia and schizoaffective disorder&lt;/title&gt;&lt;secondary-title&gt;Journal of Clinical Psychiatry&lt;/secondary-title&gt;&lt;/titles&gt;&lt;periodical&gt;&lt;full-title&gt;Journal of Clinical Psychiatry&lt;/full-title&gt;&lt;/periodical&gt;&lt;pages&gt;763-771&lt;/pages&gt;&lt;volume&gt;63&lt;/volume&gt;&lt;number&gt;9&lt;/number&gt;&lt;dates&gt;&lt;year&gt;2002&lt;/year&gt;&lt;/dates&gt;&lt;isbn&gt;0160-6689&lt;/isbn&gt;&lt;urls&gt;&lt;/urls&gt;&lt;/record&gt;&lt;/Cite&gt;&lt;/EndNote&gt;</w:instrText>
            </w:r>
            <w:r w:rsidR="0031308D" w:rsidRPr="00EB75F0">
              <w:fldChar w:fldCharType="separate"/>
            </w:r>
            <w:r w:rsidR="00452EF4" w:rsidRPr="00452EF4">
              <w:rPr>
                <w:noProof/>
                <w:vertAlign w:val="superscript"/>
              </w:rPr>
              <w:t>34</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656203BE" w14:textId="77777777" w:rsidR="009446D0" w:rsidRPr="00EB75F0" w:rsidRDefault="0084596B">
            <w:pPr>
              <w:spacing w:before="60" w:after="60" w:line="240" w:lineRule="auto"/>
              <w:rPr>
                <w:sz w:val="14"/>
              </w:rPr>
            </w:pPr>
            <w:r w:rsidRPr="00EB75F0">
              <w:rPr>
                <w:color w:val="000000"/>
                <w:sz w:val="14"/>
              </w:rPr>
              <w:t>2002</w:t>
            </w:r>
          </w:p>
        </w:tc>
        <w:tc>
          <w:tcPr>
            <w:tcW w:w="0" w:type="auto"/>
            <w:tcBorders>
              <w:top w:val="single" w:sz="4" w:space="0" w:color="000000"/>
              <w:left w:val="single" w:sz="4" w:space="0" w:color="000000"/>
              <w:bottom w:val="single" w:sz="4" w:space="0" w:color="000000"/>
              <w:right w:val="single" w:sz="4" w:space="0" w:color="000000"/>
            </w:tcBorders>
          </w:tcPr>
          <w:p w14:paraId="7C3678B2"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0C13B5A"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200EBABF"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01EFD10"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6FDF3A2F"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61C80227"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51076D5B"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4FB1813" w14:textId="77777777" w:rsidR="009446D0" w:rsidRPr="00EB75F0" w:rsidRDefault="0084596B">
            <w:pPr>
              <w:spacing w:before="60" w:after="60" w:line="240" w:lineRule="auto"/>
              <w:rPr>
                <w:sz w:val="14"/>
              </w:rPr>
            </w:pPr>
            <w:r w:rsidRPr="00EB75F0">
              <w:rPr>
                <w:color w:val="000000"/>
                <w:sz w:val="14"/>
              </w:rPr>
              <w:t>Dose-ranging and active-controlled</w:t>
            </w:r>
          </w:p>
        </w:tc>
        <w:tc>
          <w:tcPr>
            <w:tcW w:w="0" w:type="auto"/>
            <w:tcBorders>
              <w:top w:val="single" w:sz="4" w:space="0" w:color="000000"/>
              <w:left w:val="single" w:sz="4" w:space="0" w:color="000000"/>
              <w:bottom w:val="single" w:sz="4" w:space="0" w:color="000000"/>
              <w:right w:val="single" w:sz="4" w:space="0" w:color="000000"/>
            </w:tcBorders>
          </w:tcPr>
          <w:p w14:paraId="4FD7467A" w14:textId="77777777" w:rsidR="009446D0" w:rsidRPr="00EB75F0" w:rsidRDefault="0084596B">
            <w:pPr>
              <w:spacing w:before="60" w:after="60" w:line="240" w:lineRule="auto"/>
              <w:rPr>
                <w:sz w:val="14"/>
              </w:rPr>
            </w:pPr>
            <w:r w:rsidRPr="00EB75F0">
              <w:rPr>
                <w:color w:val="000000"/>
                <w:sz w:val="14"/>
              </w:rPr>
              <w:t>502</w:t>
            </w:r>
          </w:p>
        </w:tc>
        <w:tc>
          <w:tcPr>
            <w:tcW w:w="0" w:type="auto"/>
            <w:tcBorders>
              <w:top w:val="single" w:sz="4" w:space="0" w:color="000000"/>
              <w:left w:val="single" w:sz="4" w:space="0" w:color="000000"/>
              <w:bottom w:val="single" w:sz="4" w:space="0" w:color="000000"/>
              <w:right w:val="single" w:sz="4" w:space="0" w:color="000000"/>
            </w:tcBorders>
          </w:tcPr>
          <w:p w14:paraId="10B78B4B" w14:textId="77777777" w:rsidR="009446D0" w:rsidRPr="00EB75F0" w:rsidRDefault="0084596B">
            <w:pPr>
              <w:spacing w:before="60" w:after="60" w:line="240" w:lineRule="auto"/>
              <w:rPr>
                <w:sz w:val="14"/>
              </w:rPr>
            </w:pPr>
            <w:r w:rsidRPr="00EB75F0">
              <w:rPr>
                <w:color w:val="000000"/>
                <w:sz w:val="14"/>
              </w:rPr>
              <w:t>414</w:t>
            </w:r>
          </w:p>
        </w:tc>
        <w:tc>
          <w:tcPr>
            <w:tcW w:w="0" w:type="auto"/>
            <w:tcBorders>
              <w:top w:val="single" w:sz="4" w:space="0" w:color="000000"/>
              <w:left w:val="single" w:sz="4" w:space="0" w:color="000000"/>
              <w:bottom w:val="single" w:sz="4" w:space="0" w:color="000000"/>
              <w:right w:val="single" w:sz="4" w:space="0" w:color="000000"/>
            </w:tcBorders>
          </w:tcPr>
          <w:p w14:paraId="6C676EF8"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57191F2C"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79CDB738"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403CA9CA"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8118A32" w14:textId="6212B800" w:rsidR="009446D0" w:rsidRPr="00EB75F0" w:rsidRDefault="0084596B">
            <w:pPr>
              <w:spacing w:before="60" w:after="60" w:line="240" w:lineRule="auto"/>
              <w:rPr>
                <w:sz w:val="14"/>
              </w:rPr>
            </w:pPr>
            <w:r w:rsidRPr="00EB75F0">
              <w:rPr>
                <w:color w:val="000000"/>
                <w:sz w:val="14"/>
              </w:rPr>
              <w:t>Marder 2003</w:t>
            </w:r>
            <w:r w:rsidR="0031308D" w:rsidRPr="00EB75F0">
              <w:fldChar w:fldCharType="begin"/>
            </w:r>
            <w:r w:rsidR="00452EF4">
              <w:instrText xml:space="preserve"> ADDIN EN.CITE &lt;EndNote&gt;&lt;Cite&gt;&lt;Author&gt;Marder SR&lt;/Author&gt;&lt;Year&gt;2003&lt;/Year&gt;&lt;RecNum&gt;32&lt;/RecNum&gt;&lt;DisplayText&gt;&lt;style face="superscript"&gt;35&lt;/style&gt;&lt;/DisplayText&gt;&lt;record&gt;&lt;rec-number&gt;32&lt;/rec-number&gt;&lt;foreign-keys&gt;&lt;key app="EN" db-id="9ttaxzax2p0tr7ewzt55atews50zvxaaa5rz" timestamp="1764068830"&gt;32&lt;/key&gt;&lt;/foreign-keys&gt;&lt;ref-type name="Journal Article"&gt;17&lt;/ref-type&gt;&lt;contributors&gt;&lt;authors&gt;&lt;author&gt;Marder SR, McQuade RD, Stock E, Kaplita S, Marcus R, Safferman AZ, Saha A, Ali M, Iwamoto T&lt;/author&gt;&lt;/authors&gt;&lt;/contributors&gt;&lt;titles&gt;&lt;title&gt;Aripiprazole in the treatment of schizophrenia: safety and tolerability in short-term, placebo-controlled trials&lt;/title&gt;&lt;secondary-title&gt;Schizophr. Res.&lt;/secondary-title&gt;&lt;/titles&gt;&lt;periodical&gt;&lt;full-title&gt;Schizophr. Res.&lt;/full-title&gt;&lt;/periodical&gt;&lt;pages&gt;123-36&lt;/pages&gt;&lt;volume&gt;61&lt;/volume&gt;&lt;number&gt;2-3&lt;/number&gt;&lt;dates&gt;&lt;year&gt;2003&lt;/year&gt;&lt;/dates&gt;&lt;urls&gt;&lt;/urls&gt;&lt;/record&gt;&lt;/Cite&gt;&lt;/EndNote&gt;</w:instrText>
            </w:r>
            <w:r w:rsidR="0031308D" w:rsidRPr="00EB75F0">
              <w:fldChar w:fldCharType="separate"/>
            </w:r>
            <w:r w:rsidR="00452EF4" w:rsidRPr="00452EF4">
              <w:rPr>
                <w:noProof/>
                <w:vertAlign w:val="superscript"/>
              </w:rPr>
              <w:t>35</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43EF61F4" w14:textId="77777777" w:rsidR="009446D0" w:rsidRPr="00EB75F0" w:rsidRDefault="0084596B">
            <w:pPr>
              <w:spacing w:before="60" w:after="60" w:line="240" w:lineRule="auto"/>
              <w:rPr>
                <w:sz w:val="14"/>
              </w:rPr>
            </w:pPr>
            <w:r w:rsidRPr="00EB75F0">
              <w:rPr>
                <w:color w:val="000000"/>
                <w:sz w:val="14"/>
              </w:rPr>
              <w:t>2003</w:t>
            </w:r>
          </w:p>
        </w:tc>
        <w:tc>
          <w:tcPr>
            <w:tcW w:w="0" w:type="auto"/>
            <w:tcBorders>
              <w:top w:val="single" w:sz="4" w:space="0" w:color="000000"/>
              <w:left w:val="single" w:sz="4" w:space="0" w:color="000000"/>
              <w:bottom w:val="single" w:sz="4" w:space="0" w:color="000000"/>
              <w:right w:val="single" w:sz="4" w:space="0" w:color="000000"/>
            </w:tcBorders>
          </w:tcPr>
          <w:p w14:paraId="518D938C"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3F624DC2"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394DD488"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9DF4310"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051CBEF8"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3AD6D0D7"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5E168A0A"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1BA9BD8"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0EF96AC3"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118184A6" w14:textId="77777777" w:rsidR="009446D0" w:rsidRPr="00EB75F0" w:rsidRDefault="0084596B">
            <w:pPr>
              <w:spacing w:before="60" w:after="60" w:line="240" w:lineRule="auto"/>
              <w:rPr>
                <w:sz w:val="14"/>
              </w:rPr>
            </w:pPr>
            <w:r w:rsidRPr="00EB75F0">
              <w:rPr>
                <w:color w:val="000000"/>
                <w:sz w:val="14"/>
              </w:rPr>
              <w:t>1,549</w:t>
            </w:r>
          </w:p>
        </w:tc>
        <w:tc>
          <w:tcPr>
            <w:tcW w:w="0" w:type="auto"/>
            <w:tcBorders>
              <w:top w:val="single" w:sz="4" w:space="0" w:color="000000"/>
              <w:left w:val="single" w:sz="4" w:space="0" w:color="000000"/>
              <w:bottom w:val="single" w:sz="4" w:space="0" w:color="000000"/>
              <w:right w:val="single" w:sz="4" w:space="0" w:color="000000"/>
            </w:tcBorders>
          </w:tcPr>
          <w:p w14:paraId="30CA848F"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644C3AE3"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5B7C079B" w14:textId="77777777" w:rsidR="009446D0" w:rsidRPr="00EB75F0" w:rsidRDefault="0084596B">
            <w:pPr>
              <w:spacing w:before="60" w:after="60" w:line="240" w:lineRule="auto"/>
              <w:rPr>
                <w:sz w:val="14"/>
              </w:rPr>
            </w:pPr>
            <w:r w:rsidRPr="00EB75F0">
              <w:rPr>
                <w:color w:val="000000"/>
                <w:sz w:val="14"/>
              </w:rPr>
              <w:t>II/III</w:t>
            </w:r>
          </w:p>
        </w:tc>
      </w:tr>
      <w:tr w:rsidR="009446D0" w:rsidRPr="00EB75F0" w14:paraId="29235049"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724A741C" w14:textId="57BB1EAD" w:rsidR="009446D0" w:rsidRPr="00EB75F0" w:rsidRDefault="0084596B">
            <w:pPr>
              <w:spacing w:before="60" w:after="60" w:line="240" w:lineRule="auto"/>
              <w:rPr>
                <w:sz w:val="14"/>
              </w:rPr>
            </w:pPr>
            <w:proofErr w:type="spellStart"/>
            <w:r w:rsidRPr="00EB75F0">
              <w:rPr>
                <w:color w:val="000000"/>
                <w:sz w:val="14"/>
              </w:rPr>
              <w:lastRenderedPageBreak/>
              <w:t>Potkin</w:t>
            </w:r>
            <w:proofErr w:type="spellEnd"/>
            <w:r w:rsidRPr="00EB75F0">
              <w:rPr>
                <w:color w:val="000000"/>
                <w:sz w:val="14"/>
              </w:rPr>
              <w:t xml:space="preserve"> 2003</w:t>
            </w:r>
            <w:r w:rsidR="0031308D" w:rsidRPr="00EB75F0">
              <w:fldChar w:fldCharType="begin"/>
            </w:r>
            <w:r w:rsidR="00452EF4">
              <w:instrText xml:space="preserve"> ADDIN EN.CITE &lt;EndNote&gt;&lt;Cite&gt;&lt;Author&gt;Potkin SG&lt;/Author&gt;&lt;Year&gt;2003&lt;/Year&gt;&lt;RecNum&gt;33&lt;/RecNum&gt;&lt;DisplayText&gt;&lt;style face="superscript"&gt;36&lt;/style&gt;&lt;/DisplayText&gt;&lt;record&gt;&lt;rec-number&gt;33&lt;/rec-number&gt;&lt;foreign-keys&gt;&lt;key app="EN" db-id="9ttaxzax2p0tr7ewzt55atews50zvxaaa5rz" timestamp="1764068830"&gt;33&lt;/key&gt;&lt;/foreign-keys&gt;&lt;ref-type name="Journal Article"&gt;17&lt;/ref-type&gt;&lt;contributors&gt;&lt;authors&gt;&lt;author&gt;Potkin SG, Saha AR, Kujawa MJ, Carson WH, Ali M, Stock E, Stringfellow J, Ingenito G, Marder SR.&lt;/author&gt;&lt;/authors&gt;&lt;/contributors&gt;&lt;titles&gt;&lt;title&gt;Aripiprazole, an antipsychotic with a novel mechanism of action, and risperidone vs placebo in patients with schizophrenia and schizoaffective disorder.&lt;/title&gt;&lt;secondary-title&gt;AMA Arch. Gen. Psychiatry&lt;/secondary-title&gt;&lt;/titles&gt;&lt;periodical&gt;&lt;full-title&gt;AMA Arch. Gen. Psychiatry&lt;/full-title&gt;&lt;/periodical&gt;&lt;pages&gt;681-90&lt;/pages&gt;&lt;volume&gt;60&lt;/volume&gt;&lt;number&gt;7&lt;/number&gt;&lt;dates&gt;&lt;year&gt;2003&lt;/year&gt;&lt;/dates&gt;&lt;urls&gt;&lt;/urls&gt;&lt;/record&gt;&lt;/Cite&gt;&lt;/EndNote&gt;</w:instrText>
            </w:r>
            <w:r w:rsidR="0031308D" w:rsidRPr="00EB75F0">
              <w:fldChar w:fldCharType="separate"/>
            </w:r>
            <w:r w:rsidR="00452EF4" w:rsidRPr="00452EF4">
              <w:rPr>
                <w:noProof/>
                <w:vertAlign w:val="superscript"/>
              </w:rPr>
              <w:t>36</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2D554C2F" w14:textId="77777777" w:rsidR="009446D0" w:rsidRPr="00EB75F0" w:rsidRDefault="0084596B">
            <w:pPr>
              <w:spacing w:before="60" w:after="60" w:line="240" w:lineRule="auto"/>
              <w:rPr>
                <w:sz w:val="14"/>
              </w:rPr>
            </w:pPr>
            <w:r w:rsidRPr="00EB75F0">
              <w:rPr>
                <w:color w:val="000000"/>
                <w:sz w:val="14"/>
              </w:rPr>
              <w:t>2003</w:t>
            </w:r>
          </w:p>
        </w:tc>
        <w:tc>
          <w:tcPr>
            <w:tcW w:w="0" w:type="auto"/>
            <w:tcBorders>
              <w:top w:val="single" w:sz="4" w:space="0" w:color="000000"/>
              <w:left w:val="single" w:sz="4" w:space="0" w:color="000000"/>
              <w:bottom w:val="single" w:sz="4" w:space="0" w:color="000000"/>
              <w:right w:val="single" w:sz="4" w:space="0" w:color="000000"/>
            </w:tcBorders>
          </w:tcPr>
          <w:p w14:paraId="3C588436"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2AD4DCFE"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432EB9CA"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29A5917"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2658B7F9"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3496A599"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125BA5C4"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60F3191B" w14:textId="77777777" w:rsidR="009446D0" w:rsidRPr="00EB75F0" w:rsidRDefault="0084596B">
            <w:pPr>
              <w:spacing w:before="60" w:after="60" w:line="240" w:lineRule="auto"/>
              <w:rPr>
                <w:sz w:val="14"/>
              </w:rPr>
            </w:pPr>
            <w:r w:rsidRPr="00EB75F0">
              <w:rPr>
                <w:color w:val="000000"/>
                <w:sz w:val="14"/>
              </w:rPr>
              <w:t>Dose-ranging and active-controlled</w:t>
            </w:r>
          </w:p>
        </w:tc>
        <w:tc>
          <w:tcPr>
            <w:tcW w:w="0" w:type="auto"/>
            <w:tcBorders>
              <w:top w:val="single" w:sz="4" w:space="0" w:color="000000"/>
              <w:left w:val="single" w:sz="4" w:space="0" w:color="000000"/>
              <w:bottom w:val="single" w:sz="4" w:space="0" w:color="000000"/>
              <w:right w:val="single" w:sz="4" w:space="0" w:color="000000"/>
            </w:tcBorders>
          </w:tcPr>
          <w:p w14:paraId="691716E5" w14:textId="77777777" w:rsidR="009446D0" w:rsidRPr="00EB75F0" w:rsidRDefault="0084596B">
            <w:pPr>
              <w:spacing w:before="60" w:after="60" w:line="240" w:lineRule="auto"/>
              <w:rPr>
                <w:sz w:val="14"/>
              </w:rPr>
            </w:pPr>
            <w:r w:rsidRPr="00EB75F0">
              <w:rPr>
                <w:color w:val="000000"/>
                <w:sz w:val="14"/>
              </w:rPr>
              <w:t>487</w:t>
            </w:r>
          </w:p>
        </w:tc>
        <w:tc>
          <w:tcPr>
            <w:tcW w:w="0" w:type="auto"/>
            <w:tcBorders>
              <w:top w:val="single" w:sz="4" w:space="0" w:color="000000"/>
              <w:left w:val="single" w:sz="4" w:space="0" w:color="000000"/>
              <w:bottom w:val="single" w:sz="4" w:space="0" w:color="000000"/>
              <w:right w:val="single" w:sz="4" w:space="0" w:color="000000"/>
            </w:tcBorders>
          </w:tcPr>
          <w:p w14:paraId="35D63339" w14:textId="77777777" w:rsidR="009446D0" w:rsidRPr="00EB75F0" w:rsidRDefault="0084596B">
            <w:pPr>
              <w:spacing w:before="60" w:after="60" w:line="240" w:lineRule="auto"/>
              <w:rPr>
                <w:sz w:val="14"/>
              </w:rPr>
            </w:pPr>
            <w:r w:rsidRPr="00EB75F0">
              <w:rPr>
                <w:color w:val="000000"/>
                <w:sz w:val="14"/>
              </w:rPr>
              <w:t>404</w:t>
            </w:r>
          </w:p>
        </w:tc>
        <w:tc>
          <w:tcPr>
            <w:tcW w:w="0" w:type="auto"/>
            <w:tcBorders>
              <w:top w:val="single" w:sz="4" w:space="0" w:color="000000"/>
              <w:left w:val="single" w:sz="4" w:space="0" w:color="000000"/>
              <w:bottom w:val="single" w:sz="4" w:space="0" w:color="000000"/>
              <w:right w:val="single" w:sz="4" w:space="0" w:color="000000"/>
            </w:tcBorders>
          </w:tcPr>
          <w:p w14:paraId="7577D7FD"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11A5ED4A"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258CE469"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7F996A0B"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4ACBC694" w14:textId="051F226C" w:rsidR="009446D0" w:rsidRPr="00EB75F0" w:rsidRDefault="0084596B">
            <w:pPr>
              <w:spacing w:before="60" w:after="60" w:line="240" w:lineRule="auto"/>
              <w:rPr>
                <w:sz w:val="14"/>
              </w:rPr>
            </w:pPr>
            <w:r w:rsidRPr="00EB75F0">
              <w:rPr>
                <w:color w:val="000000"/>
                <w:sz w:val="14"/>
              </w:rPr>
              <w:t>Robinson 2015</w:t>
            </w:r>
            <w:r w:rsidR="0031308D" w:rsidRPr="00EB75F0">
              <w:fldChar w:fldCharType="begin"/>
            </w:r>
            <w:r w:rsidR="00073331">
              <w:instrText xml:space="preserve"> ADDIN EN.CITE &lt;EndNote&gt;&lt;Cite&gt;&lt;Author&gt;Robinson DG&lt;/Author&gt;&lt;Year&gt;2015&lt;/Year&gt;&lt;RecNum&gt;1&lt;/RecNum&gt;&lt;DisplayText&gt;&lt;style face="superscript"&gt;1&lt;/style&gt;&lt;/DisplayText&gt;&lt;record&gt;&lt;rec-number&gt;1&lt;/rec-number&gt;&lt;foreign-keys&gt;&lt;key app="EN" db-id="9ttaxzax2p0tr7ewzt55atews50zvxaaa5rz" timestamp="1764068823"&gt;1&lt;/key&gt;&lt;/foreign-keys&gt;&lt;ref-type name="Journal Article"&gt;17&lt;/ref-type&gt;&lt;contributors&gt;&lt;authors&gt;&lt;author&gt;Robinson DG, Gallego JA, John M, Petrides G, Hassoun Y, Zhang JP, Lopez L, Braga RJ, Sevy SM, Addington J, Kellner CH&lt;/author&gt;&lt;/authors&gt;&lt;/contributors&gt;&lt;titles&gt;&lt;title&gt;A randomized comparison of aripiprazole and risperidone for the acute treatment of first-episode schizophrenia and related disorders: 3-month outcomes.&lt;/title&gt;&lt;secondary-title&gt;Schizophr. Bull.&lt;/secondary-title&gt;&lt;/titles&gt;&lt;periodical&gt;&lt;full-title&gt;Schizophr. Bull.&lt;/full-title&gt;&lt;/periodical&gt;&lt;pages&gt;1227-36&lt;/pages&gt;&lt;volume&gt;41&lt;/volume&gt;&lt;number&gt;6&lt;/number&gt;&lt;dates&gt;&lt;year&gt;2015&lt;/year&gt;&lt;/dates&gt;&lt;urls&gt;&lt;/urls&gt;&lt;/record&gt;&lt;/Cite&gt;&lt;/EndNote&gt;</w:instrText>
            </w:r>
            <w:r w:rsidR="0031308D" w:rsidRPr="00EB75F0">
              <w:fldChar w:fldCharType="separate"/>
            </w:r>
            <w:r w:rsidR="008D3092" w:rsidRPr="008D3092">
              <w:rPr>
                <w:noProof/>
                <w:vertAlign w:val="superscript"/>
              </w:rPr>
              <w:t>1</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068DEF3D" w14:textId="77777777" w:rsidR="009446D0" w:rsidRPr="00EB75F0" w:rsidRDefault="0084596B">
            <w:pPr>
              <w:spacing w:before="60" w:after="60" w:line="240" w:lineRule="auto"/>
              <w:rPr>
                <w:sz w:val="14"/>
              </w:rPr>
            </w:pPr>
            <w:r w:rsidRPr="00EB75F0">
              <w:rPr>
                <w:color w:val="000000"/>
                <w:sz w:val="14"/>
              </w:rPr>
              <w:t>2015</w:t>
            </w:r>
          </w:p>
        </w:tc>
        <w:tc>
          <w:tcPr>
            <w:tcW w:w="0" w:type="auto"/>
            <w:tcBorders>
              <w:top w:val="single" w:sz="4" w:space="0" w:color="000000"/>
              <w:left w:val="single" w:sz="4" w:space="0" w:color="000000"/>
              <w:bottom w:val="single" w:sz="4" w:space="0" w:color="000000"/>
              <w:right w:val="single" w:sz="4" w:space="0" w:color="000000"/>
            </w:tcBorders>
          </w:tcPr>
          <w:p w14:paraId="0E1FB7FA"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1E1A9DD"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93E7E64"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6D83ACF3"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6F8ED265" w14:textId="77777777" w:rsidR="009446D0" w:rsidRPr="00EB75F0" w:rsidRDefault="0084596B">
            <w:pPr>
              <w:spacing w:before="60" w:after="60" w:line="240" w:lineRule="auto"/>
              <w:rPr>
                <w:sz w:val="14"/>
              </w:rPr>
            </w:pPr>
            <w:r w:rsidRPr="00EB75F0">
              <w:rPr>
                <w:color w:val="000000"/>
                <w:sz w:val="14"/>
              </w:rPr>
              <w:t>North America</w:t>
            </w:r>
          </w:p>
        </w:tc>
        <w:tc>
          <w:tcPr>
            <w:tcW w:w="0" w:type="auto"/>
            <w:tcBorders>
              <w:top w:val="single" w:sz="4" w:space="0" w:color="000000"/>
              <w:left w:val="single" w:sz="4" w:space="0" w:color="000000"/>
              <w:bottom w:val="single" w:sz="4" w:space="0" w:color="000000"/>
              <w:right w:val="single" w:sz="4" w:space="0" w:color="000000"/>
            </w:tcBorders>
          </w:tcPr>
          <w:p w14:paraId="552A7117"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584157B2" w14:textId="77777777" w:rsidR="009446D0" w:rsidRPr="00EB75F0" w:rsidRDefault="0084596B">
            <w:pPr>
              <w:spacing w:before="60" w:after="60" w:line="240" w:lineRule="auto"/>
              <w:rPr>
                <w:sz w:val="14"/>
              </w:rPr>
            </w:pPr>
            <w:r w:rsidRPr="00EB75F0">
              <w:rPr>
                <w:color w:val="000000"/>
                <w:sz w:val="14"/>
              </w:rPr>
              <w:t>First episode</w:t>
            </w:r>
          </w:p>
        </w:tc>
        <w:tc>
          <w:tcPr>
            <w:tcW w:w="0" w:type="auto"/>
            <w:tcBorders>
              <w:top w:val="single" w:sz="4" w:space="0" w:color="000000"/>
              <w:left w:val="single" w:sz="4" w:space="0" w:color="000000"/>
              <w:bottom w:val="single" w:sz="4" w:space="0" w:color="000000"/>
              <w:right w:val="single" w:sz="4" w:space="0" w:color="000000"/>
            </w:tcBorders>
          </w:tcPr>
          <w:p w14:paraId="5DCE276C"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48CB3951" w14:textId="77777777" w:rsidR="009446D0" w:rsidRPr="00EB75F0" w:rsidRDefault="0084596B">
            <w:pPr>
              <w:spacing w:before="60" w:after="60" w:line="240" w:lineRule="auto"/>
              <w:rPr>
                <w:sz w:val="14"/>
              </w:rPr>
            </w:pPr>
            <w:r w:rsidRPr="00EB75F0">
              <w:rPr>
                <w:color w:val="000000"/>
                <w:sz w:val="14"/>
              </w:rPr>
              <w:t>1,408</w:t>
            </w:r>
          </w:p>
        </w:tc>
        <w:tc>
          <w:tcPr>
            <w:tcW w:w="0" w:type="auto"/>
            <w:tcBorders>
              <w:top w:val="single" w:sz="4" w:space="0" w:color="000000"/>
              <w:left w:val="single" w:sz="4" w:space="0" w:color="000000"/>
              <w:bottom w:val="single" w:sz="4" w:space="0" w:color="000000"/>
              <w:right w:val="single" w:sz="4" w:space="0" w:color="000000"/>
            </w:tcBorders>
          </w:tcPr>
          <w:p w14:paraId="3762C586" w14:textId="77777777" w:rsidR="009446D0" w:rsidRPr="00EB75F0" w:rsidRDefault="0084596B">
            <w:pPr>
              <w:spacing w:before="60" w:after="60" w:line="240" w:lineRule="auto"/>
              <w:rPr>
                <w:sz w:val="14"/>
              </w:rPr>
            </w:pPr>
            <w:r w:rsidRPr="00EB75F0">
              <w:rPr>
                <w:color w:val="000000"/>
                <w:sz w:val="14"/>
              </w:rPr>
              <w:t>209</w:t>
            </w:r>
          </w:p>
        </w:tc>
        <w:tc>
          <w:tcPr>
            <w:tcW w:w="0" w:type="auto"/>
            <w:tcBorders>
              <w:top w:val="single" w:sz="4" w:space="0" w:color="000000"/>
              <w:left w:val="single" w:sz="4" w:space="0" w:color="000000"/>
              <w:bottom w:val="single" w:sz="4" w:space="0" w:color="000000"/>
              <w:right w:val="single" w:sz="4" w:space="0" w:color="000000"/>
            </w:tcBorders>
          </w:tcPr>
          <w:p w14:paraId="63406B23" w14:textId="77777777" w:rsidR="009446D0" w:rsidRPr="00EB75F0" w:rsidRDefault="0084596B">
            <w:pPr>
              <w:spacing w:before="60" w:after="60" w:line="240" w:lineRule="auto"/>
              <w:rPr>
                <w:sz w:val="14"/>
              </w:rPr>
            </w:pPr>
            <w:r w:rsidRPr="00EB75F0">
              <w:rPr>
                <w:color w:val="000000"/>
                <w:sz w:val="14"/>
              </w:rPr>
              <w:t>12</w:t>
            </w:r>
          </w:p>
        </w:tc>
        <w:tc>
          <w:tcPr>
            <w:tcW w:w="0" w:type="auto"/>
            <w:tcBorders>
              <w:top w:val="single" w:sz="4" w:space="0" w:color="000000"/>
              <w:left w:val="single" w:sz="4" w:space="0" w:color="000000"/>
              <w:bottom w:val="single" w:sz="4" w:space="0" w:color="000000"/>
              <w:right w:val="single" w:sz="4" w:space="0" w:color="000000"/>
            </w:tcBorders>
          </w:tcPr>
          <w:p w14:paraId="395B062A" w14:textId="77777777" w:rsidR="009446D0" w:rsidRPr="00EB75F0" w:rsidRDefault="0084596B">
            <w:pPr>
              <w:spacing w:before="60" w:after="60" w:line="240" w:lineRule="auto"/>
              <w:rPr>
                <w:sz w:val="14"/>
              </w:rPr>
            </w:pPr>
            <w:r w:rsidRPr="00EB75F0">
              <w:rPr>
                <w:color w:val="000000"/>
                <w:sz w:val="14"/>
              </w:rPr>
              <w:t>15-40</w:t>
            </w:r>
          </w:p>
        </w:tc>
        <w:tc>
          <w:tcPr>
            <w:tcW w:w="0" w:type="auto"/>
            <w:tcBorders>
              <w:top w:val="single" w:sz="4" w:space="0" w:color="000000"/>
              <w:left w:val="single" w:sz="4" w:space="0" w:color="000000"/>
              <w:bottom w:val="single" w:sz="4" w:space="0" w:color="000000"/>
              <w:right w:val="single" w:sz="4" w:space="0" w:color="000000"/>
            </w:tcBorders>
          </w:tcPr>
          <w:p w14:paraId="74085B09"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152DD613"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3B8618EA" w14:textId="1EE16319" w:rsidR="009446D0" w:rsidRPr="00EB75F0" w:rsidRDefault="0084596B">
            <w:pPr>
              <w:spacing w:before="60" w:after="60" w:line="240" w:lineRule="auto"/>
              <w:rPr>
                <w:sz w:val="14"/>
              </w:rPr>
            </w:pPr>
            <w:r w:rsidRPr="00EB75F0">
              <w:rPr>
                <w:color w:val="000000"/>
                <w:sz w:val="14"/>
              </w:rPr>
              <w:t>Correll 2016 (NCT00905307)</w:t>
            </w:r>
            <w:r w:rsidR="0031308D" w:rsidRPr="00EB75F0">
              <w:fldChar w:fldCharType="begin"/>
            </w:r>
            <w:r w:rsidR="00452EF4">
              <w:instrText xml:space="preserve"> ADDIN EN.CITE &lt;EndNote&gt;&lt;Cite&gt;&lt;Author&gt;Correll CU&lt;/Author&gt;&lt;Year&gt;2016&lt;/Year&gt;&lt;RecNum&gt;34&lt;/RecNum&gt;&lt;DisplayText&gt;&lt;style face="superscript"&gt;37&lt;/style&gt;&lt;/DisplayText&gt;&lt;record&gt;&lt;rec-number&gt;34&lt;/rec-number&gt;&lt;foreign-keys&gt;&lt;key app="EN" db-id="9ttaxzax2p0tr7ewzt55atews50zvxaaa5rz" timestamp="1764068830"&gt;34&lt;/key&gt;&lt;/foreign-keys&gt;&lt;ref-type name="Journal Article"&gt;17&lt;/ref-type&gt;&lt;contributors&gt;&lt;authors&gt;&lt;author&gt;Correll CU, Skuban A, Hobart M, Ouyang J, Weiller E, Weiss C, Kane JM.&lt;/author&gt;&lt;/authors&gt;&lt;/contributors&gt;&lt;titles&gt;&lt;title&gt;Efficacy of brexpiprazole in patients with acute schizophrenia: review of three randomized, double-blind, placebo-controlled studies.&lt;/title&gt;&lt;secondary-title&gt;Schizophr. Res.&lt;/secondary-title&gt;&lt;/titles&gt;&lt;periodical&gt;&lt;full-title&gt;Schizophr. Res.&lt;/full-title&gt;&lt;/periodical&gt;&lt;pages&gt;82-92&lt;/pages&gt;&lt;volume&gt;174&lt;/volume&gt;&lt;number&gt;1-3&lt;/number&gt;&lt;dates&gt;&lt;year&gt;2016&lt;/year&gt;&lt;/dates&gt;&lt;urls&gt;&lt;/urls&gt;&lt;/record&gt;&lt;/Cite&gt;&lt;/EndNote&gt;</w:instrText>
            </w:r>
            <w:r w:rsidR="0031308D" w:rsidRPr="00EB75F0">
              <w:fldChar w:fldCharType="separate"/>
            </w:r>
            <w:r w:rsidR="00452EF4" w:rsidRPr="00452EF4">
              <w:rPr>
                <w:noProof/>
                <w:vertAlign w:val="superscript"/>
              </w:rPr>
              <w:t>37</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227698A9" w14:textId="77777777" w:rsidR="009446D0" w:rsidRPr="00EB75F0" w:rsidRDefault="0084596B">
            <w:pPr>
              <w:spacing w:before="60" w:after="60" w:line="240" w:lineRule="auto"/>
              <w:rPr>
                <w:sz w:val="14"/>
              </w:rPr>
            </w:pPr>
            <w:r w:rsidRPr="00EB75F0">
              <w:rPr>
                <w:color w:val="000000"/>
                <w:sz w:val="14"/>
              </w:rPr>
              <w:t>2016</w:t>
            </w:r>
          </w:p>
        </w:tc>
        <w:tc>
          <w:tcPr>
            <w:tcW w:w="0" w:type="auto"/>
            <w:tcBorders>
              <w:top w:val="single" w:sz="4" w:space="0" w:color="000000"/>
              <w:left w:val="single" w:sz="4" w:space="0" w:color="000000"/>
              <w:bottom w:val="single" w:sz="4" w:space="0" w:color="000000"/>
              <w:right w:val="single" w:sz="4" w:space="0" w:color="000000"/>
            </w:tcBorders>
          </w:tcPr>
          <w:p w14:paraId="3ACB4218"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22B35D20"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56085643"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18E226AD"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36F288A0"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11702A6F"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1718A2AB"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7253265"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590B0FFA" w14:textId="77777777" w:rsidR="009446D0" w:rsidRPr="00EB75F0" w:rsidRDefault="0084596B">
            <w:pPr>
              <w:spacing w:before="60" w:after="60" w:line="240" w:lineRule="auto"/>
              <w:rPr>
                <w:sz w:val="14"/>
              </w:rPr>
            </w:pPr>
            <w:r w:rsidRPr="00EB75F0">
              <w:rPr>
                <w:color w:val="000000"/>
                <w:sz w:val="14"/>
              </w:rPr>
              <w:t>459</w:t>
            </w:r>
          </w:p>
        </w:tc>
        <w:tc>
          <w:tcPr>
            <w:tcW w:w="0" w:type="auto"/>
            <w:tcBorders>
              <w:top w:val="single" w:sz="4" w:space="0" w:color="000000"/>
              <w:left w:val="single" w:sz="4" w:space="0" w:color="000000"/>
              <w:bottom w:val="single" w:sz="4" w:space="0" w:color="000000"/>
              <w:right w:val="single" w:sz="4" w:space="0" w:color="000000"/>
            </w:tcBorders>
          </w:tcPr>
          <w:p w14:paraId="1870C802" w14:textId="77777777" w:rsidR="009446D0" w:rsidRPr="00EB75F0" w:rsidRDefault="0084596B">
            <w:pPr>
              <w:spacing w:before="60" w:after="60" w:line="240" w:lineRule="auto"/>
              <w:rPr>
                <w:sz w:val="14"/>
              </w:rPr>
            </w:pPr>
            <w:r w:rsidRPr="00EB75F0">
              <w:rPr>
                <w:color w:val="000000"/>
                <w:sz w:val="14"/>
              </w:rPr>
              <w:t>459</w:t>
            </w:r>
          </w:p>
        </w:tc>
        <w:tc>
          <w:tcPr>
            <w:tcW w:w="0" w:type="auto"/>
            <w:tcBorders>
              <w:top w:val="single" w:sz="4" w:space="0" w:color="000000"/>
              <w:left w:val="single" w:sz="4" w:space="0" w:color="000000"/>
              <w:bottom w:val="single" w:sz="4" w:space="0" w:color="000000"/>
              <w:right w:val="single" w:sz="4" w:space="0" w:color="000000"/>
            </w:tcBorders>
          </w:tcPr>
          <w:p w14:paraId="39B5B491"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0ADCEF3A"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58D241A9" w14:textId="77777777" w:rsidR="009446D0" w:rsidRPr="00EB75F0" w:rsidRDefault="0084596B">
            <w:pPr>
              <w:spacing w:before="60" w:after="60" w:line="240" w:lineRule="auto"/>
              <w:rPr>
                <w:sz w:val="14"/>
              </w:rPr>
            </w:pPr>
            <w:r w:rsidRPr="00EB75F0">
              <w:rPr>
                <w:color w:val="000000"/>
                <w:sz w:val="14"/>
              </w:rPr>
              <w:t>II</w:t>
            </w:r>
          </w:p>
        </w:tc>
      </w:tr>
      <w:tr w:rsidR="009446D0" w:rsidRPr="00EB75F0" w14:paraId="69D8ACB5"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A7A5D0A" w14:textId="2DF1E7CD" w:rsidR="009446D0" w:rsidRPr="00EB75F0" w:rsidRDefault="0084596B">
            <w:pPr>
              <w:spacing w:before="60" w:after="60" w:line="240" w:lineRule="auto"/>
              <w:rPr>
                <w:sz w:val="14"/>
              </w:rPr>
            </w:pPr>
            <w:proofErr w:type="spellStart"/>
            <w:r w:rsidRPr="00EB75F0">
              <w:rPr>
                <w:color w:val="000000"/>
                <w:sz w:val="14"/>
              </w:rPr>
              <w:t>Zimbroff</w:t>
            </w:r>
            <w:proofErr w:type="spellEnd"/>
            <w:r w:rsidRPr="00EB75F0">
              <w:rPr>
                <w:color w:val="000000"/>
                <w:sz w:val="14"/>
              </w:rPr>
              <w:t xml:space="preserve"> 2007</w:t>
            </w:r>
            <w:r w:rsidR="0031308D" w:rsidRPr="00EB75F0">
              <w:fldChar w:fldCharType="begin"/>
            </w:r>
            <w:r w:rsidR="00452EF4">
              <w:instrText xml:space="preserve"> ADDIN EN.CITE &lt;EndNote&gt;&lt;Cite&gt;&lt;Author&gt;Zimbroff D&lt;/Author&gt;&lt;Year&gt;2007&lt;/Year&gt;&lt;RecNum&gt;35&lt;/RecNum&gt;&lt;DisplayText&gt;&lt;style face="superscript"&gt;38&lt;/style&gt;&lt;/DisplayText&gt;&lt;record&gt;&lt;rec-number&gt;35&lt;/rec-number&gt;&lt;foreign-keys&gt;&lt;key app="EN" db-id="9ttaxzax2p0tr7ewzt55atews50zvxaaa5rz" timestamp="1764068831"&gt;35&lt;/key&gt;&lt;/foreign-keys&gt;&lt;ref-type name="Journal Article"&gt;17&lt;/ref-type&gt;&lt;contributors&gt;&lt;authors&gt;&lt;author&gt;Zimbroff D, Warrington L, Loebel A, Yang R, Siu C.&lt;/author&gt;&lt;/authors&gt;&lt;/contributors&gt;&lt;titles&gt;&lt;title&gt;Comparison of ziprasidone and aripiprazole in acutely ill patients with schizophrenia or schizoaffective disorder: a randomized, double-blind, 4-week study.&lt;/title&gt;&lt;secondary-title&gt;Int. Clin. Psychopharmacol.&lt;/secondary-title&gt;&lt;/titles&gt;&lt;periodical&gt;&lt;full-title&gt;Int. Clin. Psychopharmacol.&lt;/full-title&gt;&lt;/periodical&gt;&lt;pages&gt;363-70&lt;/pages&gt;&lt;volume&gt;22&lt;/volume&gt;&lt;number&gt;6&lt;/number&gt;&lt;dates&gt;&lt;year&gt;2007&lt;/year&gt;&lt;/dates&gt;&lt;urls&gt;&lt;/urls&gt;&lt;/record&gt;&lt;/Cite&gt;&lt;/EndNote&gt;</w:instrText>
            </w:r>
            <w:r w:rsidR="0031308D" w:rsidRPr="00EB75F0">
              <w:fldChar w:fldCharType="separate"/>
            </w:r>
            <w:r w:rsidR="00452EF4" w:rsidRPr="00452EF4">
              <w:rPr>
                <w:noProof/>
                <w:vertAlign w:val="superscript"/>
              </w:rPr>
              <w:t>38</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634FFCB5" w14:textId="77777777" w:rsidR="009446D0" w:rsidRPr="00EB75F0" w:rsidRDefault="0084596B">
            <w:pPr>
              <w:spacing w:before="60" w:after="60" w:line="240" w:lineRule="auto"/>
              <w:rPr>
                <w:sz w:val="14"/>
              </w:rPr>
            </w:pPr>
            <w:r w:rsidRPr="00EB75F0">
              <w:rPr>
                <w:color w:val="000000"/>
                <w:sz w:val="14"/>
              </w:rPr>
              <w:t>2007</w:t>
            </w:r>
          </w:p>
        </w:tc>
        <w:tc>
          <w:tcPr>
            <w:tcW w:w="0" w:type="auto"/>
            <w:tcBorders>
              <w:top w:val="single" w:sz="4" w:space="0" w:color="000000"/>
              <w:left w:val="single" w:sz="4" w:space="0" w:color="000000"/>
              <w:bottom w:val="single" w:sz="4" w:space="0" w:color="000000"/>
              <w:right w:val="single" w:sz="4" w:space="0" w:color="000000"/>
            </w:tcBorders>
          </w:tcPr>
          <w:p w14:paraId="0E9E8ED0"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3D979FB"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92989C4"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49972082"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45C70241"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7EAE4815"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7F1050FA"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FFF70B2"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75932976" w14:textId="77777777" w:rsidR="009446D0" w:rsidRPr="00EB75F0" w:rsidRDefault="0084596B">
            <w:pPr>
              <w:spacing w:before="60" w:after="60" w:line="240" w:lineRule="auto"/>
              <w:rPr>
                <w:sz w:val="14"/>
              </w:rPr>
            </w:pPr>
            <w:r w:rsidRPr="00EB75F0">
              <w:rPr>
                <w:color w:val="000000"/>
                <w:sz w:val="14"/>
              </w:rPr>
              <w:t>371</w:t>
            </w:r>
          </w:p>
        </w:tc>
        <w:tc>
          <w:tcPr>
            <w:tcW w:w="0" w:type="auto"/>
            <w:tcBorders>
              <w:top w:val="single" w:sz="4" w:space="0" w:color="000000"/>
              <w:left w:val="single" w:sz="4" w:space="0" w:color="000000"/>
              <w:bottom w:val="single" w:sz="4" w:space="0" w:color="000000"/>
              <w:right w:val="single" w:sz="4" w:space="0" w:color="000000"/>
            </w:tcBorders>
          </w:tcPr>
          <w:p w14:paraId="29AA9B0A" w14:textId="77777777" w:rsidR="009446D0" w:rsidRPr="00EB75F0" w:rsidRDefault="0084596B">
            <w:pPr>
              <w:spacing w:before="60" w:after="60" w:line="240" w:lineRule="auto"/>
              <w:rPr>
                <w:sz w:val="14"/>
              </w:rPr>
            </w:pPr>
            <w:r w:rsidRPr="00EB75F0">
              <w:rPr>
                <w:color w:val="000000"/>
                <w:sz w:val="14"/>
              </w:rPr>
              <w:t>256</w:t>
            </w:r>
          </w:p>
        </w:tc>
        <w:tc>
          <w:tcPr>
            <w:tcW w:w="0" w:type="auto"/>
            <w:tcBorders>
              <w:top w:val="single" w:sz="4" w:space="0" w:color="000000"/>
              <w:left w:val="single" w:sz="4" w:space="0" w:color="000000"/>
              <w:bottom w:val="single" w:sz="4" w:space="0" w:color="000000"/>
              <w:right w:val="single" w:sz="4" w:space="0" w:color="000000"/>
            </w:tcBorders>
          </w:tcPr>
          <w:p w14:paraId="110A9C30"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5F1690D6" w14:textId="77777777" w:rsidR="009446D0" w:rsidRPr="00EB75F0" w:rsidRDefault="0084596B">
            <w:pPr>
              <w:spacing w:before="60" w:after="60" w:line="240" w:lineRule="auto"/>
              <w:rPr>
                <w:sz w:val="14"/>
              </w:rPr>
            </w:pPr>
            <w:r w:rsidRPr="00EB75F0">
              <w:rPr>
                <w:color w:val="000000"/>
                <w:sz w:val="14"/>
              </w:rPr>
              <w:t>18-70</w:t>
            </w:r>
          </w:p>
        </w:tc>
        <w:tc>
          <w:tcPr>
            <w:tcW w:w="0" w:type="auto"/>
            <w:tcBorders>
              <w:top w:val="single" w:sz="4" w:space="0" w:color="000000"/>
              <w:left w:val="single" w:sz="4" w:space="0" w:color="000000"/>
              <w:bottom w:val="single" w:sz="4" w:space="0" w:color="000000"/>
              <w:right w:val="single" w:sz="4" w:space="0" w:color="000000"/>
            </w:tcBorders>
          </w:tcPr>
          <w:p w14:paraId="7FBF52CE"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7A80F5BA"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38668FF8" w14:textId="2CD263BA" w:rsidR="009446D0" w:rsidRPr="00EB75F0" w:rsidRDefault="0084596B">
            <w:pPr>
              <w:spacing w:before="60" w:after="60" w:line="240" w:lineRule="auto"/>
              <w:rPr>
                <w:sz w:val="14"/>
              </w:rPr>
            </w:pPr>
            <w:r w:rsidRPr="00EB75F0">
              <w:rPr>
                <w:color w:val="000000"/>
                <w:sz w:val="14"/>
              </w:rPr>
              <w:t>Xiao 2022</w:t>
            </w:r>
            <w:r w:rsidR="0031308D" w:rsidRPr="00EB75F0">
              <w:fldChar w:fldCharType="begin"/>
            </w:r>
            <w:r w:rsidR="00452EF4">
              <w:instrText xml:space="preserve"> ADDIN EN.CITE &lt;EndNote&gt;&lt;Cite&gt;&lt;Author&gt;Xiao&lt;/Author&gt;&lt;Year&gt;2022&lt;/Year&gt;&lt;RecNum&gt;36&lt;/RecNum&gt;&lt;DisplayText&gt;&lt;style face="superscript"&gt;39&lt;/style&gt;&lt;/DisplayText&gt;&lt;record&gt;&lt;rec-number&gt;36&lt;/rec-number&gt;&lt;foreign-keys&gt;&lt;key app="EN" db-id="9ttaxzax2p0tr7ewzt55atews50zvxaaa5rz" timestamp="1764068831"&gt;36&lt;/key&gt;&lt;/foreign-keys&gt;&lt;ref-type name="Journal Article"&gt;17&lt;/ref-type&gt;&lt;contributors&gt;&lt;authors&gt;&lt;author&gt;Xiao, Le&lt;/author&gt;&lt;author&gt;Zhao, Qian&lt;/author&gt;&lt;author&gt;Li, An-ning&lt;/author&gt;&lt;author&gt;Sun, Jushui&lt;/author&gt;&lt;author&gt;Wu, Bin&lt;/author&gt;&lt;author&gt;Wang, Lina&lt;/author&gt;&lt;author&gt;Zhang, Honggeng&lt;/author&gt;&lt;author&gt;Zhang, Ruiling&lt;/author&gt;&lt;author&gt;Li, Keqing&lt;/author&gt;&lt;author&gt;Xu, Xiaojin&lt;/author&gt;&lt;/authors&gt;&lt;/contributors&gt;&lt;titles&gt;&lt;title&gt;Efficacy and safety of aripiprazole once-monthly versus oral aripiprazole in Chinese patients with acute schizophrenia: a multicenter, randomized, double-blind, non-inferiority study&lt;/title&gt;&lt;secondary-title&gt;Psychopharmacology&lt;/secondary-title&gt;&lt;/titles&gt;&lt;periodical&gt;&lt;full-title&gt;Psychopharmacology&lt;/full-title&gt;&lt;/periodical&gt;&lt;pages&gt;243-251&lt;/pages&gt;&lt;volume&gt;239&lt;/volume&gt;&lt;number&gt;1&lt;/number&gt;&lt;dates&gt;&lt;year&gt;2022&lt;/year&gt;&lt;/dates&gt;&lt;isbn&gt;0033-3158&lt;/isbn&gt;&lt;urls&gt;&lt;/urls&gt;&lt;/record&gt;&lt;/Cite&gt;&lt;/EndNote&gt;</w:instrText>
            </w:r>
            <w:r w:rsidR="0031308D" w:rsidRPr="00EB75F0">
              <w:fldChar w:fldCharType="separate"/>
            </w:r>
            <w:r w:rsidR="00452EF4" w:rsidRPr="00452EF4">
              <w:rPr>
                <w:noProof/>
                <w:vertAlign w:val="superscript"/>
              </w:rPr>
              <w:t>39</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1ADEC5E" w14:textId="77777777" w:rsidR="009446D0" w:rsidRPr="00EB75F0" w:rsidRDefault="0084596B">
            <w:pPr>
              <w:spacing w:before="60" w:after="60" w:line="240" w:lineRule="auto"/>
              <w:rPr>
                <w:sz w:val="14"/>
              </w:rPr>
            </w:pPr>
            <w:r w:rsidRPr="00EB75F0">
              <w:rPr>
                <w:color w:val="000000"/>
                <w:sz w:val="14"/>
              </w:rPr>
              <w:t>2022</w:t>
            </w:r>
          </w:p>
        </w:tc>
        <w:tc>
          <w:tcPr>
            <w:tcW w:w="0" w:type="auto"/>
            <w:tcBorders>
              <w:top w:val="single" w:sz="4" w:space="0" w:color="000000"/>
              <w:left w:val="single" w:sz="4" w:space="0" w:color="000000"/>
              <w:bottom w:val="single" w:sz="4" w:space="0" w:color="000000"/>
              <w:right w:val="single" w:sz="4" w:space="0" w:color="000000"/>
            </w:tcBorders>
          </w:tcPr>
          <w:p w14:paraId="1851B2BC"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1428EF2"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417299AE"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647E71CA"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61E03A75"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722F7FCE"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2346F1DB"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3B92750" w14:textId="77777777" w:rsidR="009446D0" w:rsidRPr="00EB75F0" w:rsidRDefault="0084596B">
            <w:pPr>
              <w:spacing w:before="60" w:after="60" w:line="240" w:lineRule="auto"/>
              <w:rPr>
                <w:sz w:val="14"/>
              </w:rPr>
            </w:pPr>
            <w:r w:rsidRPr="00EB75F0">
              <w:rPr>
                <w:color w:val="000000"/>
                <w:sz w:val="14"/>
              </w:rPr>
              <w:t>Dose-ranging only</w:t>
            </w:r>
          </w:p>
        </w:tc>
        <w:tc>
          <w:tcPr>
            <w:tcW w:w="0" w:type="auto"/>
            <w:tcBorders>
              <w:top w:val="single" w:sz="4" w:space="0" w:color="000000"/>
              <w:left w:val="single" w:sz="4" w:space="0" w:color="000000"/>
              <w:bottom w:val="single" w:sz="4" w:space="0" w:color="000000"/>
              <w:right w:val="single" w:sz="4" w:space="0" w:color="000000"/>
            </w:tcBorders>
          </w:tcPr>
          <w:p w14:paraId="21261037" w14:textId="77777777" w:rsidR="009446D0" w:rsidRPr="00EB75F0" w:rsidRDefault="0084596B">
            <w:pPr>
              <w:spacing w:before="60" w:after="60" w:line="240" w:lineRule="auto"/>
              <w:rPr>
                <w:sz w:val="14"/>
              </w:rPr>
            </w:pPr>
            <w:r w:rsidRPr="00EB75F0">
              <w:rPr>
                <w:color w:val="000000"/>
                <w:sz w:val="14"/>
              </w:rPr>
              <w:t>510</w:t>
            </w:r>
          </w:p>
        </w:tc>
        <w:tc>
          <w:tcPr>
            <w:tcW w:w="0" w:type="auto"/>
            <w:tcBorders>
              <w:top w:val="single" w:sz="4" w:space="0" w:color="000000"/>
              <w:left w:val="single" w:sz="4" w:space="0" w:color="000000"/>
              <w:bottom w:val="single" w:sz="4" w:space="0" w:color="000000"/>
              <w:right w:val="single" w:sz="4" w:space="0" w:color="000000"/>
            </w:tcBorders>
          </w:tcPr>
          <w:p w14:paraId="4C48D40A" w14:textId="77777777" w:rsidR="009446D0" w:rsidRPr="00EB75F0" w:rsidRDefault="0084596B">
            <w:pPr>
              <w:spacing w:before="60" w:after="60" w:line="240" w:lineRule="auto"/>
              <w:rPr>
                <w:sz w:val="14"/>
              </w:rPr>
            </w:pPr>
            <w:r w:rsidRPr="00EB75F0">
              <w:rPr>
                <w:color w:val="000000"/>
                <w:sz w:val="14"/>
              </w:rPr>
              <w:t>436</w:t>
            </w:r>
          </w:p>
        </w:tc>
        <w:tc>
          <w:tcPr>
            <w:tcW w:w="0" w:type="auto"/>
            <w:tcBorders>
              <w:top w:val="single" w:sz="4" w:space="0" w:color="000000"/>
              <w:left w:val="single" w:sz="4" w:space="0" w:color="000000"/>
              <w:bottom w:val="single" w:sz="4" w:space="0" w:color="000000"/>
              <w:right w:val="single" w:sz="4" w:space="0" w:color="000000"/>
            </w:tcBorders>
          </w:tcPr>
          <w:p w14:paraId="20FB571B" w14:textId="77777777" w:rsidR="009446D0" w:rsidRPr="00EB75F0" w:rsidRDefault="0084596B">
            <w:pPr>
              <w:spacing w:before="60" w:after="60" w:line="240" w:lineRule="auto"/>
              <w:rPr>
                <w:sz w:val="14"/>
              </w:rPr>
            </w:pPr>
            <w:r w:rsidRPr="00EB75F0">
              <w:rPr>
                <w:color w:val="000000"/>
                <w:sz w:val="14"/>
              </w:rPr>
              <w:t>10</w:t>
            </w:r>
          </w:p>
        </w:tc>
        <w:tc>
          <w:tcPr>
            <w:tcW w:w="0" w:type="auto"/>
            <w:tcBorders>
              <w:top w:val="single" w:sz="4" w:space="0" w:color="000000"/>
              <w:left w:val="single" w:sz="4" w:space="0" w:color="000000"/>
              <w:bottom w:val="single" w:sz="4" w:space="0" w:color="000000"/>
              <w:right w:val="single" w:sz="4" w:space="0" w:color="000000"/>
            </w:tcBorders>
          </w:tcPr>
          <w:p w14:paraId="6549679F"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4C191D2C"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1D970C35"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405FCB1E" w14:textId="3CC2687D" w:rsidR="009446D0" w:rsidRPr="00EB75F0" w:rsidRDefault="0084596B">
            <w:pPr>
              <w:spacing w:before="60" w:after="60" w:line="240" w:lineRule="auto"/>
              <w:rPr>
                <w:sz w:val="14"/>
              </w:rPr>
            </w:pPr>
            <w:proofErr w:type="spellStart"/>
            <w:r w:rsidRPr="00EB75F0">
              <w:rPr>
                <w:color w:val="000000"/>
                <w:sz w:val="14"/>
              </w:rPr>
              <w:t>Ishigooka</w:t>
            </w:r>
            <w:proofErr w:type="spellEnd"/>
            <w:r w:rsidRPr="00EB75F0">
              <w:rPr>
                <w:color w:val="000000"/>
                <w:sz w:val="14"/>
              </w:rPr>
              <w:t xml:space="preserve"> 2018</w:t>
            </w:r>
            <w:r w:rsidR="0031308D" w:rsidRPr="00EB75F0">
              <w:fldChar w:fldCharType="begin"/>
            </w:r>
            <w:r w:rsidR="00452EF4">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rPr>
              <w:instrText>‐</w:instrText>
            </w:r>
            <w:r w:rsidR="00452EF4">
              <w:instrText>week, randomized, double</w:instrText>
            </w:r>
            <w:r w:rsidR="00452EF4">
              <w:rPr>
                <w:rFonts w:ascii="Cambria Math" w:hAnsi="Cambria Math" w:cs="Cambria Math"/>
              </w:rPr>
              <w:instrText>‐</w:instrText>
            </w:r>
            <w:r w:rsidR="00452EF4">
              <w:instrText>blind, placebo</w:instrText>
            </w:r>
            <w:r w:rsidR="00452EF4">
              <w:rPr>
                <w:rFonts w:ascii="Cambria Math" w:hAnsi="Cambria Math" w:cs="Cambria Math"/>
              </w:rPr>
              <w:instrText>‐</w:instrText>
            </w:r>
            <w:r w:rsidR="00452EF4">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fldChar w:fldCharType="separate"/>
            </w:r>
            <w:r w:rsidR="00452EF4" w:rsidRPr="00452EF4">
              <w:rPr>
                <w:noProof/>
                <w:vertAlign w:val="superscript"/>
              </w:rPr>
              <w:t>40</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36002321" w14:textId="77777777" w:rsidR="009446D0" w:rsidRPr="00EB75F0" w:rsidRDefault="0084596B">
            <w:pPr>
              <w:spacing w:before="60" w:after="60" w:line="240" w:lineRule="auto"/>
              <w:rPr>
                <w:sz w:val="14"/>
              </w:rPr>
            </w:pPr>
            <w:r w:rsidRPr="00EB75F0">
              <w:rPr>
                <w:color w:val="000000"/>
                <w:sz w:val="14"/>
              </w:rPr>
              <w:t>2018</w:t>
            </w:r>
          </w:p>
        </w:tc>
        <w:tc>
          <w:tcPr>
            <w:tcW w:w="0" w:type="auto"/>
            <w:tcBorders>
              <w:top w:val="single" w:sz="4" w:space="0" w:color="000000"/>
              <w:left w:val="single" w:sz="4" w:space="0" w:color="000000"/>
              <w:bottom w:val="single" w:sz="4" w:space="0" w:color="000000"/>
              <w:right w:val="single" w:sz="4" w:space="0" w:color="000000"/>
            </w:tcBorders>
          </w:tcPr>
          <w:p w14:paraId="3E506BAD"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2E3F98A7"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58CFF91C"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D949B16"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090E74C3"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0AA2012F"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04141F3A"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12FE9B90" w14:textId="77777777" w:rsidR="009446D0" w:rsidRPr="00EB75F0" w:rsidRDefault="0084596B">
            <w:pPr>
              <w:spacing w:before="60" w:after="60" w:line="240" w:lineRule="auto"/>
              <w:rPr>
                <w:sz w:val="14"/>
              </w:rPr>
            </w:pPr>
            <w:r w:rsidRPr="00EB75F0">
              <w:rPr>
                <w:color w:val="000000"/>
                <w:sz w:val="14"/>
              </w:rPr>
              <w:t>Dose-ranging and placebo-controlled</w:t>
            </w:r>
          </w:p>
        </w:tc>
        <w:tc>
          <w:tcPr>
            <w:tcW w:w="0" w:type="auto"/>
            <w:tcBorders>
              <w:top w:val="single" w:sz="4" w:space="0" w:color="000000"/>
              <w:left w:val="single" w:sz="4" w:space="0" w:color="000000"/>
              <w:bottom w:val="single" w:sz="4" w:space="0" w:color="000000"/>
              <w:right w:val="single" w:sz="4" w:space="0" w:color="000000"/>
            </w:tcBorders>
          </w:tcPr>
          <w:p w14:paraId="4CA28C39" w14:textId="77777777" w:rsidR="009446D0" w:rsidRPr="00EB75F0" w:rsidRDefault="0084596B">
            <w:pPr>
              <w:spacing w:before="60" w:after="60" w:line="240" w:lineRule="auto"/>
              <w:rPr>
                <w:sz w:val="14"/>
              </w:rPr>
            </w:pPr>
            <w:r w:rsidRPr="00EB75F0">
              <w:rPr>
                <w:color w:val="000000"/>
                <w:sz w:val="14"/>
              </w:rPr>
              <w:t>662</w:t>
            </w:r>
          </w:p>
        </w:tc>
        <w:tc>
          <w:tcPr>
            <w:tcW w:w="0" w:type="auto"/>
            <w:tcBorders>
              <w:top w:val="single" w:sz="4" w:space="0" w:color="000000"/>
              <w:left w:val="single" w:sz="4" w:space="0" w:color="000000"/>
              <w:bottom w:val="single" w:sz="4" w:space="0" w:color="000000"/>
              <w:right w:val="single" w:sz="4" w:space="0" w:color="000000"/>
            </w:tcBorders>
          </w:tcPr>
          <w:p w14:paraId="12EA474B" w14:textId="77777777" w:rsidR="009446D0" w:rsidRPr="00EB75F0" w:rsidRDefault="0084596B">
            <w:pPr>
              <w:spacing w:before="60" w:after="60" w:line="240" w:lineRule="auto"/>
              <w:rPr>
                <w:sz w:val="14"/>
              </w:rPr>
            </w:pPr>
            <w:r w:rsidRPr="00EB75F0">
              <w:rPr>
                <w:color w:val="000000"/>
                <w:sz w:val="14"/>
              </w:rPr>
              <w:t>459</w:t>
            </w:r>
          </w:p>
        </w:tc>
        <w:tc>
          <w:tcPr>
            <w:tcW w:w="0" w:type="auto"/>
            <w:tcBorders>
              <w:top w:val="single" w:sz="4" w:space="0" w:color="000000"/>
              <w:left w:val="single" w:sz="4" w:space="0" w:color="000000"/>
              <w:bottom w:val="single" w:sz="4" w:space="0" w:color="000000"/>
              <w:right w:val="single" w:sz="4" w:space="0" w:color="000000"/>
            </w:tcBorders>
          </w:tcPr>
          <w:p w14:paraId="40BDC0E4"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4A9DD0F4"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23661096" w14:textId="77777777" w:rsidR="009446D0" w:rsidRPr="00EB75F0" w:rsidRDefault="0084596B">
            <w:pPr>
              <w:spacing w:before="60" w:after="60" w:line="240" w:lineRule="auto"/>
              <w:rPr>
                <w:sz w:val="14"/>
              </w:rPr>
            </w:pPr>
            <w:r w:rsidRPr="00EB75F0">
              <w:rPr>
                <w:color w:val="000000"/>
                <w:sz w:val="14"/>
              </w:rPr>
              <w:t>II/III</w:t>
            </w:r>
          </w:p>
        </w:tc>
      </w:tr>
      <w:tr w:rsidR="009446D0" w:rsidRPr="00EB75F0" w14:paraId="01E8BD53"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46BC0C32" w14:textId="0097EC58" w:rsidR="009446D0" w:rsidRPr="00EB75F0" w:rsidRDefault="0084596B">
            <w:pPr>
              <w:spacing w:before="60" w:after="60" w:line="240" w:lineRule="auto"/>
              <w:rPr>
                <w:sz w:val="14"/>
              </w:rPr>
            </w:pPr>
            <w:r w:rsidRPr="00EB75F0">
              <w:rPr>
                <w:color w:val="000000"/>
                <w:sz w:val="14"/>
              </w:rPr>
              <w:t>Correll 2015</w:t>
            </w:r>
            <w:r w:rsidR="0031308D" w:rsidRPr="00EB75F0">
              <w:fldChar w:fldCharType="begin"/>
            </w:r>
            <w:r w:rsidR="00452EF4">
              <w:instrText xml:space="preserve"> ADDIN EN.CITE &lt;EndNote&gt;&lt;Cite&gt;&lt;Author&gt;Correll&lt;/Author&gt;&lt;Year&gt;2015&lt;/Year&gt;&lt;RecNum&gt;38&lt;/RecNum&gt;&lt;DisplayText&gt;&lt;style face="superscript"&gt;41&lt;/style&gt;&lt;/DisplayText&gt;&lt;record&gt;&lt;rec-number&gt;38&lt;/rec-number&gt;&lt;foreign-keys&gt;&lt;key app="EN" db-id="9ttaxzax2p0tr7ewzt55atews50zvxaaa5rz" timestamp="1764068831"&gt;38&lt;/key&gt;&lt;/foreign-keys&gt;&lt;ref-type name="Journal Article"&gt;17&lt;/ref-type&gt;&lt;contributors&gt;&lt;authors&gt;&lt;author&gt;Correll, Christoph U&lt;/author&gt;&lt;author&gt;Skuban, Aleksandar&lt;/author&gt;&lt;author&gt;Ouyang, John&lt;/author&gt;&lt;author&gt;Hobart, Mary&lt;/author&gt;&lt;author&gt;Pfister, Stephanie&lt;/author&gt;&lt;author&gt;McQuade, Robert D&lt;/author&gt;&lt;author&gt;Nyilas, Margaretta&lt;/author&gt;&lt;author&gt;Carson, William H&lt;/author&gt;&lt;author&gt;Sanchez, Raymond&lt;/author&gt;&lt;author&gt;Eriksson, Hans&lt;/author&gt;&lt;/authors&gt;&lt;/contributors&gt;&lt;titles&gt;&lt;title&gt;Efficacy and safety of brexpiprazole for the treatment of acute schizophrenia: a 6-week randomized, double-blind, placebo-controlled trial&lt;/title&gt;&lt;secondary-title&gt;American Journal of Psychiatry&lt;/secondary-title&gt;&lt;/titles&gt;&lt;periodical&gt;&lt;full-title&gt;American Journal of Psychiatry&lt;/full-title&gt;&lt;/periodical&gt;&lt;pages&gt;870-880&lt;/pages&gt;&lt;volume&gt;172&lt;/volume&gt;&lt;number&gt;9&lt;/number&gt;&lt;dates&gt;&lt;year&gt;2015&lt;/year&gt;&lt;/dates&gt;&lt;isbn&gt;0002-953X&lt;/isbn&gt;&lt;urls&gt;&lt;/urls&gt;&lt;/record&gt;&lt;/Cite&gt;&lt;/EndNote&gt;</w:instrText>
            </w:r>
            <w:r w:rsidR="0031308D" w:rsidRPr="00EB75F0">
              <w:fldChar w:fldCharType="separate"/>
            </w:r>
            <w:r w:rsidR="00452EF4" w:rsidRPr="00452EF4">
              <w:rPr>
                <w:noProof/>
                <w:vertAlign w:val="superscript"/>
              </w:rPr>
              <w:t>41</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372CA3D2" w14:textId="77777777" w:rsidR="009446D0" w:rsidRPr="00EB75F0" w:rsidRDefault="0084596B">
            <w:pPr>
              <w:spacing w:before="60" w:after="60" w:line="240" w:lineRule="auto"/>
              <w:rPr>
                <w:sz w:val="14"/>
              </w:rPr>
            </w:pPr>
            <w:r w:rsidRPr="00EB75F0">
              <w:rPr>
                <w:color w:val="000000"/>
                <w:sz w:val="14"/>
              </w:rPr>
              <w:t>2015</w:t>
            </w:r>
          </w:p>
        </w:tc>
        <w:tc>
          <w:tcPr>
            <w:tcW w:w="0" w:type="auto"/>
            <w:tcBorders>
              <w:top w:val="single" w:sz="4" w:space="0" w:color="000000"/>
              <w:left w:val="single" w:sz="4" w:space="0" w:color="000000"/>
              <w:bottom w:val="single" w:sz="4" w:space="0" w:color="000000"/>
              <w:right w:val="single" w:sz="4" w:space="0" w:color="000000"/>
            </w:tcBorders>
          </w:tcPr>
          <w:p w14:paraId="469577F8"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F284646"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71CDBD2"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2929F2D0"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4954E237"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58772ADA"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6EB3C2FC"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14C3CEE" w14:textId="77777777" w:rsidR="009446D0" w:rsidRPr="00EB75F0" w:rsidRDefault="0084596B">
            <w:pPr>
              <w:spacing w:before="60" w:after="60" w:line="240" w:lineRule="auto"/>
              <w:rPr>
                <w:sz w:val="14"/>
              </w:rPr>
            </w:pPr>
            <w:r w:rsidRPr="00EB75F0">
              <w:rPr>
                <w:color w:val="000000"/>
                <w:sz w:val="14"/>
              </w:rPr>
              <w:t>Dose-ranging and placebo-controlled</w:t>
            </w:r>
          </w:p>
        </w:tc>
        <w:tc>
          <w:tcPr>
            <w:tcW w:w="0" w:type="auto"/>
            <w:tcBorders>
              <w:top w:val="single" w:sz="4" w:space="0" w:color="000000"/>
              <w:left w:val="single" w:sz="4" w:space="0" w:color="000000"/>
              <w:bottom w:val="single" w:sz="4" w:space="0" w:color="000000"/>
              <w:right w:val="single" w:sz="4" w:space="0" w:color="000000"/>
            </w:tcBorders>
          </w:tcPr>
          <w:p w14:paraId="64CA21D8"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39813BD4" w14:textId="77777777" w:rsidR="009446D0" w:rsidRPr="00EB75F0" w:rsidRDefault="0084596B">
            <w:pPr>
              <w:spacing w:before="60" w:after="60" w:line="240" w:lineRule="auto"/>
              <w:rPr>
                <w:sz w:val="14"/>
              </w:rPr>
            </w:pPr>
            <w:r w:rsidRPr="00EB75F0">
              <w:rPr>
                <w:color w:val="000000"/>
                <w:sz w:val="14"/>
              </w:rPr>
              <w:t>636</w:t>
            </w:r>
          </w:p>
        </w:tc>
        <w:tc>
          <w:tcPr>
            <w:tcW w:w="0" w:type="auto"/>
            <w:tcBorders>
              <w:top w:val="single" w:sz="4" w:space="0" w:color="000000"/>
              <w:left w:val="single" w:sz="4" w:space="0" w:color="000000"/>
              <w:bottom w:val="single" w:sz="4" w:space="0" w:color="000000"/>
              <w:right w:val="single" w:sz="4" w:space="0" w:color="000000"/>
            </w:tcBorders>
          </w:tcPr>
          <w:p w14:paraId="2DE10996"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2D39839A"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127A890F"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711C1F0E"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58B3C775" w14:textId="0C3C93A8" w:rsidR="009446D0" w:rsidRPr="00EB75F0" w:rsidRDefault="0084596B">
            <w:pPr>
              <w:spacing w:before="60" w:after="60" w:line="240" w:lineRule="auto"/>
              <w:rPr>
                <w:sz w:val="14"/>
              </w:rPr>
            </w:pPr>
            <w:r w:rsidRPr="00EB75F0">
              <w:rPr>
                <w:color w:val="000000"/>
                <w:sz w:val="14"/>
              </w:rPr>
              <w:t>Kane 2015 (BEACON</w:t>
            </w:r>
            <w:r w:rsidR="0031308D" w:rsidRPr="00EB75F0">
              <w:fldChar w:fldCharType="begin">
                <w:fldData xml:space="preserve">PEVuZE5vdGU+PENpdGU+PEF1dGhvcj5LYW5lPC9BdXRob3I+PFllYXI+MjAxNTwvWWVhcj48UmVj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</w:fldData>
              </w:fldChar>
            </w:r>
            <w:r w:rsidR="00452EF4">
              <w:instrText xml:space="preserve"> ADDIN EN.CITE </w:instrText>
            </w:r>
            <w:r w:rsidR="00452EF4">
              <w:fldChar w:fldCharType="begin">
                <w:fldData xml:space="preserve">PEVuZE5vdGU+PENpdGU+PEF1dGhvcj5LYW5lPC9BdXRob3I+PFllYXI+MjAxNTwvWWVhcj48UmVj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</w:fldData>
              </w:fldChar>
            </w:r>
            <w:r w:rsidR="00452EF4">
              <w:instrText xml:space="preserve"> ADDIN EN.CITE.DATA </w:instrText>
            </w:r>
            <w:r w:rsidR="00452EF4">
              <w:fldChar w:fldCharType="end"/>
            </w:r>
            <w:r w:rsidR="0031308D" w:rsidRPr="00EB75F0">
              <w:fldChar w:fldCharType="separate"/>
            </w:r>
            <w:r w:rsidR="00452EF4" w:rsidRPr="00452EF4">
              <w:rPr>
                <w:noProof/>
                <w:vertAlign w:val="superscript"/>
              </w:rPr>
              <w:t>42</w:t>
            </w:r>
            <w:r w:rsidR="0031308D" w:rsidRPr="00EB75F0">
              <w:fldChar w:fldCharType="end"/>
            </w:r>
            <w:r w:rsidRPr="00EB75F0">
              <w:rPr>
                <w:color w:val="000000"/>
                <w:sz w:val="14"/>
              </w:rPr>
              <w:t>)</w:t>
            </w:r>
          </w:p>
        </w:tc>
        <w:tc>
          <w:tcPr>
            <w:tcW w:w="221" w:type="pct"/>
            <w:tcBorders>
              <w:top w:val="single" w:sz="4" w:space="0" w:color="000000"/>
              <w:left w:val="single" w:sz="4" w:space="0" w:color="000000"/>
              <w:bottom w:val="single" w:sz="4" w:space="0" w:color="000000"/>
              <w:right w:val="single" w:sz="4" w:space="0" w:color="000000"/>
            </w:tcBorders>
          </w:tcPr>
          <w:p w14:paraId="03F7B717" w14:textId="77777777" w:rsidR="009446D0" w:rsidRPr="00EB75F0" w:rsidRDefault="0084596B">
            <w:pPr>
              <w:spacing w:before="60" w:after="60" w:line="240" w:lineRule="auto"/>
              <w:rPr>
                <w:sz w:val="14"/>
              </w:rPr>
            </w:pPr>
            <w:r w:rsidRPr="00EB75F0">
              <w:rPr>
                <w:color w:val="000000"/>
                <w:sz w:val="14"/>
              </w:rPr>
              <w:t>2015</w:t>
            </w:r>
          </w:p>
        </w:tc>
        <w:tc>
          <w:tcPr>
            <w:tcW w:w="0" w:type="auto"/>
            <w:tcBorders>
              <w:top w:val="single" w:sz="4" w:space="0" w:color="000000"/>
              <w:left w:val="single" w:sz="4" w:space="0" w:color="000000"/>
              <w:bottom w:val="single" w:sz="4" w:space="0" w:color="000000"/>
              <w:right w:val="single" w:sz="4" w:space="0" w:color="000000"/>
            </w:tcBorders>
          </w:tcPr>
          <w:p w14:paraId="5137A0D5"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E21DD0D"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542A151C"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6D78C7C2"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4D944F98"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4DBE4645"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179AACEB"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3E883C5" w14:textId="77777777" w:rsidR="009446D0" w:rsidRPr="00EB75F0" w:rsidRDefault="0084596B">
            <w:pPr>
              <w:spacing w:before="60" w:after="60" w:line="240" w:lineRule="auto"/>
              <w:rPr>
                <w:sz w:val="14"/>
              </w:rPr>
            </w:pPr>
            <w:r w:rsidRPr="00EB75F0">
              <w:rPr>
                <w:color w:val="000000"/>
                <w:sz w:val="14"/>
              </w:rPr>
              <w:t>Dose-ranging and placebo-controlled</w:t>
            </w:r>
          </w:p>
        </w:tc>
        <w:tc>
          <w:tcPr>
            <w:tcW w:w="0" w:type="auto"/>
            <w:tcBorders>
              <w:top w:val="single" w:sz="4" w:space="0" w:color="000000"/>
              <w:left w:val="single" w:sz="4" w:space="0" w:color="000000"/>
              <w:bottom w:val="single" w:sz="4" w:space="0" w:color="000000"/>
              <w:right w:val="single" w:sz="4" w:space="0" w:color="000000"/>
            </w:tcBorders>
          </w:tcPr>
          <w:p w14:paraId="2A13F296" w14:textId="77777777" w:rsidR="009446D0" w:rsidRPr="00EB75F0" w:rsidRDefault="0084596B">
            <w:pPr>
              <w:spacing w:before="60" w:after="60" w:line="240" w:lineRule="auto"/>
              <w:rPr>
                <w:sz w:val="14"/>
              </w:rPr>
            </w:pPr>
            <w:r w:rsidRPr="00EB75F0">
              <w:rPr>
                <w:color w:val="000000"/>
                <w:sz w:val="14"/>
              </w:rPr>
              <w:t>1,005</w:t>
            </w:r>
          </w:p>
        </w:tc>
        <w:tc>
          <w:tcPr>
            <w:tcW w:w="0" w:type="auto"/>
            <w:tcBorders>
              <w:top w:val="single" w:sz="4" w:space="0" w:color="000000"/>
              <w:left w:val="single" w:sz="4" w:space="0" w:color="000000"/>
              <w:bottom w:val="single" w:sz="4" w:space="0" w:color="000000"/>
              <w:right w:val="single" w:sz="4" w:space="0" w:color="000000"/>
            </w:tcBorders>
          </w:tcPr>
          <w:p w14:paraId="5A4E2C0C" w14:textId="77777777" w:rsidR="009446D0" w:rsidRPr="00EB75F0" w:rsidRDefault="0084596B">
            <w:pPr>
              <w:spacing w:before="60" w:after="60" w:line="240" w:lineRule="auto"/>
              <w:rPr>
                <w:sz w:val="14"/>
              </w:rPr>
            </w:pPr>
            <w:r w:rsidRPr="00EB75F0">
              <w:rPr>
                <w:color w:val="000000"/>
                <w:sz w:val="14"/>
              </w:rPr>
              <w:t>674</w:t>
            </w:r>
          </w:p>
        </w:tc>
        <w:tc>
          <w:tcPr>
            <w:tcW w:w="0" w:type="auto"/>
            <w:tcBorders>
              <w:top w:val="single" w:sz="4" w:space="0" w:color="000000"/>
              <w:left w:val="single" w:sz="4" w:space="0" w:color="000000"/>
              <w:bottom w:val="single" w:sz="4" w:space="0" w:color="000000"/>
              <w:right w:val="single" w:sz="4" w:space="0" w:color="000000"/>
            </w:tcBorders>
          </w:tcPr>
          <w:p w14:paraId="03FCB41C"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1096514B"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71B969C8"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13F66327"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5EE05099" w14:textId="28742A37" w:rsidR="009446D0" w:rsidRPr="00EB75F0" w:rsidRDefault="0084596B">
            <w:pPr>
              <w:spacing w:before="60" w:after="60" w:line="240" w:lineRule="auto"/>
              <w:rPr>
                <w:sz w:val="14"/>
              </w:rPr>
            </w:pPr>
            <w:r w:rsidRPr="00EB75F0">
              <w:rPr>
                <w:color w:val="1E1E1E"/>
                <w:sz w:val="14"/>
              </w:rPr>
              <w:t>Marder 2016</w:t>
            </w:r>
            <w:r w:rsidR="0031308D" w:rsidRPr="00EB75F0">
              <w:fldChar w:fldCharType="begin"/>
            </w:r>
            <w:r w:rsidR="00452EF4">
              <w:instrText xml:space="preserve"> ADDIN EN.CITE &lt;EndNote&gt;&lt;Cite&gt;&lt;Author&gt;Marder&lt;/Author&gt;&lt;Year&gt;2016&lt;/Year&gt;&lt;RecNum&gt;40&lt;/RecNum&gt;&lt;DisplayText&gt;&lt;style face="superscript"&gt;43&lt;/style&gt;&lt;/DisplayText&gt;&lt;record&gt;&lt;rec-number&gt;40&lt;/rec-number&gt;&lt;foreign-keys&gt;&lt;key app="EN" db-id="9ttaxzax2p0tr7ewzt55atews50zvxaaa5rz" timestamp="1764068832"&gt;40&lt;/key&gt;&lt;/foreign-keys&gt;&lt;ref-type name="Journal Article"&gt;17&lt;/ref-type&gt;&lt;contributors&gt;&lt;authors&gt;&lt;author&gt;Marder, SR&lt;/author&gt;&lt;author&gt;Hakala, M&lt;/author&gt;&lt;author&gt;Gislum, M&lt;/author&gt;&lt;author&gt;Skuban, A&lt;/author&gt;&lt;author&gt;Weiller, E&lt;/author&gt;&lt;author&gt;Weiss, C&lt;/author&gt;&lt;/authors&gt;&lt;/contributors&gt;&lt;titles&gt;&lt;title&gt;An interventional, multi-center, randomized, double-blind, placebo-controlled, active reference, flexible dose study of brexpiprazole in adults with acute schizophrenia&lt;/title&gt;&lt;secondary-title&gt;European Psychiatry&lt;/secondary-title&gt;&lt;/titles&gt;&lt;periodical&gt;&lt;full-title&gt;European Psychiatry&lt;/full-title&gt;&lt;/periodical&gt;&lt;pages&gt;S99-S99&lt;/pages&gt;&lt;volume&gt;33&lt;/volume&gt;&lt;number&gt;S1&lt;/number&gt;&lt;dates&gt;&lt;year&gt;2016&lt;/year&gt;&lt;/dates&gt;&lt;isbn&gt;0924-9338&lt;/isbn&gt;&lt;urls&gt;&lt;/urls&gt;&lt;/record&gt;&lt;/Cite&gt;&lt;/EndNote&gt;</w:instrText>
            </w:r>
            <w:r w:rsidR="0031308D" w:rsidRPr="00EB75F0">
              <w:fldChar w:fldCharType="separate"/>
            </w:r>
            <w:r w:rsidR="00452EF4" w:rsidRPr="00452EF4">
              <w:rPr>
                <w:noProof/>
                <w:vertAlign w:val="superscript"/>
              </w:rPr>
              <w:t>43</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E80E8CE" w14:textId="77777777" w:rsidR="009446D0" w:rsidRPr="00EB75F0" w:rsidRDefault="0084596B">
            <w:pPr>
              <w:spacing w:before="60" w:after="60" w:line="240" w:lineRule="auto"/>
              <w:rPr>
                <w:sz w:val="14"/>
              </w:rPr>
            </w:pPr>
            <w:r w:rsidRPr="00EB75F0">
              <w:rPr>
                <w:color w:val="000000"/>
                <w:sz w:val="14"/>
              </w:rPr>
              <w:t>2016</w:t>
            </w:r>
          </w:p>
        </w:tc>
        <w:tc>
          <w:tcPr>
            <w:tcW w:w="0" w:type="auto"/>
            <w:tcBorders>
              <w:top w:val="single" w:sz="4" w:space="0" w:color="000000"/>
              <w:left w:val="single" w:sz="4" w:space="0" w:color="000000"/>
              <w:bottom w:val="single" w:sz="4" w:space="0" w:color="000000"/>
              <w:right w:val="single" w:sz="4" w:space="0" w:color="000000"/>
            </w:tcBorders>
          </w:tcPr>
          <w:p w14:paraId="126FFDE8"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D6C634D"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22A7FC0"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6373CF7A"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6CEB565B"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1B5CD580"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53774D77"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2E3B063"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13F29DDC" w14:textId="77777777" w:rsidR="009446D0" w:rsidRPr="00EB75F0" w:rsidRDefault="0084596B">
            <w:pPr>
              <w:spacing w:before="60" w:after="60" w:line="240" w:lineRule="auto"/>
              <w:rPr>
                <w:sz w:val="14"/>
              </w:rPr>
            </w:pPr>
            <w:r w:rsidRPr="00EB75F0">
              <w:rPr>
                <w:color w:val="000000"/>
                <w:sz w:val="14"/>
              </w:rPr>
              <w:t>679</w:t>
            </w:r>
          </w:p>
        </w:tc>
        <w:tc>
          <w:tcPr>
            <w:tcW w:w="0" w:type="auto"/>
            <w:tcBorders>
              <w:top w:val="single" w:sz="4" w:space="0" w:color="000000"/>
              <w:left w:val="single" w:sz="4" w:space="0" w:color="000000"/>
              <w:bottom w:val="single" w:sz="4" w:space="0" w:color="000000"/>
              <w:right w:val="single" w:sz="4" w:space="0" w:color="000000"/>
            </w:tcBorders>
          </w:tcPr>
          <w:p w14:paraId="5D9EB6DE" w14:textId="77777777" w:rsidR="009446D0" w:rsidRPr="00EB75F0" w:rsidRDefault="0084596B">
            <w:pPr>
              <w:spacing w:before="60" w:after="60" w:line="240" w:lineRule="auto"/>
              <w:rPr>
                <w:sz w:val="14"/>
              </w:rPr>
            </w:pPr>
            <w:r w:rsidRPr="00EB75F0">
              <w:rPr>
                <w:color w:val="000000"/>
                <w:sz w:val="14"/>
              </w:rPr>
              <w:t>464</w:t>
            </w:r>
          </w:p>
        </w:tc>
        <w:tc>
          <w:tcPr>
            <w:tcW w:w="0" w:type="auto"/>
            <w:tcBorders>
              <w:top w:val="single" w:sz="4" w:space="0" w:color="000000"/>
              <w:left w:val="single" w:sz="4" w:space="0" w:color="000000"/>
              <w:bottom w:val="single" w:sz="4" w:space="0" w:color="000000"/>
              <w:right w:val="single" w:sz="4" w:space="0" w:color="000000"/>
            </w:tcBorders>
          </w:tcPr>
          <w:p w14:paraId="2CDA5A76"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4FCD255A" w14:textId="77777777" w:rsidR="009446D0" w:rsidRPr="00EB75F0" w:rsidRDefault="0084596B">
            <w:pPr>
              <w:spacing w:before="60" w:after="60" w:line="240" w:lineRule="auto"/>
              <w:rPr>
                <w:sz w:val="14"/>
              </w:rPr>
            </w:pPr>
            <w:r w:rsidRPr="00EB75F0">
              <w:rPr>
                <w:color w:val="000000"/>
                <w:sz w:val="14"/>
              </w:rPr>
              <w:t>18-56</w:t>
            </w:r>
          </w:p>
        </w:tc>
        <w:tc>
          <w:tcPr>
            <w:tcW w:w="0" w:type="auto"/>
            <w:tcBorders>
              <w:top w:val="single" w:sz="4" w:space="0" w:color="000000"/>
              <w:left w:val="single" w:sz="4" w:space="0" w:color="000000"/>
              <w:bottom w:val="single" w:sz="4" w:space="0" w:color="000000"/>
              <w:right w:val="single" w:sz="4" w:space="0" w:color="000000"/>
            </w:tcBorders>
          </w:tcPr>
          <w:p w14:paraId="0C1EC84A"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0C402B85"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6E467F58" w14:textId="592158A8" w:rsidR="009446D0" w:rsidRPr="00EB75F0" w:rsidRDefault="0084596B">
            <w:pPr>
              <w:spacing w:before="60" w:after="60" w:line="240" w:lineRule="auto"/>
              <w:rPr>
                <w:sz w:val="14"/>
              </w:rPr>
            </w:pPr>
            <w:r w:rsidRPr="00EB75F0">
              <w:rPr>
                <w:color w:val="1E1E1E"/>
                <w:sz w:val="14"/>
              </w:rPr>
              <w:t>NCT01625000</w:t>
            </w:r>
            <w:r w:rsidR="0031308D" w:rsidRPr="00EB75F0">
              <w:fldChar w:fldCharType="begin"/>
            </w:r>
            <w:r w:rsidR="00452EF4">
              <w:instrText xml:space="preserve"> ADDIN EN.CITE &lt;EndNote&gt;&lt;Cite&gt;&lt;Author&gt;NCT01625000&lt;/Author&gt;&lt;Year&gt;2021&lt;/Year&gt;&lt;RecNum&gt;41&lt;/RecNum&gt;&lt;DisplayText&gt;&lt;style face="superscript"&gt;44&lt;/style&gt;&lt;/DisplayText&gt;&lt;record&gt;&lt;rec-number&gt;41&lt;/rec-number&gt;&lt;foreign-keys&gt;&lt;key app="EN" db-id="9ttaxzax2p0tr7ewzt55atews50zvxaaa5rz" timestamp="1764068832"&gt;41&lt;/key&gt;&lt;/foreign-keys&gt;&lt;ref-type name="Journal Article"&gt;17&lt;/ref-type&gt;&lt;contributors&gt;&lt;authors&gt;&lt;author&gt;NCT01625000&lt;/author&gt;&lt;/authors&gt;&lt;/contributors&gt;&lt;titles&gt;&lt;title&gt;Safety and Efficacy of MP-214 in Patients With Schizophrenia&lt;/title&gt;&lt;secondary-title&gt;-&lt;/secondary-title&gt;&lt;/titles&gt;&lt;periodical&gt;&lt;full-title&gt;-&lt;/full-title&gt;&lt;/periodical&gt;&lt;pages&gt;-&lt;/pages&gt;&lt;volume&gt;-&lt;/volume&gt;&lt;dates&gt;&lt;year&gt;2021&lt;/year&gt;&lt;/dates&gt;&lt;urls&gt;&lt;/urls&gt;&lt;/record&gt;&lt;/Cite&gt;&lt;/EndNote&gt;</w:instrText>
            </w:r>
            <w:r w:rsidR="0031308D" w:rsidRPr="00EB75F0">
              <w:fldChar w:fldCharType="separate"/>
            </w:r>
            <w:r w:rsidR="00452EF4" w:rsidRPr="00452EF4">
              <w:rPr>
                <w:noProof/>
                <w:vertAlign w:val="superscript"/>
              </w:rPr>
              <w:t>44</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21904B4E" w14:textId="77777777" w:rsidR="009446D0" w:rsidRPr="00EB75F0" w:rsidRDefault="0084596B">
            <w:pPr>
              <w:spacing w:before="60" w:after="60" w:line="240" w:lineRule="auto"/>
              <w:rPr>
                <w:sz w:val="14"/>
              </w:rPr>
            </w:pPr>
            <w:r w:rsidRPr="00EB75F0">
              <w:rPr>
                <w:color w:val="000000"/>
                <w:sz w:val="14"/>
              </w:rPr>
              <w:t>2021</w:t>
            </w:r>
          </w:p>
        </w:tc>
        <w:tc>
          <w:tcPr>
            <w:tcW w:w="0" w:type="auto"/>
            <w:tcBorders>
              <w:top w:val="single" w:sz="4" w:space="0" w:color="000000"/>
              <w:left w:val="single" w:sz="4" w:space="0" w:color="000000"/>
              <w:bottom w:val="single" w:sz="4" w:space="0" w:color="000000"/>
              <w:right w:val="single" w:sz="4" w:space="0" w:color="000000"/>
            </w:tcBorders>
          </w:tcPr>
          <w:p w14:paraId="37A5BE63"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C85A7A4"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5E7D29F3"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2BF345C"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7C48622B"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7FEB0707"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6798E9A"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30609BEA"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054A1E21" w14:textId="77777777" w:rsidR="009446D0" w:rsidRPr="00EB75F0" w:rsidRDefault="0084596B">
            <w:pPr>
              <w:spacing w:before="60" w:after="60" w:line="240" w:lineRule="auto"/>
              <w:rPr>
                <w:sz w:val="14"/>
              </w:rPr>
            </w:pPr>
            <w:r w:rsidRPr="00EB75F0">
              <w:rPr>
                <w:color w:val="000000"/>
                <w:sz w:val="14"/>
              </w:rPr>
              <w:t>512</w:t>
            </w:r>
          </w:p>
        </w:tc>
        <w:tc>
          <w:tcPr>
            <w:tcW w:w="0" w:type="auto"/>
            <w:tcBorders>
              <w:top w:val="single" w:sz="4" w:space="0" w:color="000000"/>
              <w:left w:val="single" w:sz="4" w:space="0" w:color="000000"/>
              <w:bottom w:val="single" w:sz="4" w:space="0" w:color="000000"/>
              <w:right w:val="single" w:sz="4" w:space="0" w:color="000000"/>
            </w:tcBorders>
          </w:tcPr>
          <w:p w14:paraId="07727B5C" w14:textId="77777777" w:rsidR="009446D0" w:rsidRPr="00EB75F0" w:rsidRDefault="0084596B">
            <w:pPr>
              <w:spacing w:before="60" w:after="60" w:line="240" w:lineRule="auto"/>
              <w:rPr>
                <w:sz w:val="14"/>
              </w:rPr>
            </w:pPr>
            <w:r w:rsidRPr="00EB75F0">
              <w:rPr>
                <w:color w:val="000000"/>
                <w:sz w:val="14"/>
              </w:rPr>
              <w:t>508</w:t>
            </w:r>
          </w:p>
        </w:tc>
        <w:tc>
          <w:tcPr>
            <w:tcW w:w="0" w:type="auto"/>
            <w:tcBorders>
              <w:top w:val="single" w:sz="4" w:space="0" w:color="000000"/>
              <w:left w:val="single" w:sz="4" w:space="0" w:color="000000"/>
              <w:bottom w:val="single" w:sz="4" w:space="0" w:color="000000"/>
              <w:right w:val="single" w:sz="4" w:space="0" w:color="000000"/>
            </w:tcBorders>
          </w:tcPr>
          <w:p w14:paraId="4DF321B5"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0360F9D2" w14:textId="77777777" w:rsidR="009446D0" w:rsidRPr="00EB75F0" w:rsidRDefault="0084596B">
            <w:pPr>
              <w:spacing w:before="60" w:after="60" w:line="240" w:lineRule="auto"/>
              <w:rPr>
                <w:sz w:val="14"/>
              </w:rPr>
            </w:pPr>
            <w:r w:rsidRPr="00EB75F0">
              <w:rPr>
                <w:color w:val="000000"/>
                <w:sz w:val="14"/>
              </w:rPr>
              <w:t>20-64</w:t>
            </w:r>
          </w:p>
        </w:tc>
        <w:tc>
          <w:tcPr>
            <w:tcW w:w="0" w:type="auto"/>
            <w:tcBorders>
              <w:top w:val="single" w:sz="4" w:space="0" w:color="000000"/>
              <w:left w:val="single" w:sz="4" w:space="0" w:color="000000"/>
              <w:bottom w:val="single" w:sz="4" w:space="0" w:color="000000"/>
              <w:right w:val="single" w:sz="4" w:space="0" w:color="000000"/>
            </w:tcBorders>
          </w:tcPr>
          <w:p w14:paraId="3A5C9155" w14:textId="77777777" w:rsidR="009446D0" w:rsidRPr="00EB75F0" w:rsidRDefault="0084596B">
            <w:pPr>
              <w:spacing w:before="60" w:after="60" w:line="240" w:lineRule="auto"/>
              <w:rPr>
                <w:sz w:val="14"/>
              </w:rPr>
            </w:pPr>
            <w:r w:rsidRPr="00EB75F0">
              <w:rPr>
                <w:color w:val="000000"/>
                <w:sz w:val="14"/>
              </w:rPr>
              <w:t>II/III</w:t>
            </w:r>
          </w:p>
        </w:tc>
      </w:tr>
      <w:tr w:rsidR="009446D0" w:rsidRPr="00EB75F0" w14:paraId="5CABC46D"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4D2454A" w14:textId="12BFDB71" w:rsidR="009446D0" w:rsidRPr="00EB75F0" w:rsidRDefault="0084596B">
            <w:pPr>
              <w:spacing w:before="60" w:after="60" w:line="240" w:lineRule="auto"/>
              <w:rPr>
                <w:sz w:val="14"/>
              </w:rPr>
            </w:pPr>
            <w:r w:rsidRPr="00EB75F0">
              <w:rPr>
                <w:color w:val="1E1E1E"/>
                <w:sz w:val="14"/>
              </w:rPr>
              <w:t>Durgam 2016</w:t>
            </w:r>
            <w:r w:rsidR="0031308D" w:rsidRPr="00EB75F0">
              <w:fldChar w:fldCharType="begin"/>
            </w:r>
            <w:r w:rsidR="00452EF4">
              <w:instrText xml:space="preserve"> ADDIN EN.CITE &lt;EndNote&gt;&lt;Cite&gt;&lt;Author&gt;Durgam S&lt;/Author&gt;&lt;Year&gt;2016&lt;/Year&gt;&lt;RecNum&gt;42&lt;/RecNum&gt;&lt;DisplayText&gt;&lt;style face="superscript"&gt;45&lt;/style&gt;&lt;/DisplayText&gt;&lt;record&gt;&lt;rec-number&gt;42&lt;/rec-number&gt;&lt;foreign-keys&gt;&lt;key app="EN" db-id="9ttaxzax2p0tr7ewzt55atews50zvxaaa5rz" timestamp="1764068832"&gt;42&lt;/key&gt;&lt;/foreign-keys&gt;&lt;ref-type name="Journal Article"&gt;17&lt;/ref-type&gt;&lt;contributors&gt;&lt;authors&gt;&lt;author&gt;Durgam S, Litman RE, Papadakis K, Li D, Németh G, Laszlovszky I&lt;/author&gt;&lt;/authors&gt;&lt;/contributors&gt;&lt;titles&gt;&lt;title&gt;Cariprazine in the treatment of schizophrenia: a proof-of-concept trial&lt;/title&gt;&lt;secondary-title&gt;Int. Clin. Psychopharmacol.&lt;/secondary-title&gt;&lt;/titles&gt;&lt;periodical&gt;&lt;full-title&gt;Int. Clin. Psychopharmacol.&lt;/full-title&gt;&lt;/periodical&gt;&lt;pages&gt;61&lt;/pages&gt;&lt;volume&gt;31&lt;/volume&gt;&lt;number&gt;2&lt;/number&gt;&lt;dates&gt;&lt;year&gt;2016&lt;/year&gt;&lt;/dates&gt;&lt;urls&gt;&lt;/urls&gt;&lt;/record&gt;&lt;/Cite&gt;&lt;/EndNote&gt;</w:instrText>
            </w:r>
            <w:r w:rsidR="0031308D" w:rsidRPr="00EB75F0">
              <w:fldChar w:fldCharType="separate"/>
            </w:r>
            <w:r w:rsidR="00452EF4" w:rsidRPr="00452EF4">
              <w:rPr>
                <w:noProof/>
                <w:vertAlign w:val="superscript"/>
              </w:rPr>
              <w:t>45</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61B8F5A8" w14:textId="77777777" w:rsidR="009446D0" w:rsidRPr="00EB75F0" w:rsidRDefault="0084596B">
            <w:pPr>
              <w:spacing w:before="60" w:after="60" w:line="240" w:lineRule="auto"/>
              <w:rPr>
                <w:sz w:val="14"/>
              </w:rPr>
            </w:pPr>
            <w:r w:rsidRPr="00EB75F0">
              <w:rPr>
                <w:color w:val="000000"/>
                <w:sz w:val="14"/>
              </w:rPr>
              <w:t>2016</w:t>
            </w:r>
          </w:p>
        </w:tc>
        <w:tc>
          <w:tcPr>
            <w:tcW w:w="0" w:type="auto"/>
            <w:tcBorders>
              <w:top w:val="single" w:sz="4" w:space="0" w:color="000000"/>
              <w:left w:val="single" w:sz="4" w:space="0" w:color="000000"/>
              <w:bottom w:val="single" w:sz="4" w:space="0" w:color="000000"/>
              <w:right w:val="single" w:sz="4" w:space="0" w:color="000000"/>
            </w:tcBorders>
          </w:tcPr>
          <w:p w14:paraId="0FB51CB4"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321AE3BB"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4C9F5B91"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1888B354"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4F545556"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715AAA71"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3E49A7F6"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ABD6C66" w14:textId="77777777" w:rsidR="009446D0" w:rsidRPr="00EB75F0" w:rsidRDefault="0084596B">
            <w:pPr>
              <w:spacing w:before="60" w:after="60" w:line="240" w:lineRule="auto"/>
              <w:rPr>
                <w:sz w:val="14"/>
              </w:rPr>
            </w:pPr>
            <w:r w:rsidRPr="00EB75F0">
              <w:rPr>
                <w:color w:val="000000"/>
                <w:sz w:val="14"/>
              </w:rPr>
              <w:t>Dose-ranging and placebo-controlled</w:t>
            </w:r>
          </w:p>
        </w:tc>
        <w:tc>
          <w:tcPr>
            <w:tcW w:w="0" w:type="auto"/>
            <w:tcBorders>
              <w:top w:val="single" w:sz="4" w:space="0" w:color="000000"/>
              <w:left w:val="single" w:sz="4" w:space="0" w:color="000000"/>
              <w:bottom w:val="single" w:sz="4" w:space="0" w:color="000000"/>
              <w:right w:val="single" w:sz="4" w:space="0" w:color="000000"/>
            </w:tcBorders>
          </w:tcPr>
          <w:p w14:paraId="3FF44B56" w14:textId="77777777" w:rsidR="009446D0" w:rsidRPr="00EB75F0" w:rsidRDefault="0084596B">
            <w:pPr>
              <w:spacing w:before="60" w:after="60" w:line="240" w:lineRule="auto"/>
              <w:rPr>
                <w:sz w:val="14"/>
              </w:rPr>
            </w:pPr>
            <w:r w:rsidRPr="00EB75F0">
              <w:rPr>
                <w:color w:val="000000"/>
                <w:sz w:val="14"/>
              </w:rPr>
              <w:t>392</w:t>
            </w:r>
          </w:p>
        </w:tc>
        <w:tc>
          <w:tcPr>
            <w:tcW w:w="0" w:type="auto"/>
            <w:tcBorders>
              <w:top w:val="single" w:sz="4" w:space="0" w:color="000000"/>
              <w:left w:val="single" w:sz="4" w:space="0" w:color="000000"/>
              <w:bottom w:val="single" w:sz="4" w:space="0" w:color="000000"/>
              <w:right w:val="single" w:sz="4" w:space="0" w:color="000000"/>
            </w:tcBorders>
          </w:tcPr>
          <w:p w14:paraId="19FB0A9F" w14:textId="77777777" w:rsidR="009446D0" w:rsidRPr="00EB75F0" w:rsidRDefault="0084596B">
            <w:pPr>
              <w:spacing w:before="60" w:after="60" w:line="240" w:lineRule="auto"/>
              <w:rPr>
                <w:sz w:val="14"/>
              </w:rPr>
            </w:pPr>
            <w:r w:rsidRPr="00EB75F0">
              <w:rPr>
                <w:color w:val="000000"/>
                <w:sz w:val="14"/>
              </w:rPr>
              <w:t>392</w:t>
            </w:r>
          </w:p>
        </w:tc>
        <w:tc>
          <w:tcPr>
            <w:tcW w:w="0" w:type="auto"/>
            <w:tcBorders>
              <w:top w:val="single" w:sz="4" w:space="0" w:color="000000"/>
              <w:left w:val="single" w:sz="4" w:space="0" w:color="000000"/>
              <w:bottom w:val="single" w:sz="4" w:space="0" w:color="000000"/>
              <w:right w:val="single" w:sz="4" w:space="0" w:color="000000"/>
            </w:tcBorders>
          </w:tcPr>
          <w:p w14:paraId="4ED32A36"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16073927"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2E285759" w14:textId="77777777" w:rsidR="009446D0" w:rsidRPr="00EB75F0" w:rsidRDefault="0084596B">
            <w:pPr>
              <w:spacing w:before="60" w:after="60" w:line="240" w:lineRule="auto"/>
              <w:rPr>
                <w:sz w:val="14"/>
              </w:rPr>
            </w:pPr>
            <w:r w:rsidRPr="00EB75F0">
              <w:rPr>
                <w:color w:val="000000"/>
                <w:sz w:val="14"/>
              </w:rPr>
              <w:t>II</w:t>
            </w:r>
          </w:p>
        </w:tc>
      </w:tr>
      <w:tr w:rsidR="009446D0" w:rsidRPr="00EB75F0" w14:paraId="2082A028"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449B744C" w14:textId="5AD0C117" w:rsidR="009446D0" w:rsidRPr="00EB75F0" w:rsidRDefault="0084596B">
            <w:pPr>
              <w:spacing w:before="60" w:after="60" w:line="240" w:lineRule="auto"/>
              <w:rPr>
                <w:sz w:val="14"/>
              </w:rPr>
            </w:pPr>
            <w:r w:rsidRPr="00EB75F0">
              <w:rPr>
                <w:color w:val="1E1E1E"/>
                <w:sz w:val="14"/>
              </w:rPr>
              <w:t>Durgam 2014</w:t>
            </w:r>
            <w:r w:rsidR="0031308D" w:rsidRPr="00EB75F0">
              <w:fldChar w:fldCharType="begin"/>
            </w:r>
            <w:r w:rsidR="00452EF4">
              <w:instrText xml:space="preserve"> ADDIN EN.CITE &lt;EndNote&gt;&lt;Cite&gt;&lt;Author&gt;Durgam S&lt;/Author&gt;&lt;Year&gt;2014&lt;/Year&gt;&lt;RecNum&gt;43&lt;/RecNum&gt;&lt;DisplayText&gt;&lt;style face="superscript"&gt;46&lt;/style&gt;&lt;/DisplayText&gt;&lt;record&gt;&lt;rec-number&gt;43&lt;/rec-number&gt;&lt;foreign-keys&gt;&lt;key app="EN" db-id="9ttaxzax2p0tr7ewzt55atews50zvxaaa5rz" timestamp="1764068832"&gt;43&lt;/key&gt;&lt;/foreign-keys&gt;&lt;ref-type name="Journal Article"&gt;17&lt;/ref-type&gt;&lt;contributors&gt;&lt;authors&gt;&lt;author&gt;Durgam S, Starace A, Li D, Migliore R, Ruth A, Németh G, Laszlovszky I&lt;/author&gt;&lt;/authors&gt;&lt;/contributors&gt;&lt;titles&gt;&lt;title&gt;An evaluation of the safety and efficacy of cariprazine in patients with acute exacerbation of schizophrenia: a phase II, randomized clinical trial.&lt;/title&gt;&lt;secondary-title&gt;Schizophr. Res.&lt;/secondary-title&gt;&lt;/titles&gt;&lt;periodical&gt;&lt;full-title&gt;Schizophr. Res.&lt;/full-title&gt;&lt;/periodical&gt;&lt;pages&gt;450-7&lt;/pages&gt;&lt;volume&gt;1&lt;/volume&gt;&lt;number&gt;152&lt;/number&gt;&lt;dates&gt;&lt;year&gt;2014&lt;/year&gt;&lt;/dates&gt;&lt;urls&gt;&lt;/urls&gt;&lt;/record&gt;&lt;/Cite&gt;&lt;/EndNote&gt;</w:instrText>
            </w:r>
            <w:r w:rsidR="0031308D" w:rsidRPr="00EB75F0">
              <w:fldChar w:fldCharType="separate"/>
            </w:r>
            <w:r w:rsidR="00452EF4" w:rsidRPr="00452EF4">
              <w:rPr>
                <w:noProof/>
                <w:vertAlign w:val="superscript"/>
              </w:rPr>
              <w:t>46</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1AC95443" w14:textId="77777777" w:rsidR="009446D0" w:rsidRPr="00EB75F0" w:rsidRDefault="0084596B">
            <w:pPr>
              <w:spacing w:before="60" w:after="60" w:line="240" w:lineRule="auto"/>
              <w:rPr>
                <w:sz w:val="14"/>
              </w:rPr>
            </w:pPr>
            <w:r w:rsidRPr="00EB75F0">
              <w:rPr>
                <w:color w:val="000000"/>
                <w:sz w:val="14"/>
              </w:rPr>
              <w:t>2014</w:t>
            </w:r>
          </w:p>
        </w:tc>
        <w:tc>
          <w:tcPr>
            <w:tcW w:w="0" w:type="auto"/>
            <w:tcBorders>
              <w:top w:val="single" w:sz="4" w:space="0" w:color="000000"/>
              <w:left w:val="single" w:sz="4" w:space="0" w:color="000000"/>
              <w:bottom w:val="single" w:sz="4" w:space="0" w:color="000000"/>
              <w:right w:val="single" w:sz="4" w:space="0" w:color="000000"/>
            </w:tcBorders>
          </w:tcPr>
          <w:p w14:paraId="38B26136"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2E482A69"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218FD729"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263E11A5"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3637A0F0"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0F25E14B"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3B40C660"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3F071955" w14:textId="77777777" w:rsidR="009446D0" w:rsidRPr="00EB75F0" w:rsidRDefault="0084596B">
            <w:pPr>
              <w:spacing w:before="60" w:after="60" w:line="240" w:lineRule="auto"/>
              <w:rPr>
                <w:sz w:val="14"/>
              </w:rPr>
            </w:pPr>
            <w:r w:rsidRPr="00EB75F0">
              <w:rPr>
                <w:color w:val="000000"/>
                <w:sz w:val="14"/>
              </w:rPr>
              <w:t>Dose-ranging and active-controlled</w:t>
            </w:r>
          </w:p>
        </w:tc>
        <w:tc>
          <w:tcPr>
            <w:tcW w:w="0" w:type="auto"/>
            <w:tcBorders>
              <w:top w:val="single" w:sz="4" w:space="0" w:color="000000"/>
              <w:left w:val="single" w:sz="4" w:space="0" w:color="000000"/>
              <w:bottom w:val="single" w:sz="4" w:space="0" w:color="000000"/>
              <w:right w:val="single" w:sz="4" w:space="0" w:color="000000"/>
            </w:tcBorders>
          </w:tcPr>
          <w:p w14:paraId="0E639E29" w14:textId="77777777" w:rsidR="009446D0" w:rsidRPr="00EB75F0" w:rsidRDefault="0084596B">
            <w:pPr>
              <w:spacing w:before="60" w:after="60" w:line="240" w:lineRule="auto"/>
              <w:rPr>
                <w:sz w:val="14"/>
              </w:rPr>
            </w:pPr>
            <w:r w:rsidRPr="00EB75F0">
              <w:rPr>
                <w:color w:val="000000"/>
                <w:sz w:val="14"/>
              </w:rPr>
              <w:t>1,011</w:t>
            </w:r>
          </w:p>
        </w:tc>
        <w:tc>
          <w:tcPr>
            <w:tcW w:w="0" w:type="auto"/>
            <w:tcBorders>
              <w:top w:val="single" w:sz="4" w:space="0" w:color="000000"/>
              <w:left w:val="single" w:sz="4" w:space="0" w:color="000000"/>
              <w:bottom w:val="single" w:sz="4" w:space="0" w:color="000000"/>
              <w:right w:val="single" w:sz="4" w:space="0" w:color="000000"/>
            </w:tcBorders>
          </w:tcPr>
          <w:p w14:paraId="1EB73AED" w14:textId="77777777" w:rsidR="009446D0" w:rsidRPr="00EB75F0" w:rsidRDefault="0084596B">
            <w:pPr>
              <w:spacing w:before="60" w:after="60" w:line="240" w:lineRule="auto"/>
              <w:rPr>
                <w:sz w:val="14"/>
              </w:rPr>
            </w:pPr>
            <w:r w:rsidRPr="00EB75F0">
              <w:rPr>
                <w:color w:val="000000"/>
                <w:sz w:val="14"/>
              </w:rPr>
              <w:t>732</w:t>
            </w:r>
          </w:p>
        </w:tc>
        <w:tc>
          <w:tcPr>
            <w:tcW w:w="0" w:type="auto"/>
            <w:tcBorders>
              <w:top w:val="single" w:sz="4" w:space="0" w:color="000000"/>
              <w:left w:val="single" w:sz="4" w:space="0" w:color="000000"/>
              <w:bottom w:val="single" w:sz="4" w:space="0" w:color="000000"/>
              <w:right w:val="single" w:sz="4" w:space="0" w:color="000000"/>
            </w:tcBorders>
          </w:tcPr>
          <w:p w14:paraId="765C5A21"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4FFAA17E" w14:textId="77777777" w:rsidR="009446D0" w:rsidRPr="00EB75F0" w:rsidRDefault="0084596B">
            <w:pPr>
              <w:spacing w:before="60" w:after="60" w:line="240" w:lineRule="auto"/>
              <w:rPr>
                <w:sz w:val="14"/>
              </w:rPr>
            </w:pPr>
            <w:r w:rsidRPr="00EB75F0">
              <w:rPr>
                <w:color w:val="000000"/>
                <w:sz w:val="14"/>
              </w:rPr>
              <w:t>18-60</w:t>
            </w:r>
          </w:p>
        </w:tc>
        <w:tc>
          <w:tcPr>
            <w:tcW w:w="0" w:type="auto"/>
            <w:tcBorders>
              <w:top w:val="single" w:sz="4" w:space="0" w:color="000000"/>
              <w:left w:val="single" w:sz="4" w:space="0" w:color="000000"/>
              <w:bottom w:val="single" w:sz="4" w:space="0" w:color="000000"/>
              <w:right w:val="single" w:sz="4" w:space="0" w:color="000000"/>
            </w:tcBorders>
          </w:tcPr>
          <w:p w14:paraId="5D124234" w14:textId="77777777" w:rsidR="009446D0" w:rsidRPr="00EB75F0" w:rsidRDefault="0084596B">
            <w:pPr>
              <w:spacing w:before="60" w:after="60" w:line="240" w:lineRule="auto"/>
              <w:rPr>
                <w:sz w:val="14"/>
              </w:rPr>
            </w:pPr>
            <w:r w:rsidRPr="00EB75F0">
              <w:rPr>
                <w:color w:val="000000"/>
                <w:sz w:val="14"/>
              </w:rPr>
              <w:t>II</w:t>
            </w:r>
          </w:p>
        </w:tc>
      </w:tr>
      <w:tr w:rsidR="009446D0" w:rsidRPr="00EB75F0" w14:paraId="11973A1D"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4E46DB26" w14:textId="4308C6FF" w:rsidR="009446D0" w:rsidRPr="00EB75F0" w:rsidRDefault="0084596B">
            <w:pPr>
              <w:spacing w:before="60" w:after="60" w:line="240" w:lineRule="auto"/>
              <w:rPr>
                <w:sz w:val="14"/>
              </w:rPr>
            </w:pPr>
            <w:r w:rsidRPr="00EB75F0">
              <w:rPr>
                <w:color w:val="1E1E1E"/>
                <w:sz w:val="14"/>
              </w:rPr>
              <w:t>Kane 2015</w:t>
            </w:r>
            <w:r w:rsidR="0031308D" w:rsidRPr="00EB75F0">
              <w:fldChar w:fldCharType="begin"/>
            </w:r>
            <w:r w:rsidR="00452EF4">
              <w:instrText xml:space="preserve"> ADDIN EN.CITE &lt;EndNote&gt;&lt;Cite&gt;&lt;Author&gt;Kane JM&lt;/Author&gt;&lt;Year&gt;2015&lt;/Year&gt;&lt;RecNum&gt;44&lt;/RecNum&gt;&lt;DisplayText&gt;&lt;style face="superscript"&gt;47&lt;/style&gt;&lt;/DisplayText&gt;&lt;record&gt;&lt;rec-number&gt;44&lt;/rec-number&gt;&lt;foreign-keys&gt;&lt;key app="EN" db-id="9ttaxzax2p0tr7ewzt55atews50zvxaaa5rz" timestamp="1764068833"&gt;44&lt;/key&gt;&lt;/foreign-keys&gt;&lt;ref-type name="Journal Article"&gt;17&lt;/ref-type&gt;&lt;contributors&gt;&lt;authors&gt;&lt;author&gt;Kane JM, Zukin S, Wang Y, Lu K, Ruth A, Nagy K, Laszlovszky I, Durgam S.&lt;/author&gt;&lt;/authors&gt;&lt;/contributors&gt;&lt;titles&gt;&lt;title&gt;Efficacy and safety of cariprazine in acute exacerbation of schizophrenia: results from an international, phase III clinical trial.&lt;/title&gt;&lt;secondary-title&gt;J. Clin. Psychopharmacol.&lt;/secondary-title&gt;&lt;/titles&gt;&lt;periodical&gt;&lt;full-title&gt;J. Clin. Psychopharmacol.&lt;/full-title&gt;&lt;/periodical&gt;&lt;pages&gt;367-73&lt;/pages&gt;&lt;volume&gt;1&lt;/volume&gt;&lt;number&gt;35&lt;/number&gt;&lt;dates&gt;&lt;year&gt;2015&lt;/year&gt;&lt;/dates&gt;&lt;urls&gt;&lt;/urls&gt;&lt;/record&gt;&lt;/Cite&gt;&lt;/EndNote&gt;</w:instrText>
            </w:r>
            <w:r w:rsidR="0031308D" w:rsidRPr="00EB75F0">
              <w:fldChar w:fldCharType="separate"/>
            </w:r>
            <w:r w:rsidR="00452EF4" w:rsidRPr="00452EF4">
              <w:rPr>
                <w:noProof/>
                <w:vertAlign w:val="superscript"/>
              </w:rPr>
              <w:t>47</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0F5218A0" w14:textId="77777777" w:rsidR="009446D0" w:rsidRPr="00EB75F0" w:rsidRDefault="0084596B">
            <w:pPr>
              <w:spacing w:before="60" w:after="60" w:line="240" w:lineRule="auto"/>
              <w:rPr>
                <w:sz w:val="14"/>
              </w:rPr>
            </w:pPr>
            <w:r w:rsidRPr="00EB75F0">
              <w:rPr>
                <w:color w:val="000000"/>
                <w:sz w:val="14"/>
              </w:rPr>
              <w:t>2015</w:t>
            </w:r>
          </w:p>
        </w:tc>
        <w:tc>
          <w:tcPr>
            <w:tcW w:w="0" w:type="auto"/>
            <w:tcBorders>
              <w:top w:val="single" w:sz="4" w:space="0" w:color="000000"/>
              <w:left w:val="single" w:sz="4" w:space="0" w:color="000000"/>
              <w:bottom w:val="single" w:sz="4" w:space="0" w:color="000000"/>
              <w:right w:val="single" w:sz="4" w:space="0" w:color="000000"/>
            </w:tcBorders>
          </w:tcPr>
          <w:p w14:paraId="5B87611B"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3A51E60"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208B335A"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173DBB85"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364F9D28"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274CD815"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4A0A5B38"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A5A5906" w14:textId="77777777" w:rsidR="009446D0" w:rsidRPr="00EB75F0" w:rsidRDefault="0084596B">
            <w:pPr>
              <w:spacing w:before="60" w:after="60" w:line="240" w:lineRule="auto"/>
              <w:rPr>
                <w:sz w:val="14"/>
              </w:rPr>
            </w:pPr>
            <w:r w:rsidRPr="00EB75F0">
              <w:rPr>
                <w:color w:val="000000"/>
                <w:sz w:val="14"/>
              </w:rPr>
              <w:t>Dose-ranging and placebo-controlled</w:t>
            </w:r>
          </w:p>
        </w:tc>
        <w:tc>
          <w:tcPr>
            <w:tcW w:w="0" w:type="auto"/>
            <w:tcBorders>
              <w:top w:val="single" w:sz="4" w:space="0" w:color="000000"/>
              <w:left w:val="single" w:sz="4" w:space="0" w:color="000000"/>
              <w:bottom w:val="single" w:sz="4" w:space="0" w:color="000000"/>
              <w:right w:val="single" w:sz="4" w:space="0" w:color="000000"/>
            </w:tcBorders>
          </w:tcPr>
          <w:p w14:paraId="47160150" w14:textId="77777777" w:rsidR="009446D0" w:rsidRPr="00EB75F0" w:rsidRDefault="0084596B">
            <w:pPr>
              <w:spacing w:before="60" w:after="60" w:line="240" w:lineRule="auto"/>
              <w:rPr>
                <w:sz w:val="14"/>
              </w:rPr>
            </w:pPr>
            <w:r w:rsidRPr="00EB75F0">
              <w:rPr>
                <w:color w:val="000000"/>
                <w:sz w:val="14"/>
              </w:rPr>
              <w:t>446</w:t>
            </w:r>
          </w:p>
        </w:tc>
        <w:tc>
          <w:tcPr>
            <w:tcW w:w="0" w:type="auto"/>
            <w:tcBorders>
              <w:top w:val="single" w:sz="4" w:space="0" w:color="000000"/>
              <w:left w:val="single" w:sz="4" w:space="0" w:color="000000"/>
              <w:bottom w:val="single" w:sz="4" w:space="0" w:color="000000"/>
              <w:right w:val="single" w:sz="4" w:space="0" w:color="000000"/>
            </w:tcBorders>
          </w:tcPr>
          <w:p w14:paraId="323D3481" w14:textId="77777777" w:rsidR="009446D0" w:rsidRPr="00EB75F0" w:rsidRDefault="0084596B">
            <w:pPr>
              <w:spacing w:before="60" w:after="60" w:line="240" w:lineRule="auto"/>
              <w:rPr>
                <w:sz w:val="14"/>
              </w:rPr>
            </w:pPr>
            <w:r w:rsidRPr="00EB75F0">
              <w:rPr>
                <w:color w:val="000000"/>
                <w:sz w:val="14"/>
              </w:rPr>
              <w:t>446</w:t>
            </w:r>
          </w:p>
        </w:tc>
        <w:tc>
          <w:tcPr>
            <w:tcW w:w="0" w:type="auto"/>
            <w:tcBorders>
              <w:top w:val="single" w:sz="4" w:space="0" w:color="000000"/>
              <w:left w:val="single" w:sz="4" w:space="0" w:color="000000"/>
              <w:bottom w:val="single" w:sz="4" w:space="0" w:color="000000"/>
              <w:right w:val="single" w:sz="4" w:space="0" w:color="000000"/>
            </w:tcBorders>
          </w:tcPr>
          <w:p w14:paraId="7113F58D"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25C0275F" w14:textId="77777777" w:rsidR="009446D0" w:rsidRPr="00EB75F0" w:rsidRDefault="0084596B">
            <w:pPr>
              <w:spacing w:before="60" w:after="60" w:line="240" w:lineRule="auto"/>
              <w:rPr>
                <w:sz w:val="14"/>
              </w:rPr>
            </w:pPr>
            <w:r w:rsidRPr="00EB75F0">
              <w:rPr>
                <w:color w:val="000000"/>
                <w:sz w:val="14"/>
              </w:rPr>
              <w:t>18-60</w:t>
            </w:r>
          </w:p>
        </w:tc>
        <w:tc>
          <w:tcPr>
            <w:tcW w:w="0" w:type="auto"/>
            <w:tcBorders>
              <w:top w:val="single" w:sz="4" w:space="0" w:color="000000"/>
              <w:left w:val="single" w:sz="4" w:space="0" w:color="000000"/>
              <w:bottom w:val="single" w:sz="4" w:space="0" w:color="000000"/>
              <w:right w:val="single" w:sz="4" w:space="0" w:color="000000"/>
            </w:tcBorders>
          </w:tcPr>
          <w:p w14:paraId="57B338CF"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2FF95D67"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719D2700" w14:textId="5BC996CA" w:rsidR="009446D0" w:rsidRPr="00EB75F0" w:rsidRDefault="0084596B">
            <w:pPr>
              <w:spacing w:before="60" w:after="60" w:line="240" w:lineRule="auto"/>
              <w:rPr>
                <w:sz w:val="14"/>
              </w:rPr>
            </w:pPr>
            <w:r w:rsidRPr="00EB75F0">
              <w:rPr>
                <w:color w:val="1E1E1E"/>
                <w:sz w:val="14"/>
              </w:rPr>
              <w:t>Kluge 2007</w:t>
            </w:r>
            <w:r w:rsidR="0031308D" w:rsidRPr="00EB75F0">
              <w:fldChar w:fldCharType="begin"/>
            </w:r>
            <w:r w:rsidR="00452EF4">
              <w:instrText xml:space="preserve"> ADDIN EN.CITE &lt;EndNote&gt;&lt;Cite&gt;&lt;Author&gt;Kluge&lt;/Author&gt;&lt;Year&gt;2007&lt;/Year&gt;&lt;RecNum&gt;45&lt;/RecNum&gt;&lt;DisplayText&gt;&lt;style face="superscript"&gt;48&lt;/style&gt;&lt;/DisplayText&gt;&lt;record&gt;&lt;rec-number&gt;45&lt;/rec-number&gt;&lt;foreign-keys&gt;&lt;key app="EN" db-id="9ttaxzax2p0tr7ewzt55atews50zvxaaa5rz" timestamp="1764068833"&gt;45&lt;/key&gt;&lt;/foreign-keys&gt;&lt;ref-type name="Journal Article"&gt;17&lt;/ref-type&gt;&lt;contributors&gt;&lt;authors&gt;&lt;author&gt;Kluge, M.&lt;/author&gt;&lt;author&gt;Schuld, A.&lt;/author&gt;&lt;author&gt;Himmerich, H.&lt;/author&gt;&lt;author&gt;Dalal, M.&lt;/author&gt;&lt;author&gt;Schacht, A.&lt;/author&gt;&lt;author&gt;Wehmeier, P. M.&lt;/author&gt;&lt;author&gt;Hinze-Selch, D.&lt;/author&gt;&lt;author&gt;Kraus, T.&lt;/author&gt;&lt;author&gt;Dittmann, R. W.&lt;/author&gt;&lt;author&gt;Pollmacher, T.&lt;/author&gt;&lt;/authors&gt;&lt;/contributors&gt;&lt;titles&gt;&lt;title&gt;Clozapine and olanzapine are associated with food craving and binge eating: results from a randomized double-blind study&lt;/title&gt;&lt;secondary-title&gt;J Clin Psychopharmacol&lt;/secondary-title&gt;&lt;/titles&gt;&lt;periodical&gt;&lt;full-title&gt;J Clin Psychopharmacol&lt;/full-title&gt;&lt;/periodical&gt;&lt;pages&gt;662-6&lt;/pages&gt;&lt;volume&gt;27&lt;/volume&gt;&lt;number&gt;6&lt;/number&gt;&lt;dates&gt;&lt;year&gt;2007&lt;/year&gt;&lt;pub-dates&gt;&lt;date&gt;Dec&lt;/date&gt;&lt;/pub-dates&gt;&lt;/dates&gt;&lt;pub-location&gt;Max Planck Institute of Psychiatry, Kraepelinstrasse 2-10, Munich, Germany. kluge@mpipsykl.mpg.de&lt;/pub-location&gt;&lt;isbn&gt;0271-0749 (Print) 0271-0749 (Linking)&lt;/isbn&gt;&lt;urls&gt;&lt;related-urls&gt;&lt;url&gt;https://www.ncbi.nlm.nih.gov/pubmed/18004133&lt;/url&gt;&lt;/related-urls&gt;&lt;/urls&gt;&lt;electronic-resource-num&gt;10.1097/jcp.0b013e31815a8872&lt;/electronic-resource-num&gt;&lt;/record&gt;&lt;/Cite&gt;&lt;/EndNote&gt;</w:instrText>
            </w:r>
            <w:r w:rsidR="0031308D" w:rsidRPr="00EB75F0">
              <w:fldChar w:fldCharType="separate"/>
            </w:r>
            <w:r w:rsidR="00452EF4" w:rsidRPr="00452EF4">
              <w:rPr>
                <w:noProof/>
                <w:vertAlign w:val="superscript"/>
              </w:rPr>
              <w:t>48</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34EE1B3E" w14:textId="77777777" w:rsidR="009446D0" w:rsidRPr="00EB75F0" w:rsidRDefault="0084596B">
            <w:pPr>
              <w:spacing w:before="60" w:after="60" w:line="240" w:lineRule="auto"/>
              <w:rPr>
                <w:sz w:val="14"/>
              </w:rPr>
            </w:pPr>
            <w:r w:rsidRPr="00EB75F0">
              <w:rPr>
                <w:color w:val="000000"/>
                <w:sz w:val="14"/>
              </w:rPr>
              <w:t>2007</w:t>
            </w:r>
          </w:p>
        </w:tc>
        <w:tc>
          <w:tcPr>
            <w:tcW w:w="0" w:type="auto"/>
            <w:tcBorders>
              <w:top w:val="single" w:sz="4" w:space="0" w:color="000000"/>
              <w:left w:val="single" w:sz="4" w:space="0" w:color="000000"/>
              <w:bottom w:val="single" w:sz="4" w:space="0" w:color="000000"/>
              <w:right w:val="single" w:sz="4" w:space="0" w:color="000000"/>
            </w:tcBorders>
          </w:tcPr>
          <w:p w14:paraId="2D97F743"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39F581BC"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A7ECC36"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D6CEEF7"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271827D0"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64BC253C"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20ED645D"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4E2FF709"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2124F767" w14:textId="77777777" w:rsidR="009446D0" w:rsidRPr="00EB75F0" w:rsidRDefault="0084596B">
            <w:pPr>
              <w:spacing w:before="60" w:after="60" w:line="240" w:lineRule="auto"/>
              <w:rPr>
                <w:sz w:val="14"/>
              </w:rPr>
            </w:pPr>
            <w:r w:rsidRPr="00EB75F0">
              <w:rPr>
                <w:color w:val="000000"/>
                <w:sz w:val="14"/>
              </w:rPr>
              <w:t>37</w:t>
            </w:r>
          </w:p>
        </w:tc>
        <w:tc>
          <w:tcPr>
            <w:tcW w:w="0" w:type="auto"/>
            <w:tcBorders>
              <w:top w:val="single" w:sz="4" w:space="0" w:color="000000"/>
              <w:left w:val="single" w:sz="4" w:space="0" w:color="000000"/>
              <w:bottom w:val="single" w:sz="4" w:space="0" w:color="000000"/>
              <w:right w:val="single" w:sz="4" w:space="0" w:color="000000"/>
            </w:tcBorders>
          </w:tcPr>
          <w:p w14:paraId="2233E9CF" w14:textId="77777777" w:rsidR="009446D0" w:rsidRPr="00EB75F0" w:rsidRDefault="0084596B">
            <w:pPr>
              <w:spacing w:before="60" w:after="60" w:line="240" w:lineRule="auto"/>
              <w:rPr>
                <w:sz w:val="14"/>
              </w:rPr>
            </w:pPr>
            <w:r w:rsidRPr="00EB75F0">
              <w:rPr>
                <w:color w:val="000000"/>
                <w:sz w:val="14"/>
              </w:rPr>
              <w:t>30</w:t>
            </w:r>
          </w:p>
        </w:tc>
        <w:tc>
          <w:tcPr>
            <w:tcW w:w="0" w:type="auto"/>
            <w:tcBorders>
              <w:top w:val="single" w:sz="4" w:space="0" w:color="000000"/>
              <w:left w:val="single" w:sz="4" w:space="0" w:color="000000"/>
              <w:bottom w:val="single" w:sz="4" w:space="0" w:color="000000"/>
              <w:right w:val="single" w:sz="4" w:space="0" w:color="000000"/>
            </w:tcBorders>
          </w:tcPr>
          <w:p w14:paraId="3C9D774D"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7FF69B49"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32B04950"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46254B68"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C80FC02" w14:textId="591FEAAF" w:rsidR="009446D0" w:rsidRPr="00EB75F0" w:rsidRDefault="0084596B">
            <w:pPr>
              <w:spacing w:before="60" w:after="60" w:line="240" w:lineRule="auto"/>
              <w:rPr>
                <w:sz w:val="14"/>
              </w:rPr>
            </w:pPr>
            <w:r w:rsidRPr="00EB75F0">
              <w:rPr>
                <w:color w:val="1E1E1E"/>
                <w:sz w:val="14"/>
              </w:rPr>
              <w:t>Naber D 2005</w:t>
            </w:r>
            <w:r w:rsidR="0031308D" w:rsidRPr="00EB75F0">
              <w:fldChar w:fldCharType="begin"/>
            </w:r>
            <w:r w:rsidR="00452EF4">
              <w:instrText xml:space="preserve"> ADDIN EN.CITE &lt;EndNote&gt;&lt;Cite&gt;&lt;Author&gt;Naber&lt;/Author&gt;&lt;Year&gt;2005&lt;/Year&gt;&lt;RecNum&gt;46&lt;/RecNum&gt;&lt;DisplayText&gt;&lt;style face="superscript"&gt;49&lt;/style&gt;&lt;/DisplayText&gt;&lt;record&gt;&lt;rec-number&gt;46&lt;/rec-number&gt;&lt;foreign-keys&gt;&lt;key app="EN" db-id="9ttaxzax2p0tr7ewzt55atews50zvxaaa5rz" timestamp="1764068833"&gt;46&lt;/key&gt;&lt;/foreign-keys&gt;&lt;ref-type name="Journal Article"&gt;17&lt;/ref-type&gt;&lt;contributors&gt;&lt;authors&gt;&lt;author&gt;Naber, D.&lt;/author&gt;&lt;author&gt;Riedel, M.&lt;/author&gt;&lt;author&gt;Klimke, A.&lt;/author&gt;&lt;author&gt;Vorbach, E. U.&lt;/author&gt;&lt;author&gt;Lambert, M.&lt;/author&gt;&lt;author&gt;Kuhn, K. U.&lt;/author&gt;&lt;author&gt;Bender, S.&lt;/author&gt;&lt;author&gt;Bandelow, B.&lt;/author&gt;&lt;author&gt;Lemmer, W.&lt;/author&gt;&lt;author&gt;Moritz, S.&lt;/author&gt;&lt;author&gt;Dittmann, R. W.&lt;/author&gt;&lt;/authors&gt;&lt;/contributors&gt;&lt;titles&gt;&lt;title&gt;Randomized double blind comparison of olanzapine vs. clozapine on subjective well-being and clinical outcome in patients with schizophrenia&lt;/title&gt;&lt;secondary-title&gt;Acta Psychiatr Scand&lt;/secondary-title&gt;&lt;/titles&gt;&lt;periodical&gt;&lt;full-title&gt;Acta Psychiatr Scand&lt;/full-title&gt;&lt;/periodical&gt;&lt;pages&gt;106-15&lt;/pages&gt;&lt;volume&gt;111&lt;/volume&gt;&lt;number&gt;2&lt;/number&gt;&lt;dates&gt;&lt;year&gt;2005&lt;/year&gt;&lt;pub-dates&gt;&lt;date&gt;Feb&lt;/date&gt;&lt;/pub-dates&gt;&lt;/dates&gt;&lt;pub-location&gt;Department of Psychiatry and Psychotherapy, University Hospital Hamburg-Eppendorf, Germany. naber@uke.uni-hamburg.de&lt;/pub-location&gt;&lt;isbn&gt;0001-690X (Print) 0001-690X (Linking)&lt;/isbn&gt;&lt;urls&gt;&lt;related-urls&gt;&lt;url&gt;https://www.ncbi.nlm.nih.gov/pubmed/15667429&lt;/url&gt;&lt;/related-urls&gt;&lt;/urls&gt;&lt;electronic-resource-num&gt;10.1111/j.1600-0447.2004.00486.x&lt;/electronic-resource-num&gt;&lt;/record&gt;&lt;/Cite&gt;&lt;/EndNote&gt;</w:instrText>
            </w:r>
            <w:r w:rsidR="0031308D" w:rsidRPr="00EB75F0">
              <w:fldChar w:fldCharType="separate"/>
            </w:r>
            <w:r w:rsidR="00452EF4" w:rsidRPr="00452EF4">
              <w:rPr>
                <w:noProof/>
                <w:vertAlign w:val="superscript"/>
              </w:rPr>
              <w:t>49</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4B50860F" w14:textId="77777777" w:rsidR="009446D0" w:rsidRPr="00EB75F0" w:rsidRDefault="0084596B">
            <w:pPr>
              <w:spacing w:before="60" w:after="60" w:line="240" w:lineRule="auto"/>
              <w:rPr>
                <w:sz w:val="14"/>
              </w:rPr>
            </w:pPr>
            <w:r w:rsidRPr="00EB75F0">
              <w:rPr>
                <w:color w:val="000000"/>
                <w:sz w:val="14"/>
              </w:rPr>
              <w:t>2005</w:t>
            </w:r>
          </w:p>
        </w:tc>
        <w:tc>
          <w:tcPr>
            <w:tcW w:w="0" w:type="auto"/>
            <w:tcBorders>
              <w:top w:val="single" w:sz="4" w:space="0" w:color="000000"/>
              <w:left w:val="single" w:sz="4" w:space="0" w:color="000000"/>
              <w:bottom w:val="single" w:sz="4" w:space="0" w:color="000000"/>
              <w:right w:val="single" w:sz="4" w:space="0" w:color="000000"/>
            </w:tcBorders>
          </w:tcPr>
          <w:p w14:paraId="6B33C32A"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3BD31AAB"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2CB2E811"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667D94C3"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7AC0ECB4"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5645BCDC"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4C6B2D58"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46B7789D"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079AEB3E" w14:textId="77777777" w:rsidR="009446D0" w:rsidRPr="00EB75F0" w:rsidRDefault="0084596B">
            <w:pPr>
              <w:spacing w:before="60" w:after="60" w:line="240" w:lineRule="auto"/>
              <w:rPr>
                <w:sz w:val="14"/>
              </w:rPr>
            </w:pPr>
            <w:r w:rsidRPr="00EB75F0">
              <w:rPr>
                <w:color w:val="000000"/>
                <w:sz w:val="14"/>
              </w:rPr>
              <w:t>122</w:t>
            </w:r>
          </w:p>
        </w:tc>
        <w:tc>
          <w:tcPr>
            <w:tcW w:w="0" w:type="auto"/>
            <w:tcBorders>
              <w:top w:val="single" w:sz="4" w:space="0" w:color="000000"/>
              <w:left w:val="single" w:sz="4" w:space="0" w:color="000000"/>
              <w:bottom w:val="single" w:sz="4" w:space="0" w:color="000000"/>
              <w:right w:val="single" w:sz="4" w:space="0" w:color="000000"/>
            </w:tcBorders>
          </w:tcPr>
          <w:p w14:paraId="5D3F5295" w14:textId="77777777" w:rsidR="009446D0" w:rsidRPr="00EB75F0" w:rsidRDefault="0084596B">
            <w:pPr>
              <w:spacing w:before="60" w:after="60" w:line="240" w:lineRule="auto"/>
              <w:rPr>
                <w:sz w:val="14"/>
              </w:rPr>
            </w:pPr>
            <w:r w:rsidRPr="00EB75F0">
              <w:rPr>
                <w:color w:val="000000"/>
                <w:sz w:val="14"/>
              </w:rPr>
              <w:t>114</w:t>
            </w:r>
          </w:p>
        </w:tc>
        <w:tc>
          <w:tcPr>
            <w:tcW w:w="0" w:type="auto"/>
            <w:tcBorders>
              <w:top w:val="single" w:sz="4" w:space="0" w:color="000000"/>
              <w:left w:val="single" w:sz="4" w:space="0" w:color="000000"/>
              <w:bottom w:val="single" w:sz="4" w:space="0" w:color="000000"/>
              <w:right w:val="single" w:sz="4" w:space="0" w:color="000000"/>
            </w:tcBorders>
          </w:tcPr>
          <w:p w14:paraId="61500CA5" w14:textId="77777777" w:rsidR="009446D0" w:rsidRPr="00EB75F0" w:rsidRDefault="0084596B">
            <w:pPr>
              <w:spacing w:before="60" w:after="60" w:line="240" w:lineRule="auto"/>
              <w:rPr>
                <w:sz w:val="14"/>
              </w:rPr>
            </w:pPr>
            <w:r w:rsidRPr="00EB75F0">
              <w:rPr>
                <w:color w:val="000000"/>
                <w:sz w:val="14"/>
              </w:rPr>
              <w:t>26</w:t>
            </w:r>
          </w:p>
        </w:tc>
        <w:tc>
          <w:tcPr>
            <w:tcW w:w="0" w:type="auto"/>
            <w:tcBorders>
              <w:top w:val="single" w:sz="4" w:space="0" w:color="000000"/>
              <w:left w:val="single" w:sz="4" w:space="0" w:color="000000"/>
              <w:bottom w:val="single" w:sz="4" w:space="0" w:color="000000"/>
              <w:right w:val="single" w:sz="4" w:space="0" w:color="000000"/>
            </w:tcBorders>
          </w:tcPr>
          <w:p w14:paraId="57021312" w14:textId="77777777" w:rsidR="009446D0" w:rsidRPr="00EB75F0" w:rsidRDefault="0084596B">
            <w:pPr>
              <w:spacing w:before="60" w:after="60" w:line="240" w:lineRule="auto"/>
              <w:rPr>
                <w:sz w:val="14"/>
              </w:rPr>
            </w:pPr>
            <w:r w:rsidRPr="00EB75F0">
              <w:rPr>
                <w:color w:val="000000"/>
                <w:sz w:val="14"/>
              </w:rPr>
              <w:t>18-59</w:t>
            </w:r>
          </w:p>
        </w:tc>
        <w:tc>
          <w:tcPr>
            <w:tcW w:w="0" w:type="auto"/>
            <w:tcBorders>
              <w:top w:val="single" w:sz="4" w:space="0" w:color="000000"/>
              <w:left w:val="single" w:sz="4" w:space="0" w:color="000000"/>
              <w:bottom w:val="single" w:sz="4" w:space="0" w:color="000000"/>
              <w:right w:val="single" w:sz="4" w:space="0" w:color="000000"/>
            </w:tcBorders>
          </w:tcPr>
          <w:p w14:paraId="05A2806B"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167BB0FC"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FCABA03" w14:textId="3651916B" w:rsidR="009446D0" w:rsidRPr="00EB75F0" w:rsidRDefault="0084596B">
            <w:pPr>
              <w:spacing w:before="60" w:after="60" w:line="240" w:lineRule="auto"/>
              <w:rPr>
                <w:sz w:val="14"/>
              </w:rPr>
            </w:pPr>
            <w:r w:rsidRPr="00EB75F0">
              <w:rPr>
                <w:color w:val="1E1E1E"/>
                <w:sz w:val="14"/>
              </w:rPr>
              <w:t>Heinrich 1994</w:t>
            </w:r>
            <w:r w:rsidR="0031308D" w:rsidRPr="00EB75F0">
              <w:fldChar w:fldCharType="begin"/>
            </w:r>
            <w:r w:rsidR="00452EF4">
              <w:instrText xml:space="preserve"> ADDIN EN.CITE &lt;EndNote&gt;&lt;Cite&gt;&lt;Author&gt;Heinrich&lt;/Author&gt;&lt;Year&gt;1994&lt;/Year&gt;&lt;RecNum&gt;47&lt;/RecNum&gt;&lt;DisplayText&gt;&lt;style face="superscript"&gt;50&lt;/style&gt;&lt;/DisplayText&gt;&lt;record&gt;&lt;rec-number&gt;47&lt;/rec-number&gt;&lt;foreign-keys&gt;&lt;key app="EN" db-id="9ttaxzax2p0tr7ewzt55atews50zvxaaa5rz" timestamp="1764068833"&gt;47&lt;/key&gt;&lt;/foreign-keys&gt;&lt;ref-type name="Journal Article"&gt;17&lt;/ref-type&gt;&lt;contributors&gt;&lt;authors&gt;&lt;author&gt;Heinrich, Kurt&lt;/author&gt;&lt;author&gt;Klieser, Eckhard&lt;/author&gt;&lt;author&gt;Lehmann, Erlo&lt;/author&gt;&lt;author&gt;Ḱinzler, Eckhart&lt;/author&gt;&lt;author&gt;Hruschka, HelgÁ&lt;/author&gt;&lt;/authors&gt;&lt;/contributors&gt;&lt;titles&gt;&lt;title&gt;Risperidone versus clozapine in the treatment of schizophrenic patients with acute symptoms: a double blind, randomized trial&lt;/title&gt;&lt;secondary-title&gt;Progress in Neuro-Psychopharmacology and Biological Psychiatry&lt;/secondary-title&gt;&lt;/titles&gt;&lt;periodical&gt;&lt;full-title&gt;Progress in Neuro-Psychopharmacology and Biological Psychiatry&lt;/full-title&gt;&lt;/periodical&gt;&lt;pages&gt;129-137&lt;/pages&gt;&lt;volume&gt;18&lt;/volume&gt;&lt;number&gt;1&lt;/number&gt;&lt;dates&gt;&lt;year&gt;1994&lt;/year&gt;&lt;/dates&gt;&lt;isbn&gt;0278-5846&lt;/isbn&gt;&lt;urls&gt;&lt;/urls&gt;&lt;/record&gt;&lt;/Cite&gt;&lt;/EndNote&gt;</w:instrText>
            </w:r>
            <w:r w:rsidR="0031308D" w:rsidRPr="00EB75F0">
              <w:fldChar w:fldCharType="separate"/>
            </w:r>
            <w:r w:rsidR="00452EF4" w:rsidRPr="00452EF4">
              <w:rPr>
                <w:noProof/>
                <w:vertAlign w:val="superscript"/>
              </w:rPr>
              <w:t>50</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3F4EC7C7" w14:textId="77777777" w:rsidR="009446D0" w:rsidRPr="00EB75F0" w:rsidRDefault="0084596B">
            <w:pPr>
              <w:spacing w:before="60" w:after="60" w:line="240" w:lineRule="auto"/>
              <w:rPr>
                <w:sz w:val="14"/>
              </w:rPr>
            </w:pPr>
            <w:r w:rsidRPr="00EB75F0">
              <w:rPr>
                <w:color w:val="000000"/>
                <w:sz w:val="14"/>
              </w:rPr>
              <w:t>1994</w:t>
            </w:r>
          </w:p>
        </w:tc>
        <w:tc>
          <w:tcPr>
            <w:tcW w:w="0" w:type="auto"/>
            <w:tcBorders>
              <w:top w:val="single" w:sz="4" w:space="0" w:color="000000"/>
              <w:left w:val="single" w:sz="4" w:space="0" w:color="000000"/>
              <w:bottom w:val="single" w:sz="4" w:space="0" w:color="000000"/>
              <w:right w:val="single" w:sz="4" w:space="0" w:color="000000"/>
            </w:tcBorders>
          </w:tcPr>
          <w:p w14:paraId="4C52EA18"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23EB7B87"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BEEB799"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0061BFC"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756C5D3F"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59423DC2"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5D482FB0"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355A6893"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686AAFFC"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5FEE358E" w14:textId="77777777" w:rsidR="009446D0" w:rsidRPr="00EB75F0" w:rsidRDefault="0084596B">
            <w:pPr>
              <w:spacing w:before="60" w:after="60" w:line="240" w:lineRule="auto"/>
              <w:rPr>
                <w:sz w:val="14"/>
              </w:rPr>
            </w:pPr>
            <w:r w:rsidRPr="00EB75F0">
              <w:rPr>
                <w:color w:val="000000"/>
                <w:sz w:val="14"/>
              </w:rPr>
              <w:t>59</w:t>
            </w:r>
          </w:p>
        </w:tc>
        <w:tc>
          <w:tcPr>
            <w:tcW w:w="0" w:type="auto"/>
            <w:tcBorders>
              <w:top w:val="single" w:sz="4" w:space="0" w:color="000000"/>
              <w:left w:val="single" w:sz="4" w:space="0" w:color="000000"/>
              <w:bottom w:val="single" w:sz="4" w:space="0" w:color="000000"/>
              <w:right w:val="single" w:sz="4" w:space="0" w:color="000000"/>
            </w:tcBorders>
          </w:tcPr>
          <w:p w14:paraId="50896EB6"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43692C0F"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34CC2387"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474D0317"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2417D34" w14:textId="789AE723" w:rsidR="009446D0" w:rsidRPr="00EB75F0" w:rsidRDefault="0084596B">
            <w:pPr>
              <w:spacing w:before="60" w:after="60" w:line="240" w:lineRule="auto"/>
              <w:rPr>
                <w:sz w:val="14"/>
              </w:rPr>
            </w:pPr>
            <w:r w:rsidRPr="00EB75F0">
              <w:rPr>
                <w:color w:val="1E1E1E"/>
                <w:sz w:val="14"/>
              </w:rPr>
              <w:t>Lieberman 2016</w:t>
            </w:r>
            <w:r w:rsidR="0031308D" w:rsidRPr="00EB75F0">
              <w:fldChar w:fldCharType="begin"/>
            </w:r>
            <w:r w:rsidR="00452EF4">
              <w:instrText xml:space="preserve"> ADDIN EN.CITE &lt;EndNote&gt;&lt;Cite&gt;&lt;Author&gt;Lieberman&lt;/Author&gt;&lt;Year&gt;2016&lt;/Year&gt;&lt;RecNum&gt;48&lt;/RecNum&gt;&lt;DisplayText&gt;&lt;style face="superscript"&gt;51&lt;/style&gt;&lt;/DisplayText&gt;&lt;record&gt;&lt;rec-number&gt;48&lt;/rec-number&gt;&lt;foreign-keys&gt;&lt;key app="EN" db-id="9ttaxzax2p0tr7ewzt55atews50zvxaaa5rz" timestamp="1764068834"&gt;48&lt;/key&gt;&lt;/foreign-keys&gt;&lt;ref-type name="Journal Article"&gt;17&lt;/ref-type&gt;&lt;contributors&gt;&lt;authors&gt;&lt;author&gt;Lieberman, Jeffrey A&lt;/author&gt;&lt;author&gt;Davis, Robert E&lt;/author&gt;&lt;author&gt;Correll, Christoph U&lt;/author&gt;&lt;author&gt;Goff, Donald C&lt;/author&gt;&lt;author&gt;Kane, John M&lt;/author&gt;&lt;author&gt;Tamminga, Carol A&lt;/author&gt;&lt;author&gt;Mates, Sharon&lt;/author&gt;&lt;author&gt;Vanover, Kimberly E&lt;/author&gt;&lt;/authors&gt;&lt;/contributors&gt;&lt;titles&gt;&lt;title&gt;ITI-007 for the treatment of schizophrenia: a 4-week randomized, double-blind, controlled trial&lt;/title&gt;&lt;secondary-title&gt;Biological psychiatry&lt;/secondary-title&gt;&lt;/titles&gt;&lt;periodical&gt;&lt;full-title&gt;Biological psychiatry&lt;/full-title&gt;&lt;/periodical&gt;&lt;pages&gt;952-961&lt;/pages&gt;&lt;volume&gt;79&lt;/volume&gt;&lt;number&gt;12&lt;/number&gt;&lt;dates&gt;&lt;year&gt;2016&lt;/year&gt;&lt;/dates&gt;&lt;isbn&gt;0006-3223&lt;/isbn&gt;&lt;urls&gt;&lt;/urls&gt;&lt;/record&gt;&lt;/Cite&gt;&lt;/EndNote&gt;</w:instrText>
            </w:r>
            <w:r w:rsidR="0031308D" w:rsidRPr="00EB75F0">
              <w:fldChar w:fldCharType="separate"/>
            </w:r>
            <w:r w:rsidR="00452EF4" w:rsidRPr="00452EF4">
              <w:rPr>
                <w:noProof/>
                <w:vertAlign w:val="superscript"/>
              </w:rPr>
              <w:t>51</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456CFC92" w14:textId="77777777" w:rsidR="009446D0" w:rsidRPr="00EB75F0" w:rsidRDefault="0084596B">
            <w:pPr>
              <w:spacing w:before="60" w:after="60" w:line="240" w:lineRule="auto"/>
              <w:rPr>
                <w:sz w:val="14"/>
              </w:rPr>
            </w:pPr>
            <w:r w:rsidRPr="00EB75F0">
              <w:rPr>
                <w:color w:val="000000"/>
                <w:sz w:val="14"/>
              </w:rPr>
              <w:t>2016</w:t>
            </w:r>
          </w:p>
        </w:tc>
        <w:tc>
          <w:tcPr>
            <w:tcW w:w="0" w:type="auto"/>
            <w:tcBorders>
              <w:top w:val="single" w:sz="4" w:space="0" w:color="000000"/>
              <w:left w:val="single" w:sz="4" w:space="0" w:color="000000"/>
              <w:bottom w:val="single" w:sz="4" w:space="0" w:color="000000"/>
              <w:right w:val="single" w:sz="4" w:space="0" w:color="000000"/>
            </w:tcBorders>
          </w:tcPr>
          <w:p w14:paraId="01224E3A"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C1FAABD"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5E5D9D3"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5DE2255E"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47C061B3"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3A70EA64"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18DCDA6B"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6BB3F769" w14:textId="77777777" w:rsidR="009446D0" w:rsidRPr="00EB75F0" w:rsidRDefault="0084596B">
            <w:pPr>
              <w:spacing w:before="60" w:after="60" w:line="240" w:lineRule="auto"/>
              <w:rPr>
                <w:sz w:val="14"/>
              </w:rPr>
            </w:pPr>
            <w:r w:rsidRPr="00EB75F0">
              <w:rPr>
                <w:color w:val="000000"/>
                <w:sz w:val="14"/>
              </w:rPr>
              <w:t>Dose-ranging and active-controlled</w:t>
            </w:r>
          </w:p>
        </w:tc>
        <w:tc>
          <w:tcPr>
            <w:tcW w:w="0" w:type="auto"/>
            <w:tcBorders>
              <w:top w:val="single" w:sz="4" w:space="0" w:color="000000"/>
              <w:left w:val="single" w:sz="4" w:space="0" w:color="000000"/>
              <w:bottom w:val="single" w:sz="4" w:space="0" w:color="000000"/>
              <w:right w:val="single" w:sz="4" w:space="0" w:color="000000"/>
            </w:tcBorders>
          </w:tcPr>
          <w:p w14:paraId="72276E5A" w14:textId="77777777" w:rsidR="009446D0" w:rsidRPr="00EB75F0" w:rsidRDefault="0084596B">
            <w:pPr>
              <w:spacing w:before="60" w:after="60" w:line="240" w:lineRule="auto"/>
              <w:rPr>
                <w:sz w:val="14"/>
              </w:rPr>
            </w:pPr>
            <w:r w:rsidRPr="00EB75F0">
              <w:rPr>
                <w:color w:val="000000"/>
                <w:sz w:val="14"/>
              </w:rPr>
              <w:t>467</w:t>
            </w:r>
          </w:p>
        </w:tc>
        <w:tc>
          <w:tcPr>
            <w:tcW w:w="0" w:type="auto"/>
            <w:tcBorders>
              <w:top w:val="single" w:sz="4" w:space="0" w:color="000000"/>
              <w:left w:val="single" w:sz="4" w:space="0" w:color="000000"/>
              <w:bottom w:val="single" w:sz="4" w:space="0" w:color="000000"/>
              <w:right w:val="single" w:sz="4" w:space="0" w:color="000000"/>
            </w:tcBorders>
          </w:tcPr>
          <w:p w14:paraId="6DC17298" w14:textId="77777777" w:rsidR="009446D0" w:rsidRPr="00EB75F0" w:rsidRDefault="0084596B">
            <w:pPr>
              <w:spacing w:before="60" w:after="60" w:line="240" w:lineRule="auto"/>
              <w:rPr>
                <w:sz w:val="14"/>
              </w:rPr>
            </w:pPr>
            <w:r w:rsidRPr="00EB75F0">
              <w:rPr>
                <w:color w:val="000000"/>
                <w:sz w:val="14"/>
              </w:rPr>
              <w:t>335</w:t>
            </w:r>
          </w:p>
        </w:tc>
        <w:tc>
          <w:tcPr>
            <w:tcW w:w="0" w:type="auto"/>
            <w:tcBorders>
              <w:top w:val="single" w:sz="4" w:space="0" w:color="000000"/>
              <w:left w:val="single" w:sz="4" w:space="0" w:color="000000"/>
              <w:bottom w:val="single" w:sz="4" w:space="0" w:color="000000"/>
              <w:right w:val="single" w:sz="4" w:space="0" w:color="000000"/>
            </w:tcBorders>
          </w:tcPr>
          <w:p w14:paraId="315633D2"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530EC9D8" w14:textId="77777777" w:rsidR="009446D0" w:rsidRPr="00EB75F0" w:rsidRDefault="0084596B">
            <w:pPr>
              <w:spacing w:before="60" w:after="60" w:line="240" w:lineRule="auto"/>
              <w:rPr>
                <w:sz w:val="14"/>
              </w:rPr>
            </w:pPr>
            <w:r w:rsidRPr="00EB75F0">
              <w:rPr>
                <w:color w:val="000000"/>
                <w:sz w:val="14"/>
              </w:rPr>
              <w:t>18-55</w:t>
            </w:r>
          </w:p>
        </w:tc>
        <w:tc>
          <w:tcPr>
            <w:tcW w:w="0" w:type="auto"/>
            <w:tcBorders>
              <w:top w:val="single" w:sz="4" w:space="0" w:color="000000"/>
              <w:left w:val="single" w:sz="4" w:space="0" w:color="000000"/>
              <w:bottom w:val="single" w:sz="4" w:space="0" w:color="000000"/>
              <w:right w:val="single" w:sz="4" w:space="0" w:color="000000"/>
            </w:tcBorders>
          </w:tcPr>
          <w:p w14:paraId="7962330A" w14:textId="77777777" w:rsidR="009446D0" w:rsidRPr="00EB75F0" w:rsidRDefault="0084596B">
            <w:pPr>
              <w:spacing w:before="60" w:after="60" w:line="240" w:lineRule="auto"/>
              <w:rPr>
                <w:sz w:val="14"/>
              </w:rPr>
            </w:pPr>
            <w:r w:rsidRPr="00EB75F0">
              <w:rPr>
                <w:color w:val="000000"/>
                <w:sz w:val="14"/>
              </w:rPr>
              <w:t>II</w:t>
            </w:r>
          </w:p>
        </w:tc>
      </w:tr>
      <w:tr w:rsidR="009446D0" w:rsidRPr="00EB75F0" w14:paraId="75963AB1"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707C57F4" w14:textId="1CA86EAD" w:rsidR="009446D0" w:rsidRPr="00EB75F0" w:rsidRDefault="0084596B">
            <w:pPr>
              <w:spacing w:before="60" w:after="60" w:line="240" w:lineRule="auto"/>
              <w:rPr>
                <w:sz w:val="14"/>
              </w:rPr>
            </w:pPr>
            <w:r w:rsidRPr="00EB75F0">
              <w:rPr>
                <w:color w:val="1E1E1E"/>
                <w:sz w:val="14"/>
              </w:rPr>
              <w:t>Correll 2020</w:t>
            </w:r>
            <w:r w:rsidR="0031308D" w:rsidRPr="00EB75F0">
              <w:fldChar w:fldCharType="begin"/>
            </w:r>
            <w:r w:rsidR="00452EF4">
              <w:instrText xml:space="preserve"> ADDIN EN.CITE &lt;EndNote&gt;&lt;Cite&gt;&lt;Author&gt;Correll&lt;/Author&gt;&lt;Year&gt;2020&lt;/Year&gt;&lt;RecNum&gt;49&lt;/RecNum&gt;&lt;DisplayText&gt;&lt;style face="superscript"&gt;52&lt;/style&gt;&lt;/DisplayText&gt;&lt;record&gt;&lt;rec-number&gt;49&lt;/rec-number&gt;&lt;foreign-keys&gt;&lt;key app="EN" db-id="9ttaxzax2p0tr7ewzt55atews50zvxaaa5rz" timestamp="1764068834"&gt;49&lt;/key&gt;&lt;/foreign-keys&gt;&lt;ref-type name="Journal Article"&gt;17&lt;/ref-type&gt;&lt;contributors&gt;&lt;authors&gt;&lt;author&gt;Correll, C. U.&lt;/author&gt;&lt;author&gt;Davis, R. E.&lt;/author&gt;&lt;author&gt;Weingart, M.&lt;/author&gt;&lt;author&gt;Saillard, J.&lt;/author&gt;&lt;author&gt;O&amp;apos;Gorman, C.&lt;/author&gt;&lt;author&gt;Kane, J. M.&lt;/author&gt;&lt;author&gt;Lieberman, J. A.&lt;/author&gt;&lt;author&gt;Tamminga, C. A.&lt;/author&gt;&lt;author&gt;Mates, S.&lt;/author&gt;&lt;author&gt;Vanover, K. E.&lt;/author&gt;&lt;/authors&gt;&lt;/contributors&gt;&lt;titles&gt;&lt;title&gt;Efficacy and Safety of Lumateperone for Treatment of Schizophrenia: a Randomized Clinical Trial&lt;/title&gt;&lt;secondary-title&gt;JAMA psychiatry&lt;/secondary-title&gt;&lt;/titles&gt;&lt;periodical&gt;&lt;full-title&gt;JAMA psychiatry&lt;/full-title&gt;&lt;/periodical&gt;&lt;pages&gt;349</w:instrText>
            </w:r>
            <w:r w:rsidR="00452EF4">
              <w:rPr>
                <w:rFonts w:ascii="Cambria Math" w:hAnsi="Cambria Math" w:cs="Cambria Math"/>
              </w:rPr>
              <w:instrText>‐</w:instrText>
            </w:r>
            <w:r w:rsidR="00452EF4">
              <w:instrText>358&lt;/pages&gt;&lt;volume&gt;77&lt;/volume&gt;&lt;number&gt;4&lt;/number&gt;&lt;dates&gt;&lt;year&gt;2020&lt;/year&gt;&lt;/dates&gt;&lt;work-type&gt;Journal article&lt;/work-type&gt;&lt;urls&gt;&lt;related-urls&gt;&lt;url&gt;https://www.cochranelibrary.com/central/doi/10.1002/central/CN-02073217/full&lt;/url&gt;&lt;/related-urls&gt;&lt;/urls&gt;&lt;electronic-resource-num&gt;10.1001/jamapsychiatry.2019.4379&lt;/electronic-resource-num&gt;&lt;/record&gt;&lt;/Cite&gt;&lt;/EndNote&gt;</w:instrText>
            </w:r>
            <w:r w:rsidR="0031308D" w:rsidRPr="00EB75F0">
              <w:fldChar w:fldCharType="separate"/>
            </w:r>
            <w:r w:rsidR="00452EF4" w:rsidRPr="00452EF4">
              <w:rPr>
                <w:noProof/>
                <w:vertAlign w:val="superscript"/>
              </w:rPr>
              <w:t>52</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6D471A3B" w14:textId="77777777" w:rsidR="009446D0" w:rsidRPr="00EB75F0" w:rsidRDefault="0084596B">
            <w:pPr>
              <w:spacing w:before="60" w:after="60" w:line="240" w:lineRule="auto"/>
              <w:rPr>
                <w:sz w:val="14"/>
              </w:rPr>
            </w:pPr>
            <w:r w:rsidRPr="00EB75F0">
              <w:rPr>
                <w:color w:val="000000"/>
                <w:sz w:val="14"/>
              </w:rPr>
              <w:t>2020</w:t>
            </w:r>
          </w:p>
        </w:tc>
        <w:tc>
          <w:tcPr>
            <w:tcW w:w="0" w:type="auto"/>
            <w:tcBorders>
              <w:top w:val="single" w:sz="4" w:space="0" w:color="000000"/>
              <w:left w:val="single" w:sz="4" w:space="0" w:color="000000"/>
              <w:bottom w:val="single" w:sz="4" w:space="0" w:color="000000"/>
              <w:right w:val="single" w:sz="4" w:space="0" w:color="000000"/>
            </w:tcBorders>
          </w:tcPr>
          <w:p w14:paraId="5BC64D88"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1993D3C"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4ECF170A"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9B3B837"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7EAF1129"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1D32436A"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2C50F42E"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38B444CE" w14:textId="77777777" w:rsidR="009446D0" w:rsidRPr="00EB75F0" w:rsidRDefault="0084596B">
            <w:pPr>
              <w:spacing w:before="60" w:after="60" w:line="240" w:lineRule="auto"/>
              <w:rPr>
                <w:sz w:val="14"/>
              </w:rPr>
            </w:pPr>
            <w:r w:rsidRPr="00EB75F0">
              <w:rPr>
                <w:color w:val="000000"/>
                <w:sz w:val="14"/>
              </w:rPr>
              <w:t>Dose-ranging and placebo-controlled</w:t>
            </w:r>
          </w:p>
        </w:tc>
        <w:tc>
          <w:tcPr>
            <w:tcW w:w="0" w:type="auto"/>
            <w:tcBorders>
              <w:top w:val="single" w:sz="4" w:space="0" w:color="000000"/>
              <w:left w:val="single" w:sz="4" w:space="0" w:color="000000"/>
              <w:bottom w:val="single" w:sz="4" w:space="0" w:color="000000"/>
              <w:right w:val="single" w:sz="4" w:space="0" w:color="000000"/>
            </w:tcBorders>
          </w:tcPr>
          <w:p w14:paraId="76C0603C" w14:textId="77777777" w:rsidR="009446D0" w:rsidRPr="00EB75F0" w:rsidRDefault="0084596B">
            <w:pPr>
              <w:spacing w:before="60" w:after="60" w:line="240" w:lineRule="auto"/>
              <w:rPr>
                <w:sz w:val="14"/>
              </w:rPr>
            </w:pPr>
            <w:r w:rsidRPr="00EB75F0">
              <w:rPr>
                <w:color w:val="000000"/>
                <w:sz w:val="14"/>
              </w:rPr>
              <w:t>630</w:t>
            </w:r>
          </w:p>
        </w:tc>
        <w:tc>
          <w:tcPr>
            <w:tcW w:w="0" w:type="auto"/>
            <w:tcBorders>
              <w:top w:val="single" w:sz="4" w:space="0" w:color="000000"/>
              <w:left w:val="single" w:sz="4" w:space="0" w:color="000000"/>
              <w:bottom w:val="single" w:sz="4" w:space="0" w:color="000000"/>
              <w:right w:val="single" w:sz="4" w:space="0" w:color="000000"/>
            </w:tcBorders>
          </w:tcPr>
          <w:p w14:paraId="4D38CFFD" w14:textId="77777777" w:rsidR="009446D0" w:rsidRPr="00EB75F0" w:rsidRDefault="0084596B">
            <w:pPr>
              <w:spacing w:before="60" w:after="60" w:line="240" w:lineRule="auto"/>
              <w:rPr>
                <w:sz w:val="14"/>
              </w:rPr>
            </w:pPr>
            <w:r w:rsidRPr="00EB75F0">
              <w:rPr>
                <w:color w:val="000000"/>
                <w:sz w:val="14"/>
              </w:rPr>
              <w:t>450</w:t>
            </w:r>
          </w:p>
        </w:tc>
        <w:tc>
          <w:tcPr>
            <w:tcW w:w="0" w:type="auto"/>
            <w:tcBorders>
              <w:top w:val="single" w:sz="4" w:space="0" w:color="000000"/>
              <w:left w:val="single" w:sz="4" w:space="0" w:color="000000"/>
              <w:bottom w:val="single" w:sz="4" w:space="0" w:color="000000"/>
              <w:right w:val="single" w:sz="4" w:space="0" w:color="000000"/>
            </w:tcBorders>
          </w:tcPr>
          <w:p w14:paraId="178FEFDC"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07F18153" w14:textId="77777777" w:rsidR="009446D0" w:rsidRPr="00EB75F0" w:rsidRDefault="0084596B">
            <w:pPr>
              <w:spacing w:before="60" w:after="60" w:line="240" w:lineRule="auto"/>
              <w:rPr>
                <w:sz w:val="14"/>
              </w:rPr>
            </w:pPr>
            <w:r w:rsidRPr="00EB75F0">
              <w:rPr>
                <w:color w:val="000000"/>
                <w:sz w:val="14"/>
              </w:rPr>
              <w:t>18-60</w:t>
            </w:r>
          </w:p>
        </w:tc>
        <w:tc>
          <w:tcPr>
            <w:tcW w:w="0" w:type="auto"/>
            <w:tcBorders>
              <w:top w:val="single" w:sz="4" w:space="0" w:color="000000"/>
              <w:left w:val="single" w:sz="4" w:space="0" w:color="000000"/>
              <w:bottom w:val="single" w:sz="4" w:space="0" w:color="000000"/>
              <w:right w:val="single" w:sz="4" w:space="0" w:color="000000"/>
            </w:tcBorders>
          </w:tcPr>
          <w:p w14:paraId="56FAFBAF"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25BEDD77"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F569B81" w14:textId="633F9E7E" w:rsidR="009446D0" w:rsidRPr="00EB75F0" w:rsidRDefault="0084596B">
            <w:pPr>
              <w:spacing w:before="60" w:after="60" w:line="240" w:lineRule="auto"/>
              <w:rPr>
                <w:sz w:val="14"/>
              </w:rPr>
            </w:pPr>
            <w:r w:rsidRPr="00EB75F0">
              <w:rPr>
                <w:color w:val="1E1E1E"/>
                <w:sz w:val="14"/>
              </w:rPr>
              <w:t>Bernardo 2001</w:t>
            </w:r>
            <w:r w:rsidR="0031308D" w:rsidRPr="00EB75F0">
              <w:fldChar w:fldCharType="begin"/>
            </w:r>
            <w:r w:rsidR="00073331">
              <w:instrText xml:space="preserve"> ADDIN EN.CITE &lt;EndNote&gt;&lt;Cite&gt;&lt;Author&gt;Bernardo&lt;/Author&gt;&lt;Year&gt;2001&lt;/Year&gt;&lt;RecNum&gt;2&lt;/RecNum&gt;&lt;DisplayText&gt;&lt;style face="superscript"&gt;2&lt;/style&gt;&lt;/DisplayText&gt;&lt;record&gt;&lt;rec-number&gt;2&lt;/rec-number&gt;&lt;foreign-keys&gt;&lt;key app="EN" db-id="9ttaxzax2p0tr7ewzt55atews50zvxaaa5rz" timestamp="1764068824"&gt;2&lt;/key&gt;&lt;/foreign-keys&gt;&lt;ref-type name="Journal Article"&gt;17&lt;/ref-type&gt;&lt;contributors&gt;&lt;authors&gt;&lt;author&gt;Bernardo, Miquel&lt;/author&gt;&lt;author&gt;Parellada, Eduard&lt;/author&gt;&lt;author&gt;Lomeña, Francisco&lt;/author&gt;&lt;author&gt;Catafau, Ana M&lt;/author&gt;&lt;author&gt;Font, Mireia&lt;/author&gt;&lt;author&gt;Gómez, Juan C&lt;/author&gt;&lt;author&gt;López-Carrero, Carmen&lt;/author&gt;&lt;author&gt;Gutiérrez, Fernando&lt;/author&gt;&lt;author&gt;Pavı́a, Javier&lt;/author&gt;&lt;author&gt;Salamero, Manel&lt;/author&gt;&lt;/authors&gt;&lt;/contributors&gt;&lt;titles&gt;&lt;title&gt;Double-blind olanzapine vs. haloperidol D2 dopamine receptor blockade in schizophrenic patients: a baseline-endpoint [123I] IBZM SPECT study&lt;/title&gt;&lt;secondary-title&gt;Psychiatry Research: Neuroimaging&lt;/secondary-title&gt;&lt;/titles&gt;&lt;periodical&gt;&lt;full-title&gt;Psychiatry Research: Neuroimaging&lt;/full-title&gt;&lt;/periodical&gt;&lt;pages&gt;87-97&lt;/pages&gt;&lt;volume&gt;107&lt;/volume&gt;&lt;number&gt;2&lt;/number&gt;&lt;dates&gt;&lt;year&gt;2001&lt;/year&gt;&lt;/dates&gt;&lt;isbn&gt;0925-4927&lt;/isbn&gt;&lt;urls&gt;&lt;/urls&gt;&lt;/record&gt;&lt;/Cite&gt;&lt;/EndNote&gt;</w:instrText>
            </w:r>
            <w:r w:rsidR="0031308D" w:rsidRPr="00EB75F0">
              <w:fldChar w:fldCharType="separate"/>
            </w:r>
            <w:r w:rsidR="008D3092" w:rsidRPr="008D3092">
              <w:rPr>
                <w:noProof/>
                <w:vertAlign w:val="superscript"/>
              </w:rPr>
              <w:t>2</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8985970" w14:textId="77777777" w:rsidR="009446D0" w:rsidRPr="00EB75F0" w:rsidRDefault="0084596B">
            <w:pPr>
              <w:spacing w:before="60" w:after="60" w:line="240" w:lineRule="auto"/>
              <w:rPr>
                <w:sz w:val="14"/>
              </w:rPr>
            </w:pPr>
            <w:r w:rsidRPr="00EB75F0">
              <w:rPr>
                <w:color w:val="000000"/>
                <w:sz w:val="14"/>
              </w:rPr>
              <w:t>2001</w:t>
            </w:r>
          </w:p>
        </w:tc>
        <w:tc>
          <w:tcPr>
            <w:tcW w:w="0" w:type="auto"/>
            <w:tcBorders>
              <w:top w:val="single" w:sz="4" w:space="0" w:color="000000"/>
              <w:left w:val="single" w:sz="4" w:space="0" w:color="000000"/>
              <w:bottom w:val="single" w:sz="4" w:space="0" w:color="000000"/>
              <w:right w:val="single" w:sz="4" w:space="0" w:color="000000"/>
            </w:tcBorders>
          </w:tcPr>
          <w:p w14:paraId="67ABF2A7"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4A88F01F"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270ADFB"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7CF2C0F"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1DA05EF"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44225B12"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750C92AF" w14:textId="77777777" w:rsidR="009446D0" w:rsidRPr="00EB75F0" w:rsidRDefault="0084596B">
            <w:pPr>
              <w:spacing w:before="60" w:after="60" w:line="240" w:lineRule="auto"/>
              <w:rPr>
                <w:sz w:val="14"/>
              </w:rPr>
            </w:pPr>
            <w:r w:rsidRPr="00EB75F0">
              <w:rPr>
                <w:color w:val="000000"/>
                <w:sz w:val="14"/>
              </w:rPr>
              <w:t>First episode</w:t>
            </w:r>
          </w:p>
        </w:tc>
        <w:tc>
          <w:tcPr>
            <w:tcW w:w="0" w:type="auto"/>
            <w:tcBorders>
              <w:top w:val="single" w:sz="4" w:space="0" w:color="000000"/>
              <w:left w:val="single" w:sz="4" w:space="0" w:color="000000"/>
              <w:bottom w:val="single" w:sz="4" w:space="0" w:color="000000"/>
              <w:right w:val="single" w:sz="4" w:space="0" w:color="000000"/>
            </w:tcBorders>
          </w:tcPr>
          <w:p w14:paraId="7E6438E9"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65E82DDD"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173474CB" w14:textId="77777777" w:rsidR="009446D0" w:rsidRPr="00EB75F0" w:rsidRDefault="0084596B">
            <w:pPr>
              <w:spacing w:before="60" w:after="60" w:line="240" w:lineRule="auto"/>
              <w:rPr>
                <w:sz w:val="14"/>
              </w:rPr>
            </w:pPr>
            <w:r w:rsidRPr="00EB75F0">
              <w:rPr>
                <w:color w:val="000000"/>
                <w:sz w:val="14"/>
              </w:rPr>
              <w:t>27</w:t>
            </w:r>
          </w:p>
        </w:tc>
        <w:tc>
          <w:tcPr>
            <w:tcW w:w="0" w:type="auto"/>
            <w:tcBorders>
              <w:top w:val="single" w:sz="4" w:space="0" w:color="000000"/>
              <w:left w:val="single" w:sz="4" w:space="0" w:color="000000"/>
              <w:bottom w:val="single" w:sz="4" w:space="0" w:color="000000"/>
              <w:right w:val="single" w:sz="4" w:space="0" w:color="000000"/>
            </w:tcBorders>
          </w:tcPr>
          <w:p w14:paraId="52714CBD"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5F99C2F4" w14:textId="77777777" w:rsidR="009446D0" w:rsidRPr="00EB75F0" w:rsidRDefault="0084596B">
            <w:pPr>
              <w:spacing w:before="60" w:after="60" w:line="240" w:lineRule="auto"/>
              <w:rPr>
                <w:sz w:val="14"/>
              </w:rPr>
            </w:pPr>
            <w:r w:rsidRPr="00EB75F0">
              <w:rPr>
                <w:color w:val="000000"/>
                <w:sz w:val="14"/>
              </w:rPr>
              <w:t>18-44</w:t>
            </w:r>
          </w:p>
        </w:tc>
        <w:tc>
          <w:tcPr>
            <w:tcW w:w="0" w:type="auto"/>
            <w:tcBorders>
              <w:top w:val="single" w:sz="4" w:space="0" w:color="000000"/>
              <w:left w:val="single" w:sz="4" w:space="0" w:color="000000"/>
              <w:bottom w:val="single" w:sz="4" w:space="0" w:color="000000"/>
              <w:right w:val="single" w:sz="4" w:space="0" w:color="000000"/>
            </w:tcBorders>
          </w:tcPr>
          <w:p w14:paraId="28D8F1BE"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615935F1"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642F719" w14:textId="75CDB7D6" w:rsidR="009446D0" w:rsidRPr="00EB75F0" w:rsidRDefault="0084596B">
            <w:pPr>
              <w:spacing w:before="60" w:after="60" w:line="240" w:lineRule="auto"/>
              <w:rPr>
                <w:sz w:val="14"/>
              </w:rPr>
            </w:pPr>
            <w:r w:rsidRPr="00EB75F0">
              <w:rPr>
                <w:color w:val="1E1E1E"/>
                <w:sz w:val="14"/>
              </w:rPr>
              <w:lastRenderedPageBreak/>
              <w:t>Alvarez 2012</w:t>
            </w:r>
            <w:r w:rsidR="0031308D" w:rsidRPr="00EB75F0">
              <w:fldChar w:fldCharType="begin"/>
            </w:r>
            <w:r w:rsidR="00452EF4">
              <w:instrText xml:space="preserve"> ADDIN EN.CITE &lt;EndNote&gt;&lt;Cite&gt;&lt;Author&gt;Álvarez&lt;/Author&gt;&lt;Year&gt;2012&lt;/Year&gt;&lt;RecNum&gt;50&lt;/RecNum&gt;&lt;DisplayText&gt;&lt;style face="superscript"&gt;53&lt;/style&gt;&lt;/DisplayText&gt;&lt;record&gt;&lt;rec-number&gt;50&lt;/rec-number&gt;&lt;foreign-keys&gt;&lt;key app="EN" db-id="9ttaxzax2p0tr7ewzt55atews50zvxaaa5rz" timestamp="1764068834"&gt;50&lt;/key&gt;&lt;/foreign-keys&gt;&lt;ref-type name="Journal Article"&gt;17&lt;/ref-type&gt;&lt;contributors&gt;&lt;authors&gt;&lt;author&gt;Álvarez, Enric&lt;/author&gt;&lt;author&gt;Bernardo, Miguel&lt;/author&gt;&lt;author&gt;Gutiérrez Casares, José Ramón&lt;/author&gt;&lt;author&gt;Montejo, Ángel L&lt;/author&gt;&lt;/authors&gt;&lt;/contributors&gt;&lt;titles&gt;&lt;title&gt;Ziprasidone versus Olanzapine in the weight gain associated with the treatment of schizophrenia: A six-month double-blind randomized parallel group study&lt;/title&gt;&lt;secondary-title&gt;The European Journal of Psychiatry&lt;/secondary-title&gt;&lt;/titles&gt;&lt;periodical&gt;&lt;full-title&gt;The European Journal of Psychiatry&lt;/full-title&gt;&lt;/periodical&gt;&lt;pages&gt;248-259&lt;/pages&gt;&lt;volume&gt;26&lt;/volume&gt;&lt;number&gt;4&lt;/number&gt;&lt;dates&gt;&lt;year&gt;2012&lt;/year&gt;&lt;/dates&gt;&lt;isbn&gt;0213-6163&lt;/isbn&gt;&lt;urls&gt;&lt;/urls&gt;&lt;/record&gt;&lt;/Cite&gt;&lt;/EndNote&gt;</w:instrText>
            </w:r>
            <w:r w:rsidR="0031308D" w:rsidRPr="00EB75F0">
              <w:fldChar w:fldCharType="separate"/>
            </w:r>
            <w:r w:rsidR="00452EF4" w:rsidRPr="00452EF4">
              <w:rPr>
                <w:noProof/>
                <w:vertAlign w:val="superscript"/>
              </w:rPr>
              <w:t>53</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20E3DE4" w14:textId="77777777" w:rsidR="009446D0" w:rsidRPr="00EB75F0" w:rsidRDefault="0084596B">
            <w:pPr>
              <w:spacing w:before="60" w:after="60" w:line="240" w:lineRule="auto"/>
              <w:rPr>
                <w:sz w:val="14"/>
              </w:rPr>
            </w:pPr>
            <w:r w:rsidRPr="00EB75F0">
              <w:rPr>
                <w:color w:val="000000"/>
                <w:sz w:val="14"/>
              </w:rPr>
              <w:t>2012</w:t>
            </w:r>
          </w:p>
        </w:tc>
        <w:tc>
          <w:tcPr>
            <w:tcW w:w="0" w:type="auto"/>
            <w:tcBorders>
              <w:top w:val="single" w:sz="4" w:space="0" w:color="000000"/>
              <w:left w:val="single" w:sz="4" w:space="0" w:color="000000"/>
              <w:bottom w:val="single" w:sz="4" w:space="0" w:color="000000"/>
              <w:right w:val="single" w:sz="4" w:space="0" w:color="000000"/>
            </w:tcBorders>
          </w:tcPr>
          <w:p w14:paraId="27693C6E"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0B401152"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33E52399"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8936FE2"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4B381FFF"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43304CE2"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F024C60"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638C34A"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4AA89B24" w14:textId="77777777" w:rsidR="009446D0" w:rsidRPr="00EB75F0" w:rsidRDefault="0084596B">
            <w:pPr>
              <w:spacing w:before="60" w:after="60" w:line="240" w:lineRule="auto"/>
              <w:rPr>
                <w:sz w:val="14"/>
              </w:rPr>
            </w:pPr>
            <w:r w:rsidRPr="00EB75F0">
              <w:rPr>
                <w:color w:val="000000"/>
                <w:sz w:val="14"/>
              </w:rPr>
              <w:t>58</w:t>
            </w:r>
          </w:p>
        </w:tc>
        <w:tc>
          <w:tcPr>
            <w:tcW w:w="0" w:type="auto"/>
            <w:tcBorders>
              <w:top w:val="single" w:sz="4" w:space="0" w:color="000000"/>
              <w:left w:val="single" w:sz="4" w:space="0" w:color="000000"/>
              <w:bottom w:val="single" w:sz="4" w:space="0" w:color="000000"/>
              <w:right w:val="single" w:sz="4" w:space="0" w:color="000000"/>
            </w:tcBorders>
          </w:tcPr>
          <w:p w14:paraId="415482D4" w14:textId="77777777" w:rsidR="009446D0" w:rsidRPr="00EB75F0" w:rsidRDefault="0084596B">
            <w:pPr>
              <w:spacing w:before="60" w:after="60" w:line="240" w:lineRule="auto"/>
              <w:rPr>
                <w:sz w:val="14"/>
              </w:rPr>
            </w:pPr>
            <w:r w:rsidRPr="00EB75F0">
              <w:rPr>
                <w:color w:val="000000"/>
                <w:sz w:val="14"/>
              </w:rPr>
              <w:t>50</w:t>
            </w:r>
          </w:p>
        </w:tc>
        <w:tc>
          <w:tcPr>
            <w:tcW w:w="0" w:type="auto"/>
            <w:tcBorders>
              <w:top w:val="single" w:sz="4" w:space="0" w:color="000000"/>
              <w:left w:val="single" w:sz="4" w:space="0" w:color="000000"/>
              <w:bottom w:val="single" w:sz="4" w:space="0" w:color="000000"/>
              <w:right w:val="single" w:sz="4" w:space="0" w:color="000000"/>
            </w:tcBorders>
          </w:tcPr>
          <w:p w14:paraId="622BD52E" w14:textId="77777777" w:rsidR="009446D0" w:rsidRPr="00EB75F0" w:rsidRDefault="0084596B">
            <w:pPr>
              <w:spacing w:before="60" w:after="60" w:line="240" w:lineRule="auto"/>
              <w:rPr>
                <w:sz w:val="14"/>
              </w:rPr>
            </w:pPr>
            <w:r w:rsidRPr="00EB75F0">
              <w:rPr>
                <w:color w:val="000000"/>
                <w:sz w:val="14"/>
              </w:rPr>
              <w:t>24</w:t>
            </w:r>
          </w:p>
        </w:tc>
        <w:tc>
          <w:tcPr>
            <w:tcW w:w="0" w:type="auto"/>
            <w:tcBorders>
              <w:top w:val="single" w:sz="4" w:space="0" w:color="000000"/>
              <w:left w:val="single" w:sz="4" w:space="0" w:color="000000"/>
              <w:bottom w:val="single" w:sz="4" w:space="0" w:color="000000"/>
              <w:right w:val="single" w:sz="4" w:space="0" w:color="000000"/>
            </w:tcBorders>
          </w:tcPr>
          <w:p w14:paraId="469E4191" w14:textId="77777777" w:rsidR="009446D0" w:rsidRPr="00EB75F0" w:rsidRDefault="0084596B">
            <w:pPr>
              <w:spacing w:before="60" w:after="60" w:line="240" w:lineRule="auto"/>
              <w:rPr>
                <w:sz w:val="14"/>
              </w:rPr>
            </w:pPr>
            <w:r w:rsidRPr="00EB75F0">
              <w:rPr>
                <w:color w:val="000000"/>
                <w:sz w:val="14"/>
              </w:rPr>
              <w:t>19-70</w:t>
            </w:r>
          </w:p>
        </w:tc>
        <w:tc>
          <w:tcPr>
            <w:tcW w:w="0" w:type="auto"/>
            <w:tcBorders>
              <w:top w:val="single" w:sz="4" w:space="0" w:color="000000"/>
              <w:left w:val="single" w:sz="4" w:space="0" w:color="000000"/>
              <w:bottom w:val="single" w:sz="4" w:space="0" w:color="000000"/>
              <w:right w:val="single" w:sz="4" w:space="0" w:color="000000"/>
            </w:tcBorders>
          </w:tcPr>
          <w:p w14:paraId="40463B2E"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1A963D51"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36773D69" w14:textId="38B094FC" w:rsidR="009446D0" w:rsidRPr="00EB75F0" w:rsidRDefault="0084596B">
            <w:pPr>
              <w:spacing w:before="60" w:after="60" w:line="240" w:lineRule="auto"/>
              <w:rPr>
                <w:sz w:val="14"/>
              </w:rPr>
            </w:pPr>
            <w:r w:rsidRPr="00EB75F0">
              <w:rPr>
                <w:color w:val="1E1E1E"/>
                <w:sz w:val="14"/>
              </w:rPr>
              <w:t>Svestka 2003</w:t>
            </w:r>
            <w:r w:rsidR="0031308D" w:rsidRPr="00EB75F0">
              <w:fldChar w:fldCharType="begin"/>
            </w:r>
            <w:r w:rsidR="00452EF4">
              <w:instrText xml:space="preserve"> ADDIN EN.CITE &lt;EndNote&gt;&lt;Cite&gt;&lt;Author&gt;Švestka&lt;/Author&gt;&lt;Year&gt;2003&lt;/Year&gt;&lt;RecNum&gt;51&lt;/RecNum&gt;&lt;DisplayText&gt;&lt;style face="superscript"&gt;54&lt;/style&gt;&lt;/DisplayText&gt;&lt;record&gt;&lt;rec-number&gt;51&lt;/rec-number&gt;&lt;foreign-keys&gt;&lt;key app="EN" db-id="9ttaxzax2p0tr7ewzt55atews50zvxaaa5rz" timestamp="1764068834"&gt;51&lt;/key&gt;&lt;/foreign-keys&gt;&lt;ref-type name="Journal Article"&gt;17&lt;/ref-type&gt;&lt;contributors&gt;&lt;authors&gt;&lt;author&gt;Švestka, Jaromír&lt;/author&gt;&lt;author&gt;Synek, Oldřich&lt;/author&gt;&lt;author&gt;Žourková, Alexandra&lt;/author&gt;&lt;/authors&gt;&lt;/contributors&gt;&lt;titles&gt;&lt;title&gt;A double-blind comparison of olanzapine and quetiapine in treatment of acute exacerbations of schizophrenic or schizoaffective disorders&lt;/title&gt;&lt;secondary-title&gt;European Neuropsychopharmacology&lt;/secondary-title&gt;&lt;/titles&gt;&lt;periodical&gt;&lt;full-title&gt;European Neuropsychopharmacology&lt;/full-title&gt;&lt;/periodical&gt;&lt;dates&gt;&lt;year&gt;2003&lt;/year&gt;&lt;/dates&gt;&lt;isbn&gt;0924-977X&lt;/isbn&gt;&lt;urls&gt;&lt;/urls&gt;&lt;/record&gt;&lt;/Cite&gt;&lt;/EndNote&gt;</w:instrText>
            </w:r>
            <w:r w:rsidR="0031308D" w:rsidRPr="00EB75F0">
              <w:fldChar w:fldCharType="separate"/>
            </w:r>
            <w:r w:rsidR="00452EF4" w:rsidRPr="00452EF4">
              <w:rPr>
                <w:noProof/>
                <w:vertAlign w:val="superscript"/>
              </w:rPr>
              <w:t>54</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177BBD57" w14:textId="77777777" w:rsidR="009446D0" w:rsidRPr="00EB75F0" w:rsidRDefault="0084596B">
            <w:pPr>
              <w:spacing w:before="60" w:after="60" w:line="240" w:lineRule="auto"/>
              <w:rPr>
                <w:sz w:val="14"/>
              </w:rPr>
            </w:pPr>
            <w:r w:rsidRPr="00EB75F0">
              <w:rPr>
                <w:color w:val="000000"/>
                <w:sz w:val="14"/>
              </w:rPr>
              <w:t>2003</w:t>
            </w:r>
          </w:p>
        </w:tc>
        <w:tc>
          <w:tcPr>
            <w:tcW w:w="0" w:type="auto"/>
            <w:tcBorders>
              <w:top w:val="single" w:sz="4" w:space="0" w:color="000000"/>
              <w:left w:val="single" w:sz="4" w:space="0" w:color="000000"/>
              <w:bottom w:val="single" w:sz="4" w:space="0" w:color="000000"/>
              <w:right w:val="single" w:sz="4" w:space="0" w:color="000000"/>
            </w:tcBorders>
          </w:tcPr>
          <w:p w14:paraId="011B5E11"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1F47324"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69F1F20F"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1E027D2"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0F64508D"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1672D99D"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4F1322D8"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C2C84E6"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42F32985"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058CB57A" w14:textId="77777777" w:rsidR="009446D0" w:rsidRPr="00EB75F0" w:rsidRDefault="0084596B">
            <w:pPr>
              <w:spacing w:before="60" w:after="60" w:line="240" w:lineRule="auto"/>
              <w:rPr>
                <w:sz w:val="14"/>
              </w:rPr>
            </w:pPr>
            <w:r w:rsidRPr="00EB75F0">
              <w:rPr>
                <w:color w:val="000000"/>
                <w:sz w:val="14"/>
              </w:rPr>
              <w:t>42</w:t>
            </w:r>
          </w:p>
        </w:tc>
        <w:tc>
          <w:tcPr>
            <w:tcW w:w="0" w:type="auto"/>
            <w:tcBorders>
              <w:top w:val="single" w:sz="4" w:space="0" w:color="000000"/>
              <w:left w:val="single" w:sz="4" w:space="0" w:color="000000"/>
              <w:bottom w:val="single" w:sz="4" w:space="0" w:color="000000"/>
              <w:right w:val="single" w:sz="4" w:space="0" w:color="000000"/>
            </w:tcBorders>
          </w:tcPr>
          <w:p w14:paraId="021ABADA"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567EF325"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5F42A3E4"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68753860"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0BB1DF3" w14:textId="089F0478" w:rsidR="009446D0" w:rsidRPr="00EB75F0" w:rsidRDefault="0084596B">
            <w:pPr>
              <w:spacing w:before="60" w:after="60" w:line="240" w:lineRule="auto"/>
              <w:rPr>
                <w:sz w:val="14"/>
              </w:rPr>
            </w:pPr>
            <w:r w:rsidRPr="00EB75F0">
              <w:rPr>
                <w:color w:val="1E1E1E"/>
                <w:sz w:val="14"/>
              </w:rPr>
              <w:t>Loza 1999</w:t>
            </w:r>
            <w:r w:rsidR="0031308D" w:rsidRPr="00EB75F0">
              <w:fldChar w:fldCharType="begin"/>
            </w:r>
            <w:r w:rsidR="00452EF4">
              <w:instrText xml:space="preserve"> ADDIN EN.CITE &lt;EndNote&gt;&lt;Cite&gt;&lt;Author&gt;Loza&lt;/Author&gt;&lt;Year&gt;1999&lt;/Year&gt;&lt;RecNum&gt;52&lt;/RecNum&gt;&lt;DisplayText&gt;&lt;style face="superscript"&gt;55&lt;/style&gt;&lt;/DisplayText&gt;&lt;record&gt;&lt;rec-number&gt;52&lt;/rec-number&gt;&lt;foreign-keys&gt;&lt;key app="EN" db-id="9ttaxzax2p0tr7ewzt55atews50zvxaaa5rz" timestamp="1764068835"&gt;52&lt;/key&gt;&lt;/foreign-keys&gt;&lt;ref-type name="Journal Article"&gt;17&lt;/ref-type&gt;&lt;contributors&gt;&lt;authors&gt;&lt;author&gt;Loza, N&lt;/author&gt;&lt;author&gt;El-Dosoky, AM&lt;/author&gt;&lt;author&gt;Okasha, TA&lt;/author&gt;&lt;author&gt;Khalil, AH&lt;/author&gt;&lt;author&gt;Hasan, NM&lt;/author&gt;&lt;author&gt;Kratky, P&lt;/author&gt;&lt;author&gt;Okasha, A&lt;/author&gt;&lt;/authors&gt;&lt;/contributors&gt;&lt;titles&gt;&lt;title&gt;Olanzapine compared to chlorpromazine in acute schizophrenia&lt;/title&gt;&lt;secondary-title&gt;European neuropsychopharmacology&lt;/secondary-title&gt;&lt;/titles&gt;&lt;periodical&gt;&lt;full-title&gt;European Neuropsychopharmacology&lt;/full-title&gt;&lt;/periodical&gt;&lt;pages&gt;291&lt;/pages&gt;&lt;number&gt;9&lt;/number&gt;&lt;dates&gt;&lt;year&gt;1999&lt;/year&gt;&lt;/dates&gt;&lt;isbn&gt;0924-977X&lt;/isbn&gt;&lt;urls&gt;&lt;/urls&gt;&lt;/record&gt;&lt;/Cite&gt;&lt;/EndNote&gt;</w:instrText>
            </w:r>
            <w:r w:rsidR="0031308D" w:rsidRPr="00EB75F0">
              <w:fldChar w:fldCharType="separate"/>
            </w:r>
            <w:r w:rsidR="00452EF4" w:rsidRPr="00452EF4">
              <w:rPr>
                <w:noProof/>
                <w:vertAlign w:val="superscript"/>
              </w:rPr>
              <w:t>55</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578BEBA" w14:textId="77777777" w:rsidR="009446D0" w:rsidRPr="00EB75F0" w:rsidRDefault="0084596B">
            <w:pPr>
              <w:spacing w:before="60" w:after="60" w:line="240" w:lineRule="auto"/>
              <w:rPr>
                <w:sz w:val="14"/>
              </w:rPr>
            </w:pPr>
            <w:r w:rsidRPr="00EB75F0">
              <w:rPr>
                <w:color w:val="000000"/>
                <w:sz w:val="14"/>
              </w:rPr>
              <w:t>1999</w:t>
            </w:r>
          </w:p>
        </w:tc>
        <w:tc>
          <w:tcPr>
            <w:tcW w:w="0" w:type="auto"/>
            <w:tcBorders>
              <w:top w:val="single" w:sz="4" w:space="0" w:color="000000"/>
              <w:left w:val="single" w:sz="4" w:space="0" w:color="000000"/>
              <w:bottom w:val="single" w:sz="4" w:space="0" w:color="000000"/>
              <w:right w:val="single" w:sz="4" w:space="0" w:color="000000"/>
            </w:tcBorders>
          </w:tcPr>
          <w:p w14:paraId="3439E267"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2BAF5493"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004C4600"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9262321"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171E5427" w14:textId="77777777" w:rsidR="009446D0" w:rsidRPr="00EB75F0" w:rsidRDefault="0084596B">
            <w:pPr>
              <w:spacing w:before="60" w:after="60" w:line="240" w:lineRule="auto"/>
              <w:rPr>
                <w:sz w:val="14"/>
              </w:rPr>
            </w:pPr>
            <w:r w:rsidRPr="00EB75F0">
              <w:rPr>
                <w:color w:val="000000"/>
                <w:sz w:val="14"/>
              </w:rPr>
              <w:t>Africa</w:t>
            </w:r>
          </w:p>
        </w:tc>
        <w:tc>
          <w:tcPr>
            <w:tcW w:w="0" w:type="auto"/>
            <w:tcBorders>
              <w:top w:val="single" w:sz="4" w:space="0" w:color="000000"/>
              <w:left w:val="single" w:sz="4" w:space="0" w:color="000000"/>
              <w:bottom w:val="single" w:sz="4" w:space="0" w:color="000000"/>
              <w:right w:val="single" w:sz="4" w:space="0" w:color="000000"/>
            </w:tcBorders>
          </w:tcPr>
          <w:p w14:paraId="018F0FA3"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6857A2A3"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0507352D"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008FC08A" w14:textId="77777777" w:rsidR="009446D0" w:rsidRPr="00EB75F0" w:rsidRDefault="0084596B">
            <w:pPr>
              <w:spacing w:before="60" w:after="60" w:line="240" w:lineRule="auto"/>
              <w:rPr>
                <w:sz w:val="14"/>
              </w:rPr>
            </w:pPr>
            <w:r w:rsidRPr="00EB75F0">
              <w:rPr>
                <w:color w:val="000000"/>
                <w:sz w:val="14"/>
              </w:rPr>
              <w:t>41</w:t>
            </w:r>
          </w:p>
        </w:tc>
        <w:tc>
          <w:tcPr>
            <w:tcW w:w="0" w:type="auto"/>
            <w:tcBorders>
              <w:top w:val="single" w:sz="4" w:space="0" w:color="000000"/>
              <w:left w:val="single" w:sz="4" w:space="0" w:color="000000"/>
              <w:bottom w:val="single" w:sz="4" w:space="0" w:color="000000"/>
              <w:right w:val="single" w:sz="4" w:space="0" w:color="000000"/>
            </w:tcBorders>
          </w:tcPr>
          <w:p w14:paraId="25DA22A9" w14:textId="77777777" w:rsidR="009446D0" w:rsidRPr="00EB75F0" w:rsidRDefault="0084596B">
            <w:pPr>
              <w:spacing w:before="60" w:after="60" w:line="240" w:lineRule="auto"/>
              <w:rPr>
                <w:sz w:val="14"/>
              </w:rPr>
            </w:pPr>
            <w:r w:rsidRPr="00EB75F0">
              <w:rPr>
                <w:color w:val="000000"/>
                <w:sz w:val="14"/>
              </w:rPr>
              <w:t>41</w:t>
            </w:r>
          </w:p>
        </w:tc>
        <w:tc>
          <w:tcPr>
            <w:tcW w:w="0" w:type="auto"/>
            <w:tcBorders>
              <w:top w:val="single" w:sz="4" w:space="0" w:color="000000"/>
              <w:left w:val="single" w:sz="4" w:space="0" w:color="000000"/>
              <w:bottom w:val="single" w:sz="4" w:space="0" w:color="000000"/>
              <w:right w:val="single" w:sz="4" w:space="0" w:color="000000"/>
            </w:tcBorders>
          </w:tcPr>
          <w:p w14:paraId="3C706D89"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4026F254"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312B62AC"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0EEF2896"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7400972F" w14:textId="315EDA1A" w:rsidR="009446D0" w:rsidRPr="00EB75F0" w:rsidRDefault="0084596B">
            <w:pPr>
              <w:spacing w:before="60" w:after="60" w:line="240" w:lineRule="auto"/>
              <w:rPr>
                <w:sz w:val="14"/>
              </w:rPr>
            </w:pPr>
            <w:r w:rsidRPr="00EB75F0">
              <w:rPr>
                <w:color w:val="1E1E1E"/>
                <w:sz w:val="14"/>
              </w:rPr>
              <w:t>Wang 2020</w:t>
            </w:r>
            <w:r w:rsidR="0031308D" w:rsidRPr="00EB75F0">
              <w:fldChar w:fldCharType="begin"/>
            </w:r>
            <w:r w:rsidR="00452EF4">
              <w:instrText xml:space="preserve"> ADDIN EN.CITE &lt;EndNote&gt;&lt;Cite&gt;&lt;Author&gt;Wang&lt;/Author&gt;&lt;Year&gt;2020&lt;/Year&gt;&lt;RecNum&gt;18&lt;/RecNum&gt;&lt;DisplayText&gt;&lt;style face="superscript"&gt;21&lt;/style&gt;&lt;/DisplayText&gt;&lt;record&gt;&lt;rec-number&gt;18&lt;/rec-number&gt;&lt;foreign-keys&gt;&lt;key app="EN" db-id="9ttaxzax2p0tr7ewzt55atews50zvxaaa5rz" timestamp="1764068827"&gt;18&lt;/key&gt;&lt;/foreign-keys&gt;&lt;ref-type name="Journal Article"&gt;17&lt;/ref-type&gt;&lt;contributors&gt;&lt;authors&gt;&lt;author&gt;Wang, Ning&lt;/author&gt;&lt;author&gt;Zheng, Na&lt;/author&gt;&lt;author&gt;Dong, Mei&lt;/author&gt;&lt;author&gt;He, Jin&lt;/author&gt;&lt;/authors&gt;&lt;/contributors&gt;&lt;titles&gt;&lt;title&gt;Paroxetine combined with olanzapine in the treatment of schizophrenia&lt;/title&gt;&lt;secondary-title&gt;Pakistan journal of medical sciences&lt;/secondary-title&gt;&lt;/titles&gt;&lt;periodical&gt;&lt;full-title&gt;Pakistan journal of medical sciences&lt;/full-title&gt;&lt;/periodical&gt;&lt;pages&gt;516&lt;/pages&gt;&lt;volume&gt;36&lt;/volume&gt;&lt;number&gt;3&lt;/number&gt;&lt;dates&gt;&lt;year&gt;2020&lt;/year&gt;&lt;/dates&gt;&lt;urls&gt;&lt;/urls&gt;&lt;/record&gt;&lt;/Cite&gt;&lt;/EndNote&gt;</w:instrText>
            </w:r>
            <w:r w:rsidR="0031308D" w:rsidRPr="00EB75F0">
              <w:fldChar w:fldCharType="separate"/>
            </w:r>
            <w:r w:rsidR="00452EF4" w:rsidRPr="00452EF4">
              <w:rPr>
                <w:noProof/>
                <w:vertAlign w:val="superscript"/>
              </w:rPr>
              <w:t>21</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5B4DDE2" w14:textId="77777777" w:rsidR="009446D0" w:rsidRPr="00EB75F0" w:rsidRDefault="0084596B">
            <w:pPr>
              <w:spacing w:before="60" w:after="60" w:line="240" w:lineRule="auto"/>
              <w:rPr>
                <w:sz w:val="14"/>
              </w:rPr>
            </w:pPr>
            <w:r w:rsidRPr="00EB75F0">
              <w:rPr>
                <w:color w:val="000000"/>
                <w:sz w:val="14"/>
              </w:rPr>
              <w:t>2020</w:t>
            </w:r>
          </w:p>
        </w:tc>
        <w:tc>
          <w:tcPr>
            <w:tcW w:w="0" w:type="auto"/>
            <w:tcBorders>
              <w:top w:val="single" w:sz="4" w:space="0" w:color="000000"/>
              <w:left w:val="single" w:sz="4" w:space="0" w:color="000000"/>
              <w:bottom w:val="single" w:sz="4" w:space="0" w:color="000000"/>
              <w:right w:val="single" w:sz="4" w:space="0" w:color="000000"/>
            </w:tcBorders>
          </w:tcPr>
          <w:p w14:paraId="16B11207"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220D51BD"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405862A"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12F8F68A"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7416DA94"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2BCC66CA"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5B901325"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413B6262"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1E3A31AE"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39909F27" w14:textId="77777777" w:rsidR="009446D0" w:rsidRPr="00EB75F0" w:rsidRDefault="0084596B">
            <w:pPr>
              <w:spacing w:before="60" w:after="60" w:line="240" w:lineRule="auto"/>
              <w:rPr>
                <w:sz w:val="14"/>
              </w:rPr>
            </w:pPr>
            <w:r w:rsidRPr="00EB75F0">
              <w:rPr>
                <w:color w:val="000000"/>
                <w:sz w:val="14"/>
              </w:rPr>
              <w:t>84</w:t>
            </w:r>
          </w:p>
        </w:tc>
        <w:tc>
          <w:tcPr>
            <w:tcW w:w="0" w:type="auto"/>
            <w:tcBorders>
              <w:top w:val="single" w:sz="4" w:space="0" w:color="000000"/>
              <w:left w:val="single" w:sz="4" w:space="0" w:color="000000"/>
              <w:bottom w:val="single" w:sz="4" w:space="0" w:color="000000"/>
              <w:right w:val="single" w:sz="4" w:space="0" w:color="000000"/>
            </w:tcBorders>
          </w:tcPr>
          <w:p w14:paraId="7C3664D2"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4DC6BB55" w14:textId="77777777" w:rsidR="009446D0" w:rsidRPr="00EB75F0" w:rsidRDefault="0084596B">
            <w:pPr>
              <w:spacing w:before="60" w:after="60" w:line="240" w:lineRule="auto"/>
              <w:rPr>
                <w:sz w:val="14"/>
              </w:rPr>
            </w:pPr>
            <w:r w:rsidRPr="00EB75F0">
              <w:rPr>
                <w:color w:val="000000"/>
                <w:sz w:val="14"/>
              </w:rPr>
              <w:t>65+</w:t>
            </w:r>
          </w:p>
        </w:tc>
        <w:tc>
          <w:tcPr>
            <w:tcW w:w="0" w:type="auto"/>
            <w:tcBorders>
              <w:top w:val="single" w:sz="4" w:space="0" w:color="000000"/>
              <w:left w:val="single" w:sz="4" w:space="0" w:color="000000"/>
              <w:bottom w:val="single" w:sz="4" w:space="0" w:color="000000"/>
              <w:right w:val="single" w:sz="4" w:space="0" w:color="000000"/>
            </w:tcBorders>
          </w:tcPr>
          <w:p w14:paraId="5C0D8D36"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64272F54"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7F4BF6A" w14:textId="5F60BB96" w:rsidR="009446D0" w:rsidRPr="00EB75F0" w:rsidRDefault="0084596B">
            <w:pPr>
              <w:spacing w:before="60" w:after="60" w:line="240" w:lineRule="auto"/>
              <w:rPr>
                <w:sz w:val="14"/>
              </w:rPr>
            </w:pPr>
            <w:r w:rsidRPr="00EB75F0">
              <w:rPr>
                <w:color w:val="1E1E1E"/>
                <w:sz w:val="14"/>
              </w:rPr>
              <w:t>Sacchetti 2008</w:t>
            </w:r>
            <w:r w:rsidR="0031308D" w:rsidRPr="00EB75F0">
              <w:fldChar w:fldCharType="begin"/>
            </w:r>
            <w:r w:rsidR="00452EF4">
              <w:instrText xml:space="preserve"> ADDIN EN.CITE &lt;EndNote&gt;&lt;Cite&gt;&lt;Author&gt;Sacchetti&lt;/Author&gt;&lt;Year&gt;2008&lt;/Year&gt;&lt;RecNum&gt;53&lt;/RecNum&gt;&lt;DisplayText&gt;&lt;style face="superscript"&gt;56&lt;/style&gt;&lt;/DisplayText&gt;&lt;record&gt;&lt;rec-number&gt;53&lt;/rec-number&gt;&lt;foreign-keys&gt;&lt;key app="EN" db-id="9ttaxzax2p0tr7ewzt55atews50zvxaaa5rz" timestamp="1764068835"&gt;53&lt;/key&gt;&lt;/foreign-keys&gt;&lt;ref-type name="Journal Article"&gt;17&lt;/ref-type&gt;&lt;contributors&gt;&lt;authors&gt;&lt;author&gt;Sacchetti, E.&lt;/author&gt;&lt;author&gt;Valsecchi, P.&lt;/author&gt;&lt;author&gt;Parrinello, G.&lt;/author&gt;&lt;author&gt;Querisola Group&lt;/author&gt;&lt;/authors&gt;&lt;/contributors&gt;&lt;titles&gt;&lt;title&gt;A randomized, flexible-dose, quasi-naturalistic comparison of quetiapine, risperidone, and olanzapine in the short-term treatment of schizophrenia: the QUERISOLA trial&lt;/title&gt;&lt;secondary-title&gt;Schizophr Res&lt;/secondary-title&gt;&lt;/titles&gt;&lt;periodical&gt;&lt;full-title&gt;Schizophr Res&lt;/full-title&gt;&lt;/periodical&gt;&lt;pages&gt;55-65&lt;/pages&gt;&lt;volume&gt;98&lt;/volume&gt;&lt;number&gt;1-3&lt;/number&gt;&lt;dates&gt;&lt;year&gt;2008&lt;/year&gt;&lt;pub-dates&gt;&lt;date&gt;20071015&lt;/date&gt;&lt;/pub-dates&gt;&lt;/dates&gt;&lt;pub-location&gt;Department of Psychiatry, Brescia University School of Medicine, Brescia, Italy. sacchett@med.unibs.it&lt;/pub-location&gt;&lt;isbn&gt;0920-9964 (Print) 0920-9964 (Linking)&lt;/isbn&gt;&lt;urls&gt;&lt;related-urls&gt;&lt;url&gt;https://www.ncbi.nlm.nih.gov/pubmed/17933497&lt;/url&gt;&lt;/related-urls&gt;&lt;/urls&gt;&lt;electronic-resource-num&gt;10.1016/j.schres.2007.09.011&lt;/electronic-resource-num&gt;&lt;/record&gt;&lt;/Cite&gt;&lt;/EndNote&gt;</w:instrText>
            </w:r>
            <w:r w:rsidR="0031308D" w:rsidRPr="00EB75F0">
              <w:fldChar w:fldCharType="separate"/>
            </w:r>
            <w:r w:rsidR="00452EF4" w:rsidRPr="00452EF4">
              <w:rPr>
                <w:noProof/>
                <w:vertAlign w:val="superscript"/>
              </w:rPr>
              <w:t>56</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35FEC78" w14:textId="77777777" w:rsidR="009446D0" w:rsidRPr="00EB75F0" w:rsidRDefault="0084596B">
            <w:pPr>
              <w:spacing w:before="60" w:after="60" w:line="240" w:lineRule="auto"/>
              <w:rPr>
                <w:sz w:val="14"/>
              </w:rPr>
            </w:pPr>
            <w:r w:rsidRPr="00EB75F0">
              <w:rPr>
                <w:color w:val="000000"/>
                <w:sz w:val="14"/>
              </w:rPr>
              <w:t>2008</w:t>
            </w:r>
          </w:p>
        </w:tc>
        <w:tc>
          <w:tcPr>
            <w:tcW w:w="0" w:type="auto"/>
            <w:tcBorders>
              <w:top w:val="single" w:sz="4" w:space="0" w:color="000000"/>
              <w:left w:val="single" w:sz="4" w:space="0" w:color="000000"/>
              <w:bottom w:val="single" w:sz="4" w:space="0" w:color="000000"/>
              <w:right w:val="single" w:sz="4" w:space="0" w:color="000000"/>
            </w:tcBorders>
          </w:tcPr>
          <w:p w14:paraId="21FFA2D1"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71602FE" w14:textId="77777777" w:rsidR="009446D0" w:rsidRPr="00EB75F0" w:rsidRDefault="0084596B">
            <w:pPr>
              <w:spacing w:before="60" w:after="60" w:line="240" w:lineRule="auto"/>
              <w:rPr>
                <w:sz w:val="14"/>
              </w:rPr>
            </w:pPr>
            <w:r w:rsidRPr="00EB75F0">
              <w:rPr>
                <w:color w:val="000000"/>
                <w:sz w:val="14"/>
              </w:rPr>
              <w:t>Single blind</w:t>
            </w:r>
          </w:p>
        </w:tc>
        <w:tc>
          <w:tcPr>
            <w:tcW w:w="0" w:type="auto"/>
            <w:tcBorders>
              <w:top w:val="single" w:sz="4" w:space="0" w:color="000000"/>
              <w:left w:val="single" w:sz="4" w:space="0" w:color="000000"/>
              <w:bottom w:val="single" w:sz="4" w:space="0" w:color="000000"/>
              <w:right w:val="single" w:sz="4" w:space="0" w:color="000000"/>
            </w:tcBorders>
          </w:tcPr>
          <w:p w14:paraId="527DA6A9"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96F79D0"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04A0E0EE"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2AE1BF10"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316B8FEC"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067D12AD"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07422455" w14:textId="77777777" w:rsidR="009446D0" w:rsidRPr="00EB75F0" w:rsidRDefault="0084596B">
            <w:pPr>
              <w:spacing w:before="60" w:after="60" w:line="240" w:lineRule="auto"/>
              <w:rPr>
                <w:sz w:val="14"/>
              </w:rPr>
            </w:pPr>
            <w:r w:rsidRPr="00EB75F0">
              <w:rPr>
                <w:color w:val="000000"/>
                <w:sz w:val="14"/>
              </w:rPr>
              <w:t>75</w:t>
            </w:r>
          </w:p>
        </w:tc>
        <w:tc>
          <w:tcPr>
            <w:tcW w:w="0" w:type="auto"/>
            <w:tcBorders>
              <w:top w:val="single" w:sz="4" w:space="0" w:color="000000"/>
              <w:left w:val="single" w:sz="4" w:space="0" w:color="000000"/>
              <w:bottom w:val="single" w:sz="4" w:space="0" w:color="000000"/>
              <w:right w:val="single" w:sz="4" w:space="0" w:color="000000"/>
            </w:tcBorders>
          </w:tcPr>
          <w:p w14:paraId="0F788E2C" w14:textId="77777777" w:rsidR="009446D0" w:rsidRPr="00EB75F0" w:rsidRDefault="0084596B">
            <w:pPr>
              <w:spacing w:before="60" w:after="60" w:line="240" w:lineRule="auto"/>
              <w:rPr>
                <w:sz w:val="14"/>
              </w:rPr>
            </w:pPr>
            <w:r w:rsidRPr="00EB75F0">
              <w:rPr>
                <w:color w:val="000000"/>
                <w:sz w:val="14"/>
              </w:rPr>
              <w:t>75</w:t>
            </w:r>
          </w:p>
        </w:tc>
        <w:tc>
          <w:tcPr>
            <w:tcW w:w="0" w:type="auto"/>
            <w:tcBorders>
              <w:top w:val="single" w:sz="4" w:space="0" w:color="000000"/>
              <w:left w:val="single" w:sz="4" w:space="0" w:color="000000"/>
              <w:bottom w:val="single" w:sz="4" w:space="0" w:color="000000"/>
              <w:right w:val="single" w:sz="4" w:space="0" w:color="000000"/>
            </w:tcBorders>
          </w:tcPr>
          <w:p w14:paraId="1EF2F7CB"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6A18D6FF"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55FCF3F0"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2DA5A607"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4E4F8DFE" w14:textId="7417D9F3" w:rsidR="009446D0" w:rsidRPr="00EB75F0" w:rsidRDefault="0084596B">
            <w:pPr>
              <w:spacing w:before="60" w:after="60" w:line="240" w:lineRule="auto"/>
              <w:rPr>
                <w:sz w:val="14"/>
              </w:rPr>
            </w:pPr>
            <w:r w:rsidRPr="00EB75F0">
              <w:rPr>
                <w:color w:val="1E1E1E"/>
                <w:sz w:val="14"/>
              </w:rPr>
              <w:t>Shan 2020</w:t>
            </w:r>
            <w:r w:rsidR="0031308D" w:rsidRPr="00EB75F0">
              <w:fldChar w:fldCharType="begin"/>
            </w:r>
            <w:r w:rsidR="00452EF4">
              <w:instrText xml:space="preserve"> ADDIN EN.CITE &lt;EndNote&gt;&lt;Cite&gt;&lt;Author&gt;Shan&lt;/Author&gt;&lt;Year&gt;2020&lt;/Year&gt;&lt;RecNum&gt;54&lt;/RecNum&gt;&lt;DisplayText&gt;&lt;style face="superscript"&gt;57&lt;/style&gt;&lt;/DisplayText&gt;&lt;record&gt;&lt;rec-number&gt;54&lt;/rec-number&gt;&lt;foreign-keys&gt;&lt;key app="EN" db-id="9ttaxzax2p0tr7ewzt55atews50zvxaaa5rz" timestamp="1764068835"&gt;54&lt;/key&gt;&lt;/foreign-keys&gt;&lt;ref-type name="Journal Article"&gt;17&lt;/ref-type&gt;&lt;contributors&gt;&lt;authors&gt;&lt;author&gt;Shan, Xiaoxiao&lt;/author&gt;&lt;author&gt;Liao, Rongyuan&lt;/author&gt;&lt;author&gt;Ou, Yangpan&lt;/author&gt;&lt;author&gt;Ding, Yudan&lt;/author&gt;&lt;author&gt;Liu, Feng&lt;/author&gt;&lt;author&gt;Chen, Jindong&lt;/author&gt;&lt;author&gt;Zhao, Jingping&lt;/author&gt;&lt;author&gt;Guo, Wenbin&lt;/author&gt;&lt;author&gt;He, Yiqun&lt;/author&gt;&lt;/authors&gt;&lt;/contributors&gt;&lt;titles&gt;&lt;title&gt;Metacognitive training modulates default-mode network homogeneity during 8-week olanzapine treatment in patients with schizophrenia&lt;/title&gt;&lt;secondary-title&gt;Frontiers in psychiatry&lt;/secondary-title&gt;&lt;/titles&gt;&lt;periodical&gt;&lt;full-title&gt;Frontiers in psychiatry&lt;/full-title&gt;&lt;/periodical&gt;&lt;pages&gt;234&lt;/pages&gt;&lt;volume&gt;11&lt;/volume&gt;&lt;dates&gt;&lt;year&gt;2020&lt;/year&gt;&lt;/dates&gt;&lt;isbn&gt;1664-0640&lt;/isbn&gt;&lt;urls&gt;&lt;/urls&gt;&lt;/record&gt;&lt;/Cite&gt;&lt;/EndNote&gt;</w:instrText>
            </w:r>
            <w:r w:rsidR="0031308D" w:rsidRPr="00EB75F0">
              <w:fldChar w:fldCharType="separate"/>
            </w:r>
            <w:r w:rsidR="00452EF4" w:rsidRPr="00452EF4">
              <w:rPr>
                <w:noProof/>
                <w:vertAlign w:val="superscript"/>
              </w:rPr>
              <w:t>57</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D07395D" w14:textId="77777777" w:rsidR="009446D0" w:rsidRPr="00EB75F0" w:rsidRDefault="0084596B">
            <w:pPr>
              <w:spacing w:before="60" w:after="60" w:line="240" w:lineRule="auto"/>
              <w:rPr>
                <w:sz w:val="14"/>
              </w:rPr>
            </w:pPr>
            <w:r w:rsidRPr="00EB75F0">
              <w:rPr>
                <w:color w:val="000000"/>
                <w:sz w:val="14"/>
              </w:rPr>
              <w:t>2021</w:t>
            </w:r>
          </w:p>
        </w:tc>
        <w:tc>
          <w:tcPr>
            <w:tcW w:w="0" w:type="auto"/>
            <w:tcBorders>
              <w:top w:val="single" w:sz="4" w:space="0" w:color="000000"/>
              <w:left w:val="single" w:sz="4" w:space="0" w:color="000000"/>
              <w:bottom w:val="single" w:sz="4" w:space="0" w:color="000000"/>
              <w:right w:val="single" w:sz="4" w:space="0" w:color="000000"/>
            </w:tcBorders>
          </w:tcPr>
          <w:p w14:paraId="79309ACB"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8AF612B" w14:textId="77777777" w:rsidR="009446D0" w:rsidRPr="00EB75F0" w:rsidRDefault="0084596B">
            <w:pPr>
              <w:spacing w:before="60" w:after="60" w:line="240" w:lineRule="auto"/>
              <w:rPr>
                <w:sz w:val="14"/>
              </w:rPr>
            </w:pPr>
            <w:r w:rsidRPr="00EB75F0">
              <w:rPr>
                <w:color w:val="000000"/>
                <w:sz w:val="14"/>
              </w:rPr>
              <w:t>Single blind</w:t>
            </w:r>
          </w:p>
        </w:tc>
        <w:tc>
          <w:tcPr>
            <w:tcW w:w="0" w:type="auto"/>
            <w:tcBorders>
              <w:top w:val="single" w:sz="4" w:space="0" w:color="000000"/>
              <w:left w:val="single" w:sz="4" w:space="0" w:color="000000"/>
              <w:bottom w:val="single" w:sz="4" w:space="0" w:color="000000"/>
              <w:right w:val="single" w:sz="4" w:space="0" w:color="000000"/>
            </w:tcBorders>
          </w:tcPr>
          <w:p w14:paraId="5B2F9F89"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4D0840B5"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50A735D9"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39C9945C"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054D4EB0"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1D0716F"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349C6B58" w14:textId="77777777" w:rsidR="009446D0" w:rsidRPr="00EB75F0" w:rsidRDefault="0084596B">
            <w:pPr>
              <w:spacing w:before="60" w:after="60" w:line="240" w:lineRule="auto"/>
              <w:rPr>
                <w:sz w:val="14"/>
              </w:rPr>
            </w:pPr>
            <w:r w:rsidRPr="00EB75F0">
              <w:rPr>
                <w:color w:val="000000"/>
                <w:sz w:val="14"/>
              </w:rPr>
              <w:t>41</w:t>
            </w:r>
          </w:p>
        </w:tc>
        <w:tc>
          <w:tcPr>
            <w:tcW w:w="0" w:type="auto"/>
            <w:tcBorders>
              <w:top w:val="single" w:sz="4" w:space="0" w:color="000000"/>
              <w:left w:val="single" w:sz="4" w:space="0" w:color="000000"/>
              <w:bottom w:val="single" w:sz="4" w:space="0" w:color="000000"/>
              <w:right w:val="single" w:sz="4" w:space="0" w:color="000000"/>
            </w:tcBorders>
          </w:tcPr>
          <w:p w14:paraId="6FCED567" w14:textId="77777777" w:rsidR="009446D0" w:rsidRPr="00EB75F0" w:rsidRDefault="0084596B">
            <w:pPr>
              <w:spacing w:before="60" w:after="60" w:line="240" w:lineRule="auto"/>
              <w:rPr>
                <w:sz w:val="14"/>
              </w:rPr>
            </w:pPr>
            <w:r w:rsidRPr="00EB75F0">
              <w:rPr>
                <w:color w:val="000000"/>
                <w:sz w:val="14"/>
              </w:rPr>
              <w:t>41</w:t>
            </w:r>
          </w:p>
        </w:tc>
        <w:tc>
          <w:tcPr>
            <w:tcW w:w="0" w:type="auto"/>
            <w:tcBorders>
              <w:top w:val="single" w:sz="4" w:space="0" w:color="000000"/>
              <w:left w:val="single" w:sz="4" w:space="0" w:color="000000"/>
              <w:bottom w:val="single" w:sz="4" w:space="0" w:color="000000"/>
              <w:right w:val="single" w:sz="4" w:space="0" w:color="000000"/>
            </w:tcBorders>
          </w:tcPr>
          <w:p w14:paraId="6CDDB75E"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10D0812B" w14:textId="77777777" w:rsidR="009446D0" w:rsidRPr="00EB75F0" w:rsidRDefault="0084596B">
            <w:pPr>
              <w:spacing w:before="60" w:after="60" w:line="240" w:lineRule="auto"/>
              <w:rPr>
                <w:sz w:val="14"/>
              </w:rPr>
            </w:pPr>
            <w:r w:rsidRPr="00EB75F0">
              <w:rPr>
                <w:color w:val="000000"/>
                <w:sz w:val="14"/>
              </w:rPr>
              <w:t>18-50</w:t>
            </w:r>
          </w:p>
        </w:tc>
        <w:tc>
          <w:tcPr>
            <w:tcW w:w="0" w:type="auto"/>
            <w:tcBorders>
              <w:top w:val="single" w:sz="4" w:space="0" w:color="000000"/>
              <w:left w:val="single" w:sz="4" w:space="0" w:color="000000"/>
              <w:bottom w:val="single" w:sz="4" w:space="0" w:color="000000"/>
              <w:right w:val="single" w:sz="4" w:space="0" w:color="000000"/>
            </w:tcBorders>
          </w:tcPr>
          <w:p w14:paraId="29F81761"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289D04A6"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46DF2073" w14:textId="20D88763" w:rsidR="009446D0" w:rsidRPr="00EB75F0" w:rsidRDefault="0084596B">
            <w:pPr>
              <w:spacing w:before="60" w:after="60" w:line="240" w:lineRule="auto"/>
              <w:rPr>
                <w:sz w:val="14"/>
              </w:rPr>
            </w:pPr>
            <w:r w:rsidRPr="00EB75F0">
              <w:rPr>
                <w:color w:val="1E1E1E"/>
                <w:sz w:val="14"/>
              </w:rPr>
              <w:t>Harvey2003</w:t>
            </w:r>
            <w:r w:rsidR="0031308D" w:rsidRPr="00EB75F0">
              <w:fldChar w:fldCharType="begin"/>
            </w:r>
            <w:r w:rsidR="00452EF4">
              <w:instrText xml:space="preserve"> ADDIN EN.CITE &lt;EndNote&gt;&lt;Cite&gt;&lt;Author&gt;Harvey&lt;/Author&gt;&lt;Year&gt;2003&lt;/Year&gt;&lt;RecNum&gt;10&lt;/RecNum&gt;&lt;DisplayText&gt;&lt;style face="superscript"&gt;13&lt;/style&gt;&lt;/DisplayText&gt;&lt;record&gt;&lt;rec-number&gt;10&lt;/rec-number&gt;&lt;foreign-keys&gt;&lt;key app="EN" db-id="9ttaxzax2p0tr7ewzt55atews50zvxaaa5rz" timestamp="1764068825"&gt;10&lt;/key&gt;&lt;/foreign-keys&gt;&lt;ref-type name="Journal Article"&gt;17&lt;/ref-type&gt;&lt;contributors&gt;&lt;authors&gt;&lt;author&gt;Harvey, P. D.&lt;/author&gt;&lt;author&gt;Green, M. F.&lt;/author&gt;&lt;author&gt;McGurk, S. R.&lt;/author&gt;&lt;author&gt;Meltzer, H. Y.&lt;/author&gt;&lt;/authors&gt;&lt;/contributors&gt;&lt;titles&gt;&lt;title&gt;Changes in cognitive functioning with risperidone and olanzapine treatment: a large-scale, double-blind, randomized study&lt;/title&gt;&lt;secondary-title&gt;Psychopharmacology (Berl)&lt;/secondary-title&gt;&lt;/titles&gt;&lt;periodical&gt;&lt;full-title&gt;Psychopharmacology (Berl)&lt;/full-title&gt;&lt;/periodical&gt;&lt;pages&gt;404-11&lt;/pages&gt;&lt;volume&gt;169&lt;/volume&gt;&lt;number&gt;3-4&lt;/number&gt;&lt;dates&gt;&lt;year&gt;2003&lt;/year&gt;&lt;pub-dates&gt;&lt;date&gt;20030218&lt;/date&gt;&lt;/pub-dates&gt;&lt;/dates&gt;&lt;pub-location&gt;Department of Psychiatry, Mt. Sinai School of Medicine, Box 1229, New York, NY 10029, USA. pdharvey@compuserve.com&lt;/pub-location&gt;&lt;isbn&gt;0033-3158 (Print) 0033-3158 (Linking)&lt;/isbn&gt;&lt;urls&gt;&lt;related-urls&gt;&lt;url&gt;https://www.ncbi.nlm.nih.gov/pubmed/12590356&lt;/url&gt;&lt;/related-urls&gt;&lt;/urls&gt;&lt;electronic-resource-num&gt;10.1007/s00213-002-1342-5&lt;/electronic-resource-num&gt;&lt;/record&gt;&lt;/Cite&gt;&lt;/EndNote&gt;</w:instrText>
            </w:r>
            <w:r w:rsidR="0031308D" w:rsidRPr="00EB75F0">
              <w:fldChar w:fldCharType="separate"/>
            </w:r>
            <w:r w:rsidR="00452EF4" w:rsidRPr="00452EF4">
              <w:rPr>
                <w:noProof/>
                <w:vertAlign w:val="superscript"/>
              </w:rPr>
              <w:t>13</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8ECC7AC" w14:textId="77777777" w:rsidR="009446D0" w:rsidRPr="00EB75F0" w:rsidRDefault="0084596B">
            <w:pPr>
              <w:spacing w:before="60" w:after="60" w:line="240" w:lineRule="auto"/>
              <w:rPr>
                <w:sz w:val="14"/>
              </w:rPr>
            </w:pPr>
            <w:r w:rsidRPr="00EB75F0">
              <w:rPr>
                <w:color w:val="000000"/>
                <w:sz w:val="14"/>
              </w:rPr>
              <w:t>2003</w:t>
            </w:r>
          </w:p>
        </w:tc>
        <w:tc>
          <w:tcPr>
            <w:tcW w:w="0" w:type="auto"/>
            <w:tcBorders>
              <w:top w:val="single" w:sz="4" w:space="0" w:color="000000"/>
              <w:left w:val="single" w:sz="4" w:space="0" w:color="000000"/>
              <w:bottom w:val="single" w:sz="4" w:space="0" w:color="000000"/>
              <w:right w:val="single" w:sz="4" w:space="0" w:color="000000"/>
            </w:tcBorders>
          </w:tcPr>
          <w:p w14:paraId="2EB500E7"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0F07BA7"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54C4986C"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151850A9"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60DB2CAC"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534DB50D"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67278325"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1DF10F5"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159A8423"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63CBF360" w14:textId="77777777" w:rsidR="009446D0" w:rsidRPr="00EB75F0" w:rsidRDefault="0084596B">
            <w:pPr>
              <w:spacing w:before="60" w:after="60" w:line="240" w:lineRule="auto"/>
              <w:rPr>
                <w:sz w:val="14"/>
              </w:rPr>
            </w:pPr>
            <w:r w:rsidRPr="00EB75F0">
              <w:rPr>
                <w:color w:val="000000"/>
                <w:sz w:val="14"/>
              </w:rPr>
              <w:t>377</w:t>
            </w:r>
          </w:p>
        </w:tc>
        <w:tc>
          <w:tcPr>
            <w:tcW w:w="0" w:type="auto"/>
            <w:tcBorders>
              <w:top w:val="single" w:sz="4" w:space="0" w:color="000000"/>
              <w:left w:val="single" w:sz="4" w:space="0" w:color="000000"/>
              <w:bottom w:val="single" w:sz="4" w:space="0" w:color="000000"/>
              <w:right w:val="single" w:sz="4" w:space="0" w:color="000000"/>
            </w:tcBorders>
          </w:tcPr>
          <w:p w14:paraId="2244A0B7"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3DD6431B" w14:textId="77777777" w:rsidR="009446D0" w:rsidRPr="00EB75F0" w:rsidRDefault="0084596B">
            <w:pPr>
              <w:spacing w:before="60" w:after="60" w:line="240" w:lineRule="auto"/>
              <w:rPr>
                <w:sz w:val="14"/>
              </w:rPr>
            </w:pPr>
            <w:r w:rsidRPr="00EB75F0">
              <w:rPr>
                <w:color w:val="000000"/>
                <w:sz w:val="14"/>
              </w:rPr>
              <w:t>18-64</w:t>
            </w:r>
          </w:p>
        </w:tc>
        <w:tc>
          <w:tcPr>
            <w:tcW w:w="0" w:type="auto"/>
            <w:tcBorders>
              <w:top w:val="single" w:sz="4" w:space="0" w:color="000000"/>
              <w:left w:val="single" w:sz="4" w:space="0" w:color="000000"/>
              <w:bottom w:val="single" w:sz="4" w:space="0" w:color="000000"/>
              <w:right w:val="single" w:sz="4" w:space="0" w:color="000000"/>
            </w:tcBorders>
          </w:tcPr>
          <w:p w14:paraId="5FD9263E"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1FF0AB36"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AC80BE7" w14:textId="3D212249" w:rsidR="009446D0" w:rsidRPr="00EB75F0" w:rsidRDefault="0084596B">
            <w:pPr>
              <w:spacing w:before="60" w:after="60" w:line="240" w:lineRule="auto"/>
              <w:rPr>
                <w:sz w:val="14"/>
              </w:rPr>
            </w:pPr>
            <w:r w:rsidRPr="00EB75F0">
              <w:rPr>
                <w:color w:val="1E1E1E"/>
                <w:sz w:val="14"/>
              </w:rPr>
              <w:t>Tollefson 1997</w:t>
            </w:r>
            <w:r w:rsidR="0031308D" w:rsidRPr="00EB75F0">
              <w:fldChar w:fldCharType="begin"/>
            </w:r>
            <w:r w:rsidR="00452EF4">
              <w:instrText xml:space="preserve"> ADDIN EN.CITE &lt;EndNote&gt;&lt;Cite&gt;&lt;Author&gt;Tollefson&lt;/Author&gt;&lt;Year&gt;1997&lt;/Year&gt;&lt;RecNum&gt;11&lt;/RecNum&gt;&lt;DisplayText&gt;&lt;style face="superscript"&gt;14&lt;/style&gt;&lt;/DisplayText&gt;&lt;record&gt;&lt;rec-number&gt;11&lt;/rec-number&gt;&lt;foreign-keys&gt;&lt;key app="EN" db-id="9ttaxzax2p0tr7ewzt55atews50zvxaaa5rz" timestamp="1764068825"&gt;11&lt;/key&gt;&lt;/foreign-keys&gt;&lt;ref-type name="Journal Article"&gt;17&lt;/ref-type&gt;&lt;contributors&gt;&lt;authors&gt;&lt;author&gt;Tollefson, Gary D&lt;/author&gt;&lt;author&gt;Beasley Jr, Charles M&lt;/author&gt;&lt;author&gt;Tran, Pierre V&lt;/author&gt;&lt;author&gt;Street, Jamie S&lt;/author&gt;&lt;author&gt;Krueger, John A&lt;/author&gt;&lt;author&gt;Tamura, Roy N&lt;/author&gt;&lt;author&gt;Graffeo, Karin A&lt;/author&gt;&lt;author&gt;Thieme, Martha E&lt;/author&gt;&lt;/authors&gt;&lt;/contributors&gt;&lt;titles&gt;&lt;title&gt;Olanzapine versus haloperidol in the treatment of schizophrenia and schizoaffective and schizophreniform disorders: results of an international collaborative trial&lt;/title&gt;&lt;secondary-title&gt;American Journal of Psychiatry&lt;/secondary-title&gt;&lt;/titles&gt;&lt;periodical&gt;&lt;full-title&gt;American Journal of Psychiatry&lt;/full-title&gt;&lt;/periodical&gt;&lt;pages&gt;457-465&lt;/pages&gt;&lt;volume&gt;154&lt;/volume&gt;&lt;number&gt;4&lt;/number&gt;&lt;dates&gt;&lt;year&gt;1997&lt;/year&gt;&lt;/dates&gt;&lt;isbn&gt;0002-953X&lt;/isbn&gt;&lt;urls&gt;&lt;/urls&gt;&lt;/record&gt;&lt;/Cite&gt;&lt;/EndNote&gt;</w:instrText>
            </w:r>
            <w:r w:rsidR="0031308D" w:rsidRPr="00EB75F0">
              <w:fldChar w:fldCharType="separate"/>
            </w:r>
            <w:r w:rsidR="00452EF4" w:rsidRPr="00452EF4">
              <w:rPr>
                <w:noProof/>
                <w:vertAlign w:val="superscript"/>
              </w:rPr>
              <w:t>14</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77D6E37" w14:textId="77777777" w:rsidR="009446D0" w:rsidRPr="00EB75F0" w:rsidRDefault="0084596B">
            <w:pPr>
              <w:spacing w:before="60" w:after="60" w:line="240" w:lineRule="auto"/>
              <w:rPr>
                <w:sz w:val="14"/>
              </w:rPr>
            </w:pPr>
            <w:r w:rsidRPr="00EB75F0">
              <w:rPr>
                <w:color w:val="000000"/>
                <w:sz w:val="14"/>
              </w:rPr>
              <w:t>1997</w:t>
            </w:r>
          </w:p>
        </w:tc>
        <w:tc>
          <w:tcPr>
            <w:tcW w:w="0" w:type="auto"/>
            <w:tcBorders>
              <w:top w:val="single" w:sz="4" w:space="0" w:color="000000"/>
              <w:left w:val="single" w:sz="4" w:space="0" w:color="000000"/>
              <w:bottom w:val="single" w:sz="4" w:space="0" w:color="000000"/>
              <w:right w:val="single" w:sz="4" w:space="0" w:color="000000"/>
            </w:tcBorders>
          </w:tcPr>
          <w:p w14:paraId="01FA10E5"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166DDA8"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2526647"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E2A8017"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3F80EB71"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4FD515E8"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3CB6468A"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37BCED22"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65E1F263" w14:textId="77777777" w:rsidR="009446D0" w:rsidRPr="00EB75F0" w:rsidRDefault="0084596B">
            <w:pPr>
              <w:spacing w:before="60" w:after="60" w:line="240" w:lineRule="auto"/>
              <w:rPr>
                <w:sz w:val="14"/>
              </w:rPr>
            </w:pPr>
            <w:r w:rsidRPr="00EB75F0">
              <w:rPr>
                <w:color w:val="000000"/>
                <w:sz w:val="14"/>
              </w:rPr>
              <w:t>2,223</w:t>
            </w:r>
          </w:p>
        </w:tc>
        <w:tc>
          <w:tcPr>
            <w:tcW w:w="0" w:type="auto"/>
            <w:tcBorders>
              <w:top w:val="single" w:sz="4" w:space="0" w:color="000000"/>
              <w:left w:val="single" w:sz="4" w:space="0" w:color="000000"/>
              <w:bottom w:val="single" w:sz="4" w:space="0" w:color="000000"/>
              <w:right w:val="single" w:sz="4" w:space="0" w:color="000000"/>
            </w:tcBorders>
          </w:tcPr>
          <w:p w14:paraId="281CB348" w14:textId="77777777" w:rsidR="009446D0" w:rsidRPr="00EB75F0" w:rsidRDefault="0084596B">
            <w:pPr>
              <w:spacing w:before="60" w:after="60" w:line="240" w:lineRule="auto"/>
              <w:rPr>
                <w:sz w:val="14"/>
              </w:rPr>
            </w:pPr>
            <w:r w:rsidRPr="00EB75F0">
              <w:rPr>
                <w:color w:val="000000"/>
                <w:sz w:val="14"/>
              </w:rPr>
              <w:t>1,996</w:t>
            </w:r>
          </w:p>
        </w:tc>
        <w:tc>
          <w:tcPr>
            <w:tcW w:w="0" w:type="auto"/>
            <w:tcBorders>
              <w:top w:val="single" w:sz="4" w:space="0" w:color="000000"/>
              <w:left w:val="single" w:sz="4" w:space="0" w:color="000000"/>
              <w:bottom w:val="single" w:sz="4" w:space="0" w:color="000000"/>
              <w:right w:val="single" w:sz="4" w:space="0" w:color="000000"/>
            </w:tcBorders>
          </w:tcPr>
          <w:p w14:paraId="70169989"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2E0D0871"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4509B1A4"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5775DCA9"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6EE4E6CB" w14:textId="278B206B" w:rsidR="009446D0" w:rsidRPr="00EB75F0" w:rsidRDefault="0084596B">
            <w:pPr>
              <w:spacing w:before="60" w:after="60" w:line="240" w:lineRule="auto"/>
              <w:rPr>
                <w:sz w:val="14"/>
              </w:rPr>
            </w:pPr>
            <w:r w:rsidRPr="00EB75F0">
              <w:rPr>
                <w:color w:val="1E1E1E"/>
                <w:sz w:val="14"/>
              </w:rPr>
              <w:t>Kang 2021</w:t>
            </w:r>
            <w:r w:rsidR="0031308D" w:rsidRPr="00EB75F0">
              <w:fldChar w:fldCharType="begin"/>
            </w:r>
            <w:r w:rsidR="00073331">
              <w:instrText xml:space="preserve"> ADDIN EN.CITE &lt;EndNote&gt;&lt;Cite&gt;&lt;Author&gt;Kang&lt;/Author&gt;&lt;Year&gt;2021&lt;/Year&gt;&lt;RecNum&gt;3&lt;/RecNum&gt;&lt;DisplayText&gt;&lt;style face="superscript"&gt;3&lt;/style&gt;&lt;/DisplayText&gt;&lt;record&gt;&lt;rec-number&gt;3&lt;/rec-number&gt;&lt;foreign-keys&gt;&lt;key app="EN" db-id="9ttaxzax2p0tr7ewzt55atews50zvxaaa5rz" timestamp="1764068824"&gt;3&lt;/key&gt;&lt;/foreign-keys&gt;&lt;ref-type name="Journal Article"&gt;17&lt;/ref-type&gt;&lt;contributors&gt;&lt;authors&gt;&lt;author&gt;Kang, Dongyu&lt;/author&gt;&lt;author&gt;Zhang, Fengyu&lt;/author&gt;&lt;author&gt;Yang, Ye&lt;/author&gt;&lt;author&gt;Liu, Chenchen&lt;/author&gt;&lt;author&gt;Xiao, Jingmei&lt;/author&gt;&lt;author&gt;Long, Yujun&lt;/author&gt;&lt;author&gt;Huang, Jing&lt;/author&gt;&lt;author&gt;Peng, Xingjie&lt;/author&gt;&lt;author&gt;Wang, Weiyan&lt;/author&gt;&lt;author&gt;Wang, Xiaoyi&lt;/author&gt;&lt;/authors&gt;&lt;/contributors&gt;&lt;titles&gt;&lt;title&gt;Probiotic supplements reduce antipsychotic-induced metabolic disturbances in drug-naïve first-episode schizophrenia&lt;/title&gt;&lt;secondary-title&gt;medRxiv&lt;/secondary-title&gt;&lt;/titles&gt;&lt;periodical&gt;&lt;full-title&gt;medRxiv&lt;/full-title&gt;&lt;/periodical&gt;&lt;pages&gt;2021.02. 16.21251872&lt;/pages&gt;&lt;dates&gt;&lt;year&gt;2021&lt;/year&gt;&lt;/dates&gt;&lt;urls&gt;&lt;/urls&gt;&lt;/record&gt;&lt;/Cite&gt;&lt;/EndNote&gt;</w:instrText>
            </w:r>
            <w:r w:rsidR="0031308D" w:rsidRPr="00EB75F0">
              <w:fldChar w:fldCharType="separate"/>
            </w:r>
            <w:r w:rsidR="008D3092" w:rsidRPr="008D3092">
              <w:rPr>
                <w:noProof/>
                <w:vertAlign w:val="superscript"/>
              </w:rPr>
              <w:t>3</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E76F214" w14:textId="77777777" w:rsidR="009446D0" w:rsidRPr="00EB75F0" w:rsidRDefault="0084596B">
            <w:pPr>
              <w:spacing w:before="60" w:after="60" w:line="240" w:lineRule="auto"/>
              <w:rPr>
                <w:sz w:val="14"/>
              </w:rPr>
            </w:pPr>
            <w:r w:rsidRPr="00EB75F0">
              <w:rPr>
                <w:color w:val="000000"/>
                <w:sz w:val="14"/>
              </w:rPr>
              <w:t>2021</w:t>
            </w:r>
          </w:p>
        </w:tc>
        <w:tc>
          <w:tcPr>
            <w:tcW w:w="0" w:type="auto"/>
            <w:tcBorders>
              <w:top w:val="single" w:sz="4" w:space="0" w:color="000000"/>
              <w:left w:val="single" w:sz="4" w:space="0" w:color="000000"/>
              <w:bottom w:val="single" w:sz="4" w:space="0" w:color="000000"/>
              <w:right w:val="single" w:sz="4" w:space="0" w:color="000000"/>
            </w:tcBorders>
          </w:tcPr>
          <w:p w14:paraId="1431DEAE"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83884E3" w14:textId="77777777" w:rsidR="009446D0" w:rsidRPr="00EB75F0" w:rsidRDefault="0084596B">
            <w:pPr>
              <w:spacing w:before="60" w:after="60" w:line="240" w:lineRule="auto"/>
              <w:rPr>
                <w:sz w:val="14"/>
              </w:rPr>
            </w:pPr>
            <w:r w:rsidRPr="00EB75F0">
              <w:rPr>
                <w:color w:val="000000"/>
                <w:sz w:val="14"/>
              </w:rPr>
              <w:t>Single blind</w:t>
            </w:r>
          </w:p>
        </w:tc>
        <w:tc>
          <w:tcPr>
            <w:tcW w:w="0" w:type="auto"/>
            <w:tcBorders>
              <w:top w:val="single" w:sz="4" w:space="0" w:color="000000"/>
              <w:left w:val="single" w:sz="4" w:space="0" w:color="000000"/>
              <w:bottom w:val="single" w:sz="4" w:space="0" w:color="000000"/>
              <w:right w:val="single" w:sz="4" w:space="0" w:color="000000"/>
            </w:tcBorders>
          </w:tcPr>
          <w:p w14:paraId="0B4EE3D7"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6C876DBE"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228A0C89"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250F96A6"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62131E97" w14:textId="77777777" w:rsidR="009446D0" w:rsidRPr="00EB75F0" w:rsidRDefault="0084596B">
            <w:pPr>
              <w:spacing w:before="60" w:after="60" w:line="240" w:lineRule="auto"/>
              <w:rPr>
                <w:sz w:val="14"/>
              </w:rPr>
            </w:pPr>
            <w:r w:rsidRPr="00EB75F0">
              <w:rPr>
                <w:color w:val="000000"/>
                <w:sz w:val="14"/>
              </w:rPr>
              <w:t>First episode</w:t>
            </w:r>
          </w:p>
        </w:tc>
        <w:tc>
          <w:tcPr>
            <w:tcW w:w="0" w:type="auto"/>
            <w:tcBorders>
              <w:top w:val="single" w:sz="4" w:space="0" w:color="000000"/>
              <w:left w:val="single" w:sz="4" w:space="0" w:color="000000"/>
              <w:bottom w:val="single" w:sz="4" w:space="0" w:color="000000"/>
              <w:right w:val="single" w:sz="4" w:space="0" w:color="000000"/>
            </w:tcBorders>
          </w:tcPr>
          <w:p w14:paraId="12898137"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402EE635" w14:textId="77777777" w:rsidR="009446D0" w:rsidRPr="00EB75F0" w:rsidRDefault="0084596B">
            <w:pPr>
              <w:spacing w:before="60" w:after="60" w:line="240" w:lineRule="auto"/>
              <w:rPr>
                <w:sz w:val="14"/>
              </w:rPr>
            </w:pPr>
            <w:r w:rsidRPr="00EB75F0">
              <w:rPr>
                <w:color w:val="000000"/>
                <w:sz w:val="14"/>
              </w:rPr>
              <w:t>126</w:t>
            </w:r>
          </w:p>
        </w:tc>
        <w:tc>
          <w:tcPr>
            <w:tcW w:w="0" w:type="auto"/>
            <w:tcBorders>
              <w:top w:val="single" w:sz="4" w:space="0" w:color="000000"/>
              <w:left w:val="single" w:sz="4" w:space="0" w:color="000000"/>
              <w:bottom w:val="single" w:sz="4" w:space="0" w:color="000000"/>
              <w:right w:val="single" w:sz="4" w:space="0" w:color="000000"/>
            </w:tcBorders>
          </w:tcPr>
          <w:p w14:paraId="6242672D" w14:textId="77777777" w:rsidR="009446D0" w:rsidRPr="00EB75F0" w:rsidRDefault="0084596B">
            <w:pPr>
              <w:spacing w:before="60" w:after="60" w:line="240" w:lineRule="auto"/>
              <w:rPr>
                <w:sz w:val="14"/>
              </w:rPr>
            </w:pPr>
            <w:r w:rsidRPr="00EB75F0">
              <w:rPr>
                <w:color w:val="000000"/>
                <w:sz w:val="14"/>
              </w:rPr>
              <w:t>90</w:t>
            </w:r>
          </w:p>
        </w:tc>
        <w:tc>
          <w:tcPr>
            <w:tcW w:w="0" w:type="auto"/>
            <w:tcBorders>
              <w:top w:val="single" w:sz="4" w:space="0" w:color="000000"/>
              <w:left w:val="single" w:sz="4" w:space="0" w:color="000000"/>
              <w:bottom w:val="single" w:sz="4" w:space="0" w:color="000000"/>
              <w:right w:val="single" w:sz="4" w:space="0" w:color="000000"/>
            </w:tcBorders>
          </w:tcPr>
          <w:p w14:paraId="287D2714" w14:textId="77777777" w:rsidR="009446D0" w:rsidRPr="00EB75F0" w:rsidRDefault="0084596B">
            <w:pPr>
              <w:spacing w:before="60" w:after="60" w:line="240" w:lineRule="auto"/>
              <w:rPr>
                <w:sz w:val="14"/>
              </w:rPr>
            </w:pPr>
            <w:r w:rsidRPr="00EB75F0">
              <w:rPr>
                <w:color w:val="000000"/>
                <w:sz w:val="14"/>
              </w:rPr>
              <w:t>12</w:t>
            </w:r>
          </w:p>
        </w:tc>
        <w:tc>
          <w:tcPr>
            <w:tcW w:w="0" w:type="auto"/>
            <w:tcBorders>
              <w:top w:val="single" w:sz="4" w:space="0" w:color="000000"/>
              <w:left w:val="single" w:sz="4" w:space="0" w:color="000000"/>
              <w:bottom w:val="single" w:sz="4" w:space="0" w:color="000000"/>
              <w:right w:val="single" w:sz="4" w:space="0" w:color="000000"/>
            </w:tcBorders>
          </w:tcPr>
          <w:p w14:paraId="6450FC29" w14:textId="77777777" w:rsidR="009446D0" w:rsidRPr="00EB75F0" w:rsidRDefault="0084596B">
            <w:pPr>
              <w:spacing w:before="60" w:after="60" w:line="240" w:lineRule="auto"/>
              <w:rPr>
                <w:sz w:val="14"/>
              </w:rPr>
            </w:pPr>
            <w:r w:rsidRPr="00EB75F0">
              <w:rPr>
                <w:color w:val="000000"/>
                <w:sz w:val="14"/>
              </w:rPr>
              <w:t>18-50</w:t>
            </w:r>
          </w:p>
        </w:tc>
        <w:tc>
          <w:tcPr>
            <w:tcW w:w="0" w:type="auto"/>
            <w:tcBorders>
              <w:top w:val="single" w:sz="4" w:space="0" w:color="000000"/>
              <w:left w:val="single" w:sz="4" w:space="0" w:color="000000"/>
              <w:bottom w:val="single" w:sz="4" w:space="0" w:color="000000"/>
              <w:right w:val="single" w:sz="4" w:space="0" w:color="000000"/>
            </w:tcBorders>
          </w:tcPr>
          <w:p w14:paraId="11E69F31"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35AD5810"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5F9F32A2" w14:textId="4C203F69" w:rsidR="009446D0" w:rsidRPr="00EB75F0" w:rsidRDefault="0084596B">
            <w:pPr>
              <w:spacing w:before="60" w:after="60" w:line="240" w:lineRule="auto"/>
              <w:rPr>
                <w:sz w:val="14"/>
              </w:rPr>
            </w:pPr>
            <w:proofErr w:type="spellStart"/>
            <w:r w:rsidRPr="00EB75F0">
              <w:rPr>
                <w:color w:val="1E1E1E"/>
                <w:sz w:val="14"/>
              </w:rPr>
              <w:t>Gattaz</w:t>
            </w:r>
            <w:proofErr w:type="spellEnd"/>
            <w:r w:rsidRPr="00EB75F0">
              <w:rPr>
                <w:color w:val="1E1E1E"/>
                <w:sz w:val="14"/>
              </w:rPr>
              <w:t xml:space="preserve"> 2004</w:t>
            </w:r>
            <w:r w:rsidR="0031308D" w:rsidRPr="00EB75F0">
              <w:fldChar w:fldCharType="begin"/>
            </w:r>
            <w:r w:rsidR="00452EF4">
              <w:instrText xml:space="preserve"> ADDIN EN.CITE &lt;EndNote&gt;&lt;Cite&gt;&lt;Author&gt;Gattaz&lt;/Author&gt;&lt;Year&gt;2004&lt;/Year&gt;&lt;RecNum&gt;55&lt;/RecNum&gt;&lt;DisplayText&gt;&lt;style face="superscript"&gt;58&lt;/style&gt;&lt;/DisplayText&gt;&lt;record&gt;&lt;rec-number&gt;55&lt;/rec-number&gt;&lt;foreign-keys&gt;&lt;key app="EN" db-id="9ttaxzax2p0tr7ewzt55atews50zvxaaa5rz" timestamp="1764068835"&gt;55&lt;/key&gt;&lt;/foreign-keys&gt;&lt;ref-type name="Journal Article"&gt;17&lt;/ref-type&gt;&lt;contributors&gt;&lt;authors&gt;&lt;author&gt;Gattaz, Wagner Farid&lt;/author&gt;&lt;author&gt;Diehl, A&lt;/author&gt;&lt;author&gt;Geuppert, MS&lt;/author&gt;&lt;author&gt;Hubrich, P&lt;/author&gt;&lt;author&gt;Schmitt, A&lt;/author&gt;&lt;author&gt;Linde, I&lt;/author&gt;&lt;author&gt;Maras, A&lt;/author&gt;&lt;author&gt;Dittmann, RW&lt;/author&gt;&lt;/authors&gt;&lt;/contributors&gt;&lt;titles&gt;&lt;title&gt;Olanzapine versus flupenthixol in the treatment of inpatients with schizophrenia: a randomized double-blind trial&lt;/title&gt;&lt;secondary-title&gt;Pharmacopsychiatry&lt;/secondary-title&gt;&lt;/titles&gt;&lt;periodical&gt;&lt;full-title&gt;Pharmacopsychiatry&lt;/full-title&gt;&lt;/periodical&gt;&lt;pages&gt;279-285&lt;/pages&gt;&lt;volume&gt;37&lt;/volume&gt;&lt;number&gt;06&lt;/number&gt;&lt;dates&gt;&lt;year&gt;2004&lt;/year&gt;&lt;/dates&gt;&lt;isbn&gt;0176-3679&lt;/isbn&gt;&lt;urls&gt;&lt;/urls&gt;&lt;/record&gt;&lt;/Cite&gt;&lt;/EndNote&gt;</w:instrText>
            </w:r>
            <w:r w:rsidR="0031308D" w:rsidRPr="00EB75F0">
              <w:fldChar w:fldCharType="separate"/>
            </w:r>
            <w:r w:rsidR="00452EF4" w:rsidRPr="00452EF4">
              <w:rPr>
                <w:noProof/>
                <w:vertAlign w:val="superscript"/>
              </w:rPr>
              <w:t>58</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96658A0" w14:textId="77777777" w:rsidR="009446D0" w:rsidRPr="00EB75F0" w:rsidRDefault="0084596B">
            <w:pPr>
              <w:spacing w:before="60" w:after="60" w:line="240" w:lineRule="auto"/>
              <w:rPr>
                <w:sz w:val="14"/>
              </w:rPr>
            </w:pPr>
            <w:r w:rsidRPr="00EB75F0">
              <w:rPr>
                <w:color w:val="000000"/>
                <w:sz w:val="14"/>
              </w:rPr>
              <w:t>2004</w:t>
            </w:r>
          </w:p>
        </w:tc>
        <w:tc>
          <w:tcPr>
            <w:tcW w:w="0" w:type="auto"/>
            <w:tcBorders>
              <w:top w:val="single" w:sz="4" w:space="0" w:color="000000"/>
              <w:left w:val="single" w:sz="4" w:space="0" w:color="000000"/>
              <w:bottom w:val="single" w:sz="4" w:space="0" w:color="000000"/>
              <w:right w:val="single" w:sz="4" w:space="0" w:color="000000"/>
            </w:tcBorders>
          </w:tcPr>
          <w:p w14:paraId="6662E1EA"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A81CE82"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60DC3EC5"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C60FAFB"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2F897335"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47159431"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21E2F0C6"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1A3B8EA9"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79DC9BBE"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1F4FCAA0" w14:textId="77777777" w:rsidR="009446D0" w:rsidRPr="00EB75F0" w:rsidRDefault="0084596B">
            <w:pPr>
              <w:spacing w:before="60" w:after="60" w:line="240" w:lineRule="auto"/>
              <w:rPr>
                <w:sz w:val="14"/>
              </w:rPr>
            </w:pPr>
            <w:r w:rsidRPr="00EB75F0">
              <w:rPr>
                <w:color w:val="000000"/>
                <w:sz w:val="14"/>
              </w:rPr>
              <w:t>28</w:t>
            </w:r>
          </w:p>
        </w:tc>
        <w:tc>
          <w:tcPr>
            <w:tcW w:w="0" w:type="auto"/>
            <w:tcBorders>
              <w:top w:val="single" w:sz="4" w:space="0" w:color="000000"/>
              <w:left w:val="single" w:sz="4" w:space="0" w:color="000000"/>
              <w:bottom w:val="single" w:sz="4" w:space="0" w:color="000000"/>
              <w:right w:val="single" w:sz="4" w:space="0" w:color="000000"/>
            </w:tcBorders>
          </w:tcPr>
          <w:p w14:paraId="531D26AE"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2061B0C9"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5EC7E51C"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29C44359"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56181F13" w14:textId="798E3E14" w:rsidR="009446D0" w:rsidRPr="00EB75F0" w:rsidRDefault="0084596B">
            <w:pPr>
              <w:spacing w:before="60" w:after="60" w:line="240" w:lineRule="auto"/>
              <w:rPr>
                <w:sz w:val="14"/>
              </w:rPr>
            </w:pPr>
            <w:r w:rsidRPr="00EB75F0">
              <w:rPr>
                <w:color w:val="1E1E1E"/>
                <w:sz w:val="14"/>
              </w:rPr>
              <w:t>Loza 2006</w:t>
            </w:r>
            <w:r w:rsidR="0031308D" w:rsidRPr="00EB75F0">
              <w:fldChar w:fldCharType="begin"/>
            </w:r>
            <w:r w:rsidR="00452EF4">
              <w:instrText xml:space="preserve"> ADDIN EN.CITE &lt;EndNote&gt;&lt;Cite&gt;&lt;Author&gt;Loza&lt;/Author&gt;&lt;Year&gt;2006&lt;/Year&gt;&lt;RecNum&gt;56&lt;/RecNum&gt;&lt;DisplayText&gt;&lt;style face="superscript"&gt;59&lt;/style&gt;&lt;/DisplayText&gt;&lt;record&gt;&lt;rec-number&gt;56&lt;/rec-number&gt;&lt;foreign-keys&gt;&lt;key app="EN" db-id="9ttaxzax2p0tr7ewzt55atews50zvxaaa5rz" timestamp="1764068836"&gt;56&lt;/key&gt;&lt;/foreign-keys&gt;&lt;ref-type name=".Conference Proceedings"&gt;10&lt;/ref-type&gt;&lt;contributors&gt;&lt;authors&gt;&lt;author&gt;Loza, B&lt;/author&gt;&lt;author&gt;Czernikiewicz, A&lt;/author&gt;&lt;author&gt;Roszkowska, A&lt;/author&gt;&lt;author&gt;Szulc, A&lt;/author&gt;&lt;/authors&gt;&lt;/contributors&gt;&lt;titles&gt;&lt;title&gt;Atypical antipsychotics: The prosocial capacity. Double-blind, randomized, prospective study of olanzapine and risperidone treatment of schizophrenia: Cognitive, awareness and quality of life report&lt;/title&gt;&lt;secondary-title&gt;INTERNATIONAL JOURNAL OF NEUROPSYCHOPHARMACOLOGY&lt;/secondary-title&gt;&lt;/titles&gt;&lt;periodical&gt;&lt;full-title&gt;International Journal of Neuropsychopharmacology&lt;/full-title&gt;&lt;/periodical&gt;&lt;pages&gt;S271-S271&lt;/pages&gt;&lt;volume&gt;9&lt;/volume&gt;&lt;dates&gt;&lt;year&gt;2006&lt;/year&gt;&lt;/dates&gt;&lt;publisher&gt;CAMBRIDGE UNIV PRESS 32 AVENUE OF THE AMERICAS, NEW YORK, NY 10013-2473 USA&lt;/publisher&gt;&lt;isbn&gt;1461-1457&lt;/isbn&gt;&lt;urls&gt;&lt;/urls&gt;&lt;/record&gt;&lt;/Cite&gt;&lt;/EndNote&gt;</w:instrText>
            </w:r>
            <w:r w:rsidR="0031308D" w:rsidRPr="00EB75F0">
              <w:fldChar w:fldCharType="separate"/>
            </w:r>
            <w:r w:rsidR="00452EF4" w:rsidRPr="00452EF4">
              <w:rPr>
                <w:noProof/>
                <w:vertAlign w:val="superscript"/>
              </w:rPr>
              <w:t>59</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66CFDC1" w14:textId="77777777" w:rsidR="009446D0" w:rsidRPr="00EB75F0" w:rsidRDefault="0084596B">
            <w:pPr>
              <w:spacing w:before="60" w:after="60" w:line="240" w:lineRule="auto"/>
              <w:rPr>
                <w:sz w:val="14"/>
              </w:rPr>
            </w:pPr>
            <w:r w:rsidRPr="00EB75F0">
              <w:rPr>
                <w:color w:val="000000"/>
                <w:sz w:val="14"/>
              </w:rPr>
              <w:t>2006</w:t>
            </w:r>
          </w:p>
        </w:tc>
        <w:tc>
          <w:tcPr>
            <w:tcW w:w="0" w:type="auto"/>
            <w:tcBorders>
              <w:top w:val="single" w:sz="4" w:space="0" w:color="000000"/>
              <w:left w:val="single" w:sz="4" w:space="0" w:color="000000"/>
              <w:bottom w:val="single" w:sz="4" w:space="0" w:color="000000"/>
              <w:right w:val="single" w:sz="4" w:space="0" w:color="000000"/>
            </w:tcBorders>
          </w:tcPr>
          <w:p w14:paraId="4E4FDDDB"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8FF076D"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ACCDDE1"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4068CF30"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0FE14519"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50248FB2"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25A981AC"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2E06D70"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26D3463E"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123A8960" w14:textId="77777777" w:rsidR="009446D0" w:rsidRPr="00EB75F0" w:rsidRDefault="0084596B">
            <w:pPr>
              <w:spacing w:before="60" w:after="60" w:line="240" w:lineRule="auto"/>
              <w:rPr>
                <w:sz w:val="14"/>
              </w:rPr>
            </w:pPr>
            <w:r w:rsidRPr="00EB75F0">
              <w:rPr>
                <w:color w:val="000000"/>
                <w:sz w:val="14"/>
              </w:rPr>
              <w:t>79</w:t>
            </w:r>
          </w:p>
        </w:tc>
        <w:tc>
          <w:tcPr>
            <w:tcW w:w="0" w:type="auto"/>
            <w:tcBorders>
              <w:top w:val="single" w:sz="4" w:space="0" w:color="000000"/>
              <w:left w:val="single" w:sz="4" w:space="0" w:color="000000"/>
              <w:bottom w:val="single" w:sz="4" w:space="0" w:color="000000"/>
              <w:right w:val="single" w:sz="4" w:space="0" w:color="000000"/>
            </w:tcBorders>
          </w:tcPr>
          <w:p w14:paraId="6AB4DAF9"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37417E04"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668C2715"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2D7F4A36"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69586454" w14:textId="593ACF9F" w:rsidR="009446D0" w:rsidRPr="00EB75F0" w:rsidRDefault="0084596B">
            <w:pPr>
              <w:spacing w:before="60" w:after="60" w:line="240" w:lineRule="auto"/>
              <w:rPr>
                <w:sz w:val="14"/>
              </w:rPr>
            </w:pPr>
            <w:r w:rsidRPr="00EB75F0">
              <w:rPr>
                <w:color w:val="1E1E1E"/>
                <w:sz w:val="14"/>
              </w:rPr>
              <w:t>Shah 2011</w:t>
            </w:r>
            <w:r w:rsidR="0031308D" w:rsidRPr="00EB75F0">
              <w:fldChar w:fldCharType="begin"/>
            </w:r>
            <w:r w:rsidR="00452EF4">
              <w:instrText xml:space="preserve"> ADDIN EN.CITE &lt;EndNote&gt;&lt;Cite&gt;&lt;Author&gt;Shah&lt;/Author&gt;&lt;Year&gt;2011&lt;/Year&gt;&lt;RecNum&gt;57&lt;/RecNum&gt;&lt;DisplayText&gt;&lt;style face="superscript"&gt;60&lt;/style&gt;&lt;/DisplayText&gt;&lt;record&gt;&lt;rec-number&gt;57&lt;/rec-number&gt;&lt;foreign-keys&gt;&lt;key app="EN" db-id="9ttaxzax2p0tr7ewzt55atews50zvxaaa5rz" timestamp="1764068836"&gt;57&lt;/key&gt;&lt;/foreign-keys&gt;&lt;ref-type name="Journal Article"&gt;17&lt;/ref-type&gt;&lt;contributors&gt;&lt;authors&gt;&lt;author&gt;Shah, Sandip&lt;/author&gt;&lt;author&gt;Joshi, Dipti&lt;/author&gt;&lt;/authors&gt;&lt;/contributors&gt;&lt;titles&gt;&lt;title&gt;Tolerability and efficacy of paliperidone ER compared to olanzapine in the treatment of schizophrenia: A randomized, double–blind, multicentric trial&lt;/title&gt;&lt;secondary-title&gt;Industrial Psychiatry Journal&lt;/secondary-title&gt;&lt;/titles&gt;&lt;periodical&gt;&lt;full-title&gt;Industrial Psychiatry Journal&lt;/full-title&gt;&lt;/periodical&gt;&lt;pages&gt;25-31&lt;/pages&gt;&lt;volume&gt;20&lt;/volume&gt;&lt;number&gt;1&lt;/number&gt;&lt;dates&gt;&lt;year&gt;2011&lt;/year&gt;&lt;/dates&gt;&lt;isbn&gt;0972-6748&lt;/isbn&gt;&lt;urls&gt;&lt;/urls&gt;&lt;/record&gt;&lt;/Cite&gt;&lt;/EndNote&gt;</w:instrText>
            </w:r>
            <w:r w:rsidR="0031308D" w:rsidRPr="00EB75F0">
              <w:fldChar w:fldCharType="separate"/>
            </w:r>
            <w:r w:rsidR="00452EF4" w:rsidRPr="00452EF4">
              <w:rPr>
                <w:noProof/>
                <w:vertAlign w:val="superscript"/>
              </w:rPr>
              <w:t>60</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F0DD0CA" w14:textId="77777777" w:rsidR="009446D0" w:rsidRPr="00EB75F0" w:rsidRDefault="0084596B">
            <w:pPr>
              <w:spacing w:before="60" w:after="60" w:line="240" w:lineRule="auto"/>
              <w:rPr>
                <w:sz w:val="14"/>
              </w:rPr>
            </w:pPr>
            <w:r w:rsidRPr="00EB75F0">
              <w:rPr>
                <w:color w:val="000000"/>
                <w:sz w:val="14"/>
              </w:rPr>
              <w:t>2011</w:t>
            </w:r>
          </w:p>
        </w:tc>
        <w:tc>
          <w:tcPr>
            <w:tcW w:w="0" w:type="auto"/>
            <w:tcBorders>
              <w:top w:val="single" w:sz="4" w:space="0" w:color="000000"/>
              <w:left w:val="single" w:sz="4" w:space="0" w:color="000000"/>
              <w:bottom w:val="single" w:sz="4" w:space="0" w:color="000000"/>
              <w:right w:val="single" w:sz="4" w:space="0" w:color="000000"/>
            </w:tcBorders>
          </w:tcPr>
          <w:p w14:paraId="500FD343"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0A28912D"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51562B09"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1BDE13E"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1C76F3B9"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1A70BEC6"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2537F1A"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8400C19"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1C1CD41B"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1901CC0E" w14:textId="77777777" w:rsidR="009446D0" w:rsidRPr="00EB75F0" w:rsidRDefault="0084596B">
            <w:pPr>
              <w:spacing w:before="60" w:after="60" w:line="240" w:lineRule="auto"/>
              <w:rPr>
                <w:sz w:val="14"/>
              </w:rPr>
            </w:pPr>
            <w:r w:rsidRPr="00EB75F0">
              <w:rPr>
                <w:color w:val="000000"/>
                <w:sz w:val="14"/>
              </w:rPr>
              <w:t>214</w:t>
            </w:r>
          </w:p>
        </w:tc>
        <w:tc>
          <w:tcPr>
            <w:tcW w:w="0" w:type="auto"/>
            <w:tcBorders>
              <w:top w:val="single" w:sz="4" w:space="0" w:color="000000"/>
              <w:left w:val="single" w:sz="4" w:space="0" w:color="000000"/>
              <w:bottom w:val="single" w:sz="4" w:space="0" w:color="000000"/>
              <w:right w:val="single" w:sz="4" w:space="0" w:color="000000"/>
            </w:tcBorders>
          </w:tcPr>
          <w:p w14:paraId="74FDEA0F"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4C092B66" w14:textId="77777777" w:rsidR="009446D0" w:rsidRPr="00EB75F0" w:rsidRDefault="0084596B">
            <w:pPr>
              <w:spacing w:before="60" w:after="60" w:line="240" w:lineRule="auto"/>
              <w:rPr>
                <w:sz w:val="14"/>
              </w:rPr>
            </w:pPr>
            <w:r w:rsidRPr="00EB75F0">
              <w:rPr>
                <w:color w:val="000000"/>
                <w:sz w:val="14"/>
              </w:rPr>
              <w:t>18-59</w:t>
            </w:r>
          </w:p>
        </w:tc>
        <w:tc>
          <w:tcPr>
            <w:tcW w:w="0" w:type="auto"/>
            <w:tcBorders>
              <w:top w:val="single" w:sz="4" w:space="0" w:color="000000"/>
              <w:left w:val="single" w:sz="4" w:space="0" w:color="000000"/>
              <w:bottom w:val="single" w:sz="4" w:space="0" w:color="000000"/>
              <w:right w:val="single" w:sz="4" w:space="0" w:color="000000"/>
            </w:tcBorders>
          </w:tcPr>
          <w:p w14:paraId="16D2BBE7"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7375E4FC"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74EC36D" w14:textId="0ED152CF" w:rsidR="009446D0" w:rsidRPr="00EB75F0" w:rsidRDefault="0084596B">
            <w:pPr>
              <w:spacing w:before="60" w:after="60" w:line="240" w:lineRule="auto"/>
              <w:rPr>
                <w:sz w:val="14"/>
              </w:rPr>
            </w:pPr>
            <w:proofErr w:type="spellStart"/>
            <w:r w:rsidRPr="00EB75F0">
              <w:rPr>
                <w:color w:val="1E1E1E"/>
                <w:sz w:val="14"/>
              </w:rPr>
              <w:t>Ozguven</w:t>
            </w:r>
            <w:proofErr w:type="spellEnd"/>
            <w:r w:rsidRPr="00EB75F0">
              <w:rPr>
                <w:color w:val="1E1E1E"/>
                <w:sz w:val="14"/>
              </w:rPr>
              <w:t xml:space="preserve"> 2011</w:t>
            </w:r>
            <w:r w:rsidR="0031308D" w:rsidRPr="00EB75F0">
              <w:fldChar w:fldCharType="begin"/>
            </w:r>
            <w:r w:rsidR="00452EF4">
              <w:instrText xml:space="preserve"> ADDIN EN.CITE &lt;EndNote&gt;&lt;Cite&gt;&lt;Author&gt;Ozguven&lt;/Author&gt;&lt;Year&gt;2011&lt;/Year&gt;&lt;RecNum&gt;58&lt;/RecNum&gt;&lt;DisplayText&gt;&lt;style face="superscript"&gt;61&lt;/style&gt;&lt;/DisplayText&gt;&lt;record&gt;&lt;rec-number&gt;58&lt;/rec-number&gt;&lt;foreign-keys&gt;&lt;key app="EN" db-id="9ttaxzax2p0tr7ewzt55atews50zvxaaa5rz" timestamp="1764068836"&gt;58&lt;/key&gt;&lt;/foreign-keys&gt;&lt;ref-type name="Journal Article"&gt;17&lt;/ref-type&gt;&lt;contributors&gt;&lt;authors&gt;&lt;author&gt;Ozguven, Halise Devrimci&lt;/author&gt;&lt;author&gt;Baskak, Bora&lt;/author&gt;&lt;author&gt;Oner, Ozgur&lt;/author&gt;&lt;author&gt;Atbasoglu, Cem&lt;/author&gt;&lt;/authors&gt;&lt;/contributors&gt;&lt;titles&gt;&lt;title&gt;Metabolic effects of olanzapine and quetiapine: a six-week randomized, single blind, controlled study&lt;/title&gt;&lt;secondary-title&gt;The Open Neuropsychopharmacology Journal&lt;/secondary-title&gt;&lt;/titles&gt;&lt;periodical&gt;&lt;full-title&gt;The Open Neuropsychopharmacology Journal&lt;/full-title&gt;&lt;/periodical&gt;&lt;volume&gt;4&lt;/volume&gt;&lt;number&gt;1&lt;/number&gt;&lt;dates&gt;&lt;year&gt;2011&lt;/year&gt;&lt;/dates&gt;&lt;urls&gt;&lt;/urls&gt;&lt;/record&gt;&lt;/Cite&gt;&lt;/EndNote&gt;</w:instrText>
            </w:r>
            <w:r w:rsidR="0031308D" w:rsidRPr="00EB75F0">
              <w:fldChar w:fldCharType="separate"/>
            </w:r>
            <w:r w:rsidR="00452EF4" w:rsidRPr="00452EF4">
              <w:rPr>
                <w:noProof/>
                <w:vertAlign w:val="superscript"/>
              </w:rPr>
              <w:t>61</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3ABDCD9" w14:textId="77777777" w:rsidR="009446D0" w:rsidRPr="00EB75F0" w:rsidRDefault="0084596B">
            <w:pPr>
              <w:spacing w:before="60" w:after="60" w:line="240" w:lineRule="auto"/>
              <w:rPr>
                <w:sz w:val="14"/>
              </w:rPr>
            </w:pPr>
            <w:r w:rsidRPr="00EB75F0">
              <w:rPr>
                <w:color w:val="000000"/>
                <w:sz w:val="14"/>
              </w:rPr>
              <w:t>2011</w:t>
            </w:r>
          </w:p>
        </w:tc>
        <w:tc>
          <w:tcPr>
            <w:tcW w:w="0" w:type="auto"/>
            <w:tcBorders>
              <w:top w:val="single" w:sz="4" w:space="0" w:color="000000"/>
              <w:left w:val="single" w:sz="4" w:space="0" w:color="000000"/>
              <w:bottom w:val="single" w:sz="4" w:space="0" w:color="000000"/>
              <w:right w:val="single" w:sz="4" w:space="0" w:color="000000"/>
            </w:tcBorders>
          </w:tcPr>
          <w:p w14:paraId="23447023"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38EB992" w14:textId="77777777" w:rsidR="009446D0" w:rsidRPr="00EB75F0" w:rsidRDefault="0084596B">
            <w:pPr>
              <w:spacing w:before="60" w:after="60" w:line="240" w:lineRule="auto"/>
              <w:rPr>
                <w:sz w:val="14"/>
              </w:rPr>
            </w:pPr>
            <w:r w:rsidRPr="00EB75F0">
              <w:rPr>
                <w:color w:val="000000"/>
                <w:sz w:val="14"/>
              </w:rPr>
              <w:t>Single blind</w:t>
            </w:r>
          </w:p>
        </w:tc>
        <w:tc>
          <w:tcPr>
            <w:tcW w:w="0" w:type="auto"/>
            <w:tcBorders>
              <w:top w:val="single" w:sz="4" w:space="0" w:color="000000"/>
              <w:left w:val="single" w:sz="4" w:space="0" w:color="000000"/>
              <w:bottom w:val="single" w:sz="4" w:space="0" w:color="000000"/>
              <w:right w:val="single" w:sz="4" w:space="0" w:color="000000"/>
            </w:tcBorders>
          </w:tcPr>
          <w:p w14:paraId="6571DB1F"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5BF0203B"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26116DD2"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05AEEAD5"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2273A32E"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4947DF39"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654B5A6F" w14:textId="77777777" w:rsidR="009446D0" w:rsidRPr="00EB75F0" w:rsidRDefault="0084596B">
            <w:pPr>
              <w:spacing w:before="60" w:after="60" w:line="240" w:lineRule="auto"/>
              <w:rPr>
                <w:sz w:val="14"/>
              </w:rPr>
            </w:pPr>
            <w:r w:rsidRPr="00EB75F0">
              <w:rPr>
                <w:color w:val="000000"/>
                <w:sz w:val="14"/>
              </w:rPr>
              <w:t>96</w:t>
            </w:r>
          </w:p>
        </w:tc>
        <w:tc>
          <w:tcPr>
            <w:tcW w:w="0" w:type="auto"/>
            <w:tcBorders>
              <w:top w:val="single" w:sz="4" w:space="0" w:color="000000"/>
              <w:left w:val="single" w:sz="4" w:space="0" w:color="000000"/>
              <w:bottom w:val="single" w:sz="4" w:space="0" w:color="000000"/>
              <w:right w:val="single" w:sz="4" w:space="0" w:color="000000"/>
            </w:tcBorders>
          </w:tcPr>
          <w:p w14:paraId="16D92E2B" w14:textId="77777777" w:rsidR="009446D0" w:rsidRPr="00EB75F0" w:rsidRDefault="0084596B">
            <w:pPr>
              <w:spacing w:before="60" w:after="60" w:line="240" w:lineRule="auto"/>
              <w:rPr>
                <w:sz w:val="14"/>
              </w:rPr>
            </w:pPr>
            <w:r w:rsidRPr="00EB75F0">
              <w:rPr>
                <w:color w:val="000000"/>
                <w:sz w:val="14"/>
              </w:rPr>
              <w:t>34</w:t>
            </w:r>
          </w:p>
        </w:tc>
        <w:tc>
          <w:tcPr>
            <w:tcW w:w="0" w:type="auto"/>
            <w:tcBorders>
              <w:top w:val="single" w:sz="4" w:space="0" w:color="000000"/>
              <w:left w:val="single" w:sz="4" w:space="0" w:color="000000"/>
              <w:bottom w:val="single" w:sz="4" w:space="0" w:color="000000"/>
              <w:right w:val="single" w:sz="4" w:space="0" w:color="000000"/>
            </w:tcBorders>
          </w:tcPr>
          <w:p w14:paraId="24CCD2EE"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60C4CDD9"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7919F26B"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5B930406"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CDE89F7" w14:textId="56E1BD37" w:rsidR="009446D0" w:rsidRPr="00EB75F0" w:rsidRDefault="0084596B">
            <w:pPr>
              <w:spacing w:before="60" w:after="60" w:line="240" w:lineRule="auto"/>
              <w:rPr>
                <w:sz w:val="14"/>
              </w:rPr>
            </w:pPr>
            <w:r w:rsidRPr="00EB75F0">
              <w:rPr>
                <w:color w:val="1E1E1E"/>
                <w:sz w:val="14"/>
              </w:rPr>
              <w:t>Corrigan 2004</w:t>
            </w:r>
            <w:r w:rsidR="0031308D" w:rsidRPr="00EB75F0">
              <w:fldChar w:fldCharType="begin"/>
            </w:r>
            <w:r w:rsidR="00452EF4">
              <w:instrText xml:space="preserve"> ADDIN EN.CITE &lt;EndNote&gt;&lt;Cite&gt;&lt;Author&gt;Corrigan&lt;/Author&gt;&lt;Year&gt;2004&lt;/Year&gt;&lt;RecNum&gt;59&lt;/RecNum&gt;&lt;DisplayText&gt;&lt;style face="superscript"&gt;62&lt;/style&gt;&lt;/DisplayText&gt;&lt;record&gt;&lt;rec-number&gt;59&lt;/rec-number&gt;&lt;foreign-keys&gt;&lt;key app="EN" db-id="9ttaxzax2p0tr7ewzt55atews50zvxaaa5rz" timestamp="1764068836"&gt;59&lt;/key&gt;&lt;/foreign-keys&gt;&lt;ref-type name="Journal Article"&gt;17&lt;/ref-type&gt;&lt;contributors&gt;&lt;authors&gt;&lt;author&gt;Corrigan, M. H.&lt;/author&gt;&lt;author&gt;Gallen, C. C.&lt;/author&gt;&lt;author&gt;Bonura, M. L.&lt;/author&gt;&lt;author&gt;Merchant, K. M.&lt;/author&gt;&lt;author&gt;Sonepiprazole Study, Group&lt;/author&gt;&lt;/authors&gt;&lt;/contributors&gt;&lt;titles&gt;&lt;title&gt;Effectiveness of the selective D4 antagonist sonepiprazole in schizophrenia: a placebo-controlled trial&lt;/title&gt;&lt;secondary-title&gt;Biol Psychiatry&lt;/secondary-title&gt;&lt;/titles&gt;&lt;periodical&gt;&lt;full-title&gt;Biol Psychiatry&lt;/full-title&gt;&lt;/periodical&gt;&lt;pages&gt;445-51&lt;/pages&gt;&lt;volume&gt;55&lt;/volume&gt;&lt;number&gt;5&lt;/number&gt;&lt;dates&gt;&lt;year&gt;2004&lt;/year&gt;&lt;pub-dates&gt;&lt;date&gt;Mar 1&lt;/date&gt;&lt;/pub-dates&gt;&lt;/dates&gt;&lt;pub-location&gt;Pharmacia Corporation, Kalamazoo, Michigan 01752, USA.&lt;/pub-location&gt;&lt;isbn&gt;0006-3223 (Print) 0006-3223 (Linking)&lt;/isbn&gt;&lt;urls&gt;&lt;related-urls&gt;&lt;url&gt;https://www.ncbi.nlm.nih.gov/pubmed/15023570&lt;/url&gt;&lt;/related-urls&gt;&lt;/urls&gt;&lt;electronic-resource-num&gt;10.1016/j.biopsych.2003.10.004&lt;/electronic-resource-num&gt;&lt;/record&gt;&lt;/Cite&gt;&lt;/EndNote&gt;</w:instrText>
            </w:r>
            <w:r w:rsidR="0031308D" w:rsidRPr="00EB75F0">
              <w:fldChar w:fldCharType="separate"/>
            </w:r>
            <w:r w:rsidR="00452EF4" w:rsidRPr="00452EF4">
              <w:rPr>
                <w:noProof/>
                <w:vertAlign w:val="superscript"/>
              </w:rPr>
              <w:t>62</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05F8A4B" w14:textId="77777777" w:rsidR="009446D0" w:rsidRPr="00EB75F0" w:rsidRDefault="0084596B">
            <w:pPr>
              <w:spacing w:before="60" w:after="60" w:line="240" w:lineRule="auto"/>
              <w:rPr>
                <w:sz w:val="14"/>
              </w:rPr>
            </w:pPr>
            <w:r w:rsidRPr="00EB75F0">
              <w:rPr>
                <w:color w:val="000000"/>
                <w:sz w:val="14"/>
              </w:rPr>
              <w:t>2004</w:t>
            </w:r>
          </w:p>
        </w:tc>
        <w:tc>
          <w:tcPr>
            <w:tcW w:w="0" w:type="auto"/>
            <w:tcBorders>
              <w:top w:val="single" w:sz="4" w:space="0" w:color="000000"/>
              <w:left w:val="single" w:sz="4" w:space="0" w:color="000000"/>
              <w:bottom w:val="single" w:sz="4" w:space="0" w:color="000000"/>
              <w:right w:val="single" w:sz="4" w:space="0" w:color="000000"/>
            </w:tcBorders>
          </w:tcPr>
          <w:p w14:paraId="7C49369C"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FC0F6EF"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48CDF6D5"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20831236"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5F5E6A5F"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4423A6AA"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26BD8DAB"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50F09EA7"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3A035C16"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DF095A7" w14:textId="77777777" w:rsidR="009446D0" w:rsidRPr="00EB75F0" w:rsidRDefault="0084596B">
            <w:pPr>
              <w:spacing w:before="60" w:after="60" w:line="240" w:lineRule="auto"/>
              <w:rPr>
                <w:sz w:val="14"/>
              </w:rPr>
            </w:pPr>
            <w:r w:rsidRPr="00EB75F0">
              <w:rPr>
                <w:color w:val="000000"/>
                <w:sz w:val="14"/>
              </w:rPr>
              <w:t>467</w:t>
            </w:r>
          </w:p>
        </w:tc>
        <w:tc>
          <w:tcPr>
            <w:tcW w:w="0" w:type="auto"/>
            <w:tcBorders>
              <w:top w:val="single" w:sz="4" w:space="0" w:color="000000"/>
              <w:left w:val="single" w:sz="4" w:space="0" w:color="000000"/>
              <w:bottom w:val="single" w:sz="4" w:space="0" w:color="000000"/>
              <w:right w:val="single" w:sz="4" w:space="0" w:color="000000"/>
            </w:tcBorders>
          </w:tcPr>
          <w:p w14:paraId="01AA0376"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72536688"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0491771B"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7667AAC6"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320E4361" w14:textId="3CFF8376" w:rsidR="009446D0" w:rsidRPr="00EB75F0" w:rsidRDefault="0084596B">
            <w:pPr>
              <w:spacing w:before="60" w:after="60" w:line="240" w:lineRule="auto"/>
              <w:rPr>
                <w:sz w:val="14"/>
              </w:rPr>
            </w:pPr>
            <w:proofErr w:type="spellStart"/>
            <w:r w:rsidRPr="00EB75F0">
              <w:rPr>
                <w:color w:val="1E1E1E"/>
                <w:sz w:val="14"/>
              </w:rPr>
              <w:t>Canive</w:t>
            </w:r>
            <w:proofErr w:type="spellEnd"/>
            <w:r w:rsidRPr="00EB75F0">
              <w:rPr>
                <w:color w:val="1E1E1E"/>
                <w:sz w:val="14"/>
              </w:rPr>
              <w:t xml:space="preserve"> 2006</w:t>
            </w:r>
            <w:r w:rsidR="0031308D" w:rsidRPr="00EB75F0">
              <w:fldChar w:fldCharType="begin"/>
            </w:r>
            <w:r w:rsidR="00452EF4">
              <w:instrText xml:space="preserve"> ADDIN EN.CITE &lt;EndNote&gt;&lt;Cite&gt;&lt;Author&gt;Canive&lt;/Author&gt;&lt;Year&gt;2006&lt;/Year&gt;&lt;RecNum&gt;7&lt;/RecNum&gt;&lt;DisplayText&gt;&lt;style face="superscript"&gt;10&lt;/style&gt;&lt;/DisplayText&gt;&lt;record&gt;&lt;rec-number&gt;7&lt;/rec-number&gt;&lt;foreign-keys&gt;&lt;key app="EN" db-id="9ttaxzax2p0tr7ewzt55atews50zvxaaa5rz" timestamp="1764068825"&gt;7&lt;/key&gt;&lt;/foreign-keys&gt;&lt;ref-type name="Journal Article"&gt;17&lt;/ref-type&gt;&lt;contributors&gt;&lt;authors&gt;&lt;author&gt;Canive, Jose M&lt;/author&gt;&lt;author&gt;Miller, Gregory A&lt;/author&gt;&lt;author&gt;Irwin, Jessica G&lt;/author&gt;&lt;author&gt;Moses, Sandra N&lt;/author&gt;&lt;author&gt;Thoma, Robert J&lt;/author&gt;&lt;author&gt;Edgar, J Christopher&lt;/author&gt;&lt;author&gt;Sherwood, Andrea&lt;/author&gt;&lt;author&gt;Torres, Fernando&lt;/author&gt;&lt;author&gt;Lanoue, Marianna&lt;/author&gt;&lt;author&gt;Lewis, Stephen&lt;/author&gt;&lt;/authors&gt;&lt;/contributors&gt;&lt;titles&gt;&lt;title&gt;Efficacy of olanzapine and risperidone in schizophrenia: a randomized double-blind crossover design&lt;/title&gt;&lt;secondary-title&gt;Psychopharmacology bulletin&lt;/secondary-title&gt;&lt;/titles&gt;&lt;periodical&gt;&lt;full-title&gt;Psychopharmacology bulletin&lt;/full-title&gt;&lt;/periodical&gt;&lt;pages&gt;105-116&lt;/pages&gt;&lt;volume&gt;39&lt;/volume&gt;&lt;number&gt;1&lt;/number&gt;&lt;dates&gt;&lt;year&gt;2006&lt;/year&gt;&lt;/dates&gt;&lt;isbn&gt;0048-5764&lt;/isbn&gt;&lt;urls&gt;&lt;/urls&gt;&lt;/record&gt;&lt;/Cite&gt;&lt;/EndNote&gt;</w:instrText>
            </w:r>
            <w:r w:rsidR="0031308D" w:rsidRPr="00EB75F0">
              <w:fldChar w:fldCharType="separate"/>
            </w:r>
            <w:r w:rsidR="00452EF4" w:rsidRPr="00452EF4">
              <w:rPr>
                <w:noProof/>
                <w:vertAlign w:val="superscript"/>
              </w:rPr>
              <w:t>10</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683BBAF9" w14:textId="77777777" w:rsidR="009446D0" w:rsidRPr="00EB75F0" w:rsidRDefault="0084596B">
            <w:pPr>
              <w:spacing w:before="60" w:after="60" w:line="240" w:lineRule="auto"/>
              <w:rPr>
                <w:sz w:val="14"/>
              </w:rPr>
            </w:pPr>
            <w:r w:rsidRPr="00EB75F0">
              <w:rPr>
                <w:color w:val="000000"/>
                <w:sz w:val="14"/>
              </w:rPr>
              <w:t>2006</w:t>
            </w:r>
          </w:p>
        </w:tc>
        <w:tc>
          <w:tcPr>
            <w:tcW w:w="0" w:type="auto"/>
            <w:tcBorders>
              <w:top w:val="single" w:sz="4" w:space="0" w:color="000000"/>
              <w:left w:val="single" w:sz="4" w:space="0" w:color="000000"/>
              <w:bottom w:val="single" w:sz="4" w:space="0" w:color="000000"/>
              <w:right w:val="single" w:sz="4" w:space="0" w:color="000000"/>
            </w:tcBorders>
          </w:tcPr>
          <w:p w14:paraId="5680E162"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29536144"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EC7406C" w14:textId="77777777" w:rsidR="009446D0" w:rsidRPr="00EB75F0" w:rsidRDefault="0084596B">
            <w:pPr>
              <w:spacing w:before="60" w:after="60" w:line="240" w:lineRule="auto"/>
              <w:rPr>
                <w:sz w:val="14"/>
              </w:rPr>
            </w:pPr>
            <w:r w:rsidRPr="00EB75F0">
              <w:rPr>
                <w:color w:val="000000"/>
                <w:sz w:val="14"/>
              </w:rPr>
              <w:t>Yes</w:t>
            </w:r>
          </w:p>
        </w:tc>
        <w:tc>
          <w:tcPr>
            <w:tcW w:w="0" w:type="auto"/>
            <w:tcBorders>
              <w:top w:val="single" w:sz="4" w:space="0" w:color="000000"/>
              <w:left w:val="single" w:sz="4" w:space="0" w:color="000000"/>
              <w:bottom w:val="single" w:sz="4" w:space="0" w:color="000000"/>
              <w:right w:val="single" w:sz="4" w:space="0" w:color="000000"/>
            </w:tcBorders>
          </w:tcPr>
          <w:p w14:paraId="3CFF5D74"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BB10C79"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423855EC"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06452205"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536C0C8"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408E7D84" w14:textId="77777777" w:rsidR="009446D0" w:rsidRPr="00EB75F0" w:rsidRDefault="0084596B">
            <w:pPr>
              <w:spacing w:before="60" w:after="60" w:line="240" w:lineRule="auto"/>
              <w:rPr>
                <w:sz w:val="14"/>
              </w:rPr>
            </w:pPr>
            <w:r w:rsidRPr="00EB75F0">
              <w:rPr>
                <w:color w:val="000000"/>
                <w:sz w:val="14"/>
              </w:rPr>
              <w:t>15</w:t>
            </w:r>
          </w:p>
        </w:tc>
        <w:tc>
          <w:tcPr>
            <w:tcW w:w="0" w:type="auto"/>
            <w:tcBorders>
              <w:top w:val="single" w:sz="4" w:space="0" w:color="000000"/>
              <w:left w:val="single" w:sz="4" w:space="0" w:color="000000"/>
              <w:bottom w:val="single" w:sz="4" w:space="0" w:color="000000"/>
              <w:right w:val="single" w:sz="4" w:space="0" w:color="000000"/>
            </w:tcBorders>
          </w:tcPr>
          <w:p w14:paraId="35720805" w14:textId="77777777" w:rsidR="009446D0" w:rsidRPr="00EB75F0" w:rsidRDefault="0084596B">
            <w:pPr>
              <w:spacing w:before="60" w:after="60" w:line="240" w:lineRule="auto"/>
              <w:rPr>
                <w:sz w:val="14"/>
              </w:rPr>
            </w:pPr>
            <w:r w:rsidRPr="00EB75F0">
              <w:rPr>
                <w:color w:val="000000"/>
                <w:sz w:val="14"/>
              </w:rPr>
              <w:t>9</w:t>
            </w:r>
          </w:p>
        </w:tc>
        <w:tc>
          <w:tcPr>
            <w:tcW w:w="0" w:type="auto"/>
            <w:tcBorders>
              <w:top w:val="single" w:sz="4" w:space="0" w:color="000000"/>
              <w:left w:val="single" w:sz="4" w:space="0" w:color="000000"/>
              <w:bottom w:val="single" w:sz="4" w:space="0" w:color="000000"/>
              <w:right w:val="single" w:sz="4" w:space="0" w:color="000000"/>
            </w:tcBorders>
          </w:tcPr>
          <w:p w14:paraId="72AA8433"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129E974F"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691F720F"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3E264E54"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20F5B67" w14:textId="78E7B6B5" w:rsidR="009446D0" w:rsidRPr="00EB75F0" w:rsidRDefault="0084596B">
            <w:pPr>
              <w:spacing w:before="60" w:after="60" w:line="240" w:lineRule="auto"/>
              <w:rPr>
                <w:sz w:val="14"/>
              </w:rPr>
            </w:pPr>
            <w:proofErr w:type="spellStart"/>
            <w:r w:rsidRPr="00EB75F0">
              <w:rPr>
                <w:color w:val="1E1E1E"/>
                <w:sz w:val="14"/>
              </w:rPr>
              <w:t>Tybura</w:t>
            </w:r>
            <w:proofErr w:type="spellEnd"/>
            <w:r w:rsidRPr="00EB75F0">
              <w:rPr>
                <w:color w:val="1E1E1E"/>
                <w:sz w:val="14"/>
              </w:rPr>
              <w:t xml:space="preserve"> 2014</w:t>
            </w:r>
            <w:r w:rsidR="0031308D" w:rsidRPr="00EB75F0">
              <w:fldChar w:fldCharType="begin"/>
            </w:r>
            <w:r w:rsidR="00452EF4">
              <w:instrText xml:space="preserve"> ADDIN EN.CITE &lt;EndNote&gt;&lt;Cite&gt;&lt;Author&gt;Tybura&lt;/Author&gt;&lt;Year&gt;2014&lt;/Year&gt;&lt;RecNum&gt;60&lt;/RecNum&gt;&lt;DisplayText&gt;&lt;style face="superscript"&gt;63&lt;/style&gt;&lt;/DisplayText&gt;&lt;record&gt;&lt;rec-number&gt;60&lt;/rec-number&gt;&lt;foreign-keys&gt;&lt;key app="EN" db-id="9ttaxzax2p0tr7ewzt55atews50zvxaaa5rz" timestamp="1764068837"&gt;60&lt;/key&gt;&lt;/foreign-keys&gt;&lt;ref-type name="Journal Article"&gt;17&lt;/ref-type&gt;&lt;contributors&gt;&lt;authors&gt;&lt;author&gt;Tybura, Piotr&lt;/author&gt;&lt;author&gt;Trześniowska-Drukała, Beata&lt;/author&gt;&lt;author&gt;Bienkowski, Przemyslaw&lt;/author&gt;&lt;author&gt;Beszlej, Aleksander&lt;/author&gt;&lt;author&gt;Frydecka, Dorota&lt;/author&gt;&lt;author&gt;Mierzejewski, Pawel&lt;/author&gt;&lt;author&gt;Samochowiec, Agnieszka&lt;/author&gt;&lt;author&gt;Grzywacz, Anna&lt;/author&gt;&lt;author&gt;Samochowiec, Jerzy&lt;/author&gt;&lt;/authors&gt;&lt;/contributors&gt;&lt;titles&gt;&lt;title&gt;Pharmacogenetics of adverse events in schizophrenia treatment: comparison study of ziprasidone, olanzapine and perazine&lt;/title&gt;&lt;secondary-title&gt;Psychiatry research&lt;/secondary-title&gt;&lt;/titles&gt;&lt;periodical&gt;&lt;full-title&gt;Psychiatry research&lt;/full-title&gt;&lt;/periodical&gt;&lt;pages&gt;261-267&lt;/pages&gt;&lt;volume&gt;219&lt;/volume&gt;&lt;number&gt;2&lt;/number&gt;&lt;dates&gt;&lt;year&gt;2014&lt;/year&gt;&lt;/dates&gt;&lt;isbn&gt;0165-1781&lt;/isbn&gt;&lt;urls&gt;&lt;/urls&gt;&lt;/record&gt;&lt;/Cite&gt;&lt;/EndNote&gt;</w:instrText>
            </w:r>
            <w:r w:rsidR="0031308D" w:rsidRPr="00EB75F0">
              <w:fldChar w:fldCharType="separate"/>
            </w:r>
            <w:r w:rsidR="00452EF4" w:rsidRPr="00452EF4">
              <w:rPr>
                <w:noProof/>
                <w:vertAlign w:val="superscript"/>
              </w:rPr>
              <w:t>63</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2232406F" w14:textId="77777777" w:rsidR="009446D0" w:rsidRPr="00EB75F0" w:rsidRDefault="0084596B">
            <w:pPr>
              <w:spacing w:before="60" w:after="60" w:line="240" w:lineRule="auto"/>
              <w:rPr>
                <w:sz w:val="14"/>
              </w:rPr>
            </w:pPr>
            <w:r w:rsidRPr="00EB75F0">
              <w:rPr>
                <w:color w:val="000000"/>
                <w:sz w:val="14"/>
              </w:rPr>
              <w:t>2014</w:t>
            </w:r>
          </w:p>
        </w:tc>
        <w:tc>
          <w:tcPr>
            <w:tcW w:w="0" w:type="auto"/>
            <w:tcBorders>
              <w:top w:val="single" w:sz="4" w:space="0" w:color="000000"/>
              <w:left w:val="single" w:sz="4" w:space="0" w:color="000000"/>
              <w:bottom w:val="single" w:sz="4" w:space="0" w:color="000000"/>
              <w:right w:val="single" w:sz="4" w:space="0" w:color="000000"/>
            </w:tcBorders>
          </w:tcPr>
          <w:p w14:paraId="7CDE96C6"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024B2078"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17295CDC"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28DC1F6B"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1FAE1EE5"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75E3F48E"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4529E2B9"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2EBA5DA"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55468372"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0D2D91F2" w14:textId="77777777" w:rsidR="009446D0" w:rsidRPr="00EB75F0" w:rsidRDefault="0084596B">
            <w:pPr>
              <w:spacing w:before="60" w:after="60" w:line="240" w:lineRule="auto"/>
              <w:rPr>
                <w:sz w:val="14"/>
              </w:rPr>
            </w:pPr>
            <w:r w:rsidRPr="00EB75F0">
              <w:rPr>
                <w:color w:val="000000"/>
                <w:sz w:val="14"/>
              </w:rPr>
              <w:t>191</w:t>
            </w:r>
          </w:p>
        </w:tc>
        <w:tc>
          <w:tcPr>
            <w:tcW w:w="0" w:type="auto"/>
            <w:tcBorders>
              <w:top w:val="single" w:sz="4" w:space="0" w:color="000000"/>
              <w:left w:val="single" w:sz="4" w:space="0" w:color="000000"/>
              <w:bottom w:val="single" w:sz="4" w:space="0" w:color="000000"/>
              <w:right w:val="single" w:sz="4" w:space="0" w:color="000000"/>
            </w:tcBorders>
          </w:tcPr>
          <w:p w14:paraId="2844A91D" w14:textId="77777777" w:rsidR="009446D0" w:rsidRPr="00EB75F0" w:rsidRDefault="0084596B">
            <w:pPr>
              <w:spacing w:before="60" w:after="60" w:line="240" w:lineRule="auto"/>
              <w:rPr>
                <w:sz w:val="14"/>
              </w:rPr>
            </w:pPr>
            <w:r w:rsidRPr="00EB75F0">
              <w:rPr>
                <w:color w:val="000000"/>
                <w:sz w:val="14"/>
              </w:rPr>
              <w:t>12</w:t>
            </w:r>
          </w:p>
        </w:tc>
        <w:tc>
          <w:tcPr>
            <w:tcW w:w="0" w:type="auto"/>
            <w:tcBorders>
              <w:top w:val="single" w:sz="4" w:space="0" w:color="000000"/>
              <w:left w:val="single" w:sz="4" w:space="0" w:color="000000"/>
              <w:bottom w:val="single" w:sz="4" w:space="0" w:color="000000"/>
              <w:right w:val="single" w:sz="4" w:space="0" w:color="000000"/>
            </w:tcBorders>
          </w:tcPr>
          <w:p w14:paraId="6D1879DA"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5F078280"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3152F2EA"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5E97C095" w14:textId="5912AC69" w:rsidR="009446D0" w:rsidRPr="00EB75F0" w:rsidRDefault="0084596B">
            <w:pPr>
              <w:spacing w:before="60" w:after="60" w:line="240" w:lineRule="auto"/>
              <w:rPr>
                <w:sz w:val="14"/>
              </w:rPr>
            </w:pPr>
            <w:r w:rsidRPr="00EB75F0">
              <w:rPr>
                <w:color w:val="1E1E1E"/>
                <w:sz w:val="14"/>
              </w:rPr>
              <w:t>Rosenheck 2003</w:t>
            </w:r>
            <w:r w:rsidR="0031308D" w:rsidRPr="00EB75F0">
              <w:fldChar w:fldCharType="begin"/>
            </w:r>
            <w:r w:rsidR="00452EF4">
              <w:instrText xml:space="preserve"> ADDIN EN.CITE &lt;EndNote&gt;&lt;Cite&gt;&lt;Author&gt;Rosenheck&lt;/Author&gt;&lt;Year&gt;2003&lt;/Year&gt;&lt;RecNum&gt;61&lt;/RecNum&gt;&lt;DisplayText&gt;&lt;style face="superscript"&gt;64&lt;/style&gt;&lt;/DisplayText&gt;&lt;record&gt;&lt;rec-number&gt;61&lt;/rec-number&gt;&lt;foreign-keys&gt;&lt;key app="EN" db-id="9ttaxzax2p0tr7ewzt55atews50zvxaaa5rz" timestamp="1764068837"&gt;61&lt;/key&gt;&lt;/foreign-keys&gt;&lt;ref-type name="Journal Article"&gt;17&lt;/ref-type&gt;&lt;contributors&gt;&lt;authors&gt;&lt;author&gt;Rosenheck, Robert&lt;/author&gt;&lt;author&gt;Perlick, Deborah&lt;/author&gt;&lt;author&gt;Bingham, Stephen&lt;/author&gt;&lt;author&gt;Liu-Mares, Wen&lt;/author&gt;&lt;author&gt;Collins, Joseph&lt;/author&gt;&lt;author&gt;Warren, Stuart&lt;/author&gt;&lt;author&gt;Leslie, Douglas&lt;/author&gt;&lt;author&gt;Allan, Edward&lt;/author&gt;&lt;author&gt;Campbell, E Cabrina&lt;/author&gt;&lt;author&gt;Caroff, Stanley&lt;/author&gt;&lt;/authors&gt;&lt;/contributors&gt;&lt;titles&gt;&lt;title&gt;Effectiveness and cost of olanzapine and haloperidol in the treatment of schizophrenia: a randomized controlled trial&lt;/title&gt;&lt;secondary-title&gt;Jama&lt;/secondary-title&gt;&lt;/titles&gt;&lt;periodical&gt;&lt;full-title&gt;Jama&lt;/full-title&gt;&lt;/periodical&gt;&lt;pages&gt;2693-2702&lt;/pages&gt;&lt;volume&gt;290&lt;/volume&gt;&lt;number&gt;20&lt;/number&gt;&lt;dates&gt;&lt;year&gt;2003&lt;/year&gt;&lt;/dates&gt;&lt;isbn&gt;0098-7484&lt;/isbn&gt;&lt;urls&gt;&lt;/urls&gt;&lt;/record&gt;&lt;/Cite&gt;&lt;/EndNote&gt;</w:instrText>
            </w:r>
            <w:r w:rsidR="0031308D" w:rsidRPr="00EB75F0">
              <w:fldChar w:fldCharType="separate"/>
            </w:r>
            <w:r w:rsidR="00452EF4" w:rsidRPr="00452EF4">
              <w:rPr>
                <w:noProof/>
                <w:vertAlign w:val="superscript"/>
              </w:rPr>
              <w:t>64</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EC40CAF" w14:textId="77777777" w:rsidR="009446D0" w:rsidRPr="00EB75F0" w:rsidRDefault="0084596B">
            <w:pPr>
              <w:spacing w:before="60" w:after="60" w:line="240" w:lineRule="auto"/>
              <w:rPr>
                <w:sz w:val="14"/>
              </w:rPr>
            </w:pPr>
            <w:r w:rsidRPr="00EB75F0">
              <w:rPr>
                <w:color w:val="000000"/>
                <w:sz w:val="14"/>
              </w:rPr>
              <w:t>2003</w:t>
            </w:r>
          </w:p>
        </w:tc>
        <w:tc>
          <w:tcPr>
            <w:tcW w:w="0" w:type="auto"/>
            <w:tcBorders>
              <w:top w:val="single" w:sz="4" w:space="0" w:color="000000"/>
              <w:left w:val="single" w:sz="4" w:space="0" w:color="000000"/>
              <w:bottom w:val="single" w:sz="4" w:space="0" w:color="000000"/>
              <w:right w:val="single" w:sz="4" w:space="0" w:color="000000"/>
            </w:tcBorders>
          </w:tcPr>
          <w:p w14:paraId="42279FBE"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052813C5"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6D8B1493"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BA14B75"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45D88B50"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1F6564AA"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0FD3971E"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435906B5"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4963190E" w14:textId="77777777" w:rsidR="009446D0" w:rsidRPr="00EB75F0" w:rsidRDefault="0084596B">
            <w:pPr>
              <w:spacing w:before="60" w:after="60" w:line="240" w:lineRule="auto"/>
              <w:rPr>
                <w:sz w:val="14"/>
              </w:rPr>
            </w:pPr>
            <w:r w:rsidRPr="00EB75F0">
              <w:rPr>
                <w:color w:val="000000"/>
                <w:sz w:val="14"/>
              </w:rPr>
              <w:t>4,386</w:t>
            </w:r>
          </w:p>
        </w:tc>
        <w:tc>
          <w:tcPr>
            <w:tcW w:w="0" w:type="auto"/>
            <w:tcBorders>
              <w:top w:val="single" w:sz="4" w:space="0" w:color="000000"/>
              <w:left w:val="single" w:sz="4" w:space="0" w:color="000000"/>
              <w:bottom w:val="single" w:sz="4" w:space="0" w:color="000000"/>
              <w:right w:val="single" w:sz="4" w:space="0" w:color="000000"/>
            </w:tcBorders>
          </w:tcPr>
          <w:p w14:paraId="79C51CFA" w14:textId="77777777" w:rsidR="009446D0" w:rsidRPr="00EB75F0" w:rsidRDefault="0084596B">
            <w:pPr>
              <w:spacing w:before="60" w:after="60" w:line="240" w:lineRule="auto"/>
              <w:rPr>
                <w:sz w:val="14"/>
              </w:rPr>
            </w:pPr>
            <w:r w:rsidRPr="00EB75F0">
              <w:rPr>
                <w:color w:val="000000"/>
                <w:sz w:val="14"/>
              </w:rPr>
              <w:t>309</w:t>
            </w:r>
          </w:p>
        </w:tc>
        <w:tc>
          <w:tcPr>
            <w:tcW w:w="0" w:type="auto"/>
            <w:tcBorders>
              <w:top w:val="single" w:sz="4" w:space="0" w:color="000000"/>
              <w:left w:val="single" w:sz="4" w:space="0" w:color="000000"/>
              <w:bottom w:val="single" w:sz="4" w:space="0" w:color="000000"/>
              <w:right w:val="single" w:sz="4" w:space="0" w:color="000000"/>
            </w:tcBorders>
          </w:tcPr>
          <w:p w14:paraId="19F59C6E" w14:textId="77777777" w:rsidR="009446D0" w:rsidRPr="00EB75F0" w:rsidRDefault="0084596B">
            <w:pPr>
              <w:spacing w:before="60" w:after="60" w:line="240" w:lineRule="auto"/>
              <w:rPr>
                <w:sz w:val="14"/>
              </w:rPr>
            </w:pPr>
            <w:r w:rsidRPr="00EB75F0">
              <w:rPr>
                <w:color w:val="000000"/>
                <w:sz w:val="14"/>
              </w:rPr>
              <w:t>52</w:t>
            </w:r>
          </w:p>
        </w:tc>
        <w:tc>
          <w:tcPr>
            <w:tcW w:w="0" w:type="auto"/>
            <w:tcBorders>
              <w:top w:val="single" w:sz="4" w:space="0" w:color="000000"/>
              <w:left w:val="single" w:sz="4" w:space="0" w:color="000000"/>
              <w:bottom w:val="single" w:sz="4" w:space="0" w:color="000000"/>
              <w:right w:val="single" w:sz="4" w:space="0" w:color="000000"/>
            </w:tcBorders>
          </w:tcPr>
          <w:p w14:paraId="7E7EFA4E"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68557413"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423DDCCA"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563DD811" w14:textId="58DDD74F" w:rsidR="009446D0" w:rsidRPr="00EB75F0" w:rsidRDefault="0084596B">
            <w:pPr>
              <w:spacing w:before="60" w:after="60" w:line="240" w:lineRule="auto"/>
              <w:rPr>
                <w:sz w:val="14"/>
              </w:rPr>
            </w:pPr>
            <w:proofErr w:type="spellStart"/>
            <w:r w:rsidRPr="00EB75F0">
              <w:rPr>
                <w:color w:val="1E1E1E"/>
                <w:sz w:val="14"/>
              </w:rPr>
              <w:t>Landbloom</w:t>
            </w:r>
            <w:proofErr w:type="spellEnd"/>
            <w:r w:rsidRPr="00EB75F0">
              <w:rPr>
                <w:color w:val="1E1E1E"/>
                <w:sz w:val="14"/>
              </w:rPr>
              <w:t xml:space="preserve"> 2016</w:t>
            </w:r>
            <w:r w:rsidR="0031308D" w:rsidRPr="00EB75F0">
              <w:fldChar w:fldCharType="begin"/>
            </w:r>
            <w:r w:rsidR="00452EF4">
              <w:instrText xml:space="preserve"> ADDIN EN.CITE &lt;EndNote&gt;&lt;Cite&gt;&lt;Author&gt;Landbloom&lt;/Author&gt;&lt;Year&gt;2017&lt;/Year&gt;&lt;RecNum&gt;62&lt;/RecNum&gt;&lt;DisplayText&gt;&lt;style face="superscript"&gt;65&lt;/style&gt;&lt;/DisplayText&gt;&lt;record&gt;&lt;rec-number&gt;62&lt;/rec-number&gt;&lt;foreign-keys&gt;&lt;key app="EN" db-id="9ttaxzax2p0tr7ewzt55atews50zvxaaa5rz" timestamp="1764068838"&gt;62&lt;/key&gt;&lt;/foreign-keys&gt;&lt;ref-type name="Journal Article"&gt;17&lt;/ref-type&gt;&lt;contributors&gt;&lt;authors&gt;&lt;author&gt;Landbloom, Ronald&lt;/author&gt;&lt;author&gt;Mackle, Mary&lt;/author&gt;&lt;author&gt;Wu, Xiao&lt;/author&gt;&lt;author&gt;Kelly, Linda&lt;/author&gt;&lt;author&gt;Snow-Adami, Linda&lt;/author&gt;&lt;author&gt;McIntyre, Roger S&lt;/author&gt;&lt;author&gt;Mathews, Maju&lt;/author&gt;&lt;author&gt;Hundt, Carla&lt;/author&gt;&lt;/authors&gt;&lt;/contributors&gt;&lt;titles&gt;&lt;title&gt;Asenapine for the treatment of adults with an acute exacerbation of schizophrenia: results from a randomized, double-blind, fixed-dose, placebo-controlled trial with olanzapine as an active control&lt;/title&gt;&lt;secondary-title&gt;CNS spectrums&lt;/secondary-title&gt;&lt;/titles&gt;&lt;periodical&gt;&lt;full-title&gt;CNS spectrums&lt;/full-title&gt;&lt;/periodical&gt;&lt;pages&gt;333-341&lt;/pages&gt;&lt;volume&gt;22&lt;/volume&gt;&lt;number&gt;4&lt;/number&gt;&lt;dates&gt;&lt;year&gt;2017&lt;/year&gt;&lt;/dates&gt;&lt;isbn&gt;1092-8529&lt;/isbn&gt;&lt;urls&gt;&lt;/urls&gt;&lt;/record&gt;&lt;/Cite&gt;&lt;/EndNote&gt;</w:instrText>
            </w:r>
            <w:r w:rsidR="0031308D" w:rsidRPr="00EB75F0">
              <w:fldChar w:fldCharType="separate"/>
            </w:r>
            <w:r w:rsidR="00452EF4" w:rsidRPr="00452EF4">
              <w:rPr>
                <w:noProof/>
                <w:vertAlign w:val="superscript"/>
              </w:rPr>
              <w:t>65</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1D96F4F2" w14:textId="77777777" w:rsidR="009446D0" w:rsidRPr="00EB75F0" w:rsidRDefault="0084596B">
            <w:pPr>
              <w:spacing w:before="60" w:after="60" w:line="240" w:lineRule="auto"/>
              <w:rPr>
                <w:sz w:val="14"/>
              </w:rPr>
            </w:pPr>
            <w:r w:rsidRPr="00EB75F0">
              <w:rPr>
                <w:color w:val="000000"/>
                <w:sz w:val="14"/>
              </w:rPr>
              <w:t>2016</w:t>
            </w:r>
          </w:p>
        </w:tc>
        <w:tc>
          <w:tcPr>
            <w:tcW w:w="0" w:type="auto"/>
            <w:tcBorders>
              <w:top w:val="single" w:sz="4" w:space="0" w:color="000000"/>
              <w:left w:val="single" w:sz="4" w:space="0" w:color="000000"/>
              <w:bottom w:val="single" w:sz="4" w:space="0" w:color="000000"/>
              <w:right w:val="single" w:sz="4" w:space="0" w:color="000000"/>
            </w:tcBorders>
          </w:tcPr>
          <w:p w14:paraId="433FA98D"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C58648E"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66168FB9"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A949B08"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020C27D3"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276079AF"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3B28F29D"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CF038D1"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16C08438" w14:textId="77777777" w:rsidR="009446D0" w:rsidRPr="00EB75F0" w:rsidRDefault="0084596B">
            <w:pPr>
              <w:spacing w:before="60" w:after="60" w:line="240" w:lineRule="auto"/>
              <w:rPr>
                <w:sz w:val="14"/>
              </w:rPr>
            </w:pPr>
            <w:r w:rsidRPr="00EB75F0">
              <w:rPr>
                <w:color w:val="000000"/>
                <w:sz w:val="14"/>
              </w:rPr>
              <w:t>550</w:t>
            </w:r>
          </w:p>
        </w:tc>
        <w:tc>
          <w:tcPr>
            <w:tcW w:w="0" w:type="auto"/>
            <w:tcBorders>
              <w:top w:val="single" w:sz="4" w:space="0" w:color="000000"/>
              <w:left w:val="single" w:sz="4" w:space="0" w:color="000000"/>
              <w:bottom w:val="single" w:sz="4" w:space="0" w:color="000000"/>
              <w:right w:val="single" w:sz="4" w:space="0" w:color="000000"/>
            </w:tcBorders>
          </w:tcPr>
          <w:p w14:paraId="729D0719" w14:textId="77777777" w:rsidR="009446D0" w:rsidRPr="00EB75F0" w:rsidRDefault="0084596B">
            <w:pPr>
              <w:spacing w:before="60" w:after="60" w:line="240" w:lineRule="auto"/>
              <w:rPr>
                <w:sz w:val="14"/>
              </w:rPr>
            </w:pPr>
            <w:r w:rsidRPr="00EB75F0">
              <w:rPr>
                <w:color w:val="000000"/>
                <w:sz w:val="14"/>
              </w:rPr>
              <w:t>354</w:t>
            </w:r>
          </w:p>
        </w:tc>
        <w:tc>
          <w:tcPr>
            <w:tcW w:w="0" w:type="auto"/>
            <w:tcBorders>
              <w:top w:val="single" w:sz="4" w:space="0" w:color="000000"/>
              <w:left w:val="single" w:sz="4" w:space="0" w:color="000000"/>
              <w:bottom w:val="single" w:sz="4" w:space="0" w:color="000000"/>
              <w:right w:val="single" w:sz="4" w:space="0" w:color="000000"/>
            </w:tcBorders>
          </w:tcPr>
          <w:p w14:paraId="0D26311D"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0D36CFB9"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0ACBA9CD"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662A611D"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5A4BF784" w14:textId="6B776BE0" w:rsidR="009446D0" w:rsidRPr="00EB75F0" w:rsidRDefault="0084596B">
            <w:pPr>
              <w:spacing w:before="60" w:after="60" w:line="240" w:lineRule="auto"/>
              <w:rPr>
                <w:sz w:val="14"/>
              </w:rPr>
            </w:pPr>
            <w:r w:rsidRPr="00EB75F0">
              <w:rPr>
                <w:color w:val="1E1E1E"/>
                <w:sz w:val="14"/>
              </w:rPr>
              <w:t>Wagner 2005</w:t>
            </w:r>
            <w:r w:rsidR="0031308D" w:rsidRPr="00EB75F0">
              <w:fldChar w:fldCharType="begin"/>
            </w:r>
            <w:r w:rsidR="00452EF4">
              <w:instrText xml:space="preserve"> ADDIN EN.CITE &lt;EndNote&gt;&lt;Cite&gt;&lt;Author&gt;Wagner&lt;/Author&gt;&lt;Year&gt;2005&lt;/Year&gt;&lt;RecNum&gt;63&lt;/RecNum&gt;&lt;DisplayText&gt;&lt;style face="superscript"&gt;66&lt;/style&gt;&lt;/DisplayText&gt;&lt;record&gt;&lt;rec-number&gt;63&lt;/rec-number&gt;&lt;foreign-keys&gt;&lt;key app="EN" db-id="9ttaxzax2p0tr7ewzt55atews50zvxaaa5rz" timestamp="1764068838"&gt;63&lt;/key&gt;&lt;/foreign-keys&gt;&lt;ref-type name="Journal Article"&gt;17&lt;/ref-type&gt;&lt;contributors&gt;&lt;authors&gt;&lt;author&gt;Wagner, Michael&lt;/author&gt;&lt;author&gt;Quednow, Boris B&lt;/author&gt;&lt;author&gt;Westheide, Jens&lt;/author&gt;&lt;author&gt;Schlaepfer, Thomas E&lt;/author&gt;&lt;author&gt;Maier, Wolfgang&lt;/author&gt;&lt;author&gt;Kühn, Kai-Uwe&lt;/author&gt;&lt;/authors&gt;&lt;/contributors&gt;&lt;titles&gt;&lt;title&gt;Cognitive improvement in schizophrenic patients does not require a serotonergic mechanism: randomized controlled trial of olanzapine vs amisulpride&lt;/title&gt;&lt;secondary-title&gt;Neuropsychopharmacology&lt;/secondary-title&gt;&lt;/titles&gt;&lt;periodical&gt;&lt;full-title&gt;Neuropsychopharmacology&lt;/full-title&gt;&lt;/periodical&gt;&lt;pages&gt;381-390&lt;/pages&gt;&lt;volume&gt;30&lt;/volume&gt;&lt;number&gt;2&lt;/number&gt;&lt;dates&gt;&lt;year&gt;2005&lt;/year&gt;&lt;/dates&gt;&lt;isbn&gt;1740-634X&lt;/isbn&gt;&lt;urls&gt;&lt;/urls&gt;&lt;/record&gt;&lt;/Cite&gt;&lt;/EndNote&gt;</w:instrText>
            </w:r>
            <w:r w:rsidR="0031308D" w:rsidRPr="00EB75F0">
              <w:fldChar w:fldCharType="separate"/>
            </w:r>
            <w:r w:rsidR="00452EF4" w:rsidRPr="00452EF4">
              <w:rPr>
                <w:noProof/>
                <w:vertAlign w:val="superscript"/>
              </w:rPr>
              <w:t>66</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2F635D65" w14:textId="77777777" w:rsidR="009446D0" w:rsidRPr="00EB75F0" w:rsidRDefault="0084596B">
            <w:pPr>
              <w:spacing w:before="60" w:after="60" w:line="240" w:lineRule="auto"/>
              <w:rPr>
                <w:sz w:val="14"/>
              </w:rPr>
            </w:pPr>
            <w:r w:rsidRPr="00EB75F0">
              <w:rPr>
                <w:color w:val="000000"/>
                <w:sz w:val="14"/>
              </w:rPr>
              <w:t>2005</w:t>
            </w:r>
          </w:p>
        </w:tc>
        <w:tc>
          <w:tcPr>
            <w:tcW w:w="0" w:type="auto"/>
            <w:tcBorders>
              <w:top w:val="single" w:sz="4" w:space="0" w:color="000000"/>
              <w:left w:val="single" w:sz="4" w:space="0" w:color="000000"/>
              <w:bottom w:val="single" w:sz="4" w:space="0" w:color="000000"/>
              <w:right w:val="single" w:sz="4" w:space="0" w:color="000000"/>
            </w:tcBorders>
          </w:tcPr>
          <w:p w14:paraId="1202A863"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0B029664"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D50252F"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6AF7862"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14AA0845"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5A0BE92D"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15FD4056"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F99E6AE"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3E3366F8"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5502160E" w14:textId="77777777" w:rsidR="009446D0" w:rsidRPr="00EB75F0" w:rsidRDefault="0084596B">
            <w:pPr>
              <w:spacing w:before="60" w:after="60" w:line="240" w:lineRule="auto"/>
              <w:rPr>
                <w:sz w:val="14"/>
              </w:rPr>
            </w:pPr>
            <w:r w:rsidRPr="00EB75F0">
              <w:rPr>
                <w:color w:val="000000"/>
                <w:sz w:val="14"/>
              </w:rPr>
              <w:t>52</w:t>
            </w:r>
          </w:p>
        </w:tc>
        <w:tc>
          <w:tcPr>
            <w:tcW w:w="0" w:type="auto"/>
            <w:tcBorders>
              <w:top w:val="single" w:sz="4" w:space="0" w:color="000000"/>
              <w:left w:val="single" w:sz="4" w:space="0" w:color="000000"/>
              <w:bottom w:val="single" w:sz="4" w:space="0" w:color="000000"/>
              <w:right w:val="single" w:sz="4" w:space="0" w:color="000000"/>
            </w:tcBorders>
          </w:tcPr>
          <w:p w14:paraId="4C14E862"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5923D483"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4E9C886B"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253CFCC2"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2DC7320" w14:textId="1B447089" w:rsidR="009446D0" w:rsidRPr="00EB75F0" w:rsidRDefault="0084596B">
            <w:pPr>
              <w:spacing w:before="60" w:after="60" w:line="240" w:lineRule="auto"/>
              <w:rPr>
                <w:sz w:val="14"/>
              </w:rPr>
            </w:pPr>
            <w:r w:rsidRPr="00EB75F0">
              <w:rPr>
                <w:color w:val="1E1E1E"/>
                <w:sz w:val="14"/>
              </w:rPr>
              <w:t>Meltzer 2011</w:t>
            </w:r>
            <w:r w:rsidR="0031308D" w:rsidRPr="00EB75F0">
              <w:fldChar w:fldCharType="begin"/>
            </w:r>
            <w:r w:rsidR="00452EF4">
              <w:instrText xml:space="preserve"> ADDIN EN.CITE &lt;EndNote&gt;&lt;Cite&gt;&lt;Author&gt;Meltzer&lt;/Author&gt;&lt;Year&gt;2011&lt;/Year&gt;&lt;RecNum&gt;64&lt;/RecNum&gt;&lt;DisplayText&gt;&lt;style face="superscript"&gt;67&lt;/style&gt;&lt;/DisplayText&gt;&lt;record&gt;&lt;rec-number&gt;64&lt;/rec-number&gt;&lt;foreign-keys&gt;&lt;key app="EN" db-id="9ttaxzax2p0tr7ewzt55atews50zvxaaa5rz" timestamp="1764068838"&gt;64&lt;/key&gt;&lt;/foreign-keys&gt;&lt;ref-type name="Journal Article"&gt;17&lt;/ref-type&gt;&lt;contributors&gt;&lt;authors&gt;&lt;author&gt;Meltzer, Herbert Y&lt;/author&gt;&lt;author&gt;Cucchiaro, Josephine&lt;/author&gt;&lt;author&gt;Silva, Robert&lt;/author&gt;&lt;author&gt;Ogasa, Masaaki&lt;/author&gt;&lt;author&gt;Phillips, Debra&lt;/author&gt;&lt;author&gt;Xu, Jane&lt;/author&gt;&lt;author&gt;Kalali, Amir H&lt;/author&gt;&lt;author&gt;Schweizer, Edward&lt;/author&gt;&lt;author&gt;Pikalov, Andrei&lt;/author&gt;&lt;author&gt;Loebel, Antony&lt;/author&gt;&lt;/authors&gt;&lt;/contributors&gt;&lt;titles&gt;&lt;title&gt;Lurasidone in the treatment of schizophrenia: a randomized, double-blind, placebo-and olanzapine-controlled study&lt;/title&gt;&lt;secondary-title&gt;American Journal of Psychiatry&lt;/secondary-title&gt;&lt;/titles&gt;&lt;periodical&gt;&lt;full-title&gt;American Journal of Psychiatry&lt;/full-title&gt;&lt;/periodical&gt;&lt;pages&gt;957-967&lt;/pages&gt;&lt;volume&gt;168&lt;/volume&gt;&lt;number&gt;9&lt;/number&gt;&lt;dates&gt;&lt;year&gt;2011&lt;/year&gt;&lt;/dates&gt;&lt;isbn&gt;0002-953X&lt;/isbn&gt;&lt;urls&gt;&lt;/urls&gt;&lt;/record&gt;&lt;/Cite&gt;&lt;/EndNote&gt;</w:instrText>
            </w:r>
            <w:r w:rsidR="0031308D" w:rsidRPr="00EB75F0">
              <w:fldChar w:fldCharType="separate"/>
            </w:r>
            <w:r w:rsidR="00452EF4" w:rsidRPr="00452EF4">
              <w:rPr>
                <w:noProof/>
                <w:vertAlign w:val="superscript"/>
              </w:rPr>
              <w:t>67</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E394114" w14:textId="77777777" w:rsidR="009446D0" w:rsidRPr="00EB75F0" w:rsidRDefault="0084596B">
            <w:pPr>
              <w:spacing w:before="60" w:after="60" w:line="240" w:lineRule="auto"/>
              <w:rPr>
                <w:sz w:val="14"/>
              </w:rPr>
            </w:pPr>
            <w:r w:rsidRPr="00EB75F0">
              <w:rPr>
                <w:color w:val="000000"/>
                <w:sz w:val="14"/>
              </w:rPr>
              <w:t>2011</w:t>
            </w:r>
          </w:p>
        </w:tc>
        <w:tc>
          <w:tcPr>
            <w:tcW w:w="0" w:type="auto"/>
            <w:tcBorders>
              <w:top w:val="single" w:sz="4" w:space="0" w:color="000000"/>
              <w:left w:val="single" w:sz="4" w:space="0" w:color="000000"/>
              <w:bottom w:val="single" w:sz="4" w:space="0" w:color="000000"/>
              <w:right w:val="single" w:sz="4" w:space="0" w:color="000000"/>
            </w:tcBorders>
          </w:tcPr>
          <w:p w14:paraId="55828DC9"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0C86299F"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1F764D3"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5AE39EA2"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69499E97"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4855FCB8"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25CCEDF8"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41D215BD"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3398DAEA" w14:textId="77777777" w:rsidR="009446D0" w:rsidRPr="00EB75F0" w:rsidRDefault="0084596B">
            <w:pPr>
              <w:spacing w:before="60" w:after="60" w:line="240" w:lineRule="auto"/>
              <w:rPr>
                <w:sz w:val="14"/>
              </w:rPr>
            </w:pPr>
            <w:r w:rsidRPr="00EB75F0">
              <w:rPr>
                <w:color w:val="000000"/>
                <w:sz w:val="14"/>
              </w:rPr>
              <w:t>781</w:t>
            </w:r>
          </w:p>
        </w:tc>
        <w:tc>
          <w:tcPr>
            <w:tcW w:w="0" w:type="auto"/>
            <w:tcBorders>
              <w:top w:val="single" w:sz="4" w:space="0" w:color="000000"/>
              <w:left w:val="single" w:sz="4" w:space="0" w:color="000000"/>
              <w:bottom w:val="single" w:sz="4" w:space="0" w:color="000000"/>
              <w:right w:val="single" w:sz="4" w:space="0" w:color="000000"/>
            </w:tcBorders>
          </w:tcPr>
          <w:p w14:paraId="0A130207" w14:textId="77777777" w:rsidR="009446D0" w:rsidRPr="00EB75F0" w:rsidRDefault="0084596B">
            <w:pPr>
              <w:spacing w:before="60" w:after="60" w:line="240" w:lineRule="auto"/>
              <w:rPr>
                <w:sz w:val="14"/>
              </w:rPr>
            </w:pPr>
            <w:r w:rsidRPr="00EB75F0">
              <w:rPr>
                <w:color w:val="000000"/>
                <w:sz w:val="14"/>
              </w:rPr>
              <w:t>478</w:t>
            </w:r>
          </w:p>
        </w:tc>
        <w:tc>
          <w:tcPr>
            <w:tcW w:w="0" w:type="auto"/>
            <w:tcBorders>
              <w:top w:val="single" w:sz="4" w:space="0" w:color="000000"/>
              <w:left w:val="single" w:sz="4" w:space="0" w:color="000000"/>
              <w:bottom w:val="single" w:sz="4" w:space="0" w:color="000000"/>
              <w:right w:val="single" w:sz="4" w:space="0" w:color="000000"/>
            </w:tcBorders>
          </w:tcPr>
          <w:p w14:paraId="164170CE"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67915365" w14:textId="77777777" w:rsidR="009446D0" w:rsidRPr="00EB75F0" w:rsidRDefault="0084596B">
            <w:pPr>
              <w:spacing w:before="60" w:after="60" w:line="240" w:lineRule="auto"/>
              <w:rPr>
                <w:sz w:val="14"/>
              </w:rPr>
            </w:pPr>
            <w:r w:rsidRPr="00EB75F0">
              <w:rPr>
                <w:color w:val="000000"/>
                <w:sz w:val="14"/>
              </w:rPr>
              <w:t>18-75</w:t>
            </w:r>
          </w:p>
        </w:tc>
        <w:tc>
          <w:tcPr>
            <w:tcW w:w="0" w:type="auto"/>
            <w:tcBorders>
              <w:top w:val="single" w:sz="4" w:space="0" w:color="000000"/>
              <w:left w:val="single" w:sz="4" w:space="0" w:color="000000"/>
              <w:bottom w:val="single" w:sz="4" w:space="0" w:color="000000"/>
              <w:right w:val="single" w:sz="4" w:space="0" w:color="000000"/>
            </w:tcBorders>
          </w:tcPr>
          <w:p w14:paraId="4D392B3F"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6AD856E7"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FB97565" w14:textId="72AEE71F" w:rsidR="009446D0" w:rsidRPr="00EB75F0" w:rsidRDefault="0084596B">
            <w:pPr>
              <w:spacing w:before="60" w:after="60" w:line="240" w:lineRule="auto"/>
              <w:rPr>
                <w:sz w:val="14"/>
              </w:rPr>
            </w:pPr>
            <w:r w:rsidRPr="00EB75F0">
              <w:rPr>
                <w:color w:val="1E1E1E"/>
                <w:sz w:val="14"/>
              </w:rPr>
              <w:lastRenderedPageBreak/>
              <w:t>Kane 2007</w:t>
            </w:r>
            <w:r w:rsidR="0031308D" w:rsidRPr="00EB75F0">
              <w:fldChar w:fldCharType="begin"/>
            </w:r>
            <w:r w:rsidR="00452EF4">
              <w:instrText xml:space="preserve"> ADDIN EN.CITE &lt;EndNote&gt;&lt;Cite&gt;&lt;Author&gt;Kane&lt;/Author&gt;&lt;Year&gt;2007&lt;/Year&gt;&lt;RecNum&gt;65&lt;/RecNum&gt;&lt;DisplayText&gt;&lt;style face="superscript"&gt;68&lt;/style&gt;&lt;/DisplayText&gt;&lt;record&gt;&lt;rec-number&gt;65&lt;/rec-number&gt;&lt;foreign-keys&gt;&lt;key app="EN" db-id="9ttaxzax2p0tr7ewzt55atews50zvxaaa5rz" timestamp="1764068839"&gt;65&lt;/key&gt;&lt;/foreign-keys&gt;&lt;ref-type name="Journal Article"&gt;17&lt;/ref-type&gt;&lt;contributors&gt;&lt;authors&gt;&lt;author&gt;Kane, J&lt;/author&gt;&lt;author&gt;Canas, F&lt;/author&gt;&lt;author&gt;Kramer, M&lt;/author&gt;&lt;author&gt;Ford, L&lt;/author&gt;&lt;author&gt;Gassmann-Mayer, C&lt;/author&gt;&lt;author&gt;Lim, P&lt;/author&gt;&lt;author&gt;Eerdekens, M&lt;/author&gt;&lt;/authors&gt;&lt;/contributors&gt;&lt;titles&gt;&lt;title&gt;Treatment of schizophrenia with paliperidone extended-release tablets: a 6-week placebo-controlled trial&lt;/title&gt;&lt;secondary-title&gt;Schizophrenia Research&lt;/secondary-title&gt;&lt;/titles&gt;&lt;periodical&gt;&lt;full-title&gt;Schizophrenia Research&lt;/full-title&gt;&lt;/periodical&gt;&lt;pages&gt;147-161&lt;/pages&gt;&lt;volume&gt;90&lt;/volume&gt;&lt;number&gt;1-3&lt;/number&gt;&lt;dates&gt;&lt;year&gt;2007&lt;/year&gt;&lt;/dates&gt;&lt;isbn&gt;0920-9964&lt;/isbn&gt;&lt;urls&gt;&lt;/urls&gt;&lt;/record&gt;&lt;/Cite&gt;&lt;/EndNote&gt;</w:instrText>
            </w:r>
            <w:r w:rsidR="0031308D" w:rsidRPr="00EB75F0">
              <w:fldChar w:fldCharType="separate"/>
            </w:r>
            <w:r w:rsidR="00452EF4" w:rsidRPr="00452EF4">
              <w:rPr>
                <w:noProof/>
                <w:vertAlign w:val="superscript"/>
              </w:rPr>
              <w:t>68</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8D97223" w14:textId="77777777" w:rsidR="009446D0" w:rsidRPr="00EB75F0" w:rsidRDefault="0084596B">
            <w:pPr>
              <w:spacing w:before="60" w:after="60" w:line="240" w:lineRule="auto"/>
              <w:rPr>
                <w:sz w:val="14"/>
              </w:rPr>
            </w:pPr>
            <w:r w:rsidRPr="00EB75F0">
              <w:rPr>
                <w:color w:val="000000"/>
                <w:sz w:val="14"/>
              </w:rPr>
              <w:t>2007</w:t>
            </w:r>
          </w:p>
        </w:tc>
        <w:tc>
          <w:tcPr>
            <w:tcW w:w="0" w:type="auto"/>
            <w:tcBorders>
              <w:top w:val="single" w:sz="4" w:space="0" w:color="000000"/>
              <w:left w:val="single" w:sz="4" w:space="0" w:color="000000"/>
              <w:bottom w:val="single" w:sz="4" w:space="0" w:color="000000"/>
              <w:right w:val="single" w:sz="4" w:space="0" w:color="000000"/>
            </w:tcBorders>
          </w:tcPr>
          <w:p w14:paraId="48FCAFBC"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20EEA56D"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E4D102C"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6D72766C"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5B35F29C"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3FA941BC"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5B4B94D3"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D994016"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7B3C793C" w14:textId="77777777" w:rsidR="009446D0" w:rsidRPr="00EB75F0" w:rsidRDefault="0084596B">
            <w:pPr>
              <w:spacing w:before="60" w:after="60" w:line="240" w:lineRule="auto"/>
              <w:rPr>
                <w:sz w:val="14"/>
              </w:rPr>
            </w:pPr>
            <w:r w:rsidRPr="00EB75F0">
              <w:rPr>
                <w:color w:val="000000"/>
                <w:sz w:val="14"/>
              </w:rPr>
              <w:t>680</w:t>
            </w:r>
          </w:p>
        </w:tc>
        <w:tc>
          <w:tcPr>
            <w:tcW w:w="0" w:type="auto"/>
            <w:tcBorders>
              <w:top w:val="single" w:sz="4" w:space="0" w:color="000000"/>
              <w:left w:val="single" w:sz="4" w:space="0" w:color="000000"/>
              <w:bottom w:val="single" w:sz="4" w:space="0" w:color="000000"/>
              <w:right w:val="single" w:sz="4" w:space="0" w:color="000000"/>
            </w:tcBorders>
          </w:tcPr>
          <w:p w14:paraId="5A03ECB4" w14:textId="77777777" w:rsidR="009446D0" w:rsidRPr="00EB75F0" w:rsidRDefault="0084596B">
            <w:pPr>
              <w:spacing w:before="60" w:after="60" w:line="240" w:lineRule="auto"/>
              <w:rPr>
                <w:sz w:val="14"/>
              </w:rPr>
            </w:pPr>
            <w:r w:rsidRPr="00EB75F0">
              <w:rPr>
                <w:color w:val="000000"/>
                <w:sz w:val="14"/>
              </w:rPr>
              <w:t>630</w:t>
            </w:r>
          </w:p>
        </w:tc>
        <w:tc>
          <w:tcPr>
            <w:tcW w:w="0" w:type="auto"/>
            <w:tcBorders>
              <w:top w:val="single" w:sz="4" w:space="0" w:color="000000"/>
              <w:left w:val="single" w:sz="4" w:space="0" w:color="000000"/>
              <w:bottom w:val="single" w:sz="4" w:space="0" w:color="000000"/>
              <w:right w:val="single" w:sz="4" w:space="0" w:color="000000"/>
            </w:tcBorders>
          </w:tcPr>
          <w:p w14:paraId="639CA39C"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0B3D78EF"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50551375"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0B602A17"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88ACF3C" w14:textId="6F280DA4" w:rsidR="009446D0" w:rsidRPr="00EB75F0" w:rsidRDefault="0084596B">
            <w:pPr>
              <w:spacing w:before="60" w:after="60" w:line="240" w:lineRule="auto"/>
              <w:rPr>
                <w:sz w:val="14"/>
              </w:rPr>
            </w:pPr>
            <w:r w:rsidRPr="00EB75F0">
              <w:rPr>
                <w:color w:val="1E1E1E"/>
                <w:sz w:val="14"/>
              </w:rPr>
              <w:t>Davidson 2007</w:t>
            </w:r>
            <w:r w:rsidR="0031308D" w:rsidRPr="00EB75F0">
              <w:fldChar w:fldCharType="begin"/>
            </w:r>
            <w:r w:rsidR="00452EF4">
              <w:instrText xml:space="preserve"> ADDIN EN.CITE &lt;EndNote&gt;&lt;Cite&gt;&lt;Author&gt;Davidson&lt;/Author&gt;&lt;Year&gt;2007&lt;/Year&gt;&lt;RecNum&gt;66&lt;/RecNum&gt;&lt;DisplayText&gt;&lt;style face="superscript"&gt;69&lt;/style&gt;&lt;/DisplayText&gt;&lt;record&gt;&lt;rec-number&gt;66&lt;/rec-number&gt;&lt;foreign-keys&gt;&lt;key app="EN" db-id="9ttaxzax2p0tr7ewzt55atews50zvxaaa5rz" timestamp="1764068839"&gt;66&lt;/key&gt;&lt;/foreign-keys&gt;&lt;ref-type name="Journal Article"&gt;17&lt;/ref-type&gt;&lt;contributors&gt;&lt;authors&gt;&lt;author&gt;Davidson, Michael&lt;/author&gt;&lt;author&gt;Emsley, Robin&lt;/author&gt;&lt;author&gt;Kramer, Michelle&lt;/author&gt;&lt;author&gt;Ford, Lisa&lt;/author&gt;&lt;author&gt;Pan, Guohua&lt;/author&gt;&lt;author&gt;Lim, Pilar&lt;/author&gt;&lt;author&gt;Eerdekens, Mariëlle&lt;/author&gt;&lt;/authors&gt;&lt;/contributors&gt;&lt;titles&gt;&lt;title&gt;Efficacy, safety and early response of paliperidone extended-release tablets (paliperidone ER): results of a 6-week, randomized, placebo-controlled study&lt;/title&gt;&lt;secondary-title&gt;Schizophrenia research&lt;/secondary-title&gt;&lt;/titles&gt;&lt;periodical&gt;&lt;full-title&gt;Schizophrenia Research&lt;/full-title&gt;&lt;/periodical&gt;&lt;pages&gt;117-130&lt;/pages&gt;&lt;volume&gt;93&lt;/volume&gt;&lt;number&gt;1-3&lt;/number&gt;&lt;dates&gt;&lt;year&gt;2007&lt;/year&gt;&lt;/dates&gt;&lt;isbn&gt;0920-9964&lt;/isbn&gt;&lt;urls&gt;&lt;/urls&gt;&lt;/record&gt;&lt;/Cite&gt;&lt;/EndNote&gt;</w:instrText>
            </w:r>
            <w:r w:rsidR="0031308D" w:rsidRPr="00EB75F0">
              <w:fldChar w:fldCharType="separate"/>
            </w:r>
            <w:r w:rsidR="00452EF4" w:rsidRPr="00452EF4">
              <w:rPr>
                <w:noProof/>
                <w:vertAlign w:val="superscript"/>
              </w:rPr>
              <w:t>69</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03CF940" w14:textId="77777777" w:rsidR="009446D0" w:rsidRPr="00EB75F0" w:rsidRDefault="0084596B">
            <w:pPr>
              <w:spacing w:before="60" w:after="60" w:line="240" w:lineRule="auto"/>
              <w:rPr>
                <w:sz w:val="14"/>
              </w:rPr>
            </w:pPr>
            <w:r w:rsidRPr="00EB75F0">
              <w:rPr>
                <w:color w:val="000000"/>
                <w:sz w:val="14"/>
              </w:rPr>
              <w:t>2007</w:t>
            </w:r>
          </w:p>
        </w:tc>
        <w:tc>
          <w:tcPr>
            <w:tcW w:w="0" w:type="auto"/>
            <w:tcBorders>
              <w:top w:val="single" w:sz="4" w:space="0" w:color="000000"/>
              <w:left w:val="single" w:sz="4" w:space="0" w:color="000000"/>
              <w:bottom w:val="single" w:sz="4" w:space="0" w:color="000000"/>
              <w:right w:val="single" w:sz="4" w:space="0" w:color="000000"/>
            </w:tcBorders>
          </w:tcPr>
          <w:p w14:paraId="4E32FEE4"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5694739"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2DE19BF"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1D8E652B"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7ACBDF9D"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7A4E7554"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2EF81BEA"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F53B858"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49D40E17" w14:textId="77777777" w:rsidR="009446D0" w:rsidRPr="00EB75F0" w:rsidRDefault="0084596B">
            <w:pPr>
              <w:spacing w:before="60" w:after="60" w:line="240" w:lineRule="auto"/>
              <w:rPr>
                <w:sz w:val="14"/>
              </w:rPr>
            </w:pPr>
            <w:r w:rsidRPr="00EB75F0">
              <w:rPr>
                <w:color w:val="000000"/>
                <w:sz w:val="14"/>
              </w:rPr>
              <w:t>732</w:t>
            </w:r>
          </w:p>
        </w:tc>
        <w:tc>
          <w:tcPr>
            <w:tcW w:w="0" w:type="auto"/>
            <w:tcBorders>
              <w:top w:val="single" w:sz="4" w:space="0" w:color="000000"/>
              <w:left w:val="single" w:sz="4" w:space="0" w:color="000000"/>
              <w:bottom w:val="single" w:sz="4" w:space="0" w:color="000000"/>
              <w:right w:val="single" w:sz="4" w:space="0" w:color="000000"/>
            </w:tcBorders>
          </w:tcPr>
          <w:p w14:paraId="672D6796" w14:textId="77777777" w:rsidR="009446D0" w:rsidRPr="00EB75F0" w:rsidRDefault="0084596B">
            <w:pPr>
              <w:spacing w:before="60" w:after="60" w:line="240" w:lineRule="auto"/>
              <w:rPr>
                <w:sz w:val="14"/>
              </w:rPr>
            </w:pPr>
            <w:r w:rsidRPr="00EB75F0">
              <w:rPr>
                <w:color w:val="000000"/>
                <w:sz w:val="14"/>
              </w:rPr>
              <w:t>618</w:t>
            </w:r>
          </w:p>
        </w:tc>
        <w:tc>
          <w:tcPr>
            <w:tcW w:w="0" w:type="auto"/>
            <w:tcBorders>
              <w:top w:val="single" w:sz="4" w:space="0" w:color="000000"/>
              <w:left w:val="single" w:sz="4" w:space="0" w:color="000000"/>
              <w:bottom w:val="single" w:sz="4" w:space="0" w:color="000000"/>
              <w:right w:val="single" w:sz="4" w:space="0" w:color="000000"/>
            </w:tcBorders>
          </w:tcPr>
          <w:p w14:paraId="53EBE086"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1B115843"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0373C52E"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028439AF"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33B6690" w14:textId="0CC98F5A" w:rsidR="009446D0" w:rsidRPr="00EB75F0" w:rsidRDefault="0084596B">
            <w:pPr>
              <w:spacing w:before="60" w:after="60" w:line="240" w:lineRule="auto"/>
              <w:rPr>
                <w:sz w:val="14"/>
              </w:rPr>
            </w:pPr>
            <w:proofErr w:type="spellStart"/>
            <w:r w:rsidRPr="00EB75F0">
              <w:rPr>
                <w:color w:val="1E1E1E"/>
                <w:sz w:val="14"/>
              </w:rPr>
              <w:t>Bugarski-Kirola</w:t>
            </w:r>
            <w:proofErr w:type="spellEnd"/>
            <w:r w:rsidRPr="00EB75F0">
              <w:rPr>
                <w:color w:val="1E1E1E"/>
                <w:sz w:val="14"/>
              </w:rPr>
              <w:t xml:space="preserve"> 2014</w:t>
            </w:r>
            <w:r w:rsidR="0031308D" w:rsidRPr="00EB75F0">
              <w:fldChar w:fldCharType="begin"/>
            </w:r>
            <w:r w:rsidR="00452EF4">
              <w:instrText xml:space="preserve"> ADDIN EN.CITE &lt;EndNote&gt;&lt;Cite&gt;&lt;Author&gt;Bugarski-Kirola&lt;/Author&gt;&lt;Year&gt;2014&lt;/Year&gt;&lt;RecNum&gt;67&lt;/RecNum&gt;&lt;DisplayText&gt;&lt;style face="superscript"&gt;70&lt;/style&gt;&lt;/DisplayText&gt;&lt;record&gt;&lt;rec-number&gt;67&lt;/rec-number&gt;&lt;foreign-keys&gt;&lt;key app="EN" db-id="9ttaxzax2p0tr7ewzt55atews50zvxaaa5rz" timestamp="1764068839"&gt;67&lt;/key&gt;&lt;/foreign-keys&gt;&lt;ref-type name="Journal Article"&gt;17&lt;/ref-type&gt;&lt;contributors&gt;&lt;authors&gt;&lt;author&gt;Bugarski-Kirola, D.&lt;/author&gt;&lt;author&gt;Wang, A.&lt;/author&gt;&lt;author&gt;Abi-Saab, D.&lt;/author&gt;&lt;author&gt;Blattler, T.&lt;/author&gt;&lt;/authors&gt;&lt;/contributors&gt;&lt;titles&gt;&lt;title&gt;A phase II/III trial of bitopertin monotherapy compared with placebo in patients with an acute exacerbation of schizophrenia - results from the CandleLyte study&lt;/title&gt;&lt;secondary-title&gt;Eur Neuropsychopharmacol&lt;/secondary-title&gt;&lt;/titles&gt;&lt;periodical&gt;&lt;full-title&gt;Eur Neuropsychopharmacol&lt;/full-title&gt;&lt;/periodical&gt;&lt;pages&gt;1024-36&lt;/pages&gt;&lt;volume&gt;24&lt;/volume&gt;&lt;number&gt;7&lt;/number&gt;&lt;dates&gt;&lt;year&gt;2014&lt;/year&gt;&lt;pub-dates&gt;&lt;date&gt;20140329&lt;/date&gt;&lt;/pub-dates&gt;&lt;/dates&gt;&lt;pub-location&gt;F. Hoffmann-La Roche Ltd, Basel, Switzerland. Electronic address: dragana.bugarski-kirola@roche.com. Roche (China) Holding Ltd, Shanghai, China. F. Hoffmann-La Roche Ltd, Basel, Switzerland.&lt;/pub-location&gt;&lt;isbn&gt;1873-7862 (Electronic) 0924-977X (Linking)&lt;/isbn&gt;&lt;urls&gt;&lt;related-urls&gt;&lt;url&gt;https://www.ncbi.nlm.nih.gov/pubmed/24735806&lt;/url&gt;&lt;/related-urls&gt;&lt;/urls&gt;&lt;electronic-resource-num&gt;10.1016/j.euroneuro.2014.03.007&lt;/electronic-resource-num&gt;&lt;/record&gt;&lt;/Cite&gt;&lt;/EndNote&gt;</w:instrText>
            </w:r>
            <w:r w:rsidR="0031308D" w:rsidRPr="00EB75F0">
              <w:fldChar w:fldCharType="separate"/>
            </w:r>
            <w:r w:rsidR="00452EF4" w:rsidRPr="00452EF4">
              <w:rPr>
                <w:noProof/>
                <w:vertAlign w:val="superscript"/>
              </w:rPr>
              <w:t>70</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18DA4A41" w14:textId="77777777" w:rsidR="009446D0" w:rsidRPr="00EB75F0" w:rsidRDefault="0084596B">
            <w:pPr>
              <w:spacing w:before="60" w:after="60" w:line="240" w:lineRule="auto"/>
              <w:rPr>
                <w:sz w:val="14"/>
              </w:rPr>
            </w:pPr>
            <w:r w:rsidRPr="00EB75F0">
              <w:rPr>
                <w:color w:val="000000"/>
                <w:sz w:val="14"/>
              </w:rPr>
              <w:t>2014</w:t>
            </w:r>
          </w:p>
        </w:tc>
        <w:tc>
          <w:tcPr>
            <w:tcW w:w="0" w:type="auto"/>
            <w:tcBorders>
              <w:top w:val="single" w:sz="4" w:space="0" w:color="000000"/>
              <w:left w:val="single" w:sz="4" w:space="0" w:color="000000"/>
              <w:bottom w:val="single" w:sz="4" w:space="0" w:color="000000"/>
              <w:right w:val="single" w:sz="4" w:space="0" w:color="000000"/>
            </w:tcBorders>
          </w:tcPr>
          <w:p w14:paraId="095F4BFA"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27F26E51"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A7EF19E"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13080C39"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36C9A7AC"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71323777"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2E86C319"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2F75B18"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666E665B"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3459AB92" w14:textId="77777777" w:rsidR="009446D0" w:rsidRPr="00EB75F0" w:rsidRDefault="0084596B">
            <w:pPr>
              <w:spacing w:before="60" w:after="60" w:line="240" w:lineRule="auto"/>
              <w:rPr>
                <w:sz w:val="14"/>
              </w:rPr>
            </w:pPr>
            <w:r w:rsidRPr="00EB75F0">
              <w:rPr>
                <w:color w:val="000000"/>
                <w:sz w:val="14"/>
              </w:rPr>
              <w:t>301</w:t>
            </w:r>
          </w:p>
        </w:tc>
        <w:tc>
          <w:tcPr>
            <w:tcW w:w="0" w:type="auto"/>
            <w:tcBorders>
              <w:top w:val="single" w:sz="4" w:space="0" w:color="000000"/>
              <w:left w:val="single" w:sz="4" w:space="0" w:color="000000"/>
              <w:bottom w:val="single" w:sz="4" w:space="0" w:color="000000"/>
              <w:right w:val="single" w:sz="4" w:space="0" w:color="000000"/>
            </w:tcBorders>
          </w:tcPr>
          <w:p w14:paraId="6F17C9D7"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7EA73A15"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706C36EE" w14:textId="77777777" w:rsidR="009446D0" w:rsidRPr="00EB75F0" w:rsidRDefault="0084596B">
            <w:pPr>
              <w:spacing w:before="60" w:after="60" w:line="240" w:lineRule="auto"/>
              <w:rPr>
                <w:sz w:val="14"/>
              </w:rPr>
            </w:pPr>
            <w:r w:rsidRPr="00EB75F0">
              <w:rPr>
                <w:color w:val="000000"/>
                <w:sz w:val="14"/>
              </w:rPr>
              <w:t>II/III</w:t>
            </w:r>
          </w:p>
        </w:tc>
      </w:tr>
      <w:tr w:rsidR="009446D0" w:rsidRPr="00EB75F0" w14:paraId="7EF7D9E9"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5A58D5F" w14:textId="42705ADE" w:rsidR="009446D0" w:rsidRPr="00EB75F0" w:rsidRDefault="0084596B">
            <w:pPr>
              <w:spacing w:before="60" w:after="60" w:line="240" w:lineRule="auto"/>
              <w:rPr>
                <w:sz w:val="14"/>
              </w:rPr>
            </w:pPr>
            <w:r w:rsidRPr="00EB75F0">
              <w:rPr>
                <w:color w:val="1E1E1E"/>
                <w:sz w:val="14"/>
              </w:rPr>
              <w:t>Riedel 2007</w:t>
            </w:r>
            <w:r w:rsidR="0031308D" w:rsidRPr="00EB75F0">
              <w:fldChar w:fldCharType="begin"/>
            </w:r>
            <w:r w:rsidR="00452EF4">
              <w:instrText xml:space="preserve"> ADDIN EN.CITE &lt;EndNote&gt;&lt;Cite&gt;&lt;Author&gt;Riedel&lt;/Author&gt;&lt;Year&gt;2007&lt;/Year&gt;&lt;RecNum&gt;68&lt;/RecNum&gt;&lt;DisplayText&gt;&lt;style face="superscript"&gt;71&lt;/style&gt;&lt;/DisplayText&gt;&lt;record&gt;&lt;rec-number&gt;68&lt;/rec-number&gt;&lt;foreign-keys&gt;&lt;key app="EN" db-id="9ttaxzax2p0tr7ewzt55atews50zvxaaa5rz" timestamp="1764068839"&gt;68&lt;/key&gt;&lt;/foreign-keys&gt;&lt;ref-type name="Journal Article"&gt;17&lt;/ref-type&gt;&lt;contributors&gt;&lt;authors&gt;&lt;author&gt;Riedel, M.&lt;/author&gt;&lt;author&gt;Muller, N.&lt;/author&gt;&lt;author&gt;Spellmann, I.&lt;/author&gt;&lt;author&gt;Engel, R. R.&lt;/author&gt;&lt;author&gt;Musil, R.&lt;/author&gt;&lt;author&gt;Valdevit, R.&lt;/author&gt;&lt;author&gt;Dehning, S.&lt;/author&gt;&lt;author&gt;Douhet, A.&lt;/author&gt;&lt;author&gt;Cerovecki, A.&lt;/author&gt;&lt;author&gt;Strassnig, M.&lt;/author&gt;&lt;author&gt;Moller, H. J.&lt;/author&gt;&lt;/authors&gt;&lt;/contributors&gt;&lt;titles&gt;&lt;title&gt;Efficacy of olanzapine versus quetiapine on cognitive dysfunctions in patients with an acute episode of schizophrenia&lt;/title&gt;&lt;secondary-title&gt;Eur Arch Psychiatry Clin Neurosci&lt;/secondary-title&gt;&lt;/titles&gt;&lt;periodical&gt;&lt;full-title&gt;Eur Arch Psychiatry Clin Neurosci&lt;/full-title&gt;&lt;/periodical&gt;&lt;pages&gt;402-12&lt;/pages&gt;&lt;volume&gt;257&lt;/volume&gt;&lt;number&gt;7&lt;/number&gt;&lt;dates&gt;&lt;year&gt;2007&lt;/year&gt;&lt;pub-dates&gt;&lt;date&gt;Oct&lt;/date&gt;&lt;/pub-dates&gt;&lt;/dates&gt;&lt;pub-location&gt;Dept. of Psychiatry and Psychotherapy, Ludwig-Maximilians-University of Munich, Nussbaumstrasse 7, 80336 Munich, Germany.&lt;/pub-location&gt;&lt;isbn&gt;0940-1334 (Print) 0940-1334 (Linking)&lt;/isbn&gt;&lt;urls&gt;&lt;related-urls&gt;&lt;url&gt;https://www.ncbi.nlm.nih.gov/pubmed/17629725&lt;/url&gt;&lt;/related-urls&gt;&lt;/urls&gt;&lt;electronic-resource-num&gt;10.1007/s00406-007-0748-9&lt;/electronic-resource-num&gt;&lt;/record&gt;&lt;/Cite&gt;&lt;/EndNote&gt;</w:instrText>
            </w:r>
            <w:r w:rsidR="0031308D" w:rsidRPr="00EB75F0">
              <w:fldChar w:fldCharType="separate"/>
            </w:r>
            <w:r w:rsidR="00452EF4" w:rsidRPr="00452EF4">
              <w:rPr>
                <w:noProof/>
                <w:vertAlign w:val="superscript"/>
              </w:rPr>
              <w:t>71</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B2D4217" w14:textId="77777777" w:rsidR="009446D0" w:rsidRPr="00EB75F0" w:rsidRDefault="0084596B">
            <w:pPr>
              <w:spacing w:before="60" w:after="60" w:line="240" w:lineRule="auto"/>
              <w:rPr>
                <w:sz w:val="14"/>
              </w:rPr>
            </w:pPr>
            <w:r w:rsidRPr="00EB75F0">
              <w:rPr>
                <w:color w:val="000000"/>
                <w:sz w:val="14"/>
              </w:rPr>
              <w:t>2007</w:t>
            </w:r>
          </w:p>
        </w:tc>
        <w:tc>
          <w:tcPr>
            <w:tcW w:w="0" w:type="auto"/>
            <w:tcBorders>
              <w:top w:val="single" w:sz="4" w:space="0" w:color="000000"/>
              <w:left w:val="single" w:sz="4" w:space="0" w:color="000000"/>
              <w:bottom w:val="single" w:sz="4" w:space="0" w:color="000000"/>
              <w:right w:val="single" w:sz="4" w:space="0" w:color="000000"/>
            </w:tcBorders>
          </w:tcPr>
          <w:p w14:paraId="724D4F42"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AE68E31"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9E9A0FB"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2D172FC"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834F10F"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1210992E"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21D12D30"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0BF5C1B"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783D778F"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69209D9C" w14:textId="77777777" w:rsidR="009446D0" w:rsidRPr="00EB75F0" w:rsidRDefault="0084596B">
            <w:pPr>
              <w:spacing w:before="60" w:after="60" w:line="240" w:lineRule="auto"/>
              <w:rPr>
                <w:sz w:val="14"/>
              </w:rPr>
            </w:pPr>
            <w:r w:rsidRPr="00EB75F0">
              <w:rPr>
                <w:color w:val="000000"/>
                <w:sz w:val="14"/>
              </w:rPr>
              <w:t>52</w:t>
            </w:r>
          </w:p>
        </w:tc>
        <w:tc>
          <w:tcPr>
            <w:tcW w:w="0" w:type="auto"/>
            <w:tcBorders>
              <w:top w:val="single" w:sz="4" w:space="0" w:color="000000"/>
              <w:left w:val="single" w:sz="4" w:space="0" w:color="000000"/>
              <w:bottom w:val="single" w:sz="4" w:space="0" w:color="000000"/>
              <w:right w:val="single" w:sz="4" w:space="0" w:color="000000"/>
            </w:tcBorders>
          </w:tcPr>
          <w:p w14:paraId="234B62D5"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1E1B5435"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197A2C07"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53DA1378"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56FC9E4" w14:textId="76E16347" w:rsidR="009446D0" w:rsidRPr="00EB75F0" w:rsidRDefault="0084596B">
            <w:pPr>
              <w:spacing w:before="60" w:after="60" w:line="240" w:lineRule="auto"/>
              <w:rPr>
                <w:sz w:val="14"/>
              </w:rPr>
            </w:pPr>
            <w:r w:rsidRPr="00EB75F0">
              <w:rPr>
                <w:color w:val="1E1E1E"/>
                <w:sz w:val="14"/>
              </w:rPr>
              <w:t>McDonnell 2018</w:t>
            </w:r>
            <w:r w:rsidR="0031308D" w:rsidRPr="00EB75F0">
              <w:fldChar w:fldCharType="begin"/>
            </w:r>
            <w:r w:rsidR="00452EF4">
              <w:instrText xml:space="preserve"> ADDIN EN.CITE &lt;EndNote&gt;&lt;Cite&gt;&lt;Author&gt;McDonnell&lt;/Author&gt;&lt;Year&gt;2018&lt;/Year&gt;&lt;RecNum&gt;69&lt;/RecNum&gt;&lt;DisplayText&gt;&lt;style face="superscript"&gt;72&lt;/style&gt;&lt;/DisplayText&gt;&lt;record&gt;&lt;rec-number&gt;69&lt;/rec-number&gt;&lt;foreign-keys&gt;&lt;key app="EN" db-id="9ttaxzax2p0tr7ewzt55atews50zvxaaa5rz" timestamp="1764068839"&gt;69&lt;/key&gt;&lt;/foreign-keys&gt;&lt;ref-type name="Journal Article"&gt;17&lt;/ref-type&gt;&lt;contributors&gt;&lt;authors&gt;&lt;author&gt;McDonnell, David&lt;/author&gt;&lt;author&gt;Potkin, Steven G&lt;/author&gt;&lt;author&gt;Simmons, Adam&lt;/author&gt;&lt;author&gt;Jiang, Ying&lt;/author&gt;&lt;author&gt;DiPetrillo, Lauren&lt;/author&gt;&lt;author&gt;Silverman, Bernard&lt;/author&gt;&lt;/authors&gt;&lt;/contributors&gt;&lt;titles&gt;&lt;title&gt;F232. A phase 3 study to determine the antipsychotic efficacy and safety of ALKS 3831 in adult patients with acute exacerbation of schizophrenia&lt;/title&gt;&lt;secondary-title&gt;Schizophrenia Bulletin&lt;/secondary-title&gt;&lt;/titles&gt;&lt;periodical&gt;&lt;full-title&gt;Schizophrenia bulletin&lt;/full-title&gt;&lt;/periodical&gt;&lt;pages&gt;S312&lt;/pages&gt;&lt;volume&gt;44&lt;/volume&gt;&lt;number&gt;Suppl 1&lt;/number&gt;&lt;dates&gt;&lt;year&gt;2018&lt;/year&gt;&lt;/dates&gt;&lt;urls&gt;&lt;/urls&gt;&lt;/record&gt;&lt;/Cite&gt;&lt;/EndNote&gt;</w:instrText>
            </w:r>
            <w:r w:rsidR="0031308D" w:rsidRPr="00EB75F0">
              <w:fldChar w:fldCharType="separate"/>
            </w:r>
            <w:r w:rsidR="00452EF4" w:rsidRPr="00452EF4">
              <w:rPr>
                <w:noProof/>
                <w:vertAlign w:val="superscript"/>
              </w:rPr>
              <w:t>72</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2CA0E840" w14:textId="77777777" w:rsidR="009446D0" w:rsidRPr="00EB75F0" w:rsidRDefault="0084596B">
            <w:pPr>
              <w:spacing w:before="60" w:after="60" w:line="240" w:lineRule="auto"/>
              <w:rPr>
                <w:sz w:val="14"/>
              </w:rPr>
            </w:pPr>
            <w:r w:rsidRPr="00EB75F0">
              <w:rPr>
                <w:color w:val="000000"/>
                <w:sz w:val="14"/>
              </w:rPr>
              <w:t>2020</w:t>
            </w:r>
          </w:p>
        </w:tc>
        <w:tc>
          <w:tcPr>
            <w:tcW w:w="0" w:type="auto"/>
            <w:tcBorders>
              <w:top w:val="single" w:sz="4" w:space="0" w:color="000000"/>
              <w:left w:val="single" w:sz="4" w:space="0" w:color="000000"/>
              <w:bottom w:val="single" w:sz="4" w:space="0" w:color="000000"/>
              <w:right w:val="single" w:sz="4" w:space="0" w:color="000000"/>
            </w:tcBorders>
          </w:tcPr>
          <w:p w14:paraId="33FAB079"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3350E7E7"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41DD4982"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6159C9BB"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4C9CEC0A"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3B18250F"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285279BB"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F14C722"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5B285923" w14:textId="77777777" w:rsidR="009446D0" w:rsidRPr="00EB75F0" w:rsidRDefault="0084596B">
            <w:pPr>
              <w:spacing w:before="60" w:after="60" w:line="240" w:lineRule="auto"/>
              <w:rPr>
                <w:sz w:val="14"/>
              </w:rPr>
            </w:pPr>
            <w:r w:rsidRPr="00EB75F0">
              <w:rPr>
                <w:color w:val="000000"/>
                <w:sz w:val="14"/>
              </w:rPr>
              <w:t>619</w:t>
            </w:r>
          </w:p>
        </w:tc>
        <w:tc>
          <w:tcPr>
            <w:tcW w:w="0" w:type="auto"/>
            <w:tcBorders>
              <w:top w:val="single" w:sz="4" w:space="0" w:color="000000"/>
              <w:left w:val="single" w:sz="4" w:space="0" w:color="000000"/>
              <w:bottom w:val="single" w:sz="4" w:space="0" w:color="000000"/>
              <w:right w:val="single" w:sz="4" w:space="0" w:color="000000"/>
            </w:tcBorders>
          </w:tcPr>
          <w:p w14:paraId="35F0823C" w14:textId="77777777" w:rsidR="009446D0" w:rsidRPr="00EB75F0" w:rsidRDefault="0084596B">
            <w:pPr>
              <w:spacing w:before="60" w:after="60" w:line="240" w:lineRule="auto"/>
              <w:rPr>
                <w:sz w:val="14"/>
              </w:rPr>
            </w:pPr>
            <w:r w:rsidRPr="00EB75F0">
              <w:rPr>
                <w:color w:val="000000"/>
                <w:sz w:val="14"/>
              </w:rPr>
              <w:t>401</w:t>
            </w:r>
          </w:p>
        </w:tc>
        <w:tc>
          <w:tcPr>
            <w:tcW w:w="0" w:type="auto"/>
            <w:tcBorders>
              <w:top w:val="single" w:sz="4" w:space="0" w:color="000000"/>
              <w:left w:val="single" w:sz="4" w:space="0" w:color="000000"/>
              <w:bottom w:val="single" w:sz="4" w:space="0" w:color="000000"/>
              <w:right w:val="single" w:sz="4" w:space="0" w:color="000000"/>
            </w:tcBorders>
          </w:tcPr>
          <w:p w14:paraId="66C10E90"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17589131" w14:textId="77777777" w:rsidR="009446D0" w:rsidRPr="00EB75F0" w:rsidRDefault="0084596B">
            <w:pPr>
              <w:spacing w:before="60" w:after="60" w:line="240" w:lineRule="auto"/>
              <w:rPr>
                <w:sz w:val="14"/>
              </w:rPr>
            </w:pPr>
            <w:r w:rsidRPr="00EB75F0">
              <w:rPr>
                <w:color w:val="000000"/>
                <w:sz w:val="14"/>
              </w:rPr>
              <w:t>18-70</w:t>
            </w:r>
          </w:p>
        </w:tc>
        <w:tc>
          <w:tcPr>
            <w:tcW w:w="0" w:type="auto"/>
            <w:tcBorders>
              <w:top w:val="single" w:sz="4" w:space="0" w:color="000000"/>
              <w:left w:val="single" w:sz="4" w:space="0" w:color="000000"/>
              <w:bottom w:val="single" w:sz="4" w:space="0" w:color="000000"/>
              <w:right w:val="single" w:sz="4" w:space="0" w:color="000000"/>
            </w:tcBorders>
          </w:tcPr>
          <w:p w14:paraId="3BC6C756"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2B6CB55D"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7029CBA4" w14:textId="0C95F8F5" w:rsidR="009446D0" w:rsidRPr="00EB75F0" w:rsidRDefault="0084596B">
            <w:pPr>
              <w:spacing w:before="60" w:after="60" w:line="240" w:lineRule="auto"/>
              <w:rPr>
                <w:sz w:val="14"/>
              </w:rPr>
            </w:pPr>
            <w:r w:rsidRPr="00EB75F0">
              <w:rPr>
                <w:color w:val="1E1E1E"/>
                <w:sz w:val="14"/>
              </w:rPr>
              <w:t>Schmidt-Kraepelin 2022</w:t>
            </w:r>
            <w:r w:rsidR="0031308D" w:rsidRPr="00EB75F0">
              <w:fldChar w:fldCharType="begin"/>
            </w:r>
            <w:r w:rsidR="00452EF4">
              <w:instrText xml:space="preserve"> ADDIN EN.CITE &lt;EndNote&gt;&lt;Cite&gt;&lt;Author&gt;Schmidt-Kraepelin&lt;/Author&gt;&lt;Year&gt;2022&lt;/Year&gt;&lt;RecNum&gt;70&lt;/RecNum&gt;&lt;DisplayText&gt;&lt;style face="superscript"&gt;73&lt;/style&gt;&lt;/DisplayText&gt;&lt;record&gt;&lt;rec-number&gt;70&lt;/rec-number&gt;&lt;foreign-keys&gt;&lt;key app="EN" db-id="9ttaxzax2p0tr7ewzt55atews50zvxaaa5rz" timestamp="1764068840"&gt;70&lt;/key&gt;&lt;/foreign-keys&gt;&lt;ref-type name="Journal Article"&gt;17&lt;/ref-type&gt;&lt;contributors&gt;&lt;authors&gt;&lt;author&gt;C. Schmidt-Kraepelin&lt;/author&gt;&lt;author&gt;S. Feyerabend&lt;/author&gt;&lt;author&gt;C. Engelke&lt;/author&gt;&lt;author&gt;M. Riesbeck&lt;/author&gt;&lt;author&gt;E. Meisenzahl-Lechner&lt;/author&gt;&lt;author&gt;P.-E. Verde&lt;/author&gt;&lt;author&gt;C. U. Correll&lt;/author&gt;&lt;author&gt;M. Kluge&lt;/author&gt;&lt;author&gt;C. Makiol&lt;/author&gt;&lt;author&gt;A. Neff&lt;/author&gt;&lt;author&gt;C. Lange&lt;/author&gt;&lt;author&gt;S. Englisch&lt;/author&gt;&lt;author&gt;M. Zink&lt;/author&gt;&lt;author&gt;B. Langguth&lt;/author&gt;&lt;author&gt;T. B. Poeppl&lt;/author&gt;&lt;author&gt;D. Reske&lt;/author&gt;&lt;author&gt;E. Gouzoulis-Mayfrank&lt;/author&gt;&lt;author&gt;G. Gründer&lt;/author&gt;&lt;author&gt;A. Hasan&lt;/author&gt;&lt;author&gt;A. Brockhaus-Dumke&lt;/author&gt;&lt;author&gt;M. Jäger&lt;/author&gt;&lt;author&gt;J. Baumgärtner&lt;/author&gt;&lt;author&gt;S. Leucht&lt;/author&gt;&lt;author&gt;J. Cordes&lt;/author&gt;&lt;/authors&gt;&lt;/contributors&gt;&lt;titles&gt;&lt;title&gt;Amisulpride and olanzapine combination treatment versus each monotherapy in acutely ill patients with schizophrenia in Germany (COMBINE): A double-blind randomised controlled trial&lt;/title&gt;&lt;secondary-title&gt;The Lancet Psychiatry&lt;/secondary-title&gt;&lt;/titles&gt;&lt;periodical&gt;&lt;full-title&gt;The Lancet Psychiatry&lt;/full-title&gt;&lt;/periodical&gt;&lt;pages&gt;291-306&lt;/pages&gt;&lt;volume&gt;9&lt;/volume&gt;&lt;dates&gt;&lt;year&gt;2022&lt;/year&gt;&lt;/dates&gt;&lt;urls&gt;&lt;/urls&gt;&lt;/record&gt;&lt;/Cite&gt;&lt;/EndNote&gt;</w:instrText>
            </w:r>
            <w:r w:rsidR="0031308D" w:rsidRPr="00EB75F0">
              <w:fldChar w:fldCharType="separate"/>
            </w:r>
            <w:r w:rsidR="00452EF4" w:rsidRPr="00452EF4">
              <w:rPr>
                <w:noProof/>
                <w:vertAlign w:val="superscript"/>
              </w:rPr>
              <w:t>73</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0E7645BF" w14:textId="77777777" w:rsidR="009446D0" w:rsidRPr="00EB75F0" w:rsidRDefault="0084596B">
            <w:pPr>
              <w:spacing w:before="60" w:after="60" w:line="240" w:lineRule="auto"/>
              <w:rPr>
                <w:sz w:val="14"/>
              </w:rPr>
            </w:pPr>
            <w:r w:rsidRPr="00EB75F0">
              <w:rPr>
                <w:color w:val="000000"/>
                <w:sz w:val="14"/>
              </w:rPr>
              <w:t>2022</w:t>
            </w:r>
          </w:p>
        </w:tc>
        <w:tc>
          <w:tcPr>
            <w:tcW w:w="0" w:type="auto"/>
            <w:tcBorders>
              <w:top w:val="single" w:sz="4" w:space="0" w:color="000000"/>
              <w:left w:val="single" w:sz="4" w:space="0" w:color="000000"/>
              <w:bottom w:val="single" w:sz="4" w:space="0" w:color="000000"/>
              <w:right w:val="single" w:sz="4" w:space="0" w:color="000000"/>
            </w:tcBorders>
          </w:tcPr>
          <w:p w14:paraId="6A5E6AE7"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43381ACD"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5A69001D"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93649FB"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02C0D5D0"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3AD745CF"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6F9DE759"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17C12750"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680DE3C7" w14:textId="77777777" w:rsidR="009446D0" w:rsidRPr="00EB75F0" w:rsidRDefault="0084596B">
            <w:pPr>
              <w:spacing w:before="60" w:after="60" w:line="240" w:lineRule="auto"/>
              <w:rPr>
                <w:sz w:val="14"/>
              </w:rPr>
            </w:pPr>
            <w:r w:rsidRPr="00EB75F0">
              <w:rPr>
                <w:color w:val="000000"/>
                <w:sz w:val="14"/>
              </w:rPr>
              <w:t>13,692</w:t>
            </w:r>
          </w:p>
        </w:tc>
        <w:tc>
          <w:tcPr>
            <w:tcW w:w="0" w:type="auto"/>
            <w:tcBorders>
              <w:top w:val="single" w:sz="4" w:space="0" w:color="000000"/>
              <w:left w:val="single" w:sz="4" w:space="0" w:color="000000"/>
              <w:bottom w:val="single" w:sz="4" w:space="0" w:color="000000"/>
              <w:right w:val="single" w:sz="4" w:space="0" w:color="000000"/>
            </w:tcBorders>
          </w:tcPr>
          <w:p w14:paraId="77E84093" w14:textId="77777777" w:rsidR="009446D0" w:rsidRPr="00EB75F0" w:rsidRDefault="0084596B">
            <w:pPr>
              <w:spacing w:before="60" w:after="60" w:line="240" w:lineRule="auto"/>
              <w:rPr>
                <w:sz w:val="14"/>
              </w:rPr>
            </w:pPr>
            <w:r w:rsidRPr="00EB75F0">
              <w:rPr>
                <w:color w:val="000000"/>
                <w:sz w:val="14"/>
              </w:rPr>
              <w:t>328</w:t>
            </w:r>
          </w:p>
        </w:tc>
        <w:tc>
          <w:tcPr>
            <w:tcW w:w="0" w:type="auto"/>
            <w:tcBorders>
              <w:top w:val="single" w:sz="4" w:space="0" w:color="000000"/>
              <w:left w:val="single" w:sz="4" w:space="0" w:color="000000"/>
              <w:bottom w:val="single" w:sz="4" w:space="0" w:color="000000"/>
              <w:right w:val="single" w:sz="4" w:space="0" w:color="000000"/>
            </w:tcBorders>
          </w:tcPr>
          <w:p w14:paraId="24024E33" w14:textId="77777777" w:rsidR="009446D0" w:rsidRPr="00EB75F0" w:rsidRDefault="0084596B">
            <w:pPr>
              <w:spacing w:before="60" w:after="60" w:line="240" w:lineRule="auto"/>
              <w:rPr>
                <w:sz w:val="14"/>
              </w:rPr>
            </w:pPr>
            <w:r w:rsidRPr="00EB75F0">
              <w:rPr>
                <w:color w:val="000000"/>
                <w:sz w:val="14"/>
              </w:rPr>
              <w:t>16</w:t>
            </w:r>
          </w:p>
        </w:tc>
        <w:tc>
          <w:tcPr>
            <w:tcW w:w="0" w:type="auto"/>
            <w:tcBorders>
              <w:top w:val="single" w:sz="4" w:space="0" w:color="000000"/>
              <w:left w:val="single" w:sz="4" w:space="0" w:color="000000"/>
              <w:bottom w:val="single" w:sz="4" w:space="0" w:color="000000"/>
              <w:right w:val="single" w:sz="4" w:space="0" w:color="000000"/>
            </w:tcBorders>
          </w:tcPr>
          <w:p w14:paraId="077ECBAE"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26587AD3" w14:textId="77777777" w:rsidR="009446D0" w:rsidRPr="00EB75F0" w:rsidRDefault="0084596B">
            <w:pPr>
              <w:spacing w:before="60" w:after="60" w:line="240" w:lineRule="auto"/>
              <w:rPr>
                <w:sz w:val="14"/>
              </w:rPr>
            </w:pPr>
            <w:r w:rsidRPr="00EB75F0">
              <w:rPr>
                <w:color w:val="000000"/>
                <w:sz w:val="14"/>
              </w:rPr>
              <w:t>IV</w:t>
            </w:r>
          </w:p>
        </w:tc>
      </w:tr>
      <w:tr w:rsidR="009446D0" w:rsidRPr="00EB75F0" w14:paraId="5689AA7E"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47679EB" w14:textId="77307F49" w:rsidR="009446D0" w:rsidRPr="00EB75F0" w:rsidRDefault="0084596B">
            <w:pPr>
              <w:spacing w:before="60" w:after="60" w:line="240" w:lineRule="auto"/>
              <w:rPr>
                <w:sz w:val="14"/>
              </w:rPr>
            </w:pPr>
            <w:r w:rsidRPr="00EB75F0">
              <w:rPr>
                <w:color w:val="1E1E1E"/>
                <w:sz w:val="14"/>
              </w:rPr>
              <w:t>Schmidt 2012</w:t>
            </w:r>
            <w:r w:rsidR="0031308D" w:rsidRPr="00EB75F0">
              <w:fldChar w:fldCharType="begin"/>
            </w:r>
            <w:r w:rsidR="00452EF4">
              <w:instrText xml:space="preserve"> ADDIN EN.CITE &lt;EndNote&gt;&lt;Cite&gt;&lt;Author&gt;Schmidt&lt;/Author&gt;&lt;Year&gt;2012&lt;/Year&gt;&lt;RecNum&gt;71&lt;/RecNum&gt;&lt;DisplayText&gt;&lt;style face="superscript"&gt;74&lt;/style&gt;&lt;/DisplayText&gt;&lt;record&gt;&lt;rec-number&gt;71&lt;/rec-number&gt;&lt;foreign-keys&gt;&lt;key app="EN" db-id="9ttaxzax2p0tr7ewzt55atews50zvxaaa5rz" timestamp="1764068840"&gt;71&lt;/key&gt;&lt;/foreign-keys&gt;&lt;ref-type name="Journal Article"&gt;17&lt;/ref-type&gt;&lt;contributors&gt;&lt;authors&gt;&lt;author&gt;Schmidt, M. E.&lt;/author&gt;&lt;author&gt;Kent, J. M.&lt;/author&gt;&lt;author&gt;Daly, E.&lt;/author&gt;&lt;author&gt;Janssens, L.&lt;/author&gt;&lt;author&gt;Van Osselaer, N.&lt;/author&gt;&lt;author&gt;Husken, G.&lt;/author&gt;&lt;author&gt;Anghelescu, I. G.&lt;/author&gt;&lt;author&gt;Van Nueten, L.&lt;/author&gt;&lt;/authors&gt;&lt;/contributors&gt;&lt;titles&gt;&lt;title&gt;A double-blind, randomized, placebo-controlled study with JNJ-37822681, a novel, highly selective, fast dissociating D(2) receptor antagonist in the treatment of acute exacerbation of schizophrenia&lt;/title&gt;&lt;secondary-title&gt;Eur Neuropsychopharmacol&lt;/secondary-title&gt;&lt;/titles&gt;&lt;periodical&gt;&lt;full-title&gt;Eur Neuropsychopharmacol&lt;/full-title&gt;&lt;/periodical&gt;&lt;pages&gt;721-33&lt;/pages&gt;&lt;volume&gt;22&lt;/volume&gt;&lt;number&gt;10&lt;/number&gt;&lt;dates&gt;&lt;year&gt;2012&lt;/year&gt;&lt;pub-dates&gt;&lt;date&gt;20120331&lt;/date&gt;&lt;/pub-dates&gt;&lt;/dates&gt;&lt;pub-location&gt;Janssen Research &amp;amp; Development, a division of Janssen Pharmaceutica NV, Beerse, Belgium. mschmid4@its.jnj.com&lt;/pub-location&gt;&lt;isbn&gt;1873-7862 (Electronic) 0924-977X (Linking)&lt;/isbn&gt;&lt;urls&gt;&lt;related-urls&gt;&lt;url&gt;https://www.ncbi.nlm.nih.gov/pubmed/22464973&lt;/url&gt;&lt;/related-urls&gt;&lt;/urls&gt;&lt;electronic-resource-num&gt;10.1016/j.euroneuro.2012.02.007&lt;/electronic-resource-num&gt;&lt;/record&gt;&lt;/Cite&gt;&lt;/EndNote&gt;</w:instrText>
            </w:r>
            <w:r w:rsidR="0031308D" w:rsidRPr="00EB75F0">
              <w:fldChar w:fldCharType="separate"/>
            </w:r>
            <w:r w:rsidR="00452EF4" w:rsidRPr="00452EF4">
              <w:rPr>
                <w:noProof/>
                <w:vertAlign w:val="superscript"/>
              </w:rPr>
              <w:t>74</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02FEAA3" w14:textId="77777777" w:rsidR="009446D0" w:rsidRPr="00EB75F0" w:rsidRDefault="0084596B">
            <w:pPr>
              <w:spacing w:before="60" w:after="60" w:line="240" w:lineRule="auto"/>
              <w:rPr>
                <w:sz w:val="14"/>
              </w:rPr>
            </w:pPr>
            <w:r w:rsidRPr="00EB75F0">
              <w:rPr>
                <w:color w:val="000000"/>
                <w:sz w:val="14"/>
              </w:rPr>
              <w:t>2012</w:t>
            </w:r>
          </w:p>
        </w:tc>
        <w:tc>
          <w:tcPr>
            <w:tcW w:w="0" w:type="auto"/>
            <w:tcBorders>
              <w:top w:val="single" w:sz="4" w:space="0" w:color="000000"/>
              <w:left w:val="single" w:sz="4" w:space="0" w:color="000000"/>
              <w:bottom w:val="single" w:sz="4" w:space="0" w:color="000000"/>
              <w:right w:val="single" w:sz="4" w:space="0" w:color="000000"/>
            </w:tcBorders>
          </w:tcPr>
          <w:p w14:paraId="594946E1"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B311382"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54C64009"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549382FE"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3A152F6D"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59C94AAD"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1A42C623"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EB7E6CA"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401D7E18" w14:textId="77777777" w:rsidR="009446D0" w:rsidRPr="00EB75F0" w:rsidRDefault="0084596B">
            <w:pPr>
              <w:spacing w:before="60" w:after="60" w:line="240" w:lineRule="auto"/>
              <w:rPr>
                <w:sz w:val="14"/>
              </w:rPr>
            </w:pPr>
            <w:r w:rsidRPr="00EB75F0">
              <w:rPr>
                <w:color w:val="000000"/>
                <w:sz w:val="14"/>
              </w:rPr>
              <w:t>570</w:t>
            </w:r>
          </w:p>
        </w:tc>
        <w:tc>
          <w:tcPr>
            <w:tcW w:w="0" w:type="auto"/>
            <w:tcBorders>
              <w:top w:val="single" w:sz="4" w:space="0" w:color="000000"/>
              <w:left w:val="single" w:sz="4" w:space="0" w:color="000000"/>
              <w:bottom w:val="single" w:sz="4" w:space="0" w:color="000000"/>
              <w:right w:val="single" w:sz="4" w:space="0" w:color="000000"/>
            </w:tcBorders>
          </w:tcPr>
          <w:p w14:paraId="467B26BA" w14:textId="77777777" w:rsidR="009446D0" w:rsidRPr="00EB75F0" w:rsidRDefault="0084596B">
            <w:pPr>
              <w:spacing w:before="60" w:after="60" w:line="240" w:lineRule="auto"/>
              <w:rPr>
                <w:sz w:val="14"/>
              </w:rPr>
            </w:pPr>
            <w:r w:rsidRPr="00EB75F0">
              <w:rPr>
                <w:color w:val="000000"/>
                <w:sz w:val="14"/>
              </w:rPr>
              <w:t>498,498</w:t>
            </w:r>
          </w:p>
        </w:tc>
        <w:tc>
          <w:tcPr>
            <w:tcW w:w="0" w:type="auto"/>
            <w:tcBorders>
              <w:top w:val="single" w:sz="4" w:space="0" w:color="000000"/>
              <w:left w:val="single" w:sz="4" w:space="0" w:color="000000"/>
              <w:bottom w:val="single" w:sz="4" w:space="0" w:color="000000"/>
              <w:right w:val="single" w:sz="4" w:space="0" w:color="000000"/>
            </w:tcBorders>
          </w:tcPr>
          <w:p w14:paraId="7D897666" w14:textId="77777777" w:rsidR="009446D0" w:rsidRPr="00EB75F0" w:rsidRDefault="0084596B">
            <w:pPr>
              <w:spacing w:before="60" w:after="60" w:line="240" w:lineRule="auto"/>
              <w:rPr>
                <w:sz w:val="14"/>
              </w:rPr>
            </w:pPr>
            <w:r w:rsidRPr="00EB75F0">
              <w:rPr>
                <w:color w:val="000000"/>
                <w:sz w:val="14"/>
              </w:rPr>
              <w:t>12</w:t>
            </w:r>
          </w:p>
        </w:tc>
        <w:tc>
          <w:tcPr>
            <w:tcW w:w="0" w:type="auto"/>
            <w:tcBorders>
              <w:top w:val="single" w:sz="4" w:space="0" w:color="000000"/>
              <w:left w:val="single" w:sz="4" w:space="0" w:color="000000"/>
              <w:bottom w:val="single" w:sz="4" w:space="0" w:color="000000"/>
              <w:right w:val="single" w:sz="4" w:space="0" w:color="000000"/>
            </w:tcBorders>
          </w:tcPr>
          <w:p w14:paraId="1D90162D"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3BAF7E36"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2E1A06FB"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7A5E8B8C" w14:textId="3231C20E" w:rsidR="009446D0" w:rsidRPr="00EB75F0" w:rsidRDefault="0084596B">
            <w:pPr>
              <w:spacing w:before="60" w:after="60" w:line="240" w:lineRule="auto"/>
              <w:rPr>
                <w:sz w:val="14"/>
              </w:rPr>
            </w:pPr>
            <w:r w:rsidRPr="00EB75F0">
              <w:rPr>
                <w:color w:val="1E1E1E"/>
                <w:sz w:val="14"/>
              </w:rPr>
              <w:t>Shen 2014</w:t>
            </w:r>
            <w:r w:rsidR="0031308D" w:rsidRPr="00EB75F0">
              <w:fldChar w:fldCharType="begin"/>
            </w:r>
            <w:r w:rsidR="00452EF4">
              <w:instrText xml:space="preserve"> ADDIN EN.CITE &lt;EndNote&gt;&lt;Cite&gt;&lt;Author&gt;Shen&lt;/Author&gt;&lt;Year&gt;2014&lt;/Year&gt;&lt;RecNum&gt;72&lt;/RecNum&gt;&lt;DisplayText&gt;&lt;style face="superscript"&gt;75&lt;/style&gt;&lt;/DisplayText&gt;&lt;record&gt;&lt;rec-number&gt;72&lt;/rec-number&gt;&lt;foreign-keys&gt;&lt;key app="EN" db-id="9ttaxzax2p0tr7ewzt55atews50zvxaaa5rz" timestamp="1764068840"&gt;72&lt;/key&gt;&lt;/foreign-keys&gt;&lt;ref-type name="Journal Article"&gt;17&lt;/ref-type&gt;&lt;contributors&gt;&lt;authors&gt;&lt;author&gt;Shen, J. H.&lt;/author&gt;&lt;author&gt;Zhao, Y.&lt;/author&gt;&lt;author&gt;Rosenzweig-Lipson, S.&lt;/author&gt;&lt;author&gt;Popp, D.&lt;/author&gt;&lt;author&gt;Williams, J. B.&lt;/author&gt;&lt;author&gt;Giller, E.&lt;/author&gt;&lt;author&gt;Detke, M. J.&lt;/author&gt;&lt;author&gt;Kane, J. M.&lt;/author&gt;&lt;/authors&gt;&lt;/contributors&gt;&lt;titles&gt;&lt;title&gt;A 6-week randomized, double-blind, placebo-controlled, comparator referenced trial of vabicaserin in acute schizophrenia&lt;/title&gt;&lt;secondary-title&gt;J Psychiatr Res&lt;/secondary-title&gt;&lt;/titles&gt;&lt;periodical&gt;&lt;full-title&gt;J Psychiatr Res&lt;/full-title&gt;&lt;/periodical&gt;&lt;pages&gt;14-22&lt;/pages&gt;&lt;volume&gt;53&lt;/volume&gt;&lt;dates&gt;&lt;year&gt;2014&lt;/year&gt;&lt;pub-dates&gt;&lt;date&gt;20140224&lt;/date&gt;&lt;/pub-dates&gt;&lt;/dates&gt;&lt;pub-location&gt;Hengrui Medicine Co., Ltd, Shanghai, China. Skyview Research, Pennsylvania, USA. IVS Pharma Consulting, USA. MedAvante Inc, Hamilton, NJ, USA. MedAvante Inc, Hamilton, NJ, USA; College of Physicians and Surgeons, Columbia University, USA. Electronic address: jwilliams@medavante.com. Detke Biopharma Consulting LLC, Carmel, IN, USA; Indiana University School of Medicine, USA. The Zucker Hillside Hospital, Glen Oaks, NY, USA; The Albert Einstein College of Medicine, Bronx, NY, USA.&lt;/pub-location&gt;&lt;isbn&gt;1879-1379 (Electronic) 0022-3956 (Linking)&lt;/isbn&gt;&lt;urls&gt;&lt;related-urls&gt;&lt;url&gt;https://www.ncbi.nlm.nih.gov/pubmed/24613032&lt;/url&gt;&lt;/related-urls&gt;&lt;/urls&gt;&lt;electronic-resource-num&gt;10.1016/j.jpsychires.2014.02.012&lt;/electronic-resource-num&gt;&lt;/record&gt;&lt;/Cite&gt;&lt;/EndNote&gt;</w:instrText>
            </w:r>
            <w:r w:rsidR="0031308D" w:rsidRPr="00EB75F0">
              <w:fldChar w:fldCharType="separate"/>
            </w:r>
            <w:r w:rsidR="00452EF4" w:rsidRPr="00452EF4">
              <w:rPr>
                <w:noProof/>
                <w:vertAlign w:val="superscript"/>
              </w:rPr>
              <w:t>75</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181C69A8" w14:textId="77777777" w:rsidR="009446D0" w:rsidRPr="00EB75F0" w:rsidRDefault="0084596B">
            <w:pPr>
              <w:spacing w:before="60" w:after="60" w:line="240" w:lineRule="auto"/>
              <w:rPr>
                <w:sz w:val="14"/>
              </w:rPr>
            </w:pPr>
            <w:r w:rsidRPr="00EB75F0">
              <w:rPr>
                <w:color w:val="000000"/>
                <w:sz w:val="14"/>
              </w:rPr>
              <w:t>2014</w:t>
            </w:r>
          </w:p>
        </w:tc>
        <w:tc>
          <w:tcPr>
            <w:tcW w:w="0" w:type="auto"/>
            <w:tcBorders>
              <w:top w:val="single" w:sz="4" w:space="0" w:color="000000"/>
              <w:left w:val="single" w:sz="4" w:space="0" w:color="000000"/>
              <w:bottom w:val="single" w:sz="4" w:space="0" w:color="000000"/>
              <w:right w:val="single" w:sz="4" w:space="0" w:color="000000"/>
            </w:tcBorders>
          </w:tcPr>
          <w:p w14:paraId="150E05CF"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6019D61"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6FF8182"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631827F3"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30C1794F"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095791FC"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7F88328E"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70872C4"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0A278261"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8C1670E" w14:textId="77777777" w:rsidR="009446D0" w:rsidRPr="00EB75F0" w:rsidRDefault="0084596B">
            <w:pPr>
              <w:spacing w:before="60" w:after="60" w:line="240" w:lineRule="auto"/>
              <w:rPr>
                <w:sz w:val="14"/>
              </w:rPr>
            </w:pPr>
            <w:r w:rsidRPr="00EB75F0">
              <w:rPr>
                <w:color w:val="000000"/>
                <w:sz w:val="14"/>
              </w:rPr>
              <w:t>314</w:t>
            </w:r>
          </w:p>
        </w:tc>
        <w:tc>
          <w:tcPr>
            <w:tcW w:w="0" w:type="auto"/>
            <w:tcBorders>
              <w:top w:val="single" w:sz="4" w:space="0" w:color="000000"/>
              <w:left w:val="single" w:sz="4" w:space="0" w:color="000000"/>
              <w:bottom w:val="single" w:sz="4" w:space="0" w:color="000000"/>
              <w:right w:val="single" w:sz="4" w:space="0" w:color="000000"/>
            </w:tcBorders>
          </w:tcPr>
          <w:p w14:paraId="1E9B572F"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486C6A69" w14:textId="77777777" w:rsidR="009446D0" w:rsidRPr="00EB75F0" w:rsidRDefault="0084596B">
            <w:pPr>
              <w:spacing w:before="60" w:after="60" w:line="240" w:lineRule="auto"/>
              <w:rPr>
                <w:sz w:val="14"/>
              </w:rPr>
            </w:pPr>
            <w:r w:rsidRPr="00EB75F0">
              <w:rPr>
                <w:color w:val="000000"/>
                <w:sz w:val="14"/>
              </w:rPr>
              <w:t>20-63</w:t>
            </w:r>
          </w:p>
        </w:tc>
        <w:tc>
          <w:tcPr>
            <w:tcW w:w="0" w:type="auto"/>
            <w:tcBorders>
              <w:top w:val="single" w:sz="4" w:space="0" w:color="000000"/>
              <w:left w:val="single" w:sz="4" w:space="0" w:color="000000"/>
              <w:bottom w:val="single" w:sz="4" w:space="0" w:color="000000"/>
              <w:right w:val="single" w:sz="4" w:space="0" w:color="000000"/>
            </w:tcBorders>
          </w:tcPr>
          <w:p w14:paraId="023B0ACD" w14:textId="77777777" w:rsidR="009446D0" w:rsidRPr="00EB75F0" w:rsidRDefault="0084596B">
            <w:pPr>
              <w:spacing w:before="60" w:after="60" w:line="240" w:lineRule="auto"/>
              <w:rPr>
                <w:sz w:val="14"/>
              </w:rPr>
            </w:pPr>
            <w:r w:rsidRPr="00EB75F0">
              <w:rPr>
                <w:color w:val="000000"/>
                <w:sz w:val="14"/>
              </w:rPr>
              <w:t>II</w:t>
            </w:r>
          </w:p>
        </w:tc>
      </w:tr>
      <w:tr w:rsidR="009446D0" w:rsidRPr="00EB75F0" w14:paraId="68DD5D2A"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378AA0FB" w14:textId="7C01DBD4" w:rsidR="009446D0" w:rsidRPr="00EB75F0" w:rsidRDefault="0084596B">
            <w:pPr>
              <w:spacing w:before="60" w:after="60" w:line="240" w:lineRule="auto"/>
              <w:rPr>
                <w:sz w:val="14"/>
              </w:rPr>
            </w:pPr>
            <w:r w:rsidRPr="00EB75F0">
              <w:rPr>
                <w:color w:val="1E1E1E"/>
                <w:sz w:val="14"/>
              </w:rPr>
              <w:t>Marder 2007</w:t>
            </w:r>
            <w:r w:rsidR="0031308D" w:rsidRPr="00EB75F0">
              <w:fldChar w:fldCharType="begin"/>
            </w:r>
            <w:r w:rsidR="00452EF4">
              <w:instrText xml:space="preserve"> ADDIN EN.CITE &lt;EndNote&gt;&lt;Cite&gt;&lt;Author&gt;Marder&lt;/Author&gt;&lt;Year&gt;2007&lt;/Year&gt;&lt;RecNum&gt;73&lt;/RecNum&gt;&lt;DisplayText&gt;&lt;style face="superscript"&gt;76&lt;/style&gt;&lt;/DisplayText&gt;&lt;record&gt;&lt;rec-number&gt;73&lt;/rec-number&gt;&lt;foreign-keys&gt;&lt;key app="EN" db-id="9ttaxzax2p0tr7ewzt55atews50zvxaaa5rz" timestamp="1764068840"&gt;73&lt;/key&gt;&lt;/foreign-keys&gt;&lt;ref-type name="Journal Article"&gt;17&lt;/ref-type&gt;&lt;contributors&gt;&lt;authors&gt;&lt;author&gt;Marder, S. R.&lt;/author&gt;&lt;author&gt;Kramer, M.&lt;/author&gt;&lt;author&gt;Ford, L.&lt;/author&gt;&lt;author&gt;Eerdekens, E.&lt;/author&gt;&lt;author&gt;Lim, P.&lt;/author&gt;&lt;author&gt;Eerdekens, M.&lt;/author&gt;&lt;author&gt;Lowy, A.&lt;/author&gt;&lt;/authors&gt;&lt;/contributors&gt;&lt;titles&gt;&lt;title&gt;Efficacy and safety of paliperidone extended-release tablets: results of a 6-week, randomized, placebo-controlled study&lt;/title&gt;&lt;secondary-title&gt;Biol Psychiatry&lt;/secondary-title&gt;&lt;/titles&gt;&lt;periodical&gt;&lt;full-title&gt;Biol Psychiatry&lt;/full-title&gt;&lt;/periodical&gt;&lt;pages&gt;1363-70&lt;/pages&gt;&lt;volume&gt;62&lt;/volume&gt;&lt;number&gt;12&lt;/number&gt;&lt;dates&gt;&lt;year&gt;2007&lt;/year&gt;&lt;pub-dates&gt;&lt;date&gt;Dec 15 2007&lt;/date&gt;&lt;/pub-dates&gt;&lt;/dates&gt;&lt;pub-location&gt;Veteran&amp;apos;s Affairs Veteran&amp;apos;s Integrated Service Networks 22 Mental Illness Research, Education, and Clinical Center, Los Angeles, California 90073, USA. marder@ucla.edu&lt;/pub-location&gt;&lt;isbn&gt;1873-2402 (Electronic) 0006-3223 (Linking)&lt;/isbn&gt;&lt;urls&gt;&lt;related-urls&gt;&lt;url&gt;https://www.ncbi.nlm.nih.gov/pubmed/17601495&lt;/url&gt;&lt;/related-urls&gt;&lt;/urls&gt;&lt;electronic-resource-num&gt;10.1016/j.biopsych.2007.01.017&lt;/electronic-resource-num&gt;&lt;/record&gt;&lt;/Cite&gt;&lt;/EndNote&gt;</w:instrText>
            </w:r>
            <w:r w:rsidR="0031308D" w:rsidRPr="00EB75F0">
              <w:fldChar w:fldCharType="separate"/>
            </w:r>
            <w:r w:rsidR="00452EF4" w:rsidRPr="00452EF4">
              <w:rPr>
                <w:noProof/>
                <w:vertAlign w:val="superscript"/>
              </w:rPr>
              <w:t>76</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C4E86D6" w14:textId="77777777" w:rsidR="009446D0" w:rsidRPr="00EB75F0" w:rsidRDefault="0084596B">
            <w:pPr>
              <w:spacing w:before="60" w:after="60" w:line="240" w:lineRule="auto"/>
              <w:rPr>
                <w:sz w:val="14"/>
              </w:rPr>
            </w:pPr>
            <w:r w:rsidRPr="00EB75F0">
              <w:rPr>
                <w:color w:val="000000"/>
                <w:sz w:val="14"/>
              </w:rPr>
              <w:t>2007</w:t>
            </w:r>
          </w:p>
        </w:tc>
        <w:tc>
          <w:tcPr>
            <w:tcW w:w="0" w:type="auto"/>
            <w:tcBorders>
              <w:top w:val="single" w:sz="4" w:space="0" w:color="000000"/>
              <w:left w:val="single" w:sz="4" w:space="0" w:color="000000"/>
              <w:bottom w:val="single" w:sz="4" w:space="0" w:color="000000"/>
              <w:right w:val="single" w:sz="4" w:space="0" w:color="000000"/>
            </w:tcBorders>
          </w:tcPr>
          <w:p w14:paraId="4B97AEC9"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5193634"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34132EC"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74B4CE4"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1ED1B9C6"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6ED09D8B"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5438DBAD"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4505131"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38479A5F" w14:textId="77777777" w:rsidR="009446D0" w:rsidRPr="00EB75F0" w:rsidRDefault="0084596B">
            <w:pPr>
              <w:spacing w:before="60" w:after="60" w:line="240" w:lineRule="auto"/>
              <w:rPr>
                <w:sz w:val="14"/>
              </w:rPr>
            </w:pPr>
            <w:r w:rsidRPr="00EB75F0">
              <w:rPr>
                <w:color w:val="000000"/>
                <w:sz w:val="14"/>
              </w:rPr>
              <w:t>444</w:t>
            </w:r>
          </w:p>
        </w:tc>
        <w:tc>
          <w:tcPr>
            <w:tcW w:w="0" w:type="auto"/>
            <w:tcBorders>
              <w:top w:val="single" w:sz="4" w:space="0" w:color="000000"/>
              <w:left w:val="single" w:sz="4" w:space="0" w:color="000000"/>
              <w:bottom w:val="single" w:sz="4" w:space="0" w:color="000000"/>
              <w:right w:val="single" w:sz="4" w:space="0" w:color="000000"/>
            </w:tcBorders>
          </w:tcPr>
          <w:p w14:paraId="2DF9F29F" w14:textId="77777777" w:rsidR="009446D0" w:rsidRPr="00EB75F0" w:rsidRDefault="0084596B">
            <w:pPr>
              <w:spacing w:before="60" w:after="60" w:line="240" w:lineRule="auto"/>
              <w:rPr>
                <w:sz w:val="14"/>
              </w:rPr>
            </w:pPr>
            <w:r w:rsidRPr="00EB75F0">
              <w:rPr>
                <w:color w:val="000000"/>
                <w:sz w:val="14"/>
              </w:rPr>
              <w:t>432</w:t>
            </w:r>
          </w:p>
        </w:tc>
        <w:tc>
          <w:tcPr>
            <w:tcW w:w="0" w:type="auto"/>
            <w:tcBorders>
              <w:top w:val="single" w:sz="4" w:space="0" w:color="000000"/>
              <w:left w:val="single" w:sz="4" w:space="0" w:color="000000"/>
              <w:bottom w:val="single" w:sz="4" w:space="0" w:color="000000"/>
              <w:right w:val="single" w:sz="4" w:space="0" w:color="000000"/>
            </w:tcBorders>
          </w:tcPr>
          <w:p w14:paraId="68DD9BDF"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18B19940"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7050DA8E"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0D4BC229"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F4BFD89" w14:textId="4291A3E9" w:rsidR="009446D0" w:rsidRPr="00EB75F0" w:rsidRDefault="0084596B">
            <w:pPr>
              <w:spacing w:before="60" w:after="60" w:line="240" w:lineRule="auto"/>
              <w:rPr>
                <w:sz w:val="14"/>
              </w:rPr>
            </w:pPr>
            <w:r w:rsidRPr="00EB75F0">
              <w:rPr>
                <w:color w:val="1E1E1E"/>
                <w:sz w:val="14"/>
              </w:rPr>
              <w:t>Hatta 2013</w:t>
            </w:r>
            <w:r w:rsidR="0031308D" w:rsidRPr="00EB75F0">
              <w:fldChar w:fldCharType="begin"/>
            </w:r>
            <w:r w:rsidR="00452EF4">
              <w:instrText xml:space="preserve"> ADDIN EN.CITE &lt;EndNote&gt;&lt;Cite&gt;&lt;Author&gt;Hatta&lt;/Author&gt;&lt;Year&gt;2013&lt;/Year&gt;&lt;RecNum&gt;74&lt;/RecNum&gt;&lt;DisplayText&gt;&lt;style face="superscript"&gt;77&lt;/style&gt;&lt;/DisplayText&gt;&lt;record&gt;&lt;rec-number&gt;74&lt;/rec-number&gt;&lt;foreign-keys&gt;&lt;key app="EN" db-id="9ttaxzax2p0tr7ewzt55atews50zvxaaa5rz" timestamp="1764068841"&gt;74&lt;/key&gt;&lt;/foreign-keys&gt;&lt;ref-type name="Journal Article"&gt;17&lt;/ref-type&gt;&lt;contributors&gt;&lt;authors&gt;&lt;author&gt;Hatta, K.&lt;/author&gt;&lt;author&gt;Takebayashi, H.&lt;/author&gt;&lt;author&gt;Sudo, Y.&lt;/author&gt;&lt;author&gt;Katayama, S.&lt;/author&gt;&lt;author&gt;Kasuya, M.&lt;/author&gt;&lt;author&gt;Shirai, Y.&lt;/author&gt;&lt;author&gt;Morikawa, F.&lt;/author&gt;&lt;author&gt;Nakase, R.&lt;/author&gt;&lt;author&gt;Nakamura, M.&lt;/author&gt;&lt;author&gt;Ito, S.&lt;/author&gt;&lt;author&gt;Kuga, H.&lt;/author&gt;&lt;author&gt;Nakamura, M.&lt;/author&gt;&lt;author&gt;Ohnuma, T.&lt;/author&gt;&lt;author&gt;Usui, C.&lt;/author&gt;&lt;author&gt;Nakamura, H.&lt;/author&gt;&lt;author&gt;Hirata, T.&lt;/author&gt;&lt;author&gt;Sawa, Y.&lt;/author&gt;&lt;author&gt;Jast study group&lt;/author&gt;&lt;/authors&gt;&lt;/contributors&gt;&lt;titles&gt;&lt;title&gt;The possibility that requiring high-dose olanzapine cannot be explained by pharmacokinetics in the treatment of acute-phase schizophrenia&lt;/title&gt;&lt;secondary-title&gt;Psychiatry Res&lt;/secondary-title&gt;&lt;/titles&gt;&lt;periodical&gt;&lt;full-title&gt;Psychiatry Res&lt;/full-title&gt;&lt;/periodical&gt;&lt;pages&gt;396-401&lt;/pages&gt;&lt;volume&gt;210&lt;/volume&gt;&lt;number&gt;2&lt;/number&gt;&lt;dates&gt;&lt;year&gt;2013&lt;/year&gt;&lt;pub-dates&gt;&lt;date&gt;Dec 15 2013&lt;/date&gt;&lt;/pub-dates&gt;&lt;/dates&gt;&lt;pub-location&gt;Department of Psychiatry, Juntendo University Nerima Hospital, Tokyo, Japan. Electronic address: khatta@juntendo.ac.jp.&lt;/pub-location&gt;&lt;isbn&gt;1872-7123 (Electronic) 0165-1781 (Linking)&lt;/isbn&gt;&lt;urls&gt;&lt;related-urls&gt;&lt;url&gt;https://www.ncbi.nlm.nih.gov/pubmed/23919898&lt;/url&gt;&lt;/related-urls&gt;&lt;/urls&gt;&lt;electronic-resource-num&gt;10.1016/j.psychres.2013.07.005&lt;/electronic-resource-num&gt;&lt;/record&gt;&lt;/Cite&gt;&lt;/EndNote&gt;</w:instrText>
            </w:r>
            <w:r w:rsidR="0031308D" w:rsidRPr="00EB75F0">
              <w:fldChar w:fldCharType="separate"/>
            </w:r>
            <w:r w:rsidR="00452EF4" w:rsidRPr="00452EF4">
              <w:rPr>
                <w:noProof/>
                <w:vertAlign w:val="superscript"/>
              </w:rPr>
              <w:t>77</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14A2C1C" w14:textId="77777777" w:rsidR="009446D0" w:rsidRPr="00EB75F0" w:rsidRDefault="0084596B">
            <w:pPr>
              <w:spacing w:before="60" w:after="60" w:line="240" w:lineRule="auto"/>
              <w:rPr>
                <w:sz w:val="14"/>
              </w:rPr>
            </w:pPr>
            <w:r w:rsidRPr="00EB75F0">
              <w:rPr>
                <w:color w:val="000000"/>
                <w:sz w:val="14"/>
              </w:rPr>
              <w:t>2013</w:t>
            </w:r>
          </w:p>
        </w:tc>
        <w:tc>
          <w:tcPr>
            <w:tcW w:w="0" w:type="auto"/>
            <w:tcBorders>
              <w:top w:val="single" w:sz="4" w:space="0" w:color="000000"/>
              <w:left w:val="single" w:sz="4" w:space="0" w:color="000000"/>
              <w:bottom w:val="single" w:sz="4" w:space="0" w:color="000000"/>
              <w:right w:val="single" w:sz="4" w:space="0" w:color="000000"/>
            </w:tcBorders>
          </w:tcPr>
          <w:p w14:paraId="458B28FB"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06AFF3F0" w14:textId="77777777" w:rsidR="009446D0" w:rsidRPr="00EB75F0" w:rsidRDefault="0084596B">
            <w:pPr>
              <w:spacing w:before="60" w:after="60" w:line="240" w:lineRule="auto"/>
              <w:rPr>
                <w:sz w:val="14"/>
              </w:rPr>
            </w:pPr>
            <w:r w:rsidRPr="00EB75F0">
              <w:rPr>
                <w:color w:val="000000"/>
                <w:sz w:val="14"/>
              </w:rPr>
              <w:t>Single blind</w:t>
            </w:r>
          </w:p>
        </w:tc>
        <w:tc>
          <w:tcPr>
            <w:tcW w:w="0" w:type="auto"/>
            <w:tcBorders>
              <w:top w:val="single" w:sz="4" w:space="0" w:color="000000"/>
              <w:left w:val="single" w:sz="4" w:space="0" w:color="000000"/>
              <w:bottom w:val="single" w:sz="4" w:space="0" w:color="000000"/>
              <w:right w:val="single" w:sz="4" w:space="0" w:color="000000"/>
            </w:tcBorders>
          </w:tcPr>
          <w:p w14:paraId="272DEDFE"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280FFEC5"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08AD88B6"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046269FD"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4E88C768"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056B8F8"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4A02FA47" w14:textId="77777777" w:rsidR="009446D0" w:rsidRPr="00EB75F0" w:rsidRDefault="0084596B">
            <w:pPr>
              <w:spacing w:before="60" w:after="60" w:line="240" w:lineRule="auto"/>
              <w:rPr>
                <w:sz w:val="14"/>
              </w:rPr>
            </w:pPr>
            <w:r w:rsidRPr="00EB75F0">
              <w:rPr>
                <w:color w:val="000000"/>
                <w:sz w:val="14"/>
              </w:rPr>
              <w:t>1,746</w:t>
            </w:r>
          </w:p>
        </w:tc>
        <w:tc>
          <w:tcPr>
            <w:tcW w:w="0" w:type="auto"/>
            <w:tcBorders>
              <w:top w:val="single" w:sz="4" w:space="0" w:color="000000"/>
              <w:left w:val="single" w:sz="4" w:space="0" w:color="000000"/>
              <w:bottom w:val="single" w:sz="4" w:space="0" w:color="000000"/>
              <w:right w:val="single" w:sz="4" w:space="0" w:color="000000"/>
            </w:tcBorders>
          </w:tcPr>
          <w:p w14:paraId="6F485D1E" w14:textId="77777777" w:rsidR="009446D0" w:rsidRPr="00EB75F0" w:rsidRDefault="0084596B">
            <w:pPr>
              <w:spacing w:before="60" w:after="60" w:line="240" w:lineRule="auto"/>
              <w:rPr>
                <w:sz w:val="14"/>
              </w:rPr>
            </w:pPr>
            <w:r w:rsidRPr="00EB75F0">
              <w:rPr>
                <w:color w:val="000000"/>
                <w:sz w:val="14"/>
              </w:rPr>
              <w:t>42</w:t>
            </w:r>
          </w:p>
        </w:tc>
        <w:tc>
          <w:tcPr>
            <w:tcW w:w="0" w:type="auto"/>
            <w:tcBorders>
              <w:top w:val="single" w:sz="4" w:space="0" w:color="000000"/>
              <w:left w:val="single" w:sz="4" w:space="0" w:color="000000"/>
              <w:bottom w:val="single" w:sz="4" w:space="0" w:color="000000"/>
              <w:right w:val="single" w:sz="4" w:space="0" w:color="000000"/>
            </w:tcBorders>
          </w:tcPr>
          <w:p w14:paraId="4629343F"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35C6218A" w14:textId="77777777" w:rsidR="009446D0" w:rsidRPr="00EB75F0" w:rsidRDefault="0084596B">
            <w:pPr>
              <w:spacing w:before="60" w:after="60" w:line="240" w:lineRule="auto"/>
              <w:rPr>
                <w:sz w:val="14"/>
              </w:rPr>
            </w:pPr>
            <w:r w:rsidRPr="00EB75F0">
              <w:rPr>
                <w:color w:val="000000"/>
                <w:sz w:val="14"/>
              </w:rPr>
              <w:t>18-64</w:t>
            </w:r>
          </w:p>
        </w:tc>
        <w:tc>
          <w:tcPr>
            <w:tcW w:w="0" w:type="auto"/>
            <w:tcBorders>
              <w:top w:val="single" w:sz="4" w:space="0" w:color="000000"/>
              <w:left w:val="single" w:sz="4" w:space="0" w:color="000000"/>
              <w:bottom w:val="single" w:sz="4" w:space="0" w:color="000000"/>
              <w:right w:val="single" w:sz="4" w:space="0" w:color="000000"/>
            </w:tcBorders>
          </w:tcPr>
          <w:p w14:paraId="0D017E02"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28216D2A"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E64518C" w14:textId="1EDC9FC2" w:rsidR="009446D0" w:rsidRPr="00EB75F0" w:rsidRDefault="0084596B">
            <w:pPr>
              <w:spacing w:before="60" w:after="60" w:line="240" w:lineRule="auto"/>
              <w:rPr>
                <w:sz w:val="14"/>
              </w:rPr>
            </w:pPr>
            <w:r w:rsidRPr="00EB75F0">
              <w:rPr>
                <w:color w:val="1E1E1E"/>
                <w:sz w:val="14"/>
              </w:rPr>
              <w:t>NCT00396565</w:t>
            </w:r>
            <w:r w:rsidR="0031308D" w:rsidRPr="00EB75F0">
              <w:fldChar w:fldCharType="begin"/>
            </w:r>
            <w:r w:rsidR="00452EF4">
              <w:instrText xml:space="preserve"> ADDIN EN.CITE &lt;EndNote&gt;&lt;Cite&gt;&lt;Author&gt;NCT00396565&lt;/Author&gt;&lt;Year&gt;2014&lt;/Year&gt;&lt;RecNum&gt;12&lt;/RecNum&gt;&lt;DisplayText&gt;&lt;style face="superscript"&gt;15&lt;/style&gt;&lt;/DisplayText&gt;&lt;record&gt;&lt;rec-number&gt;12&lt;/rec-number&gt;&lt;foreign-keys&gt;&lt;key app="EN" db-id="9ttaxzax2p0tr7ewzt55atews50zvxaaa5rz" timestamp="1764068826"&gt;12&lt;/key&gt;&lt;/foreign-keys&gt;&lt;ref-type name="Journal Article"&gt;17&lt;/ref-type&gt;&lt;contributors&gt;&lt;authors&gt;&lt;author&gt;NCT00396565&lt;/author&gt;&lt;/authors&gt;&lt;/contributors&gt;&lt;titles&gt;&lt;title&gt;A Study to Evaluate Effectiveness and Safety of ER OROS Paliperidone in Patients With Schizophrenia&lt;/title&gt;&lt;secondary-title&gt;-&lt;/secondary-title&gt;&lt;/titles&gt;&lt;periodical&gt;&lt;full-title&gt;-&lt;/full-title&gt;&lt;/periodical&gt;&lt;pages&gt;-&lt;/pages&gt;&lt;volume&gt;-&lt;/volume&gt;&lt;dates&gt;&lt;year&gt;2014&lt;/year&gt;&lt;/dates&gt;&lt;urls&gt;&lt;/urls&gt;&lt;/record&gt;&lt;/Cite&gt;&lt;/EndNote&gt;</w:instrText>
            </w:r>
            <w:r w:rsidR="0031308D" w:rsidRPr="00EB75F0">
              <w:fldChar w:fldCharType="separate"/>
            </w:r>
            <w:r w:rsidR="00452EF4" w:rsidRPr="00452EF4">
              <w:rPr>
                <w:noProof/>
                <w:vertAlign w:val="superscript"/>
              </w:rPr>
              <w:t>15</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999399B" w14:textId="77777777" w:rsidR="009446D0" w:rsidRPr="00EB75F0" w:rsidRDefault="0084596B">
            <w:pPr>
              <w:spacing w:before="60" w:after="60" w:line="240" w:lineRule="auto"/>
              <w:rPr>
                <w:sz w:val="14"/>
              </w:rPr>
            </w:pPr>
            <w:r w:rsidRPr="00EB75F0">
              <w:rPr>
                <w:color w:val="000000"/>
                <w:sz w:val="14"/>
              </w:rPr>
              <w:t>2014</w:t>
            </w:r>
          </w:p>
        </w:tc>
        <w:tc>
          <w:tcPr>
            <w:tcW w:w="0" w:type="auto"/>
            <w:tcBorders>
              <w:top w:val="single" w:sz="4" w:space="0" w:color="000000"/>
              <w:left w:val="single" w:sz="4" w:space="0" w:color="000000"/>
              <w:bottom w:val="single" w:sz="4" w:space="0" w:color="000000"/>
              <w:right w:val="single" w:sz="4" w:space="0" w:color="000000"/>
            </w:tcBorders>
          </w:tcPr>
          <w:p w14:paraId="6643CFAA"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2829D39"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7D68632"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BE71AFB"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6C0301E5"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4A6CB1FD"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46F5243B"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457BC5CC"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385FFF32" w14:textId="77777777" w:rsidR="009446D0" w:rsidRPr="00EB75F0" w:rsidRDefault="0084596B">
            <w:pPr>
              <w:spacing w:before="60" w:after="60" w:line="240" w:lineRule="auto"/>
              <w:rPr>
                <w:sz w:val="14"/>
              </w:rPr>
            </w:pPr>
            <w:r w:rsidRPr="00EB75F0">
              <w:rPr>
                <w:color w:val="000000"/>
                <w:sz w:val="14"/>
              </w:rPr>
              <w:t>394</w:t>
            </w:r>
          </w:p>
        </w:tc>
        <w:tc>
          <w:tcPr>
            <w:tcW w:w="0" w:type="auto"/>
            <w:tcBorders>
              <w:top w:val="single" w:sz="4" w:space="0" w:color="000000"/>
              <w:left w:val="single" w:sz="4" w:space="0" w:color="000000"/>
              <w:bottom w:val="single" w:sz="4" w:space="0" w:color="000000"/>
              <w:right w:val="single" w:sz="4" w:space="0" w:color="000000"/>
            </w:tcBorders>
          </w:tcPr>
          <w:p w14:paraId="55CE0412" w14:textId="77777777" w:rsidR="009446D0" w:rsidRPr="00EB75F0" w:rsidRDefault="0084596B">
            <w:pPr>
              <w:spacing w:before="60" w:after="60" w:line="240" w:lineRule="auto"/>
              <w:rPr>
                <w:sz w:val="14"/>
              </w:rPr>
            </w:pPr>
            <w:r w:rsidRPr="00EB75F0">
              <w:rPr>
                <w:color w:val="000000"/>
                <w:sz w:val="14"/>
              </w:rPr>
              <w:t>321</w:t>
            </w:r>
          </w:p>
        </w:tc>
        <w:tc>
          <w:tcPr>
            <w:tcW w:w="0" w:type="auto"/>
            <w:tcBorders>
              <w:top w:val="single" w:sz="4" w:space="0" w:color="000000"/>
              <w:left w:val="single" w:sz="4" w:space="0" w:color="000000"/>
              <w:bottom w:val="single" w:sz="4" w:space="0" w:color="000000"/>
              <w:right w:val="single" w:sz="4" w:space="0" w:color="000000"/>
            </w:tcBorders>
          </w:tcPr>
          <w:p w14:paraId="5B7EF763"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30E56A6E" w14:textId="77777777" w:rsidR="009446D0" w:rsidRPr="00EB75F0" w:rsidRDefault="0084596B">
            <w:pPr>
              <w:spacing w:before="60" w:after="60" w:line="240" w:lineRule="auto"/>
              <w:rPr>
                <w:sz w:val="14"/>
              </w:rPr>
            </w:pPr>
            <w:r w:rsidRPr="00EB75F0">
              <w:rPr>
                <w:color w:val="000000"/>
                <w:sz w:val="14"/>
              </w:rPr>
              <w:t>20+</w:t>
            </w:r>
          </w:p>
        </w:tc>
        <w:tc>
          <w:tcPr>
            <w:tcW w:w="0" w:type="auto"/>
            <w:tcBorders>
              <w:top w:val="single" w:sz="4" w:space="0" w:color="000000"/>
              <w:left w:val="single" w:sz="4" w:space="0" w:color="000000"/>
              <w:bottom w:val="single" w:sz="4" w:space="0" w:color="000000"/>
              <w:right w:val="single" w:sz="4" w:space="0" w:color="000000"/>
            </w:tcBorders>
          </w:tcPr>
          <w:p w14:paraId="6C30D327"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2333F063"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565B09D" w14:textId="63770870" w:rsidR="009446D0" w:rsidRPr="00EB75F0" w:rsidRDefault="0084596B">
            <w:pPr>
              <w:spacing w:before="60" w:after="60" w:line="240" w:lineRule="auto"/>
              <w:rPr>
                <w:sz w:val="14"/>
              </w:rPr>
            </w:pPr>
            <w:r w:rsidRPr="00EB75F0">
              <w:rPr>
                <w:color w:val="1E1E1E"/>
                <w:sz w:val="14"/>
              </w:rPr>
              <w:t>Egan 2013</w:t>
            </w:r>
            <w:r w:rsidR="0031308D" w:rsidRPr="00EB75F0">
              <w:fldChar w:fldCharType="begin"/>
            </w:r>
            <w:r w:rsidR="00452EF4">
              <w:instrText xml:space="preserve"> ADDIN EN.CITE &lt;EndNote&gt;&lt;Cite&gt;&lt;Author&gt;Egan&lt;/Author&gt;&lt;Year&gt;2013&lt;/Year&gt;&lt;RecNum&gt;75&lt;/RecNum&gt;&lt;DisplayText&gt;&lt;style face="superscript"&gt;78&lt;/style&gt;&lt;/DisplayText&gt;&lt;record&gt;&lt;rec-number&gt;75&lt;/rec-number&gt;&lt;foreign-keys&gt;&lt;key app="EN" db-id="9ttaxzax2p0tr7ewzt55atews50zvxaaa5rz" timestamp="1764068841"&gt;75&lt;/key&gt;&lt;/foreign-keys&gt;&lt;ref-type name="Journal Article"&gt;17&lt;/ref-type&gt;&lt;contributors&gt;&lt;authors&gt;&lt;author&gt;Egan, M. F.&lt;/author&gt;&lt;author&gt;Zhao, X.&lt;/author&gt;&lt;author&gt;Smith, A.&lt;/author&gt;&lt;author&gt;Troyer, M. D.&lt;/author&gt;&lt;author&gt;Uebele, V. N.&lt;/author&gt;&lt;author&gt;Pidkorytov, V.&lt;/author&gt;&lt;author&gt;Cox, K.&lt;/author&gt;&lt;author&gt;Murphy, M.&lt;/author&gt;&lt;author&gt;Snavely, D.&lt;/author&gt;&lt;author&gt;Lines, C.&lt;/author&gt;&lt;author&gt;Michelson, D.&lt;/author&gt;&lt;/authors&gt;&lt;/contributors&gt;&lt;titles&gt;&lt;title&gt;Randomized controlled study of the T-type calcium channel antagonist MK-8998 for the treatment of acute psychosis in patients with schizophrenia&lt;/title&gt;&lt;secondary-title&gt;Hum Psychopharmacol&lt;/secondary-title&gt;&lt;/titles&gt;&lt;periodical&gt;&lt;full-title&gt;Hum Psychopharmacol&lt;/full-title&gt;&lt;/periodical&gt;&lt;pages&gt;124-33&lt;/pages&gt;&lt;volume&gt;28&lt;/volume&gt;&lt;number&gt;2&lt;/number&gt;&lt;dates&gt;&lt;year&gt;2013&lt;/year&gt;&lt;pub-dates&gt;&lt;date&gt;Mar&lt;/date&gt;&lt;/pub-dates&gt;&lt;/dates&gt;&lt;pub-location&gt;Merck Sharp &amp;amp; Dohme Corp., Whitehouse, Station, NJ, USA. michael.egan@merck.com&lt;/pub-location&gt;&lt;isbn&gt;1099-1077 (Electronic) 0885-6222 (Linking)&lt;/isbn&gt;&lt;urls&gt;&lt;related-urls&gt;&lt;url&gt;https://www.ncbi.nlm.nih.gov/pubmed/23532746&lt;/url&gt;&lt;/related-urls&gt;&lt;/urls&gt;&lt;electronic-resource-num&gt;10.1002/hup.2289&lt;/electronic-resource-num&gt;&lt;/record&gt;&lt;/Cite&gt;&lt;/EndNote&gt;</w:instrText>
            </w:r>
            <w:r w:rsidR="0031308D" w:rsidRPr="00EB75F0">
              <w:fldChar w:fldCharType="separate"/>
            </w:r>
            <w:r w:rsidR="00452EF4" w:rsidRPr="00452EF4">
              <w:rPr>
                <w:noProof/>
                <w:vertAlign w:val="superscript"/>
              </w:rPr>
              <w:t>78</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49352E08" w14:textId="77777777" w:rsidR="009446D0" w:rsidRPr="00EB75F0" w:rsidRDefault="0084596B">
            <w:pPr>
              <w:spacing w:before="60" w:after="60" w:line="240" w:lineRule="auto"/>
              <w:rPr>
                <w:sz w:val="14"/>
              </w:rPr>
            </w:pPr>
            <w:r w:rsidRPr="00EB75F0">
              <w:rPr>
                <w:color w:val="000000"/>
                <w:sz w:val="14"/>
              </w:rPr>
              <w:t>2013</w:t>
            </w:r>
          </w:p>
        </w:tc>
        <w:tc>
          <w:tcPr>
            <w:tcW w:w="0" w:type="auto"/>
            <w:tcBorders>
              <w:top w:val="single" w:sz="4" w:space="0" w:color="000000"/>
              <w:left w:val="single" w:sz="4" w:space="0" w:color="000000"/>
              <w:bottom w:val="single" w:sz="4" w:space="0" w:color="000000"/>
              <w:right w:val="single" w:sz="4" w:space="0" w:color="000000"/>
            </w:tcBorders>
          </w:tcPr>
          <w:p w14:paraId="1833CF30"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6A01598"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66921B1"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5A3E42FD"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219CCCE3"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176CE64D"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47CBD68A"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1F2394E"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748D68FB" w14:textId="77777777" w:rsidR="009446D0" w:rsidRPr="00EB75F0" w:rsidRDefault="0084596B">
            <w:pPr>
              <w:spacing w:before="60" w:after="60" w:line="240" w:lineRule="auto"/>
              <w:rPr>
                <w:sz w:val="14"/>
              </w:rPr>
            </w:pPr>
            <w:r w:rsidRPr="00EB75F0">
              <w:rPr>
                <w:color w:val="000000"/>
                <w:sz w:val="14"/>
              </w:rPr>
              <w:t>268</w:t>
            </w:r>
          </w:p>
        </w:tc>
        <w:tc>
          <w:tcPr>
            <w:tcW w:w="0" w:type="auto"/>
            <w:tcBorders>
              <w:top w:val="single" w:sz="4" w:space="0" w:color="000000"/>
              <w:left w:val="single" w:sz="4" w:space="0" w:color="000000"/>
              <w:bottom w:val="single" w:sz="4" w:space="0" w:color="000000"/>
              <w:right w:val="single" w:sz="4" w:space="0" w:color="000000"/>
            </w:tcBorders>
          </w:tcPr>
          <w:p w14:paraId="70016AEE" w14:textId="77777777" w:rsidR="009446D0" w:rsidRPr="00EB75F0" w:rsidRDefault="0084596B">
            <w:pPr>
              <w:spacing w:before="60" w:after="60" w:line="240" w:lineRule="auto"/>
              <w:rPr>
                <w:sz w:val="14"/>
              </w:rPr>
            </w:pPr>
            <w:r w:rsidRPr="00EB75F0">
              <w:rPr>
                <w:color w:val="000000"/>
                <w:sz w:val="14"/>
              </w:rPr>
              <w:t>216</w:t>
            </w:r>
          </w:p>
        </w:tc>
        <w:tc>
          <w:tcPr>
            <w:tcW w:w="0" w:type="auto"/>
            <w:tcBorders>
              <w:top w:val="single" w:sz="4" w:space="0" w:color="000000"/>
              <w:left w:val="single" w:sz="4" w:space="0" w:color="000000"/>
              <w:bottom w:val="single" w:sz="4" w:space="0" w:color="000000"/>
              <w:right w:val="single" w:sz="4" w:space="0" w:color="000000"/>
            </w:tcBorders>
          </w:tcPr>
          <w:p w14:paraId="01700F25"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4301BA76" w14:textId="77777777" w:rsidR="009446D0" w:rsidRPr="00EB75F0" w:rsidRDefault="0084596B">
            <w:pPr>
              <w:spacing w:before="60" w:after="60" w:line="240" w:lineRule="auto"/>
              <w:rPr>
                <w:sz w:val="14"/>
              </w:rPr>
            </w:pPr>
            <w:r w:rsidRPr="00EB75F0">
              <w:rPr>
                <w:color w:val="000000"/>
                <w:sz w:val="14"/>
              </w:rPr>
              <w:t>18-55</w:t>
            </w:r>
          </w:p>
        </w:tc>
        <w:tc>
          <w:tcPr>
            <w:tcW w:w="0" w:type="auto"/>
            <w:tcBorders>
              <w:top w:val="single" w:sz="4" w:space="0" w:color="000000"/>
              <w:left w:val="single" w:sz="4" w:space="0" w:color="000000"/>
              <w:bottom w:val="single" w:sz="4" w:space="0" w:color="000000"/>
              <w:right w:val="single" w:sz="4" w:space="0" w:color="000000"/>
            </w:tcBorders>
          </w:tcPr>
          <w:p w14:paraId="345B074D" w14:textId="77777777" w:rsidR="009446D0" w:rsidRPr="00EB75F0" w:rsidRDefault="0084596B">
            <w:pPr>
              <w:spacing w:before="60" w:after="60" w:line="240" w:lineRule="auto"/>
              <w:rPr>
                <w:sz w:val="14"/>
              </w:rPr>
            </w:pPr>
            <w:r w:rsidRPr="00EB75F0">
              <w:rPr>
                <w:color w:val="000000"/>
                <w:sz w:val="14"/>
              </w:rPr>
              <w:t>II</w:t>
            </w:r>
          </w:p>
        </w:tc>
      </w:tr>
      <w:tr w:rsidR="009446D0" w:rsidRPr="00EB75F0" w14:paraId="292A3903"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A99D085" w14:textId="3FE4A85D" w:rsidR="009446D0" w:rsidRPr="00EB75F0" w:rsidRDefault="0084596B">
            <w:pPr>
              <w:spacing w:before="60" w:after="60" w:line="240" w:lineRule="auto"/>
              <w:rPr>
                <w:sz w:val="14"/>
              </w:rPr>
            </w:pPr>
            <w:proofErr w:type="spellStart"/>
            <w:r w:rsidRPr="00EB75F0">
              <w:rPr>
                <w:color w:val="1E1E1E"/>
                <w:sz w:val="14"/>
              </w:rPr>
              <w:t>Kinon</w:t>
            </w:r>
            <w:proofErr w:type="spellEnd"/>
            <w:r w:rsidRPr="00EB75F0">
              <w:rPr>
                <w:color w:val="1E1E1E"/>
                <w:sz w:val="14"/>
              </w:rPr>
              <w:t xml:space="preserve"> 2011</w:t>
            </w:r>
            <w:r w:rsidR="0031308D" w:rsidRPr="00EB75F0">
              <w:fldChar w:fldCharType="begin"/>
            </w:r>
            <w:r w:rsidR="00452EF4">
              <w:instrText xml:space="preserve"> ADDIN EN.CITE &lt;EndNote&gt;&lt;Cite&gt;&lt;Author&gt;Kinon&lt;/Author&gt;&lt;Year&gt;2011&lt;/Year&gt;&lt;RecNum&gt;76&lt;/RecNum&gt;&lt;DisplayText&gt;&lt;style face="superscript"&gt;79&lt;/style&gt;&lt;/DisplayText&gt;&lt;record&gt;&lt;rec-number&gt;76&lt;/rec-number&gt;&lt;foreign-keys&gt;&lt;key app="EN" db-id="9ttaxzax2p0tr7ewzt55atews50zvxaaa5rz" timestamp="1764068841"&gt;76&lt;/key&gt;&lt;/foreign-keys&gt;&lt;ref-type name="Journal Article"&gt;17&lt;/ref-type&gt;&lt;contributors&gt;&lt;authors&gt;&lt;author&gt;Kinon, B. J.&lt;/author&gt;&lt;author&gt;Zhang, L.&lt;/author&gt;&lt;author&gt;Millen, B. A.&lt;/author&gt;&lt;author&gt;Osuntokun, O. O.&lt;/author&gt;&lt;author&gt;Williams, J. E.&lt;/author&gt;&lt;author&gt;Kollack-Walker, S.&lt;/author&gt;&lt;author&gt;Jackson, K.&lt;/author&gt;&lt;author&gt;Kryzhanovskaya, L.&lt;/author&gt;&lt;author&gt;Jarkova, N.&lt;/author&gt;&lt;author&gt;Hbbi Study Group&lt;/author&gt;&lt;/authors&gt;&lt;/contributors&gt;&lt;titles&gt;&lt;title&gt;A multicenter, inpatient, phase 2, double-blind, placebo-controlled dose-ranging study of LY2140023 monohydrate in patients with DSM-IV schizophrenia&lt;/title&gt;&lt;secondary-title&gt;J Clin Psychopharmacol&lt;/secondary-title&gt;&lt;/titles&gt;&lt;periodical&gt;&lt;full-title&gt;J Clin Psychopharmacol&lt;/full-title&gt;&lt;/periodical&gt;&lt;pages&gt;349-55&lt;/pages&gt;&lt;volume&gt;31&lt;/volume&gt;&lt;number&gt;3&lt;/number&gt;&lt;dates&gt;&lt;year&gt;2011&lt;/year&gt;&lt;pub-dates&gt;&lt;date&gt;Jun&lt;/date&gt;&lt;/pub-dates&gt;&lt;/dates&gt;&lt;pub-location&gt;Eli Lilly and Company, Indianapolis, IN, USA.&lt;/pub-location&gt;&lt;isbn&gt;1533-712X (Electronic) 0271-0749 (Linking)&lt;/isbn&gt;&lt;urls&gt;&lt;related-urls&gt;&lt;url&gt;https://www.ncbi.nlm.nih.gov/pubmed/21508856&lt;/url&gt;&lt;/related-urls&gt;&lt;/urls&gt;&lt;electronic-resource-num&gt;10.1097/JCP.0b013e318218dcd5&lt;/electronic-resource-num&gt;&lt;/record&gt;&lt;/Cite&gt;&lt;/EndNote&gt;</w:instrText>
            </w:r>
            <w:r w:rsidR="0031308D" w:rsidRPr="00EB75F0">
              <w:fldChar w:fldCharType="separate"/>
            </w:r>
            <w:r w:rsidR="00452EF4" w:rsidRPr="00452EF4">
              <w:rPr>
                <w:noProof/>
                <w:vertAlign w:val="superscript"/>
              </w:rPr>
              <w:t>79</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19E14DE5" w14:textId="77777777" w:rsidR="009446D0" w:rsidRPr="00EB75F0" w:rsidRDefault="0084596B">
            <w:pPr>
              <w:spacing w:before="60" w:after="60" w:line="240" w:lineRule="auto"/>
              <w:rPr>
                <w:sz w:val="14"/>
              </w:rPr>
            </w:pPr>
            <w:r w:rsidRPr="00EB75F0">
              <w:rPr>
                <w:color w:val="000000"/>
                <w:sz w:val="14"/>
              </w:rPr>
              <w:t>2011</w:t>
            </w:r>
          </w:p>
        </w:tc>
        <w:tc>
          <w:tcPr>
            <w:tcW w:w="0" w:type="auto"/>
            <w:tcBorders>
              <w:top w:val="single" w:sz="4" w:space="0" w:color="000000"/>
              <w:left w:val="single" w:sz="4" w:space="0" w:color="000000"/>
              <w:bottom w:val="single" w:sz="4" w:space="0" w:color="000000"/>
              <w:right w:val="single" w:sz="4" w:space="0" w:color="000000"/>
            </w:tcBorders>
          </w:tcPr>
          <w:p w14:paraId="7375F9EB"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001A143"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2994489B"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8B21DCD"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242E23DB"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19224EFE"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543D3639"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4B55FB47" w14:textId="77777777" w:rsidR="009446D0" w:rsidRPr="00EB75F0" w:rsidRDefault="0084596B">
            <w:pPr>
              <w:spacing w:before="60" w:after="60" w:line="240" w:lineRule="auto"/>
              <w:rPr>
                <w:sz w:val="14"/>
              </w:rPr>
            </w:pPr>
            <w:r w:rsidRPr="00EB75F0">
              <w:rPr>
                <w:color w:val="000000"/>
                <w:sz w:val="14"/>
              </w:rPr>
              <w:t>Dose-ranging and active-controlled</w:t>
            </w:r>
          </w:p>
        </w:tc>
        <w:tc>
          <w:tcPr>
            <w:tcW w:w="0" w:type="auto"/>
            <w:tcBorders>
              <w:top w:val="single" w:sz="4" w:space="0" w:color="000000"/>
              <w:left w:val="single" w:sz="4" w:space="0" w:color="000000"/>
              <w:bottom w:val="single" w:sz="4" w:space="0" w:color="000000"/>
              <w:right w:val="single" w:sz="4" w:space="0" w:color="000000"/>
            </w:tcBorders>
          </w:tcPr>
          <w:p w14:paraId="3C95B314" w14:textId="77777777" w:rsidR="009446D0" w:rsidRPr="00EB75F0" w:rsidRDefault="0084596B">
            <w:pPr>
              <w:spacing w:before="60" w:after="60" w:line="240" w:lineRule="auto"/>
              <w:rPr>
                <w:sz w:val="14"/>
              </w:rPr>
            </w:pPr>
            <w:r w:rsidRPr="00EB75F0">
              <w:rPr>
                <w:color w:val="000000"/>
                <w:sz w:val="14"/>
              </w:rPr>
              <w:t>853</w:t>
            </w:r>
          </w:p>
        </w:tc>
        <w:tc>
          <w:tcPr>
            <w:tcW w:w="0" w:type="auto"/>
            <w:tcBorders>
              <w:top w:val="single" w:sz="4" w:space="0" w:color="000000"/>
              <w:left w:val="single" w:sz="4" w:space="0" w:color="000000"/>
              <w:bottom w:val="single" w:sz="4" w:space="0" w:color="000000"/>
              <w:right w:val="single" w:sz="4" w:space="0" w:color="000000"/>
            </w:tcBorders>
          </w:tcPr>
          <w:p w14:paraId="5603C966" w14:textId="77777777" w:rsidR="009446D0" w:rsidRPr="00EB75F0" w:rsidRDefault="0084596B">
            <w:pPr>
              <w:spacing w:before="60" w:after="60" w:line="240" w:lineRule="auto"/>
              <w:rPr>
                <w:sz w:val="14"/>
              </w:rPr>
            </w:pPr>
            <w:r w:rsidRPr="00EB75F0">
              <w:rPr>
                <w:color w:val="000000"/>
                <w:sz w:val="14"/>
              </w:rPr>
              <w:t>669</w:t>
            </w:r>
          </w:p>
        </w:tc>
        <w:tc>
          <w:tcPr>
            <w:tcW w:w="0" w:type="auto"/>
            <w:tcBorders>
              <w:top w:val="single" w:sz="4" w:space="0" w:color="000000"/>
              <w:left w:val="single" w:sz="4" w:space="0" w:color="000000"/>
              <w:bottom w:val="single" w:sz="4" w:space="0" w:color="000000"/>
              <w:right w:val="single" w:sz="4" w:space="0" w:color="000000"/>
            </w:tcBorders>
          </w:tcPr>
          <w:p w14:paraId="6A5244AA"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71211C33"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1E43C6B1" w14:textId="77777777" w:rsidR="009446D0" w:rsidRPr="00EB75F0" w:rsidRDefault="0084596B">
            <w:pPr>
              <w:spacing w:before="60" w:after="60" w:line="240" w:lineRule="auto"/>
              <w:rPr>
                <w:sz w:val="14"/>
              </w:rPr>
            </w:pPr>
            <w:r w:rsidRPr="00EB75F0">
              <w:rPr>
                <w:color w:val="000000"/>
                <w:sz w:val="14"/>
              </w:rPr>
              <w:t>II</w:t>
            </w:r>
          </w:p>
        </w:tc>
      </w:tr>
      <w:tr w:rsidR="009446D0" w:rsidRPr="00EB75F0" w14:paraId="7A39BA4A"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53D9F138" w14:textId="503F2ECD" w:rsidR="009446D0" w:rsidRPr="00EB75F0" w:rsidRDefault="0084596B">
            <w:pPr>
              <w:spacing w:before="60" w:after="60" w:line="240" w:lineRule="auto"/>
              <w:rPr>
                <w:sz w:val="14"/>
              </w:rPr>
            </w:pPr>
            <w:r w:rsidRPr="00EB75F0">
              <w:rPr>
                <w:color w:val="1E1E1E"/>
                <w:sz w:val="14"/>
              </w:rPr>
              <w:t>Litman 2014</w:t>
            </w:r>
            <w:r w:rsidR="0031308D" w:rsidRPr="00EB75F0">
              <w:fldChar w:fldCharType="begin"/>
            </w:r>
            <w:r w:rsidR="00452EF4">
              <w:instrText xml:space="preserve"> ADDIN EN.CITE &lt;EndNote&gt;&lt;Cite&gt;&lt;Author&gt;Litman&lt;/Author&gt;&lt;Year&gt;2014&lt;/Year&gt;&lt;RecNum&gt;13&lt;/RecNum&gt;&lt;DisplayText&gt;&lt;style face="superscript"&gt;16&lt;/style&gt;&lt;/DisplayText&gt;&lt;record&gt;&lt;rec-number&gt;13&lt;/rec-number&gt;&lt;foreign-keys&gt;&lt;key app="EN" db-id="9ttaxzax2p0tr7ewzt55atews50zvxaaa5rz" timestamp="1764068826"&gt;13&lt;/key&gt;&lt;/foreign-keys&gt;&lt;ref-type name="Journal Article"&gt;17&lt;/ref-type&gt;&lt;contributors&gt;&lt;authors&gt;&lt;author&gt;Litman, R. E.&lt;/author&gt;&lt;author&gt;Smith, M. A.&lt;/author&gt;&lt;author&gt;Desai, D. G.&lt;/author&gt;&lt;author&gt;Simpson, T.&lt;/author&gt;&lt;author&gt;Sweitzer, D.&lt;/author&gt;&lt;author&gt;Kanes, S. J.&lt;/author&gt;&lt;/authors&gt;&lt;/contributors&gt;&lt;titles&gt;&lt;title&gt;The selective neurokinin 3 antagonist AZD2624 does not improve symptoms or cognition in schizophrenia: a proof-of-principle study&lt;/title&gt;&lt;secondary-title&gt;J Clin Psychopharmacol&lt;/secondary-title&gt;&lt;/titles&gt;&lt;periodical&gt;&lt;full-title&gt;J Clin Psychopharmacol&lt;/full-title&gt;&lt;/periodical&gt;&lt;pages&gt;199-204&lt;/pages&gt;&lt;volume&gt;34&lt;/volume&gt;&lt;number&gt;2&lt;/number&gt;&lt;dates&gt;&lt;year&gt;2014&lt;/year&gt;&lt;pub-dates&gt;&lt;date&gt;Apr&lt;/date&gt;&lt;/pub-dates&gt;&lt;/dates&gt;&lt;pub-location&gt;From *CBH Health, LLC, Rockville, MD; daggerGeorgetown University, Washington, DC; and double daggerAstraZeneca, Wilmington, DE.&lt;/pub-location&gt;&lt;isbn&gt;1533-712X (Electronic) 0271-0749 (Linking)&lt;/isbn&gt;&lt;urls&gt;&lt;related-urls&gt;&lt;url&gt;https://www.ncbi.nlm.nih.gov/pubmed/24525659&lt;/url&gt;&lt;/related-urls&gt;&lt;/urls&gt;&lt;electronic-resource-num&gt;10.1097/JCP.0000000000000071&lt;/electronic-resource-num&gt;&lt;/record&gt;&lt;/Cite&gt;&lt;/EndNote&gt;</w:instrText>
            </w:r>
            <w:r w:rsidR="0031308D" w:rsidRPr="00EB75F0">
              <w:fldChar w:fldCharType="separate"/>
            </w:r>
            <w:r w:rsidR="00452EF4" w:rsidRPr="00452EF4">
              <w:rPr>
                <w:noProof/>
                <w:vertAlign w:val="superscript"/>
              </w:rPr>
              <w:t>16</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6B07D5F8" w14:textId="77777777" w:rsidR="009446D0" w:rsidRPr="00EB75F0" w:rsidRDefault="0084596B">
            <w:pPr>
              <w:spacing w:before="60" w:after="60" w:line="240" w:lineRule="auto"/>
              <w:rPr>
                <w:sz w:val="14"/>
              </w:rPr>
            </w:pPr>
            <w:r w:rsidRPr="00EB75F0">
              <w:rPr>
                <w:color w:val="000000"/>
                <w:sz w:val="14"/>
              </w:rPr>
              <w:t>2014</w:t>
            </w:r>
          </w:p>
        </w:tc>
        <w:tc>
          <w:tcPr>
            <w:tcW w:w="0" w:type="auto"/>
            <w:tcBorders>
              <w:top w:val="single" w:sz="4" w:space="0" w:color="000000"/>
              <w:left w:val="single" w:sz="4" w:space="0" w:color="000000"/>
              <w:bottom w:val="single" w:sz="4" w:space="0" w:color="000000"/>
              <w:right w:val="single" w:sz="4" w:space="0" w:color="000000"/>
            </w:tcBorders>
          </w:tcPr>
          <w:p w14:paraId="26A88920"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2AA1582F"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AC0C876"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20D711FD"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75D9D672"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4104D4D1"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71652413"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5025D80D"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56DE3AF8"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6892A8A" w14:textId="77777777" w:rsidR="009446D0" w:rsidRPr="00EB75F0" w:rsidRDefault="0084596B">
            <w:pPr>
              <w:spacing w:before="60" w:after="60" w:line="240" w:lineRule="auto"/>
              <w:rPr>
                <w:sz w:val="14"/>
              </w:rPr>
            </w:pPr>
            <w:r w:rsidRPr="00EB75F0">
              <w:rPr>
                <w:color w:val="000000"/>
                <w:sz w:val="14"/>
              </w:rPr>
              <w:t>106</w:t>
            </w:r>
          </w:p>
        </w:tc>
        <w:tc>
          <w:tcPr>
            <w:tcW w:w="0" w:type="auto"/>
            <w:tcBorders>
              <w:top w:val="single" w:sz="4" w:space="0" w:color="000000"/>
              <w:left w:val="single" w:sz="4" w:space="0" w:color="000000"/>
              <w:bottom w:val="single" w:sz="4" w:space="0" w:color="000000"/>
              <w:right w:val="single" w:sz="4" w:space="0" w:color="000000"/>
            </w:tcBorders>
          </w:tcPr>
          <w:p w14:paraId="7731BFEE"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4A9CF875"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02F48908"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21C01C36"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3ACA68B" w14:textId="703B166E" w:rsidR="009446D0" w:rsidRPr="00EB75F0" w:rsidRDefault="0084596B">
            <w:pPr>
              <w:spacing w:before="60" w:after="60" w:line="240" w:lineRule="auto"/>
              <w:rPr>
                <w:sz w:val="14"/>
              </w:rPr>
            </w:pPr>
            <w:r w:rsidRPr="00EB75F0">
              <w:rPr>
                <w:color w:val="1E1E1E"/>
                <w:sz w:val="14"/>
              </w:rPr>
              <w:t>Casey 2009</w:t>
            </w:r>
            <w:r w:rsidR="0031308D" w:rsidRPr="00EB75F0">
              <w:fldChar w:fldCharType="begin"/>
            </w:r>
            <w:r w:rsidR="00452EF4">
              <w:instrText xml:space="preserve"> ADDIN EN.CITE &lt;EndNote&gt;&lt;Cite&gt;&lt;Author&gt;Casey&lt;/Author&gt;&lt;Year&gt;2009&lt;/Year&gt;&lt;RecNum&gt;77&lt;/RecNum&gt;&lt;DisplayText&gt;&lt;style face="superscript"&gt;80&lt;/style&gt;&lt;/DisplayText&gt;&lt;record&gt;&lt;rec-number&gt;77&lt;/rec-number&gt;&lt;foreign-keys&gt;&lt;key app="EN" db-id="9ttaxzax2p0tr7ewzt55atews50zvxaaa5rz" timestamp="1764068841"&gt;77&lt;/key&gt;&lt;/foreign-keys&gt;&lt;ref-type name="Journal Article"&gt;17&lt;/ref-type&gt;&lt;contributors&gt;&lt;authors&gt;&lt;author&gt;Casey, Daniel E&lt;/author&gt;&lt;author&gt;Daniel, David G&lt;/author&gt;&lt;author&gt;Tamminga, Carol&lt;/author&gt;&lt;author&gt;Kane, John M&lt;/author&gt;&lt;author&gt;Tran-Johnson, Tram&lt;/author&gt;&lt;author&gt;Wozniak, Patricia&lt;/author&gt;&lt;author&gt;Abi-Saab, Walid&lt;/author&gt;&lt;author&gt;Baker, Jeff&lt;/author&gt;&lt;author&gt;Redden, Laura&lt;/author&gt;&lt;author&gt;Greco, Nicholas&lt;/author&gt;&lt;/authors&gt;&lt;/contributors&gt;&lt;titles&gt;&lt;title&gt;Divalproex ER combined with olanzapine or risperidone for treatment of acute exacerbations of schizophrenia&lt;/title&gt;&lt;secondary-title&gt;Neuropsychopharmacology&lt;/secondary-title&gt;&lt;/titles&gt;&lt;periodical&gt;&lt;full-title&gt;Neuropsychopharmacology&lt;/full-title&gt;&lt;/periodical&gt;&lt;pages&gt;1330-1338&lt;/pages&gt;&lt;volume&gt;34&lt;/volume&gt;&lt;number&gt;5&lt;/number&gt;&lt;dates&gt;&lt;year&gt;2009&lt;/year&gt;&lt;/dates&gt;&lt;isbn&gt;1740-634X&lt;/isbn&gt;&lt;urls&gt;&lt;/urls&gt;&lt;/record&gt;&lt;/Cite&gt;&lt;/EndNote&gt;</w:instrText>
            </w:r>
            <w:r w:rsidR="0031308D" w:rsidRPr="00EB75F0">
              <w:fldChar w:fldCharType="separate"/>
            </w:r>
            <w:r w:rsidR="00452EF4" w:rsidRPr="00452EF4">
              <w:rPr>
                <w:noProof/>
                <w:vertAlign w:val="superscript"/>
              </w:rPr>
              <w:t>80</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617DDE10" w14:textId="77777777" w:rsidR="009446D0" w:rsidRPr="00EB75F0" w:rsidRDefault="0084596B">
            <w:pPr>
              <w:spacing w:before="60" w:after="60" w:line="240" w:lineRule="auto"/>
              <w:rPr>
                <w:sz w:val="14"/>
              </w:rPr>
            </w:pPr>
            <w:r w:rsidRPr="00EB75F0">
              <w:rPr>
                <w:color w:val="000000"/>
                <w:sz w:val="14"/>
              </w:rPr>
              <w:t>2009</w:t>
            </w:r>
          </w:p>
        </w:tc>
        <w:tc>
          <w:tcPr>
            <w:tcW w:w="0" w:type="auto"/>
            <w:tcBorders>
              <w:top w:val="single" w:sz="4" w:space="0" w:color="000000"/>
              <w:left w:val="single" w:sz="4" w:space="0" w:color="000000"/>
              <w:bottom w:val="single" w:sz="4" w:space="0" w:color="000000"/>
              <w:right w:val="single" w:sz="4" w:space="0" w:color="000000"/>
            </w:tcBorders>
          </w:tcPr>
          <w:p w14:paraId="34BCF52A"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0160E92"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939C75C"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8A209D6"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3B60227F"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2182E1C"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24ADEF6B"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3FC6B077"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446CA1D8"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1689A26E" w14:textId="77777777" w:rsidR="009446D0" w:rsidRPr="00EB75F0" w:rsidRDefault="0084596B">
            <w:pPr>
              <w:spacing w:before="60" w:after="60" w:line="240" w:lineRule="auto"/>
              <w:rPr>
                <w:sz w:val="14"/>
              </w:rPr>
            </w:pPr>
            <w:r w:rsidRPr="00EB75F0">
              <w:rPr>
                <w:color w:val="000000"/>
                <w:sz w:val="14"/>
              </w:rPr>
              <w:t>402</w:t>
            </w:r>
          </w:p>
        </w:tc>
        <w:tc>
          <w:tcPr>
            <w:tcW w:w="0" w:type="auto"/>
            <w:tcBorders>
              <w:top w:val="single" w:sz="4" w:space="0" w:color="000000"/>
              <w:left w:val="single" w:sz="4" w:space="0" w:color="000000"/>
              <w:bottom w:val="single" w:sz="4" w:space="0" w:color="000000"/>
              <w:right w:val="single" w:sz="4" w:space="0" w:color="000000"/>
            </w:tcBorders>
          </w:tcPr>
          <w:p w14:paraId="392909F6" w14:textId="77777777" w:rsidR="009446D0" w:rsidRPr="00EB75F0" w:rsidRDefault="0084596B">
            <w:pPr>
              <w:spacing w:before="60" w:after="60" w:line="240" w:lineRule="auto"/>
              <w:rPr>
                <w:sz w:val="14"/>
              </w:rPr>
            </w:pPr>
            <w:r w:rsidRPr="00EB75F0">
              <w:rPr>
                <w:color w:val="000000"/>
                <w:sz w:val="14"/>
              </w:rPr>
              <w:t>12</w:t>
            </w:r>
          </w:p>
        </w:tc>
        <w:tc>
          <w:tcPr>
            <w:tcW w:w="0" w:type="auto"/>
            <w:tcBorders>
              <w:top w:val="single" w:sz="4" w:space="0" w:color="000000"/>
              <w:left w:val="single" w:sz="4" w:space="0" w:color="000000"/>
              <w:bottom w:val="single" w:sz="4" w:space="0" w:color="000000"/>
              <w:right w:val="single" w:sz="4" w:space="0" w:color="000000"/>
            </w:tcBorders>
          </w:tcPr>
          <w:p w14:paraId="766FFE73"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41818B0C"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33E11272"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6206F6B7" w14:textId="40201B8C" w:rsidR="009446D0" w:rsidRPr="00EB75F0" w:rsidRDefault="0084596B">
            <w:pPr>
              <w:spacing w:before="60" w:after="60" w:line="240" w:lineRule="auto"/>
              <w:rPr>
                <w:sz w:val="14"/>
              </w:rPr>
            </w:pPr>
            <w:r w:rsidRPr="00EB75F0">
              <w:rPr>
                <w:color w:val="1E1E1E"/>
                <w:sz w:val="14"/>
              </w:rPr>
              <w:t>Simpson 2004</w:t>
            </w:r>
            <w:r w:rsidR="0031308D" w:rsidRPr="00EB75F0">
              <w:fldChar w:fldCharType="begin"/>
            </w:r>
            <w:r w:rsidR="00452EF4">
              <w:instrText xml:space="preserve"> ADDIN EN.CITE &lt;EndNote&gt;&lt;Cite&gt;&lt;Author&gt;Simpson&lt;/Author&gt;&lt;Year&gt;2004&lt;/Year&gt;&lt;RecNum&gt;78&lt;/RecNum&gt;&lt;DisplayText&gt;&lt;style face="superscript"&gt;81&lt;/style&gt;&lt;/DisplayText&gt;&lt;record&gt;&lt;rec-number&gt;78&lt;/rec-number&gt;&lt;foreign-keys&gt;&lt;key app="EN" db-id="9ttaxzax2p0tr7ewzt55atews50zvxaaa5rz" timestamp="1764068842"&gt;78&lt;/key&gt;&lt;/foreign-keys&gt;&lt;ref-type name="Journal Article"&gt;17&lt;/ref-type&gt;&lt;contributors&gt;&lt;authors&gt;&lt;author&gt;Simpson, George M&lt;/author&gt;&lt;author&gt;Glick, Ira D&lt;/author&gt;&lt;author&gt;Weiden, Peter J&lt;/author&gt;&lt;author&gt;Romano, Steven J&lt;/author&gt;&lt;author&gt;Siu, Cynthia O&lt;/author&gt;&lt;/authors&gt;&lt;/contributors&gt;&lt;titles&gt;&lt;title&gt;Randomized, controlled, double-blind multicenter comparison of the efficacy and tolerability of ziprasidone and olanzapine in acutely ill inpatients with schizophrenia or schizoaffective disorder&lt;/title&gt;&lt;secondary-title&gt;American Journal of Psychiatry&lt;/secondary-title&gt;&lt;/titles&gt;&lt;periodical&gt;&lt;full-title&gt;American Journal of Psychiatry&lt;/full-title&gt;&lt;/periodical&gt;&lt;pages&gt;1837-1847&lt;/pages&gt;&lt;volume&gt;161&lt;/volume&gt;&lt;number&gt;10&lt;/number&gt;&lt;dates&gt;&lt;year&gt;2004&lt;/year&gt;&lt;/dates&gt;&lt;isbn&gt;0002-953X&lt;/isbn&gt;&lt;urls&gt;&lt;/urls&gt;&lt;/record&gt;&lt;/Cite&gt;&lt;/EndNote&gt;</w:instrText>
            </w:r>
            <w:r w:rsidR="0031308D" w:rsidRPr="00EB75F0">
              <w:fldChar w:fldCharType="separate"/>
            </w:r>
            <w:r w:rsidR="00452EF4" w:rsidRPr="00452EF4">
              <w:rPr>
                <w:noProof/>
                <w:vertAlign w:val="superscript"/>
              </w:rPr>
              <w:t>81</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4033C60A" w14:textId="77777777" w:rsidR="009446D0" w:rsidRPr="00EB75F0" w:rsidRDefault="0084596B">
            <w:pPr>
              <w:spacing w:before="60" w:after="60" w:line="240" w:lineRule="auto"/>
              <w:rPr>
                <w:sz w:val="14"/>
              </w:rPr>
            </w:pPr>
            <w:r w:rsidRPr="00EB75F0">
              <w:rPr>
                <w:color w:val="000000"/>
                <w:sz w:val="14"/>
              </w:rPr>
              <w:t>2004</w:t>
            </w:r>
          </w:p>
        </w:tc>
        <w:tc>
          <w:tcPr>
            <w:tcW w:w="0" w:type="auto"/>
            <w:tcBorders>
              <w:top w:val="single" w:sz="4" w:space="0" w:color="000000"/>
              <w:left w:val="single" w:sz="4" w:space="0" w:color="000000"/>
              <w:bottom w:val="single" w:sz="4" w:space="0" w:color="000000"/>
              <w:right w:val="single" w:sz="4" w:space="0" w:color="000000"/>
            </w:tcBorders>
          </w:tcPr>
          <w:p w14:paraId="1D413544"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9A53E0E"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34A7C73"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5B9507B1"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7F54E8D1"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77490C2"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4DE265FA"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16EF946"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195D908E" w14:textId="77777777" w:rsidR="009446D0" w:rsidRPr="00EB75F0" w:rsidRDefault="0084596B">
            <w:pPr>
              <w:spacing w:before="60" w:after="60" w:line="240" w:lineRule="auto"/>
              <w:rPr>
                <w:sz w:val="14"/>
              </w:rPr>
            </w:pPr>
            <w:r w:rsidRPr="00EB75F0">
              <w:rPr>
                <w:color w:val="000000"/>
                <w:sz w:val="14"/>
              </w:rPr>
              <w:t>367</w:t>
            </w:r>
          </w:p>
        </w:tc>
        <w:tc>
          <w:tcPr>
            <w:tcW w:w="0" w:type="auto"/>
            <w:tcBorders>
              <w:top w:val="single" w:sz="4" w:space="0" w:color="000000"/>
              <w:left w:val="single" w:sz="4" w:space="0" w:color="000000"/>
              <w:bottom w:val="single" w:sz="4" w:space="0" w:color="000000"/>
              <w:right w:val="single" w:sz="4" w:space="0" w:color="000000"/>
            </w:tcBorders>
          </w:tcPr>
          <w:p w14:paraId="357F4BD0"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6F8C40B1"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729AAB74" w14:textId="77777777" w:rsidR="009446D0" w:rsidRPr="00EB75F0" w:rsidRDefault="0084596B">
            <w:pPr>
              <w:spacing w:before="60" w:after="60" w:line="240" w:lineRule="auto"/>
              <w:rPr>
                <w:sz w:val="14"/>
              </w:rPr>
            </w:pPr>
            <w:r w:rsidRPr="00EB75F0">
              <w:rPr>
                <w:color w:val="000000"/>
                <w:sz w:val="14"/>
              </w:rPr>
              <w:t>18-55</w:t>
            </w:r>
          </w:p>
        </w:tc>
        <w:tc>
          <w:tcPr>
            <w:tcW w:w="0" w:type="auto"/>
            <w:tcBorders>
              <w:top w:val="single" w:sz="4" w:space="0" w:color="000000"/>
              <w:left w:val="single" w:sz="4" w:space="0" w:color="000000"/>
              <w:bottom w:val="single" w:sz="4" w:space="0" w:color="000000"/>
              <w:right w:val="single" w:sz="4" w:space="0" w:color="000000"/>
            </w:tcBorders>
          </w:tcPr>
          <w:p w14:paraId="32B0635F"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68CB977B"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5C8D7E92" w14:textId="0E805A0C" w:rsidR="009446D0" w:rsidRPr="00EB75F0" w:rsidRDefault="0084596B">
            <w:pPr>
              <w:spacing w:before="60" w:after="60" w:line="240" w:lineRule="auto"/>
              <w:rPr>
                <w:sz w:val="14"/>
              </w:rPr>
            </w:pPr>
            <w:proofErr w:type="spellStart"/>
            <w:r w:rsidRPr="00EB75F0">
              <w:rPr>
                <w:color w:val="1E1E1E"/>
                <w:sz w:val="14"/>
              </w:rPr>
              <w:t>Grootens</w:t>
            </w:r>
            <w:proofErr w:type="spellEnd"/>
            <w:r w:rsidRPr="00EB75F0">
              <w:rPr>
                <w:color w:val="1E1E1E"/>
                <w:sz w:val="14"/>
              </w:rPr>
              <w:t xml:space="preserve"> 2011</w:t>
            </w:r>
            <w:r w:rsidR="0031308D" w:rsidRPr="00EB75F0">
              <w:fldChar w:fldCharType="begin"/>
            </w:r>
            <w:r w:rsidR="00073331">
              <w:instrText xml:space="preserve"> ADDIN EN.CITE &lt;EndNote&gt;&lt;Cite&gt;&lt;Author&gt;Grootens&lt;/Author&gt;&lt;Year&gt;2011&lt;/Year&gt;&lt;RecNum&gt;4&lt;/RecNum&gt;&lt;DisplayText&gt;&lt;style face="superscript"&gt;4&lt;/style&gt;&lt;/DisplayText&gt;&lt;record&gt;&lt;rec-number&gt;4&lt;/rec-number&gt;&lt;foreign-keys&gt;&lt;key app="EN" db-id="9ttaxzax2p0tr7ewzt55atews50zvxaaa5rz" timestamp="1764068824"&gt;4&lt;/key&gt;&lt;/foreign-keys&gt;&lt;ref-type name="Journal Article"&gt;17&lt;/ref-type&gt;&lt;contributors&gt;&lt;authors&gt;&lt;author&gt;Grootens, KP&lt;/author&gt;&lt;author&gt;Van Veelen, NMJ&lt;/author&gt;&lt;author&gt;Peuskens, J&lt;/author&gt;&lt;author&gt;Sabbe, BGC&lt;/author&gt;&lt;author&gt;Thys, E&lt;/author&gt;&lt;author&gt;Buitelaar, JK&lt;/author&gt;&lt;author&gt;Verkes, RJ&lt;/author&gt;&lt;author&gt;Kahn, RS&lt;/author&gt;&lt;/authors&gt;&lt;/contributors&gt;&lt;titles&gt;&lt;title&gt;Ziprasidone vs olanzapine in recent-onset schizophrenia and schizoaffective disorder: results of an 8-week double-blind randomized controlled trial&lt;/title&gt;&lt;secondary-title&gt;Schizophrenia bulletin&lt;/secondary-title&gt;&lt;/titles&gt;&lt;periodical&gt;&lt;full-title&gt;Schizophrenia bulletin&lt;/full-title&gt;&lt;/periodical&gt;&lt;pages&gt;352-361&lt;/pages&gt;&lt;volume&gt;37&lt;/volume&gt;&lt;number&gt;2&lt;/number&gt;&lt;dates&gt;&lt;year&gt;2011&lt;/year&gt;&lt;/dates&gt;&lt;isbn&gt;1745-1701&lt;/isbn&gt;&lt;urls&gt;&lt;/urls&gt;&lt;/record&gt;&lt;/Cite&gt;&lt;/EndNote&gt;</w:instrText>
            </w:r>
            <w:r w:rsidR="0031308D" w:rsidRPr="00EB75F0">
              <w:fldChar w:fldCharType="separate"/>
            </w:r>
            <w:r w:rsidR="008D3092" w:rsidRPr="008D3092">
              <w:rPr>
                <w:noProof/>
                <w:vertAlign w:val="superscript"/>
              </w:rPr>
              <w:t>4</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3B3D9B1B" w14:textId="77777777" w:rsidR="009446D0" w:rsidRPr="00EB75F0" w:rsidRDefault="0084596B">
            <w:pPr>
              <w:spacing w:before="60" w:after="60" w:line="240" w:lineRule="auto"/>
              <w:rPr>
                <w:sz w:val="14"/>
              </w:rPr>
            </w:pPr>
            <w:r w:rsidRPr="00EB75F0">
              <w:rPr>
                <w:color w:val="000000"/>
                <w:sz w:val="14"/>
              </w:rPr>
              <w:t>2011</w:t>
            </w:r>
          </w:p>
        </w:tc>
        <w:tc>
          <w:tcPr>
            <w:tcW w:w="0" w:type="auto"/>
            <w:tcBorders>
              <w:top w:val="single" w:sz="4" w:space="0" w:color="000000"/>
              <w:left w:val="single" w:sz="4" w:space="0" w:color="000000"/>
              <w:bottom w:val="single" w:sz="4" w:space="0" w:color="000000"/>
              <w:right w:val="single" w:sz="4" w:space="0" w:color="000000"/>
            </w:tcBorders>
          </w:tcPr>
          <w:p w14:paraId="45741C25"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268A045"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52D92EF6"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0EB8089"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15AEFA90"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74CF2446"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49AF99F3" w14:textId="77777777" w:rsidR="009446D0" w:rsidRPr="00EB75F0" w:rsidRDefault="0084596B">
            <w:pPr>
              <w:spacing w:before="60" w:after="60" w:line="240" w:lineRule="auto"/>
              <w:rPr>
                <w:sz w:val="14"/>
              </w:rPr>
            </w:pPr>
            <w:r w:rsidRPr="00EB75F0">
              <w:rPr>
                <w:color w:val="000000"/>
                <w:sz w:val="14"/>
              </w:rPr>
              <w:t>First episode</w:t>
            </w:r>
          </w:p>
        </w:tc>
        <w:tc>
          <w:tcPr>
            <w:tcW w:w="0" w:type="auto"/>
            <w:tcBorders>
              <w:top w:val="single" w:sz="4" w:space="0" w:color="000000"/>
              <w:left w:val="single" w:sz="4" w:space="0" w:color="000000"/>
              <w:bottom w:val="single" w:sz="4" w:space="0" w:color="000000"/>
              <w:right w:val="single" w:sz="4" w:space="0" w:color="000000"/>
            </w:tcBorders>
          </w:tcPr>
          <w:p w14:paraId="70B1D751"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719E28AC" w14:textId="77777777" w:rsidR="009446D0" w:rsidRPr="00EB75F0" w:rsidRDefault="0084596B">
            <w:pPr>
              <w:spacing w:before="60" w:after="60" w:line="240" w:lineRule="auto"/>
              <w:rPr>
                <w:sz w:val="14"/>
              </w:rPr>
            </w:pPr>
            <w:r w:rsidRPr="00EB75F0">
              <w:rPr>
                <w:color w:val="000000"/>
                <w:sz w:val="14"/>
              </w:rPr>
              <w:t>100</w:t>
            </w:r>
          </w:p>
        </w:tc>
        <w:tc>
          <w:tcPr>
            <w:tcW w:w="0" w:type="auto"/>
            <w:tcBorders>
              <w:top w:val="single" w:sz="4" w:space="0" w:color="000000"/>
              <w:left w:val="single" w:sz="4" w:space="0" w:color="000000"/>
              <w:bottom w:val="single" w:sz="4" w:space="0" w:color="000000"/>
              <w:right w:val="single" w:sz="4" w:space="0" w:color="000000"/>
            </w:tcBorders>
          </w:tcPr>
          <w:p w14:paraId="5B8B3E33" w14:textId="77777777" w:rsidR="009446D0" w:rsidRPr="00EB75F0" w:rsidRDefault="0084596B">
            <w:pPr>
              <w:spacing w:before="60" w:after="60" w:line="240" w:lineRule="auto"/>
              <w:rPr>
                <w:sz w:val="14"/>
              </w:rPr>
            </w:pPr>
            <w:r w:rsidRPr="00EB75F0">
              <w:rPr>
                <w:color w:val="000000"/>
                <w:sz w:val="14"/>
              </w:rPr>
              <w:t>74</w:t>
            </w:r>
          </w:p>
        </w:tc>
        <w:tc>
          <w:tcPr>
            <w:tcW w:w="0" w:type="auto"/>
            <w:tcBorders>
              <w:top w:val="single" w:sz="4" w:space="0" w:color="000000"/>
              <w:left w:val="single" w:sz="4" w:space="0" w:color="000000"/>
              <w:bottom w:val="single" w:sz="4" w:space="0" w:color="000000"/>
              <w:right w:val="single" w:sz="4" w:space="0" w:color="000000"/>
            </w:tcBorders>
          </w:tcPr>
          <w:p w14:paraId="07DE2424"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701D24FC" w14:textId="77777777" w:rsidR="009446D0" w:rsidRPr="00EB75F0" w:rsidRDefault="0084596B">
            <w:pPr>
              <w:spacing w:before="60" w:after="60" w:line="240" w:lineRule="auto"/>
              <w:rPr>
                <w:sz w:val="14"/>
              </w:rPr>
            </w:pPr>
            <w:r w:rsidRPr="00EB75F0">
              <w:rPr>
                <w:sz w:val="14"/>
              </w:rPr>
              <w:t>-</w:t>
            </w:r>
          </w:p>
        </w:tc>
        <w:tc>
          <w:tcPr>
            <w:tcW w:w="0" w:type="auto"/>
            <w:tcBorders>
              <w:top w:val="single" w:sz="4" w:space="0" w:color="000000"/>
              <w:left w:val="single" w:sz="4" w:space="0" w:color="000000"/>
              <w:bottom w:val="single" w:sz="4" w:space="0" w:color="000000"/>
              <w:right w:val="single" w:sz="4" w:space="0" w:color="000000"/>
            </w:tcBorders>
          </w:tcPr>
          <w:p w14:paraId="2920C252"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03226E79"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657F45C3" w14:textId="6D0DD5F8" w:rsidR="009446D0" w:rsidRPr="00EB75F0" w:rsidRDefault="0084596B">
            <w:pPr>
              <w:spacing w:before="60" w:after="60" w:line="240" w:lineRule="auto"/>
              <w:rPr>
                <w:sz w:val="14"/>
              </w:rPr>
            </w:pPr>
            <w:r w:rsidRPr="00EB75F0">
              <w:rPr>
                <w:color w:val="1E1E1E"/>
                <w:sz w:val="14"/>
              </w:rPr>
              <w:t>Martin 2002</w:t>
            </w:r>
            <w:r w:rsidR="0031308D" w:rsidRPr="00EB75F0">
              <w:fldChar w:fldCharType="begin"/>
            </w:r>
            <w:r w:rsidR="00452EF4">
              <w:instrText xml:space="preserve"> ADDIN EN.CITE &lt;EndNote&gt;&lt;Cite&gt;&lt;Author&gt;Martin&lt;/Author&gt;&lt;Year&gt;2002&lt;/Year&gt;&lt;RecNum&gt;14&lt;/RecNum&gt;&lt;DisplayText&gt;&lt;style face="superscript"&gt;17&lt;/style&gt;&lt;/DisplayText&gt;&lt;record&gt;&lt;rec-number&gt;14&lt;/rec-number&gt;&lt;foreign-keys&gt;&lt;key app="EN" db-id="9ttaxzax2p0tr7ewzt55atews50zvxaaa5rz" timestamp="1764068826"&gt;14&lt;/key&gt;&lt;/foreign-keys&gt;&lt;ref-type name="Journal Article"&gt;17&lt;/ref-type&gt;&lt;contributors&gt;&lt;authors&gt;&lt;author&gt;Martin, S.&lt;/author&gt;&lt;author&gt;Ljo, H.&lt;/author&gt;&lt;author&gt;Peuskens, J.&lt;/author&gt;&lt;author&gt;Thirumalai, S.&lt;/author&gt;&lt;author&gt;Giudicelli, A.&lt;/author&gt;&lt;author&gt;Fleurot, O.&lt;/author&gt;&lt;author&gt;Rein, W.&lt;/author&gt;&lt;author&gt;Solianol Study Group&lt;/author&gt;&lt;/authors&gt;&lt;/contributors&gt;&lt;titles&gt;&lt;title&gt;A double-blind, randomised comparative trial of amisulpride versus olanzapine in the treatment of schizophrenia: short-term results at two months&lt;/title&gt;&lt;secondary-title&gt;Curr Med Res Opin&lt;/secondary-title&gt;&lt;/titles&gt;&lt;periodical&gt;&lt;full-title&gt;Curr Med Res Opin&lt;/full-title&gt;&lt;/periodical&gt;&lt;pages&gt;355-62&lt;/pages&gt;&lt;volume&gt;18&lt;/volume&gt;&lt;number&gt;6&lt;/number&gt;&lt;dates&gt;&lt;year&gt;2002&lt;/year&gt;&lt;/dates&gt;&lt;pub-location&gt;Alzheimer Disease Research Unit, McGill Centre for Studies in Aging, Verdun, Quebec, Canada. profsmartin@hotmail.com&lt;/pub-location&gt;&lt;isbn&gt;0300-7995 (Print) 0300-7995 (Linking)&lt;/isbn&gt;&lt;urls&gt;&lt;related-urls&gt;&lt;url&gt;https://www.ncbi.nlm.nih.gov/pubmed/12442883&lt;/url&gt;&lt;/related-urls&gt;&lt;/urls&gt;&lt;electronic-resource-num&gt;10.1185/030079902125001128&lt;/electronic-resource-num&gt;&lt;/record&gt;&lt;/Cite&gt;&lt;/EndNote&gt;</w:instrText>
            </w:r>
            <w:r w:rsidR="0031308D" w:rsidRPr="00EB75F0">
              <w:fldChar w:fldCharType="separate"/>
            </w:r>
            <w:r w:rsidR="00452EF4" w:rsidRPr="00452EF4">
              <w:rPr>
                <w:noProof/>
                <w:vertAlign w:val="superscript"/>
              </w:rPr>
              <w:t>17</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EA44240" w14:textId="77777777" w:rsidR="009446D0" w:rsidRPr="00EB75F0" w:rsidRDefault="0084596B">
            <w:pPr>
              <w:spacing w:before="60" w:after="60" w:line="240" w:lineRule="auto"/>
              <w:rPr>
                <w:sz w:val="14"/>
              </w:rPr>
            </w:pPr>
            <w:r w:rsidRPr="00EB75F0">
              <w:rPr>
                <w:color w:val="000000"/>
                <w:sz w:val="14"/>
              </w:rPr>
              <w:t>2002</w:t>
            </w:r>
          </w:p>
        </w:tc>
        <w:tc>
          <w:tcPr>
            <w:tcW w:w="0" w:type="auto"/>
            <w:tcBorders>
              <w:top w:val="single" w:sz="4" w:space="0" w:color="000000"/>
              <w:left w:val="single" w:sz="4" w:space="0" w:color="000000"/>
              <w:bottom w:val="single" w:sz="4" w:space="0" w:color="000000"/>
              <w:right w:val="single" w:sz="4" w:space="0" w:color="000000"/>
            </w:tcBorders>
          </w:tcPr>
          <w:p w14:paraId="5E8E671E"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816C9E2"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3D4BB0BA"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1BC7B04E"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56C366EB"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21502342"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1A65654F"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3EEC425E"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08BAF29C" w14:textId="77777777" w:rsidR="009446D0" w:rsidRPr="00EB75F0" w:rsidRDefault="0084596B">
            <w:pPr>
              <w:spacing w:before="60" w:after="60" w:line="240" w:lineRule="auto"/>
              <w:rPr>
                <w:sz w:val="14"/>
              </w:rPr>
            </w:pPr>
            <w:r w:rsidRPr="00EB75F0">
              <w:rPr>
                <w:color w:val="000000"/>
                <w:sz w:val="14"/>
              </w:rPr>
              <w:t>377</w:t>
            </w:r>
          </w:p>
        </w:tc>
        <w:tc>
          <w:tcPr>
            <w:tcW w:w="0" w:type="auto"/>
            <w:tcBorders>
              <w:top w:val="single" w:sz="4" w:space="0" w:color="000000"/>
              <w:left w:val="single" w:sz="4" w:space="0" w:color="000000"/>
              <w:bottom w:val="single" w:sz="4" w:space="0" w:color="000000"/>
              <w:right w:val="single" w:sz="4" w:space="0" w:color="000000"/>
            </w:tcBorders>
          </w:tcPr>
          <w:p w14:paraId="06F9F1B7" w14:textId="77777777" w:rsidR="009446D0" w:rsidRPr="00EB75F0" w:rsidRDefault="0084596B">
            <w:pPr>
              <w:spacing w:before="60" w:after="60" w:line="240" w:lineRule="auto"/>
              <w:rPr>
                <w:sz w:val="14"/>
              </w:rPr>
            </w:pPr>
            <w:r w:rsidRPr="00EB75F0">
              <w:rPr>
                <w:color w:val="000000"/>
                <w:sz w:val="14"/>
              </w:rPr>
              <w:t>377</w:t>
            </w:r>
          </w:p>
        </w:tc>
        <w:tc>
          <w:tcPr>
            <w:tcW w:w="0" w:type="auto"/>
            <w:tcBorders>
              <w:top w:val="single" w:sz="4" w:space="0" w:color="000000"/>
              <w:left w:val="single" w:sz="4" w:space="0" w:color="000000"/>
              <w:bottom w:val="single" w:sz="4" w:space="0" w:color="000000"/>
              <w:right w:val="single" w:sz="4" w:space="0" w:color="000000"/>
            </w:tcBorders>
          </w:tcPr>
          <w:p w14:paraId="3DBA9EF2" w14:textId="77777777" w:rsidR="009446D0" w:rsidRPr="00EB75F0" w:rsidRDefault="0084596B">
            <w:pPr>
              <w:spacing w:before="60" w:after="60" w:line="240" w:lineRule="auto"/>
              <w:rPr>
                <w:sz w:val="14"/>
              </w:rPr>
            </w:pPr>
            <w:r w:rsidRPr="00EB75F0">
              <w:rPr>
                <w:color w:val="000000"/>
                <w:sz w:val="14"/>
              </w:rPr>
              <w:t>24</w:t>
            </w:r>
          </w:p>
        </w:tc>
        <w:tc>
          <w:tcPr>
            <w:tcW w:w="0" w:type="auto"/>
            <w:tcBorders>
              <w:top w:val="single" w:sz="4" w:space="0" w:color="000000"/>
              <w:left w:val="single" w:sz="4" w:space="0" w:color="000000"/>
              <w:bottom w:val="single" w:sz="4" w:space="0" w:color="000000"/>
              <w:right w:val="single" w:sz="4" w:space="0" w:color="000000"/>
            </w:tcBorders>
          </w:tcPr>
          <w:p w14:paraId="3B707CDC"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6572E0AE"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0EC43458"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5AF4C3B7" w14:textId="4E8A713F" w:rsidR="009446D0" w:rsidRPr="00EB75F0" w:rsidRDefault="0084596B">
            <w:pPr>
              <w:spacing w:before="60" w:after="60" w:line="240" w:lineRule="auto"/>
              <w:rPr>
                <w:sz w:val="14"/>
              </w:rPr>
            </w:pPr>
            <w:r w:rsidRPr="00EB75F0">
              <w:rPr>
                <w:color w:val="1E1E1E"/>
                <w:sz w:val="14"/>
              </w:rPr>
              <w:t>Cutler 2010</w:t>
            </w:r>
            <w:r w:rsidR="0031308D" w:rsidRPr="00EB75F0">
              <w:fldChar w:fldCharType="begin"/>
            </w:r>
            <w:r w:rsidR="00452EF4">
              <w:instrText xml:space="preserve"> ADDIN EN.CITE &lt;EndNote&gt;&lt;Cite&gt;&lt;Author&gt;Cutler&lt;/Author&gt;&lt;Year&gt;2010&lt;/Year&gt;&lt;RecNum&gt;17&lt;/RecNum&gt;&lt;DisplayText&gt;&lt;style face="superscript"&gt;20&lt;/style&gt;&lt;/DisplayText&gt;&lt;record&gt;&lt;rec-number&gt;17&lt;/rec-number&gt;&lt;foreign-keys&gt;&lt;key app="EN" db-id="9ttaxzax2p0tr7ewzt55atews50zvxaaa5rz" timestamp="1764068827"&gt;17&lt;/key&gt;&lt;/foreign-keys&gt;&lt;ref-type name="Journal Article"&gt;17&lt;/ref-type&gt;&lt;contributors&gt;&lt;authors&gt;&lt;author&gt;Cutler, Andrew J&lt;/author&gt;&lt;author&gt;Tran-Johnson, Tram&lt;/author&gt;&lt;author&gt;Kalali, Amir&lt;/author&gt;&lt;author&gt;Aström, Mikael&lt;/author&gt;&lt;author&gt;Brecher, Martin&lt;/author&gt;&lt;author&gt;Meulien, Didier&lt;/author&gt;&lt;/authors&gt;&lt;/contributors&gt;&lt;titles&gt;&lt;title&gt;A failed 6-week, randomized, double-blind, placebo-controlled study of once-daily extended release quetiapine fumarate in patients with acute schizophrenia: lessons learned&lt;/title&gt;&lt;secondary-title&gt;Psychopharmacology bulletin&lt;/secondary-title&gt;&lt;/titles&gt;&lt;periodical&gt;&lt;full-title&gt;Psychopharmacology bulletin&lt;/full-title&gt;&lt;/periodical&gt;&lt;pages&gt;37-69&lt;/pages&gt;&lt;volume&gt;43&lt;/volume&gt;&lt;number&gt;4&lt;/number&gt;&lt;dates&gt;&lt;year&gt;2010&lt;/year&gt;&lt;/dates&gt;&lt;isbn&gt;0048-5764&lt;/isbn&gt;&lt;urls&gt;&lt;/urls&gt;&lt;/record&gt;&lt;/Cite&gt;&lt;/EndNote&gt;</w:instrText>
            </w:r>
            <w:r w:rsidR="0031308D" w:rsidRPr="00EB75F0">
              <w:fldChar w:fldCharType="separate"/>
            </w:r>
            <w:r w:rsidR="00452EF4" w:rsidRPr="00452EF4">
              <w:rPr>
                <w:noProof/>
                <w:vertAlign w:val="superscript"/>
              </w:rPr>
              <w:t>20</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7B052051" w14:textId="77777777" w:rsidR="009446D0" w:rsidRPr="00EB75F0" w:rsidRDefault="0084596B">
            <w:pPr>
              <w:spacing w:before="60" w:after="60" w:line="240" w:lineRule="auto"/>
              <w:rPr>
                <w:sz w:val="14"/>
              </w:rPr>
            </w:pPr>
            <w:r w:rsidRPr="00EB75F0">
              <w:rPr>
                <w:color w:val="000000"/>
                <w:sz w:val="14"/>
              </w:rPr>
              <w:t>2010</w:t>
            </w:r>
          </w:p>
        </w:tc>
        <w:tc>
          <w:tcPr>
            <w:tcW w:w="0" w:type="auto"/>
            <w:tcBorders>
              <w:top w:val="single" w:sz="4" w:space="0" w:color="000000"/>
              <w:left w:val="single" w:sz="4" w:space="0" w:color="000000"/>
              <w:bottom w:val="single" w:sz="4" w:space="0" w:color="000000"/>
              <w:right w:val="single" w:sz="4" w:space="0" w:color="000000"/>
            </w:tcBorders>
          </w:tcPr>
          <w:p w14:paraId="0EB5B64B"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C1F2041"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125429F"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D797B8C"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08855CAA"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7F40AA93"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6EDCD687"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91EEAB6" w14:textId="77777777" w:rsidR="009446D0" w:rsidRPr="00EB75F0" w:rsidRDefault="0084596B">
            <w:pPr>
              <w:spacing w:before="60" w:after="60" w:line="240" w:lineRule="auto"/>
              <w:rPr>
                <w:sz w:val="14"/>
              </w:rPr>
            </w:pPr>
            <w:r w:rsidRPr="00EB75F0">
              <w:rPr>
                <w:color w:val="000000"/>
                <w:sz w:val="14"/>
              </w:rPr>
              <w:t>Dose-ranging and placebo-controlled</w:t>
            </w:r>
          </w:p>
        </w:tc>
        <w:tc>
          <w:tcPr>
            <w:tcW w:w="0" w:type="auto"/>
            <w:tcBorders>
              <w:top w:val="single" w:sz="4" w:space="0" w:color="000000"/>
              <w:left w:val="single" w:sz="4" w:space="0" w:color="000000"/>
              <w:bottom w:val="single" w:sz="4" w:space="0" w:color="000000"/>
              <w:right w:val="single" w:sz="4" w:space="0" w:color="000000"/>
            </w:tcBorders>
          </w:tcPr>
          <w:p w14:paraId="221F10BA" w14:textId="77777777" w:rsidR="009446D0" w:rsidRPr="00EB75F0" w:rsidRDefault="0084596B">
            <w:pPr>
              <w:spacing w:before="60" w:after="60" w:line="240" w:lineRule="auto"/>
              <w:rPr>
                <w:sz w:val="14"/>
              </w:rPr>
            </w:pPr>
            <w:r w:rsidRPr="00EB75F0">
              <w:rPr>
                <w:color w:val="000000"/>
                <w:sz w:val="14"/>
              </w:rPr>
              <w:t>764</w:t>
            </w:r>
          </w:p>
        </w:tc>
        <w:tc>
          <w:tcPr>
            <w:tcW w:w="0" w:type="auto"/>
            <w:tcBorders>
              <w:top w:val="single" w:sz="4" w:space="0" w:color="000000"/>
              <w:left w:val="single" w:sz="4" w:space="0" w:color="000000"/>
              <w:bottom w:val="single" w:sz="4" w:space="0" w:color="000000"/>
              <w:right w:val="single" w:sz="4" w:space="0" w:color="000000"/>
            </w:tcBorders>
          </w:tcPr>
          <w:p w14:paraId="1CD1636C" w14:textId="77777777" w:rsidR="009446D0" w:rsidRPr="00EB75F0" w:rsidRDefault="0084596B">
            <w:pPr>
              <w:spacing w:before="60" w:after="60" w:line="240" w:lineRule="auto"/>
              <w:rPr>
                <w:sz w:val="14"/>
              </w:rPr>
            </w:pPr>
            <w:r w:rsidRPr="00EB75F0">
              <w:rPr>
                <w:color w:val="000000"/>
                <w:sz w:val="14"/>
              </w:rPr>
              <w:t>565</w:t>
            </w:r>
          </w:p>
        </w:tc>
        <w:tc>
          <w:tcPr>
            <w:tcW w:w="0" w:type="auto"/>
            <w:tcBorders>
              <w:top w:val="single" w:sz="4" w:space="0" w:color="000000"/>
              <w:left w:val="single" w:sz="4" w:space="0" w:color="000000"/>
              <w:bottom w:val="single" w:sz="4" w:space="0" w:color="000000"/>
              <w:right w:val="single" w:sz="4" w:space="0" w:color="000000"/>
            </w:tcBorders>
          </w:tcPr>
          <w:p w14:paraId="27DFF463"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55AF3EBF"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3F071BD9"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560C1277"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818C5A6" w14:textId="24A62B0C" w:rsidR="009446D0" w:rsidRPr="00EB75F0" w:rsidRDefault="0084596B">
            <w:pPr>
              <w:spacing w:before="60" w:after="60" w:line="240" w:lineRule="auto"/>
              <w:rPr>
                <w:sz w:val="14"/>
              </w:rPr>
            </w:pPr>
            <w:r w:rsidRPr="00EB75F0">
              <w:rPr>
                <w:color w:val="1E1E1E"/>
                <w:sz w:val="14"/>
              </w:rPr>
              <w:lastRenderedPageBreak/>
              <w:t>Loebel 2013</w:t>
            </w:r>
            <w:r w:rsidR="0031308D" w:rsidRPr="00EB75F0">
              <w:fldChar w:fldCharType="begin"/>
            </w:r>
            <w:r w:rsidR="00452EF4">
              <w:instrText xml:space="preserve"> ADDIN EN.CITE &lt;EndNote&gt;&lt;Cite&gt;&lt;Author&gt;Loebel&lt;/Author&gt;&lt;Year&gt;2013&lt;/Year&gt;&lt;RecNum&gt;79&lt;/RecNum&gt;&lt;DisplayText&gt;&lt;style face="superscript"&gt;82&lt;/style&gt;&lt;/DisplayText&gt;&lt;record&gt;&lt;rec-number&gt;79&lt;/rec-number&gt;&lt;foreign-keys&gt;&lt;key app="EN" db-id="9ttaxzax2p0tr7ewzt55atews50zvxaaa5rz" timestamp="1764068842"&gt;79&lt;/key&gt;&lt;/foreign-keys&gt;&lt;ref-type name="Journal Article"&gt;17&lt;/ref-type&gt;&lt;contributors&gt;&lt;authors&gt;&lt;author&gt;Loebel, Antony&lt;/author&gt;&lt;author&gt;Cucchiaro, Josephine&lt;/author&gt;&lt;author&gt;Sarma, Kaushik&lt;/author&gt;&lt;author&gt;Xu, Lei&lt;/author&gt;&lt;author&gt;Hsu, Chuanchieh&lt;/author&gt;&lt;author&gt;Kalali, Amir H&lt;/author&gt;&lt;author&gt;Pikalov, Andrei&lt;/author&gt;&lt;author&gt;Potkin, Steven G&lt;/author&gt;&lt;/authors&gt;&lt;/contributors&gt;&lt;titles&gt;&lt;title&gt;Efficacy and safety of lurasidone 80 mg/day and 160 mg/day in the treatment of schizophrenia: a randomized, double-blind, placebo-and active-controlled trial&lt;/title&gt;&lt;secondary-title&gt;Schizophrenia research&lt;/secondary-title&gt;&lt;/titles&gt;&lt;periodical&gt;&lt;full-title&gt;Schizophrenia Research&lt;/full-title&gt;&lt;/periodical&gt;&lt;pages&gt;101-109&lt;/pages&gt;&lt;volume&gt;145&lt;/volume&gt;&lt;number&gt;1-3&lt;/number&gt;&lt;dates&gt;&lt;year&gt;2013&lt;/year&gt;&lt;/dates&gt;&lt;isbn&gt;0920-9964&lt;/isbn&gt;&lt;urls&gt;&lt;/urls&gt;&lt;/record&gt;&lt;/Cite&gt;&lt;/EndNote&gt;</w:instrText>
            </w:r>
            <w:r w:rsidR="0031308D" w:rsidRPr="00EB75F0">
              <w:fldChar w:fldCharType="separate"/>
            </w:r>
            <w:r w:rsidR="00452EF4" w:rsidRPr="00452EF4">
              <w:rPr>
                <w:noProof/>
                <w:vertAlign w:val="superscript"/>
              </w:rPr>
              <w:t>82</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09633532" w14:textId="77777777" w:rsidR="009446D0" w:rsidRPr="00EB75F0" w:rsidRDefault="0084596B">
            <w:pPr>
              <w:spacing w:before="60" w:after="60" w:line="240" w:lineRule="auto"/>
              <w:rPr>
                <w:sz w:val="14"/>
              </w:rPr>
            </w:pPr>
            <w:r w:rsidRPr="00EB75F0">
              <w:rPr>
                <w:color w:val="000000"/>
                <w:sz w:val="14"/>
              </w:rPr>
              <w:t>2013</w:t>
            </w:r>
          </w:p>
        </w:tc>
        <w:tc>
          <w:tcPr>
            <w:tcW w:w="0" w:type="auto"/>
            <w:tcBorders>
              <w:top w:val="single" w:sz="4" w:space="0" w:color="000000"/>
              <w:left w:val="single" w:sz="4" w:space="0" w:color="000000"/>
              <w:bottom w:val="single" w:sz="4" w:space="0" w:color="000000"/>
              <w:right w:val="single" w:sz="4" w:space="0" w:color="000000"/>
            </w:tcBorders>
          </w:tcPr>
          <w:p w14:paraId="3DFC6202"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648ABF7"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CF9CFE9"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16AA0BCB"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14931ED3"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6B124158"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3661ABC1"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5C06DC69"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0E42850F" w14:textId="77777777" w:rsidR="009446D0" w:rsidRPr="00EB75F0" w:rsidRDefault="0084596B">
            <w:pPr>
              <w:spacing w:before="60" w:after="60" w:line="240" w:lineRule="auto"/>
              <w:rPr>
                <w:sz w:val="14"/>
              </w:rPr>
            </w:pPr>
            <w:r w:rsidRPr="00EB75F0">
              <w:rPr>
                <w:color w:val="000000"/>
                <w:sz w:val="14"/>
              </w:rPr>
              <w:t>668</w:t>
            </w:r>
          </w:p>
        </w:tc>
        <w:tc>
          <w:tcPr>
            <w:tcW w:w="0" w:type="auto"/>
            <w:tcBorders>
              <w:top w:val="single" w:sz="4" w:space="0" w:color="000000"/>
              <w:left w:val="single" w:sz="4" w:space="0" w:color="000000"/>
              <w:bottom w:val="single" w:sz="4" w:space="0" w:color="000000"/>
              <w:right w:val="single" w:sz="4" w:space="0" w:color="000000"/>
            </w:tcBorders>
          </w:tcPr>
          <w:p w14:paraId="28F74CEB" w14:textId="77777777" w:rsidR="009446D0" w:rsidRPr="00EB75F0" w:rsidRDefault="0084596B">
            <w:pPr>
              <w:spacing w:before="60" w:after="60" w:line="240" w:lineRule="auto"/>
              <w:rPr>
                <w:sz w:val="14"/>
              </w:rPr>
            </w:pPr>
            <w:r w:rsidRPr="00EB75F0">
              <w:rPr>
                <w:color w:val="000000"/>
                <w:sz w:val="14"/>
              </w:rPr>
              <w:t>488</w:t>
            </w:r>
          </w:p>
        </w:tc>
        <w:tc>
          <w:tcPr>
            <w:tcW w:w="0" w:type="auto"/>
            <w:tcBorders>
              <w:top w:val="single" w:sz="4" w:space="0" w:color="000000"/>
              <w:left w:val="single" w:sz="4" w:space="0" w:color="000000"/>
              <w:bottom w:val="single" w:sz="4" w:space="0" w:color="000000"/>
              <w:right w:val="single" w:sz="4" w:space="0" w:color="000000"/>
            </w:tcBorders>
          </w:tcPr>
          <w:p w14:paraId="324E9D40"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0CF37DD7" w14:textId="77777777" w:rsidR="009446D0" w:rsidRPr="00EB75F0" w:rsidRDefault="0084596B">
            <w:pPr>
              <w:spacing w:before="60" w:after="60" w:line="240" w:lineRule="auto"/>
              <w:rPr>
                <w:sz w:val="14"/>
              </w:rPr>
            </w:pPr>
            <w:r w:rsidRPr="00EB75F0">
              <w:rPr>
                <w:color w:val="000000"/>
                <w:sz w:val="14"/>
              </w:rPr>
              <w:t>18-75</w:t>
            </w:r>
          </w:p>
        </w:tc>
        <w:tc>
          <w:tcPr>
            <w:tcW w:w="0" w:type="auto"/>
            <w:tcBorders>
              <w:top w:val="single" w:sz="4" w:space="0" w:color="000000"/>
              <w:left w:val="single" w:sz="4" w:space="0" w:color="000000"/>
              <w:bottom w:val="single" w:sz="4" w:space="0" w:color="000000"/>
              <w:right w:val="single" w:sz="4" w:space="0" w:color="000000"/>
            </w:tcBorders>
          </w:tcPr>
          <w:p w14:paraId="742F4F8F"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629F7DF2"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82D4044" w14:textId="31047A0C" w:rsidR="009446D0" w:rsidRPr="00EB75F0" w:rsidRDefault="0084596B">
            <w:pPr>
              <w:spacing w:before="60" w:after="60" w:line="240" w:lineRule="auto"/>
              <w:rPr>
                <w:sz w:val="14"/>
              </w:rPr>
            </w:pPr>
            <w:r w:rsidRPr="00EB75F0">
              <w:rPr>
                <w:color w:val="1E1E1E"/>
                <w:sz w:val="14"/>
              </w:rPr>
              <w:t>Lindenmayer 2008</w:t>
            </w:r>
            <w:r w:rsidR="0031308D" w:rsidRPr="00EB75F0">
              <w:fldChar w:fldCharType="begin"/>
            </w:r>
            <w:r w:rsidR="00452EF4">
              <w:instrText xml:space="preserve"> ADDIN EN.CITE &lt;EndNote&gt;&lt;Cite&gt;&lt;Author&gt;Lindenmayer&lt;/Author&gt;&lt;Year&gt;2008&lt;/Year&gt;&lt;RecNum&gt;80&lt;/RecNum&gt;&lt;DisplayText&gt;&lt;style face="superscript"&gt;83&lt;/style&gt;&lt;/DisplayText&gt;&lt;record&gt;&lt;rec-number&gt;80&lt;/rec-number&gt;&lt;foreign-keys&gt;&lt;key app="EN" db-id="9ttaxzax2p0tr7ewzt55atews50zvxaaa5rz" timestamp="1764068842"&gt;80&lt;/key&gt;&lt;/foreign-keys&gt;&lt;ref-type name="Journal Article"&gt;17&lt;/ref-type&gt;&lt;contributors&gt;&lt;authors&gt;&lt;author&gt;Lindenmayer, Jean-Pierre&lt;/author&gt;&lt;author&gt;Brown, David&lt;/author&gt;&lt;author&gt;Liu, Sherry&lt;/author&gt;&lt;author&gt;Brecher, Martin&lt;/author&gt;&lt;author&gt;Meulien, Didier&lt;/author&gt;&lt;/authors&gt;&lt;/contributors&gt;&lt;titles&gt;&lt;title&gt;The efficacy and tolerability of once-daily extended release quetiapine fumarate in hospitalized patients with acute schizophrenia: a 6-week randomized, double-blind, placebo-controlled study&lt;/title&gt;&lt;secondary-title&gt;Psychopharmacology bulletin&lt;/secondary-title&gt;&lt;/titles&gt;&lt;periodical&gt;&lt;full-title&gt;Psychopharmacology bulletin&lt;/full-title&gt;&lt;/periodical&gt;&lt;pages&gt;11-35&lt;/pages&gt;&lt;volume&gt;41&lt;/volume&gt;&lt;number&gt;3&lt;/number&gt;&lt;dates&gt;&lt;year&gt;2008&lt;/year&gt;&lt;/dates&gt;&lt;isbn&gt;0048-5764&lt;/isbn&gt;&lt;urls&gt;&lt;/urls&gt;&lt;/record&gt;&lt;/Cite&gt;&lt;/EndNote&gt;</w:instrText>
            </w:r>
            <w:r w:rsidR="0031308D" w:rsidRPr="00EB75F0">
              <w:fldChar w:fldCharType="separate"/>
            </w:r>
            <w:r w:rsidR="00452EF4" w:rsidRPr="00452EF4">
              <w:rPr>
                <w:noProof/>
                <w:vertAlign w:val="superscript"/>
              </w:rPr>
              <w:t>83</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6B072CCB" w14:textId="77777777" w:rsidR="009446D0" w:rsidRPr="00EB75F0" w:rsidRDefault="0084596B">
            <w:pPr>
              <w:spacing w:before="60" w:after="60" w:line="240" w:lineRule="auto"/>
              <w:rPr>
                <w:sz w:val="14"/>
              </w:rPr>
            </w:pPr>
            <w:r w:rsidRPr="00EB75F0">
              <w:rPr>
                <w:color w:val="000000"/>
                <w:sz w:val="14"/>
              </w:rPr>
              <w:t>2008</w:t>
            </w:r>
          </w:p>
        </w:tc>
        <w:tc>
          <w:tcPr>
            <w:tcW w:w="0" w:type="auto"/>
            <w:tcBorders>
              <w:top w:val="single" w:sz="4" w:space="0" w:color="000000"/>
              <w:left w:val="single" w:sz="4" w:space="0" w:color="000000"/>
              <w:bottom w:val="single" w:sz="4" w:space="0" w:color="000000"/>
              <w:right w:val="single" w:sz="4" w:space="0" w:color="000000"/>
            </w:tcBorders>
          </w:tcPr>
          <w:p w14:paraId="0D4E5B84"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2197C7F"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6C9C7AF"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5FE8394"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000A9A1D" w14:textId="77777777" w:rsidR="009446D0" w:rsidRPr="00EB75F0" w:rsidRDefault="0084596B">
            <w:pPr>
              <w:spacing w:before="60" w:after="60" w:line="240" w:lineRule="auto"/>
              <w:rPr>
                <w:sz w:val="14"/>
              </w:rPr>
            </w:pPr>
            <w:r w:rsidRPr="00EB75F0">
              <w:rPr>
                <w:color w:val="000000"/>
                <w:sz w:val="14"/>
              </w:rPr>
              <w:t>North America</w:t>
            </w:r>
          </w:p>
        </w:tc>
        <w:tc>
          <w:tcPr>
            <w:tcW w:w="0" w:type="auto"/>
            <w:tcBorders>
              <w:top w:val="single" w:sz="4" w:space="0" w:color="000000"/>
              <w:left w:val="single" w:sz="4" w:space="0" w:color="000000"/>
              <w:bottom w:val="single" w:sz="4" w:space="0" w:color="000000"/>
              <w:right w:val="single" w:sz="4" w:space="0" w:color="000000"/>
            </w:tcBorders>
          </w:tcPr>
          <w:p w14:paraId="31C6F9BE"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3967B223"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5A29AE19" w14:textId="77777777" w:rsidR="009446D0" w:rsidRPr="00EB75F0" w:rsidRDefault="0084596B">
            <w:pPr>
              <w:spacing w:before="60" w:after="60" w:line="240" w:lineRule="auto"/>
              <w:rPr>
                <w:sz w:val="14"/>
              </w:rPr>
            </w:pPr>
            <w:r w:rsidRPr="00EB75F0">
              <w:rPr>
                <w:color w:val="000000"/>
                <w:sz w:val="14"/>
              </w:rPr>
              <w:t>Dose-ranging and placebo-controlled</w:t>
            </w:r>
          </w:p>
        </w:tc>
        <w:tc>
          <w:tcPr>
            <w:tcW w:w="0" w:type="auto"/>
            <w:tcBorders>
              <w:top w:val="single" w:sz="4" w:space="0" w:color="000000"/>
              <w:left w:val="single" w:sz="4" w:space="0" w:color="000000"/>
              <w:bottom w:val="single" w:sz="4" w:space="0" w:color="000000"/>
              <w:right w:val="single" w:sz="4" w:space="0" w:color="000000"/>
            </w:tcBorders>
          </w:tcPr>
          <w:p w14:paraId="0C08D691" w14:textId="77777777" w:rsidR="009446D0" w:rsidRPr="00EB75F0" w:rsidRDefault="0084596B">
            <w:pPr>
              <w:spacing w:before="60" w:after="60" w:line="240" w:lineRule="auto"/>
              <w:rPr>
                <w:sz w:val="14"/>
              </w:rPr>
            </w:pPr>
            <w:r w:rsidRPr="00EB75F0">
              <w:rPr>
                <w:color w:val="000000"/>
                <w:sz w:val="14"/>
              </w:rPr>
              <w:t>736</w:t>
            </w:r>
          </w:p>
        </w:tc>
        <w:tc>
          <w:tcPr>
            <w:tcW w:w="0" w:type="auto"/>
            <w:tcBorders>
              <w:top w:val="single" w:sz="4" w:space="0" w:color="000000"/>
              <w:left w:val="single" w:sz="4" w:space="0" w:color="000000"/>
              <w:bottom w:val="single" w:sz="4" w:space="0" w:color="000000"/>
              <w:right w:val="single" w:sz="4" w:space="0" w:color="000000"/>
            </w:tcBorders>
          </w:tcPr>
          <w:p w14:paraId="4A1C3837" w14:textId="77777777" w:rsidR="009446D0" w:rsidRPr="00EB75F0" w:rsidRDefault="0084596B">
            <w:pPr>
              <w:spacing w:before="60" w:after="60" w:line="240" w:lineRule="auto"/>
              <w:rPr>
                <w:sz w:val="14"/>
              </w:rPr>
            </w:pPr>
            <w:r w:rsidRPr="00EB75F0">
              <w:rPr>
                <w:color w:val="000000"/>
                <w:sz w:val="14"/>
              </w:rPr>
              <w:t>532</w:t>
            </w:r>
          </w:p>
        </w:tc>
        <w:tc>
          <w:tcPr>
            <w:tcW w:w="0" w:type="auto"/>
            <w:tcBorders>
              <w:top w:val="single" w:sz="4" w:space="0" w:color="000000"/>
              <w:left w:val="single" w:sz="4" w:space="0" w:color="000000"/>
              <w:bottom w:val="single" w:sz="4" w:space="0" w:color="000000"/>
              <w:right w:val="single" w:sz="4" w:space="0" w:color="000000"/>
            </w:tcBorders>
          </w:tcPr>
          <w:p w14:paraId="37A57105"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60ED9AE4"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165C0103"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646D3F72"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BAF8D0D" w14:textId="04D4BF3F" w:rsidR="009446D0" w:rsidRPr="00EB75F0" w:rsidRDefault="0084596B">
            <w:pPr>
              <w:spacing w:before="60" w:after="60" w:line="240" w:lineRule="auto"/>
              <w:rPr>
                <w:sz w:val="14"/>
              </w:rPr>
            </w:pPr>
            <w:r w:rsidRPr="00EB75F0">
              <w:rPr>
                <w:color w:val="1E1E1E"/>
                <w:sz w:val="14"/>
              </w:rPr>
              <w:t>Kahn 2007</w:t>
            </w:r>
            <w:r w:rsidR="0031308D" w:rsidRPr="00EB75F0">
              <w:fldChar w:fldCharType="begin"/>
            </w:r>
            <w:r w:rsidR="00452EF4">
              <w:instrText xml:space="preserve"> ADDIN EN.CITE &lt;EndNote&gt;&lt;Cite&gt;&lt;Author&gt;Kahn&lt;/Author&gt;&lt;Year&gt;2007&lt;/Year&gt;&lt;RecNum&gt;81&lt;/RecNum&gt;&lt;DisplayText&gt;&lt;style face="superscript"&gt;84&lt;/style&gt;&lt;/DisplayText&gt;&lt;record&gt;&lt;rec-number&gt;81&lt;/rec-number&gt;&lt;foreign-keys&gt;&lt;key app="EN" db-id="9ttaxzax2p0tr7ewzt55atews50zvxaaa5rz" timestamp="1764068842"&gt;81&lt;/key&gt;&lt;/foreign-keys&gt;&lt;ref-type name="Journal Article"&gt;17&lt;/ref-type&gt;&lt;contributors&gt;&lt;authors&gt;&lt;author&gt;Kahn, René S&lt;/author&gt;&lt;author&gt;Schulz, S Charles&lt;/author&gt;&lt;author&gt;Palazov, Veselin D&lt;/author&gt;&lt;author&gt;Reyes, Efren B&lt;/author&gt;&lt;author&gt;Brecher, Martin&lt;/author&gt;&lt;author&gt;Svensson, Ola&lt;/author&gt;&lt;author&gt;Andersson, Henrik M&lt;/author&gt;&lt;author&gt;Meulien, Didier&lt;/author&gt;&lt;/authors&gt;&lt;/contributors&gt;&lt;titles&gt;&lt;title&gt;Efficacy and tolerability of once-daily extended release quetiapine fumarate in acute schizophrenia: a randomized, double-blind, placebo-controlled study&lt;/title&gt;&lt;secondary-title&gt;Journal of Clinical Psychiatry&lt;/secondary-title&gt;&lt;/titles&gt;&lt;periodical&gt;&lt;full-title&gt;Journal of Clinical Psychiatry&lt;/full-title&gt;&lt;/periodical&gt;&lt;pages&gt;832-842&lt;/pages&gt;&lt;volume&gt;68&lt;/volume&gt;&lt;number&gt;6&lt;/number&gt;&lt;dates&gt;&lt;year&gt;2007&lt;/year&gt;&lt;/dates&gt;&lt;isbn&gt;0160-6689&lt;/isbn&gt;&lt;urls&gt;&lt;/urls&gt;&lt;/record&gt;&lt;/Cite&gt;&lt;/EndNote&gt;</w:instrText>
            </w:r>
            <w:r w:rsidR="0031308D" w:rsidRPr="00EB75F0">
              <w:fldChar w:fldCharType="separate"/>
            </w:r>
            <w:r w:rsidR="00452EF4" w:rsidRPr="00452EF4">
              <w:rPr>
                <w:noProof/>
                <w:vertAlign w:val="superscript"/>
              </w:rPr>
              <w:t>84</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38C2E0EC" w14:textId="77777777" w:rsidR="009446D0" w:rsidRPr="00EB75F0" w:rsidRDefault="0084596B">
            <w:pPr>
              <w:spacing w:before="60" w:after="60" w:line="240" w:lineRule="auto"/>
              <w:rPr>
                <w:sz w:val="14"/>
              </w:rPr>
            </w:pPr>
            <w:r w:rsidRPr="00EB75F0">
              <w:rPr>
                <w:color w:val="000000"/>
                <w:sz w:val="14"/>
              </w:rPr>
              <w:t>2007</w:t>
            </w:r>
          </w:p>
        </w:tc>
        <w:tc>
          <w:tcPr>
            <w:tcW w:w="0" w:type="auto"/>
            <w:tcBorders>
              <w:top w:val="single" w:sz="4" w:space="0" w:color="000000"/>
              <w:left w:val="single" w:sz="4" w:space="0" w:color="000000"/>
              <w:bottom w:val="single" w:sz="4" w:space="0" w:color="000000"/>
              <w:right w:val="single" w:sz="4" w:space="0" w:color="000000"/>
            </w:tcBorders>
          </w:tcPr>
          <w:p w14:paraId="273B963A"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33FEF667"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573FA442"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F8D65D2"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2E880E12"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349087C8"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27B5C2D3"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02FFD0DA" w14:textId="77777777" w:rsidR="009446D0" w:rsidRPr="00EB75F0" w:rsidRDefault="0084596B">
            <w:pPr>
              <w:spacing w:before="60" w:after="60" w:line="240" w:lineRule="auto"/>
              <w:rPr>
                <w:sz w:val="14"/>
              </w:rPr>
            </w:pPr>
            <w:r w:rsidRPr="00EB75F0">
              <w:rPr>
                <w:color w:val="000000"/>
                <w:sz w:val="14"/>
              </w:rPr>
              <w:t>Dose-ranging and placebo-controlled</w:t>
            </w:r>
          </w:p>
        </w:tc>
        <w:tc>
          <w:tcPr>
            <w:tcW w:w="0" w:type="auto"/>
            <w:tcBorders>
              <w:top w:val="single" w:sz="4" w:space="0" w:color="000000"/>
              <w:left w:val="single" w:sz="4" w:space="0" w:color="000000"/>
              <w:bottom w:val="single" w:sz="4" w:space="0" w:color="000000"/>
              <w:right w:val="single" w:sz="4" w:space="0" w:color="000000"/>
            </w:tcBorders>
          </w:tcPr>
          <w:p w14:paraId="2AFBF784" w14:textId="77777777" w:rsidR="009446D0" w:rsidRPr="00EB75F0" w:rsidRDefault="0084596B">
            <w:pPr>
              <w:spacing w:before="60" w:after="60" w:line="240" w:lineRule="auto"/>
              <w:rPr>
                <w:sz w:val="14"/>
              </w:rPr>
            </w:pPr>
            <w:r w:rsidRPr="00EB75F0">
              <w:rPr>
                <w:color w:val="000000"/>
                <w:sz w:val="14"/>
              </w:rPr>
              <w:t>665</w:t>
            </w:r>
          </w:p>
        </w:tc>
        <w:tc>
          <w:tcPr>
            <w:tcW w:w="0" w:type="auto"/>
            <w:tcBorders>
              <w:top w:val="single" w:sz="4" w:space="0" w:color="000000"/>
              <w:left w:val="single" w:sz="4" w:space="0" w:color="000000"/>
              <w:bottom w:val="single" w:sz="4" w:space="0" w:color="000000"/>
              <w:right w:val="single" w:sz="4" w:space="0" w:color="000000"/>
            </w:tcBorders>
          </w:tcPr>
          <w:p w14:paraId="1F533EE7" w14:textId="77777777" w:rsidR="009446D0" w:rsidRPr="00EB75F0" w:rsidRDefault="0084596B">
            <w:pPr>
              <w:spacing w:before="60" w:after="60" w:line="240" w:lineRule="auto"/>
              <w:rPr>
                <w:sz w:val="14"/>
              </w:rPr>
            </w:pPr>
            <w:r w:rsidRPr="00EB75F0">
              <w:rPr>
                <w:color w:val="000000"/>
                <w:sz w:val="14"/>
              </w:rPr>
              <w:t>588</w:t>
            </w:r>
          </w:p>
        </w:tc>
        <w:tc>
          <w:tcPr>
            <w:tcW w:w="0" w:type="auto"/>
            <w:tcBorders>
              <w:top w:val="single" w:sz="4" w:space="0" w:color="000000"/>
              <w:left w:val="single" w:sz="4" w:space="0" w:color="000000"/>
              <w:bottom w:val="single" w:sz="4" w:space="0" w:color="000000"/>
              <w:right w:val="single" w:sz="4" w:space="0" w:color="000000"/>
            </w:tcBorders>
          </w:tcPr>
          <w:p w14:paraId="57A0D405"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4FF2B52F"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2D1D9F19"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64A5D271"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4E27EF8D" w14:textId="7E0B2D6B" w:rsidR="009446D0" w:rsidRPr="00EB75F0" w:rsidRDefault="0084596B">
            <w:pPr>
              <w:spacing w:before="60" w:after="60" w:line="240" w:lineRule="auto"/>
              <w:rPr>
                <w:sz w:val="14"/>
              </w:rPr>
            </w:pPr>
            <w:r w:rsidRPr="00EB75F0">
              <w:rPr>
                <w:color w:val="1E1E1E"/>
                <w:sz w:val="14"/>
              </w:rPr>
              <w:t>Nair 1998</w:t>
            </w:r>
            <w:r w:rsidR="0031308D" w:rsidRPr="00EB75F0">
              <w:fldChar w:fldCharType="begin"/>
            </w:r>
            <w:r w:rsidR="00452EF4">
              <w:instrText xml:space="preserve"> ADDIN EN.CITE &lt;EndNote&gt;&lt;Cite&gt;&lt;Author&gt;Nair&lt;/Author&gt;&lt;Year&gt;1998&lt;/Year&gt;&lt;RecNum&gt;82&lt;/RecNum&gt;&lt;DisplayText&gt;&lt;style face="superscript"&gt;85&lt;/style&gt;&lt;/DisplayText&gt;&lt;record&gt;&lt;rec-number&gt;82&lt;/rec-number&gt;&lt;foreign-keys&gt;&lt;key app="EN" db-id="9ttaxzax2p0tr7ewzt55atews50zvxaaa5rz" timestamp="1764068843"&gt;82&lt;/key&gt;&lt;/foreign-keys&gt;&lt;ref-type name="Journal Article"&gt;17&lt;/ref-type&gt;&lt;contributors&gt;&lt;authors&gt;&lt;author&gt;Nair, NPV&lt;/author&gt;&lt;/authors&gt;&lt;/contributors&gt;&lt;titles&gt;&lt;title&gt;Therapeutic equivalence of risperidone given once daily and twice daily in patients with schizophrenia&lt;/title&gt;&lt;secondary-title&gt;Journal of clinical psychopharmacology&lt;/secondary-title&gt;&lt;/titles&gt;&lt;periodical&gt;&lt;full-title&gt;Journal of clinical psychopharmacology&lt;/full-title&gt;&lt;/periodical&gt;&lt;pages&gt;103-110&lt;/pages&gt;&lt;volume&gt;18&lt;/volume&gt;&lt;number&gt;2&lt;/number&gt;&lt;dates&gt;&lt;year&gt;1998&lt;/year&gt;&lt;/dates&gt;&lt;isbn&gt;0271-0749&lt;/isbn&gt;&lt;urls&gt;&lt;/urls&gt;&lt;/record&gt;&lt;/Cite&gt;&lt;/EndNote&gt;</w:instrText>
            </w:r>
            <w:r w:rsidR="0031308D" w:rsidRPr="00EB75F0">
              <w:fldChar w:fldCharType="separate"/>
            </w:r>
            <w:r w:rsidR="00452EF4" w:rsidRPr="00452EF4">
              <w:rPr>
                <w:noProof/>
                <w:vertAlign w:val="superscript"/>
              </w:rPr>
              <w:t>85</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6D1DC6B7" w14:textId="77777777" w:rsidR="009446D0" w:rsidRPr="00EB75F0" w:rsidRDefault="0084596B">
            <w:pPr>
              <w:spacing w:before="60" w:after="60" w:line="240" w:lineRule="auto"/>
              <w:rPr>
                <w:sz w:val="14"/>
              </w:rPr>
            </w:pPr>
            <w:r w:rsidRPr="00EB75F0">
              <w:rPr>
                <w:color w:val="000000"/>
                <w:sz w:val="14"/>
              </w:rPr>
              <w:t>1998</w:t>
            </w:r>
          </w:p>
        </w:tc>
        <w:tc>
          <w:tcPr>
            <w:tcW w:w="0" w:type="auto"/>
            <w:tcBorders>
              <w:top w:val="single" w:sz="4" w:space="0" w:color="000000"/>
              <w:left w:val="single" w:sz="4" w:space="0" w:color="000000"/>
              <w:bottom w:val="single" w:sz="4" w:space="0" w:color="000000"/>
              <w:right w:val="single" w:sz="4" w:space="0" w:color="000000"/>
            </w:tcBorders>
          </w:tcPr>
          <w:p w14:paraId="2A5D5A29"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A589E26"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4B80E0B"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3FF8799"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2D01DCFD"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3B8798AC"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5BF8D241"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3A6E44C" w14:textId="77777777" w:rsidR="009446D0" w:rsidRPr="00EB75F0" w:rsidRDefault="0084596B">
            <w:pPr>
              <w:spacing w:before="60" w:after="60" w:line="240" w:lineRule="auto"/>
              <w:rPr>
                <w:sz w:val="14"/>
              </w:rPr>
            </w:pPr>
            <w:r w:rsidRPr="00EB75F0">
              <w:rPr>
                <w:color w:val="000000"/>
                <w:sz w:val="14"/>
              </w:rPr>
              <w:t>Dose-ranging only</w:t>
            </w:r>
          </w:p>
        </w:tc>
        <w:tc>
          <w:tcPr>
            <w:tcW w:w="0" w:type="auto"/>
            <w:tcBorders>
              <w:top w:val="single" w:sz="4" w:space="0" w:color="000000"/>
              <w:left w:val="single" w:sz="4" w:space="0" w:color="000000"/>
              <w:bottom w:val="single" w:sz="4" w:space="0" w:color="000000"/>
              <w:right w:val="single" w:sz="4" w:space="0" w:color="000000"/>
            </w:tcBorders>
          </w:tcPr>
          <w:p w14:paraId="64912BE5"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304DECCC" w14:textId="77777777" w:rsidR="009446D0" w:rsidRPr="00EB75F0" w:rsidRDefault="0084596B">
            <w:pPr>
              <w:spacing w:before="60" w:after="60" w:line="240" w:lineRule="auto"/>
              <w:rPr>
                <w:sz w:val="14"/>
              </w:rPr>
            </w:pPr>
            <w:r w:rsidRPr="00EB75F0">
              <w:rPr>
                <w:color w:val="000000"/>
                <w:sz w:val="14"/>
              </w:rPr>
              <w:t>211</w:t>
            </w:r>
          </w:p>
        </w:tc>
        <w:tc>
          <w:tcPr>
            <w:tcW w:w="0" w:type="auto"/>
            <w:tcBorders>
              <w:top w:val="single" w:sz="4" w:space="0" w:color="000000"/>
              <w:left w:val="single" w:sz="4" w:space="0" w:color="000000"/>
              <w:bottom w:val="single" w:sz="4" w:space="0" w:color="000000"/>
              <w:right w:val="single" w:sz="4" w:space="0" w:color="000000"/>
            </w:tcBorders>
          </w:tcPr>
          <w:p w14:paraId="38822A92"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74A8026B"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6C71CBD6"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4E29FCC4"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48872313" w14:textId="2C1B9695" w:rsidR="009446D0" w:rsidRPr="00EB75F0" w:rsidRDefault="0084596B">
            <w:pPr>
              <w:spacing w:before="60" w:after="60" w:line="240" w:lineRule="auto"/>
              <w:rPr>
                <w:sz w:val="14"/>
              </w:rPr>
            </w:pPr>
            <w:r w:rsidRPr="00EB75F0">
              <w:rPr>
                <w:color w:val="1E1E1E"/>
                <w:sz w:val="14"/>
              </w:rPr>
              <w:t>Yang 2010</w:t>
            </w:r>
            <w:r w:rsidR="0031308D" w:rsidRPr="00EB75F0">
              <w:fldChar w:fldCharType="begin"/>
            </w:r>
            <w:r w:rsidR="00452EF4">
              <w:instrText xml:space="preserve"> ADDIN EN.CITE &lt;EndNote&gt;&lt;Cite&gt;&lt;Author&gt;Yang&lt;/Author&gt;&lt;Year&gt;2010&lt;/Year&gt;&lt;RecNum&gt;15&lt;/RecNum&gt;&lt;DisplayText&gt;&lt;style face="superscript"&gt;18&lt;/style&gt;&lt;/DisplayText&gt;&lt;record&gt;&lt;rec-number&gt;15&lt;/rec-number&gt;&lt;foreign-keys&gt;&lt;key app="EN" db-id="9ttaxzax2p0tr7ewzt55atews50zvxaaa5rz" timestamp="1764068826"&gt;15&lt;/key&gt;&lt;/foreign-keys&gt;&lt;ref-type name="Journal Article"&gt;17&lt;/ref-type&gt;&lt;contributors&gt;&lt;authors&gt;&lt;author&gt;Yang, Jaewon&lt;/author&gt;&lt;author&gt;Bahk, Won-Myong&lt;/author&gt;&lt;author&gt;Cho, Hyun-Sang&lt;/author&gt;&lt;author&gt;Jeon, Yang-Whan&lt;/author&gt;&lt;author&gt;Jon, Duk-In&lt;/author&gt;&lt;author&gt;Jung, Hee-Yeon&lt;/author&gt;&lt;author&gt;Kim, Chan-Hyung&lt;/author&gt;&lt;author&gt;Kim, Hee-Cheol&lt;/author&gt;&lt;author&gt;Kim, Yong-Ku&lt;/author&gt;&lt;author&gt;Kim, Young-Hoon&lt;/author&gt;&lt;/authors&gt;&lt;/contributors&gt;&lt;titles&gt;&lt;title&gt;Efficacy and tolerability of Blonanserin in the patients with schizophrenia: a randomized, double-blind, risperidone-compared trial&lt;/title&gt;&lt;secondary-title&gt;Clinical neuropharmacology&lt;/secondary-title&gt;&lt;/titles&gt;&lt;periodical&gt;&lt;full-title&gt;Clinical neuropharmacology&lt;/full-title&gt;&lt;/periodical&gt;&lt;pages&gt;169-175&lt;/pages&gt;&lt;volume&gt;33&lt;/volume&gt;&lt;number&gt;4&lt;/number&gt;&lt;dates&gt;&lt;year&gt;2010&lt;/year&gt;&lt;/dates&gt;&lt;isbn&gt;0362-5664&lt;/isbn&gt;&lt;urls&gt;&lt;/urls&gt;&lt;/record&gt;&lt;/Cite&gt;&lt;/EndNote&gt;</w:instrText>
            </w:r>
            <w:r w:rsidR="0031308D" w:rsidRPr="00EB75F0">
              <w:fldChar w:fldCharType="separate"/>
            </w:r>
            <w:r w:rsidR="00452EF4" w:rsidRPr="00452EF4">
              <w:rPr>
                <w:noProof/>
                <w:vertAlign w:val="superscript"/>
              </w:rPr>
              <w:t>18</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03596A92" w14:textId="77777777" w:rsidR="009446D0" w:rsidRPr="00EB75F0" w:rsidRDefault="0084596B">
            <w:pPr>
              <w:spacing w:before="60" w:after="60" w:line="240" w:lineRule="auto"/>
              <w:rPr>
                <w:sz w:val="14"/>
              </w:rPr>
            </w:pPr>
            <w:r w:rsidRPr="00EB75F0">
              <w:rPr>
                <w:color w:val="000000"/>
                <w:sz w:val="14"/>
              </w:rPr>
              <w:t>2010</w:t>
            </w:r>
          </w:p>
        </w:tc>
        <w:tc>
          <w:tcPr>
            <w:tcW w:w="0" w:type="auto"/>
            <w:tcBorders>
              <w:top w:val="single" w:sz="4" w:space="0" w:color="000000"/>
              <w:left w:val="single" w:sz="4" w:space="0" w:color="000000"/>
              <w:bottom w:val="single" w:sz="4" w:space="0" w:color="000000"/>
              <w:right w:val="single" w:sz="4" w:space="0" w:color="000000"/>
            </w:tcBorders>
          </w:tcPr>
          <w:p w14:paraId="185A0E47"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1E265DA"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56A2E8A"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58855E1"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5A534206"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4718BD3E"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1B20BDEE"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52231519"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26ED3E6B" w14:textId="77777777" w:rsidR="009446D0" w:rsidRPr="00EB75F0" w:rsidRDefault="0084596B">
            <w:pPr>
              <w:spacing w:before="60" w:after="60" w:line="240" w:lineRule="auto"/>
              <w:rPr>
                <w:sz w:val="14"/>
              </w:rPr>
            </w:pPr>
            <w:r w:rsidRPr="00EB75F0">
              <w:rPr>
                <w:color w:val="000000"/>
                <w:sz w:val="14"/>
              </w:rPr>
              <w:t>212</w:t>
            </w:r>
          </w:p>
        </w:tc>
        <w:tc>
          <w:tcPr>
            <w:tcW w:w="0" w:type="auto"/>
            <w:tcBorders>
              <w:top w:val="single" w:sz="4" w:space="0" w:color="000000"/>
              <w:left w:val="single" w:sz="4" w:space="0" w:color="000000"/>
              <w:bottom w:val="single" w:sz="4" w:space="0" w:color="000000"/>
              <w:right w:val="single" w:sz="4" w:space="0" w:color="000000"/>
            </w:tcBorders>
          </w:tcPr>
          <w:p w14:paraId="76805CA5" w14:textId="77777777" w:rsidR="009446D0" w:rsidRPr="00EB75F0" w:rsidRDefault="0084596B">
            <w:pPr>
              <w:spacing w:before="60" w:after="60" w:line="240" w:lineRule="auto"/>
              <w:rPr>
                <w:sz w:val="14"/>
              </w:rPr>
            </w:pPr>
            <w:r w:rsidRPr="00EB75F0">
              <w:rPr>
                <w:color w:val="000000"/>
                <w:sz w:val="14"/>
              </w:rPr>
              <w:t>206</w:t>
            </w:r>
          </w:p>
        </w:tc>
        <w:tc>
          <w:tcPr>
            <w:tcW w:w="0" w:type="auto"/>
            <w:tcBorders>
              <w:top w:val="single" w:sz="4" w:space="0" w:color="000000"/>
              <w:left w:val="single" w:sz="4" w:space="0" w:color="000000"/>
              <w:bottom w:val="single" w:sz="4" w:space="0" w:color="000000"/>
              <w:right w:val="single" w:sz="4" w:space="0" w:color="000000"/>
            </w:tcBorders>
          </w:tcPr>
          <w:p w14:paraId="356F149D"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01768974"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3B83E661"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393A5F5E"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3BD2D53A" w14:textId="409C6E4D" w:rsidR="009446D0" w:rsidRPr="00EB75F0" w:rsidRDefault="0084596B">
            <w:pPr>
              <w:spacing w:before="60" w:after="60" w:line="240" w:lineRule="auto"/>
              <w:rPr>
                <w:sz w:val="14"/>
              </w:rPr>
            </w:pPr>
            <w:r w:rsidRPr="00EB75F0">
              <w:rPr>
                <w:color w:val="1E1E1E"/>
                <w:sz w:val="14"/>
              </w:rPr>
              <w:t>Hwang 2003</w:t>
            </w:r>
            <w:r w:rsidR="0031308D" w:rsidRPr="00EB75F0">
              <w:fldChar w:fldCharType="begin"/>
            </w:r>
            <w:r w:rsidR="00452EF4">
              <w:instrText xml:space="preserve"> ADDIN EN.CITE &lt;EndNote&gt;&lt;Cite&gt;&lt;Author&gt;Hwang&lt;/Author&gt;&lt;Year&gt;2003&lt;/Year&gt;&lt;RecNum&gt;83&lt;/RecNum&gt;&lt;DisplayText&gt;&lt;style face="superscript"&gt;86&lt;/style&gt;&lt;/DisplayText&gt;&lt;record&gt;&lt;rec-number&gt;83&lt;/rec-number&gt;&lt;foreign-keys&gt;&lt;key app="EN" db-id="9ttaxzax2p0tr7ewzt55atews50zvxaaa5rz" timestamp="1764068843"&gt;83&lt;/key&gt;&lt;/foreign-keys&gt;&lt;ref-type name="Journal Article"&gt;17&lt;/ref-type&gt;&lt;contributors&gt;&lt;authors&gt;&lt;author&gt;Hwang, Tzung J&lt;/author&gt;&lt;author&gt;Lee, Shin-Min&lt;/author&gt;&lt;author&gt;Sun, Hsiao-Ju&lt;/author&gt;&lt;author&gt;Lin, Hsin-Nan&lt;/author&gt;&lt;author&gt;Tsai, Shih-Jen&lt;/author&gt;&lt;author&gt;Lee, Ying-Chiao&lt;/author&gt;&lt;author&gt;Chen, Ying-Sheue&lt;/author&gt;&lt;/authors&gt;&lt;/contributors&gt;&lt;titles&gt;&lt;title&gt;Amisulpride versus risperidone in the treatment of schizophrenic patients: a double-blind pilot study in Taiwan&lt;/title&gt;&lt;secondary-title&gt;Journal of the Formosan Medical Association&lt;/secondary-title&gt;&lt;/titles&gt;&lt;periodical&gt;&lt;full-title&gt;Journal of the Formosan Medical Association&lt;/full-title&gt;&lt;/periodical&gt;&lt;pages&gt;30-36&lt;/pages&gt;&lt;volume&gt;102&lt;/volume&gt;&lt;number&gt;1&lt;/number&gt;&lt;dates&gt;&lt;year&gt;2003&lt;/year&gt;&lt;/dates&gt;&lt;isbn&gt;0929-6646&lt;/isbn&gt;&lt;urls&gt;&lt;/urls&gt;&lt;/record&gt;&lt;/Cite&gt;&lt;/EndNote&gt;</w:instrText>
            </w:r>
            <w:r w:rsidR="0031308D" w:rsidRPr="00EB75F0">
              <w:fldChar w:fldCharType="separate"/>
            </w:r>
            <w:r w:rsidR="00452EF4" w:rsidRPr="00452EF4">
              <w:rPr>
                <w:noProof/>
                <w:vertAlign w:val="superscript"/>
              </w:rPr>
              <w:t>86</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224AECBC" w14:textId="77777777" w:rsidR="009446D0" w:rsidRPr="00EB75F0" w:rsidRDefault="0084596B">
            <w:pPr>
              <w:spacing w:before="60" w:after="60" w:line="240" w:lineRule="auto"/>
              <w:rPr>
                <w:sz w:val="14"/>
              </w:rPr>
            </w:pPr>
            <w:r w:rsidRPr="00EB75F0">
              <w:rPr>
                <w:color w:val="000000"/>
                <w:sz w:val="14"/>
              </w:rPr>
              <w:t>2003</w:t>
            </w:r>
          </w:p>
        </w:tc>
        <w:tc>
          <w:tcPr>
            <w:tcW w:w="0" w:type="auto"/>
            <w:tcBorders>
              <w:top w:val="single" w:sz="4" w:space="0" w:color="000000"/>
              <w:left w:val="single" w:sz="4" w:space="0" w:color="000000"/>
              <w:bottom w:val="single" w:sz="4" w:space="0" w:color="000000"/>
              <w:right w:val="single" w:sz="4" w:space="0" w:color="000000"/>
            </w:tcBorders>
          </w:tcPr>
          <w:p w14:paraId="2F68B9E5"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FB0589C"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B445163"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56F2E7FA"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3FBA57AF"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6AC2A3B2"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480EDCAC"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D3499BB"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65FAA6AC" w14:textId="77777777" w:rsidR="009446D0" w:rsidRPr="00EB75F0" w:rsidRDefault="0084596B">
            <w:pPr>
              <w:spacing w:before="60" w:after="60" w:line="240" w:lineRule="auto"/>
              <w:rPr>
                <w:sz w:val="14"/>
              </w:rPr>
            </w:pPr>
            <w:r w:rsidRPr="00EB75F0">
              <w:rPr>
                <w:color w:val="000000"/>
                <w:sz w:val="14"/>
              </w:rPr>
              <w:t>48</w:t>
            </w:r>
          </w:p>
        </w:tc>
        <w:tc>
          <w:tcPr>
            <w:tcW w:w="0" w:type="auto"/>
            <w:tcBorders>
              <w:top w:val="single" w:sz="4" w:space="0" w:color="000000"/>
              <w:left w:val="single" w:sz="4" w:space="0" w:color="000000"/>
              <w:bottom w:val="single" w:sz="4" w:space="0" w:color="000000"/>
              <w:right w:val="single" w:sz="4" w:space="0" w:color="000000"/>
            </w:tcBorders>
          </w:tcPr>
          <w:p w14:paraId="5BD90B8B" w14:textId="77777777" w:rsidR="009446D0" w:rsidRPr="00EB75F0" w:rsidRDefault="0084596B">
            <w:pPr>
              <w:spacing w:before="60" w:after="60" w:line="240" w:lineRule="auto"/>
              <w:rPr>
                <w:sz w:val="14"/>
              </w:rPr>
            </w:pPr>
            <w:r w:rsidRPr="00EB75F0">
              <w:rPr>
                <w:color w:val="000000"/>
                <w:sz w:val="14"/>
              </w:rPr>
              <w:t>48</w:t>
            </w:r>
          </w:p>
        </w:tc>
        <w:tc>
          <w:tcPr>
            <w:tcW w:w="0" w:type="auto"/>
            <w:tcBorders>
              <w:top w:val="single" w:sz="4" w:space="0" w:color="000000"/>
              <w:left w:val="single" w:sz="4" w:space="0" w:color="000000"/>
              <w:bottom w:val="single" w:sz="4" w:space="0" w:color="000000"/>
              <w:right w:val="single" w:sz="4" w:space="0" w:color="000000"/>
            </w:tcBorders>
          </w:tcPr>
          <w:p w14:paraId="309CC563"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094D4467"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7445EA4C"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46E76BB4"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F69796F" w14:textId="688604D4" w:rsidR="009446D0" w:rsidRPr="00EB75F0" w:rsidRDefault="0084596B">
            <w:pPr>
              <w:spacing w:before="60" w:after="60" w:line="240" w:lineRule="auto"/>
              <w:rPr>
                <w:sz w:val="14"/>
              </w:rPr>
            </w:pPr>
            <w:r w:rsidRPr="00EB75F0">
              <w:rPr>
                <w:color w:val="1E1E1E"/>
                <w:sz w:val="14"/>
              </w:rPr>
              <w:t>Yang 2021</w:t>
            </w:r>
            <w:r w:rsidR="0031308D" w:rsidRPr="00EB75F0">
              <w:fldChar w:fldCharType="begin"/>
            </w:r>
            <w:r w:rsidR="00452EF4">
              <w:instrText xml:space="preserve"> ADDIN EN.CITE &lt;EndNote&gt;&lt;Cite&gt;&lt;Author&gt;Yang&lt;/Author&gt;&lt;Year&gt;2021&lt;/Year&gt;&lt;RecNum&gt;84&lt;/RecNum&gt;&lt;DisplayText&gt;&lt;style face="superscript"&gt;87&lt;/style&gt;&lt;/DisplayText&gt;&lt;record&gt;&lt;rec-number&gt;84&lt;/rec-number&gt;&lt;foreign-keys&gt;&lt;key app="EN" db-id="9ttaxzax2p0tr7ewzt55atews50zvxaaa5rz" timestamp="1764068843"&gt;84&lt;/key&gt;&lt;/foreign-keys&gt;&lt;ref-type name="Journal Article"&gt;17&lt;/ref-type&gt;&lt;contributors&gt;&lt;authors&gt;&lt;author&gt;Yang, Lujie&lt;/author&gt;&lt;author&gt;Qi, Xia&lt;/author&gt;&lt;/authors&gt;&lt;/contributors&gt;&lt;titles&gt;&lt;title&gt;Effect of olanzapine combined with risperidone in the treatment of schizophrenia and its influence on cognitive function&lt;/title&gt;&lt;secondary-title&gt;Pakistan Journal of Medical Sciences&lt;/secondary-title&gt;&lt;/titles&gt;&lt;periodical&gt;&lt;full-title&gt;Pakistan journal of medical sciences&lt;/full-title&gt;&lt;/periodical&gt;&lt;pages&gt;646&lt;/pages&gt;&lt;volume&gt;37&lt;/volume&gt;&lt;number&gt;3&lt;/number&gt;&lt;dates&gt;&lt;year&gt;2021&lt;/year&gt;&lt;/dates&gt;&lt;urls&gt;&lt;/urls&gt;&lt;/record&gt;&lt;/Cite&gt;&lt;/EndNote&gt;</w:instrText>
            </w:r>
            <w:r w:rsidR="0031308D" w:rsidRPr="00EB75F0">
              <w:fldChar w:fldCharType="separate"/>
            </w:r>
            <w:r w:rsidR="00452EF4" w:rsidRPr="00452EF4">
              <w:rPr>
                <w:noProof/>
                <w:vertAlign w:val="superscript"/>
              </w:rPr>
              <w:t>87</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C645A75" w14:textId="77777777" w:rsidR="009446D0" w:rsidRPr="00EB75F0" w:rsidRDefault="0084596B">
            <w:pPr>
              <w:spacing w:before="60" w:after="60" w:line="240" w:lineRule="auto"/>
              <w:rPr>
                <w:sz w:val="14"/>
              </w:rPr>
            </w:pPr>
            <w:r w:rsidRPr="00EB75F0">
              <w:rPr>
                <w:color w:val="000000"/>
                <w:sz w:val="14"/>
              </w:rPr>
              <w:t>2021</w:t>
            </w:r>
          </w:p>
        </w:tc>
        <w:tc>
          <w:tcPr>
            <w:tcW w:w="0" w:type="auto"/>
            <w:tcBorders>
              <w:top w:val="single" w:sz="4" w:space="0" w:color="000000"/>
              <w:left w:val="single" w:sz="4" w:space="0" w:color="000000"/>
              <w:bottom w:val="single" w:sz="4" w:space="0" w:color="000000"/>
              <w:right w:val="single" w:sz="4" w:space="0" w:color="000000"/>
            </w:tcBorders>
          </w:tcPr>
          <w:p w14:paraId="10EF311E"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433C13FB"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2D753FB"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49BDAF2E"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0CF6603D"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62D6C68B"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648BC026"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60576318"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13818223"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6A6A3A33" w14:textId="77777777" w:rsidR="009446D0" w:rsidRPr="00EB75F0" w:rsidRDefault="0084596B">
            <w:pPr>
              <w:spacing w:before="60" w:after="60" w:line="240" w:lineRule="auto"/>
              <w:rPr>
                <w:sz w:val="14"/>
              </w:rPr>
            </w:pPr>
            <w:r w:rsidRPr="00EB75F0">
              <w:rPr>
                <w:color w:val="000000"/>
                <w:sz w:val="14"/>
              </w:rPr>
              <w:t>98</w:t>
            </w:r>
          </w:p>
        </w:tc>
        <w:tc>
          <w:tcPr>
            <w:tcW w:w="0" w:type="auto"/>
            <w:tcBorders>
              <w:top w:val="single" w:sz="4" w:space="0" w:color="000000"/>
              <w:left w:val="single" w:sz="4" w:space="0" w:color="000000"/>
              <w:bottom w:val="single" w:sz="4" w:space="0" w:color="000000"/>
              <w:right w:val="single" w:sz="4" w:space="0" w:color="000000"/>
            </w:tcBorders>
          </w:tcPr>
          <w:p w14:paraId="0847AD4B"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40CFC5E7"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DE7F679"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7780F16B"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371BBA06" w14:textId="230C966F" w:rsidR="009446D0" w:rsidRPr="00EB75F0" w:rsidRDefault="0084596B">
            <w:pPr>
              <w:spacing w:before="60" w:after="60" w:line="240" w:lineRule="auto"/>
              <w:rPr>
                <w:sz w:val="14"/>
              </w:rPr>
            </w:pPr>
            <w:r w:rsidRPr="00EB75F0">
              <w:rPr>
                <w:color w:val="1E1E1E"/>
                <w:sz w:val="14"/>
              </w:rPr>
              <w:t>Zhang 2021</w:t>
            </w:r>
            <w:r w:rsidR="0031308D" w:rsidRPr="00EB75F0">
              <w:fldChar w:fldCharType="begin"/>
            </w:r>
            <w:r w:rsidR="00073331">
              <w:instrText xml:space="preserve"> ADDIN EN.CITE &lt;EndNote&gt;&lt;Cite&gt;&lt;Author&gt;Zhang&lt;/Author&gt;&lt;Year&gt;2021&lt;/Year&gt;&lt;RecNum&gt;5&lt;/RecNum&gt;&lt;DisplayText&gt;&lt;style face="superscript"&gt;5&lt;/style&gt;&lt;/DisplayText&gt;&lt;record&gt;&lt;rec-number&gt;5&lt;/rec-number&gt;&lt;foreign-keys&gt;&lt;key app="EN" db-id="9ttaxzax2p0tr7ewzt55atews50zvxaaa5rz" timestamp="1764068824"&gt;5&lt;/key&gt;&lt;/foreign-keys&gt;&lt;ref-type name="Journal Article"&gt;17&lt;/ref-type&gt;&lt;contributors&gt;&lt;authors&gt;&lt;author&gt;Zhang, Yan&lt;/author&gt;&lt;author&gt;Shi, Han&lt;/author&gt;&lt;author&gt;Yang, Ge&lt;/author&gt;&lt;author&gt;Yang, Yongfeng&lt;/author&gt;&lt;author&gt;Li, Wenqiang&lt;/author&gt;&lt;author&gt;Song, Meng&lt;/author&gt;&lt;author&gt;Shao, Minglong&lt;/author&gt;&lt;author&gt;Su, Xi&lt;/author&gt;&lt;author&gt;Lv, Luxian&lt;/author&gt;&lt;/authors&gt;&lt;/contributors&gt;&lt;titles&gt;&lt;title&gt;Associations between expression of indoleamine 2, 3-dioxygenase enzyme and inflammatory cytokines in patients with first-episode drug-naive Schizophrenia&lt;/title&gt;&lt;secondary-title&gt;Translational Psychiatry&lt;/secondary-title&gt;&lt;/titles&gt;&lt;periodical&gt;&lt;full-title&gt;Translational Psychiatry&lt;/full-title&gt;&lt;/periodical&gt;&lt;pages&gt;595&lt;/pages&gt;&lt;volume&gt;11&lt;/volume&gt;&lt;number&gt;1&lt;/number&gt;&lt;dates&gt;&lt;year&gt;2021&lt;/year&gt;&lt;/dates&gt;&lt;isbn&gt;2158-3188&lt;/isbn&gt;&lt;urls&gt;&lt;/urls&gt;&lt;/record&gt;&lt;/Cite&gt;&lt;/EndNote&gt;</w:instrText>
            </w:r>
            <w:r w:rsidR="0031308D" w:rsidRPr="00EB75F0">
              <w:fldChar w:fldCharType="separate"/>
            </w:r>
            <w:r w:rsidR="008D3092" w:rsidRPr="008D3092">
              <w:rPr>
                <w:noProof/>
                <w:vertAlign w:val="superscript"/>
              </w:rPr>
              <w:t>5</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3DBC45A8" w14:textId="77777777" w:rsidR="009446D0" w:rsidRPr="00EB75F0" w:rsidRDefault="0084596B">
            <w:pPr>
              <w:spacing w:before="60" w:after="60" w:line="240" w:lineRule="auto"/>
              <w:rPr>
                <w:sz w:val="14"/>
              </w:rPr>
            </w:pPr>
            <w:r w:rsidRPr="00EB75F0">
              <w:rPr>
                <w:color w:val="000000"/>
                <w:sz w:val="14"/>
              </w:rPr>
              <w:t>2021</w:t>
            </w:r>
          </w:p>
        </w:tc>
        <w:tc>
          <w:tcPr>
            <w:tcW w:w="0" w:type="auto"/>
            <w:tcBorders>
              <w:top w:val="single" w:sz="4" w:space="0" w:color="000000"/>
              <w:left w:val="single" w:sz="4" w:space="0" w:color="000000"/>
              <w:bottom w:val="single" w:sz="4" w:space="0" w:color="000000"/>
              <w:right w:val="single" w:sz="4" w:space="0" w:color="000000"/>
            </w:tcBorders>
          </w:tcPr>
          <w:p w14:paraId="7AC910D3"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0E9763D8"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60DE0C3D"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418877E5"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2B6C7013"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7A14413F"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7617FE80" w14:textId="77777777" w:rsidR="009446D0" w:rsidRPr="00EB75F0" w:rsidRDefault="0084596B">
            <w:pPr>
              <w:spacing w:before="60" w:after="60" w:line="240" w:lineRule="auto"/>
              <w:rPr>
                <w:sz w:val="14"/>
              </w:rPr>
            </w:pPr>
            <w:r w:rsidRPr="00EB75F0">
              <w:rPr>
                <w:color w:val="000000"/>
                <w:sz w:val="14"/>
              </w:rPr>
              <w:t>First episode</w:t>
            </w:r>
          </w:p>
        </w:tc>
        <w:tc>
          <w:tcPr>
            <w:tcW w:w="0" w:type="auto"/>
            <w:tcBorders>
              <w:top w:val="single" w:sz="4" w:space="0" w:color="000000"/>
              <w:left w:val="single" w:sz="4" w:space="0" w:color="000000"/>
              <w:bottom w:val="single" w:sz="4" w:space="0" w:color="000000"/>
              <w:right w:val="single" w:sz="4" w:space="0" w:color="000000"/>
            </w:tcBorders>
          </w:tcPr>
          <w:p w14:paraId="118B7501"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2E146E9F" w14:textId="77777777" w:rsidR="009446D0" w:rsidRPr="00EB75F0" w:rsidRDefault="0084596B">
            <w:pPr>
              <w:spacing w:before="60" w:after="60" w:line="240" w:lineRule="auto"/>
              <w:rPr>
                <w:sz w:val="14"/>
              </w:rPr>
            </w:pPr>
            <w:r w:rsidRPr="00EB75F0">
              <w:rPr>
                <w:color w:val="000000"/>
                <w:sz w:val="14"/>
              </w:rPr>
              <w:t>113</w:t>
            </w:r>
          </w:p>
        </w:tc>
        <w:tc>
          <w:tcPr>
            <w:tcW w:w="0" w:type="auto"/>
            <w:tcBorders>
              <w:top w:val="single" w:sz="4" w:space="0" w:color="000000"/>
              <w:left w:val="single" w:sz="4" w:space="0" w:color="000000"/>
              <w:bottom w:val="single" w:sz="4" w:space="0" w:color="000000"/>
              <w:right w:val="single" w:sz="4" w:space="0" w:color="000000"/>
            </w:tcBorders>
          </w:tcPr>
          <w:p w14:paraId="60E499A2" w14:textId="77777777" w:rsidR="009446D0" w:rsidRPr="00EB75F0" w:rsidRDefault="0084596B">
            <w:pPr>
              <w:spacing w:before="60" w:after="60" w:line="240" w:lineRule="auto"/>
              <w:rPr>
                <w:sz w:val="14"/>
              </w:rPr>
            </w:pPr>
            <w:r w:rsidRPr="00EB75F0">
              <w:rPr>
                <w:color w:val="000000"/>
                <w:sz w:val="14"/>
              </w:rPr>
              <w:t>100</w:t>
            </w:r>
          </w:p>
        </w:tc>
        <w:tc>
          <w:tcPr>
            <w:tcW w:w="0" w:type="auto"/>
            <w:tcBorders>
              <w:top w:val="single" w:sz="4" w:space="0" w:color="000000"/>
              <w:left w:val="single" w:sz="4" w:space="0" w:color="000000"/>
              <w:bottom w:val="single" w:sz="4" w:space="0" w:color="000000"/>
              <w:right w:val="single" w:sz="4" w:space="0" w:color="000000"/>
            </w:tcBorders>
          </w:tcPr>
          <w:p w14:paraId="3CE6CDD1"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7D72AF54" w14:textId="77777777" w:rsidR="009446D0" w:rsidRPr="00EB75F0" w:rsidRDefault="0084596B">
            <w:pPr>
              <w:spacing w:before="60" w:after="60" w:line="240" w:lineRule="auto"/>
              <w:rPr>
                <w:sz w:val="14"/>
              </w:rPr>
            </w:pPr>
            <w:r w:rsidRPr="00EB75F0">
              <w:rPr>
                <w:color w:val="000000"/>
                <w:sz w:val="14"/>
              </w:rPr>
              <w:t>16-55</w:t>
            </w:r>
          </w:p>
        </w:tc>
        <w:tc>
          <w:tcPr>
            <w:tcW w:w="0" w:type="auto"/>
            <w:tcBorders>
              <w:top w:val="single" w:sz="4" w:space="0" w:color="000000"/>
              <w:left w:val="single" w:sz="4" w:space="0" w:color="000000"/>
              <w:bottom w:val="single" w:sz="4" w:space="0" w:color="000000"/>
              <w:right w:val="single" w:sz="4" w:space="0" w:color="000000"/>
            </w:tcBorders>
          </w:tcPr>
          <w:p w14:paraId="33BD12A4"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32A97B0F"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8BA9FE4" w14:textId="2244E839" w:rsidR="009446D0" w:rsidRPr="00EB75F0" w:rsidRDefault="0084596B">
            <w:pPr>
              <w:spacing w:before="60" w:after="60" w:line="240" w:lineRule="auto"/>
              <w:rPr>
                <w:sz w:val="14"/>
              </w:rPr>
            </w:pPr>
            <w:r w:rsidRPr="00EB75F0">
              <w:rPr>
                <w:color w:val="1E1E1E"/>
                <w:sz w:val="14"/>
              </w:rPr>
              <w:t>Addington 2004</w:t>
            </w:r>
            <w:r w:rsidR="0031308D" w:rsidRPr="00EB75F0">
              <w:fldChar w:fldCharType="begin"/>
            </w:r>
            <w:r w:rsidR="00452EF4">
              <w:instrText xml:space="preserve"> ADDIN EN.CITE &lt;EndNote&gt;&lt;Cite&gt;&lt;Author&gt;Addington&lt;/Author&gt;&lt;Year&gt;2004&lt;/Year&gt;&lt;RecNum&gt;85&lt;/RecNum&gt;&lt;DisplayText&gt;&lt;style face="superscript"&gt;88&lt;/style&gt;&lt;/DisplayText&gt;&lt;record&gt;&lt;rec-number&gt;85&lt;/rec-number&gt;&lt;foreign-keys&gt;&lt;key app="EN" db-id="9ttaxzax2p0tr7ewzt55atews50zvxaaa5rz" timestamp="1764068843"&gt;85&lt;/key&gt;&lt;/foreign-keys&gt;&lt;ref-type name="Journal Article"&gt;17&lt;/ref-type&gt;&lt;contributors&gt;&lt;authors&gt;&lt;author&gt;Addington, Donald EN&lt;/author&gt;&lt;author&gt;Pantelis, Christos&lt;/author&gt;&lt;author&gt;Dineen, Mary&lt;/author&gt;&lt;author&gt;Benattia, Isma&lt;/author&gt;&lt;author&gt;Romano, Steven J&lt;/author&gt;&lt;/authors&gt;&lt;/contributors&gt;&lt;titles&gt;&lt;title&gt;Efficacy and tolerability of ziprasidone versus risperidone in patients with acute exacerbation of schizophrenia or schizoaffective disorder: an 8-week, double-blind, multicenter trial&lt;/title&gt;&lt;secondary-title&gt;Journal of clinical Psychiatry&lt;/secondary-title&gt;&lt;/titles&gt;&lt;periodical&gt;&lt;full-title&gt;Journal of Clinical Psychiatry&lt;/full-title&gt;&lt;/periodical&gt;&lt;pages&gt;1624-1633&lt;/pages&gt;&lt;volume&gt;65&lt;/volume&gt;&lt;number&gt;12&lt;/number&gt;&lt;dates&gt;&lt;year&gt;2004&lt;/year&gt;&lt;/dates&gt;&lt;isbn&gt;0160-6689&lt;/isbn&gt;&lt;urls&gt;&lt;/urls&gt;&lt;/record&gt;&lt;/Cite&gt;&lt;/EndNote&gt;</w:instrText>
            </w:r>
            <w:r w:rsidR="0031308D" w:rsidRPr="00EB75F0">
              <w:fldChar w:fldCharType="separate"/>
            </w:r>
            <w:r w:rsidR="00452EF4" w:rsidRPr="00452EF4">
              <w:rPr>
                <w:noProof/>
                <w:vertAlign w:val="superscript"/>
              </w:rPr>
              <w:t>88</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1A94B7C9" w14:textId="77777777" w:rsidR="009446D0" w:rsidRPr="00EB75F0" w:rsidRDefault="0084596B">
            <w:pPr>
              <w:spacing w:before="60" w:after="60" w:line="240" w:lineRule="auto"/>
              <w:rPr>
                <w:sz w:val="14"/>
              </w:rPr>
            </w:pPr>
            <w:r w:rsidRPr="00EB75F0">
              <w:rPr>
                <w:color w:val="000000"/>
                <w:sz w:val="14"/>
              </w:rPr>
              <w:t>2004</w:t>
            </w:r>
          </w:p>
        </w:tc>
        <w:tc>
          <w:tcPr>
            <w:tcW w:w="0" w:type="auto"/>
            <w:tcBorders>
              <w:top w:val="single" w:sz="4" w:space="0" w:color="000000"/>
              <w:left w:val="single" w:sz="4" w:space="0" w:color="000000"/>
              <w:bottom w:val="single" w:sz="4" w:space="0" w:color="000000"/>
              <w:right w:val="single" w:sz="4" w:space="0" w:color="000000"/>
            </w:tcBorders>
          </w:tcPr>
          <w:p w14:paraId="565B5835"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0953E052"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1D14EF3"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5CEC415"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6844FA38"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39403712"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6F8D89A0"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3E5A208"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3B85DDC1"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19990E95" w14:textId="77777777" w:rsidR="009446D0" w:rsidRPr="00EB75F0" w:rsidRDefault="0084596B">
            <w:pPr>
              <w:spacing w:before="60" w:after="60" w:line="240" w:lineRule="auto"/>
              <w:rPr>
                <w:sz w:val="14"/>
              </w:rPr>
            </w:pPr>
            <w:r w:rsidRPr="00EB75F0">
              <w:rPr>
                <w:color w:val="000000"/>
                <w:sz w:val="14"/>
              </w:rPr>
              <w:t>296</w:t>
            </w:r>
          </w:p>
        </w:tc>
        <w:tc>
          <w:tcPr>
            <w:tcW w:w="0" w:type="auto"/>
            <w:tcBorders>
              <w:top w:val="single" w:sz="4" w:space="0" w:color="000000"/>
              <w:left w:val="single" w:sz="4" w:space="0" w:color="000000"/>
              <w:bottom w:val="single" w:sz="4" w:space="0" w:color="000000"/>
              <w:right w:val="single" w:sz="4" w:space="0" w:color="000000"/>
            </w:tcBorders>
          </w:tcPr>
          <w:p w14:paraId="1FD118F6"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33B75D00" w14:textId="77777777" w:rsidR="009446D0" w:rsidRPr="00EB75F0" w:rsidRDefault="0084596B">
            <w:pPr>
              <w:spacing w:before="60" w:after="60" w:line="240" w:lineRule="auto"/>
              <w:rPr>
                <w:sz w:val="14"/>
              </w:rPr>
            </w:pPr>
            <w:r w:rsidRPr="00EB75F0">
              <w:rPr>
                <w:color w:val="000000"/>
                <w:sz w:val="14"/>
              </w:rPr>
              <w:t>18-64</w:t>
            </w:r>
          </w:p>
        </w:tc>
        <w:tc>
          <w:tcPr>
            <w:tcW w:w="0" w:type="auto"/>
            <w:tcBorders>
              <w:top w:val="single" w:sz="4" w:space="0" w:color="000000"/>
              <w:left w:val="single" w:sz="4" w:space="0" w:color="000000"/>
              <w:bottom w:val="single" w:sz="4" w:space="0" w:color="000000"/>
              <w:right w:val="single" w:sz="4" w:space="0" w:color="000000"/>
            </w:tcBorders>
          </w:tcPr>
          <w:p w14:paraId="1C77955B"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01AED2A1"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AE2AE5D" w14:textId="78003F35" w:rsidR="009446D0" w:rsidRPr="00EB75F0" w:rsidRDefault="0084596B">
            <w:pPr>
              <w:spacing w:before="60" w:after="60" w:line="240" w:lineRule="auto"/>
              <w:rPr>
                <w:sz w:val="14"/>
              </w:rPr>
            </w:pPr>
            <w:proofErr w:type="spellStart"/>
            <w:r w:rsidRPr="00EB75F0">
              <w:rPr>
                <w:color w:val="1E1E1E"/>
                <w:sz w:val="14"/>
              </w:rPr>
              <w:t>Potkin</w:t>
            </w:r>
            <w:proofErr w:type="spellEnd"/>
            <w:r w:rsidRPr="00EB75F0">
              <w:rPr>
                <w:color w:val="1E1E1E"/>
                <w:sz w:val="14"/>
              </w:rPr>
              <w:t xml:space="preserve"> 2006</w:t>
            </w:r>
            <w:r w:rsidR="0031308D" w:rsidRPr="00EB75F0">
              <w:fldChar w:fldCharType="begin"/>
            </w:r>
            <w:r w:rsidR="00452EF4">
              <w:instrText xml:space="preserve"> ADDIN EN.CITE &lt;EndNote&gt;&lt;Cite&gt;&lt;Author&gt;Potkin&lt;/Author&gt;&lt;Year&gt;2006&lt;/Year&gt;&lt;RecNum&gt;86&lt;/RecNum&gt;&lt;DisplayText&gt;&lt;style face="superscript"&gt;89&lt;/style&gt;&lt;/DisplayText&gt;&lt;record&gt;&lt;rec-number&gt;86&lt;/rec-number&gt;&lt;foreign-keys&gt;&lt;key app="EN" db-id="9ttaxzax2p0tr7ewzt55atews50zvxaaa5rz" timestamp="1764068844"&gt;86&lt;/key&gt;&lt;/foreign-keys&gt;&lt;ref-type name="Journal Article"&gt;17&lt;/ref-type&gt;&lt;contributors&gt;&lt;authors&gt;&lt;author&gt;Potkin, S. G.&lt;/author&gt;&lt;author&gt;Gharabawi, G. M.&lt;/author&gt;&lt;author&gt;Greenspan, A. J.&lt;/author&gt;&lt;author&gt;Mahmoud, R.&lt;/author&gt;&lt;author&gt;Kosik-Gonzalez, C.&lt;/author&gt;&lt;author&gt;Rupnow, M. F.&lt;/author&gt;&lt;author&gt;Bossie, C. A.&lt;/author&gt;&lt;author&gt;Davidson, M.&lt;/author&gt;&lt;author&gt;Burtea, V.&lt;/author&gt;&lt;author&gt;Zhu, Y.&lt;/author&gt;&lt;author&gt;Trivedi, J. K.&lt;/author&gt;&lt;/authors&gt;&lt;/contributors&gt;&lt;titles&gt;&lt;title&gt;A double-blind comparison of risperidone, quetiapine and placebo in patients with schizophrenia experiencing an acute exacerbation requiring hospitalization&lt;/title&gt;&lt;secondary-title&gt;Schizophr Res&lt;/secondary-title&gt;&lt;/titles&gt;&lt;periodical&gt;&lt;full-title&gt;Schizophr Res&lt;/full-title&gt;&lt;/periodical&gt;&lt;pages&gt;254-65&lt;/pages&gt;&lt;volume&gt;85&lt;/volume&gt;&lt;number&gt;1-3&lt;/number&gt;&lt;dates&gt;&lt;year&gt;2006&lt;/year&gt;&lt;pub-dates&gt;&lt;date&gt;20060621&lt;/date&gt;&lt;/pub-dates&gt;&lt;/dates&gt;&lt;pub-location&gt;University of California, Irvine, Orange, 92696, USA. sgpotkin@uci.edu&lt;/pub-location&gt;&lt;isbn&gt;0920-9964 (Print) 0920-9964 (Linking)&lt;/isbn&gt;&lt;urls&gt;&lt;related-urls&gt;&lt;url&gt;https://www.ncbi.nlm.nih.gov/pubmed/16797162&lt;/url&gt;&lt;/related-urls&gt;&lt;/urls&gt;&lt;electronic-resource-num&gt;10.1016/j.schres.2006.03.027&lt;/electronic-resource-num&gt;&lt;/record&gt;&lt;/Cite&gt;&lt;/EndNote&gt;</w:instrText>
            </w:r>
            <w:r w:rsidR="0031308D" w:rsidRPr="00EB75F0">
              <w:fldChar w:fldCharType="separate"/>
            </w:r>
            <w:r w:rsidR="00452EF4" w:rsidRPr="00452EF4">
              <w:rPr>
                <w:noProof/>
                <w:vertAlign w:val="superscript"/>
              </w:rPr>
              <w:t>89</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547FD4D" w14:textId="77777777" w:rsidR="009446D0" w:rsidRPr="00EB75F0" w:rsidRDefault="0084596B">
            <w:pPr>
              <w:spacing w:before="60" w:after="60" w:line="240" w:lineRule="auto"/>
              <w:rPr>
                <w:sz w:val="14"/>
              </w:rPr>
            </w:pPr>
            <w:r w:rsidRPr="00EB75F0">
              <w:rPr>
                <w:color w:val="000000"/>
                <w:sz w:val="14"/>
              </w:rPr>
              <w:t>2006</w:t>
            </w:r>
          </w:p>
        </w:tc>
        <w:tc>
          <w:tcPr>
            <w:tcW w:w="0" w:type="auto"/>
            <w:tcBorders>
              <w:top w:val="single" w:sz="4" w:space="0" w:color="000000"/>
              <w:left w:val="single" w:sz="4" w:space="0" w:color="000000"/>
              <w:bottom w:val="single" w:sz="4" w:space="0" w:color="000000"/>
              <w:right w:val="single" w:sz="4" w:space="0" w:color="000000"/>
            </w:tcBorders>
          </w:tcPr>
          <w:p w14:paraId="45CD52CE"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0EE8EE3"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AEC8371"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2E7B4BF6"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4B1DE1E6"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547023F9"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6D20E51D"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2028BB0"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56B5A60B" w14:textId="77777777" w:rsidR="009446D0" w:rsidRPr="00EB75F0" w:rsidRDefault="0084596B">
            <w:pPr>
              <w:spacing w:before="60" w:after="60" w:line="240" w:lineRule="auto"/>
              <w:rPr>
                <w:sz w:val="14"/>
              </w:rPr>
            </w:pPr>
            <w:r w:rsidRPr="00EB75F0">
              <w:rPr>
                <w:color w:val="000000"/>
                <w:sz w:val="14"/>
              </w:rPr>
              <w:t>400</w:t>
            </w:r>
          </w:p>
        </w:tc>
        <w:tc>
          <w:tcPr>
            <w:tcW w:w="0" w:type="auto"/>
            <w:tcBorders>
              <w:top w:val="single" w:sz="4" w:space="0" w:color="000000"/>
              <w:left w:val="single" w:sz="4" w:space="0" w:color="000000"/>
              <w:bottom w:val="single" w:sz="4" w:space="0" w:color="000000"/>
              <w:right w:val="single" w:sz="4" w:space="0" w:color="000000"/>
            </w:tcBorders>
          </w:tcPr>
          <w:p w14:paraId="11AFDC4D" w14:textId="77777777" w:rsidR="009446D0" w:rsidRPr="00EB75F0" w:rsidRDefault="0084596B">
            <w:pPr>
              <w:spacing w:before="60" w:after="60" w:line="240" w:lineRule="auto"/>
              <w:rPr>
                <w:sz w:val="14"/>
              </w:rPr>
            </w:pPr>
            <w:r w:rsidRPr="00EB75F0">
              <w:rPr>
                <w:color w:val="000000"/>
                <w:sz w:val="14"/>
              </w:rPr>
              <w:t>382</w:t>
            </w:r>
          </w:p>
        </w:tc>
        <w:tc>
          <w:tcPr>
            <w:tcW w:w="0" w:type="auto"/>
            <w:tcBorders>
              <w:top w:val="single" w:sz="4" w:space="0" w:color="000000"/>
              <w:left w:val="single" w:sz="4" w:space="0" w:color="000000"/>
              <w:bottom w:val="single" w:sz="4" w:space="0" w:color="000000"/>
              <w:right w:val="single" w:sz="4" w:space="0" w:color="000000"/>
            </w:tcBorders>
          </w:tcPr>
          <w:p w14:paraId="22A32375" w14:textId="77777777" w:rsidR="009446D0" w:rsidRPr="00EB75F0" w:rsidRDefault="0084596B">
            <w:pPr>
              <w:spacing w:before="60" w:after="60" w:line="240" w:lineRule="auto"/>
              <w:rPr>
                <w:sz w:val="14"/>
              </w:rPr>
            </w:pPr>
            <w:r w:rsidRPr="00EB75F0">
              <w:rPr>
                <w:color w:val="000000"/>
                <w:sz w:val="14"/>
              </w:rPr>
              <w:t>2</w:t>
            </w:r>
          </w:p>
        </w:tc>
        <w:tc>
          <w:tcPr>
            <w:tcW w:w="0" w:type="auto"/>
            <w:tcBorders>
              <w:top w:val="single" w:sz="4" w:space="0" w:color="000000"/>
              <w:left w:val="single" w:sz="4" w:space="0" w:color="000000"/>
              <w:bottom w:val="single" w:sz="4" w:space="0" w:color="000000"/>
              <w:right w:val="single" w:sz="4" w:space="0" w:color="000000"/>
            </w:tcBorders>
          </w:tcPr>
          <w:p w14:paraId="6793FCCB" w14:textId="77777777" w:rsidR="009446D0" w:rsidRPr="00EB75F0" w:rsidRDefault="0084596B">
            <w:pPr>
              <w:spacing w:before="60" w:after="60" w:line="240" w:lineRule="auto"/>
              <w:rPr>
                <w:sz w:val="14"/>
              </w:rPr>
            </w:pPr>
            <w:r w:rsidRPr="00EB75F0">
              <w:rPr>
                <w:color w:val="000000"/>
                <w:sz w:val="14"/>
              </w:rPr>
              <w:t>18-64</w:t>
            </w:r>
          </w:p>
        </w:tc>
        <w:tc>
          <w:tcPr>
            <w:tcW w:w="0" w:type="auto"/>
            <w:tcBorders>
              <w:top w:val="single" w:sz="4" w:space="0" w:color="000000"/>
              <w:left w:val="single" w:sz="4" w:space="0" w:color="000000"/>
              <w:bottom w:val="single" w:sz="4" w:space="0" w:color="000000"/>
              <w:right w:val="single" w:sz="4" w:space="0" w:color="000000"/>
            </w:tcBorders>
          </w:tcPr>
          <w:p w14:paraId="3355E7EA"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2E7B2C0B"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AD31D11" w14:textId="701CB5AA" w:rsidR="009446D0" w:rsidRPr="00EB75F0" w:rsidRDefault="0084596B">
            <w:pPr>
              <w:spacing w:before="60" w:after="60" w:line="240" w:lineRule="auto"/>
              <w:rPr>
                <w:sz w:val="14"/>
              </w:rPr>
            </w:pPr>
            <w:r w:rsidRPr="00EB75F0">
              <w:rPr>
                <w:color w:val="1E1E1E"/>
                <w:sz w:val="14"/>
              </w:rPr>
              <w:t>Li 2015</w:t>
            </w:r>
            <w:r w:rsidRPr="00EB75F0">
              <w:rPr>
                <w:sz w:val="14"/>
              </w:rPr>
              <w:t xml:space="preserve"> </w:t>
            </w:r>
            <w:r w:rsidR="0031308D" w:rsidRPr="00EB75F0">
              <w:fldChar w:fldCharType="begin"/>
            </w:r>
            <w:r w:rsidR="00452EF4">
              <w:instrText xml:space="preserve"> ADDIN EN.CITE &lt;EndNote&gt;&lt;Cite&gt;&lt;Author&gt;Huafang Li a&lt;/Author&gt;&lt;Year&gt;2015&lt;/Year&gt;&lt;RecNum&gt;87&lt;/RecNum&gt;&lt;DisplayText&gt;&lt;style face="superscript"&gt;90&lt;/style&gt;&lt;/DisplayText&gt;&lt;record&gt;&lt;rec-number&gt;87&lt;/rec-number&gt;&lt;foreign-keys&gt;&lt;key app="EN" db-id="9ttaxzax2p0tr7ewzt55atews50zvxaaa5rz" timestamp="1764068844"&gt;87&lt;/key&gt;&lt;/foreign-keys&gt;&lt;ref-type name="Journal Article"&gt;17&lt;/ref-type&gt;&lt;contributors&gt;&lt;authors&gt;&lt;author&gt;Huafang Li a, Chen Yao b, Jianguo Shi c, Fude Yang d, Shuguang Qi e, Lili Wang f, Honggeng Zhang g, Jie Li h, Chuanyue Wang i, Chuansheng Wang j, Cui Liu k, Lehua Li l, Qiang Wang m, Keqing Li n, Xiaoyan Luo o, Niufan Gu&lt;/author&gt;&lt;/authors&gt;&lt;/contributors&gt;&lt;titles&gt;&lt;title&gt;Comparative study of the efficacy and safety between blonanserin and risperidone for the treatment of schizophrenia in Chinese patients: A double-blind, parallel-group multicenter randomized trial&lt;/title&gt;&lt;secondary-title&gt;Journal of Psychiatric Research&lt;/secondary-title&gt;&lt;/titles&gt;&lt;periodical&gt;&lt;full-title&gt;Journal of Psychiatric Research&lt;/full-title&gt;&lt;/periodical&gt;&lt;pages&gt;102-109&lt;/pages&gt;&lt;volume&gt;69&lt;/volume&gt;&lt;dates&gt;&lt;year&gt;2015&lt;/year&gt;&lt;/dates&gt;&lt;urls&gt;&lt;/urls&gt;&lt;/record&gt;&lt;/Cite&gt;&lt;/EndNote&gt;</w:instrText>
            </w:r>
            <w:r w:rsidR="0031308D" w:rsidRPr="00EB75F0">
              <w:fldChar w:fldCharType="separate"/>
            </w:r>
            <w:r w:rsidR="00452EF4" w:rsidRPr="00452EF4">
              <w:rPr>
                <w:noProof/>
                <w:vertAlign w:val="superscript"/>
              </w:rPr>
              <w:t>90</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000EDFF6" w14:textId="77777777" w:rsidR="009446D0" w:rsidRPr="00EB75F0" w:rsidRDefault="0084596B">
            <w:pPr>
              <w:spacing w:before="60" w:after="60" w:line="240" w:lineRule="auto"/>
              <w:rPr>
                <w:sz w:val="14"/>
              </w:rPr>
            </w:pPr>
            <w:r w:rsidRPr="00EB75F0">
              <w:rPr>
                <w:color w:val="000000"/>
                <w:sz w:val="14"/>
              </w:rPr>
              <w:t>2015</w:t>
            </w:r>
          </w:p>
        </w:tc>
        <w:tc>
          <w:tcPr>
            <w:tcW w:w="0" w:type="auto"/>
            <w:tcBorders>
              <w:top w:val="single" w:sz="4" w:space="0" w:color="000000"/>
              <w:left w:val="single" w:sz="4" w:space="0" w:color="000000"/>
              <w:bottom w:val="single" w:sz="4" w:space="0" w:color="000000"/>
              <w:right w:val="single" w:sz="4" w:space="0" w:color="000000"/>
            </w:tcBorders>
          </w:tcPr>
          <w:p w14:paraId="55B28F1F"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3E297F4A"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590517FE"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3764A82"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5C1531E5"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342801C6"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7DD8CBC3"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10DF8F2"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10140E32" w14:textId="77777777" w:rsidR="009446D0" w:rsidRPr="00EB75F0" w:rsidRDefault="0084596B">
            <w:pPr>
              <w:spacing w:before="60" w:after="60" w:line="240" w:lineRule="auto"/>
              <w:rPr>
                <w:sz w:val="14"/>
              </w:rPr>
            </w:pPr>
            <w:r w:rsidRPr="00EB75F0">
              <w:rPr>
                <w:color w:val="000000"/>
                <w:sz w:val="14"/>
              </w:rPr>
              <w:t>318</w:t>
            </w:r>
          </w:p>
        </w:tc>
        <w:tc>
          <w:tcPr>
            <w:tcW w:w="0" w:type="auto"/>
            <w:tcBorders>
              <w:top w:val="single" w:sz="4" w:space="0" w:color="000000"/>
              <w:left w:val="single" w:sz="4" w:space="0" w:color="000000"/>
              <w:bottom w:val="single" w:sz="4" w:space="0" w:color="000000"/>
              <w:right w:val="single" w:sz="4" w:space="0" w:color="000000"/>
            </w:tcBorders>
          </w:tcPr>
          <w:p w14:paraId="6C714311" w14:textId="77777777" w:rsidR="009446D0" w:rsidRPr="00EB75F0" w:rsidRDefault="0084596B">
            <w:pPr>
              <w:spacing w:before="60" w:after="60" w:line="240" w:lineRule="auto"/>
              <w:rPr>
                <w:sz w:val="14"/>
              </w:rPr>
            </w:pPr>
            <w:r w:rsidRPr="00EB75F0">
              <w:rPr>
                <w:color w:val="000000"/>
                <w:sz w:val="14"/>
              </w:rPr>
              <w:t>267</w:t>
            </w:r>
          </w:p>
        </w:tc>
        <w:tc>
          <w:tcPr>
            <w:tcW w:w="0" w:type="auto"/>
            <w:tcBorders>
              <w:top w:val="single" w:sz="4" w:space="0" w:color="000000"/>
              <w:left w:val="single" w:sz="4" w:space="0" w:color="000000"/>
              <w:bottom w:val="single" w:sz="4" w:space="0" w:color="000000"/>
              <w:right w:val="single" w:sz="4" w:space="0" w:color="000000"/>
            </w:tcBorders>
          </w:tcPr>
          <w:p w14:paraId="5026E3A4"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7EF7E191" w14:textId="77777777" w:rsidR="009446D0" w:rsidRPr="00EB75F0" w:rsidRDefault="0084596B">
            <w:pPr>
              <w:spacing w:before="60" w:after="60" w:line="240" w:lineRule="auto"/>
              <w:rPr>
                <w:sz w:val="14"/>
              </w:rPr>
            </w:pPr>
            <w:r w:rsidRPr="00EB75F0">
              <w:rPr>
                <w:color w:val="000000"/>
                <w:sz w:val="14"/>
              </w:rPr>
              <w:t>18-64</w:t>
            </w:r>
          </w:p>
        </w:tc>
        <w:tc>
          <w:tcPr>
            <w:tcW w:w="0" w:type="auto"/>
            <w:tcBorders>
              <w:top w:val="single" w:sz="4" w:space="0" w:color="000000"/>
              <w:left w:val="single" w:sz="4" w:space="0" w:color="000000"/>
              <w:bottom w:val="single" w:sz="4" w:space="0" w:color="000000"/>
              <w:right w:val="single" w:sz="4" w:space="0" w:color="000000"/>
            </w:tcBorders>
          </w:tcPr>
          <w:p w14:paraId="06957376"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7C564036"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465561FC" w14:textId="53590417" w:rsidR="009446D0" w:rsidRPr="00EB75F0" w:rsidRDefault="0084596B">
            <w:pPr>
              <w:spacing w:before="60" w:after="60" w:line="240" w:lineRule="auto"/>
              <w:rPr>
                <w:sz w:val="14"/>
              </w:rPr>
            </w:pPr>
            <w:r w:rsidRPr="00EB75F0">
              <w:rPr>
                <w:color w:val="1E1E1E"/>
                <w:sz w:val="14"/>
              </w:rPr>
              <w:t>Huttunen 1995</w:t>
            </w:r>
            <w:r w:rsidR="0031308D" w:rsidRPr="00EB75F0">
              <w:fldChar w:fldCharType="begin"/>
            </w:r>
            <w:r w:rsidR="00452EF4">
              <w:instrText xml:space="preserve"> ADDIN EN.CITE &lt;EndNote&gt;&lt;Cite&gt;&lt;Author&gt;Huttunen&lt;/Author&gt;&lt;Year&gt;1995&lt;/Year&gt;&lt;RecNum&gt;88&lt;/RecNum&gt;&lt;DisplayText&gt;&lt;style face="superscript"&gt;91&lt;/style&gt;&lt;/DisplayText&gt;&lt;record&gt;&lt;rec-number&gt;88&lt;/rec-number&gt;&lt;foreign-keys&gt;&lt;key app="EN" db-id="9ttaxzax2p0tr7ewzt55atews50zvxaaa5rz" timestamp="1764068844"&gt;88&lt;/key&gt;&lt;/foreign-keys&gt;&lt;ref-type name="Journal Article"&gt;17&lt;/ref-type&gt;&lt;contributors&gt;&lt;authors&gt;&lt;author&gt;Huttunen, Matti O&lt;/author&gt;&lt;author&gt;Piepponen, T&lt;/author&gt;&lt;author&gt;Rantanen, H&lt;/author&gt;&lt;author&gt;Larmo, I&lt;/author&gt;&lt;author&gt;Nyholm, R&lt;/author&gt;&lt;author&gt;Raitasuo, Virpi&lt;/author&gt;&lt;/authors&gt;&lt;/contributors&gt;&lt;titles&gt;&lt;title&gt;Risperidone versus zuclopenthixol in the treatment of acute schizophrenic episodes: a double</w:instrText>
            </w:r>
            <w:r w:rsidR="00452EF4">
              <w:rPr>
                <w:rFonts w:ascii="Cambria Math" w:hAnsi="Cambria Math" w:cs="Cambria Math"/>
              </w:rPr>
              <w:instrText>‐</w:instrText>
            </w:r>
            <w:r w:rsidR="00452EF4">
              <w:instrText>blind parallel</w:instrText>
            </w:r>
            <w:r w:rsidR="00452EF4">
              <w:rPr>
                <w:rFonts w:ascii="Cambria Math" w:hAnsi="Cambria Math" w:cs="Cambria Math"/>
              </w:rPr>
              <w:instrText>‐</w:instrText>
            </w:r>
            <w:r w:rsidR="00452EF4">
              <w:instrText>group trial&lt;/title&gt;&lt;secondary-title&gt;Acta Psychiatrica Scandinavica&lt;/secondary-title&gt;&lt;/titles&gt;&lt;periodical&gt;&lt;full-title&gt;Acta Psychiatrica Scandinavica&lt;/full-title&gt;&lt;/periodical&gt;&lt;pages&gt;271-277&lt;/pages&gt;&lt;volume&gt;91&lt;/volume&gt;&lt;number&gt;4&lt;/number&gt;&lt;dates&gt;&lt;year&gt;1995&lt;/year&gt;&lt;/dates&gt;&lt;isbn&gt;0001-690X&lt;/isbn&gt;&lt;urls&gt;&lt;/urls&gt;&lt;/record&gt;&lt;/Cite&gt;&lt;/EndNote&gt;</w:instrText>
            </w:r>
            <w:r w:rsidR="0031308D" w:rsidRPr="00EB75F0">
              <w:fldChar w:fldCharType="separate"/>
            </w:r>
            <w:r w:rsidR="00452EF4" w:rsidRPr="00452EF4">
              <w:rPr>
                <w:noProof/>
                <w:vertAlign w:val="superscript"/>
              </w:rPr>
              <w:t>91</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49CDF08" w14:textId="77777777" w:rsidR="009446D0" w:rsidRPr="00EB75F0" w:rsidRDefault="0084596B">
            <w:pPr>
              <w:spacing w:before="60" w:after="60" w:line="240" w:lineRule="auto"/>
              <w:rPr>
                <w:sz w:val="14"/>
              </w:rPr>
            </w:pPr>
            <w:r w:rsidRPr="00EB75F0">
              <w:rPr>
                <w:color w:val="000000"/>
                <w:sz w:val="14"/>
              </w:rPr>
              <w:t>1995</w:t>
            </w:r>
          </w:p>
        </w:tc>
        <w:tc>
          <w:tcPr>
            <w:tcW w:w="0" w:type="auto"/>
            <w:tcBorders>
              <w:top w:val="single" w:sz="4" w:space="0" w:color="000000"/>
              <w:left w:val="single" w:sz="4" w:space="0" w:color="000000"/>
              <w:bottom w:val="single" w:sz="4" w:space="0" w:color="000000"/>
              <w:right w:val="single" w:sz="4" w:space="0" w:color="000000"/>
            </w:tcBorders>
          </w:tcPr>
          <w:p w14:paraId="2125119F"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2621C0D4"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7EF441A"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1149767"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7E010AEE"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090D355D"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5AC4EFA6"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502A9C5A"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0DBD1BDD" w14:textId="77777777" w:rsidR="009446D0" w:rsidRPr="00EB75F0" w:rsidRDefault="0084596B">
            <w:pPr>
              <w:spacing w:before="60" w:after="60" w:line="240" w:lineRule="auto"/>
              <w:rPr>
                <w:sz w:val="14"/>
              </w:rPr>
            </w:pPr>
            <w:r w:rsidRPr="00EB75F0">
              <w:rPr>
                <w:color w:val="000000"/>
                <w:sz w:val="14"/>
              </w:rPr>
              <w:t>98</w:t>
            </w:r>
          </w:p>
        </w:tc>
        <w:tc>
          <w:tcPr>
            <w:tcW w:w="0" w:type="auto"/>
            <w:tcBorders>
              <w:top w:val="single" w:sz="4" w:space="0" w:color="000000"/>
              <w:left w:val="single" w:sz="4" w:space="0" w:color="000000"/>
              <w:bottom w:val="single" w:sz="4" w:space="0" w:color="000000"/>
              <w:right w:val="single" w:sz="4" w:space="0" w:color="000000"/>
            </w:tcBorders>
          </w:tcPr>
          <w:p w14:paraId="2AE2A7BB" w14:textId="77777777" w:rsidR="009446D0" w:rsidRPr="00EB75F0" w:rsidRDefault="0084596B">
            <w:pPr>
              <w:spacing w:before="60" w:after="60" w:line="240" w:lineRule="auto"/>
              <w:rPr>
                <w:sz w:val="14"/>
              </w:rPr>
            </w:pPr>
            <w:r w:rsidRPr="00EB75F0">
              <w:rPr>
                <w:color w:val="000000"/>
                <w:sz w:val="14"/>
              </w:rPr>
              <w:t>98</w:t>
            </w:r>
          </w:p>
        </w:tc>
        <w:tc>
          <w:tcPr>
            <w:tcW w:w="0" w:type="auto"/>
            <w:tcBorders>
              <w:top w:val="single" w:sz="4" w:space="0" w:color="000000"/>
              <w:left w:val="single" w:sz="4" w:space="0" w:color="000000"/>
              <w:bottom w:val="single" w:sz="4" w:space="0" w:color="000000"/>
              <w:right w:val="single" w:sz="4" w:space="0" w:color="000000"/>
            </w:tcBorders>
          </w:tcPr>
          <w:p w14:paraId="54497E7C"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228634D0"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11A4DA45"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761B6BD0"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3EA4BD6" w14:textId="35804F9C" w:rsidR="009446D0" w:rsidRPr="00EB75F0" w:rsidRDefault="0084596B">
            <w:pPr>
              <w:spacing w:before="60" w:after="60" w:line="240" w:lineRule="auto"/>
              <w:rPr>
                <w:sz w:val="14"/>
              </w:rPr>
            </w:pPr>
            <w:r w:rsidRPr="00EB75F0">
              <w:rPr>
                <w:color w:val="1E1E1E"/>
                <w:sz w:val="14"/>
              </w:rPr>
              <w:t>Parvizi 2019</w:t>
            </w:r>
            <w:r w:rsidR="0031308D" w:rsidRPr="00EB75F0">
              <w:fldChar w:fldCharType="begin"/>
            </w:r>
            <w:r w:rsidR="00452EF4">
              <w:instrText xml:space="preserve"> ADDIN EN.CITE &lt;EndNote&gt;&lt;Cite&gt;&lt;Author&gt;Parvizi&lt;/Author&gt;&lt;Year&gt;2019&lt;/Year&gt;&lt;RecNum&gt;89&lt;/RecNum&gt;&lt;DisplayText&gt;&lt;style face="superscript"&gt;92&lt;/style&gt;&lt;/DisplayText&gt;&lt;record&gt;&lt;rec-number&gt;89&lt;/rec-number&gt;&lt;foreign-keys&gt;&lt;key app="EN" db-id="9ttaxzax2p0tr7ewzt55atews50zvxaaa5rz" timestamp="1764068844"&gt;89&lt;/key&gt;&lt;/foreign-keys&gt;&lt;ref-type name="Journal Article"&gt;17&lt;/ref-type&gt;&lt;contributors&gt;&lt;authors&gt;&lt;author&gt;Parvizi, Maedeh&lt;/author&gt;&lt;author&gt;Fadai, Farbod&lt;/author&gt;&lt;author&gt;Khodaei-Ardakani, Moahammad Reza&lt;/author&gt;&lt;author&gt;Amin, Gholamreza&lt;/author&gt;&lt;author&gt;Abdi, Leila&lt;/author&gt;&lt;author&gt;Noroozi, Mehdi&lt;/author&gt;&lt;author&gt;Ansari, Iman&lt;/author&gt;&lt;/authors&gt;&lt;/contributors&gt;&lt;titles&gt;&lt;title&gt;Effect of Cuscuta epithymum acquainted with risperidone on the improvement of clinical symptoms and cognitive impairment in patients with schizophrenia: A triple-blind randomized placebo-controlled trial&lt;/title&gt;&lt;secondary-title&gt;Galen Medical Journal&lt;/secondary-title&gt;&lt;/titles&gt;&lt;periodical&gt;&lt;full-title&gt;Galen Medical Journal&lt;/full-title&gt;&lt;/periodical&gt;&lt;pages&gt;e1334&lt;/pages&gt;&lt;volume&gt;8&lt;/volume&gt;&lt;dates&gt;&lt;year&gt;2019&lt;/year&gt;&lt;/dates&gt;&lt;urls&gt;&lt;/urls&gt;&lt;/record&gt;&lt;/Cite&gt;&lt;/EndNote&gt;</w:instrText>
            </w:r>
            <w:r w:rsidR="0031308D" w:rsidRPr="00EB75F0">
              <w:fldChar w:fldCharType="separate"/>
            </w:r>
            <w:r w:rsidR="00452EF4" w:rsidRPr="00452EF4">
              <w:rPr>
                <w:noProof/>
                <w:vertAlign w:val="superscript"/>
              </w:rPr>
              <w:t>92</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1E6BF9BB" w14:textId="77777777" w:rsidR="009446D0" w:rsidRPr="00EB75F0" w:rsidRDefault="0084596B">
            <w:pPr>
              <w:spacing w:before="60" w:after="60" w:line="240" w:lineRule="auto"/>
              <w:rPr>
                <w:sz w:val="14"/>
              </w:rPr>
            </w:pPr>
            <w:r w:rsidRPr="00EB75F0">
              <w:rPr>
                <w:color w:val="000000"/>
                <w:sz w:val="14"/>
              </w:rPr>
              <w:t>2019</w:t>
            </w:r>
          </w:p>
        </w:tc>
        <w:tc>
          <w:tcPr>
            <w:tcW w:w="0" w:type="auto"/>
            <w:tcBorders>
              <w:top w:val="single" w:sz="4" w:space="0" w:color="000000"/>
              <w:left w:val="single" w:sz="4" w:space="0" w:color="000000"/>
              <w:bottom w:val="single" w:sz="4" w:space="0" w:color="000000"/>
              <w:right w:val="single" w:sz="4" w:space="0" w:color="000000"/>
            </w:tcBorders>
          </w:tcPr>
          <w:p w14:paraId="2F583C1F"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7074C26" w14:textId="77777777" w:rsidR="009446D0" w:rsidRPr="00EB75F0" w:rsidRDefault="0084596B">
            <w:pPr>
              <w:spacing w:before="60" w:after="60" w:line="240" w:lineRule="auto"/>
              <w:rPr>
                <w:sz w:val="14"/>
              </w:rPr>
            </w:pPr>
            <w:r w:rsidRPr="00EB75F0">
              <w:rPr>
                <w:color w:val="000000"/>
                <w:sz w:val="14"/>
              </w:rPr>
              <w:t>Triple blind</w:t>
            </w:r>
          </w:p>
        </w:tc>
        <w:tc>
          <w:tcPr>
            <w:tcW w:w="0" w:type="auto"/>
            <w:tcBorders>
              <w:top w:val="single" w:sz="4" w:space="0" w:color="000000"/>
              <w:left w:val="single" w:sz="4" w:space="0" w:color="000000"/>
              <w:bottom w:val="single" w:sz="4" w:space="0" w:color="000000"/>
              <w:right w:val="single" w:sz="4" w:space="0" w:color="000000"/>
            </w:tcBorders>
          </w:tcPr>
          <w:p w14:paraId="1E01344F"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2F4080C2"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589865F2"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698BDC17"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35873CC4"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032FFF3" w14:textId="77777777" w:rsidR="009446D0" w:rsidRPr="00EB75F0" w:rsidRDefault="0084596B">
            <w:pPr>
              <w:spacing w:before="60" w:after="60" w:line="240" w:lineRule="auto"/>
              <w:rPr>
                <w:sz w:val="14"/>
              </w:rPr>
            </w:pPr>
            <w:r w:rsidRPr="00EB75F0">
              <w:rPr>
                <w:color w:val="000000"/>
                <w:sz w:val="14"/>
              </w:rPr>
              <w:t>Placebo/BSC controlled</w:t>
            </w:r>
          </w:p>
        </w:tc>
        <w:tc>
          <w:tcPr>
            <w:tcW w:w="0" w:type="auto"/>
            <w:tcBorders>
              <w:top w:val="single" w:sz="4" w:space="0" w:color="000000"/>
              <w:left w:val="single" w:sz="4" w:space="0" w:color="000000"/>
              <w:bottom w:val="single" w:sz="4" w:space="0" w:color="000000"/>
              <w:right w:val="single" w:sz="4" w:space="0" w:color="000000"/>
            </w:tcBorders>
          </w:tcPr>
          <w:p w14:paraId="5F91D176" w14:textId="77777777" w:rsidR="009446D0" w:rsidRPr="00EB75F0" w:rsidRDefault="0084596B">
            <w:pPr>
              <w:spacing w:before="60" w:after="60" w:line="240" w:lineRule="auto"/>
              <w:rPr>
                <w:sz w:val="14"/>
              </w:rPr>
            </w:pPr>
            <w:r w:rsidRPr="00EB75F0">
              <w:rPr>
                <w:color w:val="000000"/>
                <w:sz w:val="14"/>
              </w:rPr>
              <w:t>46</w:t>
            </w:r>
          </w:p>
        </w:tc>
        <w:tc>
          <w:tcPr>
            <w:tcW w:w="0" w:type="auto"/>
            <w:tcBorders>
              <w:top w:val="single" w:sz="4" w:space="0" w:color="000000"/>
              <w:left w:val="single" w:sz="4" w:space="0" w:color="000000"/>
              <w:bottom w:val="single" w:sz="4" w:space="0" w:color="000000"/>
              <w:right w:val="single" w:sz="4" w:space="0" w:color="000000"/>
            </w:tcBorders>
          </w:tcPr>
          <w:p w14:paraId="781D80F1" w14:textId="77777777" w:rsidR="009446D0" w:rsidRPr="00EB75F0" w:rsidRDefault="0084596B">
            <w:pPr>
              <w:spacing w:before="60" w:after="60" w:line="240" w:lineRule="auto"/>
              <w:rPr>
                <w:sz w:val="14"/>
              </w:rPr>
            </w:pPr>
            <w:r w:rsidRPr="00EB75F0">
              <w:rPr>
                <w:color w:val="000000"/>
                <w:sz w:val="14"/>
              </w:rPr>
              <w:t>30</w:t>
            </w:r>
          </w:p>
        </w:tc>
        <w:tc>
          <w:tcPr>
            <w:tcW w:w="0" w:type="auto"/>
            <w:tcBorders>
              <w:top w:val="single" w:sz="4" w:space="0" w:color="000000"/>
              <w:left w:val="single" w:sz="4" w:space="0" w:color="000000"/>
              <w:bottom w:val="single" w:sz="4" w:space="0" w:color="000000"/>
              <w:right w:val="single" w:sz="4" w:space="0" w:color="000000"/>
            </w:tcBorders>
          </w:tcPr>
          <w:p w14:paraId="1EE89F07"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5D29A496"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19BEE8D"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56D5FCD7"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5040D8A" w14:textId="160BEC36" w:rsidR="009446D0" w:rsidRPr="00EB75F0" w:rsidRDefault="0084596B">
            <w:pPr>
              <w:spacing w:before="60" w:after="60" w:line="240" w:lineRule="auto"/>
              <w:rPr>
                <w:sz w:val="14"/>
              </w:rPr>
            </w:pPr>
            <w:r w:rsidRPr="00EB75F0">
              <w:rPr>
                <w:color w:val="1E1E1E"/>
                <w:sz w:val="14"/>
              </w:rPr>
              <w:t>Harvey 2019</w:t>
            </w:r>
            <w:r w:rsidR="0031308D" w:rsidRPr="00EB75F0">
              <w:fldChar w:fldCharType="begin"/>
            </w:r>
            <w:r w:rsidR="00452EF4">
              <w:instrText xml:space="preserve"> ADDIN EN.CITE &lt;EndNote&gt;&lt;Cite&gt;&lt;Author&gt;Harvey&lt;/Author&gt;&lt;Year&gt;2020&lt;/Year&gt;&lt;RecNum&gt;90&lt;/RecNum&gt;&lt;DisplayText&gt;&lt;style face="superscript"&gt;93&lt;/style&gt;&lt;/DisplayText&gt;&lt;record&gt;&lt;rec-number&gt;90&lt;/rec-number&gt;&lt;foreign-keys&gt;&lt;key app="EN" db-id="9ttaxzax2p0tr7ewzt55atews50zvxaaa5rz" timestamp="1764068844"&gt;90&lt;/key&gt;&lt;/foreign-keys&gt;&lt;ref-type name="Journal Article"&gt;17&lt;/ref-type&gt;&lt;contributors&gt;&lt;authors&gt;&lt;author&gt;Harvey, Philip D&lt;/author&gt;&lt;author&gt;Nakamura, Hiroshi&lt;/author&gt;&lt;author&gt;Miura, Sadanori&lt;/author&gt;&lt;/authors&gt;&lt;/contributors&gt;&lt;titles&gt;&lt;title&gt;Blonanserin vs risperidone in Japanese patients with schizophrenia: A post hoc analysis of a phase 3, 8</w:instrText>
            </w:r>
            <w:r w:rsidR="00452EF4">
              <w:rPr>
                <w:rFonts w:ascii="Cambria Math" w:hAnsi="Cambria Math" w:cs="Cambria Math"/>
              </w:rPr>
              <w:instrText>‐</w:instrText>
            </w:r>
            <w:r w:rsidR="00452EF4">
              <w:instrText>week, multicenter, double</w:instrText>
            </w:r>
            <w:r w:rsidR="00452EF4">
              <w:rPr>
                <w:rFonts w:ascii="Cambria Math" w:hAnsi="Cambria Math" w:cs="Cambria Math"/>
              </w:rPr>
              <w:instrText>‐</w:instrText>
            </w:r>
            <w:r w:rsidR="00452EF4">
              <w:instrText>blind, randomized controlled study&lt;/title&gt;&lt;secondary-title&gt;Neuropsychopharmacology reports&lt;/secondary-title&gt;&lt;/titles&gt;&lt;periodical&gt;&lt;full-title&gt;Neuropsychopharmacology reports&lt;/full-title&gt;&lt;/periodical&gt;&lt;pages&gt;63-72&lt;/pages&gt;&lt;volume&gt;40&lt;/volume&gt;&lt;number&gt;1&lt;/number&gt;&lt;dates&gt;&lt;year&gt;2020&lt;/year&gt;&lt;/dates&gt;&lt;isbn&gt;2574-173X&lt;/isbn&gt;&lt;urls&gt;&lt;/urls&gt;&lt;/record&gt;&lt;/Cite&gt;&lt;/EndNote&gt;</w:instrText>
            </w:r>
            <w:r w:rsidR="0031308D" w:rsidRPr="00EB75F0">
              <w:fldChar w:fldCharType="separate"/>
            </w:r>
            <w:r w:rsidR="00452EF4" w:rsidRPr="00452EF4">
              <w:rPr>
                <w:noProof/>
                <w:vertAlign w:val="superscript"/>
              </w:rPr>
              <w:t>93</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7882E17" w14:textId="77777777" w:rsidR="009446D0" w:rsidRPr="00EB75F0" w:rsidRDefault="0084596B">
            <w:pPr>
              <w:spacing w:before="60" w:after="60" w:line="240" w:lineRule="auto"/>
              <w:rPr>
                <w:sz w:val="14"/>
              </w:rPr>
            </w:pPr>
            <w:r w:rsidRPr="00EB75F0">
              <w:rPr>
                <w:color w:val="000000"/>
                <w:sz w:val="14"/>
              </w:rPr>
              <w:t>2019</w:t>
            </w:r>
          </w:p>
        </w:tc>
        <w:tc>
          <w:tcPr>
            <w:tcW w:w="0" w:type="auto"/>
            <w:tcBorders>
              <w:top w:val="single" w:sz="4" w:space="0" w:color="000000"/>
              <w:left w:val="single" w:sz="4" w:space="0" w:color="000000"/>
              <w:bottom w:val="single" w:sz="4" w:space="0" w:color="000000"/>
              <w:right w:val="single" w:sz="4" w:space="0" w:color="000000"/>
            </w:tcBorders>
          </w:tcPr>
          <w:p w14:paraId="1E5D02B9"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13E28EE"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78B5155D"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560187FF"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13CB1B2E"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71DE6982"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C828A19"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36F8D43F"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02F355C6"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4C2E3B16" w14:textId="77777777" w:rsidR="009446D0" w:rsidRPr="00EB75F0" w:rsidRDefault="0084596B">
            <w:pPr>
              <w:spacing w:before="60" w:after="60" w:line="240" w:lineRule="auto"/>
              <w:rPr>
                <w:sz w:val="14"/>
              </w:rPr>
            </w:pPr>
            <w:r w:rsidRPr="00EB75F0">
              <w:rPr>
                <w:color w:val="000000"/>
                <w:sz w:val="14"/>
              </w:rPr>
              <w:t>302</w:t>
            </w:r>
          </w:p>
        </w:tc>
        <w:tc>
          <w:tcPr>
            <w:tcW w:w="0" w:type="auto"/>
            <w:tcBorders>
              <w:top w:val="single" w:sz="4" w:space="0" w:color="000000"/>
              <w:left w:val="single" w:sz="4" w:space="0" w:color="000000"/>
              <w:bottom w:val="single" w:sz="4" w:space="0" w:color="000000"/>
              <w:right w:val="single" w:sz="4" w:space="0" w:color="000000"/>
            </w:tcBorders>
          </w:tcPr>
          <w:p w14:paraId="249D90A4"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4BC29F4C" w14:textId="77777777" w:rsidR="009446D0" w:rsidRPr="00EB75F0" w:rsidRDefault="0084596B">
            <w:pPr>
              <w:spacing w:before="60" w:after="60" w:line="240" w:lineRule="auto"/>
              <w:rPr>
                <w:sz w:val="14"/>
              </w:rPr>
            </w:pPr>
            <w:r w:rsidRPr="00EB75F0">
              <w:rPr>
                <w:color w:val="000000"/>
                <w:sz w:val="14"/>
              </w:rPr>
              <w:t>15+</w:t>
            </w:r>
          </w:p>
        </w:tc>
        <w:tc>
          <w:tcPr>
            <w:tcW w:w="0" w:type="auto"/>
            <w:tcBorders>
              <w:top w:val="single" w:sz="4" w:space="0" w:color="000000"/>
              <w:left w:val="single" w:sz="4" w:space="0" w:color="000000"/>
              <w:bottom w:val="single" w:sz="4" w:space="0" w:color="000000"/>
              <w:right w:val="single" w:sz="4" w:space="0" w:color="000000"/>
            </w:tcBorders>
          </w:tcPr>
          <w:p w14:paraId="0465F789"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6739A0FF"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6A51952D" w14:textId="43A82B9D" w:rsidR="009446D0" w:rsidRPr="00EB75F0" w:rsidRDefault="0084596B">
            <w:pPr>
              <w:spacing w:before="60" w:after="60" w:line="240" w:lineRule="auto"/>
              <w:rPr>
                <w:sz w:val="14"/>
              </w:rPr>
            </w:pPr>
            <w:r w:rsidRPr="00EB75F0">
              <w:rPr>
                <w:color w:val="1E1E1E"/>
                <w:sz w:val="14"/>
              </w:rPr>
              <w:t>Yen 2004</w:t>
            </w:r>
            <w:r w:rsidR="0031308D" w:rsidRPr="00EB75F0">
              <w:fldChar w:fldCharType="begin"/>
            </w:r>
            <w:r w:rsidR="00452EF4">
              <w:instrText xml:space="preserve"> ADDIN EN.CITE &lt;EndNote&gt;&lt;Cite&gt;&lt;Author&gt;Yen&lt;/Author&gt;&lt;Year&gt;2004&lt;/Year&gt;&lt;RecNum&gt;91&lt;/RecNum&gt;&lt;DisplayText&gt;&lt;style face="superscript"&gt;94&lt;/style&gt;&lt;/DisplayText&gt;&lt;record&gt;&lt;rec-number&gt;91&lt;/rec-number&gt;&lt;foreign-keys&gt;&lt;key app="EN" db-id="9ttaxzax2p0tr7ewzt55atews50zvxaaa5rz" timestamp="1764068845"&gt;91&lt;/key&gt;&lt;/foreign-keys&gt;&lt;ref-type name="Journal Article"&gt;17&lt;/ref-type&gt;&lt;contributors&gt;&lt;authors&gt;&lt;author&gt;Yen, Y. C.&lt;/author&gt;&lt;author&gt;Lung, F. W.&lt;/author&gt;&lt;author&gt;Chong, M. Y.&lt;/author&gt;&lt;/authors&gt;&lt;/contributors&gt;&lt;titles&gt;&lt;title&gt;Adverse effects of risperidone and haloperidol treatment in schizophrenia&lt;/title&gt;&lt;secondary-title&gt;Prog Neuropsychopharmacol Biol Psychiatry&lt;/secondary-title&gt;&lt;/titles&gt;&lt;periodical&gt;&lt;full-title&gt;Prog Neuropsychopharmacol Biol Psychiatry&lt;/full-title&gt;&lt;/periodical&gt;&lt;pages&gt;285-90&lt;/pages&gt;&lt;volume&gt;28&lt;/volume&gt;&lt;number&gt;2&lt;/number&gt;&lt;dates&gt;&lt;year&gt;2004&lt;/year&gt;&lt;pub-dates&gt;&lt;date&gt;Mar&lt;/date&gt;&lt;/pub-dates&gt;&lt;/dates&gt;&lt;pub-location&gt;Department of Psychiatry, Military Kaohsiung General Hospital, 2 Chung Cheng 1st Road, Kaohsiung, 802, Taiwan.&lt;/pub-location&gt;&lt;isbn&gt;0278-5846 (Print) 0278-5846 (Linking)&lt;/isbn&gt;&lt;urls&gt;&lt;related-urls&gt;&lt;url&gt;https://www.ncbi.nlm.nih.gov/pubmed/14751424&lt;/url&gt;&lt;/related-urls&gt;&lt;/urls&gt;&lt;electronic-resource-num&gt;10.1016/j.pnpbp.2003.10.006&lt;/electronic-resource-num&gt;&lt;/record&gt;&lt;/Cite&gt;&lt;/EndNote&gt;</w:instrText>
            </w:r>
            <w:r w:rsidR="0031308D" w:rsidRPr="00EB75F0">
              <w:fldChar w:fldCharType="separate"/>
            </w:r>
            <w:r w:rsidR="00452EF4" w:rsidRPr="00452EF4">
              <w:rPr>
                <w:noProof/>
                <w:vertAlign w:val="superscript"/>
              </w:rPr>
              <w:t>94</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6D4CDB7" w14:textId="77777777" w:rsidR="009446D0" w:rsidRPr="00EB75F0" w:rsidRDefault="0084596B">
            <w:pPr>
              <w:spacing w:before="60" w:after="60" w:line="240" w:lineRule="auto"/>
              <w:rPr>
                <w:sz w:val="14"/>
              </w:rPr>
            </w:pPr>
            <w:r w:rsidRPr="00EB75F0">
              <w:rPr>
                <w:color w:val="000000"/>
                <w:sz w:val="14"/>
              </w:rPr>
              <w:t>2004</w:t>
            </w:r>
          </w:p>
        </w:tc>
        <w:tc>
          <w:tcPr>
            <w:tcW w:w="0" w:type="auto"/>
            <w:tcBorders>
              <w:top w:val="single" w:sz="4" w:space="0" w:color="000000"/>
              <w:left w:val="single" w:sz="4" w:space="0" w:color="000000"/>
              <w:bottom w:val="single" w:sz="4" w:space="0" w:color="000000"/>
              <w:right w:val="single" w:sz="4" w:space="0" w:color="000000"/>
            </w:tcBorders>
          </w:tcPr>
          <w:p w14:paraId="3CE4D4AD"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31BFB99B" w14:textId="77777777" w:rsidR="009446D0" w:rsidRPr="00EB75F0" w:rsidRDefault="0084596B">
            <w:pPr>
              <w:spacing w:before="60" w:after="60" w:line="240" w:lineRule="auto"/>
              <w:rPr>
                <w:sz w:val="14"/>
              </w:rPr>
            </w:pPr>
            <w:r w:rsidRPr="00EB75F0">
              <w:rPr>
                <w:color w:val="000000"/>
                <w:sz w:val="14"/>
              </w:rPr>
              <w:t>Single blind</w:t>
            </w:r>
          </w:p>
        </w:tc>
        <w:tc>
          <w:tcPr>
            <w:tcW w:w="0" w:type="auto"/>
            <w:tcBorders>
              <w:top w:val="single" w:sz="4" w:space="0" w:color="000000"/>
              <w:left w:val="single" w:sz="4" w:space="0" w:color="000000"/>
              <w:bottom w:val="single" w:sz="4" w:space="0" w:color="000000"/>
              <w:right w:val="single" w:sz="4" w:space="0" w:color="000000"/>
            </w:tcBorders>
          </w:tcPr>
          <w:p w14:paraId="23403119"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0A851FD"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045E42D0"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2F35C841"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3D504346"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4B31B037"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4C421B60"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1F211336" w14:textId="77777777" w:rsidR="009446D0" w:rsidRPr="00EB75F0" w:rsidRDefault="0084596B">
            <w:pPr>
              <w:spacing w:before="60" w:after="60" w:line="240" w:lineRule="auto"/>
              <w:rPr>
                <w:sz w:val="14"/>
              </w:rPr>
            </w:pPr>
            <w:r w:rsidRPr="00EB75F0">
              <w:rPr>
                <w:color w:val="000000"/>
                <w:sz w:val="14"/>
              </w:rPr>
              <w:t>41</w:t>
            </w:r>
          </w:p>
        </w:tc>
        <w:tc>
          <w:tcPr>
            <w:tcW w:w="0" w:type="auto"/>
            <w:tcBorders>
              <w:top w:val="single" w:sz="4" w:space="0" w:color="000000"/>
              <w:left w:val="single" w:sz="4" w:space="0" w:color="000000"/>
              <w:bottom w:val="single" w:sz="4" w:space="0" w:color="000000"/>
              <w:right w:val="single" w:sz="4" w:space="0" w:color="000000"/>
            </w:tcBorders>
          </w:tcPr>
          <w:p w14:paraId="52EAB038" w14:textId="77777777" w:rsidR="009446D0" w:rsidRPr="00EB75F0" w:rsidRDefault="0084596B">
            <w:pPr>
              <w:spacing w:before="60" w:after="60" w:line="240" w:lineRule="auto"/>
              <w:rPr>
                <w:sz w:val="14"/>
              </w:rPr>
            </w:pPr>
            <w:r w:rsidRPr="00EB75F0">
              <w:rPr>
                <w:color w:val="000000"/>
                <w:sz w:val="14"/>
              </w:rPr>
              <w:t>12</w:t>
            </w:r>
          </w:p>
        </w:tc>
        <w:tc>
          <w:tcPr>
            <w:tcW w:w="0" w:type="auto"/>
            <w:tcBorders>
              <w:top w:val="single" w:sz="4" w:space="0" w:color="000000"/>
              <w:left w:val="single" w:sz="4" w:space="0" w:color="000000"/>
              <w:bottom w:val="single" w:sz="4" w:space="0" w:color="000000"/>
              <w:right w:val="single" w:sz="4" w:space="0" w:color="000000"/>
            </w:tcBorders>
          </w:tcPr>
          <w:p w14:paraId="107737A1"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489DC273"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71E1FFBA"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8E25412" w14:textId="7059AE74" w:rsidR="009446D0" w:rsidRPr="00EB75F0" w:rsidRDefault="0084596B">
            <w:pPr>
              <w:spacing w:before="60" w:after="60" w:line="240" w:lineRule="auto"/>
              <w:rPr>
                <w:sz w:val="14"/>
              </w:rPr>
            </w:pPr>
            <w:r w:rsidRPr="00EB75F0">
              <w:rPr>
                <w:color w:val="1E1E1E"/>
                <w:sz w:val="14"/>
              </w:rPr>
              <w:t>NCT00711269</w:t>
            </w:r>
            <w:r w:rsidRPr="00EB75F0">
              <w:rPr>
                <w:sz w:val="14"/>
              </w:rPr>
              <w:t xml:space="preserve"> </w:t>
            </w:r>
            <w:r w:rsidR="0031308D" w:rsidRPr="00EB75F0">
              <w:fldChar w:fldCharType="begin"/>
            </w:r>
            <w:r w:rsidR="00452EF4">
              <w:instrText xml:space="preserve"> ADDIN EN.CITE &lt;EndNote&gt;&lt;Cite&gt;&lt;Author&gt;NCT00711269&lt;/Author&gt;&lt;Year&gt;2022&lt;/Year&gt;&lt;RecNum&gt;92&lt;/RecNum&gt;&lt;DisplayText&gt;&lt;style face="superscript"&gt;95&lt;/style&gt;&lt;/DisplayText&gt;&lt;record&gt;&lt;rec-number&gt;92&lt;/rec-number&gt;&lt;foreign-keys&gt;&lt;key app="EN" db-id="9ttaxzax2p0tr7ewzt55atews50zvxaaa5rz" timestamp="1764068845"&gt;92&lt;/key&gt;&lt;/foreign-keys&gt;&lt;ref-type name="Journal Article"&gt;17&lt;/ref-type&gt;&lt;contributors&gt;&lt;authors&gt;&lt;author&gt;NCT00711269&lt;/author&gt;&lt;/authors&gt;&lt;/contributors&gt;&lt;titles&gt;&lt;title&gt;Study of SM-13496 (Lurasidone HCl) in Patients With Schizophrenia&lt;/title&gt;&lt;secondary-title&gt;-&lt;/secondary-title&gt;&lt;/titles&gt;&lt;periodical&gt;&lt;full-title&gt;-&lt;/full-title&gt;&lt;/periodical&gt;&lt;pages&gt;-&lt;/pages&gt;&lt;volume&gt;-&lt;/volume&gt;&lt;dates&gt;&lt;year&gt;2022&lt;/year&gt;&lt;/dates&gt;&lt;urls&gt;&lt;/urls&gt;&lt;/record&gt;&lt;/Cite&gt;&lt;/EndNote&gt;</w:instrText>
            </w:r>
            <w:r w:rsidR="0031308D" w:rsidRPr="00EB75F0">
              <w:fldChar w:fldCharType="separate"/>
            </w:r>
            <w:r w:rsidR="00452EF4" w:rsidRPr="00452EF4">
              <w:rPr>
                <w:noProof/>
                <w:vertAlign w:val="superscript"/>
              </w:rPr>
              <w:t>95</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0DBFEC91" w14:textId="77777777" w:rsidR="009446D0" w:rsidRPr="00EB75F0" w:rsidRDefault="0084596B">
            <w:pPr>
              <w:spacing w:before="60" w:after="60" w:line="240" w:lineRule="auto"/>
              <w:rPr>
                <w:sz w:val="14"/>
              </w:rPr>
            </w:pPr>
            <w:r w:rsidRPr="00EB75F0">
              <w:rPr>
                <w:color w:val="000000"/>
                <w:sz w:val="14"/>
              </w:rPr>
              <w:t>2022</w:t>
            </w:r>
          </w:p>
        </w:tc>
        <w:tc>
          <w:tcPr>
            <w:tcW w:w="0" w:type="auto"/>
            <w:tcBorders>
              <w:top w:val="single" w:sz="4" w:space="0" w:color="000000"/>
              <w:left w:val="single" w:sz="4" w:space="0" w:color="000000"/>
              <w:bottom w:val="single" w:sz="4" w:space="0" w:color="000000"/>
              <w:right w:val="single" w:sz="4" w:space="0" w:color="000000"/>
            </w:tcBorders>
          </w:tcPr>
          <w:p w14:paraId="16E328BB"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239E4E4D"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B2E9493"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15069283"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382F6D87"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0E89A7E4"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51FA931E"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14EAD612"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102320CC" w14:textId="77777777" w:rsidR="009446D0" w:rsidRPr="00EB75F0" w:rsidRDefault="0084596B">
            <w:pPr>
              <w:spacing w:before="60" w:after="60" w:line="240" w:lineRule="auto"/>
              <w:rPr>
                <w:sz w:val="14"/>
              </w:rPr>
            </w:pPr>
            <w:r w:rsidRPr="00EB75F0">
              <w:rPr>
                <w:color w:val="000000"/>
                <w:sz w:val="14"/>
              </w:rPr>
              <w:t>460</w:t>
            </w:r>
          </w:p>
        </w:tc>
        <w:tc>
          <w:tcPr>
            <w:tcW w:w="0" w:type="auto"/>
            <w:tcBorders>
              <w:top w:val="single" w:sz="4" w:space="0" w:color="000000"/>
              <w:left w:val="single" w:sz="4" w:space="0" w:color="000000"/>
              <w:bottom w:val="single" w:sz="4" w:space="0" w:color="000000"/>
              <w:right w:val="single" w:sz="4" w:space="0" w:color="000000"/>
            </w:tcBorders>
          </w:tcPr>
          <w:p w14:paraId="2EADE4B0" w14:textId="77777777" w:rsidR="009446D0" w:rsidRPr="00EB75F0" w:rsidRDefault="0084596B">
            <w:pPr>
              <w:spacing w:before="60" w:after="60" w:line="240" w:lineRule="auto"/>
              <w:rPr>
                <w:sz w:val="14"/>
              </w:rPr>
            </w:pPr>
            <w:r w:rsidRPr="00EB75F0">
              <w:rPr>
                <w:color w:val="000000"/>
                <w:sz w:val="14"/>
              </w:rPr>
              <w:t>460</w:t>
            </w:r>
          </w:p>
        </w:tc>
        <w:tc>
          <w:tcPr>
            <w:tcW w:w="0" w:type="auto"/>
            <w:tcBorders>
              <w:top w:val="single" w:sz="4" w:space="0" w:color="000000"/>
              <w:left w:val="single" w:sz="4" w:space="0" w:color="000000"/>
              <w:bottom w:val="single" w:sz="4" w:space="0" w:color="000000"/>
              <w:right w:val="single" w:sz="4" w:space="0" w:color="000000"/>
            </w:tcBorders>
          </w:tcPr>
          <w:p w14:paraId="602AFEB7"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6C7A96F5" w14:textId="77777777" w:rsidR="009446D0" w:rsidRPr="00EB75F0" w:rsidRDefault="0084596B">
            <w:pPr>
              <w:spacing w:before="60" w:after="60" w:line="240" w:lineRule="auto"/>
              <w:rPr>
                <w:sz w:val="14"/>
              </w:rPr>
            </w:pPr>
            <w:r w:rsidRPr="00EB75F0">
              <w:rPr>
                <w:color w:val="000000"/>
                <w:sz w:val="14"/>
              </w:rPr>
              <w:t>18-74</w:t>
            </w:r>
          </w:p>
        </w:tc>
        <w:tc>
          <w:tcPr>
            <w:tcW w:w="0" w:type="auto"/>
            <w:tcBorders>
              <w:top w:val="single" w:sz="4" w:space="0" w:color="000000"/>
              <w:left w:val="single" w:sz="4" w:space="0" w:color="000000"/>
              <w:bottom w:val="single" w:sz="4" w:space="0" w:color="000000"/>
              <w:right w:val="single" w:sz="4" w:space="0" w:color="000000"/>
            </w:tcBorders>
          </w:tcPr>
          <w:p w14:paraId="35FE2519"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4D9D9D0F"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61C8600" w14:textId="05B454C8" w:rsidR="009446D0" w:rsidRPr="00EB75F0" w:rsidRDefault="0084596B">
            <w:pPr>
              <w:spacing w:before="60" w:after="60" w:line="240" w:lineRule="auto"/>
              <w:rPr>
                <w:sz w:val="14"/>
              </w:rPr>
            </w:pPr>
            <w:r w:rsidRPr="00EB75F0">
              <w:rPr>
                <w:color w:val="1E1E1E"/>
                <w:sz w:val="14"/>
              </w:rPr>
              <w:t>Zhang 2011</w:t>
            </w:r>
            <w:r w:rsidR="0031308D" w:rsidRPr="00EB75F0">
              <w:fldChar w:fldCharType="begin"/>
            </w:r>
            <w:r w:rsidR="00452EF4">
              <w:instrText xml:space="preserve"> ADDIN EN.CITE &lt;EndNote&gt;&lt;Cite&gt;&lt;Author&gt;Zhang&lt;/Author&gt;&lt;Year&gt;2011&lt;/Year&gt;&lt;RecNum&gt;93&lt;/RecNum&gt;&lt;DisplayText&gt;&lt;style face="superscript"&gt;96&lt;/style&gt;&lt;/DisplayText&gt;&lt;record&gt;&lt;rec-number&gt;93&lt;/rec-number&gt;&lt;foreign-keys&gt;&lt;key app="EN" db-id="9ttaxzax2p0tr7ewzt55atews50zvxaaa5rz" timestamp="1764068845"&gt;93&lt;/key&gt;&lt;/foreign-keys&gt;&lt;ref-type name="Journal Article"&gt;17&lt;/ref-type&gt;&lt;contributors&gt;&lt;authors&gt;&lt;author&gt;Zhang, Hongyan&lt;/author&gt;&lt;author&gt;Li, Huafang&lt;/author&gt;&lt;author&gt;Shu, Liang&lt;/author&gt;&lt;author&gt;Gu, Niufan&lt;/author&gt;&lt;author&gt;Wang, Gang&lt;/author&gt;&lt;author&gt;Weng, Yongzhen&lt;/author&gt;&lt;author&gt;Xie, Shiping&lt;/author&gt;&lt;author&gt;Zhang, Xinbao&lt;/author&gt;&lt;author&gt;Li, Ting&lt;/author&gt;&lt;author&gt;Ma, Cui&lt;/author&gt;&lt;/authors&gt;&lt;/contributors&gt;&lt;titles&gt;&lt;title&gt;Double-blind comparison of ziprasidone and risperidone in the treatment of Chinese patients with acute exacerbation of schizophrenia&lt;/title&gt;&lt;secondary-title&gt;Neuropsychiatric disease and treatment&lt;/secondary-title&gt;&lt;/titles&gt;&lt;periodical&gt;&lt;full-title&gt;Neuropsychiatric disease and treatment&lt;/full-title&gt;&lt;/periodical&gt;&lt;pages&gt;77-85&lt;/pages&gt;&lt;dates&gt;&lt;year&gt;2011&lt;/year&gt;&lt;/dates&gt;&lt;isbn&gt;1178-2021&lt;/isbn&gt;&lt;urls&gt;&lt;/urls&gt;&lt;/record&gt;&lt;/Cite&gt;&lt;/EndNote&gt;</w:instrText>
            </w:r>
            <w:r w:rsidR="0031308D" w:rsidRPr="00EB75F0">
              <w:fldChar w:fldCharType="separate"/>
            </w:r>
            <w:r w:rsidR="00452EF4" w:rsidRPr="00452EF4">
              <w:rPr>
                <w:noProof/>
                <w:vertAlign w:val="superscript"/>
              </w:rPr>
              <w:t>96</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0F4D5232" w14:textId="77777777" w:rsidR="009446D0" w:rsidRPr="00EB75F0" w:rsidRDefault="0084596B">
            <w:pPr>
              <w:spacing w:before="60" w:after="60" w:line="240" w:lineRule="auto"/>
              <w:rPr>
                <w:sz w:val="14"/>
              </w:rPr>
            </w:pPr>
            <w:r w:rsidRPr="00EB75F0">
              <w:rPr>
                <w:color w:val="000000"/>
                <w:sz w:val="14"/>
              </w:rPr>
              <w:t>2011</w:t>
            </w:r>
          </w:p>
        </w:tc>
        <w:tc>
          <w:tcPr>
            <w:tcW w:w="0" w:type="auto"/>
            <w:tcBorders>
              <w:top w:val="single" w:sz="4" w:space="0" w:color="000000"/>
              <w:left w:val="single" w:sz="4" w:space="0" w:color="000000"/>
              <w:bottom w:val="single" w:sz="4" w:space="0" w:color="000000"/>
              <w:right w:val="single" w:sz="4" w:space="0" w:color="000000"/>
            </w:tcBorders>
          </w:tcPr>
          <w:p w14:paraId="2456F160"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3676C5F8"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595899F"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54CD5A06"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65037A09"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516D8DA6"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72E00619"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1756E366"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7B5E6C56" w14:textId="77777777" w:rsidR="009446D0" w:rsidRPr="00EB75F0" w:rsidRDefault="0084596B">
            <w:pPr>
              <w:spacing w:before="60" w:after="60" w:line="240" w:lineRule="auto"/>
              <w:rPr>
                <w:sz w:val="14"/>
              </w:rPr>
            </w:pPr>
            <w:r w:rsidRPr="00EB75F0">
              <w:rPr>
                <w:color w:val="000000"/>
                <w:sz w:val="14"/>
              </w:rPr>
              <w:t>253</w:t>
            </w:r>
          </w:p>
        </w:tc>
        <w:tc>
          <w:tcPr>
            <w:tcW w:w="0" w:type="auto"/>
            <w:tcBorders>
              <w:top w:val="single" w:sz="4" w:space="0" w:color="000000"/>
              <w:left w:val="single" w:sz="4" w:space="0" w:color="000000"/>
              <w:bottom w:val="single" w:sz="4" w:space="0" w:color="000000"/>
              <w:right w:val="single" w:sz="4" w:space="0" w:color="000000"/>
            </w:tcBorders>
          </w:tcPr>
          <w:p w14:paraId="706F067E" w14:textId="77777777" w:rsidR="009446D0" w:rsidRPr="00EB75F0" w:rsidRDefault="0084596B">
            <w:pPr>
              <w:spacing w:before="60" w:after="60" w:line="240" w:lineRule="auto"/>
              <w:rPr>
                <w:sz w:val="14"/>
              </w:rPr>
            </w:pPr>
            <w:r w:rsidRPr="00EB75F0">
              <w:rPr>
                <w:color w:val="000000"/>
                <w:sz w:val="14"/>
              </w:rPr>
              <w:t>242</w:t>
            </w:r>
          </w:p>
        </w:tc>
        <w:tc>
          <w:tcPr>
            <w:tcW w:w="0" w:type="auto"/>
            <w:tcBorders>
              <w:top w:val="single" w:sz="4" w:space="0" w:color="000000"/>
              <w:left w:val="single" w:sz="4" w:space="0" w:color="000000"/>
              <w:bottom w:val="single" w:sz="4" w:space="0" w:color="000000"/>
              <w:right w:val="single" w:sz="4" w:space="0" w:color="000000"/>
            </w:tcBorders>
          </w:tcPr>
          <w:p w14:paraId="6E58F54C"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65C7699B"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2E2B4909"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0598C5FC"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329F2A88" w14:textId="660478B0" w:rsidR="009446D0" w:rsidRPr="00EB75F0" w:rsidRDefault="0084596B">
            <w:pPr>
              <w:spacing w:before="60" w:after="60" w:line="240" w:lineRule="auto"/>
              <w:rPr>
                <w:sz w:val="14"/>
              </w:rPr>
            </w:pPr>
            <w:r w:rsidRPr="00EB75F0">
              <w:rPr>
                <w:color w:val="1E1E1E"/>
                <w:sz w:val="14"/>
              </w:rPr>
              <w:t>NCT03055338</w:t>
            </w:r>
            <w:r w:rsidRPr="00EB75F0">
              <w:rPr>
                <w:sz w:val="14"/>
              </w:rPr>
              <w:t xml:space="preserve"> </w:t>
            </w:r>
            <w:r w:rsidR="0031308D" w:rsidRPr="00EB75F0">
              <w:fldChar w:fldCharType="begin"/>
            </w:r>
            <w:r w:rsidR="00452EF4">
              <w:instrText xml:space="preserve"> ADDIN EN.CITE &lt;EndNote&gt;&lt;Cite&gt;&lt;Author&gt;NCT03055338&lt;/Author&gt;&lt;Year&gt;2018&lt;/Year&gt;&lt;RecNum&gt;94&lt;/RecNum&gt;&lt;DisplayText&gt;&lt;style face="superscript"&gt;97&lt;/style&gt;&lt;/DisplayText&gt;&lt;record&gt;&lt;rec-number&gt;94&lt;/rec-number&gt;&lt;foreign-keys&gt;&lt;key app="EN" db-id="9ttaxzax2p0tr7ewzt55atews50zvxaaa5rz" timestamp="1764068845"&gt;94&lt;/key&gt;&lt;/foreign-keys&gt;&lt;ref-type name="Journal Article"&gt;17&lt;/ref-type&gt;&lt;contributors&gt;&lt;authors&gt;&lt;author&gt;NCT03055338&lt;/author&gt;&lt;/authors&gt;&lt;/contributors&gt;&lt;titles&gt;&lt;title&gt;An Active-Controlled Early Phase Study of MK-8189 in Adults With Schizophrenia (MK-8189-005)&lt;/title&gt;&lt;secondary-title&gt;-&lt;/secondary-title&gt;&lt;/titles&gt;&lt;periodical&gt;&lt;full-title&gt;-&lt;/full-title&gt;&lt;/periodical&gt;&lt;pages&gt;-&lt;/pages&gt;&lt;volume&gt;-&lt;/volume&gt;&lt;dates&gt;&lt;year&gt;2018&lt;/year&gt;&lt;/dates&gt;&lt;urls&gt;&lt;/urls&gt;&lt;/record&gt;&lt;/Cite&gt;&lt;/EndNote&gt;</w:instrText>
            </w:r>
            <w:r w:rsidR="0031308D" w:rsidRPr="00EB75F0">
              <w:fldChar w:fldCharType="separate"/>
            </w:r>
            <w:r w:rsidR="00452EF4" w:rsidRPr="00452EF4">
              <w:rPr>
                <w:noProof/>
                <w:vertAlign w:val="superscript"/>
              </w:rPr>
              <w:t>97</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1F2F7455" w14:textId="77777777" w:rsidR="009446D0" w:rsidRPr="00EB75F0" w:rsidRDefault="0084596B">
            <w:pPr>
              <w:spacing w:before="60" w:after="60" w:line="240" w:lineRule="auto"/>
              <w:rPr>
                <w:sz w:val="14"/>
              </w:rPr>
            </w:pPr>
            <w:r w:rsidRPr="00EB75F0">
              <w:rPr>
                <w:color w:val="000000"/>
                <w:sz w:val="14"/>
              </w:rPr>
              <w:t>2018</w:t>
            </w:r>
          </w:p>
        </w:tc>
        <w:tc>
          <w:tcPr>
            <w:tcW w:w="0" w:type="auto"/>
            <w:tcBorders>
              <w:top w:val="single" w:sz="4" w:space="0" w:color="000000"/>
              <w:left w:val="single" w:sz="4" w:space="0" w:color="000000"/>
              <w:bottom w:val="single" w:sz="4" w:space="0" w:color="000000"/>
              <w:right w:val="single" w:sz="4" w:space="0" w:color="000000"/>
            </w:tcBorders>
          </w:tcPr>
          <w:p w14:paraId="7A8E9AF2"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4BDB2D59"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32679DDA"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4C1F8AF6"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7122E63E"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62E7C16C"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6FF43176"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61A64EC"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3D9E5853"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EAF3088" w14:textId="77777777" w:rsidR="009446D0" w:rsidRPr="00EB75F0" w:rsidRDefault="0084596B">
            <w:pPr>
              <w:spacing w:before="60" w:after="60" w:line="240" w:lineRule="auto"/>
              <w:rPr>
                <w:sz w:val="14"/>
              </w:rPr>
            </w:pPr>
            <w:r w:rsidRPr="00EB75F0">
              <w:rPr>
                <w:color w:val="000000"/>
                <w:sz w:val="14"/>
              </w:rPr>
              <w:t>224</w:t>
            </w:r>
          </w:p>
        </w:tc>
        <w:tc>
          <w:tcPr>
            <w:tcW w:w="0" w:type="auto"/>
            <w:tcBorders>
              <w:top w:val="single" w:sz="4" w:space="0" w:color="000000"/>
              <w:left w:val="single" w:sz="4" w:space="0" w:color="000000"/>
              <w:bottom w:val="single" w:sz="4" w:space="0" w:color="000000"/>
              <w:right w:val="single" w:sz="4" w:space="0" w:color="000000"/>
            </w:tcBorders>
          </w:tcPr>
          <w:p w14:paraId="21E5BD15"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059382DC" w14:textId="77777777" w:rsidR="009446D0" w:rsidRPr="00EB75F0" w:rsidRDefault="0084596B">
            <w:pPr>
              <w:spacing w:before="60" w:after="60" w:line="240" w:lineRule="auto"/>
              <w:rPr>
                <w:sz w:val="14"/>
              </w:rPr>
            </w:pPr>
            <w:r w:rsidRPr="00EB75F0">
              <w:rPr>
                <w:color w:val="000000"/>
                <w:sz w:val="14"/>
              </w:rPr>
              <w:t>18-50</w:t>
            </w:r>
          </w:p>
        </w:tc>
        <w:tc>
          <w:tcPr>
            <w:tcW w:w="0" w:type="auto"/>
            <w:tcBorders>
              <w:top w:val="single" w:sz="4" w:space="0" w:color="000000"/>
              <w:left w:val="single" w:sz="4" w:space="0" w:color="000000"/>
              <w:bottom w:val="single" w:sz="4" w:space="0" w:color="000000"/>
              <w:right w:val="single" w:sz="4" w:space="0" w:color="000000"/>
            </w:tcBorders>
          </w:tcPr>
          <w:p w14:paraId="070FD631" w14:textId="77777777" w:rsidR="009446D0" w:rsidRPr="00EB75F0" w:rsidRDefault="0084596B">
            <w:pPr>
              <w:spacing w:before="60" w:after="60" w:line="240" w:lineRule="auto"/>
              <w:rPr>
                <w:sz w:val="14"/>
              </w:rPr>
            </w:pPr>
            <w:r w:rsidRPr="00EB75F0">
              <w:rPr>
                <w:color w:val="000000"/>
                <w:sz w:val="14"/>
              </w:rPr>
              <w:t>II</w:t>
            </w:r>
          </w:p>
        </w:tc>
      </w:tr>
      <w:tr w:rsidR="009446D0" w:rsidRPr="00EB75F0" w14:paraId="6396CAF5"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50F00028" w14:textId="0A074CC7" w:rsidR="009446D0" w:rsidRPr="00EB75F0" w:rsidRDefault="0084596B">
            <w:pPr>
              <w:spacing w:before="60" w:after="60" w:line="240" w:lineRule="auto"/>
              <w:rPr>
                <w:sz w:val="14"/>
              </w:rPr>
            </w:pPr>
            <w:r w:rsidRPr="00EB75F0">
              <w:rPr>
                <w:color w:val="1E1E1E"/>
                <w:sz w:val="14"/>
              </w:rPr>
              <w:t>Liu 2000</w:t>
            </w:r>
            <w:r w:rsidR="0031308D" w:rsidRPr="00EB75F0">
              <w:fldChar w:fldCharType="begin"/>
            </w:r>
            <w:r w:rsidR="00452EF4">
              <w:instrText xml:space="preserve"> ADDIN EN.CITE &lt;EndNote&gt;&lt;Cite&gt;&lt;Author&gt;Liu&lt;/Author&gt;&lt;Year&gt;2000&lt;/Year&gt;&lt;RecNum&gt;16&lt;/RecNum&gt;&lt;DisplayText&gt;&lt;style face="superscript"&gt;19&lt;/style&gt;&lt;/DisplayText&gt;&lt;record&gt;&lt;rec-number&gt;16&lt;/rec-number&gt;&lt;foreign-keys&gt;&lt;key app="EN" db-id="9ttaxzax2p0tr7ewzt55atews50zvxaaa5rz" timestamp="1764068827"&gt;16&lt;/key&gt;&lt;/foreign-keys&gt;&lt;ref-type name="Journal Article"&gt;17&lt;/ref-type&gt;&lt;contributors&gt;&lt;authors&gt;&lt;author&gt;Liu, Shi K&lt;/author&gt;&lt;author&gt;Chen, Wei J&lt;/author&gt;&lt;author&gt;Chang, Ching-Jui&lt;/author&gt;&lt;author&gt;Lin, Hsin-Nan&lt;/author&gt;&lt;/authors&gt;&lt;/contributors&gt;&lt;titles&gt;&lt;title&gt;Effects of atypical neuroleptics on sustained attention deficits in schizophrenia: a trial of risperidone versus haloperidol&lt;/title&gt;&lt;secondary-title&gt;Neuropsychopharmacology&lt;/secondary-title&gt;&lt;/titles&gt;&lt;periodical&gt;&lt;full-title&gt;Neuropsychopharmacology&lt;/full-title&gt;&lt;/periodical&gt;&lt;pages&gt;311-319&lt;/pages&gt;&lt;volume&gt;22&lt;/volume&gt;&lt;number&gt;3&lt;/number&gt;&lt;dates&gt;&lt;year&gt;2000&lt;/year&gt;&lt;/dates&gt;&lt;isbn&gt;0893-133X&lt;/isbn&gt;&lt;urls&gt;&lt;/urls&gt;&lt;/record&gt;&lt;/Cite&gt;&lt;/EndNote&gt;</w:instrText>
            </w:r>
            <w:r w:rsidR="0031308D" w:rsidRPr="00EB75F0">
              <w:fldChar w:fldCharType="separate"/>
            </w:r>
            <w:r w:rsidR="00452EF4" w:rsidRPr="00452EF4">
              <w:rPr>
                <w:noProof/>
                <w:vertAlign w:val="superscript"/>
              </w:rPr>
              <w:t>19</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2242CD6F" w14:textId="77777777" w:rsidR="009446D0" w:rsidRPr="00EB75F0" w:rsidRDefault="0084596B">
            <w:pPr>
              <w:spacing w:before="60" w:after="60" w:line="240" w:lineRule="auto"/>
              <w:rPr>
                <w:sz w:val="14"/>
              </w:rPr>
            </w:pPr>
            <w:r w:rsidRPr="00EB75F0">
              <w:rPr>
                <w:color w:val="000000"/>
                <w:sz w:val="14"/>
              </w:rPr>
              <w:t>2000</w:t>
            </w:r>
          </w:p>
        </w:tc>
        <w:tc>
          <w:tcPr>
            <w:tcW w:w="0" w:type="auto"/>
            <w:tcBorders>
              <w:top w:val="single" w:sz="4" w:space="0" w:color="000000"/>
              <w:left w:val="single" w:sz="4" w:space="0" w:color="000000"/>
              <w:bottom w:val="single" w:sz="4" w:space="0" w:color="000000"/>
              <w:right w:val="single" w:sz="4" w:space="0" w:color="000000"/>
            </w:tcBorders>
          </w:tcPr>
          <w:p w14:paraId="77CFD910"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BC72E6C"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234CEFEE"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599D3954"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7FAD2A5F"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313F7D11"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6BADC712"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04BAEBD6"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11F6329B"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D003130" w14:textId="77777777" w:rsidR="009446D0" w:rsidRPr="00EB75F0" w:rsidRDefault="0084596B">
            <w:pPr>
              <w:spacing w:before="60" w:after="60" w:line="240" w:lineRule="auto"/>
              <w:rPr>
                <w:sz w:val="14"/>
              </w:rPr>
            </w:pPr>
            <w:r w:rsidRPr="00EB75F0">
              <w:rPr>
                <w:color w:val="000000"/>
                <w:sz w:val="14"/>
              </w:rPr>
              <w:t>56</w:t>
            </w:r>
          </w:p>
        </w:tc>
        <w:tc>
          <w:tcPr>
            <w:tcW w:w="0" w:type="auto"/>
            <w:tcBorders>
              <w:top w:val="single" w:sz="4" w:space="0" w:color="000000"/>
              <w:left w:val="single" w:sz="4" w:space="0" w:color="000000"/>
              <w:bottom w:val="single" w:sz="4" w:space="0" w:color="000000"/>
              <w:right w:val="single" w:sz="4" w:space="0" w:color="000000"/>
            </w:tcBorders>
          </w:tcPr>
          <w:p w14:paraId="7B6BBFD9" w14:textId="77777777" w:rsidR="009446D0" w:rsidRPr="00EB75F0" w:rsidRDefault="0084596B">
            <w:pPr>
              <w:spacing w:before="60" w:after="60" w:line="240" w:lineRule="auto"/>
              <w:rPr>
                <w:sz w:val="14"/>
              </w:rPr>
            </w:pPr>
            <w:r w:rsidRPr="00EB75F0">
              <w:rPr>
                <w:color w:val="000000"/>
                <w:sz w:val="14"/>
              </w:rPr>
              <w:t>12</w:t>
            </w:r>
          </w:p>
        </w:tc>
        <w:tc>
          <w:tcPr>
            <w:tcW w:w="0" w:type="auto"/>
            <w:tcBorders>
              <w:top w:val="single" w:sz="4" w:space="0" w:color="000000"/>
              <w:left w:val="single" w:sz="4" w:space="0" w:color="000000"/>
              <w:bottom w:val="single" w:sz="4" w:space="0" w:color="000000"/>
              <w:right w:val="single" w:sz="4" w:space="0" w:color="000000"/>
            </w:tcBorders>
          </w:tcPr>
          <w:p w14:paraId="6FABD79F"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2E7BEF44"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65F744FC"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AF50F3E" w14:textId="3073A6F1" w:rsidR="009446D0" w:rsidRPr="00EB75F0" w:rsidRDefault="0084596B">
            <w:pPr>
              <w:spacing w:before="60" w:after="60" w:line="240" w:lineRule="auto"/>
              <w:rPr>
                <w:sz w:val="14"/>
              </w:rPr>
            </w:pPr>
            <w:r w:rsidRPr="00EB75F0">
              <w:rPr>
                <w:color w:val="1E1E1E"/>
                <w:sz w:val="14"/>
              </w:rPr>
              <w:t>NCT00563706</w:t>
            </w:r>
            <w:r w:rsidRPr="00EB75F0">
              <w:rPr>
                <w:sz w:val="14"/>
              </w:rPr>
              <w:t xml:space="preserve"> </w:t>
            </w:r>
            <w:r w:rsidR="0031308D" w:rsidRPr="00EB75F0">
              <w:fldChar w:fldCharType="begin"/>
            </w:r>
            <w:r w:rsidR="00452EF4">
              <w:instrText xml:space="preserve"> ADDIN EN.CITE &lt;EndNote&gt;&lt;Cite&gt;&lt;Author&gt;NCT00563706&lt;/Author&gt;&lt;Year&gt;2014&lt;/Year&gt;&lt;RecNum&gt;95&lt;/RecNum&gt;&lt;DisplayText&gt;&lt;style face="superscript"&gt;98&lt;/style&gt;&lt;/DisplayText&gt;&lt;record&gt;&lt;rec-number&gt;95&lt;/rec-number&gt;&lt;foreign-keys&gt;&lt;key app="EN" db-id="9ttaxzax2p0tr7ewzt55atews50zvxaaa5rz" timestamp="1764068846"&gt;95&lt;/key&gt;&lt;/foreign-keys&gt;&lt;ref-type name="Journal Article"&gt;17&lt;/ref-type&gt;&lt;contributors&gt;&lt;authors&gt;&lt;author&gt;NCT00563706&lt;/author&gt;&lt;/authors&gt;&lt;/contributors&gt;&lt;titles&gt;&lt;title&gt;Study evaluating vabicaserin in subjects with schizophrenia&lt;/title&gt;&lt;secondary-title&gt;-&lt;/secondary-title&gt;&lt;/titles&gt;&lt;periodical&gt;&lt;full-title&gt;-&lt;/full-title&gt;&lt;/periodical&gt;&lt;pages&gt;-&lt;/pages&gt;&lt;volume&gt;-&lt;/volume&gt;&lt;dates&gt;&lt;year&gt;2014&lt;/year&gt;&lt;/dates&gt;&lt;urls&gt;&lt;/urls&gt;&lt;/record&gt;&lt;/Cite&gt;&lt;/EndNote&gt;</w:instrText>
            </w:r>
            <w:r w:rsidR="0031308D" w:rsidRPr="00EB75F0">
              <w:fldChar w:fldCharType="separate"/>
            </w:r>
            <w:r w:rsidR="00452EF4" w:rsidRPr="00452EF4">
              <w:rPr>
                <w:noProof/>
                <w:vertAlign w:val="superscript"/>
              </w:rPr>
              <w:t>98</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16568921" w14:textId="77777777" w:rsidR="009446D0" w:rsidRPr="00EB75F0" w:rsidRDefault="0084596B">
            <w:pPr>
              <w:spacing w:before="60" w:after="60" w:line="240" w:lineRule="auto"/>
              <w:rPr>
                <w:sz w:val="14"/>
              </w:rPr>
            </w:pPr>
            <w:r w:rsidRPr="00EB75F0">
              <w:rPr>
                <w:color w:val="000000"/>
                <w:sz w:val="14"/>
              </w:rPr>
              <w:t>2014</w:t>
            </w:r>
          </w:p>
        </w:tc>
        <w:tc>
          <w:tcPr>
            <w:tcW w:w="0" w:type="auto"/>
            <w:tcBorders>
              <w:top w:val="single" w:sz="4" w:space="0" w:color="000000"/>
              <w:left w:val="single" w:sz="4" w:space="0" w:color="000000"/>
              <w:bottom w:val="single" w:sz="4" w:space="0" w:color="000000"/>
              <w:right w:val="single" w:sz="4" w:space="0" w:color="000000"/>
            </w:tcBorders>
          </w:tcPr>
          <w:p w14:paraId="10D77508"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34B176AB"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72251E5"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1AAC7484"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64FEB9E0" w14:textId="77777777" w:rsidR="009446D0" w:rsidRPr="00EB75F0" w:rsidRDefault="0084596B">
            <w:pPr>
              <w:spacing w:before="60" w:after="60" w:line="240" w:lineRule="auto"/>
              <w:rPr>
                <w:sz w:val="14"/>
              </w:rPr>
            </w:pPr>
            <w:r w:rsidRPr="00EB75F0">
              <w:rPr>
                <w:color w:val="000000"/>
                <w:sz w:val="14"/>
              </w:rPr>
              <w:t>North America</w:t>
            </w:r>
          </w:p>
        </w:tc>
        <w:tc>
          <w:tcPr>
            <w:tcW w:w="0" w:type="auto"/>
            <w:tcBorders>
              <w:top w:val="single" w:sz="4" w:space="0" w:color="000000"/>
              <w:left w:val="single" w:sz="4" w:space="0" w:color="000000"/>
              <w:bottom w:val="single" w:sz="4" w:space="0" w:color="000000"/>
              <w:right w:val="single" w:sz="4" w:space="0" w:color="000000"/>
            </w:tcBorders>
          </w:tcPr>
          <w:p w14:paraId="1B2DC2FC"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459DF3A5"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5798E053"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1EE2B2C3"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9F097D0" w14:textId="77777777" w:rsidR="009446D0" w:rsidRPr="00EB75F0" w:rsidRDefault="0084596B">
            <w:pPr>
              <w:spacing w:before="60" w:after="60" w:line="240" w:lineRule="auto"/>
              <w:rPr>
                <w:sz w:val="14"/>
              </w:rPr>
            </w:pPr>
            <w:r w:rsidRPr="00EB75F0">
              <w:rPr>
                <w:color w:val="000000"/>
                <w:sz w:val="14"/>
              </w:rPr>
              <w:t>204</w:t>
            </w:r>
          </w:p>
        </w:tc>
        <w:tc>
          <w:tcPr>
            <w:tcW w:w="0" w:type="auto"/>
            <w:tcBorders>
              <w:top w:val="single" w:sz="4" w:space="0" w:color="000000"/>
              <w:left w:val="single" w:sz="4" w:space="0" w:color="000000"/>
              <w:bottom w:val="single" w:sz="4" w:space="0" w:color="000000"/>
              <w:right w:val="single" w:sz="4" w:space="0" w:color="000000"/>
            </w:tcBorders>
          </w:tcPr>
          <w:p w14:paraId="1DFCF083"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0BA3A570"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200E76FB" w14:textId="77777777" w:rsidR="009446D0" w:rsidRPr="00EB75F0" w:rsidRDefault="0084596B">
            <w:pPr>
              <w:spacing w:before="60" w:after="60" w:line="240" w:lineRule="auto"/>
              <w:rPr>
                <w:sz w:val="14"/>
              </w:rPr>
            </w:pPr>
            <w:r w:rsidRPr="00EB75F0">
              <w:rPr>
                <w:color w:val="000000"/>
                <w:sz w:val="14"/>
              </w:rPr>
              <w:t>II</w:t>
            </w:r>
          </w:p>
        </w:tc>
      </w:tr>
      <w:tr w:rsidR="009446D0" w:rsidRPr="00EB75F0" w14:paraId="32A52785"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5A1E7487" w14:textId="28ECF545" w:rsidR="009446D0" w:rsidRPr="00EB75F0" w:rsidRDefault="0084596B">
            <w:pPr>
              <w:spacing w:before="60" w:after="60" w:line="240" w:lineRule="auto"/>
              <w:rPr>
                <w:sz w:val="14"/>
              </w:rPr>
            </w:pPr>
            <w:proofErr w:type="spellStart"/>
            <w:r w:rsidRPr="00EB75F0">
              <w:rPr>
                <w:color w:val="1E1E1E"/>
                <w:sz w:val="14"/>
              </w:rPr>
              <w:lastRenderedPageBreak/>
              <w:t>Peuskens</w:t>
            </w:r>
            <w:proofErr w:type="spellEnd"/>
            <w:r w:rsidRPr="00EB75F0">
              <w:rPr>
                <w:color w:val="1E1E1E"/>
                <w:sz w:val="14"/>
              </w:rPr>
              <w:t xml:space="preserve"> 1999</w:t>
            </w:r>
            <w:r w:rsidR="0031308D" w:rsidRPr="00EB75F0">
              <w:fldChar w:fldCharType="begin"/>
            </w:r>
            <w:r w:rsidR="00452EF4">
              <w:instrText xml:space="preserve"> ADDIN EN.CITE &lt;EndNote&gt;&lt;Cite&gt;&lt;Author&gt;Peuskens&lt;/Author&gt;&lt;Year&gt;1999&lt;/Year&gt;&lt;RecNum&gt;96&lt;/RecNum&gt;&lt;DisplayText&gt;&lt;style face="superscript"&gt;99&lt;/style&gt;&lt;/DisplayText&gt;&lt;record&gt;&lt;rec-number&gt;96&lt;/rec-number&gt;&lt;foreign-keys&gt;&lt;key app="EN" db-id="9ttaxzax2p0tr7ewzt55atews50zvxaaa5rz" timestamp="1764068846"&gt;96&lt;/key&gt;&lt;/foreign-keys&gt;&lt;ref-type name="Journal Article"&gt;17&lt;/ref-type&gt;&lt;contributors&gt;&lt;authors&gt;&lt;author&gt;Peuskens, Joseph&lt;/author&gt;&lt;author&gt;Bech, Per&lt;/author&gt;&lt;author&gt;Möller, Hans-Jürgen&lt;/author&gt;&lt;author&gt;Bale, Robert&lt;/author&gt;&lt;author&gt;Fleurot, Odile&lt;/author&gt;&lt;author&gt;Rein, Werner&lt;/author&gt;&lt;author&gt;Amisulpride Study Group&lt;/author&gt;&lt;/authors&gt;&lt;/contributors&gt;&lt;titles&gt;&lt;title&gt;Amisulpride vs. risperidone in the treatment of acute exacerbations of schizophrenia&lt;/title&gt;&lt;secondary-title&gt;Psychiatry research&lt;/secondary-title&gt;&lt;/titles&gt;&lt;periodical&gt;&lt;full-title&gt;Psychiatry research&lt;/full-title&gt;&lt;/periodical&gt;&lt;pages&gt;107-117&lt;/pages&gt;&lt;volume&gt;88&lt;/volume&gt;&lt;number&gt;2&lt;/number&gt;&lt;dates&gt;&lt;year&gt;1999&lt;/year&gt;&lt;/dates&gt;&lt;isbn&gt;0165-1781&lt;/isbn&gt;&lt;urls&gt;&lt;/urls&gt;&lt;/record&gt;&lt;/Cite&gt;&lt;/EndNote&gt;</w:instrText>
            </w:r>
            <w:r w:rsidR="0031308D" w:rsidRPr="00EB75F0">
              <w:fldChar w:fldCharType="separate"/>
            </w:r>
            <w:r w:rsidR="00452EF4" w:rsidRPr="00452EF4">
              <w:rPr>
                <w:noProof/>
                <w:vertAlign w:val="superscript"/>
              </w:rPr>
              <w:t>99</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D6937FB" w14:textId="77777777" w:rsidR="009446D0" w:rsidRPr="00EB75F0" w:rsidRDefault="0084596B">
            <w:pPr>
              <w:spacing w:before="60" w:after="60" w:line="240" w:lineRule="auto"/>
              <w:rPr>
                <w:sz w:val="14"/>
              </w:rPr>
            </w:pPr>
            <w:r w:rsidRPr="00EB75F0">
              <w:rPr>
                <w:color w:val="000000"/>
                <w:sz w:val="14"/>
              </w:rPr>
              <w:t>1999</w:t>
            </w:r>
          </w:p>
        </w:tc>
        <w:tc>
          <w:tcPr>
            <w:tcW w:w="0" w:type="auto"/>
            <w:tcBorders>
              <w:top w:val="single" w:sz="4" w:space="0" w:color="000000"/>
              <w:left w:val="single" w:sz="4" w:space="0" w:color="000000"/>
              <w:bottom w:val="single" w:sz="4" w:space="0" w:color="000000"/>
              <w:right w:val="single" w:sz="4" w:space="0" w:color="000000"/>
            </w:tcBorders>
          </w:tcPr>
          <w:p w14:paraId="28958954"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0BC219A2"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305E2595"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26D494C8"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445C735B"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29C23477"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1A637ADF"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56D74FB"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032DB554"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0B91F99D" w14:textId="77777777" w:rsidR="009446D0" w:rsidRPr="00EB75F0" w:rsidRDefault="0084596B">
            <w:pPr>
              <w:spacing w:before="60" w:after="60" w:line="240" w:lineRule="auto"/>
              <w:rPr>
                <w:sz w:val="14"/>
              </w:rPr>
            </w:pPr>
            <w:r w:rsidRPr="00EB75F0">
              <w:rPr>
                <w:color w:val="000000"/>
                <w:sz w:val="14"/>
              </w:rPr>
              <w:t>228</w:t>
            </w:r>
          </w:p>
        </w:tc>
        <w:tc>
          <w:tcPr>
            <w:tcW w:w="0" w:type="auto"/>
            <w:tcBorders>
              <w:top w:val="single" w:sz="4" w:space="0" w:color="000000"/>
              <w:left w:val="single" w:sz="4" w:space="0" w:color="000000"/>
              <w:bottom w:val="single" w:sz="4" w:space="0" w:color="000000"/>
              <w:right w:val="single" w:sz="4" w:space="0" w:color="000000"/>
            </w:tcBorders>
          </w:tcPr>
          <w:p w14:paraId="7A21A1F3"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774ED4A9"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26414FF5"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2BE47DB8"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4E9F808" w14:textId="559EC3D3" w:rsidR="009446D0" w:rsidRPr="00EB75F0" w:rsidRDefault="0084596B">
            <w:pPr>
              <w:spacing w:before="60" w:after="60" w:line="240" w:lineRule="auto"/>
              <w:rPr>
                <w:sz w:val="14"/>
              </w:rPr>
            </w:pPr>
            <w:r w:rsidRPr="00EB75F0">
              <w:rPr>
                <w:color w:val="1E1E1E"/>
                <w:sz w:val="14"/>
              </w:rPr>
              <w:t>Casey 2008</w:t>
            </w:r>
            <w:r w:rsidR="0031308D" w:rsidRPr="00EB75F0">
              <w:fldChar w:fldCharType="begin"/>
            </w:r>
            <w:r w:rsidR="00452EF4">
              <w:instrText xml:space="preserve"> ADDIN EN.CITE &lt;EndNote&gt;&lt;Cite&gt;&lt;Author&gt;Casey&lt;/Author&gt;&lt;Year&gt;2008&lt;/Year&gt;&lt;RecNum&gt;97&lt;/RecNum&gt;&lt;DisplayText&gt;&lt;style face="superscript"&gt;100&lt;/style&gt;&lt;/DisplayText&gt;&lt;record&gt;&lt;rec-number&gt;97&lt;/rec-number&gt;&lt;foreign-keys&gt;&lt;key app="EN" db-id="9ttaxzax2p0tr7ewzt55atews50zvxaaa5rz" timestamp="1764068846"&gt;97&lt;/key&gt;&lt;/foreign-keys&gt;&lt;ref-type name="Journal Article"&gt;17&lt;/ref-type&gt;&lt;contributors&gt;&lt;authors&gt;&lt;author&gt;Casey, D. E.&lt;/author&gt;&lt;author&gt;Sands, E. E.&lt;/author&gt;&lt;author&gt;Heisterberg, J.&lt;/author&gt;&lt;author&gt;Yang, H. M.&lt;/author&gt;&lt;/authors&gt;&lt;/contributors&gt;&lt;titles&gt;&lt;title&gt;Efficacy and safety of bifeprunox in patients with an acute exacerbation of schizophrenia: results from a randomized, double-blind, placebo-controlled, multicenter, dose-finding study&lt;/title&gt;&lt;secondary-title&gt;Psychopharmacology (Berl)&lt;/secondary-title&gt;&lt;/titles&gt;&lt;periodical&gt;&lt;full-title&gt;Psychopharmacology (Berl)&lt;/full-title&gt;&lt;/periodical&gt;&lt;pages&gt;317-31&lt;/pages&gt;&lt;volume&gt;200&lt;/volume&gt;&lt;number&gt;3&lt;/number&gt;&lt;dates&gt;&lt;year&gt;2008&lt;/year&gt;&lt;pub-dates&gt;&lt;date&gt;20080704&lt;/date&gt;&lt;/pub-dates&gt;&lt;/dates&gt;&lt;pub-location&gt;UHN 80 Department of Psychiatry, Oregon Health and Science University, 3181 SW Sam Jackson Park Road, Portland, OR 97239, USA. caseyd@ohsu.edu&lt;/pub-location&gt;&lt;isbn&gt;0033-3158 (Print) 0033-3158 (Linking)&lt;/isbn&gt;&lt;urls&gt;&lt;related-urls&gt;&lt;url&gt;https://www.ncbi.nlm.nih.gov/pubmed/18597078&lt;/url&gt;&lt;/related-urls&gt;&lt;/urls&gt;&lt;electronic-resource-num&gt;10.1007/s00213-008-1207-7&lt;/electronic-resource-num&gt;&lt;/record&gt;&lt;/Cite&gt;&lt;/EndNote&gt;</w:instrText>
            </w:r>
            <w:r w:rsidR="0031308D" w:rsidRPr="00EB75F0">
              <w:fldChar w:fldCharType="separate"/>
            </w:r>
            <w:r w:rsidR="00452EF4" w:rsidRPr="00452EF4">
              <w:rPr>
                <w:noProof/>
                <w:vertAlign w:val="superscript"/>
              </w:rPr>
              <w:t>100</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1EDCEECD" w14:textId="77777777" w:rsidR="009446D0" w:rsidRPr="00EB75F0" w:rsidRDefault="0084596B">
            <w:pPr>
              <w:spacing w:before="60" w:after="60" w:line="240" w:lineRule="auto"/>
              <w:rPr>
                <w:sz w:val="14"/>
              </w:rPr>
            </w:pPr>
            <w:r w:rsidRPr="00EB75F0">
              <w:rPr>
                <w:color w:val="000000"/>
                <w:sz w:val="14"/>
              </w:rPr>
              <w:t>2008</w:t>
            </w:r>
          </w:p>
        </w:tc>
        <w:tc>
          <w:tcPr>
            <w:tcW w:w="0" w:type="auto"/>
            <w:tcBorders>
              <w:top w:val="single" w:sz="4" w:space="0" w:color="000000"/>
              <w:left w:val="single" w:sz="4" w:space="0" w:color="000000"/>
              <w:bottom w:val="single" w:sz="4" w:space="0" w:color="000000"/>
              <w:right w:val="single" w:sz="4" w:space="0" w:color="000000"/>
            </w:tcBorders>
          </w:tcPr>
          <w:p w14:paraId="1CC1E22D"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50E988F"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2BFF9957"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7AA6DF5"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30491131" w14:textId="77777777" w:rsidR="009446D0" w:rsidRPr="00EB75F0" w:rsidRDefault="0084596B">
            <w:pPr>
              <w:spacing w:before="60" w:after="60" w:line="240" w:lineRule="auto"/>
              <w:rPr>
                <w:sz w:val="14"/>
              </w:rPr>
            </w:pPr>
            <w:r w:rsidRPr="00EB75F0">
              <w:rPr>
                <w:color w:val="000000"/>
                <w:sz w:val="14"/>
              </w:rPr>
              <w:t>North America</w:t>
            </w:r>
          </w:p>
        </w:tc>
        <w:tc>
          <w:tcPr>
            <w:tcW w:w="0" w:type="auto"/>
            <w:tcBorders>
              <w:top w:val="single" w:sz="4" w:space="0" w:color="000000"/>
              <w:left w:val="single" w:sz="4" w:space="0" w:color="000000"/>
              <w:bottom w:val="single" w:sz="4" w:space="0" w:color="000000"/>
              <w:right w:val="single" w:sz="4" w:space="0" w:color="000000"/>
            </w:tcBorders>
          </w:tcPr>
          <w:p w14:paraId="7E255FAF"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7AD4C970"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5040BA1C"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5E3097B7" w14:textId="77777777" w:rsidR="009446D0" w:rsidRPr="00EB75F0" w:rsidRDefault="0084596B">
            <w:pPr>
              <w:spacing w:before="60" w:after="60" w:line="240" w:lineRule="auto"/>
              <w:rPr>
                <w:sz w:val="14"/>
              </w:rPr>
            </w:pPr>
            <w:r w:rsidRPr="00EB75F0">
              <w:rPr>
                <w:color w:val="000000"/>
                <w:sz w:val="14"/>
              </w:rPr>
              <w:t>836</w:t>
            </w:r>
          </w:p>
        </w:tc>
        <w:tc>
          <w:tcPr>
            <w:tcW w:w="0" w:type="auto"/>
            <w:tcBorders>
              <w:top w:val="single" w:sz="4" w:space="0" w:color="000000"/>
              <w:left w:val="single" w:sz="4" w:space="0" w:color="000000"/>
              <w:bottom w:val="single" w:sz="4" w:space="0" w:color="000000"/>
              <w:right w:val="single" w:sz="4" w:space="0" w:color="000000"/>
            </w:tcBorders>
          </w:tcPr>
          <w:p w14:paraId="093935A1" w14:textId="77777777" w:rsidR="009446D0" w:rsidRPr="00EB75F0" w:rsidRDefault="0084596B">
            <w:pPr>
              <w:spacing w:before="60" w:after="60" w:line="240" w:lineRule="auto"/>
              <w:rPr>
                <w:sz w:val="14"/>
              </w:rPr>
            </w:pPr>
            <w:r w:rsidRPr="00EB75F0">
              <w:rPr>
                <w:color w:val="000000"/>
                <w:sz w:val="14"/>
              </w:rPr>
              <w:t>589</w:t>
            </w:r>
          </w:p>
        </w:tc>
        <w:tc>
          <w:tcPr>
            <w:tcW w:w="0" w:type="auto"/>
            <w:tcBorders>
              <w:top w:val="single" w:sz="4" w:space="0" w:color="000000"/>
              <w:left w:val="single" w:sz="4" w:space="0" w:color="000000"/>
              <w:bottom w:val="single" w:sz="4" w:space="0" w:color="000000"/>
              <w:right w:val="single" w:sz="4" w:space="0" w:color="000000"/>
            </w:tcBorders>
          </w:tcPr>
          <w:p w14:paraId="72CB1569"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740158A0"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72B1D926"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6BF24E5B"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77B7B982" w14:textId="7E15EAB0" w:rsidR="009446D0" w:rsidRPr="00EB75F0" w:rsidRDefault="0084596B">
            <w:pPr>
              <w:spacing w:before="60" w:after="60" w:line="240" w:lineRule="auto"/>
              <w:rPr>
                <w:sz w:val="14"/>
              </w:rPr>
            </w:pPr>
            <w:r w:rsidRPr="00EB75F0">
              <w:rPr>
                <w:color w:val="1E1E1E"/>
                <w:sz w:val="14"/>
              </w:rPr>
              <w:t>Blin 1996</w:t>
            </w:r>
            <w:r w:rsidR="0031308D" w:rsidRPr="00EB75F0">
              <w:fldChar w:fldCharType="begin"/>
            </w:r>
            <w:r w:rsidR="00452EF4">
              <w:instrText xml:space="preserve"> ADDIN EN.CITE &lt;EndNote&gt;&lt;Cite&gt;&lt;Author&gt;Blin&lt;/Author&gt;&lt;Year&gt;1996&lt;/Year&gt;&lt;RecNum&gt;98&lt;/RecNum&gt;&lt;DisplayText&gt;&lt;style face="superscript"&gt;101&lt;/style&gt;&lt;/DisplayText&gt;&lt;record&gt;&lt;rec-number&gt;98&lt;/rec-number&gt;&lt;foreign-keys&gt;&lt;key app="EN" db-id="9ttaxzax2p0tr7ewzt55atews50zvxaaa5rz" timestamp="1764068846"&gt;98&lt;/key&gt;&lt;/foreign-keys&gt;&lt;ref-type name="Journal Article"&gt;17&lt;/ref-type&gt;&lt;contributors&gt;&lt;authors&gt;&lt;author&gt;Blin, Olivier&lt;/author&gt;&lt;author&gt;Azorin, Jean Michel&lt;/author&gt;&lt;author&gt;Bouhours, Philippe&lt;/author&gt;&lt;/authors&gt;&lt;/contributors&gt;&lt;titles&gt;&lt;title&gt;Antipsychotic and anxiolytic properties of risperidone, haloperidol, and methotrimeprazine in schizophrenic patients&lt;/title&gt;&lt;secondary-title&gt;Journal of Clinical Psychopharmacology&lt;/secondary-title&gt;&lt;/titles&gt;&lt;periodical&gt;&lt;full-title&gt;Journal of clinical psychopharmacology&lt;/full-title&gt;&lt;/periodical&gt;&lt;pages&gt;38-44&lt;/pages&gt;&lt;volume&gt;16&lt;/volume&gt;&lt;number&gt;1&lt;/number&gt;&lt;dates&gt;&lt;year&gt;1996&lt;/year&gt;&lt;/dates&gt;&lt;isbn&gt;0271-0749&lt;/isbn&gt;&lt;urls&gt;&lt;/urls&gt;&lt;/record&gt;&lt;/Cite&gt;&lt;/EndNote&gt;</w:instrText>
            </w:r>
            <w:r w:rsidR="0031308D" w:rsidRPr="00EB75F0">
              <w:fldChar w:fldCharType="separate"/>
            </w:r>
            <w:r w:rsidR="00452EF4" w:rsidRPr="00452EF4">
              <w:rPr>
                <w:noProof/>
                <w:vertAlign w:val="superscript"/>
              </w:rPr>
              <w:t>101</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E549CDF" w14:textId="77777777" w:rsidR="009446D0" w:rsidRPr="00EB75F0" w:rsidRDefault="0084596B">
            <w:pPr>
              <w:spacing w:before="60" w:after="60" w:line="240" w:lineRule="auto"/>
              <w:rPr>
                <w:sz w:val="14"/>
              </w:rPr>
            </w:pPr>
            <w:r w:rsidRPr="00EB75F0">
              <w:rPr>
                <w:color w:val="000000"/>
                <w:sz w:val="14"/>
              </w:rPr>
              <w:t>1996</w:t>
            </w:r>
          </w:p>
        </w:tc>
        <w:tc>
          <w:tcPr>
            <w:tcW w:w="0" w:type="auto"/>
            <w:tcBorders>
              <w:top w:val="single" w:sz="4" w:space="0" w:color="000000"/>
              <w:left w:val="single" w:sz="4" w:space="0" w:color="000000"/>
              <w:bottom w:val="single" w:sz="4" w:space="0" w:color="000000"/>
              <w:right w:val="single" w:sz="4" w:space="0" w:color="000000"/>
            </w:tcBorders>
          </w:tcPr>
          <w:p w14:paraId="6F12FF89"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46E21385"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6A13ACC1"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FD76758"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55A45EC7" w14:textId="77777777" w:rsidR="009446D0" w:rsidRPr="00EB75F0" w:rsidRDefault="0084596B">
            <w:pPr>
              <w:spacing w:before="60" w:after="60" w:line="240" w:lineRule="auto"/>
              <w:rPr>
                <w:sz w:val="14"/>
              </w:rPr>
            </w:pPr>
            <w:r w:rsidRPr="00EB75F0">
              <w:rPr>
                <w:color w:val="000000"/>
                <w:sz w:val="14"/>
              </w:rPr>
              <w:t>Europe</w:t>
            </w:r>
          </w:p>
        </w:tc>
        <w:tc>
          <w:tcPr>
            <w:tcW w:w="0" w:type="auto"/>
            <w:tcBorders>
              <w:top w:val="single" w:sz="4" w:space="0" w:color="000000"/>
              <w:left w:val="single" w:sz="4" w:space="0" w:color="000000"/>
              <w:bottom w:val="single" w:sz="4" w:space="0" w:color="000000"/>
              <w:right w:val="single" w:sz="4" w:space="0" w:color="000000"/>
            </w:tcBorders>
          </w:tcPr>
          <w:p w14:paraId="1DD4E0E5"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0AC47A8D"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E9E2008"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033F9E37"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3AA54626" w14:textId="77777777" w:rsidR="009446D0" w:rsidRPr="00EB75F0" w:rsidRDefault="0084596B">
            <w:pPr>
              <w:spacing w:before="60" w:after="60" w:line="240" w:lineRule="auto"/>
              <w:rPr>
                <w:sz w:val="14"/>
              </w:rPr>
            </w:pPr>
            <w:r w:rsidRPr="00EB75F0">
              <w:rPr>
                <w:color w:val="000000"/>
                <w:sz w:val="14"/>
              </w:rPr>
              <w:t>62</w:t>
            </w:r>
          </w:p>
        </w:tc>
        <w:tc>
          <w:tcPr>
            <w:tcW w:w="0" w:type="auto"/>
            <w:tcBorders>
              <w:top w:val="single" w:sz="4" w:space="0" w:color="000000"/>
              <w:left w:val="single" w:sz="4" w:space="0" w:color="000000"/>
              <w:bottom w:val="single" w:sz="4" w:space="0" w:color="000000"/>
              <w:right w:val="single" w:sz="4" w:space="0" w:color="000000"/>
            </w:tcBorders>
          </w:tcPr>
          <w:p w14:paraId="7180F30D"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7AF922FE" w14:textId="77777777" w:rsidR="009446D0" w:rsidRPr="00EB75F0" w:rsidRDefault="0084596B">
            <w:pPr>
              <w:spacing w:before="60" w:after="60" w:line="240" w:lineRule="auto"/>
              <w:rPr>
                <w:sz w:val="14"/>
              </w:rPr>
            </w:pPr>
            <w:r w:rsidRPr="00EB75F0">
              <w:rPr>
                <w:color w:val="000000"/>
                <w:sz w:val="14"/>
              </w:rPr>
              <w:t>18-50</w:t>
            </w:r>
          </w:p>
        </w:tc>
        <w:tc>
          <w:tcPr>
            <w:tcW w:w="0" w:type="auto"/>
            <w:tcBorders>
              <w:top w:val="single" w:sz="4" w:space="0" w:color="000000"/>
              <w:left w:val="single" w:sz="4" w:space="0" w:color="000000"/>
              <w:bottom w:val="single" w:sz="4" w:space="0" w:color="000000"/>
              <w:right w:val="single" w:sz="4" w:space="0" w:color="000000"/>
            </w:tcBorders>
          </w:tcPr>
          <w:p w14:paraId="42C0726B"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1073AFF2"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49B4F0F2" w14:textId="4D57402D" w:rsidR="009446D0" w:rsidRPr="00EB75F0" w:rsidRDefault="0084596B">
            <w:pPr>
              <w:spacing w:before="60" w:after="60" w:line="240" w:lineRule="auto"/>
              <w:rPr>
                <w:sz w:val="14"/>
              </w:rPr>
            </w:pPr>
            <w:r w:rsidRPr="00EB75F0">
              <w:rPr>
                <w:color w:val="1E1E1E"/>
                <w:sz w:val="14"/>
              </w:rPr>
              <w:t>Li 2012</w:t>
            </w:r>
            <w:r w:rsidR="0031308D" w:rsidRPr="00EB75F0">
              <w:fldChar w:fldCharType="begin"/>
            </w:r>
            <w:r w:rsidR="00452EF4">
              <w:instrText xml:space="preserve"> ADDIN EN.CITE &lt;EndNote&gt;&lt;Cite&gt;&lt;Author&gt;Li&lt;/Author&gt;&lt;Year&gt;2012&lt;/Year&gt;&lt;RecNum&gt;99&lt;/RecNum&gt;&lt;DisplayText&gt;&lt;style face="superscript"&gt;102&lt;/style&gt;&lt;/DisplayText&gt;&lt;record&gt;&lt;rec-number&gt;99&lt;/rec-number&gt;&lt;foreign-keys&gt;&lt;key app="EN" db-id="9ttaxzax2p0tr7ewzt55atews50zvxaaa5rz" timestamp="1764068846"&gt;99&lt;/key&gt;&lt;/foreign-keys&gt;&lt;ref-type name="Journal Article"&gt;17&lt;/ref-type&gt;&lt;contributors&gt;&lt;authors&gt;&lt;author&gt;Li, Y.&lt;/author&gt;&lt;author&gt;Li, H.&lt;/author&gt;&lt;author&gt;Liu, Y.&lt;/author&gt;&lt;author&gt;Yan, X.&lt;/author&gt;&lt;author&gt;Yue, Y.&lt;/author&gt;&lt;author&gt;Qian, M.&lt;/author&gt;&lt;/authors&gt;&lt;/contributors&gt;&lt;titles&gt;&lt;title&gt;Comparison of quetiapine and risperidone in Chinese Han patients with schizophrenia: results of a single-blind, randomized study&lt;/title&gt;&lt;secondary-title&gt;Curr Med Res Opin&lt;/secondary-title&gt;&lt;/titles&gt;&lt;periodical&gt;&lt;full-title&gt;Curr Med Res Opin&lt;/full-title&gt;&lt;/periodical&gt;&lt;pages&gt;1725-32&lt;/pages&gt;&lt;volume&gt;28&lt;/volume&gt;&lt;number&gt;10&lt;/number&gt;&lt;dates&gt;&lt;year&gt;2012&lt;/year&gt;&lt;pub-dates&gt;&lt;date&gt;20121002&lt;/date&gt;&lt;/pub-dates&gt;&lt;/dates&gt;&lt;pub-location&gt;Shanghai Mental Health Center, Shanghai Jiao Tong University School of Medicine, Shanghai, China.&lt;/pub-location&gt;&lt;isbn&gt;1473-4877 (Electronic) 0300-7995 (Linking)&lt;/isbn&gt;&lt;urls&gt;&lt;related-urls&gt;&lt;url&gt;https://www.ncbi.nlm.nih.gov/pubmed/22978771&lt;/url&gt;&lt;/related-urls&gt;&lt;/urls&gt;&lt;electronic-resource-num&gt;10.1185/03007995.2012.728524&lt;/electronic-resource-num&gt;&lt;/record&gt;&lt;/Cite&gt;&lt;/EndNote&gt;</w:instrText>
            </w:r>
            <w:r w:rsidR="0031308D" w:rsidRPr="00EB75F0">
              <w:fldChar w:fldCharType="separate"/>
            </w:r>
            <w:r w:rsidR="00452EF4" w:rsidRPr="00452EF4">
              <w:rPr>
                <w:noProof/>
                <w:vertAlign w:val="superscript"/>
              </w:rPr>
              <w:t>102</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3D8C3F5E" w14:textId="77777777" w:rsidR="009446D0" w:rsidRPr="00EB75F0" w:rsidRDefault="0084596B">
            <w:pPr>
              <w:spacing w:before="60" w:after="60" w:line="240" w:lineRule="auto"/>
              <w:rPr>
                <w:sz w:val="14"/>
              </w:rPr>
            </w:pPr>
            <w:r w:rsidRPr="00EB75F0">
              <w:rPr>
                <w:color w:val="000000"/>
                <w:sz w:val="14"/>
              </w:rPr>
              <w:t>2012</w:t>
            </w:r>
          </w:p>
        </w:tc>
        <w:tc>
          <w:tcPr>
            <w:tcW w:w="0" w:type="auto"/>
            <w:tcBorders>
              <w:top w:val="single" w:sz="4" w:space="0" w:color="000000"/>
              <w:left w:val="single" w:sz="4" w:space="0" w:color="000000"/>
              <w:bottom w:val="single" w:sz="4" w:space="0" w:color="000000"/>
              <w:right w:val="single" w:sz="4" w:space="0" w:color="000000"/>
            </w:tcBorders>
          </w:tcPr>
          <w:p w14:paraId="4867CF9E"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194AB67" w14:textId="77777777" w:rsidR="009446D0" w:rsidRPr="00EB75F0" w:rsidRDefault="0084596B">
            <w:pPr>
              <w:spacing w:before="60" w:after="60" w:line="240" w:lineRule="auto"/>
              <w:rPr>
                <w:sz w:val="14"/>
              </w:rPr>
            </w:pPr>
            <w:r w:rsidRPr="00EB75F0">
              <w:rPr>
                <w:color w:val="000000"/>
                <w:sz w:val="14"/>
              </w:rPr>
              <w:t>Single blind</w:t>
            </w:r>
          </w:p>
        </w:tc>
        <w:tc>
          <w:tcPr>
            <w:tcW w:w="0" w:type="auto"/>
            <w:tcBorders>
              <w:top w:val="single" w:sz="4" w:space="0" w:color="000000"/>
              <w:left w:val="single" w:sz="4" w:space="0" w:color="000000"/>
              <w:bottom w:val="single" w:sz="4" w:space="0" w:color="000000"/>
              <w:right w:val="single" w:sz="4" w:space="0" w:color="000000"/>
            </w:tcBorders>
          </w:tcPr>
          <w:p w14:paraId="4F806170"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B26E96C"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6ED57EA4"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0F685271"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302F6C14"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2652097E"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3442F287" w14:textId="77777777" w:rsidR="009446D0" w:rsidRPr="00EB75F0" w:rsidRDefault="0084596B">
            <w:pPr>
              <w:spacing w:before="60" w:after="60" w:line="240" w:lineRule="auto"/>
              <w:rPr>
                <w:sz w:val="14"/>
              </w:rPr>
            </w:pPr>
            <w:r w:rsidRPr="00EB75F0">
              <w:rPr>
                <w:color w:val="000000"/>
                <w:sz w:val="14"/>
              </w:rPr>
              <w:t>120</w:t>
            </w:r>
          </w:p>
        </w:tc>
        <w:tc>
          <w:tcPr>
            <w:tcW w:w="0" w:type="auto"/>
            <w:tcBorders>
              <w:top w:val="single" w:sz="4" w:space="0" w:color="000000"/>
              <w:left w:val="single" w:sz="4" w:space="0" w:color="000000"/>
              <w:bottom w:val="single" w:sz="4" w:space="0" w:color="000000"/>
              <w:right w:val="single" w:sz="4" w:space="0" w:color="000000"/>
            </w:tcBorders>
          </w:tcPr>
          <w:p w14:paraId="075EF106" w14:textId="77777777" w:rsidR="009446D0" w:rsidRPr="00EB75F0" w:rsidRDefault="0084596B">
            <w:pPr>
              <w:spacing w:before="60" w:after="60" w:line="240" w:lineRule="auto"/>
              <w:rPr>
                <w:sz w:val="14"/>
              </w:rPr>
            </w:pPr>
            <w:r w:rsidRPr="00EB75F0">
              <w:rPr>
                <w:color w:val="000000"/>
                <w:sz w:val="14"/>
              </w:rPr>
              <w:t>120</w:t>
            </w:r>
          </w:p>
        </w:tc>
        <w:tc>
          <w:tcPr>
            <w:tcW w:w="0" w:type="auto"/>
            <w:tcBorders>
              <w:top w:val="single" w:sz="4" w:space="0" w:color="000000"/>
              <w:left w:val="single" w:sz="4" w:space="0" w:color="000000"/>
              <w:bottom w:val="single" w:sz="4" w:space="0" w:color="000000"/>
              <w:right w:val="single" w:sz="4" w:space="0" w:color="000000"/>
            </w:tcBorders>
          </w:tcPr>
          <w:p w14:paraId="60512DB2"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2553008C"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7C48D080" w14:textId="77777777" w:rsidR="009446D0" w:rsidRPr="00EB75F0" w:rsidRDefault="0084596B">
            <w:pPr>
              <w:spacing w:before="60" w:after="60" w:line="240" w:lineRule="auto"/>
              <w:rPr>
                <w:sz w:val="14"/>
              </w:rPr>
            </w:pPr>
            <w:r w:rsidRPr="00EB75F0">
              <w:rPr>
                <w:color w:val="000000"/>
                <w:sz w:val="14"/>
              </w:rPr>
              <w:t>IV</w:t>
            </w:r>
          </w:p>
        </w:tc>
      </w:tr>
      <w:tr w:rsidR="009446D0" w:rsidRPr="00EB75F0" w14:paraId="4AF03225"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41318AB1" w14:textId="495D4962" w:rsidR="009446D0" w:rsidRPr="00EB75F0" w:rsidRDefault="0084596B">
            <w:pPr>
              <w:spacing w:before="60" w:after="60" w:line="240" w:lineRule="auto"/>
              <w:rPr>
                <w:sz w:val="14"/>
              </w:rPr>
            </w:pPr>
            <w:r w:rsidRPr="00EB75F0">
              <w:rPr>
                <w:color w:val="1E1E1E"/>
                <w:sz w:val="14"/>
              </w:rPr>
              <w:t>NCT01175135</w:t>
            </w:r>
            <w:r w:rsidRPr="00EB75F0">
              <w:rPr>
                <w:sz w:val="14"/>
              </w:rPr>
              <w:t xml:space="preserve"> </w:t>
            </w:r>
            <w:r w:rsidR="0031308D" w:rsidRPr="00EB75F0">
              <w:fldChar w:fldCharType="begin"/>
            </w:r>
            <w:r w:rsidR="00452EF4">
              <w:instrText xml:space="preserve"> ADDIN EN.CITE &lt;EndNote&gt;&lt;Cite&gt;&lt;Author&gt;NCT01175135&lt;/Author&gt;&lt;Year&gt;2018&lt;/Year&gt;&lt;RecNum&gt;100&lt;/RecNum&gt;&lt;DisplayText&gt;&lt;style face="superscript"&gt;103&lt;/style&gt;&lt;/DisplayText&gt;&lt;record&gt;&lt;rec-number&gt;100&lt;/rec-number&gt;&lt;foreign-keys&gt;&lt;key app="EN" db-id="9ttaxzax2p0tr7ewzt55atews50zvxaaa5rz" timestamp="1764068847"&gt;100&lt;/key&gt;&lt;/foreign-keys&gt;&lt;ref-type name="Journal Article"&gt;17&lt;/ref-type&gt;&lt;contributors&gt;&lt;authors&gt;&lt;author&gt;NCT01175135&lt;/author&gt;&lt;/authors&gt;&lt;/contributors&gt;&lt;titles&gt;&lt;title&gt;An Inpatient Study Of The Efficacy, Safety, And Tolerability Of PF-02545920 In The Treatment Of Acute Exacerbation Of Schizophrenia&lt;/title&gt;&lt;secondary-title&gt;-&lt;/secondary-title&gt;&lt;/titles&gt;&lt;periodical&gt;&lt;full-title&gt;-&lt;/full-title&gt;&lt;/periodical&gt;&lt;pages&gt;-&lt;/pages&gt;&lt;volume&gt;-&lt;/volume&gt;&lt;dates&gt;&lt;year&gt;2018&lt;/year&gt;&lt;/dates&gt;&lt;urls&gt;&lt;/urls&gt;&lt;/record&gt;&lt;/Cite&gt;&lt;/EndNote&gt;</w:instrText>
            </w:r>
            <w:r w:rsidR="0031308D" w:rsidRPr="00EB75F0">
              <w:fldChar w:fldCharType="separate"/>
            </w:r>
            <w:r w:rsidR="00452EF4" w:rsidRPr="00452EF4">
              <w:rPr>
                <w:noProof/>
                <w:vertAlign w:val="superscript"/>
              </w:rPr>
              <w:t>103</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24A26F7C" w14:textId="77777777" w:rsidR="009446D0" w:rsidRPr="00EB75F0" w:rsidRDefault="0084596B">
            <w:pPr>
              <w:spacing w:before="60" w:after="60" w:line="240" w:lineRule="auto"/>
              <w:rPr>
                <w:sz w:val="14"/>
              </w:rPr>
            </w:pPr>
            <w:r w:rsidRPr="00EB75F0">
              <w:rPr>
                <w:color w:val="000000"/>
                <w:sz w:val="14"/>
              </w:rPr>
              <w:t>2018</w:t>
            </w:r>
          </w:p>
        </w:tc>
        <w:tc>
          <w:tcPr>
            <w:tcW w:w="0" w:type="auto"/>
            <w:tcBorders>
              <w:top w:val="single" w:sz="4" w:space="0" w:color="000000"/>
              <w:left w:val="single" w:sz="4" w:space="0" w:color="000000"/>
              <w:bottom w:val="single" w:sz="4" w:space="0" w:color="000000"/>
              <w:right w:val="single" w:sz="4" w:space="0" w:color="000000"/>
            </w:tcBorders>
          </w:tcPr>
          <w:p w14:paraId="069BB0F5"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DE0505E"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4177E3D1"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2F6B8F36"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4C61CCA1"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5EF4174D"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552EC481"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E357967"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647F5DE0" w14:textId="77777777" w:rsidR="009446D0" w:rsidRPr="00EB75F0" w:rsidRDefault="0084596B">
            <w:pPr>
              <w:spacing w:before="60" w:after="60" w:line="240" w:lineRule="auto"/>
              <w:rPr>
                <w:sz w:val="14"/>
              </w:rPr>
            </w:pPr>
            <w:r w:rsidRPr="00EB75F0">
              <w:rPr>
                <w:color w:val="000000"/>
                <w:sz w:val="14"/>
              </w:rPr>
              <w:t>368</w:t>
            </w:r>
          </w:p>
        </w:tc>
        <w:tc>
          <w:tcPr>
            <w:tcW w:w="0" w:type="auto"/>
            <w:tcBorders>
              <w:top w:val="single" w:sz="4" w:space="0" w:color="000000"/>
              <w:left w:val="single" w:sz="4" w:space="0" w:color="000000"/>
              <w:bottom w:val="single" w:sz="4" w:space="0" w:color="000000"/>
              <w:right w:val="single" w:sz="4" w:space="0" w:color="000000"/>
            </w:tcBorders>
          </w:tcPr>
          <w:p w14:paraId="05414527" w14:textId="77777777" w:rsidR="009446D0" w:rsidRPr="00EB75F0" w:rsidRDefault="0084596B">
            <w:pPr>
              <w:spacing w:before="60" w:after="60" w:line="240" w:lineRule="auto"/>
              <w:rPr>
                <w:sz w:val="14"/>
              </w:rPr>
            </w:pPr>
            <w:r w:rsidRPr="00EB75F0">
              <w:rPr>
                <w:color w:val="000000"/>
                <w:sz w:val="14"/>
              </w:rPr>
              <w:t>259</w:t>
            </w:r>
          </w:p>
        </w:tc>
        <w:tc>
          <w:tcPr>
            <w:tcW w:w="0" w:type="auto"/>
            <w:tcBorders>
              <w:top w:val="single" w:sz="4" w:space="0" w:color="000000"/>
              <w:left w:val="single" w:sz="4" w:space="0" w:color="000000"/>
              <w:bottom w:val="single" w:sz="4" w:space="0" w:color="000000"/>
              <w:right w:val="single" w:sz="4" w:space="0" w:color="000000"/>
            </w:tcBorders>
          </w:tcPr>
          <w:p w14:paraId="3406966D"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7BC5A258"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67F2067F" w14:textId="77777777" w:rsidR="009446D0" w:rsidRPr="00EB75F0" w:rsidRDefault="0084596B">
            <w:pPr>
              <w:spacing w:before="60" w:after="60" w:line="240" w:lineRule="auto"/>
              <w:rPr>
                <w:sz w:val="14"/>
              </w:rPr>
            </w:pPr>
            <w:r w:rsidRPr="00EB75F0">
              <w:rPr>
                <w:color w:val="000000"/>
                <w:sz w:val="14"/>
              </w:rPr>
              <w:t>II</w:t>
            </w:r>
          </w:p>
        </w:tc>
      </w:tr>
      <w:tr w:rsidR="009446D0" w:rsidRPr="00EB75F0" w14:paraId="77CA7947"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7BC08084" w14:textId="0FD15A2F" w:rsidR="009446D0" w:rsidRPr="00EB75F0" w:rsidRDefault="0084596B">
            <w:pPr>
              <w:spacing w:before="60" w:after="60" w:line="240" w:lineRule="auto"/>
              <w:rPr>
                <w:sz w:val="14"/>
              </w:rPr>
            </w:pPr>
            <w:r w:rsidRPr="00EB75F0">
              <w:rPr>
                <w:color w:val="1E1E1E"/>
                <w:sz w:val="14"/>
              </w:rPr>
              <w:t>Wang 2023</w:t>
            </w:r>
            <w:r w:rsidR="0031308D" w:rsidRPr="00EB75F0">
              <w:fldChar w:fldCharType="begin"/>
            </w:r>
            <w:r w:rsidR="00073331">
              <w:instrText xml:space="preserve"> ADDIN EN.CITE &lt;EndNote&gt;&lt;Cite&gt;&lt;Author&gt;Wang&lt;/Author&gt;&lt;Year&gt;2024&lt;/Year&gt;&lt;RecNum&gt;6&lt;/RecNum&gt;&lt;DisplayText&gt;&lt;style face="superscript"&gt;6&lt;/style&gt;&lt;/DisplayText&gt;&lt;record&gt;&lt;rec-number&gt;6&lt;/rec-number&gt;&lt;foreign-keys&gt;&lt;key app="EN" db-id="9ttaxzax2p0tr7ewzt55atews50zvxaaa5rz" timestamp="1764068824"&gt;6&lt;/key&gt;&lt;/foreign-keys&gt;&lt;ref-type name="Journal Article"&gt;17&lt;/ref-type&gt;&lt;contributors&gt;&lt;authors&gt;&lt;author&gt;Wang, Dong-Mei&lt;/author&gt;&lt;author&gt;Chen, Da-Chun&lt;/author&gt;&lt;author&gt;Xiu, Mei-Hong&lt;/author&gt;&lt;author&gt;Wang, Li&lt;/author&gt;&lt;author&gt;Kosten, Thomas R&lt;/author&gt;&lt;author&gt;Zhang, Xiang-Yang&lt;/author&gt;&lt;/authors&gt;&lt;/contributors&gt;&lt;titles&gt;&lt;title&gt;A double-blind, randomized controlled study of the effects of celecoxib on clinical symptoms and cognitive impairment in patients with drug-naïve first episode schizophrenia: pharmacogenetic impact of cyclooxygenase-2 functional polymorphisms&lt;/title&gt;&lt;secondary-title&gt;Neuropsychopharmacology&lt;/secondary-title&gt;&lt;/titles&gt;&lt;periodical&gt;&lt;full-title&gt;Neuropsychopharmacology&lt;/full-title&gt;&lt;/periodical&gt;&lt;pages&gt;893-902&lt;/pages&gt;&lt;volume&gt;49&lt;/volume&gt;&lt;number&gt;5&lt;/number&gt;&lt;dates&gt;&lt;year&gt;2024&lt;/year&gt;&lt;/dates&gt;&lt;isbn&gt;0893-133X&lt;/isbn&gt;&lt;urls&gt;&lt;/urls&gt;&lt;/record&gt;&lt;/Cite&gt;&lt;/EndNote&gt;</w:instrText>
            </w:r>
            <w:r w:rsidR="0031308D" w:rsidRPr="00EB75F0">
              <w:fldChar w:fldCharType="separate"/>
            </w:r>
            <w:r w:rsidR="008D3092" w:rsidRPr="008D3092">
              <w:rPr>
                <w:noProof/>
                <w:vertAlign w:val="superscript"/>
              </w:rPr>
              <w:t>6</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230F484F" w14:textId="77777777" w:rsidR="009446D0" w:rsidRPr="00EB75F0" w:rsidRDefault="0084596B">
            <w:pPr>
              <w:spacing w:before="60" w:after="60" w:line="240" w:lineRule="auto"/>
              <w:rPr>
                <w:sz w:val="14"/>
              </w:rPr>
            </w:pPr>
            <w:r w:rsidRPr="00EB75F0">
              <w:rPr>
                <w:color w:val="000000"/>
                <w:sz w:val="14"/>
              </w:rPr>
              <w:t>2023</w:t>
            </w:r>
          </w:p>
        </w:tc>
        <w:tc>
          <w:tcPr>
            <w:tcW w:w="0" w:type="auto"/>
            <w:tcBorders>
              <w:top w:val="single" w:sz="4" w:space="0" w:color="000000"/>
              <w:left w:val="single" w:sz="4" w:space="0" w:color="000000"/>
              <w:bottom w:val="single" w:sz="4" w:space="0" w:color="000000"/>
              <w:right w:val="single" w:sz="4" w:space="0" w:color="000000"/>
            </w:tcBorders>
          </w:tcPr>
          <w:p w14:paraId="1C55B806"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F816FEF"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43AFEEAD"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4F644E4B"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561C7F37"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1E49575F"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7EA98AAF" w14:textId="77777777" w:rsidR="009446D0" w:rsidRPr="00EB75F0" w:rsidRDefault="0084596B">
            <w:pPr>
              <w:spacing w:before="60" w:after="60" w:line="240" w:lineRule="auto"/>
              <w:rPr>
                <w:sz w:val="14"/>
              </w:rPr>
            </w:pPr>
            <w:r w:rsidRPr="00EB75F0">
              <w:rPr>
                <w:color w:val="000000"/>
                <w:sz w:val="14"/>
              </w:rPr>
              <w:t>First episode</w:t>
            </w:r>
          </w:p>
        </w:tc>
        <w:tc>
          <w:tcPr>
            <w:tcW w:w="0" w:type="auto"/>
            <w:tcBorders>
              <w:top w:val="single" w:sz="4" w:space="0" w:color="000000"/>
              <w:left w:val="single" w:sz="4" w:space="0" w:color="000000"/>
              <w:bottom w:val="single" w:sz="4" w:space="0" w:color="000000"/>
              <w:right w:val="single" w:sz="4" w:space="0" w:color="000000"/>
            </w:tcBorders>
          </w:tcPr>
          <w:p w14:paraId="493A5E19"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5F38CF1B" w14:textId="77777777" w:rsidR="009446D0" w:rsidRPr="00EB75F0" w:rsidRDefault="0084596B">
            <w:pPr>
              <w:spacing w:before="60" w:after="60" w:line="240" w:lineRule="auto"/>
              <w:rPr>
                <w:sz w:val="14"/>
              </w:rPr>
            </w:pPr>
            <w:r w:rsidRPr="00EB75F0">
              <w:rPr>
                <w:color w:val="000000"/>
                <w:sz w:val="14"/>
              </w:rPr>
              <w:t>353</w:t>
            </w:r>
          </w:p>
        </w:tc>
        <w:tc>
          <w:tcPr>
            <w:tcW w:w="0" w:type="auto"/>
            <w:tcBorders>
              <w:top w:val="single" w:sz="4" w:space="0" w:color="000000"/>
              <w:left w:val="single" w:sz="4" w:space="0" w:color="000000"/>
              <w:bottom w:val="single" w:sz="4" w:space="0" w:color="000000"/>
              <w:right w:val="single" w:sz="4" w:space="0" w:color="000000"/>
            </w:tcBorders>
          </w:tcPr>
          <w:p w14:paraId="216E1979" w14:textId="77777777" w:rsidR="009446D0" w:rsidRPr="00EB75F0" w:rsidRDefault="0084596B">
            <w:pPr>
              <w:spacing w:before="60" w:after="60" w:line="240" w:lineRule="auto"/>
              <w:rPr>
                <w:sz w:val="14"/>
              </w:rPr>
            </w:pPr>
            <w:r w:rsidRPr="00EB75F0">
              <w:rPr>
                <w:color w:val="000000"/>
                <w:sz w:val="14"/>
              </w:rPr>
              <w:t>90</w:t>
            </w:r>
          </w:p>
        </w:tc>
        <w:tc>
          <w:tcPr>
            <w:tcW w:w="0" w:type="auto"/>
            <w:tcBorders>
              <w:top w:val="single" w:sz="4" w:space="0" w:color="000000"/>
              <w:left w:val="single" w:sz="4" w:space="0" w:color="000000"/>
              <w:bottom w:val="single" w:sz="4" w:space="0" w:color="000000"/>
              <w:right w:val="single" w:sz="4" w:space="0" w:color="000000"/>
            </w:tcBorders>
          </w:tcPr>
          <w:p w14:paraId="17D4088F" w14:textId="77777777" w:rsidR="009446D0" w:rsidRPr="00EB75F0" w:rsidRDefault="0084596B">
            <w:pPr>
              <w:spacing w:before="60" w:after="60" w:line="240" w:lineRule="auto"/>
              <w:rPr>
                <w:sz w:val="14"/>
              </w:rPr>
            </w:pPr>
            <w:r w:rsidRPr="00EB75F0">
              <w:rPr>
                <w:color w:val="000000"/>
                <w:sz w:val="14"/>
              </w:rPr>
              <w:t>12</w:t>
            </w:r>
          </w:p>
        </w:tc>
        <w:tc>
          <w:tcPr>
            <w:tcW w:w="0" w:type="auto"/>
            <w:tcBorders>
              <w:top w:val="single" w:sz="4" w:space="0" w:color="000000"/>
              <w:left w:val="single" w:sz="4" w:space="0" w:color="000000"/>
              <w:bottom w:val="single" w:sz="4" w:space="0" w:color="000000"/>
              <w:right w:val="single" w:sz="4" w:space="0" w:color="000000"/>
            </w:tcBorders>
          </w:tcPr>
          <w:p w14:paraId="3C590202" w14:textId="77777777" w:rsidR="009446D0" w:rsidRPr="00EB75F0" w:rsidRDefault="0084596B">
            <w:pPr>
              <w:spacing w:before="60" w:after="60" w:line="240" w:lineRule="auto"/>
              <w:rPr>
                <w:sz w:val="14"/>
              </w:rPr>
            </w:pPr>
            <w:r w:rsidRPr="00EB75F0">
              <w:rPr>
                <w:color w:val="000000"/>
                <w:sz w:val="14"/>
              </w:rPr>
              <w:t>18-45</w:t>
            </w:r>
          </w:p>
        </w:tc>
        <w:tc>
          <w:tcPr>
            <w:tcW w:w="0" w:type="auto"/>
            <w:tcBorders>
              <w:top w:val="single" w:sz="4" w:space="0" w:color="000000"/>
              <w:left w:val="single" w:sz="4" w:space="0" w:color="000000"/>
              <w:bottom w:val="single" w:sz="4" w:space="0" w:color="000000"/>
              <w:right w:val="single" w:sz="4" w:space="0" w:color="000000"/>
            </w:tcBorders>
          </w:tcPr>
          <w:p w14:paraId="3DAED913"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083903AF"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D9B8EA8" w14:textId="7CD4D6AA" w:rsidR="009446D0" w:rsidRPr="00EB75F0" w:rsidRDefault="0084596B">
            <w:pPr>
              <w:spacing w:before="60" w:after="60" w:line="240" w:lineRule="auto"/>
              <w:rPr>
                <w:sz w:val="14"/>
              </w:rPr>
            </w:pPr>
            <w:r w:rsidRPr="00EB75F0">
              <w:rPr>
                <w:color w:val="1E1E1E"/>
                <w:sz w:val="14"/>
              </w:rPr>
              <w:t>Feng 2020</w:t>
            </w:r>
            <w:r w:rsidR="0031308D" w:rsidRPr="00EB75F0">
              <w:fldChar w:fldCharType="begin"/>
            </w:r>
            <w:r w:rsidR="00452EF4">
              <w:instrText xml:space="preserve"> ADDIN EN.CITE &lt;EndNote&gt;&lt;Cite&gt;&lt;Author&gt;Feng&lt;/Author&gt;&lt;Year&gt;2020&lt;/Year&gt;&lt;RecNum&gt;101&lt;/RecNum&gt;&lt;DisplayText&gt;&lt;style face="superscript"&gt;104&lt;/style&gt;&lt;/DisplayText&gt;&lt;record&gt;&lt;rec-number&gt;101&lt;/rec-number&gt;&lt;foreign-keys&gt;&lt;key app="EN" db-id="9ttaxzax2p0tr7ewzt55atews50zvxaaa5rz" timestamp="1764068847"&gt;101&lt;/key&gt;&lt;/foreign-keys&gt;&lt;ref-type name="Journal Article"&gt;17&lt;/ref-type&gt;&lt;contributors&gt;&lt;authors&gt;&lt;author&gt;Feng, Yuan&lt;/author&gt;&lt;author&gt;Shi, Jianguo&lt;/author&gt;&lt;author&gt;Wang, Lili&lt;/author&gt;&lt;author&gt;Zhang, Xia&lt;/author&gt;&lt;author&gt;Tan, Yunlong&lt;/author&gt;&lt;author&gt;Zhao, Jingyuan&lt;/author&gt;&lt;author&gt;Ning, Yuping&lt;/author&gt;&lt;author&gt;Xie, Shiping&lt;/author&gt;&lt;author&gt;Liu, Xuejun&lt;/author&gt;&lt;author&gt;Liu, Qi&lt;/author&gt;&lt;/authors&gt;&lt;/contributors&gt;&lt;titles&gt;&lt;title&gt;Randomized, double</w:instrText>
            </w:r>
            <w:r w:rsidR="00452EF4">
              <w:rPr>
                <w:rFonts w:ascii="Cambria Math" w:hAnsi="Cambria Math" w:cs="Cambria Math"/>
              </w:rPr>
              <w:instrText>‐</w:instrText>
            </w:r>
            <w:r w:rsidR="00452EF4">
              <w:instrText>blind, 6</w:instrText>
            </w:r>
            <w:r w:rsidR="00452EF4">
              <w:rPr>
                <w:rFonts w:ascii="Cambria Math" w:hAnsi="Cambria Math" w:cs="Cambria Math"/>
              </w:rPr>
              <w:instrText>‐</w:instrText>
            </w:r>
            <w:r w:rsidR="00452EF4">
              <w:instrText>week non</w:instrText>
            </w:r>
            <w:r w:rsidR="00452EF4">
              <w:rPr>
                <w:rFonts w:ascii="Cambria Math" w:hAnsi="Cambria Math" w:cs="Cambria Math"/>
              </w:rPr>
              <w:instrText>‐</w:instrText>
            </w:r>
            <w:r w:rsidR="00452EF4">
              <w:instrText>inferiority study of lurasidone and risperidone for the treatment of schizophrenia&lt;/title&gt;&lt;secondary-title&gt;Psychiatry and Clinical Neurosciences&lt;/secondary-title&gt;&lt;/titles&gt;&lt;periodical&gt;&lt;full-title&gt;Psychiatry and clinical neurosciences&lt;/full-title&gt;&lt;/periodical&gt;&lt;pages&gt;336-343&lt;/pages&gt;&lt;volume&gt;74&lt;/volume&gt;&lt;number&gt;6&lt;/number&gt;&lt;dates&gt;&lt;year&gt;2020&lt;/year&gt;&lt;/dates&gt;&lt;isbn&gt;1323-1316&lt;/isbn&gt;&lt;urls&gt;&lt;/urls&gt;&lt;/record&gt;&lt;/Cite&gt;&lt;/EndNote&gt;</w:instrText>
            </w:r>
            <w:r w:rsidR="0031308D" w:rsidRPr="00EB75F0">
              <w:fldChar w:fldCharType="separate"/>
            </w:r>
            <w:r w:rsidR="00452EF4" w:rsidRPr="00452EF4">
              <w:rPr>
                <w:noProof/>
                <w:vertAlign w:val="superscript"/>
              </w:rPr>
              <w:t>104</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43BC923B" w14:textId="77777777" w:rsidR="009446D0" w:rsidRPr="00EB75F0" w:rsidRDefault="0084596B">
            <w:pPr>
              <w:spacing w:before="60" w:after="60" w:line="240" w:lineRule="auto"/>
              <w:rPr>
                <w:sz w:val="14"/>
              </w:rPr>
            </w:pPr>
            <w:r w:rsidRPr="00EB75F0">
              <w:rPr>
                <w:color w:val="000000"/>
                <w:sz w:val="14"/>
              </w:rPr>
              <w:t>2020</w:t>
            </w:r>
          </w:p>
        </w:tc>
        <w:tc>
          <w:tcPr>
            <w:tcW w:w="0" w:type="auto"/>
            <w:tcBorders>
              <w:top w:val="single" w:sz="4" w:space="0" w:color="000000"/>
              <w:left w:val="single" w:sz="4" w:space="0" w:color="000000"/>
              <w:bottom w:val="single" w:sz="4" w:space="0" w:color="000000"/>
              <w:right w:val="single" w:sz="4" w:space="0" w:color="000000"/>
            </w:tcBorders>
          </w:tcPr>
          <w:p w14:paraId="3442BB0D"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F0E9E7C"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6EE30729"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1696A383"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2C0B968F"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539BA7BE"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157EFBEB"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43931C52"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7DB2473C" w14:textId="77777777" w:rsidR="009446D0" w:rsidRPr="00EB75F0" w:rsidRDefault="0084596B">
            <w:pPr>
              <w:spacing w:before="60" w:after="60" w:line="240" w:lineRule="auto"/>
              <w:rPr>
                <w:sz w:val="14"/>
              </w:rPr>
            </w:pPr>
            <w:r w:rsidRPr="00EB75F0">
              <w:rPr>
                <w:color w:val="000000"/>
                <w:sz w:val="14"/>
              </w:rPr>
              <w:t>444</w:t>
            </w:r>
          </w:p>
        </w:tc>
        <w:tc>
          <w:tcPr>
            <w:tcW w:w="0" w:type="auto"/>
            <w:tcBorders>
              <w:top w:val="single" w:sz="4" w:space="0" w:color="000000"/>
              <w:left w:val="single" w:sz="4" w:space="0" w:color="000000"/>
              <w:bottom w:val="single" w:sz="4" w:space="0" w:color="000000"/>
              <w:right w:val="single" w:sz="4" w:space="0" w:color="000000"/>
            </w:tcBorders>
          </w:tcPr>
          <w:p w14:paraId="3B63B3A5" w14:textId="77777777" w:rsidR="009446D0" w:rsidRPr="00EB75F0" w:rsidRDefault="0084596B">
            <w:pPr>
              <w:spacing w:before="60" w:after="60" w:line="240" w:lineRule="auto"/>
              <w:rPr>
                <w:sz w:val="14"/>
              </w:rPr>
            </w:pPr>
            <w:r w:rsidRPr="00EB75F0">
              <w:rPr>
                <w:color w:val="000000"/>
                <w:sz w:val="14"/>
              </w:rPr>
              <w:t>388</w:t>
            </w:r>
          </w:p>
        </w:tc>
        <w:tc>
          <w:tcPr>
            <w:tcW w:w="0" w:type="auto"/>
            <w:tcBorders>
              <w:top w:val="single" w:sz="4" w:space="0" w:color="000000"/>
              <w:left w:val="single" w:sz="4" w:space="0" w:color="000000"/>
              <w:bottom w:val="single" w:sz="4" w:space="0" w:color="000000"/>
              <w:right w:val="single" w:sz="4" w:space="0" w:color="000000"/>
            </w:tcBorders>
          </w:tcPr>
          <w:p w14:paraId="7AEF9BAD"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55343AC6"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4FBFB2BE"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238C6970"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0E4F1031" w14:textId="007EB66C" w:rsidR="009446D0" w:rsidRPr="00EB75F0" w:rsidRDefault="0084596B">
            <w:pPr>
              <w:spacing w:before="60" w:after="60" w:line="240" w:lineRule="auto"/>
              <w:rPr>
                <w:sz w:val="14"/>
              </w:rPr>
            </w:pPr>
            <w:r w:rsidRPr="00EB75F0">
              <w:rPr>
                <w:color w:val="1E1E1E"/>
                <w:sz w:val="14"/>
              </w:rPr>
              <w:t>Downing 2014</w:t>
            </w:r>
            <w:r w:rsidR="0031308D" w:rsidRPr="00EB75F0">
              <w:fldChar w:fldCharType="begin"/>
            </w:r>
            <w:r w:rsidR="00452EF4">
              <w:instrText xml:space="preserve"> ADDIN EN.CITE &lt;EndNote&gt;&lt;Cite&gt;&lt;Author&gt;Downing&lt;/Author&gt;&lt;Year&gt;2014&lt;/Year&gt;&lt;RecNum&gt;102&lt;/RecNum&gt;&lt;DisplayText&gt;&lt;style face="superscript"&gt;105&lt;/style&gt;&lt;/DisplayText&gt;&lt;record&gt;&lt;rec-number&gt;102&lt;/rec-number&gt;&lt;foreign-keys&gt;&lt;key app="EN" db-id="9ttaxzax2p0tr7ewzt55atews50zvxaaa5rz" timestamp="1764068847"&gt;102&lt;/key&gt;&lt;/foreign-keys&gt;&lt;ref-type name="Journal Article"&gt;17&lt;/ref-type&gt;&lt;contributors&gt;&lt;authors&gt;&lt;author&gt;Downing, AnnCatherine M&lt;/author&gt;&lt;author&gt;Kinon, Bruce J&lt;/author&gt;&lt;author&gt;Millen, Brian A&lt;/author&gt;&lt;author&gt;Zhang, Lu&lt;/author&gt;&lt;author&gt;Liu, Lin&lt;/author&gt;&lt;author&gt;Morozova, Margarita A&lt;/author&gt;&lt;author&gt;Brenner, Ronald&lt;/author&gt;&lt;author&gt;Rayle, Tami Jo&lt;/author&gt;&lt;author&gt;Nisenbaum, Laura&lt;/author&gt;&lt;author&gt;Zhao, Fangyi&lt;/author&gt;&lt;/authors&gt;&lt;/contributors&gt;&lt;titles&gt;&lt;title&gt;A double-blind, placebo-controlled comparator study of LY2140023 monohydrate in patients with schizophrenia&lt;/title&gt;&lt;secondary-title&gt;BMC psychiatry&lt;/secondary-title&gt;&lt;/titles&gt;&lt;periodical&gt;&lt;full-title&gt;BMC psychiatry&lt;/full-title&gt;&lt;/periodical&gt;&lt;pages&gt;1-12&lt;/pages&gt;&lt;volume&gt;14&lt;/volume&gt;&lt;dates&gt;&lt;year&gt;2014&lt;/year&gt;&lt;/dates&gt;&lt;urls&gt;&lt;/urls&gt;&lt;/record&gt;&lt;/Cite&gt;&lt;/EndNote&gt;</w:instrText>
            </w:r>
            <w:r w:rsidR="0031308D" w:rsidRPr="00EB75F0">
              <w:fldChar w:fldCharType="separate"/>
            </w:r>
            <w:r w:rsidR="00452EF4" w:rsidRPr="00452EF4">
              <w:rPr>
                <w:noProof/>
                <w:vertAlign w:val="superscript"/>
              </w:rPr>
              <w:t>105</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0A2CE373" w14:textId="77777777" w:rsidR="009446D0" w:rsidRPr="00EB75F0" w:rsidRDefault="0084596B">
            <w:pPr>
              <w:spacing w:before="60" w:after="60" w:line="240" w:lineRule="auto"/>
              <w:rPr>
                <w:sz w:val="14"/>
              </w:rPr>
            </w:pPr>
            <w:r w:rsidRPr="00EB75F0">
              <w:rPr>
                <w:color w:val="000000"/>
                <w:sz w:val="14"/>
              </w:rPr>
              <w:t>2014</w:t>
            </w:r>
          </w:p>
        </w:tc>
        <w:tc>
          <w:tcPr>
            <w:tcW w:w="0" w:type="auto"/>
            <w:tcBorders>
              <w:top w:val="single" w:sz="4" w:space="0" w:color="000000"/>
              <w:left w:val="single" w:sz="4" w:space="0" w:color="000000"/>
              <w:bottom w:val="single" w:sz="4" w:space="0" w:color="000000"/>
              <w:right w:val="single" w:sz="4" w:space="0" w:color="000000"/>
            </w:tcBorders>
          </w:tcPr>
          <w:p w14:paraId="771E565E"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1E438B3"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B60223E"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020E57A1"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7B446A51"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0AAF936D"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0CB779AB"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75C34A04"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5FFB84CC" w14:textId="77777777" w:rsidR="009446D0" w:rsidRPr="00EB75F0" w:rsidRDefault="0084596B">
            <w:pPr>
              <w:spacing w:before="60" w:after="60" w:line="240" w:lineRule="auto"/>
              <w:rPr>
                <w:sz w:val="14"/>
              </w:rPr>
            </w:pPr>
            <w:r w:rsidRPr="00EB75F0">
              <w:rPr>
                <w:color w:val="000000"/>
                <w:sz w:val="14"/>
              </w:rPr>
              <w:t>1,571</w:t>
            </w:r>
          </w:p>
        </w:tc>
        <w:tc>
          <w:tcPr>
            <w:tcW w:w="0" w:type="auto"/>
            <w:tcBorders>
              <w:top w:val="single" w:sz="4" w:space="0" w:color="000000"/>
              <w:left w:val="single" w:sz="4" w:space="0" w:color="000000"/>
              <w:bottom w:val="single" w:sz="4" w:space="0" w:color="000000"/>
              <w:right w:val="single" w:sz="4" w:space="0" w:color="000000"/>
            </w:tcBorders>
          </w:tcPr>
          <w:p w14:paraId="4F225E00" w14:textId="77777777" w:rsidR="009446D0" w:rsidRPr="00EB75F0" w:rsidRDefault="0084596B">
            <w:pPr>
              <w:spacing w:before="60" w:after="60" w:line="240" w:lineRule="auto"/>
              <w:rPr>
                <w:sz w:val="14"/>
              </w:rPr>
            </w:pPr>
            <w:r w:rsidRPr="00EB75F0">
              <w:rPr>
                <w:color w:val="000000"/>
                <w:sz w:val="14"/>
              </w:rPr>
              <w:t>1,013</w:t>
            </w:r>
          </w:p>
        </w:tc>
        <w:tc>
          <w:tcPr>
            <w:tcW w:w="0" w:type="auto"/>
            <w:tcBorders>
              <w:top w:val="single" w:sz="4" w:space="0" w:color="000000"/>
              <w:left w:val="single" w:sz="4" w:space="0" w:color="000000"/>
              <w:bottom w:val="single" w:sz="4" w:space="0" w:color="000000"/>
              <w:right w:val="single" w:sz="4" w:space="0" w:color="000000"/>
            </w:tcBorders>
          </w:tcPr>
          <w:p w14:paraId="747D024F"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7ACE8882"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6057CE26" w14:textId="77777777" w:rsidR="009446D0" w:rsidRPr="00EB75F0" w:rsidRDefault="0084596B">
            <w:pPr>
              <w:spacing w:before="60" w:after="60" w:line="240" w:lineRule="auto"/>
              <w:rPr>
                <w:sz w:val="14"/>
              </w:rPr>
            </w:pPr>
            <w:r w:rsidRPr="00EB75F0">
              <w:rPr>
                <w:color w:val="000000"/>
                <w:sz w:val="14"/>
              </w:rPr>
              <w:t>II</w:t>
            </w:r>
          </w:p>
        </w:tc>
      </w:tr>
      <w:tr w:rsidR="009446D0" w:rsidRPr="00EB75F0" w14:paraId="14E78EDC"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5CB5BB29" w14:textId="628A1BC6" w:rsidR="009446D0" w:rsidRPr="00EB75F0" w:rsidRDefault="0084596B">
            <w:pPr>
              <w:spacing w:before="60" w:after="60" w:line="240" w:lineRule="auto"/>
              <w:rPr>
                <w:sz w:val="14"/>
              </w:rPr>
            </w:pPr>
            <w:proofErr w:type="spellStart"/>
            <w:r w:rsidRPr="00EB75F0">
              <w:rPr>
                <w:color w:val="1E1E1E"/>
                <w:sz w:val="14"/>
              </w:rPr>
              <w:t>Ceskova</w:t>
            </w:r>
            <w:proofErr w:type="spellEnd"/>
            <w:r w:rsidRPr="00EB75F0">
              <w:rPr>
                <w:color w:val="1E1E1E"/>
                <w:sz w:val="14"/>
              </w:rPr>
              <w:t xml:space="preserve"> 1994</w:t>
            </w:r>
            <w:r w:rsidR="0031308D" w:rsidRPr="00EB75F0">
              <w:fldChar w:fldCharType="begin"/>
            </w:r>
            <w:r w:rsidR="00452EF4">
              <w:instrText xml:space="preserve"> ADDIN EN.CITE &lt;EndNote&gt;&lt;Cite&gt;&lt;Author&gt;Ceskova&lt;/Author&gt;&lt;Year&gt;1994&lt;/Year&gt;&lt;RecNum&gt;103&lt;/RecNum&gt;&lt;DisplayText&gt;&lt;style face="superscript"&gt;106&lt;/style&gt;&lt;/DisplayText&gt;&lt;record&gt;&lt;rec-number&gt;103&lt;/rec-number&gt;&lt;foreign-keys&gt;&lt;key app="EN" db-id="9ttaxzax2p0tr7ewzt55atews50zvxaaa5rz" timestamp="1764068847"&gt;103&lt;/key&gt;&lt;/foreign-keys&gt;&lt;ref-type name="Journal Article"&gt;17&lt;/ref-type&gt;&lt;contributors&gt;&lt;authors&gt;&lt;author&gt;Ceskova, E&lt;/author&gt;&lt;author&gt;Svestka, J&lt;/author&gt;&lt;/authors&gt;&lt;/contributors&gt;&lt;titles&gt;&lt;title&gt;Risperidone vs. perphenazine-a double-blind comparison and prolactin plasma levels&lt;/title&gt;&lt;secondary-title&gt;Psychiatria Danubina&lt;/secondary-title&gt;&lt;/titles&gt;&lt;periodical&gt;&lt;full-title&gt;Psychiatria Danubina&lt;/full-title&gt;&lt;/periodical&gt;&lt;pages&gt;151-5&lt;/pages&gt;&lt;volume&gt;6&lt;/volume&gt;&lt;number&gt;3</w:instrText>
            </w:r>
            <w:r w:rsidR="00452EF4">
              <w:rPr>
                <w:rFonts w:ascii="Cambria Math" w:hAnsi="Cambria Math" w:cs="Cambria Math"/>
              </w:rPr>
              <w:instrText>‐</w:instrText>
            </w:r>
            <w:r w:rsidR="00452EF4">
              <w:instrText>4&lt;/number&gt;&lt;dates&gt;&lt;year&gt;1994&lt;/year&gt;&lt;/dates&gt;&lt;urls&gt;&lt;/urls&gt;&lt;/record&gt;&lt;/Cite&gt;&lt;/EndNote&gt;</w:instrText>
            </w:r>
            <w:r w:rsidR="0031308D" w:rsidRPr="00EB75F0">
              <w:fldChar w:fldCharType="separate"/>
            </w:r>
            <w:r w:rsidR="00452EF4" w:rsidRPr="00452EF4">
              <w:rPr>
                <w:noProof/>
                <w:vertAlign w:val="superscript"/>
              </w:rPr>
              <w:t>106</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42DA0D0E" w14:textId="77777777" w:rsidR="009446D0" w:rsidRPr="00EB75F0" w:rsidRDefault="0084596B">
            <w:pPr>
              <w:spacing w:before="60" w:after="60" w:line="240" w:lineRule="auto"/>
              <w:rPr>
                <w:sz w:val="14"/>
              </w:rPr>
            </w:pPr>
            <w:r w:rsidRPr="00EB75F0">
              <w:rPr>
                <w:color w:val="000000"/>
                <w:sz w:val="14"/>
              </w:rPr>
              <w:t>1994</w:t>
            </w:r>
          </w:p>
        </w:tc>
        <w:tc>
          <w:tcPr>
            <w:tcW w:w="0" w:type="auto"/>
            <w:tcBorders>
              <w:top w:val="single" w:sz="4" w:space="0" w:color="000000"/>
              <w:left w:val="single" w:sz="4" w:space="0" w:color="000000"/>
              <w:bottom w:val="single" w:sz="4" w:space="0" w:color="000000"/>
              <w:right w:val="single" w:sz="4" w:space="0" w:color="000000"/>
            </w:tcBorders>
          </w:tcPr>
          <w:p w14:paraId="4233A0E9"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51B0E7C8"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AB8B508" w14:textId="77777777" w:rsidR="009446D0" w:rsidRPr="00EB75F0" w:rsidRDefault="0084596B">
            <w:pPr>
              <w:spacing w:before="60" w:after="60" w:line="240" w:lineRule="auto"/>
              <w:rPr>
                <w:sz w:val="14"/>
              </w:rPr>
            </w:pPr>
            <w:r w:rsidRPr="00EB75F0">
              <w:rPr>
                <w:color w:val="000000"/>
                <w:sz w:val="14"/>
              </w:rPr>
              <w:t>Yes</w:t>
            </w:r>
          </w:p>
        </w:tc>
        <w:tc>
          <w:tcPr>
            <w:tcW w:w="0" w:type="auto"/>
            <w:tcBorders>
              <w:top w:val="single" w:sz="4" w:space="0" w:color="000000"/>
              <w:left w:val="single" w:sz="4" w:space="0" w:color="000000"/>
              <w:bottom w:val="single" w:sz="4" w:space="0" w:color="000000"/>
              <w:right w:val="single" w:sz="4" w:space="0" w:color="000000"/>
            </w:tcBorders>
          </w:tcPr>
          <w:p w14:paraId="6B05B16C"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54745AF1"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0ED1C02C"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1FC60BB0"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0BBB1F28"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24A6E832" w14:textId="77777777" w:rsidR="009446D0" w:rsidRPr="00EB75F0" w:rsidRDefault="0084596B">
            <w:pPr>
              <w:spacing w:before="60" w:after="60" w:line="240" w:lineRule="auto"/>
              <w:rPr>
                <w:sz w:val="14"/>
              </w:rPr>
            </w:pPr>
            <w:r w:rsidRPr="00EB75F0">
              <w:rPr>
                <w:color w:val="000000"/>
                <w:sz w:val="14"/>
              </w:rPr>
              <w:t>63</w:t>
            </w:r>
          </w:p>
        </w:tc>
        <w:tc>
          <w:tcPr>
            <w:tcW w:w="0" w:type="auto"/>
            <w:tcBorders>
              <w:top w:val="single" w:sz="4" w:space="0" w:color="000000"/>
              <w:left w:val="single" w:sz="4" w:space="0" w:color="000000"/>
              <w:bottom w:val="single" w:sz="4" w:space="0" w:color="000000"/>
              <w:right w:val="single" w:sz="4" w:space="0" w:color="000000"/>
            </w:tcBorders>
          </w:tcPr>
          <w:p w14:paraId="32269584" w14:textId="77777777" w:rsidR="009446D0" w:rsidRPr="00EB75F0" w:rsidRDefault="0084596B">
            <w:pPr>
              <w:spacing w:before="60" w:after="60" w:line="240" w:lineRule="auto"/>
              <w:rPr>
                <w:sz w:val="14"/>
              </w:rPr>
            </w:pPr>
            <w:r w:rsidRPr="00EB75F0">
              <w:rPr>
                <w:sz w:val="14"/>
              </w:rPr>
              <w:t>46</w:t>
            </w:r>
          </w:p>
        </w:tc>
        <w:tc>
          <w:tcPr>
            <w:tcW w:w="0" w:type="auto"/>
            <w:tcBorders>
              <w:top w:val="single" w:sz="4" w:space="0" w:color="000000"/>
              <w:left w:val="single" w:sz="4" w:space="0" w:color="000000"/>
              <w:bottom w:val="single" w:sz="4" w:space="0" w:color="000000"/>
              <w:right w:val="single" w:sz="4" w:space="0" w:color="000000"/>
            </w:tcBorders>
          </w:tcPr>
          <w:p w14:paraId="0D42AA25" w14:textId="77777777" w:rsidR="009446D0" w:rsidRPr="00EB75F0" w:rsidRDefault="0084596B">
            <w:pPr>
              <w:spacing w:before="60" w:after="60" w:line="240" w:lineRule="auto"/>
              <w:rPr>
                <w:sz w:val="14"/>
              </w:rPr>
            </w:pPr>
            <w:r w:rsidRPr="00EB75F0">
              <w:rPr>
                <w:color w:val="000000"/>
                <w:sz w:val="14"/>
              </w:rPr>
              <w:t>3</w:t>
            </w:r>
          </w:p>
        </w:tc>
        <w:tc>
          <w:tcPr>
            <w:tcW w:w="0" w:type="auto"/>
            <w:tcBorders>
              <w:top w:val="single" w:sz="4" w:space="0" w:color="000000"/>
              <w:left w:val="single" w:sz="4" w:space="0" w:color="000000"/>
              <w:bottom w:val="single" w:sz="4" w:space="0" w:color="000000"/>
              <w:right w:val="single" w:sz="4" w:space="0" w:color="000000"/>
            </w:tcBorders>
          </w:tcPr>
          <w:p w14:paraId="518601F7"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1D06473C"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1826C098"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12603B08" w14:textId="409D7A33" w:rsidR="009446D0" w:rsidRPr="00EB75F0" w:rsidRDefault="0084596B">
            <w:pPr>
              <w:spacing w:before="60" w:after="60" w:line="240" w:lineRule="auto"/>
              <w:rPr>
                <w:sz w:val="14"/>
              </w:rPr>
            </w:pPr>
            <w:r w:rsidRPr="00EB75F0">
              <w:rPr>
                <w:color w:val="1E1E1E"/>
                <w:sz w:val="14"/>
              </w:rPr>
              <w:t>Marder 1994</w:t>
            </w:r>
            <w:r w:rsidR="0031308D" w:rsidRPr="00EB75F0">
              <w:fldChar w:fldCharType="begin"/>
            </w:r>
            <w:r w:rsidR="00452EF4">
              <w:instrText xml:space="preserve"> ADDIN EN.CITE &lt;EndNote&gt;&lt;Cite&gt;&lt;Author&gt;Marder&lt;/Author&gt;&lt;Year&gt;1994&lt;/Year&gt;&lt;RecNum&gt;104&lt;/RecNum&gt;&lt;DisplayText&gt;&lt;style face="superscript"&gt;107&lt;/style&gt;&lt;/DisplayText&gt;&lt;record&gt;&lt;rec-number&gt;104&lt;/rec-number&gt;&lt;foreign-keys&gt;&lt;key app="EN" db-id="9ttaxzax2p0tr7ewzt55atews50zvxaaa5rz" timestamp="1764068848"&gt;104&lt;/key&gt;&lt;/foreign-keys&gt;&lt;ref-type name="Journal Article"&gt;17&lt;/ref-type&gt;&lt;contributors&gt;&lt;authors&gt;&lt;author&gt;Marder, Stephen R&lt;/author&gt;&lt;author&gt;Meibach, Richard C&lt;/author&gt;&lt;/authors&gt;&lt;/contributors&gt;&lt;titles&gt;&lt;title&gt;Risperidone in the treatment of schizophrenia&lt;/title&gt;&lt;secondary-title&gt;The American journal of psychiatry&lt;/secondary-title&gt;&lt;/titles&gt;&lt;periodical&gt;&lt;full-title&gt;The American journal of psychiatry&lt;/full-title&gt;&lt;/periodical&gt;&lt;pages&gt;825-835&lt;/pages&gt;&lt;volume&gt;151&lt;/volume&gt;&lt;number&gt;6&lt;/number&gt;&lt;dates&gt;&lt;year&gt;1994&lt;/year&gt;&lt;/dates&gt;&lt;isbn&gt;0002-953X&lt;/isbn&gt;&lt;urls&gt;&lt;/urls&gt;&lt;/record&gt;&lt;/Cite&gt;&lt;/EndNote&gt;</w:instrText>
            </w:r>
            <w:r w:rsidR="0031308D" w:rsidRPr="00EB75F0">
              <w:fldChar w:fldCharType="separate"/>
            </w:r>
            <w:r w:rsidR="00452EF4" w:rsidRPr="00452EF4">
              <w:rPr>
                <w:noProof/>
                <w:vertAlign w:val="superscript"/>
              </w:rPr>
              <w:t>107</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10C562B9" w14:textId="77777777" w:rsidR="009446D0" w:rsidRPr="00EB75F0" w:rsidRDefault="0084596B">
            <w:pPr>
              <w:spacing w:before="60" w:after="60" w:line="240" w:lineRule="auto"/>
              <w:rPr>
                <w:sz w:val="14"/>
              </w:rPr>
            </w:pPr>
            <w:r w:rsidRPr="00EB75F0">
              <w:rPr>
                <w:color w:val="000000"/>
                <w:sz w:val="14"/>
              </w:rPr>
              <w:t>1994</w:t>
            </w:r>
          </w:p>
        </w:tc>
        <w:tc>
          <w:tcPr>
            <w:tcW w:w="0" w:type="auto"/>
            <w:tcBorders>
              <w:top w:val="single" w:sz="4" w:space="0" w:color="000000"/>
              <w:left w:val="single" w:sz="4" w:space="0" w:color="000000"/>
              <w:bottom w:val="single" w:sz="4" w:space="0" w:color="000000"/>
              <w:right w:val="single" w:sz="4" w:space="0" w:color="000000"/>
            </w:tcBorders>
          </w:tcPr>
          <w:p w14:paraId="7F690B40"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7BE1915B"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7923AAF"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5FE21155"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7EBFC7D6"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1E625468"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3D4CD068"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46E3E937" w14:textId="77777777" w:rsidR="009446D0" w:rsidRPr="00EB75F0" w:rsidRDefault="0084596B">
            <w:pPr>
              <w:spacing w:before="60" w:after="60" w:line="240" w:lineRule="auto"/>
              <w:rPr>
                <w:sz w:val="14"/>
              </w:rPr>
            </w:pPr>
            <w:r w:rsidRPr="00EB75F0">
              <w:rPr>
                <w:color w:val="000000"/>
                <w:sz w:val="14"/>
              </w:rPr>
              <w:t>Dose-ranging and active-controlled</w:t>
            </w:r>
          </w:p>
        </w:tc>
        <w:tc>
          <w:tcPr>
            <w:tcW w:w="0" w:type="auto"/>
            <w:tcBorders>
              <w:top w:val="single" w:sz="4" w:space="0" w:color="000000"/>
              <w:left w:val="single" w:sz="4" w:space="0" w:color="000000"/>
              <w:bottom w:val="single" w:sz="4" w:space="0" w:color="000000"/>
              <w:right w:val="single" w:sz="4" w:space="0" w:color="000000"/>
            </w:tcBorders>
          </w:tcPr>
          <w:p w14:paraId="3076CF1A" w14:textId="77777777" w:rsidR="009446D0" w:rsidRPr="00EB75F0" w:rsidRDefault="0084596B">
            <w:pPr>
              <w:spacing w:before="60" w:after="60" w:line="240" w:lineRule="auto"/>
              <w:rPr>
                <w:sz w:val="14"/>
              </w:rPr>
            </w:pPr>
            <w:r w:rsidRPr="00EB75F0">
              <w:rPr>
                <w:color w:val="000000"/>
                <w:sz w:val="14"/>
              </w:rPr>
              <w:t>388</w:t>
            </w:r>
          </w:p>
        </w:tc>
        <w:tc>
          <w:tcPr>
            <w:tcW w:w="0" w:type="auto"/>
            <w:tcBorders>
              <w:top w:val="single" w:sz="4" w:space="0" w:color="000000"/>
              <w:left w:val="single" w:sz="4" w:space="0" w:color="000000"/>
              <w:bottom w:val="single" w:sz="4" w:space="0" w:color="000000"/>
              <w:right w:val="single" w:sz="4" w:space="0" w:color="000000"/>
            </w:tcBorders>
          </w:tcPr>
          <w:p w14:paraId="58F3F667" w14:textId="77777777" w:rsidR="009446D0" w:rsidRPr="00EB75F0" w:rsidRDefault="0084596B">
            <w:pPr>
              <w:spacing w:before="60" w:after="60" w:line="240" w:lineRule="auto"/>
              <w:rPr>
                <w:sz w:val="14"/>
              </w:rPr>
            </w:pPr>
            <w:r w:rsidRPr="00EB75F0">
              <w:rPr>
                <w:color w:val="000000"/>
                <w:sz w:val="14"/>
              </w:rPr>
              <w:t>388</w:t>
            </w:r>
          </w:p>
        </w:tc>
        <w:tc>
          <w:tcPr>
            <w:tcW w:w="0" w:type="auto"/>
            <w:tcBorders>
              <w:top w:val="single" w:sz="4" w:space="0" w:color="000000"/>
              <w:left w:val="single" w:sz="4" w:space="0" w:color="000000"/>
              <w:bottom w:val="single" w:sz="4" w:space="0" w:color="000000"/>
              <w:right w:val="single" w:sz="4" w:space="0" w:color="000000"/>
            </w:tcBorders>
          </w:tcPr>
          <w:p w14:paraId="2240C515"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29D56D2E"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7BCA3A2D"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7A4B4A8F"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21B73E98" w14:textId="718FEB50" w:rsidR="009446D0" w:rsidRPr="00EB75F0" w:rsidRDefault="0084596B">
            <w:pPr>
              <w:spacing w:before="60" w:after="60" w:line="240" w:lineRule="auto"/>
              <w:rPr>
                <w:sz w:val="14"/>
              </w:rPr>
            </w:pPr>
            <w:proofErr w:type="spellStart"/>
            <w:r w:rsidRPr="00EB75F0">
              <w:rPr>
                <w:color w:val="1E1E1E"/>
                <w:sz w:val="14"/>
              </w:rPr>
              <w:t>Potkin</w:t>
            </w:r>
            <w:proofErr w:type="spellEnd"/>
            <w:r w:rsidRPr="00EB75F0">
              <w:rPr>
                <w:color w:val="1E1E1E"/>
                <w:sz w:val="14"/>
              </w:rPr>
              <w:t xml:space="preserve"> 2007</w:t>
            </w:r>
            <w:r w:rsidR="0031308D" w:rsidRPr="00EB75F0">
              <w:fldChar w:fldCharType="begin"/>
            </w:r>
            <w:r w:rsidR="00452EF4">
              <w:instrText xml:space="preserve"> ADDIN EN.CITE &lt;EndNote&gt;&lt;Cite&gt;&lt;Author&gt;Potkin&lt;/Author&gt;&lt;Year&gt;2007&lt;/Year&gt;&lt;RecNum&gt;105&lt;/RecNum&gt;&lt;DisplayText&gt;&lt;style face="superscript"&gt;108&lt;/style&gt;&lt;/DisplayText&gt;&lt;record&gt;&lt;rec-number&gt;105&lt;/rec-number&gt;&lt;foreign-keys&gt;&lt;key app="EN" db-id="9ttaxzax2p0tr7ewzt55atews50zvxaaa5rz" timestamp="1764068848"&gt;105&lt;/key&gt;&lt;/foreign-keys&gt;&lt;ref-type name="Journal Article"&gt;17&lt;/ref-type&gt;&lt;contributors&gt;&lt;authors&gt;&lt;author&gt;Potkin, Steven G&lt;/author&gt;&lt;author&gt;Cohen, Miriam&lt;/author&gt;&lt;author&gt;Panagides, John&lt;/author&gt;&lt;/authors&gt;&lt;/contributors&gt;&lt;titles&gt;&lt;title&gt;Efficacy and tolerability of asenapine in acute schizophrenia: a placebo-and risperidone-controlled trial&lt;/title&gt;&lt;secondary-title&gt;Journal of Clinical Psychiatry&lt;/secondary-title&gt;&lt;/titles&gt;&lt;periodical&gt;&lt;full-title&gt;Journal of Clinical Psychiatry&lt;/full-title&gt;&lt;/periodical&gt;&lt;pages&gt;1492-1500&lt;/pages&gt;&lt;volume&gt;68&lt;/volume&gt;&lt;number&gt;10&lt;/number&gt;&lt;dates&gt;&lt;year&gt;2007&lt;/year&gt;&lt;/dates&gt;&lt;isbn&gt;0160-6689&lt;/isbn&gt;&lt;urls&gt;&lt;/urls&gt;&lt;/record&gt;&lt;/Cite&gt;&lt;/EndNote&gt;</w:instrText>
            </w:r>
            <w:r w:rsidR="0031308D" w:rsidRPr="00EB75F0">
              <w:fldChar w:fldCharType="separate"/>
            </w:r>
            <w:r w:rsidR="00452EF4" w:rsidRPr="00452EF4">
              <w:rPr>
                <w:noProof/>
                <w:vertAlign w:val="superscript"/>
              </w:rPr>
              <w:t>108</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0DE9099D" w14:textId="77777777" w:rsidR="009446D0" w:rsidRPr="00EB75F0" w:rsidRDefault="0084596B">
            <w:pPr>
              <w:spacing w:before="60" w:after="60" w:line="240" w:lineRule="auto"/>
              <w:rPr>
                <w:sz w:val="14"/>
              </w:rPr>
            </w:pPr>
            <w:r w:rsidRPr="00EB75F0">
              <w:rPr>
                <w:color w:val="000000"/>
                <w:sz w:val="14"/>
              </w:rPr>
              <w:t>2007</w:t>
            </w:r>
          </w:p>
        </w:tc>
        <w:tc>
          <w:tcPr>
            <w:tcW w:w="0" w:type="auto"/>
            <w:tcBorders>
              <w:top w:val="single" w:sz="4" w:space="0" w:color="000000"/>
              <w:left w:val="single" w:sz="4" w:space="0" w:color="000000"/>
              <w:bottom w:val="single" w:sz="4" w:space="0" w:color="000000"/>
              <w:right w:val="single" w:sz="4" w:space="0" w:color="000000"/>
            </w:tcBorders>
          </w:tcPr>
          <w:p w14:paraId="40228EF2"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08D2BBA0"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7749735"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6ED99AED"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2D196BA9" w14:textId="77777777" w:rsidR="009446D0" w:rsidRPr="00EB75F0" w:rsidRDefault="0084596B">
            <w:pPr>
              <w:spacing w:before="60" w:after="60" w:line="240" w:lineRule="auto"/>
              <w:rPr>
                <w:sz w:val="14"/>
              </w:rPr>
            </w:pPr>
            <w:r w:rsidRPr="00EB75F0">
              <w:rPr>
                <w:color w:val="000000"/>
                <w:sz w:val="14"/>
              </w:rPr>
              <w:t>US</w:t>
            </w:r>
          </w:p>
        </w:tc>
        <w:tc>
          <w:tcPr>
            <w:tcW w:w="0" w:type="auto"/>
            <w:tcBorders>
              <w:top w:val="single" w:sz="4" w:space="0" w:color="000000"/>
              <w:left w:val="single" w:sz="4" w:space="0" w:color="000000"/>
              <w:bottom w:val="single" w:sz="4" w:space="0" w:color="000000"/>
              <w:right w:val="single" w:sz="4" w:space="0" w:color="000000"/>
            </w:tcBorders>
          </w:tcPr>
          <w:p w14:paraId="43440C15" w14:textId="77777777" w:rsidR="009446D0" w:rsidRPr="00EB75F0" w:rsidRDefault="0084596B">
            <w:pPr>
              <w:spacing w:before="60" w:after="60" w:line="240" w:lineRule="auto"/>
              <w:rPr>
                <w:sz w:val="14"/>
              </w:rPr>
            </w:pPr>
            <w:r w:rsidRPr="00EB75F0">
              <w:rPr>
                <w:color w:val="000000"/>
                <w:sz w:val="14"/>
              </w:rPr>
              <w:t>Both</w:t>
            </w:r>
          </w:p>
        </w:tc>
        <w:tc>
          <w:tcPr>
            <w:tcW w:w="0" w:type="auto"/>
            <w:tcBorders>
              <w:top w:val="single" w:sz="4" w:space="0" w:color="000000"/>
              <w:left w:val="single" w:sz="4" w:space="0" w:color="000000"/>
              <w:bottom w:val="single" w:sz="4" w:space="0" w:color="000000"/>
              <w:right w:val="single" w:sz="4" w:space="0" w:color="000000"/>
            </w:tcBorders>
          </w:tcPr>
          <w:p w14:paraId="24906BBB"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5381A033"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2EEBB85E"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40CC0F2" w14:textId="77777777" w:rsidR="009446D0" w:rsidRPr="00EB75F0" w:rsidRDefault="0084596B">
            <w:pPr>
              <w:spacing w:before="60" w:after="60" w:line="240" w:lineRule="auto"/>
              <w:rPr>
                <w:sz w:val="14"/>
              </w:rPr>
            </w:pPr>
            <w:r w:rsidRPr="00EB75F0">
              <w:rPr>
                <w:color w:val="000000"/>
                <w:sz w:val="14"/>
              </w:rPr>
              <w:t>182</w:t>
            </w:r>
          </w:p>
        </w:tc>
        <w:tc>
          <w:tcPr>
            <w:tcW w:w="0" w:type="auto"/>
            <w:tcBorders>
              <w:top w:val="single" w:sz="4" w:space="0" w:color="000000"/>
              <w:left w:val="single" w:sz="4" w:space="0" w:color="000000"/>
              <w:bottom w:val="single" w:sz="4" w:space="0" w:color="000000"/>
              <w:right w:val="single" w:sz="4" w:space="0" w:color="000000"/>
            </w:tcBorders>
          </w:tcPr>
          <w:p w14:paraId="1852D2BE"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3C6B79CC"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022C587C"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0D50A8E7"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35785506" w14:textId="27E5388A" w:rsidR="009446D0" w:rsidRPr="00EB75F0" w:rsidRDefault="0084596B">
            <w:pPr>
              <w:spacing w:before="60" w:after="60" w:line="240" w:lineRule="auto"/>
              <w:rPr>
                <w:sz w:val="14"/>
              </w:rPr>
            </w:pPr>
            <w:r w:rsidRPr="00EB75F0">
              <w:rPr>
                <w:color w:val="1E1E1E"/>
                <w:sz w:val="14"/>
              </w:rPr>
              <w:t>Lee 2007</w:t>
            </w:r>
            <w:r w:rsidR="0031308D" w:rsidRPr="00EB75F0">
              <w:fldChar w:fldCharType="begin"/>
            </w:r>
            <w:r w:rsidR="00452EF4">
              <w:instrText xml:space="preserve"> ADDIN EN.CITE &lt;EndNote&gt;&lt;Cite&gt;&lt;Author&gt;Lee&lt;/Author&gt;&lt;Year&gt;2007&lt;/Year&gt;&lt;RecNum&gt;106&lt;/RecNum&gt;&lt;DisplayText&gt;&lt;style face="superscript"&gt;109&lt;/style&gt;&lt;/DisplayText&gt;&lt;record&gt;&lt;rec-number&gt;106&lt;/rec-number&gt;&lt;foreign-keys&gt;&lt;key app="EN" db-id="9ttaxzax2p0tr7ewzt55atews50zvxaaa5rz" timestamp="1764068848"&gt;106&lt;/key&gt;&lt;/foreign-keys&gt;&lt;ref-type name="Journal Article"&gt;17&lt;/ref-type&gt;&lt;contributors&gt;&lt;authors&gt;&lt;author&gt;Lee, S. M.&lt;/author&gt;&lt;author&gt;Chou, Y. H.&lt;/author&gt;&lt;author&gt;Li, M. H.&lt;/author&gt;&lt;author&gt;Wan, F. J.&lt;/author&gt;&lt;author&gt;Yen, M. H.&lt;/author&gt;&lt;/authors&gt;&lt;/contributors&gt;&lt;titles&gt;&lt;title&gt;Effects of antipsychotics on cognitive performance in drug-naive schizophrenic patients&lt;/title&gt;&lt;secondary-title&gt;Prog Neuropsychopharmacol Biol Psychiatry&lt;/secondary-title&gt;&lt;/titles&gt;&lt;periodical&gt;&lt;full-title&gt;Prog Neuropsychopharmacol Biol Psychiatry&lt;/full-title&gt;&lt;/periodical&gt;&lt;pages&gt;1101-7&lt;/pages&gt;&lt;volume&gt;31&lt;/volume&gt;&lt;number&gt;5&lt;/number&gt;&lt;dates&gt;&lt;year&gt;2007&lt;/year&gt;&lt;pub-dates&gt;&lt;date&gt;Jun 30 2007&lt;/date&gt;&lt;/pub-dates&gt;&lt;/dates&gt;&lt;pub-location&gt;Graduate Institute of Medical Sciences, National Defense Medical Center, Taipei, Taiwan.&lt;/pub-location&gt;&lt;isbn&gt;0278-5846 (Print) 0278-5846 (Linking)&lt;/isbn&gt;&lt;urls&gt;&lt;related-urls&gt;&lt;url&gt;https://www.ncbi.nlm.nih.gov/pubmed/17475386&lt;/url&gt;&lt;/related-urls&gt;&lt;/urls&gt;&lt;electronic-resource-num&gt;10.1016/j.pnpbp.2007.03.016&lt;/electronic-resource-num&gt;&lt;/record&gt;&lt;/Cite&gt;&lt;/EndNote&gt;</w:instrText>
            </w:r>
            <w:r w:rsidR="0031308D" w:rsidRPr="00EB75F0">
              <w:fldChar w:fldCharType="separate"/>
            </w:r>
            <w:r w:rsidR="00452EF4" w:rsidRPr="00452EF4">
              <w:rPr>
                <w:noProof/>
                <w:vertAlign w:val="superscript"/>
              </w:rPr>
              <w:t>109</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6462A882" w14:textId="77777777" w:rsidR="009446D0" w:rsidRPr="00EB75F0" w:rsidRDefault="0084596B">
            <w:pPr>
              <w:spacing w:before="60" w:after="60" w:line="240" w:lineRule="auto"/>
              <w:rPr>
                <w:sz w:val="14"/>
              </w:rPr>
            </w:pPr>
            <w:r w:rsidRPr="00EB75F0">
              <w:rPr>
                <w:color w:val="000000"/>
                <w:sz w:val="14"/>
              </w:rPr>
              <w:t>2007</w:t>
            </w:r>
          </w:p>
        </w:tc>
        <w:tc>
          <w:tcPr>
            <w:tcW w:w="0" w:type="auto"/>
            <w:tcBorders>
              <w:top w:val="single" w:sz="4" w:space="0" w:color="000000"/>
              <w:left w:val="single" w:sz="4" w:space="0" w:color="000000"/>
              <w:bottom w:val="single" w:sz="4" w:space="0" w:color="000000"/>
              <w:right w:val="single" w:sz="4" w:space="0" w:color="000000"/>
            </w:tcBorders>
          </w:tcPr>
          <w:p w14:paraId="37E7818E"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476207DE"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16D49CFA"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596E7AD" w14:textId="77777777" w:rsidR="009446D0" w:rsidRPr="00EB75F0" w:rsidRDefault="0084596B">
            <w:pPr>
              <w:spacing w:before="60" w:after="60" w:line="240" w:lineRule="auto"/>
              <w:rPr>
                <w:sz w:val="14"/>
              </w:rPr>
            </w:pPr>
            <w:r w:rsidRPr="00EB75F0">
              <w:rPr>
                <w:color w:val="000000"/>
                <w:sz w:val="14"/>
              </w:rPr>
              <w:t>Multi-center</w:t>
            </w:r>
          </w:p>
        </w:tc>
        <w:tc>
          <w:tcPr>
            <w:tcW w:w="0" w:type="auto"/>
            <w:tcBorders>
              <w:top w:val="single" w:sz="4" w:space="0" w:color="000000"/>
              <w:left w:val="single" w:sz="4" w:space="0" w:color="000000"/>
              <w:bottom w:val="single" w:sz="4" w:space="0" w:color="000000"/>
              <w:right w:val="single" w:sz="4" w:space="0" w:color="000000"/>
            </w:tcBorders>
          </w:tcPr>
          <w:p w14:paraId="3942D547"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53FCE154"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275D39DF" w14:textId="77777777" w:rsidR="009446D0" w:rsidRPr="00EB75F0" w:rsidRDefault="0084596B">
            <w:pPr>
              <w:spacing w:before="60" w:after="60" w:line="240" w:lineRule="auto"/>
              <w:rPr>
                <w:sz w:val="14"/>
              </w:rPr>
            </w:pPr>
            <w:r w:rsidRPr="00EB75F0">
              <w:rPr>
                <w:color w:val="000000"/>
                <w:sz w:val="14"/>
              </w:rPr>
              <w:t>Not first episode</w:t>
            </w:r>
          </w:p>
        </w:tc>
        <w:tc>
          <w:tcPr>
            <w:tcW w:w="0" w:type="auto"/>
            <w:tcBorders>
              <w:top w:val="single" w:sz="4" w:space="0" w:color="000000"/>
              <w:left w:val="single" w:sz="4" w:space="0" w:color="000000"/>
              <w:bottom w:val="single" w:sz="4" w:space="0" w:color="000000"/>
              <w:right w:val="single" w:sz="4" w:space="0" w:color="000000"/>
            </w:tcBorders>
          </w:tcPr>
          <w:p w14:paraId="3E81D822"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164D6C11" w14:textId="77777777" w:rsidR="009446D0" w:rsidRPr="00EB75F0" w:rsidRDefault="0084596B">
            <w:pPr>
              <w:spacing w:before="60" w:after="60" w:line="240" w:lineRule="auto"/>
              <w:rPr>
                <w:sz w:val="14"/>
              </w:rPr>
            </w:pPr>
            <w:r w:rsidRPr="00EB75F0">
              <w:rPr>
                <w:color w:val="000000"/>
                <w:sz w:val="14"/>
              </w:rPr>
              <w:t>68</w:t>
            </w:r>
          </w:p>
        </w:tc>
        <w:tc>
          <w:tcPr>
            <w:tcW w:w="0" w:type="auto"/>
            <w:tcBorders>
              <w:top w:val="single" w:sz="4" w:space="0" w:color="000000"/>
              <w:left w:val="single" w:sz="4" w:space="0" w:color="000000"/>
              <w:bottom w:val="single" w:sz="4" w:space="0" w:color="000000"/>
              <w:right w:val="single" w:sz="4" w:space="0" w:color="000000"/>
            </w:tcBorders>
          </w:tcPr>
          <w:p w14:paraId="3337883E" w14:textId="77777777" w:rsidR="009446D0" w:rsidRPr="00EB75F0" w:rsidRDefault="0084596B">
            <w:pPr>
              <w:spacing w:before="60" w:after="60" w:line="240" w:lineRule="auto"/>
              <w:rPr>
                <w:sz w:val="14"/>
              </w:rPr>
            </w:pPr>
            <w:r w:rsidRPr="00EB75F0">
              <w:rPr>
                <w:color w:val="000000"/>
                <w:sz w:val="14"/>
              </w:rPr>
              <w:t>20</w:t>
            </w:r>
          </w:p>
        </w:tc>
        <w:tc>
          <w:tcPr>
            <w:tcW w:w="0" w:type="auto"/>
            <w:tcBorders>
              <w:top w:val="single" w:sz="4" w:space="0" w:color="000000"/>
              <w:left w:val="single" w:sz="4" w:space="0" w:color="000000"/>
              <w:bottom w:val="single" w:sz="4" w:space="0" w:color="000000"/>
              <w:right w:val="single" w:sz="4" w:space="0" w:color="000000"/>
            </w:tcBorders>
          </w:tcPr>
          <w:p w14:paraId="7472719C" w14:textId="77777777" w:rsidR="009446D0" w:rsidRPr="00EB75F0" w:rsidRDefault="0084596B">
            <w:pPr>
              <w:spacing w:before="60" w:after="60" w:line="240" w:lineRule="auto"/>
              <w:rPr>
                <w:sz w:val="14"/>
              </w:rPr>
            </w:pPr>
            <w:r w:rsidRPr="00EB75F0">
              <w:rPr>
                <w:color w:val="000000"/>
                <w:sz w:val="14"/>
              </w:rPr>
              <w:t>8</w:t>
            </w:r>
          </w:p>
        </w:tc>
        <w:tc>
          <w:tcPr>
            <w:tcW w:w="0" w:type="auto"/>
            <w:tcBorders>
              <w:top w:val="single" w:sz="4" w:space="0" w:color="000000"/>
              <w:left w:val="single" w:sz="4" w:space="0" w:color="000000"/>
              <w:bottom w:val="single" w:sz="4" w:space="0" w:color="000000"/>
              <w:right w:val="single" w:sz="4" w:space="0" w:color="000000"/>
            </w:tcBorders>
          </w:tcPr>
          <w:p w14:paraId="657D6BA0" w14:textId="77777777" w:rsidR="009446D0" w:rsidRPr="00EB75F0" w:rsidRDefault="0084596B">
            <w:pPr>
              <w:spacing w:before="60" w:after="60" w:line="240" w:lineRule="auto"/>
              <w:rPr>
                <w:sz w:val="14"/>
              </w:rPr>
            </w:pPr>
            <w:r w:rsidRPr="00EB75F0">
              <w:rPr>
                <w:color w:val="000000"/>
                <w:sz w:val="14"/>
              </w:rPr>
              <w:t>18+</w:t>
            </w:r>
          </w:p>
        </w:tc>
        <w:tc>
          <w:tcPr>
            <w:tcW w:w="0" w:type="auto"/>
            <w:tcBorders>
              <w:top w:val="single" w:sz="4" w:space="0" w:color="000000"/>
              <w:left w:val="single" w:sz="4" w:space="0" w:color="000000"/>
              <w:bottom w:val="single" w:sz="4" w:space="0" w:color="000000"/>
              <w:right w:val="single" w:sz="4" w:space="0" w:color="000000"/>
            </w:tcBorders>
          </w:tcPr>
          <w:p w14:paraId="1796C001"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4ED91CFB"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6A6C64C8" w14:textId="79A16C7E" w:rsidR="009446D0" w:rsidRPr="00EB75F0" w:rsidRDefault="0084596B">
            <w:pPr>
              <w:spacing w:before="60" w:after="60" w:line="240" w:lineRule="auto"/>
              <w:rPr>
                <w:sz w:val="14"/>
              </w:rPr>
            </w:pPr>
            <w:r w:rsidRPr="00EB75F0">
              <w:rPr>
                <w:color w:val="1E1E1E"/>
                <w:sz w:val="14"/>
              </w:rPr>
              <w:t>NCT04512066</w:t>
            </w:r>
            <w:r w:rsidRPr="00EB75F0">
              <w:rPr>
                <w:sz w:val="14"/>
              </w:rPr>
              <w:t xml:space="preserve"> </w:t>
            </w:r>
            <w:r w:rsidR="0031308D" w:rsidRPr="00EB75F0">
              <w:fldChar w:fldCharType="begin"/>
            </w:r>
            <w:r w:rsidR="00452EF4">
              <w:instrText xml:space="preserve"> ADDIN EN.CITE &lt;EndNote&gt;&lt;Cite&gt;&lt;Author&gt;NCT04512066&lt;/Author&gt;&lt;Year&gt;2023&lt;/Year&gt;&lt;RecNum&gt;107&lt;/RecNum&gt;&lt;DisplayText&gt;&lt;style face="superscript"&gt;110&lt;/style&gt;&lt;/DisplayText&gt;&lt;record&gt;&lt;rec-number&gt;107&lt;/rec-number&gt;&lt;foreign-keys&gt;&lt;key app="EN" db-id="9ttaxzax2p0tr7ewzt55atews50zvxaaa5rz" timestamp="1764068848"&gt;107&lt;/key&gt;&lt;/foreign-keys&gt;&lt;ref-type name="Journal Article"&gt;17&lt;/ref-type&gt;&lt;contributors&gt;&lt;authors&gt;&lt;author&gt;NCT04512066&lt;/author&gt;&lt;/authors&gt;&lt;/contributors&gt;&lt;titles&gt;&lt;title&gt;A Trial of the Efficacy and the Safety of RO6889450 (Ralmitaront) vs Placebo in Patients With an Acute Exacerbation of Schizophrenia or Schizoaffective Disorder&lt;/title&gt;&lt;secondary-title&gt;-&lt;/secondary-title&gt;&lt;/titles&gt;&lt;periodical&gt;&lt;full-title&gt;-&lt;/full-title&gt;&lt;/periodical&gt;&lt;pages&gt;-&lt;/pages&gt;&lt;volume&gt;-&lt;/volume&gt;&lt;dates&gt;&lt;year&gt;2023&lt;/year&gt;&lt;/dates&gt;&lt;urls&gt;&lt;/urls&gt;&lt;/record&gt;&lt;/Cite&gt;&lt;/EndNote&gt;</w:instrText>
            </w:r>
            <w:r w:rsidR="0031308D" w:rsidRPr="00EB75F0">
              <w:fldChar w:fldCharType="separate"/>
            </w:r>
            <w:r w:rsidR="00452EF4" w:rsidRPr="00452EF4">
              <w:rPr>
                <w:noProof/>
                <w:vertAlign w:val="superscript"/>
              </w:rPr>
              <w:t>110</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5B6335B4" w14:textId="77777777" w:rsidR="009446D0" w:rsidRPr="00EB75F0" w:rsidRDefault="0084596B">
            <w:pPr>
              <w:spacing w:before="60" w:after="60" w:line="240" w:lineRule="auto"/>
              <w:rPr>
                <w:sz w:val="14"/>
              </w:rPr>
            </w:pPr>
            <w:r w:rsidRPr="00EB75F0">
              <w:rPr>
                <w:color w:val="000000"/>
                <w:sz w:val="14"/>
              </w:rPr>
              <w:t>2023</w:t>
            </w:r>
          </w:p>
        </w:tc>
        <w:tc>
          <w:tcPr>
            <w:tcW w:w="0" w:type="auto"/>
            <w:tcBorders>
              <w:top w:val="single" w:sz="4" w:space="0" w:color="000000"/>
              <w:left w:val="single" w:sz="4" w:space="0" w:color="000000"/>
              <w:bottom w:val="single" w:sz="4" w:space="0" w:color="000000"/>
              <w:right w:val="single" w:sz="4" w:space="0" w:color="000000"/>
            </w:tcBorders>
          </w:tcPr>
          <w:p w14:paraId="08102D8F"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FB08164"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6160CD3E"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59AE9D5C"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1AD7CA76"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637EC3E4"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112DF66B"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2B5332A0" w14:textId="77777777" w:rsidR="009446D0" w:rsidRPr="00EB75F0" w:rsidRDefault="0084596B">
            <w:pPr>
              <w:spacing w:before="60" w:after="60" w:line="240" w:lineRule="auto"/>
              <w:rPr>
                <w:sz w:val="14"/>
              </w:rPr>
            </w:pPr>
            <w:r w:rsidRPr="00EB75F0">
              <w:rPr>
                <w:color w:val="000000"/>
                <w:sz w:val="14"/>
              </w:rPr>
              <w:t>Active and placebo/BSC controlled</w:t>
            </w:r>
          </w:p>
        </w:tc>
        <w:tc>
          <w:tcPr>
            <w:tcW w:w="0" w:type="auto"/>
            <w:tcBorders>
              <w:top w:val="single" w:sz="4" w:space="0" w:color="000000"/>
              <w:left w:val="single" w:sz="4" w:space="0" w:color="000000"/>
              <w:bottom w:val="single" w:sz="4" w:space="0" w:color="000000"/>
              <w:right w:val="single" w:sz="4" w:space="0" w:color="000000"/>
            </w:tcBorders>
          </w:tcPr>
          <w:p w14:paraId="31C9F01A" w14:textId="77777777" w:rsidR="009446D0" w:rsidRPr="00EB75F0" w:rsidRDefault="0084596B">
            <w:pPr>
              <w:spacing w:before="60" w:after="60" w:line="240" w:lineRule="auto"/>
              <w:rPr>
                <w:sz w:val="14"/>
              </w:rPr>
            </w:pPr>
            <w:r w:rsidRPr="00EB75F0">
              <w:rPr>
                <w:color w:val="000000"/>
                <w:sz w:val="14"/>
              </w:rPr>
              <w:t>287</w:t>
            </w:r>
          </w:p>
        </w:tc>
        <w:tc>
          <w:tcPr>
            <w:tcW w:w="0" w:type="auto"/>
            <w:tcBorders>
              <w:top w:val="single" w:sz="4" w:space="0" w:color="000000"/>
              <w:left w:val="single" w:sz="4" w:space="0" w:color="000000"/>
              <w:bottom w:val="single" w:sz="4" w:space="0" w:color="000000"/>
              <w:right w:val="single" w:sz="4" w:space="0" w:color="000000"/>
            </w:tcBorders>
          </w:tcPr>
          <w:p w14:paraId="2B0CF654" w14:textId="77777777" w:rsidR="009446D0" w:rsidRPr="00EB75F0" w:rsidRDefault="0084596B">
            <w:pPr>
              <w:spacing w:before="60" w:after="60" w:line="240" w:lineRule="auto"/>
              <w:rPr>
                <w:sz w:val="14"/>
              </w:rPr>
            </w:pPr>
            <w:r w:rsidRPr="00EB75F0">
              <w:rPr>
                <w:color w:val="000000"/>
                <w:sz w:val="14"/>
              </w:rPr>
              <w:t>287</w:t>
            </w:r>
          </w:p>
        </w:tc>
        <w:tc>
          <w:tcPr>
            <w:tcW w:w="0" w:type="auto"/>
            <w:tcBorders>
              <w:top w:val="single" w:sz="4" w:space="0" w:color="000000"/>
              <w:left w:val="single" w:sz="4" w:space="0" w:color="000000"/>
              <w:bottom w:val="single" w:sz="4" w:space="0" w:color="000000"/>
              <w:right w:val="single" w:sz="4" w:space="0" w:color="000000"/>
            </w:tcBorders>
          </w:tcPr>
          <w:p w14:paraId="2B52C909"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21F733EA" w14:textId="77777777" w:rsidR="009446D0" w:rsidRPr="00EB75F0" w:rsidRDefault="0084596B">
            <w:pPr>
              <w:spacing w:before="60" w:after="60" w:line="240" w:lineRule="auto"/>
              <w:rPr>
                <w:sz w:val="14"/>
              </w:rPr>
            </w:pPr>
            <w:r w:rsidRPr="00EB75F0">
              <w:rPr>
                <w:color w:val="000000"/>
                <w:sz w:val="14"/>
              </w:rPr>
              <w:t>18-45</w:t>
            </w:r>
          </w:p>
        </w:tc>
        <w:tc>
          <w:tcPr>
            <w:tcW w:w="0" w:type="auto"/>
            <w:tcBorders>
              <w:top w:val="single" w:sz="4" w:space="0" w:color="000000"/>
              <w:left w:val="single" w:sz="4" w:space="0" w:color="000000"/>
              <w:bottom w:val="single" w:sz="4" w:space="0" w:color="000000"/>
              <w:right w:val="single" w:sz="4" w:space="0" w:color="000000"/>
            </w:tcBorders>
          </w:tcPr>
          <w:p w14:paraId="238F6317" w14:textId="77777777" w:rsidR="009446D0" w:rsidRPr="00EB75F0" w:rsidRDefault="0084596B">
            <w:pPr>
              <w:spacing w:before="60" w:after="60" w:line="240" w:lineRule="auto"/>
              <w:rPr>
                <w:sz w:val="14"/>
              </w:rPr>
            </w:pPr>
            <w:r w:rsidRPr="00EB75F0">
              <w:rPr>
                <w:color w:val="000000"/>
                <w:sz w:val="14"/>
              </w:rPr>
              <w:t>II</w:t>
            </w:r>
          </w:p>
        </w:tc>
      </w:tr>
      <w:tr w:rsidR="009446D0" w:rsidRPr="00EB75F0" w14:paraId="28B2D20E"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7A39A8CA" w14:textId="70647629" w:rsidR="009446D0" w:rsidRPr="00EB75F0" w:rsidRDefault="0084596B">
            <w:pPr>
              <w:spacing w:before="60" w:after="60" w:line="240" w:lineRule="auto"/>
              <w:rPr>
                <w:sz w:val="14"/>
              </w:rPr>
            </w:pPr>
            <w:r w:rsidRPr="00EB75F0">
              <w:rPr>
                <w:color w:val="1E1E1E"/>
                <w:sz w:val="14"/>
              </w:rPr>
              <w:t>Zhang 2010</w:t>
            </w:r>
            <w:r w:rsidRPr="00EB75F0">
              <w:rPr>
                <w:sz w:val="14"/>
              </w:rPr>
              <w:t xml:space="preserve"> </w:t>
            </w:r>
            <w:r w:rsidR="0031308D" w:rsidRPr="00EB75F0">
              <w:fldChar w:fldCharType="begin"/>
            </w:r>
            <w:r w:rsidR="00452EF4">
              <w:instrText xml:space="preserve"> ADDIN EN.CITE &lt;EndNote&gt;&lt;Cite&gt;&lt;Author&gt;B&lt;/Author&gt;&lt;Year&gt;2010&lt;/Year&gt;&lt;RecNum&gt;108&lt;/RecNum&gt;&lt;DisplayText&gt;&lt;style face="superscript"&gt;111&lt;/style&gt;&lt;/DisplayText&gt;&lt;record&gt;&lt;rec-number&gt;108&lt;/rec-number&gt;&lt;foreign-keys&gt;&lt;key app="EN" db-id="9ttaxzax2p0tr7ewzt55atews50zvxaaa5rz" timestamp="1764068849"&gt;108&lt;/key&gt;&lt;/foreign-keys&gt;&lt;ref-type name="Journal Article"&gt;17&lt;/ref-type&gt;&lt;contributors&gt;&lt;authors&gt;&lt;author&gt;Zhang B&lt;/author&gt;&lt;/authors&gt;&lt;/contributors&gt;&lt;titles&gt;&lt;title&gt;A 4-week, randomized, rater-blinded, parallelgroup, haloperidol-controlled study to evaluate the efficacy of quetiapine fumarate in improving sleep quality in the patients with schizophrenia&lt;/title&gt;&lt;secondary-title&gt;International Journal of Neuropsychopharmacology&lt;/secondary-title&gt;&lt;/titles&gt;&lt;periodical&gt;&lt;full-title&gt;International Journal of Neuropsychopharmacology&lt;/full-title&gt;&lt;/periodical&gt;&lt;pages&gt;113–4&lt;/pages&gt;&lt;volume&gt;13&lt;/volume&gt;&lt;dates&gt;&lt;year&gt;2010&lt;/year&gt;&lt;/dates&gt;&lt;urls&gt;&lt;/urls&gt;&lt;/record&gt;&lt;/Cite&gt;&lt;/EndNote&gt;</w:instrText>
            </w:r>
            <w:r w:rsidR="0031308D" w:rsidRPr="00EB75F0">
              <w:fldChar w:fldCharType="separate"/>
            </w:r>
            <w:r w:rsidR="00452EF4" w:rsidRPr="00452EF4">
              <w:rPr>
                <w:noProof/>
                <w:vertAlign w:val="superscript"/>
              </w:rPr>
              <w:t>111</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110D44E6" w14:textId="77777777" w:rsidR="009446D0" w:rsidRPr="00EB75F0" w:rsidRDefault="0084596B">
            <w:pPr>
              <w:spacing w:before="60" w:after="60" w:line="240" w:lineRule="auto"/>
              <w:rPr>
                <w:sz w:val="14"/>
              </w:rPr>
            </w:pPr>
            <w:r w:rsidRPr="00EB75F0">
              <w:rPr>
                <w:color w:val="000000"/>
                <w:sz w:val="14"/>
              </w:rPr>
              <w:t>2010</w:t>
            </w:r>
          </w:p>
        </w:tc>
        <w:tc>
          <w:tcPr>
            <w:tcW w:w="0" w:type="auto"/>
            <w:tcBorders>
              <w:top w:val="single" w:sz="4" w:space="0" w:color="000000"/>
              <w:left w:val="single" w:sz="4" w:space="0" w:color="000000"/>
              <w:bottom w:val="single" w:sz="4" w:space="0" w:color="000000"/>
              <w:right w:val="single" w:sz="4" w:space="0" w:color="000000"/>
            </w:tcBorders>
          </w:tcPr>
          <w:p w14:paraId="4518D43E"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64931A33" w14:textId="77777777" w:rsidR="009446D0" w:rsidRPr="00EB75F0" w:rsidRDefault="0084596B">
            <w:pPr>
              <w:spacing w:before="60" w:after="60" w:line="240" w:lineRule="auto"/>
              <w:rPr>
                <w:sz w:val="14"/>
              </w:rPr>
            </w:pPr>
            <w:r w:rsidRPr="00EB75F0">
              <w:rPr>
                <w:color w:val="000000"/>
                <w:sz w:val="14"/>
              </w:rPr>
              <w:t>Single blind</w:t>
            </w:r>
          </w:p>
        </w:tc>
        <w:tc>
          <w:tcPr>
            <w:tcW w:w="0" w:type="auto"/>
            <w:tcBorders>
              <w:top w:val="single" w:sz="4" w:space="0" w:color="000000"/>
              <w:left w:val="single" w:sz="4" w:space="0" w:color="000000"/>
              <w:bottom w:val="single" w:sz="4" w:space="0" w:color="000000"/>
              <w:right w:val="single" w:sz="4" w:space="0" w:color="000000"/>
            </w:tcBorders>
          </w:tcPr>
          <w:p w14:paraId="7A6101E5"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7692B98E" w14:textId="77777777" w:rsidR="009446D0" w:rsidRPr="00EB75F0" w:rsidRDefault="0084596B">
            <w:pPr>
              <w:spacing w:before="60" w:after="60" w:line="240" w:lineRule="auto"/>
              <w:rPr>
                <w:sz w:val="14"/>
              </w:rPr>
            </w:pPr>
            <w:r w:rsidRPr="00EB75F0">
              <w:rPr>
                <w:color w:val="000000"/>
                <w:sz w:val="14"/>
              </w:rPr>
              <w:t>Single-center</w:t>
            </w:r>
          </w:p>
        </w:tc>
        <w:tc>
          <w:tcPr>
            <w:tcW w:w="0" w:type="auto"/>
            <w:tcBorders>
              <w:top w:val="single" w:sz="4" w:space="0" w:color="000000"/>
              <w:left w:val="single" w:sz="4" w:space="0" w:color="000000"/>
              <w:bottom w:val="single" w:sz="4" w:space="0" w:color="000000"/>
              <w:right w:val="single" w:sz="4" w:space="0" w:color="000000"/>
            </w:tcBorders>
          </w:tcPr>
          <w:p w14:paraId="75E57717" w14:textId="77777777" w:rsidR="009446D0" w:rsidRPr="00EB75F0" w:rsidRDefault="0084596B">
            <w:pPr>
              <w:spacing w:before="60" w:after="60" w:line="240" w:lineRule="auto"/>
              <w:rPr>
                <w:sz w:val="14"/>
              </w:rPr>
            </w:pPr>
            <w:r w:rsidRPr="00EB75F0">
              <w:rPr>
                <w:color w:val="000000"/>
                <w:sz w:val="14"/>
              </w:rPr>
              <w:t>Asia</w:t>
            </w:r>
          </w:p>
        </w:tc>
        <w:tc>
          <w:tcPr>
            <w:tcW w:w="0" w:type="auto"/>
            <w:tcBorders>
              <w:top w:val="single" w:sz="4" w:space="0" w:color="000000"/>
              <w:left w:val="single" w:sz="4" w:space="0" w:color="000000"/>
              <w:bottom w:val="single" w:sz="4" w:space="0" w:color="000000"/>
              <w:right w:val="single" w:sz="4" w:space="0" w:color="000000"/>
            </w:tcBorders>
          </w:tcPr>
          <w:p w14:paraId="7F16ACF4"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23F619BC"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3345F5F9"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1DFA1F89" w14:textId="77777777" w:rsidR="009446D0" w:rsidRPr="00EB75F0" w:rsidRDefault="0084596B">
            <w:pPr>
              <w:spacing w:before="60" w:after="60" w:line="240" w:lineRule="auto"/>
              <w:rPr>
                <w:sz w:val="14"/>
              </w:rPr>
            </w:pPr>
            <w:r w:rsidRPr="00EB75F0">
              <w:rPr>
                <w:color w:val="000000"/>
                <w:sz w:val="14"/>
              </w:rPr>
              <w:t>80</w:t>
            </w:r>
          </w:p>
        </w:tc>
        <w:tc>
          <w:tcPr>
            <w:tcW w:w="0" w:type="auto"/>
            <w:tcBorders>
              <w:top w:val="single" w:sz="4" w:space="0" w:color="000000"/>
              <w:left w:val="single" w:sz="4" w:space="0" w:color="000000"/>
              <w:bottom w:val="single" w:sz="4" w:space="0" w:color="000000"/>
              <w:right w:val="single" w:sz="4" w:space="0" w:color="000000"/>
            </w:tcBorders>
          </w:tcPr>
          <w:p w14:paraId="1F988896" w14:textId="77777777" w:rsidR="009446D0" w:rsidRPr="00EB75F0" w:rsidRDefault="0084596B">
            <w:pPr>
              <w:spacing w:before="60" w:after="60" w:line="240" w:lineRule="auto"/>
              <w:rPr>
                <w:sz w:val="14"/>
              </w:rPr>
            </w:pPr>
            <w:r w:rsidRPr="00EB75F0">
              <w:rPr>
                <w:color w:val="000000"/>
                <w:sz w:val="14"/>
              </w:rPr>
              <w:t>60</w:t>
            </w:r>
          </w:p>
        </w:tc>
        <w:tc>
          <w:tcPr>
            <w:tcW w:w="0" w:type="auto"/>
            <w:tcBorders>
              <w:top w:val="single" w:sz="4" w:space="0" w:color="000000"/>
              <w:left w:val="single" w:sz="4" w:space="0" w:color="000000"/>
              <w:bottom w:val="single" w:sz="4" w:space="0" w:color="000000"/>
              <w:right w:val="single" w:sz="4" w:space="0" w:color="000000"/>
            </w:tcBorders>
          </w:tcPr>
          <w:p w14:paraId="39BCB6B6" w14:textId="77777777" w:rsidR="009446D0" w:rsidRPr="00EB75F0" w:rsidRDefault="0084596B">
            <w:pPr>
              <w:spacing w:before="60" w:after="60" w:line="240" w:lineRule="auto"/>
              <w:rPr>
                <w:sz w:val="14"/>
              </w:rPr>
            </w:pPr>
            <w:r w:rsidRPr="00EB75F0">
              <w:rPr>
                <w:color w:val="000000"/>
                <w:sz w:val="14"/>
              </w:rPr>
              <w:t>4</w:t>
            </w:r>
          </w:p>
        </w:tc>
        <w:tc>
          <w:tcPr>
            <w:tcW w:w="0" w:type="auto"/>
            <w:tcBorders>
              <w:top w:val="single" w:sz="4" w:space="0" w:color="000000"/>
              <w:left w:val="single" w:sz="4" w:space="0" w:color="000000"/>
              <w:bottom w:val="single" w:sz="4" w:space="0" w:color="000000"/>
              <w:right w:val="single" w:sz="4" w:space="0" w:color="000000"/>
            </w:tcBorders>
          </w:tcPr>
          <w:p w14:paraId="17BA4441"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5FD926D0" w14:textId="77777777" w:rsidR="009446D0" w:rsidRPr="00EB75F0" w:rsidRDefault="0084596B">
            <w:pPr>
              <w:spacing w:before="60" w:after="60" w:line="240" w:lineRule="auto"/>
              <w:rPr>
                <w:sz w:val="14"/>
              </w:rPr>
            </w:pPr>
            <w:r w:rsidRPr="00EB75F0">
              <w:rPr>
                <w:color w:val="000000"/>
                <w:sz w:val="14"/>
              </w:rPr>
              <w:t>NR</w:t>
            </w:r>
          </w:p>
        </w:tc>
      </w:tr>
      <w:tr w:rsidR="009446D0" w:rsidRPr="00EB75F0" w14:paraId="0359F6B6" w14:textId="77777777">
        <w:trPr>
          <w:trHeight w:val="20"/>
        </w:trPr>
        <w:tc>
          <w:tcPr>
            <w:tcW w:w="433" w:type="pct"/>
            <w:tcBorders>
              <w:top w:val="single" w:sz="4" w:space="0" w:color="000000"/>
              <w:left w:val="single" w:sz="4" w:space="0" w:color="000000"/>
              <w:bottom w:val="single" w:sz="4" w:space="0" w:color="000000"/>
              <w:right w:val="single" w:sz="4" w:space="0" w:color="000000"/>
            </w:tcBorders>
          </w:tcPr>
          <w:p w14:paraId="6F312A6A" w14:textId="23FC735A" w:rsidR="009446D0" w:rsidRPr="00EB75F0" w:rsidRDefault="0084596B">
            <w:pPr>
              <w:spacing w:before="60" w:after="60" w:line="240" w:lineRule="auto"/>
              <w:rPr>
                <w:sz w:val="14"/>
              </w:rPr>
            </w:pPr>
            <w:r w:rsidRPr="00EB75F0">
              <w:rPr>
                <w:color w:val="1E1E1E"/>
                <w:sz w:val="14"/>
              </w:rPr>
              <w:t>Canuso 2009</w:t>
            </w:r>
            <w:r w:rsidR="0031308D" w:rsidRPr="00EB75F0">
              <w:fldChar w:fldCharType="begin"/>
            </w:r>
            <w:r w:rsidR="00452EF4">
              <w:instrText xml:space="preserve"> ADDIN EN.CITE &lt;EndNote&gt;&lt;Cite&gt;&lt;Author&gt;Canuso&lt;/Author&gt;&lt;Year&gt;2009&lt;/Year&gt;&lt;RecNum&gt;109&lt;/RecNum&gt;&lt;DisplayText&gt;&lt;style face="superscript"&gt;112&lt;/style&gt;&lt;/DisplayText&gt;&lt;record&gt;&lt;rec-number&gt;109&lt;/rec-number&gt;&lt;foreign-keys&gt;&lt;key app="EN" db-id="9ttaxzax2p0tr7ewzt55atews50zvxaaa5rz" timestamp="1764068849"&gt;109&lt;/key&gt;&lt;/foreign-keys&gt;&lt;ref-type name="Journal Article"&gt;17&lt;/ref-type&gt;&lt;contributors&gt;&lt;authors&gt;&lt;author&gt;Canuso, Carla M&lt;/author&gt;&lt;author&gt;Dirks, Bryan&lt;/author&gt;&lt;author&gt;Carothers, Jennifer&lt;/author&gt;&lt;author&gt;Kosik-Gonzalez, Colette&lt;/author&gt;&lt;author&gt;Bossie, Cynthia A&lt;/author&gt;&lt;author&gt;Zhu, Young&lt;/author&gt;&lt;author&gt;Damaraju, CV&lt;/author&gt;&lt;author&gt;Kalali, Amir H&lt;/author&gt;&lt;author&gt;Mahmoud, Ramy&lt;/author&gt;&lt;/authors&gt;&lt;/contributors&gt;&lt;titles&gt;&lt;title&gt;Randomized, double-blind, placebo-controlled study of paliperidone extended-release and quetiapine in inpatients with recently exacerbated schizophrenia&lt;/title&gt;&lt;secondary-title&gt;American Journal of Psychiatry&lt;/secondary-title&gt;&lt;/titles&gt;&lt;periodical&gt;&lt;full-title&gt;American Journal of Psychiatry&lt;/full-title&gt;&lt;/periodical&gt;&lt;pages&gt;691-701&lt;/pages&gt;&lt;volume&gt;166&lt;/volume&gt;&lt;number&gt;6&lt;/number&gt;&lt;dates&gt;&lt;year&gt;2009&lt;/year&gt;&lt;/dates&gt;&lt;isbn&gt;0002-953X&lt;/isbn&gt;&lt;urls&gt;&lt;/urls&gt;&lt;/record&gt;&lt;/Cite&gt;&lt;/EndNote&gt;</w:instrText>
            </w:r>
            <w:r w:rsidR="0031308D" w:rsidRPr="00EB75F0">
              <w:fldChar w:fldCharType="separate"/>
            </w:r>
            <w:r w:rsidR="00452EF4" w:rsidRPr="00452EF4">
              <w:rPr>
                <w:noProof/>
                <w:vertAlign w:val="superscript"/>
              </w:rPr>
              <w:t>112</w:t>
            </w:r>
            <w:r w:rsidR="0031308D" w:rsidRPr="00EB75F0">
              <w:fldChar w:fldCharType="end"/>
            </w:r>
          </w:p>
        </w:tc>
        <w:tc>
          <w:tcPr>
            <w:tcW w:w="221" w:type="pct"/>
            <w:tcBorders>
              <w:top w:val="single" w:sz="4" w:space="0" w:color="000000"/>
              <w:left w:val="single" w:sz="4" w:space="0" w:color="000000"/>
              <w:bottom w:val="single" w:sz="4" w:space="0" w:color="000000"/>
              <w:right w:val="single" w:sz="4" w:space="0" w:color="000000"/>
            </w:tcBorders>
          </w:tcPr>
          <w:p w14:paraId="4C3521B6" w14:textId="77777777" w:rsidR="009446D0" w:rsidRPr="00EB75F0" w:rsidRDefault="0084596B">
            <w:pPr>
              <w:spacing w:before="60" w:after="60" w:line="240" w:lineRule="auto"/>
              <w:rPr>
                <w:sz w:val="14"/>
              </w:rPr>
            </w:pPr>
            <w:r w:rsidRPr="00EB75F0">
              <w:rPr>
                <w:color w:val="000000"/>
                <w:sz w:val="14"/>
              </w:rPr>
              <w:t>2009</w:t>
            </w:r>
          </w:p>
        </w:tc>
        <w:tc>
          <w:tcPr>
            <w:tcW w:w="0" w:type="auto"/>
            <w:tcBorders>
              <w:top w:val="single" w:sz="4" w:space="0" w:color="000000"/>
              <w:left w:val="single" w:sz="4" w:space="0" w:color="000000"/>
              <w:bottom w:val="single" w:sz="4" w:space="0" w:color="000000"/>
              <w:right w:val="single" w:sz="4" w:space="0" w:color="000000"/>
            </w:tcBorders>
          </w:tcPr>
          <w:p w14:paraId="2D5B310A" w14:textId="77777777" w:rsidR="009446D0" w:rsidRPr="00EB75F0" w:rsidRDefault="0084596B">
            <w:pPr>
              <w:spacing w:before="60" w:after="60" w:line="240" w:lineRule="auto"/>
              <w:rPr>
                <w:sz w:val="14"/>
              </w:rPr>
            </w:pPr>
            <w:r w:rsidRPr="00EB75F0">
              <w:rPr>
                <w:color w:val="000000"/>
                <w:sz w:val="14"/>
              </w:rPr>
              <w:t>RCT</w:t>
            </w:r>
          </w:p>
        </w:tc>
        <w:tc>
          <w:tcPr>
            <w:tcW w:w="0" w:type="auto"/>
            <w:tcBorders>
              <w:top w:val="single" w:sz="4" w:space="0" w:color="000000"/>
              <w:left w:val="single" w:sz="4" w:space="0" w:color="000000"/>
              <w:bottom w:val="single" w:sz="4" w:space="0" w:color="000000"/>
              <w:right w:val="single" w:sz="4" w:space="0" w:color="000000"/>
            </w:tcBorders>
          </w:tcPr>
          <w:p w14:paraId="1E751205" w14:textId="77777777" w:rsidR="009446D0" w:rsidRPr="00EB75F0" w:rsidRDefault="0084596B">
            <w:pPr>
              <w:spacing w:before="60" w:after="60" w:line="240" w:lineRule="auto"/>
              <w:rPr>
                <w:sz w:val="14"/>
              </w:rPr>
            </w:pPr>
            <w:r w:rsidRPr="00EB75F0">
              <w:rPr>
                <w:color w:val="000000"/>
                <w:sz w:val="14"/>
              </w:rPr>
              <w:t>Double blind</w:t>
            </w:r>
          </w:p>
        </w:tc>
        <w:tc>
          <w:tcPr>
            <w:tcW w:w="0" w:type="auto"/>
            <w:tcBorders>
              <w:top w:val="single" w:sz="4" w:space="0" w:color="000000"/>
              <w:left w:val="single" w:sz="4" w:space="0" w:color="000000"/>
              <w:bottom w:val="single" w:sz="4" w:space="0" w:color="000000"/>
              <w:right w:val="single" w:sz="4" w:space="0" w:color="000000"/>
            </w:tcBorders>
          </w:tcPr>
          <w:p w14:paraId="0C4104F0" w14:textId="77777777" w:rsidR="009446D0" w:rsidRPr="00EB75F0" w:rsidRDefault="0084596B">
            <w:pPr>
              <w:spacing w:before="60" w:after="60" w:line="240" w:lineRule="auto"/>
              <w:rPr>
                <w:sz w:val="14"/>
              </w:rPr>
            </w:pPr>
            <w:r w:rsidRPr="00EB75F0">
              <w:rPr>
                <w:color w:val="000000"/>
                <w:sz w:val="14"/>
              </w:rPr>
              <w:t>No</w:t>
            </w:r>
          </w:p>
        </w:tc>
        <w:tc>
          <w:tcPr>
            <w:tcW w:w="0" w:type="auto"/>
            <w:tcBorders>
              <w:top w:val="single" w:sz="4" w:space="0" w:color="000000"/>
              <w:left w:val="single" w:sz="4" w:space="0" w:color="000000"/>
              <w:bottom w:val="single" w:sz="4" w:space="0" w:color="000000"/>
              <w:right w:val="single" w:sz="4" w:space="0" w:color="000000"/>
            </w:tcBorders>
          </w:tcPr>
          <w:p w14:paraId="35672ABA" w14:textId="77777777" w:rsidR="009446D0" w:rsidRPr="00EB75F0" w:rsidRDefault="0084596B">
            <w:pPr>
              <w:spacing w:before="60" w:after="60" w:line="240" w:lineRule="auto"/>
              <w:rPr>
                <w:sz w:val="14"/>
              </w:rPr>
            </w:pPr>
            <w:r w:rsidRPr="00EB75F0">
              <w:rPr>
                <w:color w:val="000000"/>
                <w:sz w:val="14"/>
              </w:rPr>
              <w:t>Multi-center international</w:t>
            </w:r>
          </w:p>
        </w:tc>
        <w:tc>
          <w:tcPr>
            <w:tcW w:w="0" w:type="auto"/>
            <w:tcBorders>
              <w:top w:val="single" w:sz="4" w:space="0" w:color="000000"/>
              <w:left w:val="single" w:sz="4" w:space="0" w:color="000000"/>
              <w:bottom w:val="single" w:sz="4" w:space="0" w:color="000000"/>
              <w:right w:val="single" w:sz="4" w:space="0" w:color="000000"/>
            </w:tcBorders>
          </w:tcPr>
          <w:p w14:paraId="51DEFC9C" w14:textId="77777777" w:rsidR="009446D0" w:rsidRPr="00EB75F0" w:rsidRDefault="0084596B">
            <w:pPr>
              <w:spacing w:before="60" w:after="60" w:line="240" w:lineRule="auto"/>
              <w:rPr>
                <w:sz w:val="14"/>
              </w:rPr>
            </w:pPr>
            <w:r w:rsidRPr="00EB75F0">
              <w:rPr>
                <w:color w:val="000000"/>
                <w:sz w:val="14"/>
              </w:rPr>
              <w:t>Worldwide</w:t>
            </w:r>
          </w:p>
        </w:tc>
        <w:tc>
          <w:tcPr>
            <w:tcW w:w="0" w:type="auto"/>
            <w:tcBorders>
              <w:top w:val="single" w:sz="4" w:space="0" w:color="000000"/>
              <w:left w:val="single" w:sz="4" w:space="0" w:color="000000"/>
              <w:bottom w:val="single" w:sz="4" w:space="0" w:color="000000"/>
              <w:right w:val="single" w:sz="4" w:space="0" w:color="000000"/>
            </w:tcBorders>
          </w:tcPr>
          <w:p w14:paraId="728DBABF" w14:textId="77777777" w:rsidR="009446D0" w:rsidRPr="00EB75F0" w:rsidRDefault="0084596B">
            <w:pPr>
              <w:spacing w:before="60" w:after="60" w:line="240" w:lineRule="auto"/>
              <w:rPr>
                <w:sz w:val="14"/>
              </w:rPr>
            </w:pPr>
            <w:r w:rsidRPr="00EB75F0">
              <w:rPr>
                <w:color w:val="000000"/>
                <w:sz w:val="14"/>
              </w:rPr>
              <w:t>Inpatient</w:t>
            </w:r>
          </w:p>
        </w:tc>
        <w:tc>
          <w:tcPr>
            <w:tcW w:w="0" w:type="auto"/>
            <w:tcBorders>
              <w:top w:val="single" w:sz="4" w:space="0" w:color="000000"/>
              <w:left w:val="single" w:sz="4" w:space="0" w:color="000000"/>
              <w:bottom w:val="single" w:sz="4" w:space="0" w:color="000000"/>
              <w:right w:val="single" w:sz="4" w:space="0" w:color="000000"/>
            </w:tcBorders>
          </w:tcPr>
          <w:p w14:paraId="42421591"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7C422FF7" w14:textId="77777777" w:rsidR="009446D0" w:rsidRPr="00EB75F0" w:rsidRDefault="0084596B">
            <w:pPr>
              <w:spacing w:before="60" w:after="60" w:line="240" w:lineRule="auto"/>
              <w:rPr>
                <w:sz w:val="14"/>
              </w:rPr>
            </w:pPr>
            <w:r w:rsidRPr="00EB75F0">
              <w:rPr>
                <w:color w:val="000000"/>
                <w:sz w:val="14"/>
              </w:rPr>
              <w:t>Active controlled</w:t>
            </w:r>
          </w:p>
        </w:tc>
        <w:tc>
          <w:tcPr>
            <w:tcW w:w="0" w:type="auto"/>
            <w:tcBorders>
              <w:top w:val="single" w:sz="4" w:space="0" w:color="000000"/>
              <w:left w:val="single" w:sz="4" w:space="0" w:color="000000"/>
              <w:bottom w:val="single" w:sz="4" w:space="0" w:color="000000"/>
              <w:right w:val="single" w:sz="4" w:space="0" w:color="000000"/>
            </w:tcBorders>
          </w:tcPr>
          <w:p w14:paraId="12372433" w14:textId="77777777" w:rsidR="009446D0" w:rsidRPr="00EB75F0" w:rsidRDefault="0084596B">
            <w:pPr>
              <w:spacing w:before="60" w:after="60" w:line="240" w:lineRule="auto"/>
              <w:rPr>
                <w:sz w:val="14"/>
              </w:rPr>
            </w:pPr>
            <w:r w:rsidRPr="00EB75F0">
              <w:rPr>
                <w:color w:val="000000"/>
                <w:sz w:val="14"/>
              </w:rPr>
              <w:t>NR</w:t>
            </w:r>
          </w:p>
        </w:tc>
        <w:tc>
          <w:tcPr>
            <w:tcW w:w="0" w:type="auto"/>
            <w:tcBorders>
              <w:top w:val="single" w:sz="4" w:space="0" w:color="000000"/>
              <w:left w:val="single" w:sz="4" w:space="0" w:color="000000"/>
              <w:bottom w:val="single" w:sz="4" w:space="0" w:color="000000"/>
              <w:right w:val="single" w:sz="4" w:space="0" w:color="000000"/>
            </w:tcBorders>
          </w:tcPr>
          <w:p w14:paraId="6874699A" w14:textId="77777777" w:rsidR="009446D0" w:rsidRPr="00EB75F0" w:rsidRDefault="0084596B">
            <w:pPr>
              <w:spacing w:before="60" w:after="60" w:line="240" w:lineRule="auto"/>
              <w:rPr>
                <w:sz w:val="14"/>
              </w:rPr>
            </w:pPr>
            <w:r w:rsidRPr="00EB75F0">
              <w:rPr>
                <w:color w:val="000000"/>
                <w:sz w:val="14"/>
              </w:rPr>
              <w:t>399</w:t>
            </w:r>
          </w:p>
        </w:tc>
        <w:tc>
          <w:tcPr>
            <w:tcW w:w="0" w:type="auto"/>
            <w:tcBorders>
              <w:top w:val="single" w:sz="4" w:space="0" w:color="000000"/>
              <w:left w:val="single" w:sz="4" w:space="0" w:color="000000"/>
              <w:bottom w:val="single" w:sz="4" w:space="0" w:color="000000"/>
              <w:right w:val="single" w:sz="4" w:space="0" w:color="000000"/>
            </w:tcBorders>
          </w:tcPr>
          <w:p w14:paraId="5504382C" w14:textId="77777777" w:rsidR="009446D0" w:rsidRPr="00EB75F0" w:rsidRDefault="0084596B">
            <w:pPr>
              <w:spacing w:before="60" w:after="60" w:line="240" w:lineRule="auto"/>
              <w:rPr>
                <w:sz w:val="14"/>
              </w:rPr>
            </w:pPr>
            <w:r w:rsidRPr="00EB75F0">
              <w:rPr>
                <w:color w:val="000000"/>
                <w:sz w:val="14"/>
              </w:rPr>
              <w:t>6</w:t>
            </w:r>
          </w:p>
        </w:tc>
        <w:tc>
          <w:tcPr>
            <w:tcW w:w="0" w:type="auto"/>
            <w:tcBorders>
              <w:top w:val="single" w:sz="4" w:space="0" w:color="000000"/>
              <w:left w:val="single" w:sz="4" w:space="0" w:color="000000"/>
              <w:bottom w:val="single" w:sz="4" w:space="0" w:color="000000"/>
              <w:right w:val="single" w:sz="4" w:space="0" w:color="000000"/>
            </w:tcBorders>
          </w:tcPr>
          <w:p w14:paraId="1DEBDA29" w14:textId="77777777" w:rsidR="009446D0" w:rsidRPr="00EB75F0" w:rsidRDefault="0084596B">
            <w:pPr>
              <w:spacing w:before="60" w:after="60" w:line="240" w:lineRule="auto"/>
              <w:rPr>
                <w:sz w:val="14"/>
              </w:rPr>
            </w:pPr>
            <w:r w:rsidRPr="00EB75F0">
              <w:rPr>
                <w:color w:val="000000"/>
                <w:sz w:val="14"/>
              </w:rPr>
              <w:t>18-65</w:t>
            </w:r>
          </w:p>
        </w:tc>
        <w:tc>
          <w:tcPr>
            <w:tcW w:w="0" w:type="auto"/>
            <w:tcBorders>
              <w:top w:val="single" w:sz="4" w:space="0" w:color="000000"/>
              <w:left w:val="single" w:sz="4" w:space="0" w:color="000000"/>
              <w:bottom w:val="single" w:sz="4" w:space="0" w:color="000000"/>
              <w:right w:val="single" w:sz="4" w:space="0" w:color="000000"/>
            </w:tcBorders>
          </w:tcPr>
          <w:p w14:paraId="7C1D1921" w14:textId="77777777" w:rsidR="009446D0" w:rsidRPr="00EB75F0" w:rsidRDefault="0084596B">
            <w:pPr>
              <w:spacing w:before="60" w:after="60" w:line="240" w:lineRule="auto"/>
              <w:rPr>
                <w:sz w:val="14"/>
              </w:rPr>
            </w:pPr>
            <w:r w:rsidRPr="00EB75F0">
              <w:rPr>
                <w:color w:val="000000"/>
                <w:sz w:val="14"/>
              </w:rPr>
              <w:t>III</w:t>
            </w:r>
          </w:p>
        </w:tc>
      </w:tr>
      <w:tr w:rsidR="009446D0" w:rsidRPr="00EB75F0" w14:paraId="0EA224D8" w14:textId="77777777">
        <w:trPr>
          <w:trHeight w:val="20"/>
        </w:trPr>
        <w:tc>
          <w:tcPr>
            <w:tcW w:w="5000" w:type="pct"/>
            <w:gridSpan w:val="15"/>
            <w:tcBorders>
              <w:top w:val="single" w:sz="4" w:space="0" w:color="000000"/>
              <w:left w:val="single" w:sz="4" w:space="0" w:color="000000"/>
              <w:bottom w:val="single" w:sz="4" w:space="0" w:color="000000"/>
              <w:right w:val="single" w:sz="4" w:space="0" w:color="000000"/>
            </w:tcBorders>
          </w:tcPr>
          <w:p w14:paraId="2D5A5100" w14:textId="77777777" w:rsidR="009446D0" w:rsidRPr="00EB75F0" w:rsidRDefault="0084596B">
            <w:pPr>
              <w:spacing w:before="60" w:after="60" w:line="240" w:lineRule="auto"/>
              <w:rPr>
                <w:sz w:val="14"/>
              </w:rPr>
            </w:pPr>
            <w:r w:rsidRPr="00EB75F0">
              <w:rPr>
                <w:b/>
                <w:sz w:val="14"/>
              </w:rPr>
              <w:t xml:space="preserve">Key: </w:t>
            </w:r>
            <w:r w:rsidRPr="00EB75F0">
              <w:rPr>
                <w:sz w:val="14"/>
              </w:rPr>
              <w:t>BSC, best supportive care; N, no; NR, not reported; RCT, randomized controlled trial; US, United States; Y, yes.</w:t>
            </w:r>
          </w:p>
          <w:p w14:paraId="7CE23F45" w14:textId="77777777" w:rsidR="009446D0" w:rsidRPr="00EB75F0" w:rsidRDefault="0084596B">
            <w:pPr>
              <w:spacing w:before="60" w:after="60" w:line="240" w:lineRule="auto"/>
              <w:rPr>
                <w:color w:val="000000"/>
                <w:sz w:val="14"/>
              </w:rPr>
            </w:pPr>
            <w:r w:rsidRPr="00EB75F0">
              <w:rPr>
                <w:b/>
                <w:sz w:val="14"/>
              </w:rPr>
              <w:t>Notes:</w:t>
            </w:r>
            <w:r w:rsidRPr="00EB75F0">
              <w:rPr>
                <w:color w:val="000000"/>
                <w:sz w:val="14"/>
              </w:rPr>
              <w:t xml:space="preserve"> There are 111 studies in this table.</w:t>
            </w:r>
          </w:p>
        </w:tc>
      </w:tr>
    </w:tbl>
    <w:p w14:paraId="7D6C1FCC" w14:textId="77777777" w:rsidR="009446D0" w:rsidRPr="00EB75F0" w:rsidRDefault="009446D0"/>
    <w:p w14:paraId="380CD131" w14:textId="77777777" w:rsidR="009446D0" w:rsidRPr="00EB75F0" w:rsidRDefault="0084596B">
      <w:pPr>
        <w:spacing w:before="0" w:after="200" w:line="276" w:lineRule="auto"/>
      </w:pPr>
      <w:r w:rsidRPr="00EB75F0">
        <w:br w:type="page"/>
      </w:r>
    </w:p>
    <w:p w14:paraId="5EC216D9" w14:textId="4E9FDD73" w:rsidR="009446D0" w:rsidRPr="00541089" w:rsidRDefault="0084596B">
      <w:pPr>
        <w:pStyle w:val="Heading2"/>
      </w:pPr>
      <w:bookmarkStart w:id="27" w:name="_Ref14342089"/>
      <w:bookmarkStart w:id="28" w:name="_Ref14471507"/>
      <w:bookmarkStart w:id="29" w:name="_Ref14357245"/>
      <w:bookmarkStart w:id="30" w:name="_Ref14509681"/>
      <w:bookmarkStart w:id="31" w:name="_Ref14266547"/>
      <w:r w:rsidRPr="00541089">
        <w:rPr>
          <w:color w:val="000000"/>
        </w:rPr>
        <w:lastRenderedPageBreak/>
        <w:t xml:space="preserve">Table </w:t>
      </w:r>
      <w:r w:rsidRPr="00541089">
        <w:rPr>
          <w:color w:val="1E1E1E"/>
        </w:rPr>
        <w:t>S</w:t>
      </w:r>
      <w:r w:rsidR="00EE288E" w:rsidRPr="00541089">
        <w:rPr>
          <w:color w:val="1E1E1E"/>
        </w:rPr>
        <w:fldChar w:fldCharType="begin"/>
      </w:r>
      <w:r w:rsidR="00EE288E" w:rsidRPr="00541089">
        <w:rPr>
          <w:color w:val="1E1E1E"/>
        </w:rPr>
        <w:instrText xml:space="preserve"> STYLEREF 1 \s </w:instrText>
      </w:r>
      <w:r w:rsidR="00EE288E" w:rsidRPr="00541089">
        <w:rPr>
          <w:color w:val="1E1E1E"/>
        </w:rPr>
        <w:fldChar w:fldCharType="separate"/>
      </w:r>
      <w:r w:rsidR="004B2F28">
        <w:rPr>
          <w:noProof/>
          <w:color w:val="1E1E1E"/>
        </w:rPr>
        <w:t>3</w:t>
      </w:r>
      <w:r w:rsidR="00EE288E" w:rsidRPr="00541089">
        <w:rPr>
          <w:color w:val="1E1E1E"/>
        </w:rPr>
        <w:fldChar w:fldCharType="end"/>
      </w:r>
      <w:r w:rsidR="00EE288E" w:rsidRPr="00541089">
        <w:rPr>
          <w:color w:val="1E1E1E"/>
        </w:rPr>
        <w:noBreakHyphen/>
      </w:r>
      <w:r w:rsidR="00EE288E" w:rsidRPr="00541089">
        <w:rPr>
          <w:color w:val="1E1E1E"/>
        </w:rPr>
        <w:fldChar w:fldCharType="begin"/>
      </w:r>
      <w:r w:rsidR="00EE288E" w:rsidRPr="00541089">
        <w:rPr>
          <w:color w:val="1E1E1E"/>
        </w:rPr>
        <w:instrText xml:space="preserve"> SEQ Table \* ARABIC \s 1 </w:instrText>
      </w:r>
      <w:r w:rsidR="00EE288E" w:rsidRPr="00541089">
        <w:rPr>
          <w:color w:val="1E1E1E"/>
        </w:rPr>
        <w:fldChar w:fldCharType="separate"/>
      </w:r>
      <w:r w:rsidR="004B2F28">
        <w:rPr>
          <w:noProof/>
          <w:color w:val="1E1E1E"/>
        </w:rPr>
        <w:t>2</w:t>
      </w:r>
      <w:r w:rsidR="00EE288E" w:rsidRPr="00541089">
        <w:rPr>
          <w:color w:val="1E1E1E"/>
        </w:rPr>
        <w:fldChar w:fldCharType="end"/>
      </w:r>
      <w:bookmarkEnd w:id="27"/>
      <w:bookmarkEnd w:id="28"/>
      <w:bookmarkEnd w:id="29"/>
      <w:bookmarkEnd w:id="30"/>
      <w:bookmarkEnd w:id="31"/>
      <w:r w:rsidRPr="00541089">
        <w:rPr>
          <w:color w:val="1E1E1E"/>
        </w:rPr>
        <w:t>:</w:t>
      </w:r>
      <w:r w:rsidRPr="00541089">
        <w:rPr>
          <w:color w:val="000000"/>
        </w:rPr>
        <w:t xml:space="preserve"> </w:t>
      </w:r>
      <w:r w:rsidRPr="00541089">
        <w:rPr>
          <w:color w:val="1E1E1E"/>
        </w:rPr>
        <w:t>Summary of treatment arms and reason(s) for study or treatment exclusion</w:t>
      </w:r>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Layout w:type="fixed"/>
        <w:tblCellMar>
          <w:left w:w="108" w:type="dxa"/>
          <w:right w:w="108" w:type="dxa"/>
        </w:tblCellMar>
        <w:tblLook w:val="04A0" w:firstRow="1" w:lastRow="0" w:firstColumn="1" w:lastColumn="0" w:noHBand="0" w:noVBand="1"/>
      </w:tblPr>
      <w:tblGrid>
        <w:gridCol w:w="1936"/>
        <w:gridCol w:w="3173"/>
        <w:gridCol w:w="3525"/>
        <w:gridCol w:w="5574"/>
        <w:gridCol w:w="352"/>
      </w:tblGrid>
      <w:tr w:rsidR="009446D0" w:rsidRPr="00EB75F0" w14:paraId="337F94A4" w14:textId="77777777">
        <w:trPr>
          <w:gridAfter w:val="1"/>
          <w:wAfter w:w="360" w:type="dxa"/>
          <w:trHeight w:val="20"/>
          <w:tblHeader/>
        </w:trPr>
        <w:tc>
          <w:tcPr>
            <w:tcW w:w="0" w:type="dxa"/>
            <w:tcBorders>
              <w:top w:val="single" w:sz="4" w:space="0" w:color="000000"/>
              <w:left w:val="single" w:sz="4" w:space="0" w:color="000000"/>
              <w:bottom w:val="single" w:sz="4" w:space="0" w:color="000000"/>
              <w:right w:val="single" w:sz="4" w:space="0" w:color="000000"/>
            </w:tcBorders>
            <w:shd w:val="clear" w:color="auto" w:fill="001B2B"/>
          </w:tcPr>
          <w:p w14:paraId="56F358B3" w14:textId="77777777" w:rsidR="009446D0" w:rsidRPr="00EB75F0" w:rsidRDefault="0084596B">
            <w:pPr>
              <w:keepNext/>
              <w:spacing w:before="60" w:after="60" w:line="240" w:lineRule="auto"/>
              <w:rPr>
                <w:color w:val="FFFFFF"/>
                <w:sz w:val="16"/>
              </w:rPr>
            </w:pPr>
            <w:r w:rsidRPr="00EB75F0">
              <w:rPr>
                <w:b/>
                <w:color w:val="FFFFFF"/>
                <w:sz w:val="16"/>
              </w:rPr>
              <w:t>Study Name</w:t>
            </w:r>
          </w:p>
        </w:tc>
        <w:tc>
          <w:tcPr>
            <w:tcW w:w="0" w:type="dxa"/>
            <w:tcBorders>
              <w:top w:val="single" w:sz="4" w:space="0" w:color="000000"/>
              <w:left w:val="single" w:sz="4" w:space="0" w:color="000000"/>
              <w:bottom w:val="single" w:sz="4" w:space="0" w:color="000000"/>
              <w:right w:val="single" w:sz="4" w:space="0" w:color="000000"/>
            </w:tcBorders>
            <w:shd w:val="clear" w:color="auto" w:fill="001B2B"/>
          </w:tcPr>
          <w:p w14:paraId="509EAB03" w14:textId="77777777" w:rsidR="009446D0" w:rsidRPr="00EB75F0" w:rsidRDefault="0084596B">
            <w:pPr>
              <w:keepNext/>
              <w:spacing w:before="60" w:after="60" w:line="240" w:lineRule="auto"/>
              <w:rPr>
                <w:color w:val="FFFFFF"/>
                <w:sz w:val="16"/>
              </w:rPr>
            </w:pPr>
            <w:r w:rsidRPr="00EB75F0">
              <w:rPr>
                <w:b/>
                <w:color w:val="FFFFFF"/>
                <w:sz w:val="16"/>
              </w:rPr>
              <w:t>Interventions of interest</w:t>
            </w:r>
          </w:p>
        </w:tc>
        <w:tc>
          <w:tcPr>
            <w:tcW w:w="3600" w:type="dxa"/>
            <w:tcBorders>
              <w:top w:val="single" w:sz="4" w:space="0" w:color="000000"/>
              <w:left w:val="single" w:sz="4" w:space="0" w:color="000000"/>
              <w:bottom w:val="single" w:sz="4" w:space="0" w:color="000000"/>
              <w:right w:val="single" w:sz="4" w:space="0" w:color="000000"/>
            </w:tcBorders>
            <w:shd w:val="clear" w:color="auto" w:fill="001B2B"/>
          </w:tcPr>
          <w:p w14:paraId="72135FB6" w14:textId="77777777" w:rsidR="009446D0" w:rsidRPr="00EB75F0" w:rsidRDefault="0084596B">
            <w:pPr>
              <w:keepNext/>
              <w:spacing w:before="60" w:after="60" w:line="240" w:lineRule="auto"/>
              <w:rPr>
                <w:color w:val="FFFFFF"/>
                <w:sz w:val="16"/>
              </w:rPr>
            </w:pPr>
            <w:r w:rsidRPr="00EB75F0">
              <w:rPr>
                <w:b/>
                <w:color w:val="FFFFFF"/>
                <w:sz w:val="16"/>
              </w:rPr>
              <w:t>Comparator</w:t>
            </w:r>
          </w:p>
        </w:tc>
        <w:tc>
          <w:tcPr>
            <w:tcW w:w="5696" w:type="dxa"/>
            <w:tcBorders>
              <w:top w:val="single" w:sz="4" w:space="0" w:color="000000"/>
              <w:left w:val="single" w:sz="4" w:space="0" w:color="000000"/>
              <w:bottom w:val="single" w:sz="4" w:space="0" w:color="000000"/>
              <w:right w:val="single" w:sz="4" w:space="0" w:color="000000"/>
            </w:tcBorders>
            <w:shd w:val="clear" w:color="auto" w:fill="001B2B"/>
          </w:tcPr>
          <w:p w14:paraId="6C4BD036" w14:textId="77777777" w:rsidR="009446D0" w:rsidRPr="00EB75F0" w:rsidRDefault="0084596B">
            <w:pPr>
              <w:keepNext/>
              <w:spacing w:before="60" w:after="60" w:line="240" w:lineRule="auto"/>
              <w:rPr>
                <w:color w:val="FFFFFF"/>
                <w:sz w:val="16"/>
              </w:rPr>
            </w:pPr>
            <w:r w:rsidRPr="00EB75F0">
              <w:rPr>
                <w:b/>
                <w:color w:val="FFFFFF"/>
                <w:sz w:val="16"/>
              </w:rPr>
              <w:t>Exclusion (reason)*</w:t>
            </w:r>
          </w:p>
        </w:tc>
      </w:tr>
      <w:tr w:rsidR="009446D0" w:rsidRPr="00EB75F0" w14:paraId="4CE279BD"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shd w:val="clear" w:color="auto" w:fill="FFFCCC"/>
          </w:tcPr>
          <w:p w14:paraId="40761625" w14:textId="77777777" w:rsidR="009446D0" w:rsidRPr="00EB75F0" w:rsidRDefault="0084596B">
            <w:pPr>
              <w:spacing w:before="60" w:after="60" w:line="240" w:lineRule="auto"/>
              <w:rPr>
                <w:sz w:val="16"/>
              </w:rPr>
            </w:pPr>
            <w:r w:rsidRPr="00EB75F0">
              <w:rPr>
                <w:color w:val="000000"/>
                <w:sz w:val="16"/>
              </w:rPr>
              <w:t>EMERGENT-1</w:t>
            </w:r>
          </w:p>
        </w:tc>
        <w:tc>
          <w:tcPr>
            <w:tcW w:w="0" w:type="dxa"/>
            <w:tcBorders>
              <w:top w:val="single" w:sz="4" w:space="0" w:color="000000"/>
              <w:left w:val="single" w:sz="4" w:space="0" w:color="000000"/>
              <w:bottom w:val="single" w:sz="4" w:space="0" w:color="000000"/>
              <w:right w:val="single" w:sz="4" w:space="0" w:color="000000"/>
            </w:tcBorders>
            <w:shd w:val="clear" w:color="auto" w:fill="FFFCCC"/>
          </w:tcPr>
          <w:p w14:paraId="0D3C569F" w14:textId="2A11F35B" w:rsidR="009446D0" w:rsidRPr="00EB75F0" w:rsidRDefault="00EF2D91">
            <w:pPr>
              <w:spacing w:before="60" w:after="60" w:line="240" w:lineRule="auto"/>
              <w:rPr>
                <w:sz w:val="16"/>
              </w:rPr>
            </w:pPr>
            <w:proofErr w:type="spellStart"/>
            <w:r>
              <w:rPr>
                <w:color w:val="000000"/>
                <w:sz w:val="16"/>
              </w:rPr>
              <w:t>KarXT</w:t>
            </w:r>
            <w:proofErr w:type="spellEnd"/>
            <w:r w:rsidR="0084596B" w:rsidRPr="00EB75F0">
              <w:rPr>
                <w:color w:val="000000"/>
                <w:sz w:val="16"/>
              </w:rPr>
              <w:t xml:space="preserve"> 50/20 mg BD; 100/20 mg BD; 125/30 mg BD (N = 90)</w:t>
            </w:r>
          </w:p>
        </w:tc>
        <w:tc>
          <w:tcPr>
            <w:tcW w:w="3600" w:type="dxa"/>
            <w:tcBorders>
              <w:top w:val="single" w:sz="4" w:space="0" w:color="000000"/>
              <w:left w:val="single" w:sz="4" w:space="0" w:color="000000"/>
              <w:bottom w:val="single" w:sz="4" w:space="0" w:color="000000"/>
              <w:right w:val="single" w:sz="4" w:space="0" w:color="000000"/>
            </w:tcBorders>
            <w:shd w:val="clear" w:color="auto" w:fill="FFFCCC"/>
          </w:tcPr>
          <w:p w14:paraId="5ED3C8AF" w14:textId="77777777" w:rsidR="009446D0" w:rsidRPr="00EB75F0" w:rsidRDefault="0084596B">
            <w:pPr>
              <w:spacing w:before="60" w:after="60" w:line="240" w:lineRule="auto"/>
              <w:rPr>
                <w:sz w:val="16"/>
              </w:rPr>
            </w:pPr>
            <w:r w:rsidRPr="00EB75F0">
              <w:rPr>
                <w:color w:val="000000"/>
                <w:sz w:val="16"/>
              </w:rPr>
              <w:t>Placebo (N = 92)</w:t>
            </w:r>
          </w:p>
        </w:tc>
        <w:tc>
          <w:tcPr>
            <w:tcW w:w="5696" w:type="dxa"/>
            <w:tcBorders>
              <w:top w:val="single" w:sz="4" w:space="0" w:color="000000"/>
              <w:left w:val="single" w:sz="4" w:space="0" w:color="000000"/>
              <w:bottom w:val="single" w:sz="4" w:space="0" w:color="000000"/>
              <w:right w:val="single" w:sz="4" w:space="0" w:color="000000"/>
            </w:tcBorders>
            <w:shd w:val="clear" w:color="auto" w:fill="FFFCCC"/>
          </w:tcPr>
          <w:p w14:paraId="7DC6C0E1" w14:textId="77777777" w:rsidR="009446D0" w:rsidRPr="00EB75F0" w:rsidRDefault="0084596B">
            <w:pPr>
              <w:spacing w:before="60" w:after="60" w:line="240" w:lineRule="auto"/>
              <w:rPr>
                <w:color w:val="000000"/>
                <w:sz w:val="16"/>
              </w:rPr>
            </w:pPr>
            <w:r w:rsidRPr="00EB75F0">
              <w:rPr>
                <w:color w:val="000000"/>
                <w:sz w:val="16"/>
              </w:rPr>
              <w:t>-</w:t>
            </w:r>
          </w:p>
        </w:tc>
      </w:tr>
      <w:tr w:rsidR="009446D0" w:rsidRPr="00EB75F0" w14:paraId="6221F81C"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shd w:val="clear" w:color="auto" w:fill="FFFCCC"/>
          </w:tcPr>
          <w:p w14:paraId="27652732" w14:textId="1F01870A" w:rsidR="009446D0" w:rsidRPr="00EB75F0" w:rsidRDefault="0084596B">
            <w:pPr>
              <w:spacing w:before="60" w:after="60" w:line="240" w:lineRule="auto"/>
              <w:rPr>
                <w:sz w:val="16"/>
              </w:rPr>
            </w:pPr>
            <w:r w:rsidRPr="00EB75F0">
              <w:rPr>
                <w:color w:val="000000"/>
                <w:sz w:val="16"/>
              </w:rPr>
              <w:t>EMERGENT-2</w:t>
            </w:r>
            <w:r w:rsidR="0031308D" w:rsidRPr="00EB75F0">
              <w:fldChar w:fldCharType="begin"/>
            </w:r>
            <w:r w:rsidR="00452EF4">
              <w:instrText xml:space="preserve"> ADDIN EN.CITE &lt;EndNote&gt;&lt;Cite&gt;&lt;Author&gt;Karuna&lt;/Author&gt;&lt;Year&gt;2023&lt;/Year&gt;&lt;RecNum&gt;19&lt;/RecNum&gt;&lt;DisplayText&gt;&lt;style face="superscript"&gt;22&lt;/style&gt;&lt;/DisplayText&gt;&lt;record&gt;&lt;rec-number&gt;19&lt;/rec-number&gt;&lt;foreign-keys&gt;&lt;key app="EN" db-id="9ttaxzax2p0tr7ewzt55atews50zvxaaa5rz" timestamp="1764068827"&gt;19&lt;/key&gt;&lt;/foreign-keys&gt;&lt;ref-type name="Journal Article"&gt;17&lt;/ref-type&gt;&lt;contributors&gt;&lt;authors&gt;&lt;author&gt;Karuna&lt;/author&gt;&lt;/authors&gt;&lt;/contributors&gt;&lt;titles&gt;&lt;title&gt;EMERGENT-2. A Phase 3, Randomized, Double-Blind, Parallel-Group, Placebo-Controlled, Multicenter Study to Evaluate the Efficacy and Safety of KarXT in Acutely Psychotic Hospitalized Adults with DSM-5 Schizophrenia KAR-007&lt;/title&gt;&lt;secondary-title&gt;Clinical Study Report&lt;/secondary-title&gt;&lt;/titles&gt;&lt;periodical&gt;&lt;full-title&gt;Clinical Study Report&lt;/full-title&gt;&lt;/periodical&gt;&lt;dates&gt;&lt;year&gt;2023&lt;/year&gt;&lt;/dates&gt;&lt;urls&gt;&lt;/urls&gt;&lt;/record&gt;&lt;/Cite&gt;&lt;/EndNote&gt;</w:instrText>
            </w:r>
            <w:r w:rsidR="0031308D" w:rsidRPr="00EB75F0">
              <w:fldChar w:fldCharType="separate"/>
            </w:r>
            <w:r w:rsidR="00452EF4" w:rsidRPr="00452EF4">
              <w:rPr>
                <w:noProof/>
                <w:vertAlign w:val="superscript"/>
              </w:rPr>
              <w:t>22</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shd w:val="clear" w:color="auto" w:fill="FFFCCC"/>
          </w:tcPr>
          <w:p w14:paraId="6E9D7357" w14:textId="76F1A905" w:rsidR="009446D0" w:rsidRPr="00EB75F0" w:rsidRDefault="00EF2D91">
            <w:pPr>
              <w:spacing w:before="60" w:after="60" w:line="240" w:lineRule="auto"/>
              <w:rPr>
                <w:sz w:val="16"/>
              </w:rPr>
            </w:pPr>
            <w:proofErr w:type="spellStart"/>
            <w:r>
              <w:rPr>
                <w:color w:val="000000"/>
                <w:sz w:val="16"/>
              </w:rPr>
              <w:t>KarXT</w:t>
            </w:r>
            <w:proofErr w:type="spellEnd"/>
            <w:r w:rsidR="0084596B" w:rsidRPr="00EB75F0">
              <w:rPr>
                <w:color w:val="000000"/>
                <w:sz w:val="16"/>
              </w:rPr>
              <w:t xml:space="preserve"> 50/20 mg BD; 100/20 mg BD; 125/30 mg BD (N = 126)</w:t>
            </w:r>
          </w:p>
        </w:tc>
        <w:tc>
          <w:tcPr>
            <w:tcW w:w="3600" w:type="dxa"/>
            <w:tcBorders>
              <w:top w:val="single" w:sz="4" w:space="0" w:color="000000"/>
              <w:left w:val="single" w:sz="4" w:space="0" w:color="000000"/>
              <w:bottom w:val="single" w:sz="4" w:space="0" w:color="000000"/>
              <w:right w:val="single" w:sz="4" w:space="0" w:color="000000"/>
            </w:tcBorders>
            <w:shd w:val="clear" w:color="auto" w:fill="FFFCCC"/>
          </w:tcPr>
          <w:p w14:paraId="295ECA11" w14:textId="77777777" w:rsidR="009446D0" w:rsidRPr="00EB75F0" w:rsidRDefault="0084596B">
            <w:pPr>
              <w:spacing w:before="60" w:after="60" w:line="240" w:lineRule="auto"/>
              <w:rPr>
                <w:sz w:val="16"/>
              </w:rPr>
            </w:pPr>
            <w:r w:rsidRPr="00EB75F0">
              <w:rPr>
                <w:color w:val="000000"/>
                <w:sz w:val="16"/>
              </w:rPr>
              <w:t>Placebo (N = 126)</w:t>
            </w:r>
          </w:p>
        </w:tc>
        <w:tc>
          <w:tcPr>
            <w:tcW w:w="5696" w:type="dxa"/>
            <w:tcBorders>
              <w:top w:val="single" w:sz="4" w:space="0" w:color="000000"/>
              <w:left w:val="single" w:sz="4" w:space="0" w:color="000000"/>
              <w:bottom w:val="single" w:sz="4" w:space="0" w:color="000000"/>
              <w:right w:val="single" w:sz="4" w:space="0" w:color="000000"/>
            </w:tcBorders>
            <w:shd w:val="clear" w:color="auto" w:fill="FFFCCC"/>
          </w:tcPr>
          <w:p w14:paraId="347AB296" w14:textId="77777777" w:rsidR="009446D0" w:rsidRPr="00EB75F0" w:rsidRDefault="0084596B">
            <w:pPr>
              <w:spacing w:before="60" w:after="60" w:line="240" w:lineRule="auto"/>
              <w:rPr>
                <w:color w:val="000000"/>
                <w:sz w:val="16"/>
              </w:rPr>
            </w:pPr>
            <w:r w:rsidRPr="00EB75F0">
              <w:rPr>
                <w:color w:val="000000"/>
                <w:sz w:val="16"/>
              </w:rPr>
              <w:t>-</w:t>
            </w:r>
          </w:p>
        </w:tc>
      </w:tr>
      <w:tr w:rsidR="009446D0" w:rsidRPr="00EB75F0" w14:paraId="27392477"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shd w:val="clear" w:color="auto" w:fill="FFFCCC"/>
          </w:tcPr>
          <w:p w14:paraId="4C383F49" w14:textId="77777777" w:rsidR="009446D0" w:rsidRPr="00EB75F0" w:rsidRDefault="0084596B">
            <w:pPr>
              <w:spacing w:before="60" w:after="60" w:line="240" w:lineRule="auto"/>
              <w:rPr>
                <w:sz w:val="16"/>
              </w:rPr>
            </w:pPr>
            <w:r w:rsidRPr="00EB75F0">
              <w:rPr>
                <w:color w:val="000000"/>
                <w:sz w:val="16"/>
              </w:rPr>
              <w:t>EMERGENT-3</w:t>
            </w:r>
          </w:p>
        </w:tc>
        <w:tc>
          <w:tcPr>
            <w:tcW w:w="0" w:type="dxa"/>
            <w:tcBorders>
              <w:top w:val="single" w:sz="4" w:space="0" w:color="000000"/>
              <w:left w:val="single" w:sz="4" w:space="0" w:color="000000"/>
              <w:bottom w:val="single" w:sz="4" w:space="0" w:color="000000"/>
              <w:right w:val="single" w:sz="4" w:space="0" w:color="000000"/>
            </w:tcBorders>
            <w:shd w:val="clear" w:color="auto" w:fill="FFFCCC"/>
          </w:tcPr>
          <w:p w14:paraId="24E0A9B0" w14:textId="59FE7161" w:rsidR="009446D0" w:rsidRPr="00EB75F0" w:rsidRDefault="00EF2D91">
            <w:pPr>
              <w:spacing w:before="60" w:after="60" w:line="240" w:lineRule="auto"/>
              <w:rPr>
                <w:sz w:val="16"/>
              </w:rPr>
            </w:pPr>
            <w:proofErr w:type="spellStart"/>
            <w:r>
              <w:rPr>
                <w:color w:val="000000"/>
                <w:sz w:val="16"/>
              </w:rPr>
              <w:t>KarXT</w:t>
            </w:r>
            <w:proofErr w:type="spellEnd"/>
            <w:r w:rsidR="0084596B" w:rsidRPr="00EB75F0">
              <w:rPr>
                <w:color w:val="000000"/>
                <w:sz w:val="16"/>
              </w:rPr>
              <w:t xml:space="preserve"> 50/20 mg BD; 100/20 mg BD; 125/30 mg BD (N = 125)</w:t>
            </w:r>
          </w:p>
        </w:tc>
        <w:tc>
          <w:tcPr>
            <w:tcW w:w="3600" w:type="dxa"/>
            <w:tcBorders>
              <w:top w:val="single" w:sz="4" w:space="0" w:color="000000"/>
              <w:left w:val="single" w:sz="4" w:space="0" w:color="000000"/>
              <w:bottom w:val="single" w:sz="4" w:space="0" w:color="000000"/>
              <w:right w:val="single" w:sz="4" w:space="0" w:color="000000"/>
            </w:tcBorders>
            <w:shd w:val="clear" w:color="auto" w:fill="FFFCCC"/>
          </w:tcPr>
          <w:p w14:paraId="59DA9A6E" w14:textId="77777777" w:rsidR="009446D0" w:rsidRPr="00EB75F0" w:rsidRDefault="0084596B">
            <w:pPr>
              <w:spacing w:before="60" w:after="60" w:line="240" w:lineRule="auto"/>
              <w:rPr>
                <w:sz w:val="16"/>
              </w:rPr>
            </w:pPr>
            <w:r w:rsidRPr="00EB75F0">
              <w:rPr>
                <w:color w:val="000000"/>
                <w:sz w:val="16"/>
              </w:rPr>
              <w:t>Placebo (N = 131)</w:t>
            </w:r>
          </w:p>
        </w:tc>
        <w:tc>
          <w:tcPr>
            <w:tcW w:w="5696" w:type="dxa"/>
            <w:tcBorders>
              <w:top w:val="single" w:sz="4" w:space="0" w:color="000000"/>
              <w:left w:val="single" w:sz="4" w:space="0" w:color="000000"/>
              <w:bottom w:val="single" w:sz="4" w:space="0" w:color="000000"/>
              <w:right w:val="single" w:sz="4" w:space="0" w:color="000000"/>
            </w:tcBorders>
            <w:shd w:val="clear" w:color="auto" w:fill="FFFCCC"/>
          </w:tcPr>
          <w:p w14:paraId="32635178" w14:textId="77777777" w:rsidR="009446D0" w:rsidRPr="00EB75F0" w:rsidRDefault="0084596B">
            <w:pPr>
              <w:spacing w:before="60" w:after="60" w:line="240" w:lineRule="auto"/>
              <w:rPr>
                <w:color w:val="000000"/>
                <w:sz w:val="16"/>
              </w:rPr>
            </w:pPr>
            <w:r w:rsidRPr="00EB75F0">
              <w:rPr>
                <w:color w:val="000000"/>
                <w:sz w:val="16"/>
              </w:rPr>
              <w:t>-</w:t>
            </w:r>
          </w:p>
        </w:tc>
      </w:tr>
      <w:tr w:rsidR="009446D0" w:rsidRPr="00EB75F0" w14:paraId="70D16F30"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5638A1BA" w14:textId="6931538E" w:rsidR="009446D0" w:rsidRPr="00EB75F0" w:rsidRDefault="0084596B">
            <w:pPr>
              <w:spacing w:before="60" w:after="60" w:line="240" w:lineRule="auto"/>
              <w:rPr>
                <w:sz w:val="16"/>
              </w:rPr>
            </w:pPr>
            <w:r w:rsidRPr="00EB75F0">
              <w:rPr>
                <w:color w:val="000000"/>
                <w:sz w:val="16"/>
              </w:rPr>
              <w:t>Gupta 2018</w:t>
            </w:r>
            <w:r w:rsidR="0031308D" w:rsidRPr="00EB75F0">
              <w:fldChar w:fldCharType="begin"/>
            </w:r>
            <w:r w:rsidR="00452EF4">
              <w:instrText xml:space="preserve"> ADDIN EN.CITE &lt;EndNote&gt;&lt;Cite&gt;&lt;Author&gt;Gupta&lt;/Author&gt;&lt;Year&gt;2018&lt;/Year&gt;&lt;RecNum&gt;20&lt;/RecNum&gt;&lt;DisplayText&gt;&lt;style face="superscript"&gt;23&lt;/style&gt;&lt;/DisplayText&gt;&lt;record&gt;&lt;rec-number&gt;20&lt;/rec-number&gt;&lt;foreign-keys&gt;&lt;key app="EN" db-id="9ttaxzax2p0tr7ewzt55atews50zvxaaa5rz" timestamp="1764068827"&gt;20&lt;/key&gt;&lt;/foreign-keys&gt;&lt;ref-type name="Journal Article"&gt;17&lt;/ref-type&gt;&lt;contributors&gt;&lt;authors&gt;&lt;author&gt;Gupta, S.&lt;/author&gt;&lt;author&gt;Gupta, P.&lt;/author&gt;&lt;author&gt;Sharma, M.&lt;/author&gt;&lt;/authors&gt;&lt;/contributors&gt;&lt;titles&gt;&lt;title&gt;Comparative profile of atypical antipsychotics in patients of schizophrenia&lt;/title&gt;&lt;secondary-title&gt;Indian Journal of Psychiatry&lt;/secondary-title&gt;&lt;/titles&gt;&lt;periodical&gt;&lt;full-title&gt;Indian Journal of Psychiatry&lt;/full-title&gt;&lt;/periodical&gt;&lt;pages&gt;S75&lt;/pages&gt;&lt;volume&gt;60&lt;/volume&gt;&lt;number&gt;5 Supplement 1&lt;/number&gt;&lt;dates&gt;&lt;year&gt;2018&lt;/year&gt;&lt;/dates&gt;&lt;pub-location&gt;Netherlands&lt;/pub-location&gt;&lt;publisher&gt;Medknow Publications&lt;/publisher&gt;&lt;isbn&gt;1998-3794&lt;/isbn&gt;&lt;urls&gt;&lt;related-urls&gt;&lt;url&gt;http://ovidsp.ovid.com/ovidweb.cgi?T=JS&amp;amp;PAGE=reference&amp;amp;D=emed19&amp;amp;NEWS=N&amp;amp;AN=621267601&lt;/url&gt;&lt;/related-urls&gt;&lt;/urls&gt;&lt;/record&gt;&lt;/Cite&gt;&lt;/EndNote&gt;</w:instrText>
            </w:r>
            <w:r w:rsidR="0031308D" w:rsidRPr="00EB75F0">
              <w:fldChar w:fldCharType="separate"/>
            </w:r>
            <w:r w:rsidR="00452EF4" w:rsidRPr="00452EF4">
              <w:rPr>
                <w:noProof/>
                <w:vertAlign w:val="superscript"/>
              </w:rPr>
              <w:t>23</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shd w:val="clear" w:color="auto" w:fill="FFFFFF"/>
          </w:tcPr>
          <w:p w14:paraId="55A134C3" w14:textId="77777777" w:rsidR="009446D0" w:rsidRPr="00732701" w:rsidRDefault="0084596B">
            <w:pPr>
              <w:spacing w:before="60" w:after="60" w:line="240" w:lineRule="auto"/>
              <w:rPr>
                <w:color w:val="000000"/>
                <w:sz w:val="16"/>
                <w:lang w:val="it-IT"/>
              </w:rPr>
            </w:pPr>
            <w:proofErr w:type="spellStart"/>
            <w:r w:rsidRPr="00732701">
              <w:rPr>
                <w:color w:val="000000"/>
                <w:sz w:val="16"/>
                <w:lang w:val="it-IT"/>
              </w:rPr>
              <w:t>Olanzapine</w:t>
            </w:r>
            <w:proofErr w:type="spellEnd"/>
            <w:r w:rsidRPr="00732701">
              <w:rPr>
                <w:color w:val="000000"/>
                <w:sz w:val="16"/>
                <w:lang w:val="it-IT"/>
              </w:rPr>
              <w:t xml:space="preserve"> (N = 10), </w:t>
            </w:r>
            <w:r w:rsidRPr="00732701">
              <w:rPr>
                <w:color w:val="000000"/>
                <w:sz w:val="16"/>
                <w:lang w:val="it-IT"/>
              </w:rPr>
              <w:br/>
              <w:t xml:space="preserve">Risperidone (N = 10), </w:t>
            </w:r>
            <w:r w:rsidRPr="00732701">
              <w:rPr>
                <w:color w:val="000000"/>
                <w:sz w:val="16"/>
                <w:lang w:val="it-IT"/>
              </w:rPr>
              <w:br/>
              <w:t xml:space="preserve">Quetiapine  (N = 10), </w:t>
            </w:r>
            <w:r w:rsidRPr="00732701">
              <w:rPr>
                <w:color w:val="000000"/>
                <w:sz w:val="16"/>
                <w:lang w:val="it-IT"/>
              </w:rPr>
              <w:br/>
            </w:r>
            <w:proofErr w:type="spellStart"/>
            <w:r w:rsidRPr="00732701">
              <w:rPr>
                <w:color w:val="000000"/>
                <w:sz w:val="16"/>
                <w:lang w:val="it-IT"/>
              </w:rPr>
              <w:t>Aripiprazole</w:t>
            </w:r>
            <w:proofErr w:type="spellEnd"/>
            <w:r w:rsidRPr="00732701">
              <w:rPr>
                <w:color w:val="000000"/>
                <w:sz w:val="16"/>
                <w:lang w:val="it-IT"/>
              </w:rPr>
              <w:t xml:space="preserve"> (N = 10)</w:t>
            </w:r>
          </w:p>
        </w:tc>
        <w:tc>
          <w:tcPr>
            <w:tcW w:w="3600" w:type="dxa"/>
            <w:tcBorders>
              <w:top w:val="single" w:sz="4" w:space="0" w:color="000000"/>
              <w:left w:val="single" w:sz="4" w:space="0" w:color="000000"/>
              <w:bottom w:val="single" w:sz="4" w:space="0" w:color="000000"/>
              <w:right w:val="single" w:sz="4" w:space="0" w:color="000000"/>
            </w:tcBorders>
          </w:tcPr>
          <w:p w14:paraId="2471EEAA" w14:textId="77777777" w:rsidR="009446D0" w:rsidRPr="00EB75F0" w:rsidRDefault="0084596B">
            <w:pPr>
              <w:spacing w:before="60" w:after="60" w:line="240" w:lineRule="auto"/>
              <w:rPr>
                <w:sz w:val="16"/>
              </w:rPr>
            </w:pPr>
            <w:r w:rsidRPr="00EB75F0">
              <w:rPr>
                <w:sz w:val="16"/>
              </w:rPr>
              <w:t>-</w:t>
            </w:r>
          </w:p>
        </w:tc>
        <w:tc>
          <w:tcPr>
            <w:tcW w:w="5696" w:type="dxa"/>
            <w:tcBorders>
              <w:top w:val="single" w:sz="4" w:space="0" w:color="000000"/>
              <w:left w:val="single" w:sz="4" w:space="0" w:color="000000"/>
              <w:bottom w:val="single" w:sz="4" w:space="0" w:color="000000"/>
              <w:right w:val="single" w:sz="4" w:space="0" w:color="000000"/>
            </w:tcBorders>
          </w:tcPr>
          <w:p w14:paraId="41DDB0B9" w14:textId="77777777" w:rsidR="009446D0" w:rsidRPr="00EB75F0" w:rsidRDefault="0084596B">
            <w:pPr>
              <w:spacing w:before="60" w:after="60" w:line="240" w:lineRule="auto"/>
              <w:rPr>
                <w:sz w:val="16"/>
              </w:rPr>
            </w:pPr>
            <w:r w:rsidRPr="00EB75F0">
              <w:rPr>
                <w:sz w:val="16"/>
              </w:rPr>
              <w:t>-</w:t>
            </w:r>
          </w:p>
        </w:tc>
      </w:tr>
      <w:tr w:rsidR="009446D0" w:rsidRPr="00EB75F0" w14:paraId="5B28251C"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2DA3774E" w14:textId="3D83A342" w:rsidR="009446D0" w:rsidRPr="00EB75F0" w:rsidRDefault="0084596B">
            <w:pPr>
              <w:spacing w:before="60" w:after="60" w:line="240" w:lineRule="auto"/>
              <w:rPr>
                <w:sz w:val="16"/>
              </w:rPr>
            </w:pPr>
            <w:r w:rsidRPr="00EB75F0">
              <w:rPr>
                <w:color w:val="000000"/>
                <w:sz w:val="16"/>
              </w:rPr>
              <w:t>Hatta 2009</w:t>
            </w:r>
            <w:r w:rsidR="0031308D" w:rsidRPr="00EB75F0">
              <w:fldChar w:fldCharType="begin"/>
            </w:r>
            <w:r w:rsidR="00452EF4">
              <w:instrText xml:space="preserve"> ADDIN EN.CITE &lt;EndNote&gt;&lt;Cite&gt;&lt;Author&gt;Hatta&lt;/Author&gt;&lt;Year&gt;2009&lt;/Year&gt;&lt;RecNum&gt;21&lt;/RecNum&gt;&lt;DisplayText&gt;&lt;style face="superscript"&gt;24&lt;/style&gt;&lt;/DisplayText&gt;&lt;record&gt;&lt;rec-number&gt;21&lt;/rec-number&gt;&lt;foreign-keys&gt;&lt;key app="EN" db-id="9ttaxzax2p0tr7ewzt55atews50zvxaaa5rz" timestamp="1764068828"&gt;21&lt;/key&gt;&lt;/foreign-keys&gt;&lt;ref-type name="Journal Article"&gt;17&lt;/ref-type&gt;&lt;contributors&gt;&lt;authors&gt;&lt;author&gt;Hatta, K.&lt;/author&gt;&lt;author&gt;Sato, K.&lt;/author&gt;&lt;author&gt;Hamakawa, H.&lt;/author&gt;&lt;author&gt;Takebayashi, H.&lt;/author&gt;&lt;author&gt;Kimura, N.&lt;/author&gt;&lt;author&gt;Ochi, S.&lt;/author&gt;&lt;author&gt;Sudo, Y.&lt;/author&gt;&lt;author&gt;Asukai, N.&lt;/author&gt;&lt;author&gt;Nakamura, H.&lt;/author&gt;&lt;author&gt;Usui, C.&lt;/author&gt;&lt;author&gt;Kawabata, T.&lt;/author&gt;&lt;author&gt;Hirata, T.&lt;/author&gt;&lt;author&gt;Sawa, Y.&lt;/author&gt;&lt;/authors&gt;&lt;/contributors&gt;&lt;titles&gt;&lt;title&gt;Effectiveness of second-generation antipsychotics with acute-phase schizophrenia&lt;/title&gt;&lt;secondary-title&gt;Schizophr Res&lt;/secondary-title&gt;&lt;/titles&gt;&lt;periodical&gt;&lt;full-title&gt;Schizophr Res&lt;/full-title&gt;&lt;/periodical&gt;&lt;pages&gt;49-55&lt;/pages&gt;&lt;volume&gt;113&lt;/volume&gt;&lt;number&gt;1&lt;/number&gt;&lt;dates&gt;&lt;year&gt;2009&lt;/year&gt;&lt;pub-dates&gt;&lt;date&gt;20090624&lt;/date&gt;&lt;/pub-dates&gt;&lt;/dates&gt;&lt;pub-location&gt;Department of Psychiatry, Juntendo University School of Medicine, Tokyo, Japan. khatta@juntendo.ac.jp&lt;/pub-location&gt;&lt;isbn&gt;1573-2509 (Electronic) 0920-9964 (Linking)&lt;/isbn&gt;&lt;urls&gt;&lt;related-urls&gt;&lt;url&gt;https://www.ncbi.nlm.nih.gov/pubmed/19553086&lt;/url&gt;&lt;/related-urls&gt;&lt;/urls&gt;&lt;electronic-resource-num&gt;10.1016/j.schres.2009.05.030&lt;/electronic-resource-num&gt;&lt;/record&gt;&lt;/Cite&gt;&lt;/EndNote&gt;</w:instrText>
            </w:r>
            <w:r w:rsidR="0031308D" w:rsidRPr="00EB75F0">
              <w:fldChar w:fldCharType="separate"/>
            </w:r>
            <w:r w:rsidR="00452EF4" w:rsidRPr="00452EF4">
              <w:rPr>
                <w:noProof/>
                <w:vertAlign w:val="superscript"/>
              </w:rPr>
              <w:t>24</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7324B058" w14:textId="77777777" w:rsidR="009446D0" w:rsidRPr="00EB75F0" w:rsidRDefault="0084596B">
            <w:pPr>
              <w:spacing w:before="60" w:after="60" w:line="240" w:lineRule="auto"/>
              <w:rPr>
                <w:sz w:val="16"/>
              </w:rPr>
            </w:pPr>
            <w:r w:rsidRPr="00EB75F0">
              <w:rPr>
                <w:color w:val="0070C0"/>
                <w:sz w:val="16"/>
              </w:rPr>
              <w:t xml:space="preserve">Risperidone 3–12mg OD (N = 21), </w:t>
            </w:r>
            <w:r w:rsidRPr="00EB75F0">
              <w:rPr>
                <w:color w:val="000000"/>
                <w:sz w:val="16"/>
              </w:rPr>
              <w:br/>
            </w:r>
            <w:r w:rsidRPr="00EB75F0">
              <w:rPr>
                <w:color w:val="00B050"/>
                <w:sz w:val="16"/>
              </w:rPr>
              <w:t xml:space="preserve">Olanzapine 10–20mg OD (N = 17), </w:t>
            </w:r>
            <w:r w:rsidRPr="00EB75F0">
              <w:rPr>
                <w:color w:val="00B050"/>
                <w:sz w:val="16"/>
              </w:rPr>
              <w:br/>
              <w:t xml:space="preserve">Quetiapine 300–750mg OD (N = 20), </w:t>
            </w:r>
            <w:r w:rsidRPr="00EB75F0">
              <w:rPr>
                <w:color w:val="000000"/>
                <w:sz w:val="16"/>
              </w:rPr>
              <w:br/>
            </w:r>
            <w:r w:rsidRPr="00EB75F0">
              <w:rPr>
                <w:color w:val="00B050"/>
                <w:sz w:val="16"/>
              </w:rPr>
              <w:t>Aripiprazole 12–30mg OD (N = 22)</w:t>
            </w:r>
          </w:p>
        </w:tc>
        <w:tc>
          <w:tcPr>
            <w:tcW w:w="3600" w:type="dxa"/>
            <w:tcBorders>
              <w:top w:val="single" w:sz="4" w:space="0" w:color="000000"/>
              <w:left w:val="single" w:sz="4" w:space="0" w:color="000000"/>
              <w:bottom w:val="single" w:sz="4" w:space="0" w:color="000000"/>
              <w:right w:val="single" w:sz="4" w:space="0" w:color="000000"/>
            </w:tcBorders>
          </w:tcPr>
          <w:p w14:paraId="618E04F8" w14:textId="77777777" w:rsidR="009446D0" w:rsidRPr="00EB75F0" w:rsidRDefault="0084596B">
            <w:pPr>
              <w:spacing w:before="60" w:after="60" w:line="240" w:lineRule="auto"/>
              <w:rPr>
                <w:sz w:val="16"/>
              </w:rPr>
            </w:pPr>
            <w:r w:rsidRPr="00EB75F0">
              <w:rPr>
                <w:sz w:val="16"/>
              </w:rPr>
              <w:t>-</w:t>
            </w:r>
          </w:p>
        </w:tc>
        <w:tc>
          <w:tcPr>
            <w:tcW w:w="5696" w:type="dxa"/>
            <w:tcBorders>
              <w:top w:val="single" w:sz="4" w:space="0" w:color="000000"/>
              <w:left w:val="single" w:sz="4" w:space="0" w:color="000000"/>
              <w:bottom w:val="single" w:sz="4" w:space="0" w:color="000000"/>
              <w:right w:val="single" w:sz="4" w:space="0" w:color="000000"/>
            </w:tcBorders>
          </w:tcPr>
          <w:p w14:paraId="2061989B" w14:textId="77777777" w:rsidR="009446D0" w:rsidRPr="00EB75F0" w:rsidRDefault="0084596B">
            <w:pPr>
              <w:spacing w:before="60" w:after="60" w:line="240" w:lineRule="auto"/>
              <w:rPr>
                <w:sz w:val="16"/>
              </w:rPr>
            </w:pPr>
            <w:r w:rsidRPr="00EB75F0">
              <w:rPr>
                <w:sz w:val="16"/>
              </w:rPr>
              <w:t>-</w:t>
            </w:r>
          </w:p>
        </w:tc>
      </w:tr>
      <w:tr w:rsidR="009446D0" w:rsidRPr="00EB75F0" w14:paraId="694C3214"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2E2482DB" w14:textId="0832C56C" w:rsidR="009446D0" w:rsidRPr="00EB75F0" w:rsidRDefault="0084596B">
            <w:pPr>
              <w:spacing w:before="60" w:after="60" w:line="240" w:lineRule="auto"/>
              <w:rPr>
                <w:sz w:val="16"/>
              </w:rPr>
            </w:pPr>
            <w:r w:rsidRPr="00EB75F0">
              <w:rPr>
                <w:color w:val="000000"/>
                <w:sz w:val="16"/>
              </w:rPr>
              <w:t>Cantillon 2017</w:t>
            </w:r>
            <w:r w:rsidR="0031308D" w:rsidRPr="00EB75F0">
              <w:fldChar w:fldCharType="begin"/>
            </w:r>
            <w:r w:rsidR="00452EF4">
              <w:instrText xml:space="preserve"> ADDIN EN.CITE &lt;EndNote&gt;&lt;Cite&gt;&lt;Author&gt;Cantillon M&lt;/Author&gt;&lt;Year&gt;2017&lt;/Year&gt;&lt;RecNum&gt;22&lt;/RecNum&gt;&lt;DisplayText&gt;&lt;style face="superscript"&gt;25&lt;/style&gt;&lt;/DisplayText&gt;&lt;record&gt;&lt;rec-number&gt;22&lt;/rec-number&gt;&lt;foreign-keys&gt;&lt;key app="EN" db-id="9ttaxzax2p0tr7ewzt55atews50zvxaaa5rz" timestamp="1764068828"&gt;22&lt;/key&gt;&lt;/foreign-keys&gt;&lt;ref-type name="Journal Article"&gt;17&lt;/ref-type&gt;&lt;contributors&gt;&lt;authors&gt;&lt;author&gt;Cantillon M, Prakash A, Alexander A, Ings R, Sweitzer D, Bhat L&lt;/author&gt;&lt;/authors&gt;&lt;/contributors&gt;&lt;titles&gt;&lt;title&gt;Dopamine serotonin stabilizer RP5063: a randomized, double-blind, placebo-controlled multicenter trial of safety and efficacy in exacerbation of schizophrenia or schizoaffective disorder&lt;/title&gt;&lt;secondary-title&gt;Schizophr. Res.&lt;/secondary-title&gt;&lt;/titles&gt;&lt;periodical&gt;&lt;full-title&gt;Schizophr. Res.&lt;/full-title&gt;&lt;/periodical&gt;&lt;pages&gt;126-33&lt;/pages&gt;&lt;volume&gt;1&lt;/volume&gt;&lt;number&gt;189&lt;/number&gt;&lt;dates&gt;&lt;year&gt;2017&lt;/year&gt;&lt;/dates&gt;&lt;urls&gt;&lt;/urls&gt;&lt;/record&gt;&lt;/Cite&gt;&lt;/EndNote&gt;</w:instrText>
            </w:r>
            <w:r w:rsidR="0031308D" w:rsidRPr="00EB75F0">
              <w:fldChar w:fldCharType="separate"/>
            </w:r>
            <w:r w:rsidR="00452EF4" w:rsidRPr="00452EF4">
              <w:rPr>
                <w:noProof/>
                <w:vertAlign w:val="superscript"/>
              </w:rPr>
              <w:t>25</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49BCE3AD" w14:textId="77777777" w:rsidR="009446D0" w:rsidRPr="00EB75F0" w:rsidRDefault="0084596B">
            <w:pPr>
              <w:spacing w:before="60" w:after="60" w:line="240" w:lineRule="auto"/>
              <w:rPr>
                <w:sz w:val="16"/>
              </w:rPr>
            </w:pPr>
            <w:r w:rsidRPr="00EB75F0">
              <w:rPr>
                <w:color w:val="00B050"/>
                <w:sz w:val="16"/>
              </w:rPr>
              <w:t>Aripiprazole 15 mg OD (N = 20)</w:t>
            </w:r>
          </w:p>
        </w:tc>
        <w:tc>
          <w:tcPr>
            <w:tcW w:w="3600" w:type="dxa"/>
            <w:tcBorders>
              <w:top w:val="single" w:sz="4" w:space="0" w:color="000000"/>
              <w:left w:val="single" w:sz="4" w:space="0" w:color="000000"/>
              <w:bottom w:val="single" w:sz="4" w:space="0" w:color="000000"/>
              <w:right w:val="single" w:sz="4" w:space="0" w:color="000000"/>
            </w:tcBorders>
          </w:tcPr>
          <w:p w14:paraId="6E772EB3" w14:textId="77777777" w:rsidR="009446D0" w:rsidRPr="00EB75F0" w:rsidRDefault="0084596B">
            <w:pPr>
              <w:spacing w:before="60" w:after="60" w:line="240" w:lineRule="auto"/>
              <w:rPr>
                <w:sz w:val="16"/>
              </w:rPr>
            </w:pPr>
            <w:r w:rsidRPr="00EB75F0">
              <w:rPr>
                <w:color w:val="000000"/>
                <w:sz w:val="16"/>
              </w:rPr>
              <w:t>Placebo (N = 39)</w:t>
            </w:r>
          </w:p>
        </w:tc>
        <w:tc>
          <w:tcPr>
            <w:tcW w:w="5696" w:type="dxa"/>
            <w:tcBorders>
              <w:top w:val="single" w:sz="4" w:space="0" w:color="000000"/>
              <w:left w:val="single" w:sz="4" w:space="0" w:color="000000"/>
              <w:bottom w:val="single" w:sz="4" w:space="0" w:color="000000"/>
              <w:right w:val="single" w:sz="4" w:space="0" w:color="000000"/>
            </w:tcBorders>
          </w:tcPr>
          <w:p w14:paraId="6D477479" w14:textId="77777777" w:rsidR="009446D0" w:rsidRPr="00EB75F0" w:rsidRDefault="0084596B">
            <w:pPr>
              <w:spacing w:before="60" w:after="60" w:line="240" w:lineRule="auto"/>
              <w:rPr>
                <w:color w:val="000000"/>
                <w:sz w:val="16"/>
              </w:rPr>
            </w:pPr>
            <w:r w:rsidRPr="00EB75F0">
              <w:rPr>
                <w:color w:val="000000"/>
                <w:sz w:val="16"/>
              </w:rPr>
              <w:t>-</w:t>
            </w:r>
          </w:p>
        </w:tc>
      </w:tr>
      <w:tr w:rsidR="009446D0" w:rsidRPr="00EB75F0" w14:paraId="30EFD168"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2B2A074D" w14:textId="2D765B53" w:rsidR="009446D0" w:rsidRPr="00EB75F0" w:rsidRDefault="0084596B">
            <w:pPr>
              <w:spacing w:before="60" w:after="60" w:line="240" w:lineRule="auto"/>
              <w:rPr>
                <w:color w:val="00B050"/>
                <w:sz w:val="16"/>
              </w:rPr>
            </w:pPr>
            <w:r w:rsidRPr="00EB75F0">
              <w:rPr>
                <w:color w:val="000000"/>
                <w:sz w:val="16"/>
              </w:rPr>
              <w:t>Chan 2007</w:t>
            </w:r>
            <w:r w:rsidR="0031308D" w:rsidRPr="00EB75F0">
              <w:fldChar w:fldCharType="begin"/>
            </w:r>
            <w:r w:rsidR="00452EF4">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EB75F0">
              <w:fldChar w:fldCharType="separate"/>
            </w:r>
            <w:r w:rsidR="00452EF4" w:rsidRPr="00452EF4">
              <w:rPr>
                <w:noProof/>
                <w:vertAlign w:val="superscript"/>
              </w:rPr>
              <w:t>26</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0666ED3E" w14:textId="77777777" w:rsidR="009446D0" w:rsidRPr="00732701" w:rsidRDefault="0084596B">
            <w:pPr>
              <w:spacing w:before="60" w:after="60" w:line="240" w:lineRule="auto"/>
              <w:rPr>
                <w:color w:val="00B050"/>
                <w:sz w:val="16"/>
                <w:lang w:val="it-IT"/>
              </w:rPr>
            </w:pPr>
            <w:proofErr w:type="spellStart"/>
            <w:r w:rsidRPr="00732701">
              <w:rPr>
                <w:color w:val="00B050"/>
                <w:sz w:val="16"/>
                <w:lang w:val="it-IT"/>
              </w:rPr>
              <w:t>Aripiprazole</w:t>
            </w:r>
            <w:proofErr w:type="spellEnd"/>
            <w:r w:rsidRPr="00732701">
              <w:rPr>
                <w:color w:val="00B050"/>
                <w:sz w:val="16"/>
                <w:lang w:val="it-IT"/>
              </w:rPr>
              <w:t xml:space="preserve"> 15 mg OD (N = 49), </w:t>
            </w:r>
            <w:r w:rsidRPr="00732701">
              <w:rPr>
                <w:color w:val="00B050"/>
                <w:sz w:val="16"/>
                <w:lang w:val="it-IT"/>
              </w:rPr>
              <w:br/>
              <w:t>Risperidone 2–6 mg BD (N = 34)</w:t>
            </w:r>
          </w:p>
        </w:tc>
        <w:tc>
          <w:tcPr>
            <w:tcW w:w="3600" w:type="dxa"/>
            <w:tcBorders>
              <w:top w:val="single" w:sz="4" w:space="0" w:color="000000"/>
              <w:left w:val="single" w:sz="4" w:space="0" w:color="000000"/>
              <w:bottom w:val="single" w:sz="4" w:space="0" w:color="000000"/>
              <w:right w:val="single" w:sz="4" w:space="0" w:color="000000"/>
            </w:tcBorders>
          </w:tcPr>
          <w:p w14:paraId="35A815F3" w14:textId="77777777" w:rsidR="009446D0" w:rsidRPr="00732701" w:rsidRDefault="009446D0">
            <w:pPr>
              <w:spacing w:before="60" w:after="60" w:line="240" w:lineRule="auto"/>
              <w:rPr>
                <w:sz w:val="16"/>
                <w:lang w:val="it-IT"/>
              </w:rPr>
            </w:pPr>
          </w:p>
        </w:tc>
        <w:tc>
          <w:tcPr>
            <w:tcW w:w="5696" w:type="dxa"/>
            <w:tcBorders>
              <w:top w:val="single" w:sz="4" w:space="0" w:color="000000"/>
              <w:left w:val="single" w:sz="4" w:space="0" w:color="000000"/>
              <w:bottom w:val="single" w:sz="4" w:space="0" w:color="000000"/>
              <w:right w:val="single" w:sz="4" w:space="0" w:color="000000"/>
            </w:tcBorders>
          </w:tcPr>
          <w:p w14:paraId="0C5EEE7C" w14:textId="77777777" w:rsidR="009446D0" w:rsidRPr="00EB75F0" w:rsidRDefault="0084596B">
            <w:pPr>
              <w:spacing w:before="60" w:after="60" w:line="240" w:lineRule="auto"/>
              <w:rPr>
                <w:sz w:val="16"/>
              </w:rPr>
            </w:pPr>
            <w:r w:rsidRPr="00EB75F0">
              <w:rPr>
                <w:sz w:val="16"/>
              </w:rPr>
              <w:t>-</w:t>
            </w:r>
          </w:p>
        </w:tc>
      </w:tr>
      <w:tr w:rsidR="009446D0" w:rsidRPr="00EB75F0" w14:paraId="733E055F"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B414BC2" w14:textId="238ADBAE" w:rsidR="009446D0" w:rsidRPr="00EB75F0" w:rsidRDefault="0084596B">
            <w:pPr>
              <w:spacing w:before="60" w:after="60" w:line="240" w:lineRule="auto"/>
              <w:rPr>
                <w:sz w:val="16"/>
              </w:rPr>
            </w:pPr>
            <w:r w:rsidRPr="00EB75F0">
              <w:rPr>
                <w:color w:val="000000"/>
                <w:sz w:val="16"/>
              </w:rPr>
              <w:t>Cutler 2006</w:t>
            </w:r>
            <w:r w:rsidR="0031308D" w:rsidRPr="00EB75F0">
              <w:fldChar w:fldCharType="begin"/>
            </w:r>
            <w:r w:rsidR="00452EF4">
              <w:instrText xml:space="preserve"> ADDIN EN.CITE &lt;EndNote&gt;&lt;Cite&gt;&lt;Author&gt;Cutler AJ&lt;/Author&gt;&lt;Year&gt;2006&lt;/Year&gt;&lt;RecNum&gt;24&lt;/RecNum&gt;&lt;DisplayText&gt;&lt;style face="superscript"&gt;27&lt;/style&gt;&lt;/DisplayText&gt;&lt;record&gt;&lt;rec-number&gt;24&lt;/rec-number&gt;&lt;foreign-keys&gt;&lt;key app="EN" db-id="9ttaxzax2p0tr7ewzt55atews50zvxaaa5rz" timestamp="1764068828"&gt;24&lt;/key&gt;&lt;/foreign-keys&gt;&lt;ref-type name="Journal Article"&gt;17&lt;/ref-type&gt;&lt;contributors&gt;&lt;authors&gt;&lt;author&gt;Cutler AJ, Marcus RN, Hardy SA, O&amp;apos;Donnell A, Carson WH, McQuade RD&lt;/author&gt;&lt;/authors&gt;&lt;/contributors&gt;&lt;titles&gt;&lt;title&gt;The efficacy and safety of lower doses of aripiprazole for the treatment of patients with acute exacerbation of schizophrenia&lt;/title&gt;&lt;secondary-title&gt;CNS Spectr.&lt;/secondary-title&gt;&lt;/titles&gt;&lt;periodical&gt;&lt;full-title&gt;CNS Spectr.&lt;/full-title&gt;&lt;/periodical&gt;&lt;pages&gt;691-702&lt;/pages&gt;&lt;volume&gt;11&lt;/volume&gt;&lt;number&gt;9&lt;/number&gt;&lt;dates&gt;&lt;year&gt;2006&lt;/year&gt;&lt;/dates&gt;&lt;urls&gt;&lt;/urls&gt;&lt;/record&gt;&lt;/Cite&gt;&lt;/EndNote&gt;</w:instrText>
            </w:r>
            <w:r w:rsidR="0031308D" w:rsidRPr="00EB75F0">
              <w:fldChar w:fldCharType="separate"/>
            </w:r>
            <w:r w:rsidR="00452EF4" w:rsidRPr="00452EF4">
              <w:rPr>
                <w:noProof/>
                <w:vertAlign w:val="superscript"/>
              </w:rPr>
              <w:t>27</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13044E89" w14:textId="77777777" w:rsidR="009446D0" w:rsidRPr="00EB75F0" w:rsidRDefault="0084596B">
            <w:pPr>
              <w:spacing w:before="60" w:after="60" w:line="240" w:lineRule="auto"/>
              <w:rPr>
                <w:sz w:val="16"/>
              </w:rPr>
            </w:pPr>
            <w:r w:rsidRPr="00EB75F0">
              <w:rPr>
                <w:color w:val="00B050"/>
                <w:sz w:val="16"/>
              </w:rPr>
              <w:t>Aripiprazole 10 mg OD (N = 94),</w:t>
            </w:r>
            <w:r w:rsidRPr="00EB75F0">
              <w:rPr>
                <w:color w:val="000000"/>
                <w:sz w:val="16"/>
              </w:rPr>
              <w:t xml:space="preserve"> </w:t>
            </w:r>
            <w:r w:rsidRPr="00EB75F0">
              <w:rPr>
                <w:color w:val="000000"/>
                <w:sz w:val="16"/>
              </w:rPr>
              <w:br/>
              <w:t xml:space="preserve">Aripiprazole 2 mg OD (N = 93), </w:t>
            </w:r>
            <w:r w:rsidRPr="00EB75F0">
              <w:rPr>
                <w:color w:val="000000"/>
                <w:sz w:val="16"/>
              </w:rPr>
              <w:br/>
              <w:t>Aripiprazole 5 mg OD (N = 92)</w:t>
            </w:r>
          </w:p>
        </w:tc>
        <w:tc>
          <w:tcPr>
            <w:tcW w:w="3600" w:type="dxa"/>
            <w:tcBorders>
              <w:top w:val="single" w:sz="4" w:space="0" w:color="000000"/>
              <w:left w:val="single" w:sz="4" w:space="0" w:color="000000"/>
              <w:bottom w:val="single" w:sz="4" w:space="0" w:color="000000"/>
              <w:right w:val="single" w:sz="4" w:space="0" w:color="000000"/>
            </w:tcBorders>
          </w:tcPr>
          <w:p w14:paraId="27459764" w14:textId="77777777" w:rsidR="009446D0" w:rsidRPr="00EB75F0" w:rsidRDefault="0084596B">
            <w:pPr>
              <w:spacing w:before="60" w:after="60" w:line="240" w:lineRule="auto"/>
              <w:rPr>
                <w:sz w:val="16"/>
              </w:rPr>
            </w:pPr>
            <w:r w:rsidRPr="00EB75F0">
              <w:rPr>
                <w:color w:val="000000"/>
                <w:sz w:val="16"/>
              </w:rPr>
              <w:t>Placebo (N = 88)</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33CDA4F4" w14:textId="77777777" w:rsidR="009446D0" w:rsidRPr="00EB75F0" w:rsidRDefault="0084596B">
            <w:pPr>
              <w:shd w:val="clear" w:color="auto" w:fill="E2FAF8"/>
              <w:spacing w:before="60" w:after="60" w:line="240" w:lineRule="auto"/>
              <w:rPr>
                <w:color w:val="000000"/>
                <w:sz w:val="16"/>
              </w:rPr>
            </w:pPr>
            <w:r w:rsidRPr="00EB75F0">
              <w:rPr>
                <w:sz w:val="16"/>
              </w:rPr>
              <w:t xml:space="preserve">Exclude </w:t>
            </w:r>
            <w:r w:rsidRPr="00EB75F0">
              <w:rPr>
                <w:color w:val="000000"/>
                <w:sz w:val="16"/>
              </w:rPr>
              <w:t>aripiprazole 2 mg and 5 mg OD arms as they lie outside the FDA/EMA licensed dose ranges</w:t>
            </w:r>
          </w:p>
        </w:tc>
      </w:tr>
      <w:tr w:rsidR="009446D0" w:rsidRPr="00EB75F0" w14:paraId="529B4C6A"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2D60FA75" w14:textId="740C6B5F" w:rsidR="009446D0" w:rsidRPr="00EB75F0" w:rsidRDefault="0084596B">
            <w:pPr>
              <w:spacing w:before="60" w:after="60" w:line="240" w:lineRule="auto"/>
              <w:rPr>
                <w:sz w:val="16"/>
              </w:rPr>
            </w:pPr>
            <w:r w:rsidRPr="00EB75F0">
              <w:rPr>
                <w:color w:val="000000"/>
                <w:sz w:val="16"/>
              </w:rPr>
              <w:t>Durgam 2015</w:t>
            </w:r>
            <w:r w:rsidR="0031308D" w:rsidRPr="00EB75F0">
              <w:fldChar w:fldCharType="begin"/>
            </w:r>
            <w:r w:rsidR="00452EF4">
              <w:instrText xml:space="preserve"> ADDIN EN.CITE &lt;EndNote&gt;&lt;Cite&gt;&lt;Author&gt;Durgam S&lt;/Author&gt;&lt;Year&gt;2015&lt;/Year&gt;&lt;RecNum&gt;25&lt;/RecNum&gt;&lt;DisplayText&gt;&lt;style face="superscript"&gt;28&lt;/style&gt;&lt;/DisplayText&gt;&lt;record&gt;&lt;rec-number&gt;25&lt;/rec-number&gt;&lt;foreign-keys&gt;&lt;key app="EN" db-id="9ttaxzax2p0tr7ewzt55atews50zvxaaa5rz" timestamp="1764068828"&gt;25&lt;/key&gt;&lt;/foreign-keys&gt;&lt;ref-type name="Journal Article"&gt;17&lt;/ref-type&gt;&lt;contributors&gt;&lt;authors&gt;&lt;author&gt;Durgam S, Cutler AJ, Lu K, Migliore R, Ruth A, Laszlovszky I, Németh G, Meltzer HY.&lt;/author&gt;&lt;/authors&gt;&lt;/contributors&gt;&lt;titles&gt;&lt;title&gt;Cariprazine in acute exacerbation of schizophrenia: a fixed-dose, phase 3, randomized, double-blind, placebo-and active-controlled trial.&lt;/title&gt;&lt;secondary-title&gt;JCP&lt;/secondary-title&gt;&lt;/titles&gt;&lt;periodical&gt;&lt;full-title&gt;JCP&lt;/full-title&gt;&lt;/periodical&gt;&lt;pages&gt;2310&lt;/pages&gt;&lt;volume&gt;76&lt;/volume&gt;&lt;number&gt;12&lt;/number&gt;&lt;dates&gt;&lt;year&gt;2015&lt;/year&gt;&lt;/dates&gt;&lt;urls&gt;&lt;/urls&gt;&lt;/record&gt;&lt;/Cite&gt;&lt;/EndNote&gt;</w:instrText>
            </w:r>
            <w:r w:rsidR="0031308D" w:rsidRPr="00EB75F0">
              <w:fldChar w:fldCharType="separate"/>
            </w:r>
            <w:r w:rsidR="00452EF4" w:rsidRPr="00452EF4">
              <w:rPr>
                <w:noProof/>
                <w:vertAlign w:val="superscript"/>
              </w:rPr>
              <w:t>28</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7C753889" w14:textId="77777777" w:rsidR="009446D0" w:rsidRPr="00EB75F0" w:rsidRDefault="0084596B">
            <w:pPr>
              <w:spacing w:before="60" w:after="60" w:line="240" w:lineRule="auto"/>
              <w:rPr>
                <w:sz w:val="16"/>
              </w:rPr>
            </w:pPr>
            <w:r w:rsidRPr="00EB75F0">
              <w:rPr>
                <w:color w:val="00B050"/>
                <w:sz w:val="16"/>
              </w:rPr>
              <w:t xml:space="preserve">Aripiprazole 10 mg OD (N = 152), </w:t>
            </w:r>
            <w:r w:rsidRPr="00EB75F0">
              <w:rPr>
                <w:color w:val="00B050"/>
                <w:sz w:val="16"/>
              </w:rPr>
              <w:br/>
            </w:r>
            <w:proofErr w:type="spellStart"/>
            <w:r w:rsidRPr="00EB75F0">
              <w:rPr>
                <w:color w:val="00B050"/>
                <w:sz w:val="16"/>
              </w:rPr>
              <w:t>Cariprazine</w:t>
            </w:r>
            <w:proofErr w:type="spellEnd"/>
            <w:r w:rsidRPr="00EB75F0">
              <w:rPr>
                <w:color w:val="00B050"/>
                <w:sz w:val="16"/>
              </w:rPr>
              <w:t xml:space="preserve"> 3 mg OD (N = 155), </w:t>
            </w:r>
            <w:r w:rsidRPr="00EB75F0">
              <w:rPr>
                <w:color w:val="00B050"/>
                <w:sz w:val="16"/>
              </w:rPr>
              <w:br/>
            </w:r>
            <w:proofErr w:type="spellStart"/>
            <w:r w:rsidRPr="00EB75F0">
              <w:rPr>
                <w:color w:val="00B050"/>
                <w:sz w:val="16"/>
              </w:rPr>
              <w:t>Cariprazine</w:t>
            </w:r>
            <w:proofErr w:type="spellEnd"/>
            <w:r w:rsidRPr="00EB75F0">
              <w:rPr>
                <w:color w:val="00B050"/>
                <w:sz w:val="16"/>
              </w:rPr>
              <w:t xml:space="preserve"> 6 mg OD (N = 157)</w:t>
            </w:r>
          </w:p>
        </w:tc>
        <w:tc>
          <w:tcPr>
            <w:tcW w:w="3600" w:type="dxa"/>
            <w:tcBorders>
              <w:top w:val="single" w:sz="4" w:space="0" w:color="000000"/>
              <w:left w:val="single" w:sz="4" w:space="0" w:color="000000"/>
              <w:bottom w:val="single" w:sz="4" w:space="0" w:color="000000"/>
              <w:right w:val="single" w:sz="4" w:space="0" w:color="000000"/>
            </w:tcBorders>
          </w:tcPr>
          <w:p w14:paraId="3806DE66" w14:textId="77777777" w:rsidR="009446D0" w:rsidRPr="00EB75F0" w:rsidRDefault="0084596B">
            <w:pPr>
              <w:spacing w:before="60" w:after="60" w:line="240" w:lineRule="auto"/>
              <w:rPr>
                <w:sz w:val="16"/>
              </w:rPr>
            </w:pPr>
            <w:r w:rsidRPr="00EB75F0">
              <w:rPr>
                <w:color w:val="000000"/>
                <w:sz w:val="16"/>
              </w:rPr>
              <w:t>Placebo (N = 153)</w:t>
            </w:r>
          </w:p>
        </w:tc>
        <w:tc>
          <w:tcPr>
            <w:tcW w:w="5696" w:type="dxa"/>
            <w:tcBorders>
              <w:top w:val="single" w:sz="4" w:space="0" w:color="000000"/>
              <w:left w:val="single" w:sz="4" w:space="0" w:color="000000"/>
              <w:bottom w:val="single" w:sz="4" w:space="0" w:color="000000"/>
              <w:right w:val="single" w:sz="4" w:space="0" w:color="000000"/>
            </w:tcBorders>
          </w:tcPr>
          <w:p w14:paraId="7A8EC7FE" w14:textId="77777777" w:rsidR="009446D0" w:rsidRPr="00EB75F0" w:rsidRDefault="0084596B">
            <w:pPr>
              <w:spacing w:before="60" w:after="60" w:line="240" w:lineRule="auto"/>
              <w:rPr>
                <w:color w:val="000000"/>
                <w:sz w:val="16"/>
              </w:rPr>
            </w:pPr>
            <w:r w:rsidRPr="00EB75F0">
              <w:rPr>
                <w:color w:val="000000"/>
                <w:sz w:val="16"/>
              </w:rPr>
              <w:t>-</w:t>
            </w:r>
          </w:p>
        </w:tc>
      </w:tr>
      <w:tr w:rsidR="009446D0" w:rsidRPr="00EB75F0" w14:paraId="4A43435D"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2ACF6323" w14:textId="76243ADC" w:rsidR="009446D0" w:rsidRPr="00EB75F0" w:rsidRDefault="0084596B">
            <w:pPr>
              <w:spacing w:before="60" w:after="60" w:line="240" w:lineRule="auto"/>
              <w:rPr>
                <w:sz w:val="16"/>
              </w:rPr>
            </w:pPr>
            <w:r w:rsidRPr="00EB75F0">
              <w:rPr>
                <w:color w:val="000000"/>
                <w:sz w:val="16"/>
              </w:rPr>
              <w:t>Fleischhacker 2009</w:t>
            </w:r>
            <w:r w:rsidR="0031308D" w:rsidRPr="00EB75F0">
              <w:fldChar w:fldCharType="begin"/>
            </w:r>
            <w:r w:rsidR="00452EF4">
              <w:instrText xml:space="preserve"> ADDIN EN.CITE &lt;EndNote&gt;&lt;Cite&gt;&lt;Author&gt;Fleischhacker WW&lt;/Author&gt;&lt;Year&gt;2009&lt;/Year&gt;&lt;RecNum&gt;26&lt;/RecNum&gt;&lt;DisplayText&gt;&lt;style face="superscript"&gt;29&lt;/style&gt;&lt;/DisplayText&gt;&lt;record&gt;&lt;rec-number&gt;26&lt;/rec-number&gt;&lt;foreign-keys&gt;&lt;key app="EN" db-id="9ttaxzax2p0tr7ewzt55atews50zvxaaa5rz" timestamp="1764068829"&gt;26&lt;/key&gt;&lt;/foreign-keys&gt;&lt;ref-type name="Journal Article"&gt;17&lt;/ref-type&gt;&lt;contributors&gt;&lt;authors&gt;&lt;author&gt;Fleischhacker WW, McQuade RD, Marcus RN, Archibald D, Swanink R, Carson WH.&lt;/author&gt;&lt;/authors&gt;&lt;/contributors&gt;&lt;titles&gt;&lt;title&gt;A double-blind, randomized comparative study of aripiprazole and olanzapine in patients with schizophrenia.&lt;/title&gt;&lt;secondary-title&gt;Biol. Psychiatry&lt;/secondary-title&gt;&lt;/titles&gt;&lt;periodical&gt;&lt;full-title&gt;Biol. Psychiatry&lt;/full-title&gt;&lt;/periodical&gt;&lt;pages&gt;510-7&lt;/pages&gt;&lt;volume&gt;65&lt;/volume&gt;&lt;number&gt;6&lt;/number&gt;&lt;dates&gt;&lt;year&gt;2009&lt;/year&gt;&lt;/dates&gt;&lt;urls&gt;&lt;/urls&gt;&lt;/record&gt;&lt;/Cite&gt;&lt;/EndNote&gt;</w:instrText>
            </w:r>
            <w:r w:rsidR="0031308D" w:rsidRPr="00EB75F0">
              <w:fldChar w:fldCharType="separate"/>
            </w:r>
            <w:r w:rsidR="00452EF4" w:rsidRPr="00452EF4">
              <w:rPr>
                <w:noProof/>
                <w:vertAlign w:val="superscript"/>
              </w:rPr>
              <w:t>29</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711B0D61" w14:textId="77777777" w:rsidR="009446D0" w:rsidRPr="00EB75F0" w:rsidRDefault="0084596B">
            <w:pPr>
              <w:spacing w:before="60" w:after="60" w:line="240" w:lineRule="auto"/>
              <w:rPr>
                <w:sz w:val="16"/>
              </w:rPr>
            </w:pPr>
            <w:r w:rsidRPr="00EB75F0">
              <w:rPr>
                <w:color w:val="00B050"/>
                <w:sz w:val="16"/>
              </w:rPr>
              <w:t xml:space="preserve">Aripiprazole 15–30mg OD (N = 355), </w:t>
            </w:r>
            <w:r w:rsidRPr="00EB75F0">
              <w:rPr>
                <w:color w:val="00B050"/>
                <w:sz w:val="16"/>
              </w:rPr>
              <w:br/>
              <w:t>Olanzapine 10–20mg OD (N = 348)</w:t>
            </w:r>
          </w:p>
        </w:tc>
        <w:tc>
          <w:tcPr>
            <w:tcW w:w="3600" w:type="dxa"/>
            <w:tcBorders>
              <w:top w:val="single" w:sz="4" w:space="0" w:color="000000"/>
              <w:left w:val="single" w:sz="4" w:space="0" w:color="000000"/>
              <w:bottom w:val="single" w:sz="4" w:space="0" w:color="000000"/>
              <w:right w:val="single" w:sz="4" w:space="0" w:color="000000"/>
            </w:tcBorders>
          </w:tcPr>
          <w:p w14:paraId="35DD3002" w14:textId="77777777" w:rsidR="009446D0" w:rsidRPr="00EB75F0" w:rsidRDefault="0084596B">
            <w:pPr>
              <w:spacing w:before="60" w:after="60" w:line="240" w:lineRule="auto"/>
              <w:rPr>
                <w:sz w:val="16"/>
              </w:rPr>
            </w:pPr>
            <w:r w:rsidRPr="00EB75F0">
              <w:rPr>
                <w:sz w:val="16"/>
              </w:rPr>
              <w:t>-</w:t>
            </w:r>
          </w:p>
        </w:tc>
        <w:tc>
          <w:tcPr>
            <w:tcW w:w="5696" w:type="dxa"/>
            <w:tcBorders>
              <w:top w:val="single" w:sz="4" w:space="0" w:color="000000"/>
              <w:left w:val="single" w:sz="4" w:space="0" w:color="000000"/>
              <w:bottom w:val="single" w:sz="4" w:space="0" w:color="000000"/>
              <w:right w:val="single" w:sz="4" w:space="0" w:color="000000"/>
            </w:tcBorders>
          </w:tcPr>
          <w:p w14:paraId="01879A9E" w14:textId="77777777" w:rsidR="009446D0" w:rsidRPr="00EB75F0" w:rsidRDefault="0084596B">
            <w:pPr>
              <w:spacing w:before="60" w:after="60" w:line="240" w:lineRule="auto"/>
              <w:rPr>
                <w:sz w:val="16"/>
              </w:rPr>
            </w:pPr>
            <w:r w:rsidRPr="00EB75F0">
              <w:rPr>
                <w:color w:val="000000"/>
                <w:sz w:val="16"/>
              </w:rPr>
              <w:t>-</w:t>
            </w:r>
          </w:p>
        </w:tc>
      </w:tr>
      <w:tr w:rsidR="009446D0" w:rsidRPr="00EB75F0" w14:paraId="30B803C5"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117C27D2" w14:textId="1F4BC948" w:rsidR="009446D0" w:rsidRPr="00EB75F0" w:rsidRDefault="0084596B">
            <w:pPr>
              <w:spacing w:before="60" w:after="60" w:line="240" w:lineRule="auto"/>
              <w:rPr>
                <w:sz w:val="16"/>
              </w:rPr>
            </w:pPr>
            <w:r w:rsidRPr="00EB75F0">
              <w:rPr>
                <w:color w:val="000000"/>
                <w:sz w:val="16"/>
              </w:rPr>
              <w:t>Jindal 2013</w:t>
            </w:r>
            <w:r w:rsidR="0031308D" w:rsidRPr="00EB75F0">
              <w:fldChar w:fldCharType="begin"/>
            </w:r>
            <w:r w:rsidR="00452EF4">
              <w:instrText xml:space="preserve"> ADDIN EN.CITE &lt;EndNote&gt;&lt;Cite&gt;&lt;Author&gt;Jindal KC&lt;/Author&gt;&lt;Year&gt;2013&lt;/Year&gt;&lt;RecNum&gt;27&lt;/RecNum&gt;&lt;DisplayText&gt;&lt;style face="superscript"&gt;30&lt;/style&gt;&lt;/DisplayText&gt;&lt;record&gt;&lt;rec-number&gt;27&lt;/rec-number&gt;&lt;foreign-keys&gt;&lt;key app="EN" db-id="9ttaxzax2p0tr7ewzt55atews50zvxaaa5rz" timestamp="1764068829"&gt;27&lt;/key&gt;&lt;/foreign-keys&gt;&lt;ref-type name="Journal Article"&gt;17&lt;/ref-type&gt;&lt;contributors&gt;&lt;authors&gt;&lt;author&gt;Jindal KC, Singh GP, Munjal V.&lt;/author&gt;&lt;/authors&gt;&lt;/contributors&gt;&lt;titles&gt;&lt;title&gt;Aripiprazole versus olanzapine in the treatment of schizophrenia: a clinical study from India.&lt;/title&gt;&lt;secondary-title&gt;Int J Psychiatry Clin Pract&lt;/secondary-title&gt;&lt;/titles&gt;&lt;periodical&gt;&lt;full-title&gt;Int J Psychiatry Clin Pract&lt;/full-title&gt;&lt;/periodical&gt;&lt;pages&gt;21-9&lt;/pages&gt;&lt;volume&gt;17&lt;/volume&gt;&lt;number&gt;1&lt;/number&gt;&lt;dates&gt;&lt;year&gt;2013&lt;/year&gt;&lt;/dates&gt;&lt;urls&gt;&lt;/urls&gt;&lt;/record&gt;&lt;/Cite&gt;&lt;/EndNote&gt;</w:instrText>
            </w:r>
            <w:r w:rsidR="0031308D" w:rsidRPr="00EB75F0">
              <w:fldChar w:fldCharType="separate"/>
            </w:r>
            <w:r w:rsidR="00452EF4" w:rsidRPr="00452EF4">
              <w:rPr>
                <w:noProof/>
                <w:vertAlign w:val="superscript"/>
              </w:rPr>
              <w:t>30</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63106AD8" w14:textId="77777777" w:rsidR="009446D0" w:rsidRPr="00EB75F0" w:rsidRDefault="0084596B">
            <w:pPr>
              <w:spacing w:before="60" w:after="60" w:line="240" w:lineRule="auto"/>
              <w:rPr>
                <w:sz w:val="16"/>
              </w:rPr>
            </w:pPr>
            <w:r w:rsidRPr="00EB75F0">
              <w:rPr>
                <w:color w:val="00B050"/>
                <w:sz w:val="16"/>
              </w:rPr>
              <w:t xml:space="preserve">Aripiprazole 10–20mg OD (N = 30), </w:t>
            </w:r>
            <w:r w:rsidRPr="00EB75F0">
              <w:rPr>
                <w:color w:val="00B050"/>
                <w:sz w:val="16"/>
              </w:rPr>
              <w:br/>
              <w:t>Olanzapine 10–20mg OD (N = 30)</w:t>
            </w:r>
          </w:p>
        </w:tc>
        <w:tc>
          <w:tcPr>
            <w:tcW w:w="3600" w:type="dxa"/>
            <w:tcBorders>
              <w:top w:val="single" w:sz="4" w:space="0" w:color="000000"/>
              <w:left w:val="single" w:sz="4" w:space="0" w:color="000000"/>
              <w:bottom w:val="single" w:sz="4" w:space="0" w:color="000000"/>
              <w:right w:val="single" w:sz="4" w:space="0" w:color="000000"/>
            </w:tcBorders>
          </w:tcPr>
          <w:p w14:paraId="07DFCC38" w14:textId="77777777" w:rsidR="009446D0" w:rsidRPr="00EB75F0" w:rsidRDefault="0084596B">
            <w:pPr>
              <w:spacing w:before="60" w:after="60" w:line="240" w:lineRule="auto"/>
              <w:rPr>
                <w:sz w:val="16"/>
              </w:rPr>
            </w:pPr>
            <w:r w:rsidRPr="00EB75F0">
              <w:rPr>
                <w:sz w:val="16"/>
              </w:rPr>
              <w:t>-</w:t>
            </w:r>
          </w:p>
        </w:tc>
        <w:tc>
          <w:tcPr>
            <w:tcW w:w="5696" w:type="dxa"/>
            <w:tcBorders>
              <w:top w:val="single" w:sz="4" w:space="0" w:color="000000"/>
              <w:left w:val="single" w:sz="4" w:space="0" w:color="000000"/>
              <w:bottom w:val="single" w:sz="4" w:space="0" w:color="000000"/>
              <w:right w:val="single" w:sz="4" w:space="0" w:color="000000"/>
            </w:tcBorders>
          </w:tcPr>
          <w:p w14:paraId="2FAA3B77" w14:textId="77777777" w:rsidR="009446D0" w:rsidRPr="00EB75F0" w:rsidRDefault="0084596B">
            <w:pPr>
              <w:spacing w:before="60" w:after="60" w:line="240" w:lineRule="auto"/>
              <w:rPr>
                <w:sz w:val="16"/>
              </w:rPr>
            </w:pPr>
            <w:r w:rsidRPr="00EB75F0">
              <w:rPr>
                <w:color w:val="000000"/>
                <w:sz w:val="16"/>
              </w:rPr>
              <w:t>-</w:t>
            </w:r>
          </w:p>
        </w:tc>
      </w:tr>
      <w:tr w:rsidR="009446D0" w:rsidRPr="00EB75F0" w14:paraId="6BEB4781"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1E75779B" w14:textId="6C38E531" w:rsidR="009446D0" w:rsidRPr="00EB75F0" w:rsidRDefault="0084596B">
            <w:pPr>
              <w:spacing w:before="60" w:after="60" w:line="240" w:lineRule="auto"/>
              <w:rPr>
                <w:sz w:val="16"/>
              </w:rPr>
            </w:pPr>
            <w:r w:rsidRPr="00EB75F0">
              <w:rPr>
                <w:color w:val="000000"/>
                <w:sz w:val="16"/>
              </w:rPr>
              <w:t>Kane 2009</w:t>
            </w:r>
            <w:r w:rsidR="0031308D" w:rsidRPr="00EB75F0">
              <w:fldChar w:fldCharType="begin"/>
            </w:r>
            <w:r w:rsidR="00452EF4">
              <w:instrText xml:space="preserve"> ADDIN EN.CITE &lt;EndNote&gt;&lt;Cite&gt;&lt;Author&gt;Kane JM&lt;/Author&gt;&lt;Year&gt;2009&lt;/Year&gt;&lt;RecNum&gt;8&lt;/RecNum&gt;&lt;DisplayText&gt;&lt;style face="superscript"&gt;11&lt;/style&gt;&lt;/DisplayText&gt;&lt;record&gt;&lt;rec-number&gt;8&lt;/rec-number&gt;&lt;foreign-keys&gt;&lt;key app="EN" db-id="9ttaxzax2p0tr7ewzt55atews50zvxaaa5rz" timestamp="1764068825"&gt;8&lt;/key&gt;&lt;/foreign-keys&gt;&lt;ref-type name="Journal Article"&gt;17&lt;/ref-type&gt;&lt;contributors&gt;&lt;authors&gt;&lt;author&gt;Kane JM, Osuntokun O, Kryzhanovskaya LA, Xu W, Stauffer VL, Watson SB, Breier A&lt;/author&gt;&lt;/authors&gt;&lt;/contributors&gt;&lt;titles&gt;&lt;title&gt;A 28-week, randomized, double-blind study of olanzapine versus aripiprazole in the treatment of schizophrenia.&lt;/title&gt;&lt;secondary-title&gt;JCP&lt;/secondary-title&gt;&lt;/titles&gt;&lt;periodical&gt;&lt;full-title&gt;JCP&lt;/full-title&gt;&lt;/periodical&gt;&lt;pages&gt;572&lt;/pages&gt;&lt;volume&gt;70&lt;/volume&gt;&lt;number&gt;4&lt;/number&gt;&lt;dates&gt;&lt;year&gt;2009&lt;/year&gt;&lt;/dates&gt;&lt;urls&gt;&lt;/urls&gt;&lt;/record&gt;&lt;/Cite&gt;&lt;/EndNote&gt;</w:instrText>
            </w:r>
            <w:r w:rsidR="0031308D" w:rsidRPr="00EB75F0">
              <w:fldChar w:fldCharType="separate"/>
            </w:r>
            <w:r w:rsidR="00452EF4" w:rsidRPr="00452EF4">
              <w:rPr>
                <w:noProof/>
                <w:vertAlign w:val="superscript"/>
              </w:rPr>
              <w:t>11</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1B7A4363" w14:textId="77777777" w:rsidR="009446D0" w:rsidRPr="00EB75F0" w:rsidRDefault="0084596B">
            <w:pPr>
              <w:spacing w:before="60" w:after="60" w:line="240" w:lineRule="auto"/>
              <w:rPr>
                <w:sz w:val="16"/>
              </w:rPr>
            </w:pPr>
            <w:r w:rsidRPr="00EB75F0">
              <w:rPr>
                <w:color w:val="00B050"/>
                <w:sz w:val="16"/>
              </w:rPr>
              <w:t xml:space="preserve">Aripiprazole 10–30mg OD (N = 285), </w:t>
            </w:r>
            <w:r w:rsidRPr="00EB75F0">
              <w:rPr>
                <w:color w:val="00B050"/>
                <w:sz w:val="16"/>
              </w:rPr>
              <w:br/>
              <w:t>Olanzapine 10–20mg OD (N = 281)</w:t>
            </w:r>
          </w:p>
        </w:tc>
        <w:tc>
          <w:tcPr>
            <w:tcW w:w="3600" w:type="dxa"/>
            <w:tcBorders>
              <w:top w:val="single" w:sz="4" w:space="0" w:color="000000"/>
              <w:left w:val="single" w:sz="4" w:space="0" w:color="000000"/>
              <w:bottom w:val="single" w:sz="4" w:space="0" w:color="000000"/>
              <w:right w:val="single" w:sz="4" w:space="0" w:color="000000"/>
            </w:tcBorders>
          </w:tcPr>
          <w:p w14:paraId="3C77EAC8" w14:textId="77777777" w:rsidR="009446D0" w:rsidRPr="00EB75F0" w:rsidRDefault="0084596B">
            <w:pPr>
              <w:spacing w:before="60" w:after="60" w:line="240" w:lineRule="auto"/>
              <w:rPr>
                <w:sz w:val="16"/>
              </w:rPr>
            </w:pPr>
            <w:r w:rsidRPr="00EB75F0">
              <w:rPr>
                <w:sz w:val="16"/>
              </w:rPr>
              <w:t>-</w:t>
            </w:r>
          </w:p>
        </w:tc>
        <w:tc>
          <w:tcPr>
            <w:tcW w:w="5696" w:type="dxa"/>
            <w:tcBorders>
              <w:top w:val="single" w:sz="4" w:space="0" w:color="000000"/>
              <w:left w:val="single" w:sz="4" w:space="0" w:color="000000"/>
              <w:bottom w:val="single" w:sz="4" w:space="0" w:color="000000"/>
              <w:right w:val="single" w:sz="4" w:space="0" w:color="000000"/>
            </w:tcBorders>
          </w:tcPr>
          <w:p w14:paraId="5F76CEE0" w14:textId="77777777" w:rsidR="009446D0" w:rsidRPr="00EB75F0" w:rsidRDefault="0084596B">
            <w:pPr>
              <w:spacing w:before="60" w:after="60" w:line="240" w:lineRule="auto"/>
              <w:rPr>
                <w:sz w:val="16"/>
              </w:rPr>
            </w:pPr>
            <w:r w:rsidRPr="00EB75F0">
              <w:rPr>
                <w:color w:val="000000"/>
                <w:sz w:val="16"/>
              </w:rPr>
              <w:t>-</w:t>
            </w:r>
          </w:p>
        </w:tc>
      </w:tr>
      <w:tr w:rsidR="009446D0" w:rsidRPr="00EB75F0" w14:paraId="1C944D79"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3C2321CA" w14:textId="3A6A42CB" w:rsidR="009446D0" w:rsidRPr="00EB75F0" w:rsidRDefault="0084596B">
            <w:pPr>
              <w:spacing w:before="60" w:after="60" w:line="240" w:lineRule="auto"/>
              <w:rPr>
                <w:sz w:val="16"/>
              </w:rPr>
            </w:pPr>
            <w:r w:rsidRPr="00EB75F0">
              <w:rPr>
                <w:color w:val="000000"/>
                <w:sz w:val="16"/>
              </w:rPr>
              <w:t>Li 2014</w:t>
            </w:r>
            <w:r w:rsidR="0031308D" w:rsidRPr="00EB75F0">
              <w:fldChar w:fldCharType="begin"/>
            </w:r>
            <w:r w:rsidR="00452EF4">
              <w:instrText xml:space="preserve"> ADDIN EN.CITE &lt;EndNote&gt;&lt;Cite&gt;&lt;Author&gt;Li H&lt;/Author&gt;&lt;Year&gt;2014&lt;/Year&gt;&lt;RecNum&gt;9&lt;/RecNum&gt;&lt;DisplayText&gt;&lt;style face="superscript"&gt;12&lt;/style&gt;&lt;/DisplayText&gt;&lt;record&gt;&lt;rec-number&gt;9&lt;/rec-number&gt;&lt;foreign-keys&gt;&lt;key app="EN" db-id="9ttaxzax2p0tr7ewzt55atews50zvxaaa5rz" timestamp="1764068825"&gt;9&lt;/key&gt;&lt;/foreign-keys&gt;&lt;ref-type name="Journal Article"&gt;17&lt;/ref-type&gt;&lt;contributors&gt;&lt;authors&gt;&lt;author&gt;Li H, Luo J, Wang C, Xie S, Xu X, Wang X, Yu W, Gu N, Kane JM.&lt;/author&gt;&lt;/authors&gt;&lt;/contributors&gt;&lt;titles&gt;&lt;title&gt;Efficacy and safety of aripiprazole in Chinese Han schizophrenia subjects: a randomized, double-blind, active parallel-controlled, multicenter clinical trial.&lt;/title&gt;&lt;secondary-title&gt;Schizophr. Res.&lt;/secondary-title&gt;&lt;/titles&gt;&lt;periodical&gt;&lt;full-title&gt;Schizophr. Res.&lt;/full-title&gt;&lt;/periodical&gt;&lt;pages&gt;112-9&lt;/pages&gt;&lt;volume&gt;157&lt;/volume&gt;&lt;number&gt;1-3&lt;/number&gt;&lt;dates&gt;&lt;year&gt;2014&lt;/year&gt;&lt;/dates&gt;&lt;urls&gt;&lt;/urls&gt;&lt;/record&gt;&lt;/Cite&gt;&lt;/EndNote&gt;</w:instrText>
            </w:r>
            <w:r w:rsidR="0031308D" w:rsidRPr="00EB75F0">
              <w:fldChar w:fldCharType="separate"/>
            </w:r>
            <w:r w:rsidR="00452EF4" w:rsidRPr="00452EF4">
              <w:rPr>
                <w:noProof/>
                <w:vertAlign w:val="superscript"/>
              </w:rPr>
              <w:t>12</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2AD41B06" w14:textId="77777777" w:rsidR="009446D0" w:rsidRPr="00732701" w:rsidRDefault="0084596B">
            <w:pPr>
              <w:spacing w:before="60" w:after="60" w:line="240" w:lineRule="auto"/>
              <w:rPr>
                <w:sz w:val="16"/>
                <w:lang w:val="it-IT"/>
              </w:rPr>
            </w:pPr>
            <w:proofErr w:type="spellStart"/>
            <w:r w:rsidRPr="00732701">
              <w:rPr>
                <w:color w:val="00B050"/>
                <w:sz w:val="16"/>
                <w:lang w:val="it-IT"/>
              </w:rPr>
              <w:t>Aripiprazole</w:t>
            </w:r>
            <w:proofErr w:type="spellEnd"/>
            <w:r w:rsidRPr="00732701">
              <w:rPr>
                <w:color w:val="00B050"/>
                <w:sz w:val="16"/>
                <w:lang w:val="it-IT"/>
              </w:rPr>
              <w:t xml:space="preserve"> 10–30 mg OD (N = 139), </w:t>
            </w:r>
            <w:r w:rsidRPr="00732701">
              <w:rPr>
                <w:color w:val="00B050"/>
                <w:sz w:val="16"/>
                <w:lang w:val="it-IT"/>
              </w:rPr>
              <w:br/>
            </w:r>
            <w:r w:rsidRPr="00732701">
              <w:rPr>
                <w:color w:val="0070C0"/>
                <w:sz w:val="16"/>
                <w:lang w:val="it-IT"/>
              </w:rPr>
              <w:t>Risperidone 1–6 mg OD (N = 140)</w:t>
            </w:r>
          </w:p>
        </w:tc>
        <w:tc>
          <w:tcPr>
            <w:tcW w:w="3600" w:type="dxa"/>
            <w:tcBorders>
              <w:top w:val="single" w:sz="4" w:space="0" w:color="000000"/>
              <w:left w:val="single" w:sz="4" w:space="0" w:color="000000"/>
              <w:bottom w:val="single" w:sz="4" w:space="0" w:color="000000"/>
              <w:right w:val="single" w:sz="4" w:space="0" w:color="000000"/>
            </w:tcBorders>
          </w:tcPr>
          <w:p w14:paraId="261D8A73" w14:textId="77777777" w:rsidR="009446D0" w:rsidRPr="00EB75F0" w:rsidRDefault="0084596B">
            <w:pPr>
              <w:spacing w:before="60" w:after="60" w:line="240" w:lineRule="auto"/>
              <w:rPr>
                <w:sz w:val="16"/>
              </w:rPr>
            </w:pPr>
            <w:r w:rsidRPr="00EB75F0">
              <w:rPr>
                <w:sz w:val="16"/>
              </w:rPr>
              <w:t>-</w:t>
            </w:r>
          </w:p>
        </w:tc>
        <w:tc>
          <w:tcPr>
            <w:tcW w:w="5696" w:type="dxa"/>
            <w:tcBorders>
              <w:top w:val="single" w:sz="4" w:space="0" w:color="000000"/>
              <w:left w:val="single" w:sz="4" w:space="0" w:color="000000"/>
              <w:bottom w:val="single" w:sz="4" w:space="0" w:color="000000"/>
              <w:right w:val="single" w:sz="4" w:space="0" w:color="000000"/>
            </w:tcBorders>
          </w:tcPr>
          <w:p w14:paraId="56552C60" w14:textId="77777777" w:rsidR="009446D0" w:rsidRPr="00EB75F0" w:rsidRDefault="0084596B">
            <w:pPr>
              <w:spacing w:before="60" w:after="60" w:line="240" w:lineRule="auto"/>
              <w:rPr>
                <w:sz w:val="16"/>
              </w:rPr>
            </w:pPr>
            <w:r w:rsidRPr="00EB75F0">
              <w:rPr>
                <w:sz w:val="16"/>
              </w:rPr>
              <w:t>-</w:t>
            </w:r>
          </w:p>
        </w:tc>
      </w:tr>
      <w:tr w:rsidR="009446D0" w:rsidRPr="00EB75F0" w14:paraId="07FB0BB9"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006CD255" w14:textId="33976D0F" w:rsidR="009446D0" w:rsidRPr="00EB75F0" w:rsidRDefault="0084596B">
            <w:pPr>
              <w:spacing w:before="60" w:after="60" w:line="240" w:lineRule="auto"/>
              <w:rPr>
                <w:sz w:val="16"/>
              </w:rPr>
            </w:pPr>
            <w:r w:rsidRPr="00EB75F0">
              <w:rPr>
                <w:color w:val="000000"/>
                <w:sz w:val="16"/>
              </w:rPr>
              <w:t>McEvoy 2007</w:t>
            </w:r>
            <w:r w:rsidR="0031308D" w:rsidRPr="00EB75F0">
              <w:fldChar w:fldCharType="begin"/>
            </w:r>
            <w:r w:rsidR="00452EF4">
              <w:instrText xml:space="preserve"> ADDIN EN.CITE &lt;EndNote&gt;&lt;Cite&gt;&lt;Author&gt;McEvoy&lt;/Author&gt;&lt;Year&gt;2007&lt;/Year&gt;&lt;RecNum&gt;28&lt;/RecNum&gt;&lt;DisplayText&gt;&lt;style face="superscript"&gt;31&lt;/style&gt;&lt;/DisplayText&gt;&lt;record&gt;&lt;rec-number&gt;28&lt;/rec-number&gt;&lt;foreign-keys&gt;&lt;key app="EN" db-id="9ttaxzax2p0tr7ewzt55atews50zvxaaa5rz" timestamp="1764068829"&gt;28&lt;/key&gt;&lt;/foreign-keys&gt;&lt;ref-type name="Journal Article"&gt;17&lt;/ref-type&gt;&lt;contributors&gt;&lt;authors&gt;&lt;author&gt;McEvoy, J. P.&lt;/author&gt;&lt;author&gt;Daniel, D. G.&lt;/author&gt;&lt;author&gt;Carson, W. H., Jr.&lt;/author&gt;&lt;author&gt;McQuade, R. D.&lt;/author&gt;&lt;author&gt;Marcus, R. N.&lt;/author&gt;&lt;/authors&gt;&lt;/contributors&gt;&lt;titles&gt;&lt;title&gt;A randomized, double-blind, placebo-controlled, study of the efficacy and safety of aripiprazole 10, 15 or 20 mg/day for the treatment of patients with acute exacerbations of schizophrenia&lt;/title&gt;&lt;secondary-title&gt;J Psychiatr Res&lt;/secondary-title&gt;&lt;/titles&gt;&lt;periodical&gt;&lt;full-title&gt;J Psychiatr Res&lt;/full-title&gt;&lt;/periodical&gt;&lt;pages&gt;895-905&lt;/pages&gt;&lt;volume&gt;41&lt;/volume&gt;&lt;number&gt;11&lt;/number&gt;&lt;dates&gt;&lt;year&gt;2007&lt;/year&gt;&lt;pub-dates&gt;&lt;date&gt;20070713&lt;/date&gt;&lt;/pub-dates&gt;&lt;/dates&gt;&lt;pub-location&gt;Duke University Medical Center, John Umstead Hospital (AAU), Butner, NC 27509, USA. jpmcevoy@duke.edu&lt;/pub-location&gt;&lt;isbn&gt;0022-3956 (Print) 0022-3956 (Linking)&lt;/isbn&gt;&lt;urls&gt;&lt;related-urls&gt;&lt;url&gt;https://www.ncbi.nlm.nih.gov/pubmed/17631314&lt;/url&gt;&lt;/related-urls&gt;&lt;/urls&gt;&lt;electronic-resource-num&gt;10.1016/j.jpsychires.2007.05.002&lt;/electronic-resource-num&gt;&lt;/record&gt;&lt;/Cite&gt;&lt;/EndNote&gt;</w:instrText>
            </w:r>
            <w:r w:rsidR="0031308D" w:rsidRPr="00EB75F0">
              <w:fldChar w:fldCharType="separate"/>
            </w:r>
            <w:r w:rsidR="00452EF4" w:rsidRPr="00452EF4">
              <w:rPr>
                <w:noProof/>
                <w:vertAlign w:val="superscript"/>
              </w:rPr>
              <w:t>31</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69CDC345" w14:textId="77777777" w:rsidR="009446D0" w:rsidRPr="00EB75F0" w:rsidRDefault="0084596B">
            <w:pPr>
              <w:spacing w:before="60" w:after="60" w:line="240" w:lineRule="auto"/>
              <w:rPr>
                <w:sz w:val="16"/>
              </w:rPr>
            </w:pPr>
            <w:r w:rsidRPr="00EB75F0">
              <w:rPr>
                <w:color w:val="00B050"/>
                <w:sz w:val="16"/>
              </w:rPr>
              <w:t xml:space="preserve">Aripiprazole 10 mg OD (N = 106), </w:t>
            </w:r>
            <w:r w:rsidRPr="00EB75F0">
              <w:rPr>
                <w:color w:val="00B050"/>
                <w:sz w:val="16"/>
              </w:rPr>
              <w:br/>
              <w:t xml:space="preserve">Aripiprazole 15 mg OD (N = 106), </w:t>
            </w:r>
            <w:r w:rsidRPr="00EB75F0">
              <w:rPr>
                <w:color w:val="00B050"/>
                <w:sz w:val="16"/>
              </w:rPr>
              <w:br/>
              <w:t>Aripiprazole 20 mg OD (N = 100)</w:t>
            </w:r>
          </w:p>
        </w:tc>
        <w:tc>
          <w:tcPr>
            <w:tcW w:w="3600" w:type="dxa"/>
            <w:tcBorders>
              <w:top w:val="single" w:sz="4" w:space="0" w:color="000000"/>
              <w:left w:val="single" w:sz="4" w:space="0" w:color="000000"/>
              <w:bottom w:val="single" w:sz="4" w:space="0" w:color="000000"/>
              <w:right w:val="single" w:sz="4" w:space="0" w:color="000000"/>
            </w:tcBorders>
          </w:tcPr>
          <w:p w14:paraId="15C91758" w14:textId="77777777" w:rsidR="009446D0" w:rsidRPr="00EB75F0" w:rsidRDefault="0084596B">
            <w:pPr>
              <w:spacing w:before="60" w:after="60" w:line="240" w:lineRule="auto"/>
              <w:rPr>
                <w:sz w:val="16"/>
              </w:rPr>
            </w:pPr>
            <w:r w:rsidRPr="00EB75F0">
              <w:rPr>
                <w:color w:val="000000"/>
                <w:sz w:val="16"/>
              </w:rPr>
              <w:t>Placebo (N = 108)</w:t>
            </w:r>
          </w:p>
        </w:tc>
        <w:tc>
          <w:tcPr>
            <w:tcW w:w="5696" w:type="dxa"/>
            <w:tcBorders>
              <w:top w:val="single" w:sz="4" w:space="0" w:color="000000"/>
              <w:left w:val="single" w:sz="4" w:space="0" w:color="000000"/>
              <w:bottom w:val="single" w:sz="4" w:space="0" w:color="000000"/>
              <w:right w:val="single" w:sz="4" w:space="0" w:color="000000"/>
            </w:tcBorders>
          </w:tcPr>
          <w:p w14:paraId="5E9151C6" w14:textId="77777777" w:rsidR="009446D0" w:rsidRPr="00EB75F0" w:rsidRDefault="0084596B">
            <w:pPr>
              <w:spacing w:before="60" w:after="60" w:line="240" w:lineRule="auto"/>
              <w:rPr>
                <w:color w:val="000000"/>
                <w:sz w:val="16"/>
              </w:rPr>
            </w:pPr>
            <w:r w:rsidRPr="00EB75F0">
              <w:rPr>
                <w:color w:val="000000"/>
                <w:sz w:val="16"/>
              </w:rPr>
              <w:t>-</w:t>
            </w:r>
          </w:p>
        </w:tc>
      </w:tr>
      <w:tr w:rsidR="009446D0" w:rsidRPr="00EB75F0" w14:paraId="3EE2693B"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44FD762C" w14:textId="6B529353" w:rsidR="009446D0" w:rsidRPr="00EB75F0" w:rsidRDefault="0084596B">
            <w:pPr>
              <w:spacing w:before="60" w:after="60" w:line="240" w:lineRule="auto"/>
              <w:rPr>
                <w:sz w:val="16"/>
              </w:rPr>
            </w:pPr>
            <w:r w:rsidRPr="00EB75F0">
              <w:rPr>
                <w:color w:val="000000"/>
                <w:sz w:val="16"/>
              </w:rPr>
              <w:t>McQuade 2004</w:t>
            </w:r>
            <w:r w:rsidR="0031308D" w:rsidRPr="00EB75F0">
              <w:fldChar w:fldCharType="begin"/>
            </w:r>
            <w:r w:rsidR="00452EF4">
              <w:instrText xml:space="preserve"> ADDIN EN.CITE &lt;EndNote&gt;&lt;Cite&gt;&lt;Author&gt;McQuade RD&lt;/Author&gt;&lt;Year&gt;2004&lt;/Year&gt;&lt;RecNum&gt;29&lt;/RecNum&gt;&lt;DisplayText&gt;&lt;style face="superscript"&gt;32&lt;/style&gt;&lt;/DisplayText&gt;&lt;record&gt;&lt;rec-number&gt;29&lt;/rec-number&gt;&lt;foreign-keys&gt;&lt;key app="EN" db-id="9ttaxzax2p0tr7ewzt55atews50zvxaaa5rz" timestamp="1764068829"&gt;29&lt;/key&gt;&lt;/foreign-keys&gt;&lt;ref-type name="Journal Article"&gt;17&lt;/ref-type&gt;&lt;contributors&gt;&lt;authors&gt;&lt;author&gt;McQuade RD, Stock E, Marcus R, Jody D, Gharbia NA, Vanveggel S, Archibald D, Carson WH.&lt;/author&gt;&lt;/authors&gt;&lt;/contributors&gt;&lt;titles&gt;&lt;title&gt;A comparison of weight change during treatment with olanzapine or aripiprazole: results from a randomized, double-blind study.&lt;/title&gt;&lt;secondary-title&gt;J Clin Psychiatry.&lt;/secondary-title&gt;&lt;/titles&gt;&lt;periodical&gt;&lt;full-title&gt;J Clin Psychiatry.&lt;/full-title&gt;&lt;/periodical&gt;&lt;pages&gt;47-56&lt;/pages&gt;&lt;volume&gt;1&lt;/volume&gt;&lt;number&gt;65&lt;/number&gt;&lt;dates&gt;&lt;year&gt;2004&lt;/year&gt;&lt;/dates&gt;&lt;urls&gt;&lt;/urls&gt;&lt;/record&gt;&lt;/Cite&gt;&lt;/EndNote&gt;</w:instrText>
            </w:r>
            <w:r w:rsidR="0031308D" w:rsidRPr="00EB75F0">
              <w:fldChar w:fldCharType="separate"/>
            </w:r>
            <w:r w:rsidR="00452EF4" w:rsidRPr="00452EF4">
              <w:rPr>
                <w:noProof/>
                <w:vertAlign w:val="superscript"/>
              </w:rPr>
              <w:t>32</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4AAB5824" w14:textId="77777777" w:rsidR="009446D0" w:rsidRPr="00EB75F0" w:rsidRDefault="0084596B">
            <w:pPr>
              <w:spacing w:before="60" w:after="60" w:line="240" w:lineRule="auto"/>
              <w:rPr>
                <w:sz w:val="16"/>
              </w:rPr>
            </w:pPr>
            <w:r w:rsidRPr="00EB75F0">
              <w:rPr>
                <w:color w:val="00B050"/>
                <w:sz w:val="16"/>
              </w:rPr>
              <w:t xml:space="preserve">Aripiprazole 15–30 mg OD (N = 156), </w:t>
            </w:r>
            <w:r w:rsidRPr="00EB75F0">
              <w:rPr>
                <w:color w:val="00B050"/>
                <w:sz w:val="16"/>
              </w:rPr>
              <w:br/>
              <w:t>Olanzapine 10–20 mg OD (N = 161)</w:t>
            </w:r>
          </w:p>
        </w:tc>
        <w:tc>
          <w:tcPr>
            <w:tcW w:w="3600" w:type="dxa"/>
            <w:tcBorders>
              <w:top w:val="single" w:sz="4" w:space="0" w:color="000000"/>
              <w:left w:val="single" w:sz="4" w:space="0" w:color="000000"/>
              <w:bottom w:val="single" w:sz="4" w:space="0" w:color="000000"/>
              <w:right w:val="single" w:sz="4" w:space="0" w:color="000000"/>
            </w:tcBorders>
          </w:tcPr>
          <w:p w14:paraId="2A6134F8" w14:textId="77777777" w:rsidR="009446D0" w:rsidRPr="00EB75F0" w:rsidRDefault="0084596B">
            <w:pPr>
              <w:spacing w:before="60" w:after="60" w:line="240" w:lineRule="auto"/>
              <w:rPr>
                <w:sz w:val="16"/>
              </w:rPr>
            </w:pPr>
            <w:r w:rsidRPr="00EB75F0">
              <w:rPr>
                <w:sz w:val="16"/>
              </w:rPr>
              <w:t>-</w:t>
            </w:r>
          </w:p>
        </w:tc>
        <w:tc>
          <w:tcPr>
            <w:tcW w:w="5696" w:type="dxa"/>
            <w:tcBorders>
              <w:top w:val="single" w:sz="4" w:space="0" w:color="000000"/>
              <w:left w:val="single" w:sz="4" w:space="0" w:color="000000"/>
              <w:bottom w:val="single" w:sz="4" w:space="0" w:color="000000"/>
              <w:right w:val="single" w:sz="4" w:space="0" w:color="000000"/>
            </w:tcBorders>
          </w:tcPr>
          <w:p w14:paraId="6E39EA67" w14:textId="77777777" w:rsidR="009446D0" w:rsidRPr="00EB75F0" w:rsidRDefault="0084596B">
            <w:pPr>
              <w:spacing w:before="60" w:after="60" w:line="240" w:lineRule="auto"/>
              <w:rPr>
                <w:sz w:val="16"/>
              </w:rPr>
            </w:pPr>
            <w:r w:rsidRPr="00EB75F0">
              <w:rPr>
                <w:color w:val="000000"/>
                <w:sz w:val="16"/>
              </w:rPr>
              <w:t>-</w:t>
            </w:r>
          </w:p>
        </w:tc>
      </w:tr>
      <w:tr w:rsidR="009446D0" w:rsidRPr="00EB75F0" w14:paraId="53657B0D"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0EEBC0FF" w14:textId="052E8D03" w:rsidR="009446D0" w:rsidRPr="00EB75F0" w:rsidRDefault="0084596B">
            <w:pPr>
              <w:spacing w:before="60" w:after="60" w:line="240" w:lineRule="auto"/>
              <w:rPr>
                <w:sz w:val="16"/>
              </w:rPr>
            </w:pPr>
            <w:proofErr w:type="spellStart"/>
            <w:r w:rsidRPr="00EB75F0">
              <w:rPr>
                <w:color w:val="000000"/>
                <w:sz w:val="16"/>
              </w:rPr>
              <w:lastRenderedPageBreak/>
              <w:t>Shafti</w:t>
            </w:r>
            <w:proofErr w:type="spellEnd"/>
            <w:r w:rsidRPr="00EB75F0">
              <w:rPr>
                <w:color w:val="000000"/>
                <w:sz w:val="16"/>
              </w:rPr>
              <w:t xml:space="preserve"> 2016</w:t>
            </w:r>
            <w:r w:rsidR="0031308D" w:rsidRPr="00EB75F0">
              <w:fldChar w:fldCharType="begin"/>
            </w:r>
            <w:r w:rsidR="00452EF4">
              <w:instrText xml:space="preserve"> ADDIN EN.CITE &lt;EndNote&gt;&lt;Cite&gt;&lt;Author&gt;S Shafti S&lt;/Author&gt;&lt;Year&gt;2016&lt;/Year&gt;&lt;RecNum&gt;30&lt;/RecNum&gt;&lt;DisplayText&gt;&lt;style face="superscript"&gt;33&lt;/style&gt;&lt;/DisplayText&gt;&lt;record&gt;&lt;rec-number&gt;30&lt;/rec-number&gt;&lt;foreign-keys&gt;&lt;key app="EN" db-id="9ttaxzax2p0tr7ewzt55atews50zvxaaa5rz" timestamp="1764068830"&gt;30&lt;/key&gt;&lt;/foreign-keys&gt;&lt;ref-type name="Journal Article"&gt;17&lt;/ref-type&gt;&lt;contributors&gt;&lt;authors&gt;&lt;author&gt;S Shafti S, Kaviani H.&lt;/author&gt;&lt;/authors&gt;&lt;/contributors&gt;&lt;titles&gt;&lt;title&gt;A comparison between quetiapine and aripiprazole for treatment of schizophrenia: a double blind contras&lt;/title&gt;&lt;secondary-title&gt;Curr. Psychopharmacol.&lt;/secondary-title&gt;&lt;/titles&gt;&lt;periodical&gt;&lt;full-title&gt;Curr. Psychopharmacol.&lt;/full-title&gt;&lt;/periodical&gt;&lt;pages&gt;13-9&lt;/pages&gt;&lt;volume&gt;5&lt;/volume&gt;&lt;number&gt;1&lt;/number&gt;&lt;dates&gt;&lt;year&gt;2016&lt;/year&gt;&lt;/dates&gt;&lt;urls&gt;&lt;/urls&gt;&lt;/record&gt;&lt;/Cite&gt;&lt;/EndNote&gt;</w:instrText>
            </w:r>
            <w:r w:rsidR="0031308D" w:rsidRPr="00EB75F0">
              <w:fldChar w:fldCharType="separate"/>
            </w:r>
            <w:r w:rsidR="00452EF4" w:rsidRPr="00452EF4">
              <w:rPr>
                <w:noProof/>
                <w:vertAlign w:val="superscript"/>
              </w:rPr>
              <w:t>33</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0557B1D5" w14:textId="77777777" w:rsidR="009446D0" w:rsidRPr="00EB75F0" w:rsidRDefault="0084596B">
            <w:pPr>
              <w:spacing w:before="60" w:after="60" w:line="240" w:lineRule="auto"/>
              <w:rPr>
                <w:sz w:val="16"/>
              </w:rPr>
            </w:pPr>
            <w:r w:rsidRPr="00EB75F0">
              <w:rPr>
                <w:color w:val="0070C0"/>
                <w:sz w:val="16"/>
              </w:rPr>
              <w:t xml:space="preserve">Aripiprazole 5–25 mg OD (N = 25), </w:t>
            </w:r>
            <w:r w:rsidRPr="00EB75F0">
              <w:rPr>
                <w:color w:val="0070C0"/>
                <w:sz w:val="16"/>
              </w:rPr>
              <w:br/>
            </w:r>
            <w:r w:rsidRPr="00EB75F0">
              <w:rPr>
                <w:color w:val="000000"/>
                <w:sz w:val="16"/>
              </w:rPr>
              <w:t>Quetiapine 25 mg BD; 150–600 mg OD (N = 25)</w:t>
            </w:r>
          </w:p>
        </w:tc>
        <w:tc>
          <w:tcPr>
            <w:tcW w:w="3600" w:type="dxa"/>
            <w:tcBorders>
              <w:top w:val="single" w:sz="4" w:space="0" w:color="000000"/>
              <w:left w:val="single" w:sz="4" w:space="0" w:color="000000"/>
              <w:bottom w:val="single" w:sz="4" w:space="0" w:color="000000"/>
              <w:right w:val="single" w:sz="4" w:space="0" w:color="000000"/>
            </w:tcBorders>
          </w:tcPr>
          <w:p w14:paraId="104DFEE4" w14:textId="77777777" w:rsidR="009446D0" w:rsidRPr="00EB75F0" w:rsidRDefault="0084596B">
            <w:pPr>
              <w:spacing w:before="60" w:after="60" w:line="240" w:lineRule="auto"/>
              <w:rPr>
                <w:sz w:val="16"/>
              </w:rPr>
            </w:pPr>
            <w:r w:rsidRPr="00EB75F0">
              <w:rPr>
                <w:sz w:val="16"/>
              </w:rPr>
              <w:t>-</w:t>
            </w:r>
          </w:p>
        </w:tc>
        <w:tc>
          <w:tcPr>
            <w:tcW w:w="5696" w:type="dxa"/>
            <w:tcBorders>
              <w:top w:val="single" w:sz="4" w:space="0" w:color="000000"/>
              <w:left w:val="single" w:sz="4" w:space="0" w:color="000000"/>
              <w:bottom w:val="single" w:sz="4" w:space="0" w:color="000000"/>
              <w:right w:val="single" w:sz="4" w:space="0" w:color="000000"/>
            </w:tcBorders>
          </w:tcPr>
          <w:p w14:paraId="1B382162" w14:textId="77777777" w:rsidR="009446D0" w:rsidRPr="00EB75F0" w:rsidRDefault="0084596B">
            <w:pPr>
              <w:spacing w:before="60" w:after="60" w:line="240" w:lineRule="auto"/>
              <w:rPr>
                <w:sz w:val="16"/>
              </w:rPr>
            </w:pPr>
            <w:r w:rsidRPr="00EB75F0">
              <w:rPr>
                <w:sz w:val="16"/>
              </w:rPr>
              <w:t>-</w:t>
            </w:r>
          </w:p>
        </w:tc>
      </w:tr>
      <w:tr w:rsidR="009446D0" w:rsidRPr="00EB75F0" w14:paraId="247117BB"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772E8261" w14:textId="060CCF9C" w:rsidR="009446D0" w:rsidRPr="00EB75F0" w:rsidRDefault="0084596B">
            <w:pPr>
              <w:spacing w:before="60" w:after="60" w:line="240" w:lineRule="auto"/>
              <w:rPr>
                <w:sz w:val="16"/>
              </w:rPr>
            </w:pPr>
            <w:r w:rsidRPr="00EB75F0">
              <w:rPr>
                <w:color w:val="000000"/>
                <w:sz w:val="16"/>
              </w:rPr>
              <w:t>Kane 2002</w:t>
            </w:r>
            <w:r w:rsidR="0031308D" w:rsidRPr="00EB75F0">
              <w:fldChar w:fldCharType="begin"/>
            </w:r>
            <w:r w:rsidR="00452EF4">
              <w:instrText xml:space="preserve"> ADDIN EN.CITE &lt;EndNote&gt;&lt;Cite&gt;&lt;Author&gt;Kane&lt;/Author&gt;&lt;Year&gt;2002&lt;/Year&gt;&lt;RecNum&gt;31&lt;/RecNum&gt;&lt;DisplayText&gt;&lt;style face="superscript"&gt;34&lt;/style&gt;&lt;/DisplayText&gt;&lt;record&gt;&lt;rec-number&gt;31&lt;/rec-number&gt;&lt;foreign-keys&gt;&lt;key app="EN" db-id="9ttaxzax2p0tr7ewzt55atews50zvxaaa5rz" timestamp="1764068830"&gt;31&lt;/key&gt;&lt;/foreign-keys&gt;&lt;ref-type name="Journal Article"&gt;17&lt;/ref-type&gt;&lt;contributors&gt;&lt;authors&gt;&lt;author&gt;Kane, John M&lt;/author&gt;&lt;author&gt;Carson, William H&lt;/author&gt;&lt;author&gt;Saha, Anutosh R&lt;/author&gt;&lt;author&gt;McQuade, Robert D&lt;/author&gt;&lt;author&gt;Ingenito, Gary G&lt;/author&gt;&lt;author&gt;Zimbroff, Dan L&lt;/author&gt;&lt;author&gt;Ali, Mirza W&lt;/author&gt;&lt;/authors&gt;&lt;/contributors&gt;&lt;titles&gt;&lt;title&gt;Efficacy and safety of aripiprazole and haloperidol versus placebo in patients with schizophrenia and schizoaffective disorder&lt;/title&gt;&lt;secondary-title&gt;Journal of Clinical Psychiatry&lt;/secondary-title&gt;&lt;/titles&gt;&lt;periodical&gt;&lt;full-title&gt;Journal of Clinical Psychiatry&lt;/full-title&gt;&lt;/periodical&gt;&lt;pages&gt;763-771&lt;/pages&gt;&lt;volume&gt;63&lt;/volume&gt;&lt;number&gt;9&lt;/number&gt;&lt;dates&gt;&lt;year&gt;2002&lt;/year&gt;&lt;/dates&gt;&lt;isbn&gt;0160-6689&lt;/isbn&gt;&lt;urls&gt;&lt;/urls&gt;&lt;/record&gt;&lt;/Cite&gt;&lt;/EndNote&gt;</w:instrText>
            </w:r>
            <w:r w:rsidR="0031308D" w:rsidRPr="00EB75F0">
              <w:fldChar w:fldCharType="separate"/>
            </w:r>
            <w:r w:rsidR="00452EF4" w:rsidRPr="00452EF4">
              <w:rPr>
                <w:noProof/>
                <w:vertAlign w:val="superscript"/>
              </w:rPr>
              <w:t>34</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4E4CA937" w14:textId="77777777" w:rsidR="009446D0" w:rsidRPr="00EB75F0" w:rsidRDefault="0084596B">
            <w:pPr>
              <w:spacing w:before="60" w:after="60" w:line="240" w:lineRule="auto"/>
              <w:rPr>
                <w:sz w:val="16"/>
              </w:rPr>
            </w:pPr>
            <w:r w:rsidRPr="00EB75F0">
              <w:rPr>
                <w:color w:val="00B050"/>
                <w:sz w:val="16"/>
              </w:rPr>
              <w:t xml:space="preserve">Aripiprazole 15 mg OD (N = 102), </w:t>
            </w:r>
            <w:r w:rsidRPr="00EB75F0">
              <w:rPr>
                <w:color w:val="00B050"/>
                <w:sz w:val="16"/>
              </w:rPr>
              <w:br/>
              <w:t>Aripiprazole 30 mg OD (N = 102)</w:t>
            </w:r>
          </w:p>
        </w:tc>
        <w:tc>
          <w:tcPr>
            <w:tcW w:w="3600" w:type="dxa"/>
            <w:tcBorders>
              <w:top w:val="single" w:sz="4" w:space="0" w:color="000000"/>
              <w:left w:val="single" w:sz="4" w:space="0" w:color="000000"/>
              <w:bottom w:val="single" w:sz="4" w:space="0" w:color="000000"/>
              <w:right w:val="single" w:sz="4" w:space="0" w:color="000000"/>
            </w:tcBorders>
          </w:tcPr>
          <w:p w14:paraId="6E04850F" w14:textId="77777777" w:rsidR="009446D0" w:rsidRPr="00EB75F0" w:rsidRDefault="0084596B">
            <w:pPr>
              <w:spacing w:before="60" w:after="60" w:line="240" w:lineRule="auto"/>
              <w:rPr>
                <w:color w:val="000000"/>
                <w:sz w:val="16"/>
              </w:rPr>
            </w:pPr>
            <w:r w:rsidRPr="00EB75F0">
              <w:rPr>
                <w:color w:val="000000"/>
                <w:sz w:val="16"/>
              </w:rPr>
              <w:t>Placebo (N = 106)</w:t>
            </w:r>
          </w:p>
        </w:tc>
        <w:tc>
          <w:tcPr>
            <w:tcW w:w="5696" w:type="dxa"/>
            <w:tcBorders>
              <w:top w:val="single" w:sz="4" w:space="0" w:color="000000"/>
              <w:left w:val="single" w:sz="4" w:space="0" w:color="000000"/>
              <w:bottom w:val="single" w:sz="4" w:space="0" w:color="000000"/>
              <w:right w:val="single" w:sz="4" w:space="0" w:color="000000"/>
            </w:tcBorders>
          </w:tcPr>
          <w:p w14:paraId="3E7187BC" w14:textId="77777777" w:rsidR="009446D0" w:rsidRPr="00EB75F0" w:rsidRDefault="0084596B">
            <w:pPr>
              <w:spacing w:before="60" w:after="60" w:line="240" w:lineRule="auto"/>
              <w:rPr>
                <w:color w:val="000000"/>
                <w:sz w:val="16"/>
              </w:rPr>
            </w:pPr>
            <w:r w:rsidRPr="00EB75F0">
              <w:rPr>
                <w:color w:val="000000"/>
                <w:sz w:val="16"/>
              </w:rPr>
              <w:t>-</w:t>
            </w:r>
          </w:p>
        </w:tc>
      </w:tr>
      <w:tr w:rsidR="009446D0" w:rsidRPr="00EB75F0" w14:paraId="0E8F862D"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21A83202" w14:textId="09C5259A" w:rsidR="009446D0" w:rsidRPr="00EB75F0" w:rsidRDefault="0084596B">
            <w:pPr>
              <w:spacing w:before="60" w:after="60" w:line="240" w:lineRule="auto"/>
              <w:rPr>
                <w:sz w:val="16"/>
              </w:rPr>
            </w:pPr>
            <w:r w:rsidRPr="00EB75F0">
              <w:rPr>
                <w:color w:val="000000"/>
                <w:sz w:val="16"/>
              </w:rPr>
              <w:t>Marder 2003</w:t>
            </w:r>
            <w:r w:rsidR="0031308D" w:rsidRPr="00EB75F0">
              <w:fldChar w:fldCharType="begin"/>
            </w:r>
            <w:r w:rsidR="00452EF4">
              <w:instrText xml:space="preserve"> ADDIN EN.CITE &lt;EndNote&gt;&lt;Cite&gt;&lt;Author&gt;Marder SR&lt;/Author&gt;&lt;Year&gt;2003&lt;/Year&gt;&lt;RecNum&gt;32&lt;/RecNum&gt;&lt;DisplayText&gt;&lt;style face="superscript"&gt;35&lt;/style&gt;&lt;/DisplayText&gt;&lt;record&gt;&lt;rec-number&gt;32&lt;/rec-number&gt;&lt;foreign-keys&gt;&lt;key app="EN" db-id="9ttaxzax2p0tr7ewzt55atews50zvxaaa5rz" timestamp="1764068830"&gt;32&lt;/key&gt;&lt;/foreign-keys&gt;&lt;ref-type name="Journal Article"&gt;17&lt;/ref-type&gt;&lt;contributors&gt;&lt;authors&gt;&lt;author&gt;Marder SR, McQuade RD, Stock E, Kaplita S, Marcus R, Safferman AZ, Saha A, Ali M, Iwamoto T&lt;/author&gt;&lt;/authors&gt;&lt;/contributors&gt;&lt;titles&gt;&lt;title&gt;Aripiprazole in the treatment of schizophrenia: safety and tolerability in short-term, placebo-controlled trials&lt;/title&gt;&lt;secondary-title&gt;Schizophr. Res.&lt;/secondary-title&gt;&lt;/titles&gt;&lt;periodical&gt;&lt;full-title&gt;Schizophr. Res.&lt;/full-title&gt;&lt;/periodical&gt;&lt;pages&gt;123-36&lt;/pages&gt;&lt;volume&gt;61&lt;/volume&gt;&lt;number&gt;2-3&lt;/number&gt;&lt;dates&gt;&lt;year&gt;2003&lt;/year&gt;&lt;/dates&gt;&lt;urls&gt;&lt;/urls&gt;&lt;/record&gt;&lt;/Cite&gt;&lt;/EndNote&gt;</w:instrText>
            </w:r>
            <w:r w:rsidR="0031308D" w:rsidRPr="00EB75F0">
              <w:fldChar w:fldCharType="separate"/>
            </w:r>
            <w:r w:rsidR="00452EF4" w:rsidRPr="00452EF4">
              <w:rPr>
                <w:noProof/>
                <w:vertAlign w:val="superscript"/>
              </w:rPr>
              <w:t>35</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4C933EBB" w14:textId="77777777" w:rsidR="009446D0" w:rsidRPr="00EB75F0" w:rsidRDefault="0084596B">
            <w:pPr>
              <w:spacing w:before="60" w:after="60" w:line="240" w:lineRule="auto"/>
              <w:rPr>
                <w:sz w:val="16"/>
              </w:rPr>
            </w:pPr>
            <w:r w:rsidRPr="00EB75F0">
              <w:rPr>
                <w:color w:val="0070C0"/>
                <w:sz w:val="16"/>
              </w:rPr>
              <w:t>Aripiprazole 2–30 mg OD (N = 932)</w:t>
            </w:r>
          </w:p>
        </w:tc>
        <w:tc>
          <w:tcPr>
            <w:tcW w:w="3600" w:type="dxa"/>
            <w:tcBorders>
              <w:top w:val="single" w:sz="4" w:space="0" w:color="000000"/>
              <w:left w:val="single" w:sz="4" w:space="0" w:color="000000"/>
              <w:bottom w:val="single" w:sz="4" w:space="0" w:color="000000"/>
              <w:right w:val="single" w:sz="4" w:space="0" w:color="000000"/>
            </w:tcBorders>
          </w:tcPr>
          <w:p w14:paraId="47DA7B21" w14:textId="77777777" w:rsidR="009446D0" w:rsidRPr="00EB75F0" w:rsidRDefault="0084596B">
            <w:pPr>
              <w:spacing w:before="60" w:after="60" w:line="240" w:lineRule="auto"/>
              <w:rPr>
                <w:color w:val="000000"/>
                <w:sz w:val="16"/>
              </w:rPr>
            </w:pPr>
            <w:r w:rsidRPr="00EB75F0">
              <w:rPr>
                <w:color w:val="000000"/>
                <w:sz w:val="16"/>
              </w:rPr>
              <w:t xml:space="preserve">Placebo (N = 416), </w:t>
            </w:r>
            <w:r w:rsidRPr="00EB75F0">
              <w:rPr>
                <w:color w:val="000000"/>
                <w:sz w:val="16"/>
              </w:rPr>
              <w:br/>
              <w:t>Haloperidol 5–20 mg OD (N = 201)</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23B269BF" w14:textId="77777777" w:rsidR="009446D0" w:rsidRPr="00EB75F0" w:rsidRDefault="0084596B">
            <w:pPr>
              <w:spacing w:before="60" w:after="60" w:line="240" w:lineRule="auto"/>
              <w:rPr>
                <w:color w:val="000000"/>
                <w:sz w:val="16"/>
              </w:rPr>
            </w:pPr>
            <w:r w:rsidRPr="00EB75F0">
              <w:rPr>
                <w:sz w:val="16"/>
              </w:rPr>
              <w:t xml:space="preserve">Exclude haloperidol arm (haloperidol </w:t>
            </w:r>
            <w:r w:rsidRPr="00EB75F0">
              <w:rPr>
                <w:color w:val="000000"/>
                <w:sz w:val="16"/>
              </w:rPr>
              <w:t>not in scope of research question, per PICOS table and placebo arm offers more robust common comparator link to network)</w:t>
            </w:r>
          </w:p>
        </w:tc>
      </w:tr>
      <w:tr w:rsidR="009446D0" w:rsidRPr="00EB75F0" w14:paraId="4DB623BB"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331B3242" w14:textId="5134E1F6" w:rsidR="009446D0" w:rsidRPr="00EB75F0" w:rsidRDefault="0084596B">
            <w:pPr>
              <w:spacing w:before="60" w:after="60" w:line="240" w:lineRule="auto"/>
              <w:rPr>
                <w:sz w:val="16"/>
              </w:rPr>
            </w:pPr>
            <w:proofErr w:type="spellStart"/>
            <w:r w:rsidRPr="00EB75F0">
              <w:rPr>
                <w:color w:val="000000"/>
                <w:sz w:val="16"/>
              </w:rPr>
              <w:t>Potkin</w:t>
            </w:r>
            <w:proofErr w:type="spellEnd"/>
            <w:r w:rsidRPr="00EB75F0">
              <w:rPr>
                <w:color w:val="000000"/>
                <w:sz w:val="16"/>
              </w:rPr>
              <w:t xml:space="preserve"> 2003</w:t>
            </w:r>
            <w:r w:rsidR="0031308D" w:rsidRPr="00EB75F0">
              <w:fldChar w:fldCharType="begin"/>
            </w:r>
            <w:r w:rsidR="00452EF4">
              <w:instrText xml:space="preserve"> ADDIN EN.CITE &lt;EndNote&gt;&lt;Cite&gt;&lt;Author&gt;Potkin SG&lt;/Author&gt;&lt;Year&gt;2003&lt;/Year&gt;&lt;RecNum&gt;33&lt;/RecNum&gt;&lt;DisplayText&gt;&lt;style face="superscript"&gt;36&lt;/style&gt;&lt;/DisplayText&gt;&lt;record&gt;&lt;rec-number&gt;33&lt;/rec-number&gt;&lt;foreign-keys&gt;&lt;key app="EN" db-id="9ttaxzax2p0tr7ewzt55atews50zvxaaa5rz" timestamp="1764068830"&gt;33&lt;/key&gt;&lt;/foreign-keys&gt;&lt;ref-type name="Journal Article"&gt;17&lt;/ref-type&gt;&lt;contributors&gt;&lt;authors&gt;&lt;author&gt;Potkin SG, Saha AR, Kujawa MJ, Carson WH, Ali M, Stock E, Stringfellow J, Ingenito G, Marder SR.&lt;/author&gt;&lt;/authors&gt;&lt;/contributors&gt;&lt;titles&gt;&lt;title&gt;Aripiprazole, an antipsychotic with a novel mechanism of action, and risperidone vs placebo in patients with schizophrenia and schizoaffective disorder.&lt;/title&gt;&lt;secondary-title&gt;AMA Arch. Gen. Psychiatry&lt;/secondary-title&gt;&lt;/titles&gt;&lt;periodical&gt;&lt;full-title&gt;AMA Arch. Gen. Psychiatry&lt;/full-title&gt;&lt;/periodical&gt;&lt;pages&gt;681-90&lt;/pages&gt;&lt;volume&gt;60&lt;/volume&gt;&lt;number&gt;7&lt;/number&gt;&lt;dates&gt;&lt;year&gt;2003&lt;/year&gt;&lt;/dates&gt;&lt;urls&gt;&lt;/urls&gt;&lt;/record&gt;&lt;/Cite&gt;&lt;/EndNote&gt;</w:instrText>
            </w:r>
            <w:r w:rsidR="0031308D" w:rsidRPr="00EB75F0">
              <w:fldChar w:fldCharType="separate"/>
            </w:r>
            <w:r w:rsidR="00452EF4" w:rsidRPr="00452EF4">
              <w:rPr>
                <w:noProof/>
                <w:vertAlign w:val="superscript"/>
              </w:rPr>
              <w:t>36</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3563D383" w14:textId="77777777" w:rsidR="009446D0" w:rsidRPr="00EB75F0" w:rsidRDefault="0084596B">
            <w:pPr>
              <w:spacing w:before="60" w:after="60" w:line="240" w:lineRule="auto"/>
              <w:rPr>
                <w:sz w:val="16"/>
              </w:rPr>
            </w:pPr>
            <w:r w:rsidRPr="00EB75F0">
              <w:rPr>
                <w:color w:val="00B050"/>
                <w:sz w:val="16"/>
              </w:rPr>
              <w:t xml:space="preserve">Aripiprazole 20 mg OD (N = 101), </w:t>
            </w:r>
            <w:r w:rsidRPr="00EB75F0">
              <w:rPr>
                <w:color w:val="00B050"/>
                <w:sz w:val="16"/>
              </w:rPr>
              <w:br/>
              <w:t xml:space="preserve">Aripiprazole 30 mg OD (N = 101), </w:t>
            </w:r>
            <w:r w:rsidRPr="00EB75F0">
              <w:rPr>
                <w:color w:val="00B050"/>
                <w:sz w:val="16"/>
              </w:rPr>
              <w:br/>
              <w:t>Risperidone 6 mg OD (N = 99)</w:t>
            </w:r>
          </w:p>
        </w:tc>
        <w:tc>
          <w:tcPr>
            <w:tcW w:w="3600" w:type="dxa"/>
            <w:tcBorders>
              <w:top w:val="single" w:sz="4" w:space="0" w:color="000000"/>
              <w:left w:val="single" w:sz="4" w:space="0" w:color="000000"/>
              <w:bottom w:val="single" w:sz="4" w:space="0" w:color="000000"/>
              <w:right w:val="single" w:sz="4" w:space="0" w:color="000000"/>
            </w:tcBorders>
          </w:tcPr>
          <w:p w14:paraId="51B611A5" w14:textId="77777777" w:rsidR="009446D0" w:rsidRPr="00EB75F0" w:rsidRDefault="0084596B">
            <w:pPr>
              <w:spacing w:before="60" w:after="60" w:line="240" w:lineRule="auto"/>
              <w:rPr>
                <w:color w:val="000000"/>
                <w:sz w:val="16"/>
              </w:rPr>
            </w:pPr>
            <w:r w:rsidRPr="00EB75F0">
              <w:rPr>
                <w:color w:val="000000"/>
                <w:sz w:val="16"/>
              </w:rPr>
              <w:t>Placebo (N = 103)</w:t>
            </w:r>
          </w:p>
        </w:tc>
        <w:tc>
          <w:tcPr>
            <w:tcW w:w="5696" w:type="dxa"/>
            <w:tcBorders>
              <w:top w:val="single" w:sz="4" w:space="0" w:color="000000"/>
              <w:left w:val="single" w:sz="4" w:space="0" w:color="000000"/>
              <w:bottom w:val="single" w:sz="4" w:space="0" w:color="000000"/>
              <w:right w:val="single" w:sz="4" w:space="0" w:color="000000"/>
            </w:tcBorders>
          </w:tcPr>
          <w:p w14:paraId="50CFC49A" w14:textId="77777777" w:rsidR="009446D0" w:rsidRPr="00EB75F0" w:rsidRDefault="0084596B">
            <w:pPr>
              <w:spacing w:before="60" w:after="60" w:line="240" w:lineRule="auto"/>
              <w:rPr>
                <w:color w:val="000000"/>
                <w:sz w:val="16"/>
              </w:rPr>
            </w:pPr>
            <w:r w:rsidRPr="00EB75F0">
              <w:rPr>
                <w:color w:val="000000"/>
                <w:sz w:val="16"/>
              </w:rPr>
              <w:t>-</w:t>
            </w:r>
          </w:p>
        </w:tc>
      </w:tr>
      <w:tr w:rsidR="009446D0" w:rsidRPr="00EB75F0" w14:paraId="69C9A3A7"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5F85AA54" w14:textId="630213AA" w:rsidR="009446D0" w:rsidRPr="00EB75F0" w:rsidRDefault="0084596B">
            <w:pPr>
              <w:spacing w:before="60" w:after="60" w:line="240" w:lineRule="auto"/>
              <w:rPr>
                <w:sz w:val="16"/>
              </w:rPr>
            </w:pPr>
            <w:r w:rsidRPr="00EB75F0">
              <w:rPr>
                <w:color w:val="000000"/>
                <w:sz w:val="16"/>
              </w:rPr>
              <w:t>Robinson 2015</w:t>
            </w:r>
            <w:r w:rsidR="0031308D" w:rsidRPr="00EB75F0">
              <w:fldChar w:fldCharType="begin"/>
            </w:r>
            <w:r w:rsidR="00073331">
              <w:instrText xml:space="preserve"> ADDIN EN.CITE &lt;EndNote&gt;&lt;Cite&gt;&lt;Author&gt;Robinson DG&lt;/Author&gt;&lt;Year&gt;2015&lt;/Year&gt;&lt;RecNum&gt;1&lt;/RecNum&gt;&lt;DisplayText&gt;&lt;style face="superscript"&gt;1&lt;/style&gt;&lt;/DisplayText&gt;&lt;record&gt;&lt;rec-number&gt;1&lt;/rec-number&gt;&lt;foreign-keys&gt;&lt;key app="EN" db-id="9ttaxzax2p0tr7ewzt55atews50zvxaaa5rz" timestamp="1764068823"&gt;1&lt;/key&gt;&lt;/foreign-keys&gt;&lt;ref-type name="Journal Article"&gt;17&lt;/ref-type&gt;&lt;contributors&gt;&lt;authors&gt;&lt;author&gt;Robinson DG, Gallego JA, John M, Petrides G, Hassoun Y, Zhang JP, Lopez L, Braga RJ, Sevy SM, Addington J, Kellner CH&lt;/author&gt;&lt;/authors&gt;&lt;/contributors&gt;&lt;titles&gt;&lt;title&gt;A randomized comparison of aripiprazole and risperidone for the acute treatment of first-episode schizophrenia and related disorders: 3-month outcomes.&lt;/title&gt;&lt;secondary-title&gt;Schizophr. Bull.&lt;/secondary-title&gt;&lt;/titles&gt;&lt;periodical&gt;&lt;full-title&gt;Schizophr. Bull.&lt;/full-title&gt;&lt;/periodical&gt;&lt;pages&gt;1227-36&lt;/pages&gt;&lt;volume&gt;41&lt;/volume&gt;&lt;number&gt;6&lt;/number&gt;&lt;dates&gt;&lt;year&gt;2015&lt;/year&gt;&lt;/dates&gt;&lt;urls&gt;&lt;/urls&gt;&lt;/record&gt;&lt;/Cite&gt;&lt;/EndNote&gt;</w:instrText>
            </w:r>
            <w:r w:rsidR="0031308D" w:rsidRPr="00EB75F0">
              <w:fldChar w:fldCharType="separate"/>
            </w:r>
            <w:r w:rsidR="008D3092" w:rsidRPr="008D3092">
              <w:rPr>
                <w:noProof/>
                <w:vertAlign w:val="superscript"/>
              </w:rPr>
              <w:t>1</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25E439D9" w14:textId="77777777" w:rsidR="009446D0" w:rsidRPr="00732701" w:rsidRDefault="0084596B">
            <w:pPr>
              <w:spacing w:before="60" w:after="60" w:line="240" w:lineRule="auto"/>
              <w:rPr>
                <w:sz w:val="16"/>
                <w:lang w:val="it-IT"/>
              </w:rPr>
            </w:pPr>
            <w:proofErr w:type="spellStart"/>
            <w:r w:rsidRPr="00732701">
              <w:rPr>
                <w:color w:val="0070C0"/>
                <w:sz w:val="16"/>
                <w:lang w:val="it-IT"/>
              </w:rPr>
              <w:t>Aripiprazole</w:t>
            </w:r>
            <w:proofErr w:type="spellEnd"/>
            <w:r w:rsidRPr="00732701">
              <w:rPr>
                <w:color w:val="0070C0"/>
                <w:sz w:val="16"/>
                <w:lang w:val="it-IT"/>
              </w:rPr>
              <w:t xml:space="preserve"> 5–30mg OD (N = 102), </w:t>
            </w:r>
            <w:r w:rsidRPr="00732701">
              <w:rPr>
                <w:color w:val="0070C0"/>
                <w:sz w:val="16"/>
                <w:lang w:val="it-IT"/>
              </w:rPr>
              <w:br/>
              <w:t>Risperidone 1–6mg OD (N = 96)</w:t>
            </w:r>
          </w:p>
        </w:tc>
        <w:tc>
          <w:tcPr>
            <w:tcW w:w="3600" w:type="dxa"/>
            <w:tcBorders>
              <w:top w:val="single" w:sz="4" w:space="0" w:color="000000"/>
              <w:left w:val="single" w:sz="4" w:space="0" w:color="000000"/>
              <w:bottom w:val="single" w:sz="4" w:space="0" w:color="000000"/>
              <w:right w:val="single" w:sz="4" w:space="0" w:color="000000"/>
            </w:tcBorders>
          </w:tcPr>
          <w:p w14:paraId="3F8C11CC" w14:textId="77777777" w:rsidR="009446D0" w:rsidRPr="00EB75F0" w:rsidRDefault="0084596B">
            <w:pPr>
              <w:spacing w:before="60" w:after="60" w:line="240" w:lineRule="auto"/>
              <w:rPr>
                <w:sz w:val="16"/>
              </w:rPr>
            </w:pPr>
            <w:r w:rsidRPr="00EB75F0">
              <w:rPr>
                <w:sz w:val="16"/>
              </w:rPr>
              <w:t>-</w:t>
            </w:r>
          </w:p>
        </w:tc>
        <w:tc>
          <w:tcPr>
            <w:tcW w:w="5696" w:type="dxa"/>
            <w:tcBorders>
              <w:top w:val="single" w:sz="4" w:space="0" w:color="000000"/>
              <w:left w:val="single" w:sz="4" w:space="0" w:color="000000"/>
              <w:bottom w:val="single" w:sz="4" w:space="0" w:color="000000"/>
              <w:right w:val="single" w:sz="4" w:space="0" w:color="000000"/>
            </w:tcBorders>
            <w:shd w:val="clear" w:color="auto" w:fill="FFFFFF"/>
          </w:tcPr>
          <w:p w14:paraId="7B93A263" w14:textId="77777777" w:rsidR="009446D0" w:rsidRPr="00EB75F0" w:rsidRDefault="0084596B">
            <w:pPr>
              <w:spacing w:before="60" w:after="60" w:line="240" w:lineRule="auto"/>
              <w:rPr>
                <w:sz w:val="16"/>
              </w:rPr>
            </w:pPr>
            <w:r w:rsidRPr="00EB75F0">
              <w:rPr>
                <w:sz w:val="16"/>
              </w:rPr>
              <w:t>-</w:t>
            </w:r>
          </w:p>
        </w:tc>
      </w:tr>
      <w:tr w:rsidR="009446D0" w:rsidRPr="00EB75F0" w14:paraId="3484CF38"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79828E3" w14:textId="4A52E879" w:rsidR="009446D0" w:rsidRPr="00EB75F0" w:rsidRDefault="0084596B">
            <w:pPr>
              <w:spacing w:before="60" w:after="60" w:line="240" w:lineRule="auto"/>
              <w:rPr>
                <w:sz w:val="16"/>
              </w:rPr>
            </w:pPr>
            <w:r w:rsidRPr="00EB75F0">
              <w:rPr>
                <w:color w:val="000000"/>
                <w:sz w:val="16"/>
              </w:rPr>
              <w:t>Correll 2016 (NCT00905307)</w:t>
            </w:r>
            <w:r w:rsidR="0031308D" w:rsidRPr="00EB75F0">
              <w:fldChar w:fldCharType="begin"/>
            </w:r>
            <w:r w:rsidR="00452EF4">
              <w:instrText xml:space="preserve"> ADDIN EN.CITE &lt;EndNote&gt;&lt;Cite&gt;&lt;Author&gt;Correll CU&lt;/Author&gt;&lt;Year&gt;2016&lt;/Year&gt;&lt;RecNum&gt;34&lt;/RecNum&gt;&lt;DisplayText&gt;&lt;style face="superscript"&gt;37&lt;/style&gt;&lt;/DisplayText&gt;&lt;record&gt;&lt;rec-number&gt;34&lt;/rec-number&gt;&lt;foreign-keys&gt;&lt;key app="EN" db-id="9ttaxzax2p0tr7ewzt55atews50zvxaaa5rz" timestamp="1764068830"&gt;34&lt;/key&gt;&lt;/foreign-keys&gt;&lt;ref-type name="Journal Article"&gt;17&lt;/ref-type&gt;&lt;contributors&gt;&lt;authors&gt;&lt;author&gt;Correll CU, Skuban A, Hobart M, Ouyang J, Weiller E, Weiss C, Kane JM.&lt;/author&gt;&lt;/authors&gt;&lt;/contributors&gt;&lt;titles&gt;&lt;title&gt;Efficacy of brexpiprazole in patients with acute schizophrenia: review of three randomized, double-blind, placebo-controlled studies.&lt;/title&gt;&lt;secondary-title&gt;Schizophr. Res.&lt;/secondary-title&gt;&lt;/titles&gt;&lt;periodical&gt;&lt;full-title&gt;Schizophr. Res.&lt;/full-title&gt;&lt;/periodical&gt;&lt;pages&gt;82-92&lt;/pages&gt;&lt;volume&gt;174&lt;/volume&gt;&lt;number&gt;1-3&lt;/number&gt;&lt;dates&gt;&lt;year&gt;2016&lt;/year&gt;&lt;/dates&gt;&lt;urls&gt;&lt;/urls&gt;&lt;/record&gt;&lt;/Cite&gt;&lt;/EndNote&gt;</w:instrText>
            </w:r>
            <w:r w:rsidR="0031308D" w:rsidRPr="00EB75F0">
              <w:fldChar w:fldCharType="separate"/>
            </w:r>
            <w:r w:rsidR="00452EF4" w:rsidRPr="00452EF4">
              <w:rPr>
                <w:noProof/>
                <w:vertAlign w:val="superscript"/>
              </w:rPr>
              <w:t>37</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236589E6" w14:textId="77777777" w:rsidR="009446D0" w:rsidRPr="00EB75F0" w:rsidRDefault="0084596B">
            <w:pPr>
              <w:spacing w:before="60" w:after="60" w:line="240" w:lineRule="auto"/>
              <w:rPr>
                <w:sz w:val="16"/>
              </w:rPr>
            </w:pPr>
            <w:r w:rsidRPr="00EB75F0">
              <w:rPr>
                <w:color w:val="00B050"/>
                <w:sz w:val="16"/>
              </w:rPr>
              <w:t xml:space="preserve">Aripiprazole 15 ± 5 mg OD (N = 50), </w:t>
            </w:r>
            <w:r w:rsidRPr="00EB75F0">
              <w:rPr>
                <w:color w:val="00B050"/>
                <w:sz w:val="16"/>
              </w:rPr>
              <w:br/>
            </w:r>
            <w:proofErr w:type="spellStart"/>
            <w:r w:rsidRPr="00EB75F0">
              <w:rPr>
                <w:color w:val="1E1E1E"/>
                <w:sz w:val="16"/>
              </w:rPr>
              <w:t>Brexpiprazole</w:t>
            </w:r>
            <w:proofErr w:type="spellEnd"/>
            <w:r w:rsidRPr="00EB75F0">
              <w:rPr>
                <w:color w:val="1E1E1E"/>
                <w:sz w:val="16"/>
              </w:rPr>
              <w:t xml:space="preserve"> 0.25 mg OD (N = 42), </w:t>
            </w:r>
            <w:r w:rsidRPr="00EB75F0">
              <w:rPr>
                <w:color w:val="00B050"/>
                <w:sz w:val="16"/>
              </w:rPr>
              <w:br/>
            </w:r>
            <w:proofErr w:type="spellStart"/>
            <w:r w:rsidRPr="00EB75F0">
              <w:rPr>
                <w:color w:val="000000"/>
                <w:sz w:val="16"/>
              </w:rPr>
              <w:t>Brexpiprazole</w:t>
            </w:r>
            <w:proofErr w:type="spellEnd"/>
            <w:r w:rsidRPr="00EB75F0">
              <w:rPr>
                <w:color w:val="000000"/>
                <w:sz w:val="16"/>
              </w:rPr>
              <w:t xml:space="preserve"> 1 ± 0.5 mg OD (N = 89), </w:t>
            </w:r>
            <w:r w:rsidRPr="00EB75F0">
              <w:rPr>
                <w:color w:val="00B050"/>
                <w:sz w:val="16"/>
              </w:rPr>
              <w:br/>
            </w:r>
            <w:proofErr w:type="spellStart"/>
            <w:r w:rsidRPr="00EB75F0">
              <w:rPr>
                <w:color w:val="00B050"/>
                <w:sz w:val="16"/>
              </w:rPr>
              <w:t>Brexpiprazole</w:t>
            </w:r>
            <w:proofErr w:type="spellEnd"/>
            <w:r w:rsidRPr="00EB75F0">
              <w:rPr>
                <w:color w:val="00B050"/>
                <w:sz w:val="16"/>
              </w:rPr>
              <w:t xml:space="preserve"> 2.5 ± 0.5 mg OD (N = 90), </w:t>
            </w:r>
            <w:r w:rsidRPr="00EB75F0">
              <w:rPr>
                <w:color w:val="00B050"/>
                <w:sz w:val="16"/>
              </w:rPr>
              <w:br/>
            </w:r>
            <w:proofErr w:type="spellStart"/>
            <w:r w:rsidRPr="00EB75F0">
              <w:rPr>
                <w:color w:val="000000"/>
                <w:sz w:val="16"/>
              </w:rPr>
              <w:t>Brexpiprazole</w:t>
            </w:r>
            <w:proofErr w:type="spellEnd"/>
            <w:r w:rsidRPr="00EB75F0">
              <w:rPr>
                <w:color w:val="000000"/>
                <w:sz w:val="16"/>
              </w:rPr>
              <w:t xml:space="preserve"> 5 ± 1 mg OD (N = 93)</w:t>
            </w:r>
          </w:p>
        </w:tc>
        <w:tc>
          <w:tcPr>
            <w:tcW w:w="3600" w:type="dxa"/>
            <w:tcBorders>
              <w:top w:val="single" w:sz="4" w:space="0" w:color="000000"/>
              <w:left w:val="single" w:sz="4" w:space="0" w:color="000000"/>
              <w:bottom w:val="single" w:sz="4" w:space="0" w:color="000000"/>
              <w:right w:val="single" w:sz="4" w:space="0" w:color="000000"/>
            </w:tcBorders>
          </w:tcPr>
          <w:p w14:paraId="0967F2BB" w14:textId="77777777" w:rsidR="009446D0" w:rsidRPr="00EB75F0" w:rsidRDefault="0084596B">
            <w:pPr>
              <w:spacing w:before="60" w:after="60" w:line="240" w:lineRule="auto"/>
              <w:rPr>
                <w:sz w:val="16"/>
              </w:rPr>
            </w:pPr>
            <w:r w:rsidRPr="00EB75F0">
              <w:rPr>
                <w:color w:val="000000"/>
                <w:sz w:val="16"/>
              </w:rPr>
              <w:t>Placebo (N = 95)</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73D7AFEB" w14:textId="77777777" w:rsidR="009446D0" w:rsidRPr="00EB75F0" w:rsidRDefault="0084596B">
            <w:pPr>
              <w:spacing w:before="60" w:after="60" w:line="240" w:lineRule="auto"/>
              <w:rPr>
                <w:color w:val="000000"/>
                <w:sz w:val="16"/>
              </w:rPr>
            </w:pPr>
            <w:r w:rsidRPr="00EB75F0">
              <w:rPr>
                <w:color w:val="000000"/>
                <w:sz w:val="16"/>
              </w:rPr>
              <w:t xml:space="preserve">Exclude </w:t>
            </w:r>
            <w:proofErr w:type="spellStart"/>
            <w:r w:rsidRPr="00EB75F0">
              <w:rPr>
                <w:color w:val="1E1E1E"/>
                <w:sz w:val="16"/>
              </w:rPr>
              <w:t>brexpiprazole</w:t>
            </w:r>
            <w:proofErr w:type="spellEnd"/>
            <w:r w:rsidRPr="00EB75F0">
              <w:rPr>
                <w:color w:val="1E1E1E"/>
                <w:sz w:val="16"/>
              </w:rPr>
              <w:t xml:space="preserve"> 0.25 mg OD, </w:t>
            </w:r>
            <w:r w:rsidRPr="00EB75F0">
              <w:rPr>
                <w:color w:val="000000"/>
                <w:sz w:val="16"/>
              </w:rPr>
              <w:t>1 ± 0.5 mg OD, and 5 ± 0.5 mg OD arms as they lie outside FDA/EMA licensed dose ranges</w:t>
            </w:r>
          </w:p>
        </w:tc>
      </w:tr>
      <w:tr w:rsidR="009446D0" w:rsidRPr="00EB75F0" w14:paraId="135E7EAA"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660E7321" w14:textId="25FA9655" w:rsidR="009446D0" w:rsidRPr="00EB75F0" w:rsidRDefault="0084596B">
            <w:pPr>
              <w:spacing w:before="60" w:after="60" w:line="240" w:lineRule="auto"/>
              <w:rPr>
                <w:sz w:val="16"/>
              </w:rPr>
            </w:pPr>
            <w:proofErr w:type="spellStart"/>
            <w:r w:rsidRPr="00EB75F0">
              <w:rPr>
                <w:color w:val="000000"/>
                <w:sz w:val="16"/>
              </w:rPr>
              <w:t>Zimbroff</w:t>
            </w:r>
            <w:proofErr w:type="spellEnd"/>
            <w:r w:rsidRPr="00EB75F0">
              <w:rPr>
                <w:color w:val="000000"/>
                <w:sz w:val="16"/>
              </w:rPr>
              <w:t xml:space="preserve"> 2007</w:t>
            </w:r>
            <w:r w:rsidR="0031308D" w:rsidRPr="00EB75F0">
              <w:fldChar w:fldCharType="begin"/>
            </w:r>
            <w:r w:rsidR="00452EF4">
              <w:instrText xml:space="preserve"> ADDIN EN.CITE &lt;EndNote&gt;&lt;Cite&gt;&lt;Author&gt;Zimbroff D&lt;/Author&gt;&lt;Year&gt;2007&lt;/Year&gt;&lt;RecNum&gt;35&lt;/RecNum&gt;&lt;DisplayText&gt;&lt;style face="superscript"&gt;38&lt;/style&gt;&lt;/DisplayText&gt;&lt;record&gt;&lt;rec-number&gt;35&lt;/rec-number&gt;&lt;foreign-keys&gt;&lt;key app="EN" db-id="9ttaxzax2p0tr7ewzt55atews50zvxaaa5rz" timestamp="1764068831"&gt;35&lt;/key&gt;&lt;/foreign-keys&gt;&lt;ref-type name="Journal Article"&gt;17&lt;/ref-type&gt;&lt;contributors&gt;&lt;authors&gt;&lt;author&gt;Zimbroff D, Warrington L, Loebel A, Yang R, Siu C.&lt;/author&gt;&lt;/authors&gt;&lt;/contributors&gt;&lt;titles&gt;&lt;title&gt;Comparison of ziprasidone and aripiprazole in acutely ill patients with schizophrenia or schizoaffective disorder: a randomized, double-blind, 4-week study.&lt;/title&gt;&lt;secondary-title&gt;Int. Clin. Psychopharmacol.&lt;/secondary-title&gt;&lt;/titles&gt;&lt;periodical&gt;&lt;full-title&gt;Int. Clin. Psychopharmacol.&lt;/full-title&gt;&lt;/periodical&gt;&lt;pages&gt;363-70&lt;/pages&gt;&lt;volume&gt;22&lt;/volume&gt;&lt;number&gt;6&lt;/number&gt;&lt;dates&gt;&lt;year&gt;2007&lt;/year&gt;&lt;/dates&gt;&lt;urls&gt;&lt;/urls&gt;&lt;/record&gt;&lt;/Cite&gt;&lt;/EndNote&gt;</w:instrText>
            </w:r>
            <w:r w:rsidR="0031308D" w:rsidRPr="00EB75F0">
              <w:fldChar w:fldCharType="separate"/>
            </w:r>
            <w:r w:rsidR="00452EF4" w:rsidRPr="00452EF4">
              <w:rPr>
                <w:noProof/>
                <w:vertAlign w:val="superscript"/>
              </w:rPr>
              <w:t>38</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5363A662" w14:textId="77777777" w:rsidR="009446D0" w:rsidRPr="00EB75F0" w:rsidRDefault="0084596B">
            <w:pPr>
              <w:spacing w:before="60" w:after="60" w:line="240" w:lineRule="auto"/>
              <w:rPr>
                <w:sz w:val="16"/>
              </w:rPr>
            </w:pPr>
            <w:r w:rsidRPr="00EB75F0">
              <w:rPr>
                <w:color w:val="00B050"/>
                <w:sz w:val="16"/>
              </w:rPr>
              <w:t>Aripiprazole 10–30 mg OD (N = 128)</w:t>
            </w:r>
          </w:p>
        </w:tc>
        <w:tc>
          <w:tcPr>
            <w:tcW w:w="3600" w:type="dxa"/>
            <w:tcBorders>
              <w:top w:val="single" w:sz="4" w:space="0" w:color="000000"/>
              <w:left w:val="single" w:sz="4" w:space="0" w:color="000000"/>
              <w:bottom w:val="single" w:sz="4" w:space="0" w:color="000000"/>
              <w:right w:val="single" w:sz="4" w:space="0" w:color="000000"/>
            </w:tcBorders>
          </w:tcPr>
          <w:p w14:paraId="30F2DEEF" w14:textId="77777777" w:rsidR="009446D0" w:rsidRPr="00EB75F0" w:rsidRDefault="0084596B">
            <w:pPr>
              <w:spacing w:before="60" w:after="60" w:line="240" w:lineRule="auto"/>
              <w:rPr>
                <w:color w:val="000000"/>
                <w:sz w:val="16"/>
              </w:rPr>
            </w:pPr>
            <w:r w:rsidRPr="00EB75F0">
              <w:rPr>
                <w:color w:val="000000"/>
                <w:sz w:val="16"/>
              </w:rPr>
              <w:t>Ziprasidone 40–80 mg BD (N = 125)</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705F4ECA" w14:textId="77777777" w:rsidR="009446D0" w:rsidRPr="00EB75F0" w:rsidRDefault="0084596B">
            <w:pPr>
              <w:spacing w:before="60" w:after="60" w:line="240" w:lineRule="auto"/>
              <w:rPr>
                <w:color w:val="000000"/>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78981C5A"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2B2E0D29" w14:textId="5EE7AC2C" w:rsidR="009446D0" w:rsidRPr="00EB75F0" w:rsidRDefault="0084596B">
            <w:pPr>
              <w:spacing w:before="60" w:after="60" w:line="240" w:lineRule="auto"/>
              <w:rPr>
                <w:sz w:val="16"/>
              </w:rPr>
            </w:pPr>
            <w:r w:rsidRPr="00EB75F0">
              <w:rPr>
                <w:color w:val="000000"/>
                <w:sz w:val="16"/>
              </w:rPr>
              <w:t>Xiao 2022</w:t>
            </w:r>
            <w:r w:rsidR="0031308D" w:rsidRPr="00EB75F0">
              <w:fldChar w:fldCharType="begin"/>
            </w:r>
            <w:r w:rsidR="00452EF4">
              <w:instrText xml:space="preserve"> ADDIN EN.CITE &lt;EndNote&gt;&lt;Cite&gt;&lt;Author&gt;Xiao&lt;/Author&gt;&lt;Year&gt;2022&lt;/Year&gt;&lt;RecNum&gt;36&lt;/RecNum&gt;&lt;DisplayText&gt;&lt;style face="superscript"&gt;39&lt;/style&gt;&lt;/DisplayText&gt;&lt;record&gt;&lt;rec-number&gt;36&lt;/rec-number&gt;&lt;foreign-keys&gt;&lt;key app="EN" db-id="9ttaxzax2p0tr7ewzt55atews50zvxaaa5rz" timestamp="1764068831"&gt;36&lt;/key&gt;&lt;/foreign-keys&gt;&lt;ref-type name="Journal Article"&gt;17&lt;/ref-type&gt;&lt;contributors&gt;&lt;authors&gt;&lt;author&gt;Xiao, Le&lt;/author&gt;&lt;author&gt;Zhao, Qian&lt;/author&gt;&lt;author&gt;Li, An-ning&lt;/author&gt;&lt;author&gt;Sun, Jushui&lt;/author&gt;&lt;author&gt;Wu, Bin&lt;/author&gt;&lt;author&gt;Wang, Lina&lt;/author&gt;&lt;author&gt;Zhang, Honggeng&lt;/author&gt;&lt;author&gt;Zhang, Ruiling&lt;/author&gt;&lt;author&gt;Li, Keqing&lt;/author&gt;&lt;author&gt;Xu, Xiaojin&lt;/author&gt;&lt;/authors&gt;&lt;/contributors&gt;&lt;titles&gt;&lt;title&gt;Efficacy and safety of aripiprazole once-monthly versus oral aripiprazole in Chinese patients with acute schizophrenia: a multicenter, randomized, double-blind, non-inferiority study&lt;/title&gt;&lt;secondary-title&gt;Psychopharmacology&lt;/secondary-title&gt;&lt;/titles&gt;&lt;periodical&gt;&lt;full-title&gt;Psychopharmacology&lt;/full-title&gt;&lt;/periodical&gt;&lt;pages&gt;243-251&lt;/pages&gt;&lt;volume&gt;239&lt;/volume&gt;&lt;number&gt;1&lt;/number&gt;&lt;dates&gt;&lt;year&gt;2022&lt;/year&gt;&lt;/dates&gt;&lt;isbn&gt;0033-3158&lt;/isbn&gt;&lt;urls&gt;&lt;/urls&gt;&lt;/record&gt;&lt;/Cite&gt;&lt;/EndNote&gt;</w:instrText>
            </w:r>
            <w:r w:rsidR="0031308D" w:rsidRPr="00EB75F0">
              <w:fldChar w:fldCharType="separate"/>
            </w:r>
            <w:r w:rsidR="00452EF4" w:rsidRPr="00452EF4">
              <w:rPr>
                <w:noProof/>
                <w:vertAlign w:val="superscript"/>
              </w:rPr>
              <w:t>39</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20BBA9B9" w14:textId="77777777" w:rsidR="009446D0" w:rsidRPr="00EB75F0" w:rsidRDefault="0084596B">
            <w:pPr>
              <w:spacing w:before="60" w:after="60" w:line="240" w:lineRule="auto"/>
              <w:rPr>
                <w:color w:val="00B050"/>
                <w:sz w:val="16"/>
              </w:rPr>
            </w:pPr>
            <w:r w:rsidRPr="00EB75F0">
              <w:rPr>
                <w:color w:val="00B050"/>
                <w:sz w:val="16"/>
              </w:rPr>
              <w:t>Aripiprazole 10–20 mg OD + aripiprazole once-monthly placebo (N = 218)</w:t>
            </w:r>
          </w:p>
        </w:tc>
        <w:tc>
          <w:tcPr>
            <w:tcW w:w="3600" w:type="dxa"/>
            <w:tcBorders>
              <w:top w:val="single" w:sz="4" w:space="0" w:color="000000"/>
              <w:left w:val="single" w:sz="4" w:space="0" w:color="000000"/>
              <w:bottom w:val="single" w:sz="4" w:space="0" w:color="000000"/>
              <w:right w:val="single" w:sz="4" w:space="0" w:color="000000"/>
            </w:tcBorders>
          </w:tcPr>
          <w:p w14:paraId="5A6AF127" w14:textId="77777777" w:rsidR="009446D0" w:rsidRPr="00EB75F0" w:rsidRDefault="0084596B">
            <w:pPr>
              <w:spacing w:before="60" w:after="60" w:line="240" w:lineRule="auto"/>
              <w:rPr>
                <w:color w:val="000000"/>
                <w:sz w:val="16"/>
              </w:rPr>
            </w:pPr>
            <w:r w:rsidRPr="00EB75F0">
              <w:rPr>
                <w:color w:val="000000"/>
                <w:sz w:val="16"/>
              </w:rPr>
              <w:t>Aripiprazole 400 mg once-monthly + oral aripiprazole placebo (N = 218)</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53B241EE" w14:textId="77777777" w:rsidR="009446D0" w:rsidRPr="00EB75F0" w:rsidRDefault="0084596B">
            <w:pPr>
              <w:spacing w:before="60" w:after="60" w:line="240" w:lineRule="auto"/>
              <w:rPr>
                <w:color w:val="000000"/>
                <w:sz w:val="16"/>
              </w:rPr>
            </w:pPr>
            <w:r w:rsidRPr="00EB75F0">
              <w:rPr>
                <w:color w:val="000000"/>
                <w:sz w:val="16"/>
              </w:rPr>
              <w:t>Exclude whole study (LAI aripiprazole</w:t>
            </w:r>
            <w:r w:rsidRPr="00EB75F0">
              <w:rPr>
                <w:color w:val="1E1E1E"/>
                <w:sz w:val="16"/>
              </w:rPr>
              <w:t xml:space="preserve"> </w:t>
            </w:r>
            <w:r w:rsidRPr="00EB75F0">
              <w:rPr>
                <w:color w:val="000000"/>
                <w:sz w:val="16"/>
              </w:rPr>
              <w:t>not in scope of research question, per PICOS table and cannot act as a common comparator link in the network. Inclusion in network would add no relevant comparative effectiveness info versus relevant comparators)</w:t>
            </w:r>
          </w:p>
        </w:tc>
      </w:tr>
      <w:tr w:rsidR="009446D0" w:rsidRPr="00EB75F0" w14:paraId="2DE67F5B"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E84A12D" w14:textId="5F6B8411" w:rsidR="009446D0" w:rsidRPr="00EB75F0" w:rsidRDefault="0084596B">
            <w:pPr>
              <w:spacing w:before="60" w:after="60" w:line="240" w:lineRule="auto"/>
              <w:rPr>
                <w:sz w:val="16"/>
              </w:rPr>
            </w:pPr>
            <w:proofErr w:type="spellStart"/>
            <w:r w:rsidRPr="00EB75F0">
              <w:rPr>
                <w:color w:val="000000"/>
                <w:sz w:val="16"/>
              </w:rPr>
              <w:t>Ishigooka</w:t>
            </w:r>
            <w:proofErr w:type="spellEnd"/>
            <w:r w:rsidRPr="00EB75F0">
              <w:rPr>
                <w:color w:val="000000"/>
                <w:sz w:val="16"/>
              </w:rPr>
              <w:t xml:space="preserve"> 2018</w:t>
            </w:r>
            <w:r w:rsidR="0031308D" w:rsidRPr="00EB75F0">
              <w:fldChar w:fldCharType="begin"/>
            </w:r>
            <w:r w:rsidR="00452EF4">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rPr>
              <w:instrText>‐</w:instrText>
            </w:r>
            <w:r w:rsidR="00452EF4">
              <w:instrText>week, randomized, double</w:instrText>
            </w:r>
            <w:r w:rsidR="00452EF4">
              <w:rPr>
                <w:rFonts w:ascii="Cambria Math" w:hAnsi="Cambria Math" w:cs="Cambria Math"/>
              </w:rPr>
              <w:instrText>‐</w:instrText>
            </w:r>
            <w:r w:rsidR="00452EF4">
              <w:instrText>blind, placebo</w:instrText>
            </w:r>
            <w:r w:rsidR="00452EF4">
              <w:rPr>
                <w:rFonts w:ascii="Cambria Math" w:hAnsi="Cambria Math" w:cs="Cambria Math"/>
              </w:rPr>
              <w:instrText>‐</w:instrText>
            </w:r>
            <w:r w:rsidR="00452EF4">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fldChar w:fldCharType="separate"/>
            </w:r>
            <w:r w:rsidR="00452EF4" w:rsidRPr="00452EF4">
              <w:rPr>
                <w:noProof/>
                <w:vertAlign w:val="superscript"/>
              </w:rPr>
              <w:t>40</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41283E8C" w14:textId="77777777" w:rsidR="009446D0" w:rsidRPr="00EB75F0" w:rsidRDefault="0084596B">
            <w:pPr>
              <w:spacing w:before="60" w:after="60" w:line="240" w:lineRule="auto"/>
              <w:rPr>
                <w:color w:val="00B050"/>
                <w:sz w:val="16"/>
              </w:rPr>
            </w:pPr>
            <w:proofErr w:type="spellStart"/>
            <w:r w:rsidRPr="00EB75F0">
              <w:rPr>
                <w:color w:val="000000"/>
                <w:sz w:val="16"/>
              </w:rPr>
              <w:t>Brexpiprazole</w:t>
            </w:r>
            <w:proofErr w:type="spellEnd"/>
            <w:r w:rsidRPr="00EB75F0">
              <w:rPr>
                <w:color w:val="000000"/>
                <w:sz w:val="16"/>
              </w:rPr>
              <w:t xml:space="preserve"> 1 mg OD (N = 115), </w:t>
            </w:r>
            <w:r w:rsidRPr="00EB75F0">
              <w:br/>
            </w:r>
            <w:proofErr w:type="spellStart"/>
            <w:r w:rsidRPr="00EB75F0">
              <w:rPr>
                <w:color w:val="00B050"/>
                <w:sz w:val="16"/>
              </w:rPr>
              <w:t>Brexpiprazole</w:t>
            </w:r>
            <w:proofErr w:type="spellEnd"/>
            <w:r w:rsidRPr="00EB75F0">
              <w:rPr>
                <w:color w:val="00B050"/>
                <w:sz w:val="16"/>
              </w:rPr>
              <w:t xml:space="preserve"> 2 mg OD (N = 115), </w:t>
            </w:r>
            <w:r w:rsidRPr="00EB75F0">
              <w:br/>
            </w:r>
            <w:proofErr w:type="spellStart"/>
            <w:r w:rsidRPr="00EB75F0">
              <w:rPr>
                <w:color w:val="00B050"/>
                <w:sz w:val="16"/>
              </w:rPr>
              <w:t>Brexpiprazole</w:t>
            </w:r>
            <w:proofErr w:type="spellEnd"/>
            <w:r w:rsidRPr="00EB75F0">
              <w:rPr>
                <w:color w:val="00B050"/>
                <w:sz w:val="16"/>
              </w:rPr>
              <w:t xml:space="preserve"> 4 mg OD (N = 113)</w:t>
            </w:r>
          </w:p>
        </w:tc>
        <w:tc>
          <w:tcPr>
            <w:tcW w:w="3600" w:type="dxa"/>
            <w:tcBorders>
              <w:top w:val="single" w:sz="4" w:space="0" w:color="000000"/>
              <w:left w:val="single" w:sz="4" w:space="0" w:color="000000"/>
              <w:bottom w:val="single" w:sz="4" w:space="0" w:color="000000"/>
              <w:right w:val="single" w:sz="4" w:space="0" w:color="000000"/>
            </w:tcBorders>
          </w:tcPr>
          <w:p w14:paraId="3FF45CCC" w14:textId="77777777" w:rsidR="009446D0" w:rsidRPr="00EB75F0" w:rsidRDefault="0084596B">
            <w:pPr>
              <w:spacing w:before="60" w:after="60" w:line="240" w:lineRule="auto"/>
              <w:rPr>
                <w:color w:val="000000"/>
                <w:sz w:val="16"/>
              </w:rPr>
            </w:pPr>
            <w:r w:rsidRPr="00EB75F0">
              <w:rPr>
                <w:color w:val="000000"/>
                <w:sz w:val="16"/>
              </w:rPr>
              <w:t>Placebo (N = 116)</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1C98D315" w14:textId="77777777" w:rsidR="009446D0" w:rsidRPr="00EB75F0" w:rsidRDefault="0084596B">
            <w:pPr>
              <w:spacing w:before="60" w:after="60" w:line="240" w:lineRule="auto"/>
              <w:rPr>
                <w:color w:val="000000"/>
                <w:sz w:val="16"/>
              </w:rPr>
            </w:pPr>
            <w:r w:rsidRPr="00EB75F0">
              <w:rPr>
                <w:color w:val="000000"/>
                <w:sz w:val="16"/>
              </w:rPr>
              <w:t xml:space="preserve">Exclude </w:t>
            </w:r>
            <w:proofErr w:type="spellStart"/>
            <w:r w:rsidRPr="00EB75F0">
              <w:rPr>
                <w:color w:val="1E1E1E"/>
                <w:sz w:val="16"/>
              </w:rPr>
              <w:t>brexpiprazole</w:t>
            </w:r>
            <w:proofErr w:type="spellEnd"/>
            <w:r w:rsidRPr="00EB75F0">
              <w:rPr>
                <w:color w:val="1E1E1E"/>
                <w:sz w:val="16"/>
              </w:rPr>
              <w:t xml:space="preserve"> 1 mg OD</w:t>
            </w:r>
            <w:r w:rsidRPr="00EB75F0">
              <w:rPr>
                <w:color w:val="000000"/>
                <w:sz w:val="16"/>
              </w:rPr>
              <w:t xml:space="preserve"> arm as it lies outside FDA/EMA licensed dose ranges</w:t>
            </w:r>
          </w:p>
        </w:tc>
      </w:tr>
      <w:tr w:rsidR="009446D0" w:rsidRPr="00EB75F0" w14:paraId="29762ED4"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EB09EC5" w14:textId="46560338" w:rsidR="009446D0" w:rsidRPr="00EB75F0" w:rsidRDefault="0084596B">
            <w:pPr>
              <w:spacing w:before="60" w:after="60" w:line="240" w:lineRule="auto"/>
              <w:rPr>
                <w:sz w:val="16"/>
              </w:rPr>
            </w:pPr>
            <w:r w:rsidRPr="00EB75F0">
              <w:rPr>
                <w:color w:val="000000"/>
                <w:sz w:val="16"/>
              </w:rPr>
              <w:t>Correll 2015</w:t>
            </w:r>
            <w:r w:rsidR="0031308D" w:rsidRPr="00EB75F0">
              <w:fldChar w:fldCharType="begin"/>
            </w:r>
            <w:r w:rsidR="00452EF4">
              <w:instrText xml:space="preserve"> ADDIN EN.CITE &lt;EndNote&gt;&lt;Cite&gt;&lt;Author&gt;Correll&lt;/Author&gt;&lt;Year&gt;2015&lt;/Year&gt;&lt;RecNum&gt;38&lt;/RecNum&gt;&lt;DisplayText&gt;&lt;style face="superscript"&gt;41&lt;/style&gt;&lt;/DisplayText&gt;&lt;record&gt;&lt;rec-number&gt;38&lt;/rec-number&gt;&lt;foreign-keys&gt;&lt;key app="EN" db-id="9ttaxzax2p0tr7ewzt55atews50zvxaaa5rz" timestamp="1764068831"&gt;38&lt;/key&gt;&lt;/foreign-keys&gt;&lt;ref-type name="Journal Article"&gt;17&lt;/ref-type&gt;&lt;contributors&gt;&lt;authors&gt;&lt;author&gt;Correll, Christoph U&lt;/author&gt;&lt;author&gt;Skuban, Aleksandar&lt;/author&gt;&lt;author&gt;Ouyang, John&lt;/author&gt;&lt;author&gt;Hobart, Mary&lt;/author&gt;&lt;author&gt;Pfister, Stephanie&lt;/author&gt;&lt;author&gt;McQuade, Robert D&lt;/author&gt;&lt;author&gt;Nyilas, Margaretta&lt;/author&gt;&lt;author&gt;Carson, William H&lt;/author&gt;&lt;author&gt;Sanchez, Raymond&lt;/author&gt;&lt;author&gt;Eriksson, Hans&lt;/author&gt;&lt;/authors&gt;&lt;/contributors&gt;&lt;titles&gt;&lt;title&gt;Efficacy and safety of brexpiprazole for the treatment of acute schizophrenia: a 6-week randomized, double-blind, placebo-controlled trial&lt;/title&gt;&lt;secondary-title&gt;American Journal of Psychiatry&lt;/secondary-title&gt;&lt;/titles&gt;&lt;periodical&gt;&lt;full-title&gt;American Journal of Psychiatry&lt;/full-title&gt;&lt;/periodical&gt;&lt;pages&gt;870-880&lt;/pages&gt;&lt;volume&gt;172&lt;/volume&gt;&lt;number&gt;9&lt;/number&gt;&lt;dates&gt;&lt;year&gt;2015&lt;/year&gt;&lt;/dates&gt;&lt;isbn&gt;0002-953X&lt;/isbn&gt;&lt;urls&gt;&lt;/urls&gt;&lt;/record&gt;&lt;/Cite&gt;&lt;/EndNote&gt;</w:instrText>
            </w:r>
            <w:r w:rsidR="0031308D" w:rsidRPr="00EB75F0">
              <w:fldChar w:fldCharType="separate"/>
            </w:r>
            <w:r w:rsidR="00452EF4" w:rsidRPr="00452EF4">
              <w:rPr>
                <w:noProof/>
                <w:vertAlign w:val="superscript"/>
              </w:rPr>
              <w:t>41</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58C7EE2A" w14:textId="77777777" w:rsidR="009446D0" w:rsidRPr="00EB75F0" w:rsidRDefault="0084596B">
            <w:pPr>
              <w:spacing w:before="60" w:after="60" w:line="240" w:lineRule="auto"/>
              <w:rPr>
                <w:sz w:val="16"/>
              </w:rPr>
            </w:pPr>
            <w:proofErr w:type="spellStart"/>
            <w:r w:rsidRPr="00EB75F0">
              <w:rPr>
                <w:color w:val="000000"/>
                <w:sz w:val="16"/>
              </w:rPr>
              <w:t>Brexpiprazole</w:t>
            </w:r>
            <w:proofErr w:type="spellEnd"/>
            <w:r w:rsidRPr="00EB75F0">
              <w:rPr>
                <w:color w:val="000000"/>
                <w:sz w:val="16"/>
              </w:rPr>
              <w:t xml:space="preserve"> 0.25 mg OD (N = 90), </w:t>
            </w:r>
            <w:r w:rsidRPr="00EB75F0">
              <w:br/>
            </w:r>
            <w:proofErr w:type="spellStart"/>
            <w:r w:rsidRPr="00EB75F0">
              <w:rPr>
                <w:color w:val="00B050"/>
                <w:sz w:val="16"/>
              </w:rPr>
              <w:t>Brexpiprazole</w:t>
            </w:r>
            <w:proofErr w:type="spellEnd"/>
            <w:r w:rsidRPr="00EB75F0">
              <w:rPr>
                <w:color w:val="00B050"/>
                <w:sz w:val="16"/>
              </w:rPr>
              <w:t xml:space="preserve"> 2 mg OD (N = 182), </w:t>
            </w:r>
            <w:r w:rsidRPr="00EB75F0">
              <w:br/>
            </w:r>
            <w:proofErr w:type="spellStart"/>
            <w:r w:rsidRPr="00EB75F0">
              <w:rPr>
                <w:color w:val="00B050"/>
                <w:sz w:val="16"/>
              </w:rPr>
              <w:t>Brexpiprazole</w:t>
            </w:r>
            <w:proofErr w:type="spellEnd"/>
            <w:r w:rsidRPr="00EB75F0">
              <w:rPr>
                <w:color w:val="00B050"/>
                <w:sz w:val="16"/>
              </w:rPr>
              <w:t xml:space="preserve"> 4 mg OD (N = 180)</w:t>
            </w:r>
          </w:p>
        </w:tc>
        <w:tc>
          <w:tcPr>
            <w:tcW w:w="3600" w:type="dxa"/>
            <w:tcBorders>
              <w:top w:val="single" w:sz="4" w:space="0" w:color="000000"/>
              <w:left w:val="single" w:sz="4" w:space="0" w:color="000000"/>
              <w:bottom w:val="single" w:sz="4" w:space="0" w:color="000000"/>
              <w:right w:val="single" w:sz="4" w:space="0" w:color="000000"/>
            </w:tcBorders>
          </w:tcPr>
          <w:p w14:paraId="0908B22E" w14:textId="77777777" w:rsidR="009446D0" w:rsidRPr="00EB75F0" w:rsidRDefault="0084596B">
            <w:pPr>
              <w:spacing w:before="60" w:after="60" w:line="240" w:lineRule="auto"/>
              <w:rPr>
                <w:sz w:val="16"/>
              </w:rPr>
            </w:pPr>
            <w:r w:rsidRPr="00EB75F0">
              <w:rPr>
                <w:color w:val="000000"/>
                <w:sz w:val="16"/>
              </w:rPr>
              <w:t>Placebo (N = 184)</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2DA837EC" w14:textId="77777777" w:rsidR="009446D0" w:rsidRPr="00EB75F0" w:rsidRDefault="0084596B">
            <w:pPr>
              <w:spacing w:before="60" w:after="60" w:line="240" w:lineRule="auto"/>
              <w:rPr>
                <w:color w:val="000000"/>
                <w:sz w:val="16"/>
              </w:rPr>
            </w:pPr>
            <w:r w:rsidRPr="00EB75F0">
              <w:rPr>
                <w:color w:val="000000"/>
                <w:sz w:val="16"/>
              </w:rPr>
              <w:t xml:space="preserve">Exclude </w:t>
            </w:r>
            <w:proofErr w:type="spellStart"/>
            <w:r w:rsidRPr="00EB75F0">
              <w:rPr>
                <w:color w:val="1E1E1E"/>
                <w:sz w:val="16"/>
              </w:rPr>
              <w:t>brexpiprazole</w:t>
            </w:r>
            <w:proofErr w:type="spellEnd"/>
            <w:r w:rsidRPr="00EB75F0">
              <w:rPr>
                <w:color w:val="1E1E1E"/>
                <w:sz w:val="16"/>
              </w:rPr>
              <w:t xml:space="preserve"> 0.25 mg OD</w:t>
            </w:r>
            <w:r w:rsidRPr="00EB75F0">
              <w:rPr>
                <w:color w:val="000000"/>
                <w:sz w:val="16"/>
              </w:rPr>
              <w:t xml:space="preserve"> arm as it lies outside FDA/EMA licensed dose ranges</w:t>
            </w:r>
          </w:p>
        </w:tc>
      </w:tr>
      <w:tr w:rsidR="009446D0" w:rsidRPr="00EB75F0" w14:paraId="1BDDA9DA"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35EF498B" w14:textId="11E1BAB2" w:rsidR="009446D0" w:rsidRPr="00EB75F0" w:rsidRDefault="0084596B">
            <w:pPr>
              <w:spacing w:before="60" w:after="60" w:line="240" w:lineRule="auto"/>
              <w:rPr>
                <w:sz w:val="16"/>
              </w:rPr>
            </w:pPr>
            <w:r w:rsidRPr="00EB75F0">
              <w:rPr>
                <w:color w:val="000000"/>
                <w:sz w:val="16"/>
              </w:rPr>
              <w:t>Kane 2015 (BEACON</w:t>
            </w:r>
            <w:r w:rsidR="0031308D" w:rsidRPr="00EB75F0">
              <w:fldChar w:fldCharType="begin">
                <w:fldData xml:space="preserve">PEVuZE5vdGU+PENpdGU+PEF1dGhvcj5LYW5lPC9BdXRob3I+PFllYXI+MjAxNTwvWWVhcj48UmVj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</w:fldData>
              </w:fldChar>
            </w:r>
            <w:r w:rsidR="00452EF4">
              <w:instrText xml:space="preserve"> ADDIN EN.CITE </w:instrText>
            </w:r>
            <w:r w:rsidR="00452EF4">
              <w:fldChar w:fldCharType="begin">
                <w:fldData xml:space="preserve">PEVuZE5vdGU+PENpdGU+PEF1dGhvcj5LYW5lPC9BdXRob3I+PFllYXI+MjAxNTwvWWVhcj48UmVj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</w:fldData>
              </w:fldChar>
            </w:r>
            <w:r w:rsidR="00452EF4">
              <w:instrText xml:space="preserve"> ADDIN EN.CITE.DATA </w:instrText>
            </w:r>
            <w:r w:rsidR="00452EF4">
              <w:fldChar w:fldCharType="end"/>
            </w:r>
            <w:r w:rsidR="0031308D" w:rsidRPr="00EB75F0">
              <w:fldChar w:fldCharType="separate"/>
            </w:r>
            <w:r w:rsidR="00452EF4" w:rsidRPr="00452EF4">
              <w:rPr>
                <w:noProof/>
                <w:vertAlign w:val="superscript"/>
              </w:rPr>
              <w:t>42</w:t>
            </w:r>
            <w:r w:rsidR="0031308D" w:rsidRPr="00EB75F0">
              <w:fldChar w:fldCharType="end"/>
            </w:r>
            <w:r w:rsidRPr="00EB75F0">
              <w:rPr>
                <w:color w:val="000000"/>
                <w:sz w:val="16"/>
              </w:rPr>
              <w:t>)</w:t>
            </w:r>
          </w:p>
        </w:tc>
        <w:tc>
          <w:tcPr>
            <w:tcW w:w="0" w:type="dxa"/>
            <w:tcBorders>
              <w:top w:val="single" w:sz="4" w:space="0" w:color="000000"/>
              <w:left w:val="single" w:sz="4" w:space="0" w:color="000000"/>
              <w:bottom w:val="single" w:sz="4" w:space="0" w:color="000000"/>
              <w:right w:val="single" w:sz="4" w:space="0" w:color="000000"/>
            </w:tcBorders>
          </w:tcPr>
          <w:p w14:paraId="37E51AC2" w14:textId="77777777" w:rsidR="009446D0" w:rsidRPr="00EB75F0" w:rsidRDefault="0084596B">
            <w:pPr>
              <w:spacing w:before="60" w:after="60" w:line="240" w:lineRule="auto"/>
              <w:rPr>
                <w:sz w:val="16"/>
              </w:rPr>
            </w:pPr>
            <w:proofErr w:type="spellStart"/>
            <w:r w:rsidRPr="00EB75F0">
              <w:rPr>
                <w:color w:val="000000"/>
                <w:sz w:val="16"/>
              </w:rPr>
              <w:t>Brexpiprazole</w:t>
            </w:r>
            <w:proofErr w:type="spellEnd"/>
            <w:r w:rsidRPr="00EB75F0">
              <w:rPr>
                <w:color w:val="000000"/>
                <w:sz w:val="16"/>
              </w:rPr>
              <w:t xml:space="preserve"> 1 mg OD (N = 186), </w:t>
            </w:r>
            <w:r w:rsidRPr="00EB75F0">
              <w:br/>
            </w:r>
            <w:proofErr w:type="spellStart"/>
            <w:r w:rsidRPr="00EB75F0">
              <w:rPr>
                <w:color w:val="00B050"/>
                <w:sz w:val="16"/>
              </w:rPr>
              <w:t>Brexpiprazole</w:t>
            </w:r>
            <w:proofErr w:type="spellEnd"/>
            <w:r w:rsidRPr="00EB75F0">
              <w:rPr>
                <w:color w:val="00B050"/>
                <w:sz w:val="16"/>
              </w:rPr>
              <w:t xml:space="preserve"> 2 mg OD (N = 186), </w:t>
            </w:r>
            <w:r w:rsidRPr="00EB75F0">
              <w:br/>
            </w:r>
            <w:proofErr w:type="spellStart"/>
            <w:r w:rsidRPr="00EB75F0">
              <w:rPr>
                <w:color w:val="00B050"/>
                <w:sz w:val="16"/>
              </w:rPr>
              <w:t>Brexpiprazole</w:t>
            </w:r>
            <w:proofErr w:type="spellEnd"/>
            <w:r w:rsidRPr="00EB75F0">
              <w:rPr>
                <w:color w:val="00B050"/>
                <w:sz w:val="16"/>
              </w:rPr>
              <w:t xml:space="preserve"> 4 mg OD (N = 184)</w:t>
            </w:r>
          </w:p>
        </w:tc>
        <w:tc>
          <w:tcPr>
            <w:tcW w:w="3600" w:type="dxa"/>
            <w:tcBorders>
              <w:top w:val="single" w:sz="4" w:space="0" w:color="000000"/>
              <w:left w:val="single" w:sz="4" w:space="0" w:color="000000"/>
              <w:bottom w:val="single" w:sz="4" w:space="0" w:color="000000"/>
              <w:right w:val="single" w:sz="4" w:space="0" w:color="000000"/>
            </w:tcBorders>
          </w:tcPr>
          <w:p w14:paraId="6B406655" w14:textId="77777777" w:rsidR="009446D0" w:rsidRPr="00EB75F0" w:rsidRDefault="0084596B">
            <w:pPr>
              <w:spacing w:before="60" w:after="60" w:line="240" w:lineRule="auto"/>
              <w:rPr>
                <w:sz w:val="16"/>
              </w:rPr>
            </w:pPr>
            <w:r w:rsidRPr="00EB75F0">
              <w:rPr>
                <w:color w:val="000000"/>
                <w:sz w:val="16"/>
              </w:rPr>
              <w:t>Placebo (N = 184)</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20A2AD43" w14:textId="77777777" w:rsidR="009446D0" w:rsidRPr="00EB75F0" w:rsidRDefault="0084596B">
            <w:pPr>
              <w:spacing w:before="60" w:after="60" w:line="240" w:lineRule="auto"/>
              <w:rPr>
                <w:color w:val="000000"/>
                <w:sz w:val="16"/>
              </w:rPr>
            </w:pPr>
            <w:r w:rsidRPr="00EB75F0">
              <w:rPr>
                <w:color w:val="000000"/>
                <w:sz w:val="16"/>
              </w:rPr>
              <w:t xml:space="preserve">Exclude </w:t>
            </w:r>
            <w:proofErr w:type="spellStart"/>
            <w:r w:rsidRPr="00EB75F0">
              <w:rPr>
                <w:color w:val="1E1E1E"/>
                <w:sz w:val="16"/>
              </w:rPr>
              <w:t>brexpiprazole</w:t>
            </w:r>
            <w:proofErr w:type="spellEnd"/>
            <w:r w:rsidRPr="00EB75F0">
              <w:rPr>
                <w:color w:val="1E1E1E"/>
                <w:sz w:val="16"/>
              </w:rPr>
              <w:t xml:space="preserve"> 1 mg OD</w:t>
            </w:r>
            <w:r w:rsidRPr="00EB75F0">
              <w:rPr>
                <w:color w:val="000000"/>
                <w:sz w:val="16"/>
              </w:rPr>
              <w:t xml:space="preserve"> arm as it lies outside FDA/EMA licensed dose ranges</w:t>
            </w:r>
          </w:p>
        </w:tc>
      </w:tr>
      <w:tr w:rsidR="009446D0" w:rsidRPr="00EB75F0" w14:paraId="4CC672BA"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21C9C0C0" w14:textId="7F443BE6" w:rsidR="009446D0" w:rsidRPr="00EB75F0" w:rsidRDefault="0084596B">
            <w:pPr>
              <w:spacing w:before="60" w:after="60" w:line="240" w:lineRule="auto"/>
              <w:rPr>
                <w:color w:val="1E1E1E"/>
                <w:sz w:val="16"/>
              </w:rPr>
            </w:pPr>
            <w:r w:rsidRPr="00EB75F0">
              <w:rPr>
                <w:color w:val="1E1E1E"/>
                <w:sz w:val="16"/>
              </w:rPr>
              <w:t>Marder 2016</w:t>
            </w:r>
            <w:r w:rsidR="0031308D" w:rsidRPr="00EB75F0">
              <w:fldChar w:fldCharType="begin"/>
            </w:r>
            <w:r w:rsidR="00452EF4">
              <w:instrText xml:space="preserve"> ADDIN EN.CITE &lt;EndNote&gt;&lt;Cite&gt;&lt;Author&gt;Marder&lt;/Author&gt;&lt;Year&gt;2016&lt;/Year&gt;&lt;RecNum&gt;40&lt;/RecNum&gt;&lt;DisplayText&gt;&lt;style face="superscript"&gt;43&lt;/style&gt;&lt;/DisplayText&gt;&lt;record&gt;&lt;rec-number&gt;40&lt;/rec-number&gt;&lt;foreign-keys&gt;&lt;key app="EN" db-id="9ttaxzax2p0tr7ewzt55atews50zvxaaa5rz" timestamp="1764068832"&gt;40&lt;/key&gt;&lt;/foreign-keys&gt;&lt;ref-type name="Journal Article"&gt;17&lt;/ref-type&gt;&lt;contributors&gt;&lt;authors&gt;&lt;author&gt;Marder, SR&lt;/author&gt;&lt;author&gt;Hakala, M&lt;/author&gt;&lt;author&gt;Gislum, M&lt;/author&gt;&lt;author&gt;Skuban, A&lt;/author&gt;&lt;author&gt;Weiller, E&lt;/author&gt;&lt;author&gt;Weiss, C&lt;/author&gt;&lt;/authors&gt;&lt;/contributors&gt;&lt;titles&gt;&lt;title&gt;An interventional, multi-center, randomized, double-blind, placebo-controlled, active reference, flexible dose study of brexpiprazole in adults with acute schizophrenia&lt;/title&gt;&lt;secondary-title&gt;European Psychiatry&lt;/secondary-title&gt;&lt;/titles&gt;&lt;periodical&gt;&lt;full-title&gt;European Psychiatry&lt;/full-title&gt;&lt;/periodical&gt;&lt;pages&gt;S99-S99&lt;/pages&gt;&lt;volume&gt;33&lt;/volume&gt;&lt;number&gt;S1&lt;/number&gt;&lt;dates&gt;&lt;year&gt;2016&lt;/year&gt;&lt;/dates&gt;&lt;isbn&gt;0924-9338&lt;/isbn&gt;&lt;urls&gt;&lt;/urls&gt;&lt;/record&gt;&lt;/Cite&gt;&lt;/EndNote&gt;</w:instrText>
            </w:r>
            <w:r w:rsidR="0031308D" w:rsidRPr="00EB75F0">
              <w:fldChar w:fldCharType="separate"/>
            </w:r>
            <w:r w:rsidR="00452EF4" w:rsidRPr="00452EF4">
              <w:rPr>
                <w:noProof/>
                <w:vertAlign w:val="superscript"/>
              </w:rPr>
              <w:t>43</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53F45433" w14:textId="77777777" w:rsidR="009446D0" w:rsidRPr="00EB75F0" w:rsidRDefault="0084596B">
            <w:pPr>
              <w:spacing w:before="60" w:after="60" w:line="240" w:lineRule="auto"/>
              <w:rPr>
                <w:color w:val="1E1E1E"/>
                <w:sz w:val="16"/>
              </w:rPr>
            </w:pPr>
            <w:proofErr w:type="spellStart"/>
            <w:r w:rsidRPr="00EB75F0">
              <w:rPr>
                <w:color w:val="00B050"/>
                <w:sz w:val="16"/>
              </w:rPr>
              <w:t>Brexpiprazole</w:t>
            </w:r>
            <w:proofErr w:type="spellEnd"/>
            <w:r w:rsidRPr="00EB75F0">
              <w:rPr>
                <w:color w:val="00B050"/>
                <w:sz w:val="16"/>
              </w:rPr>
              <w:t xml:space="preserve"> 2–4 mg OD (N = 150), </w:t>
            </w:r>
            <w:r w:rsidRPr="00EB75F0">
              <w:br/>
            </w:r>
            <w:r w:rsidRPr="00EB75F0">
              <w:rPr>
                <w:color w:val="00B050"/>
                <w:sz w:val="16"/>
              </w:rPr>
              <w:t>Quetiapine XR 400–800mg OD (N = 153)</w:t>
            </w:r>
          </w:p>
        </w:tc>
        <w:tc>
          <w:tcPr>
            <w:tcW w:w="3600" w:type="dxa"/>
            <w:tcBorders>
              <w:top w:val="single" w:sz="4" w:space="0" w:color="000000"/>
              <w:left w:val="single" w:sz="4" w:space="0" w:color="000000"/>
              <w:bottom w:val="single" w:sz="4" w:space="0" w:color="000000"/>
              <w:right w:val="single" w:sz="4" w:space="0" w:color="000000"/>
            </w:tcBorders>
          </w:tcPr>
          <w:p w14:paraId="5F4F092F" w14:textId="77777777" w:rsidR="009446D0" w:rsidRPr="00EB75F0" w:rsidRDefault="0084596B">
            <w:pPr>
              <w:spacing w:before="60" w:after="60" w:line="240" w:lineRule="auto"/>
              <w:rPr>
                <w:color w:val="1E1E1E"/>
                <w:sz w:val="16"/>
              </w:rPr>
            </w:pPr>
            <w:r w:rsidRPr="00EB75F0">
              <w:rPr>
                <w:color w:val="1E1E1E"/>
                <w:sz w:val="16"/>
              </w:rPr>
              <w:t>Placebo (N = 161)</w:t>
            </w:r>
          </w:p>
        </w:tc>
        <w:tc>
          <w:tcPr>
            <w:tcW w:w="5696" w:type="dxa"/>
            <w:tcBorders>
              <w:top w:val="single" w:sz="4" w:space="0" w:color="000000"/>
              <w:left w:val="single" w:sz="4" w:space="0" w:color="000000"/>
              <w:bottom w:val="single" w:sz="4" w:space="0" w:color="000000"/>
              <w:right w:val="single" w:sz="4" w:space="0" w:color="000000"/>
            </w:tcBorders>
          </w:tcPr>
          <w:p w14:paraId="7620360C"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5545ACE6"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42C39E3" w14:textId="20FC4B4D" w:rsidR="009446D0" w:rsidRPr="00EB75F0" w:rsidRDefault="0084596B">
            <w:pPr>
              <w:spacing w:before="60" w:after="60" w:line="240" w:lineRule="auto"/>
              <w:rPr>
                <w:color w:val="1E1E1E"/>
                <w:sz w:val="16"/>
              </w:rPr>
            </w:pPr>
            <w:r w:rsidRPr="00EB75F0">
              <w:rPr>
                <w:color w:val="1E1E1E"/>
                <w:sz w:val="16"/>
              </w:rPr>
              <w:t>NCT01625000</w:t>
            </w:r>
            <w:r w:rsidR="0031308D" w:rsidRPr="00EB75F0">
              <w:fldChar w:fldCharType="begin"/>
            </w:r>
            <w:r w:rsidR="00452EF4">
              <w:instrText xml:space="preserve"> ADDIN EN.CITE &lt;EndNote&gt;&lt;Cite&gt;&lt;Author&gt;NCT01625000&lt;/Author&gt;&lt;Year&gt;2021&lt;/Year&gt;&lt;RecNum&gt;41&lt;/RecNum&gt;&lt;DisplayText&gt;&lt;style face="superscript"&gt;44&lt;/style&gt;&lt;/DisplayText&gt;&lt;record&gt;&lt;rec-number&gt;41&lt;/rec-number&gt;&lt;foreign-keys&gt;&lt;key app="EN" db-id="9ttaxzax2p0tr7ewzt55atews50zvxaaa5rz" timestamp="1764068832"&gt;41&lt;/key&gt;&lt;/foreign-keys&gt;&lt;ref-type name="Journal Article"&gt;17&lt;/ref-type&gt;&lt;contributors&gt;&lt;authors&gt;&lt;author&gt;NCT01625000&lt;/author&gt;&lt;/authors&gt;&lt;/contributors&gt;&lt;titles&gt;&lt;title&gt;Safety and Efficacy of MP-214 in Patients With Schizophrenia&lt;/title&gt;&lt;secondary-title&gt;-&lt;/secondary-title&gt;&lt;/titles&gt;&lt;periodical&gt;&lt;full-title&gt;-&lt;/full-title&gt;&lt;/periodical&gt;&lt;pages&gt;-&lt;/pages&gt;&lt;volume&gt;-&lt;/volume&gt;&lt;dates&gt;&lt;year&gt;2021&lt;/year&gt;&lt;/dates&gt;&lt;urls&gt;&lt;/urls&gt;&lt;/record&gt;&lt;/Cite&gt;&lt;/EndNote&gt;</w:instrText>
            </w:r>
            <w:r w:rsidR="0031308D" w:rsidRPr="00EB75F0">
              <w:fldChar w:fldCharType="separate"/>
            </w:r>
            <w:r w:rsidR="00452EF4" w:rsidRPr="00452EF4">
              <w:rPr>
                <w:noProof/>
                <w:vertAlign w:val="superscript"/>
              </w:rPr>
              <w:t>44</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5FB59E04" w14:textId="77777777" w:rsidR="009446D0" w:rsidRPr="00EB75F0" w:rsidRDefault="0084596B">
            <w:pPr>
              <w:spacing w:before="60" w:after="60" w:line="240" w:lineRule="auto"/>
              <w:rPr>
                <w:color w:val="1E1E1E"/>
                <w:sz w:val="16"/>
              </w:rPr>
            </w:pPr>
            <w:proofErr w:type="spellStart"/>
            <w:r w:rsidRPr="00EB75F0">
              <w:rPr>
                <w:color w:val="00B050"/>
                <w:sz w:val="16"/>
              </w:rPr>
              <w:t>Cariprazine</w:t>
            </w:r>
            <w:proofErr w:type="spellEnd"/>
            <w:r w:rsidRPr="00EB75F0">
              <w:rPr>
                <w:color w:val="00B050"/>
                <w:sz w:val="16"/>
              </w:rPr>
              <w:t xml:space="preserve"> 3 mg OD (N = 126), </w:t>
            </w:r>
            <w:r w:rsidRPr="00EB75F0">
              <w:br/>
            </w:r>
            <w:proofErr w:type="spellStart"/>
            <w:r w:rsidRPr="00EB75F0">
              <w:rPr>
                <w:color w:val="00B050"/>
                <w:sz w:val="16"/>
              </w:rPr>
              <w:t>Cariprazine</w:t>
            </w:r>
            <w:proofErr w:type="spellEnd"/>
            <w:r w:rsidRPr="00EB75F0">
              <w:rPr>
                <w:color w:val="00B050"/>
                <w:sz w:val="16"/>
              </w:rPr>
              <w:t xml:space="preserve"> 6 mg OD (N = 133), </w:t>
            </w:r>
            <w:r w:rsidRPr="00EB75F0">
              <w:br/>
            </w:r>
            <w:proofErr w:type="spellStart"/>
            <w:r w:rsidRPr="00EB75F0">
              <w:rPr>
                <w:color w:val="1E1E1E"/>
                <w:sz w:val="16"/>
              </w:rPr>
              <w:t>Cariprazine</w:t>
            </w:r>
            <w:proofErr w:type="spellEnd"/>
            <w:r w:rsidRPr="00EB75F0">
              <w:rPr>
                <w:color w:val="1E1E1E"/>
                <w:sz w:val="16"/>
              </w:rPr>
              <w:t xml:space="preserve"> 9 mg OD (N = 67), </w:t>
            </w:r>
            <w:r w:rsidRPr="00EB75F0">
              <w:br/>
            </w:r>
            <w:r w:rsidRPr="00EB75F0">
              <w:rPr>
                <w:color w:val="00B050"/>
                <w:sz w:val="16"/>
              </w:rPr>
              <w:t>Risperidone 4 mg OD (N = 56)</w:t>
            </w:r>
          </w:p>
        </w:tc>
        <w:tc>
          <w:tcPr>
            <w:tcW w:w="3600" w:type="dxa"/>
            <w:tcBorders>
              <w:top w:val="single" w:sz="4" w:space="0" w:color="000000"/>
              <w:left w:val="single" w:sz="4" w:space="0" w:color="000000"/>
              <w:bottom w:val="single" w:sz="4" w:space="0" w:color="000000"/>
              <w:right w:val="single" w:sz="4" w:space="0" w:color="000000"/>
            </w:tcBorders>
          </w:tcPr>
          <w:p w14:paraId="557BF6AA" w14:textId="77777777" w:rsidR="009446D0" w:rsidRPr="00EB75F0" w:rsidRDefault="0084596B">
            <w:pPr>
              <w:spacing w:before="60" w:after="60" w:line="240" w:lineRule="auto"/>
              <w:rPr>
                <w:color w:val="1E1E1E"/>
                <w:sz w:val="16"/>
              </w:rPr>
            </w:pPr>
            <w:r w:rsidRPr="00EB75F0">
              <w:rPr>
                <w:color w:val="1E1E1E"/>
                <w:sz w:val="16"/>
              </w:rPr>
              <w:t>Placebo (N = 126)</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0FB2B13A" w14:textId="77777777" w:rsidR="009446D0" w:rsidRPr="00EB75F0" w:rsidRDefault="0084596B">
            <w:pPr>
              <w:spacing w:before="60" w:after="60" w:line="240" w:lineRule="auto"/>
              <w:rPr>
                <w:color w:val="1E1E1E"/>
                <w:sz w:val="16"/>
              </w:rPr>
            </w:pPr>
            <w:r w:rsidRPr="00EB75F0">
              <w:rPr>
                <w:color w:val="000000"/>
                <w:sz w:val="16"/>
              </w:rPr>
              <w:t xml:space="preserve">Exclude </w:t>
            </w:r>
            <w:proofErr w:type="spellStart"/>
            <w:r w:rsidRPr="00EB75F0">
              <w:rPr>
                <w:color w:val="1E1E1E"/>
                <w:sz w:val="16"/>
              </w:rPr>
              <w:t>cariprazine</w:t>
            </w:r>
            <w:proofErr w:type="spellEnd"/>
            <w:r w:rsidRPr="00EB75F0">
              <w:rPr>
                <w:color w:val="1E1E1E"/>
                <w:sz w:val="16"/>
              </w:rPr>
              <w:t xml:space="preserve"> 9 mg OD</w:t>
            </w:r>
            <w:r w:rsidRPr="00EB75F0">
              <w:rPr>
                <w:color w:val="000000"/>
                <w:sz w:val="16"/>
              </w:rPr>
              <w:t xml:space="preserve"> arm as it lies outside FDA/EMA licensed dose ranges</w:t>
            </w:r>
          </w:p>
        </w:tc>
      </w:tr>
      <w:tr w:rsidR="009446D0" w:rsidRPr="00EB75F0" w14:paraId="1BEE594F"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6D06E18C" w14:textId="1FA57FC3" w:rsidR="009446D0" w:rsidRPr="00EB75F0" w:rsidRDefault="0084596B">
            <w:pPr>
              <w:spacing w:before="60" w:after="60" w:line="240" w:lineRule="auto"/>
              <w:rPr>
                <w:color w:val="1E1E1E"/>
                <w:sz w:val="16"/>
              </w:rPr>
            </w:pPr>
            <w:r w:rsidRPr="00EB75F0">
              <w:rPr>
                <w:color w:val="1E1E1E"/>
                <w:sz w:val="16"/>
              </w:rPr>
              <w:lastRenderedPageBreak/>
              <w:t>Durgam 2016</w:t>
            </w:r>
            <w:r w:rsidR="0031308D" w:rsidRPr="00EB75F0">
              <w:fldChar w:fldCharType="begin"/>
            </w:r>
            <w:r w:rsidR="00452EF4">
              <w:instrText xml:space="preserve"> ADDIN EN.CITE &lt;EndNote&gt;&lt;Cite&gt;&lt;Author&gt;Durgam S&lt;/Author&gt;&lt;Year&gt;2016&lt;/Year&gt;&lt;RecNum&gt;42&lt;/RecNum&gt;&lt;DisplayText&gt;&lt;style face="superscript"&gt;45&lt;/style&gt;&lt;/DisplayText&gt;&lt;record&gt;&lt;rec-number&gt;42&lt;/rec-number&gt;&lt;foreign-keys&gt;&lt;key app="EN" db-id="9ttaxzax2p0tr7ewzt55atews50zvxaaa5rz" timestamp="1764068832"&gt;42&lt;/key&gt;&lt;/foreign-keys&gt;&lt;ref-type name="Journal Article"&gt;17&lt;/ref-type&gt;&lt;contributors&gt;&lt;authors&gt;&lt;author&gt;Durgam S, Litman RE, Papadakis K, Li D, Németh G, Laszlovszky I&lt;/author&gt;&lt;/authors&gt;&lt;/contributors&gt;&lt;titles&gt;&lt;title&gt;Cariprazine in the treatment of schizophrenia: a proof-of-concept trial&lt;/title&gt;&lt;secondary-title&gt;Int. Clin. Psychopharmacol.&lt;/secondary-title&gt;&lt;/titles&gt;&lt;periodical&gt;&lt;full-title&gt;Int. Clin. Psychopharmacol.&lt;/full-title&gt;&lt;/periodical&gt;&lt;pages&gt;61&lt;/pages&gt;&lt;volume&gt;31&lt;/volume&gt;&lt;number&gt;2&lt;/number&gt;&lt;dates&gt;&lt;year&gt;2016&lt;/year&gt;&lt;/dates&gt;&lt;urls&gt;&lt;/urls&gt;&lt;/record&gt;&lt;/Cite&gt;&lt;/EndNote&gt;</w:instrText>
            </w:r>
            <w:r w:rsidR="0031308D" w:rsidRPr="00EB75F0">
              <w:fldChar w:fldCharType="separate"/>
            </w:r>
            <w:r w:rsidR="00452EF4" w:rsidRPr="00452EF4">
              <w:rPr>
                <w:noProof/>
                <w:vertAlign w:val="superscript"/>
              </w:rPr>
              <w:t>45</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3C07AA93" w14:textId="77777777" w:rsidR="009446D0" w:rsidRPr="00732701" w:rsidRDefault="0084596B">
            <w:pPr>
              <w:spacing w:before="60" w:after="60" w:line="240" w:lineRule="auto"/>
              <w:rPr>
                <w:color w:val="1E1E1E"/>
                <w:sz w:val="16"/>
                <w:lang w:val="it-IT"/>
              </w:rPr>
            </w:pPr>
            <w:r w:rsidRPr="00732701">
              <w:rPr>
                <w:color w:val="00B050"/>
                <w:sz w:val="16"/>
                <w:lang w:val="it-IT"/>
              </w:rPr>
              <w:t xml:space="preserve">Cariprazine 1.5–4.5 mg OD (N = 128), </w:t>
            </w:r>
            <w:r w:rsidRPr="00732701">
              <w:rPr>
                <w:color w:val="00B050"/>
                <w:sz w:val="16"/>
                <w:lang w:val="it-IT"/>
              </w:rPr>
              <w:br/>
            </w:r>
            <w:r w:rsidRPr="00732701">
              <w:rPr>
                <w:color w:val="000000"/>
                <w:sz w:val="16"/>
                <w:lang w:val="it-IT"/>
              </w:rPr>
              <w:t>Cariprazine 6–12 mg OD (N = 134)</w:t>
            </w:r>
          </w:p>
        </w:tc>
        <w:tc>
          <w:tcPr>
            <w:tcW w:w="3600" w:type="dxa"/>
            <w:tcBorders>
              <w:top w:val="single" w:sz="4" w:space="0" w:color="000000"/>
              <w:left w:val="single" w:sz="4" w:space="0" w:color="000000"/>
              <w:bottom w:val="single" w:sz="4" w:space="0" w:color="000000"/>
              <w:right w:val="single" w:sz="4" w:space="0" w:color="000000"/>
            </w:tcBorders>
          </w:tcPr>
          <w:p w14:paraId="0D27A6D7" w14:textId="77777777" w:rsidR="009446D0" w:rsidRPr="00EB75F0" w:rsidRDefault="0084596B">
            <w:pPr>
              <w:spacing w:before="60" w:after="60" w:line="240" w:lineRule="auto"/>
              <w:rPr>
                <w:color w:val="1E1E1E"/>
                <w:sz w:val="16"/>
              </w:rPr>
            </w:pPr>
            <w:r w:rsidRPr="00EB75F0">
              <w:rPr>
                <w:color w:val="1E1E1E"/>
                <w:sz w:val="16"/>
              </w:rPr>
              <w:t>Placebo (N = 130)</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45384CFD" w14:textId="77777777" w:rsidR="009446D0" w:rsidRPr="00EB75F0" w:rsidRDefault="0084596B">
            <w:pPr>
              <w:spacing w:before="60" w:after="60" w:line="240" w:lineRule="auto"/>
              <w:rPr>
                <w:color w:val="1E1E1E"/>
                <w:sz w:val="16"/>
              </w:rPr>
            </w:pPr>
            <w:r w:rsidRPr="00EB75F0">
              <w:rPr>
                <w:color w:val="000000"/>
                <w:sz w:val="16"/>
              </w:rPr>
              <w:t xml:space="preserve">Exclude </w:t>
            </w:r>
            <w:proofErr w:type="spellStart"/>
            <w:r w:rsidRPr="00EB75F0">
              <w:rPr>
                <w:color w:val="1E1E1E"/>
                <w:sz w:val="16"/>
              </w:rPr>
              <w:t>cariprazine</w:t>
            </w:r>
            <w:proofErr w:type="spellEnd"/>
            <w:r w:rsidRPr="00EB75F0">
              <w:rPr>
                <w:color w:val="1E1E1E"/>
                <w:sz w:val="16"/>
              </w:rPr>
              <w:t xml:space="preserve"> 6–12 mg OD</w:t>
            </w:r>
            <w:r w:rsidRPr="00EB75F0">
              <w:rPr>
                <w:color w:val="000000"/>
                <w:sz w:val="16"/>
              </w:rPr>
              <w:t xml:space="preserve"> arm as it lies outside FDA/EMA licensed dose ranges</w:t>
            </w:r>
          </w:p>
        </w:tc>
      </w:tr>
      <w:tr w:rsidR="009446D0" w:rsidRPr="00EB75F0" w14:paraId="49811FE0"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21E4E58C" w14:textId="007AA26C" w:rsidR="009446D0" w:rsidRPr="00EB75F0" w:rsidRDefault="0084596B">
            <w:pPr>
              <w:spacing w:before="60" w:after="60" w:line="240" w:lineRule="auto"/>
              <w:rPr>
                <w:color w:val="1E1E1E"/>
                <w:sz w:val="16"/>
              </w:rPr>
            </w:pPr>
            <w:r w:rsidRPr="00EB75F0">
              <w:rPr>
                <w:color w:val="1E1E1E"/>
                <w:sz w:val="16"/>
              </w:rPr>
              <w:t>Durgam 2014</w:t>
            </w:r>
            <w:r w:rsidR="0031308D" w:rsidRPr="00EB75F0">
              <w:fldChar w:fldCharType="begin"/>
            </w:r>
            <w:r w:rsidR="00452EF4">
              <w:instrText xml:space="preserve"> ADDIN EN.CITE &lt;EndNote&gt;&lt;Cite&gt;&lt;Author&gt;Durgam S&lt;/Author&gt;&lt;Year&gt;2014&lt;/Year&gt;&lt;RecNum&gt;43&lt;/RecNum&gt;&lt;DisplayText&gt;&lt;style face="superscript"&gt;46&lt;/style&gt;&lt;/DisplayText&gt;&lt;record&gt;&lt;rec-number&gt;43&lt;/rec-number&gt;&lt;foreign-keys&gt;&lt;key app="EN" db-id="9ttaxzax2p0tr7ewzt55atews50zvxaaa5rz" timestamp="1764068832"&gt;43&lt;/key&gt;&lt;/foreign-keys&gt;&lt;ref-type name="Journal Article"&gt;17&lt;/ref-type&gt;&lt;contributors&gt;&lt;authors&gt;&lt;author&gt;Durgam S, Starace A, Li D, Migliore R, Ruth A, Németh G, Laszlovszky I&lt;/author&gt;&lt;/authors&gt;&lt;/contributors&gt;&lt;titles&gt;&lt;title&gt;An evaluation of the safety and efficacy of cariprazine in patients with acute exacerbation of schizophrenia: a phase II, randomized clinical trial.&lt;/title&gt;&lt;secondary-title&gt;Schizophr. Res.&lt;/secondary-title&gt;&lt;/titles&gt;&lt;periodical&gt;&lt;full-title&gt;Schizophr. Res.&lt;/full-title&gt;&lt;/periodical&gt;&lt;pages&gt;450-7&lt;/pages&gt;&lt;volume&gt;1&lt;/volume&gt;&lt;number&gt;152&lt;/number&gt;&lt;dates&gt;&lt;year&gt;2014&lt;/year&gt;&lt;/dates&gt;&lt;urls&gt;&lt;/urls&gt;&lt;/record&gt;&lt;/Cite&gt;&lt;/EndNote&gt;</w:instrText>
            </w:r>
            <w:r w:rsidR="0031308D" w:rsidRPr="00EB75F0">
              <w:fldChar w:fldCharType="separate"/>
            </w:r>
            <w:r w:rsidR="00452EF4" w:rsidRPr="00452EF4">
              <w:rPr>
                <w:noProof/>
                <w:vertAlign w:val="superscript"/>
              </w:rPr>
              <w:t>46</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6546E806" w14:textId="77777777" w:rsidR="009446D0" w:rsidRPr="00EB75F0" w:rsidRDefault="0084596B">
            <w:pPr>
              <w:spacing w:before="60" w:after="60" w:line="240" w:lineRule="auto"/>
              <w:rPr>
                <w:color w:val="1E1E1E"/>
                <w:sz w:val="16"/>
              </w:rPr>
            </w:pPr>
            <w:proofErr w:type="spellStart"/>
            <w:r w:rsidRPr="00EB75F0">
              <w:rPr>
                <w:color w:val="00B050"/>
                <w:sz w:val="16"/>
              </w:rPr>
              <w:t>Cariprazine</w:t>
            </w:r>
            <w:proofErr w:type="spellEnd"/>
            <w:r w:rsidRPr="00EB75F0">
              <w:rPr>
                <w:color w:val="00B050"/>
                <w:sz w:val="16"/>
              </w:rPr>
              <w:t xml:space="preserve"> 1.5 mg OD (N = 145), </w:t>
            </w:r>
            <w:r w:rsidRPr="00EB75F0">
              <w:br/>
            </w:r>
            <w:proofErr w:type="spellStart"/>
            <w:r w:rsidRPr="00EB75F0">
              <w:rPr>
                <w:color w:val="00B050"/>
                <w:sz w:val="16"/>
              </w:rPr>
              <w:t>Cariprazine</w:t>
            </w:r>
            <w:proofErr w:type="spellEnd"/>
            <w:r w:rsidRPr="00EB75F0">
              <w:rPr>
                <w:color w:val="00B050"/>
                <w:sz w:val="16"/>
              </w:rPr>
              <w:t xml:space="preserve"> 1.5–3 mg OD (N = 146), </w:t>
            </w:r>
            <w:r w:rsidRPr="00EB75F0">
              <w:br/>
            </w:r>
            <w:proofErr w:type="spellStart"/>
            <w:r w:rsidRPr="00EB75F0">
              <w:rPr>
                <w:color w:val="00B050"/>
                <w:sz w:val="16"/>
              </w:rPr>
              <w:t>Cariprazine</w:t>
            </w:r>
            <w:proofErr w:type="spellEnd"/>
            <w:r w:rsidRPr="00EB75F0">
              <w:rPr>
                <w:color w:val="00B050"/>
                <w:sz w:val="16"/>
              </w:rPr>
              <w:t xml:space="preserve"> 1.5–4.5 mg OD (N = 147), </w:t>
            </w:r>
            <w:r w:rsidRPr="00EB75F0">
              <w:br/>
            </w:r>
            <w:r w:rsidRPr="00EB75F0">
              <w:rPr>
                <w:color w:val="00B050"/>
                <w:sz w:val="16"/>
              </w:rPr>
              <w:t>Risperidone 2–4 mg OD (N = 140)</w:t>
            </w:r>
          </w:p>
        </w:tc>
        <w:tc>
          <w:tcPr>
            <w:tcW w:w="3600" w:type="dxa"/>
            <w:tcBorders>
              <w:top w:val="single" w:sz="4" w:space="0" w:color="000000"/>
              <w:left w:val="single" w:sz="4" w:space="0" w:color="000000"/>
              <w:bottom w:val="single" w:sz="4" w:space="0" w:color="000000"/>
              <w:right w:val="single" w:sz="4" w:space="0" w:color="000000"/>
            </w:tcBorders>
          </w:tcPr>
          <w:p w14:paraId="6C4028E9" w14:textId="77777777" w:rsidR="009446D0" w:rsidRPr="00EB75F0" w:rsidRDefault="0084596B">
            <w:pPr>
              <w:spacing w:before="60" w:after="60" w:line="240" w:lineRule="auto"/>
              <w:rPr>
                <w:color w:val="1E1E1E"/>
                <w:sz w:val="16"/>
              </w:rPr>
            </w:pPr>
            <w:r w:rsidRPr="00EB75F0">
              <w:rPr>
                <w:color w:val="1E1E1E"/>
                <w:sz w:val="16"/>
              </w:rPr>
              <w:t>Placebo (N = 151)</w:t>
            </w:r>
          </w:p>
        </w:tc>
        <w:tc>
          <w:tcPr>
            <w:tcW w:w="5696" w:type="dxa"/>
            <w:tcBorders>
              <w:top w:val="single" w:sz="4" w:space="0" w:color="000000"/>
              <w:left w:val="single" w:sz="4" w:space="0" w:color="000000"/>
              <w:bottom w:val="single" w:sz="4" w:space="0" w:color="000000"/>
              <w:right w:val="single" w:sz="4" w:space="0" w:color="000000"/>
            </w:tcBorders>
          </w:tcPr>
          <w:p w14:paraId="746E60B6"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5413047C"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9B0B4A8" w14:textId="0F1E3658" w:rsidR="009446D0" w:rsidRPr="00EB75F0" w:rsidRDefault="0084596B">
            <w:pPr>
              <w:keepNext/>
              <w:spacing w:before="60" w:after="60" w:line="240" w:lineRule="auto"/>
              <w:rPr>
                <w:color w:val="1E1E1E"/>
                <w:sz w:val="16"/>
              </w:rPr>
            </w:pPr>
            <w:r w:rsidRPr="00EB75F0">
              <w:rPr>
                <w:color w:val="1E1E1E"/>
                <w:sz w:val="16"/>
              </w:rPr>
              <w:t>Kane 2015</w:t>
            </w:r>
            <w:r w:rsidR="0031308D" w:rsidRPr="00EB75F0">
              <w:fldChar w:fldCharType="begin"/>
            </w:r>
            <w:r w:rsidR="00452EF4">
              <w:instrText xml:space="preserve"> ADDIN EN.CITE &lt;EndNote&gt;&lt;Cite&gt;&lt;Author&gt;Kane JM&lt;/Author&gt;&lt;Year&gt;2015&lt;/Year&gt;&lt;RecNum&gt;44&lt;/RecNum&gt;&lt;DisplayText&gt;&lt;style face="superscript"&gt;47&lt;/style&gt;&lt;/DisplayText&gt;&lt;record&gt;&lt;rec-number&gt;44&lt;/rec-number&gt;&lt;foreign-keys&gt;&lt;key app="EN" db-id="9ttaxzax2p0tr7ewzt55atews50zvxaaa5rz" timestamp="1764068833"&gt;44&lt;/key&gt;&lt;/foreign-keys&gt;&lt;ref-type name="Journal Article"&gt;17&lt;/ref-type&gt;&lt;contributors&gt;&lt;authors&gt;&lt;author&gt;Kane JM, Zukin S, Wang Y, Lu K, Ruth A, Nagy K, Laszlovszky I, Durgam S.&lt;/author&gt;&lt;/authors&gt;&lt;/contributors&gt;&lt;titles&gt;&lt;title&gt;Efficacy and safety of cariprazine in acute exacerbation of schizophrenia: results from an international, phase III clinical trial.&lt;/title&gt;&lt;secondary-title&gt;J. Clin. Psychopharmacol.&lt;/secondary-title&gt;&lt;/titles&gt;&lt;periodical&gt;&lt;full-title&gt;J. Clin. Psychopharmacol.&lt;/full-title&gt;&lt;/periodical&gt;&lt;pages&gt;367-73&lt;/pages&gt;&lt;volume&gt;1&lt;/volume&gt;&lt;number&gt;35&lt;/number&gt;&lt;dates&gt;&lt;year&gt;2015&lt;/year&gt;&lt;/dates&gt;&lt;urls&gt;&lt;/urls&gt;&lt;/record&gt;&lt;/Cite&gt;&lt;/EndNote&gt;</w:instrText>
            </w:r>
            <w:r w:rsidR="0031308D" w:rsidRPr="00EB75F0">
              <w:fldChar w:fldCharType="separate"/>
            </w:r>
            <w:r w:rsidR="00452EF4" w:rsidRPr="00452EF4">
              <w:rPr>
                <w:noProof/>
                <w:vertAlign w:val="superscript"/>
              </w:rPr>
              <w:t>47</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0B0F7A89" w14:textId="77777777" w:rsidR="009446D0" w:rsidRPr="00732701" w:rsidRDefault="0084596B">
            <w:pPr>
              <w:keepNext/>
              <w:spacing w:before="60" w:after="60" w:line="240" w:lineRule="auto"/>
              <w:rPr>
                <w:color w:val="1E1E1E"/>
                <w:sz w:val="16"/>
                <w:lang w:val="it-IT"/>
              </w:rPr>
            </w:pPr>
            <w:r w:rsidRPr="00732701">
              <w:rPr>
                <w:color w:val="00B050"/>
                <w:sz w:val="16"/>
                <w:lang w:val="it-IT"/>
              </w:rPr>
              <w:t xml:space="preserve">Cariprazine 3–6 mg OD (N = 151), </w:t>
            </w:r>
            <w:r w:rsidRPr="00732701">
              <w:rPr>
                <w:color w:val="00B050"/>
                <w:sz w:val="16"/>
                <w:lang w:val="it-IT"/>
              </w:rPr>
              <w:br/>
            </w:r>
            <w:r w:rsidRPr="00732701">
              <w:rPr>
                <w:color w:val="0070C0"/>
                <w:sz w:val="16"/>
                <w:lang w:val="it-IT"/>
              </w:rPr>
              <w:t>Cariprazine 6–9 mg OD (N = 148)</w:t>
            </w:r>
          </w:p>
        </w:tc>
        <w:tc>
          <w:tcPr>
            <w:tcW w:w="3600" w:type="dxa"/>
            <w:tcBorders>
              <w:top w:val="single" w:sz="4" w:space="0" w:color="000000"/>
              <w:left w:val="single" w:sz="4" w:space="0" w:color="000000"/>
              <w:bottom w:val="single" w:sz="4" w:space="0" w:color="000000"/>
              <w:right w:val="single" w:sz="4" w:space="0" w:color="000000"/>
            </w:tcBorders>
          </w:tcPr>
          <w:p w14:paraId="6BDC83A7" w14:textId="77777777" w:rsidR="009446D0" w:rsidRPr="00EB75F0" w:rsidRDefault="0084596B">
            <w:pPr>
              <w:keepNext/>
              <w:spacing w:before="60" w:after="60" w:line="240" w:lineRule="auto"/>
              <w:rPr>
                <w:color w:val="1E1E1E"/>
                <w:sz w:val="16"/>
              </w:rPr>
            </w:pPr>
            <w:r w:rsidRPr="00EB75F0">
              <w:rPr>
                <w:color w:val="1E1E1E"/>
                <w:sz w:val="16"/>
              </w:rPr>
              <w:t>Placebo (N = 147)</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05B38C1E" w14:textId="77777777" w:rsidR="009446D0" w:rsidRPr="00EB75F0" w:rsidRDefault="0084596B">
            <w:pPr>
              <w:keepNext/>
              <w:spacing w:before="60" w:after="60" w:line="240" w:lineRule="auto"/>
              <w:rPr>
                <w:color w:val="1E1E1E"/>
                <w:sz w:val="16"/>
              </w:rPr>
            </w:pPr>
            <w:r w:rsidRPr="00EB75F0">
              <w:rPr>
                <w:color w:val="000000"/>
                <w:sz w:val="16"/>
              </w:rPr>
              <w:t xml:space="preserve">Exclude </w:t>
            </w:r>
            <w:proofErr w:type="spellStart"/>
            <w:r w:rsidRPr="00EB75F0">
              <w:rPr>
                <w:color w:val="1E1E1E"/>
                <w:sz w:val="16"/>
              </w:rPr>
              <w:t>cariprazine</w:t>
            </w:r>
            <w:proofErr w:type="spellEnd"/>
            <w:r w:rsidRPr="00EB75F0">
              <w:rPr>
                <w:color w:val="1E1E1E"/>
                <w:sz w:val="16"/>
              </w:rPr>
              <w:t xml:space="preserve"> 6–9 mg OD</w:t>
            </w:r>
            <w:r w:rsidRPr="00EB75F0">
              <w:rPr>
                <w:color w:val="000000"/>
                <w:sz w:val="16"/>
              </w:rPr>
              <w:t xml:space="preserve"> arm as it lies outside FDA/EMA licensed dose ranges</w:t>
            </w:r>
          </w:p>
        </w:tc>
      </w:tr>
      <w:tr w:rsidR="009446D0" w:rsidRPr="00EB75F0" w14:paraId="705AAE1E"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789FDB9D" w14:textId="37599A0D" w:rsidR="009446D0" w:rsidRPr="00EB75F0" w:rsidRDefault="0084596B">
            <w:pPr>
              <w:spacing w:before="60" w:after="60" w:line="240" w:lineRule="auto"/>
              <w:rPr>
                <w:color w:val="1E1E1E"/>
                <w:sz w:val="16"/>
              </w:rPr>
            </w:pPr>
            <w:r w:rsidRPr="00EB75F0">
              <w:rPr>
                <w:color w:val="1E1E1E"/>
                <w:sz w:val="16"/>
              </w:rPr>
              <w:t>Kluge 2007</w:t>
            </w:r>
            <w:r w:rsidR="0031308D" w:rsidRPr="00EB75F0">
              <w:fldChar w:fldCharType="begin"/>
            </w:r>
            <w:r w:rsidR="00452EF4">
              <w:instrText xml:space="preserve"> ADDIN EN.CITE &lt;EndNote&gt;&lt;Cite&gt;&lt;Author&gt;Kluge&lt;/Author&gt;&lt;Year&gt;2007&lt;/Year&gt;&lt;RecNum&gt;45&lt;/RecNum&gt;&lt;DisplayText&gt;&lt;style face="superscript"&gt;48&lt;/style&gt;&lt;/DisplayText&gt;&lt;record&gt;&lt;rec-number&gt;45&lt;/rec-number&gt;&lt;foreign-keys&gt;&lt;key app="EN" db-id="9ttaxzax2p0tr7ewzt55atews50zvxaaa5rz" timestamp="1764068833"&gt;45&lt;/key&gt;&lt;/foreign-keys&gt;&lt;ref-type name="Journal Article"&gt;17&lt;/ref-type&gt;&lt;contributors&gt;&lt;authors&gt;&lt;author&gt;Kluge, M.&lt;/author&gt;&lt;author&gt;Schuld, A.&lt;/author&gt;&lt;author&gt;Himmerich, H.&lt;/author&gt;&lt;author&gt;Dalal, M.&lt;/author&gt;&lt;author&gt;Schacht, A.&lt;/author&gt;&lt;author&gt;Wehmeier, P. M.&lt;/author&gt;&lt;author&gt;Hinze-Selch, D.&lt;/author&gt;&lt;author&gt;Kraus, T.&lt;/author&gt;&lt;author&gt;Dittmann, R. W.&lt;/author&gt;&lt;author&gt;Pollmacher, T.&lt;/author&gt;&lt;/authors&gt;&lt;/contributors&gt;&lt;titles&gt;&lt;title&gt;Clozapine and olanzapine are associated with food craving and binge eating: results from a randomized double-blind study&lt;/title&gt;&lt;secondary-title&gt;J Clin Psychopharmacol&lt;/secondary-title&gt;&lt;/titles&gt;&lt;periodical&gt;&lt;full-title&gt;J Clin Psychopharmacol&lt;/full-title&gt;&lt;/periodical&gt;&lt;pages&gt;662-6&lt;/pages&gt;&lt;volume&gt;27&lt;/volume&gt;&lt;number&gt;6&lt;/number&gt;&lt;dates&gt;&lt;year&gt;2007&lt;/year&gt;&lt;pub-dates&gt;&lt;date&gt;Dec&lt;/date&gt;&lt;/pub-dates&gt;&lt;/dates&gt;&lt;pub-location&gt;Max Planck Institute of Psychiatry, Kraepelinstrasse 2-10, Munich, Germany. kluge@mpipsykl.mpg.de&lt;/pub-location&gt;&lt;isbn&gt;0271-0749 (Print) 0271-0749 (Linking)&lt;/isbn&gt;&lt;urls&gt;&lt;related-urls&gt;&lt;url&gt;https://www.ncbi.nlm.nih.gov/pubmed/18004133&lt;/url&gt;&lt;/related-urls&gt;&lt;/urls&gt;&lt;electronic-resource-num&gt;10.1097/jcp.0b013e31815a8872&lt;/electronic-resource-num&gt;&lt;/record&gt;&lt;/Cite&gt;&lt;/EndNote&gt;</w:instrText>
            </w:r>
            <w:r w:rsidR="0031308D" w:rsidRPr="00EB75F0">
              <w:fldChar w:fldCharType="separate"/>
            </w:r>
            <w:r w:rsidR="00452EF4" w:rsidRPr="00452EF4">
              <w:rPr>
                <w:noProof/>
                <w:vertAlign w:val="superscript"/>
              </w:rPr>
              <w:t>48</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27B91CAF" w14:textId="77777777" w:rsidR="009446D0" w:rsidRPr="00EB75F0" w:rsidRDefault="0084596B">
            <w:pPr>
              <w:spacing w:before="60" w:after="60" w:line="240" w:lineRule="auto"/>
              <w:rPr>
                <w:color w:val="1E1E1E"/>
                <w:sz w:val="16"/>
              </w:rPr>
            </w:pPr>
            <w:r w:rsidRPr="00EB75F0">
              <w:rPr>
                <w:color w:val="0070C0"/>
                <w:sz w:val="16"/>
              </w:rPr>
              <w:t xml:space="preserve">Clozapine 100–400 mg OD (N = 15), </w:t>
            </w:r>
            <w:r w:rsidRPr="00EB75F0">
              <w:rPr>
                <w:color w:val="1E1E1E"/>
                <w:sz w:val="16"/>
              </w:rPr>
              <w:br/>
            </w:r>
            <w:r w:rsidRPr="00EB75F0">
              <w:rPr>
                <w:color w:val="00B050"/>
                <w:sz w:val="16"/>
              </w:rPr>
              <w:t>Olanzapine 5–25 mg OD (N = 15)</w:t>
            </w:r>
          </w:p>
        </w:tc>
        <w:tc>
          <w:tcPr>
            <w:tcW w:w="3600" w:type="dxa"/>
            <w:tcBorders>
              <w:top w:val="single" w:sz="4" w:space="0" w:color="000000"/>
              <w:left w:val="single" w:sz="4" w:space="0" w:color="000000"/>
              <w:bottom w:val="single" w:sz="4" w:space="0" w:color="000000"/>
              <w:right w:val="single" w:sz="4" w:space="0" w:color="000000"/>
            </w:tcBorders>
          </w:tcPr>
          <w:p w14:paraId="038E28CA" w14:textId="77777777" w:rsidR="009446D0" w:rsidRPr="00EB75F0" w:rsidRDefault="0084596B">
            <w:pPr>
              <w:spacing w:before="60" w:after="60" w:line="240" w:lineRule="auto"/>
              <w:rPr>
                <w:color w:val="1E1E1E"/>
                <w:sz w:val="16"/>
              </w:rPr>
            </w:pPr>
            <w:r w:rsidRPr="00EB75F0">
              <w:rPr>
                <w:color w:val="1E1E1E"/>
                <w:sz w:val="16"/>
              </w:rPr>
              <w:t>-</w:t>
            </w:r>
          </w:p>
        </w:tc>
        <w:tc>
          <w:tcPr>
            <w:tcW w:w="5696" w:type="dxa"/>
            <w:tcBorders>
              <w:top w:val="single" w:sz="4" w:space="0" w:color="000000"/>
              <w:left w:val="single" w:sz="4" w:space="0" w:color="000000"/>
              <w:bottom w:val="single" w:sz="4" w:space="0" w:color="000000"/>
              <w:right w:val="single" w:sz="4" w:space="0" w:color="000000"/>
            </w:tcBorders>
          </w:tcPr>
          <w:p w14:paraId="7FBF7E3C"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369C3FE6"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61D6AB82" w14:textId="78D1E4A4" w:rsidR="009446D0" w:rsidRPr="00EB75F0" w:rsidRDefault="0084596B">
            <w:pPr>
              <w:spacing w:before="60" w:after="60" w:line="240" w:lineRule="auto"/>
              <w:rPr>
                <w:color w:val="1E1E1E"/>
                <w:sz w:val="16"/>
              </w:rPr>
            </w:pPr>
            <w:r w:rsidRPr="00EB75F0">
              <w:rPr>
                <w:color w:val="1E1E1E"/>
                <w:sz w:val="16"/>
              </w:rPr>
              <w:t>Naber D 2005</w:t>
            </w:r>
            <w:r w:rsidR="0031308D" w:rsidRPr="00EB75F0">
              <w:fldChar w:fldCharType="begin"/>
            </w:r>
            <w:r w:rsidR="00452EF4">
              <w:instrText xml:space="preserve"> ADDIN EN.CITE &lt;EndNote&gt;&lt;Cite&gt;&lt;Author&gt;Naber&lt;/Author&gt;&lt;Year&gt;2005&lt;/Year&gt;&lt;RecNum&gt;46&lt;/RecNum&gt;&lt;DisplayText&gt;&lt;style face="superscript"&gt;49&lt;/style&gt;&lt;/DisplayText&gt;&lt;record&gt;&lt;rec-number&gt;46&lt;/rec-number&gt;&lt;foreign-keys&gt;&lt;key app="EN" db-id="9ttaxzax2p0tr7ewzt55atews50zvxaaa5rz" timestamp="1764068833"&gt;46&lt;/key&gt;&lt;/foreign-keys&gt;&lt;ref-type name="Journal Article"&gt;17&lt;/ref-type&gt;&lt;contributors&gt;&lt;authors&gt;&lt;author&gt;Naber, D.&lt;/author&gt;&lt;author&gt;Riedel, M.&lt;/author&gt;&lt;author&gt;Klimke, A.&lt;/author&gt;&lt;author&gt;Vorbach, E. U.&lt;/author&gt;&lt;author&gt;Lambert, M.&lt;/author&gt;&lt;author&gt;Kuhn, K. U.&lt;/author&gt;&lt;author&gt;Bender, S.&lt;/author&gt;&lt;author&gt;Bandelow, B.&lt;/author&gt;&lt;author&gt;Lemmer, W.&lt;/author&gt;&lt;author&gt;Moritz, S.&lt;/author&gt;&lt;author&gt;Dittmann, R. W.&lt;/author&gt;&lt;/authors&gt;&lt;/contributors&gt;&lt;titles&gt;&lt;title&gt;Randomized double blind comparison of olanzapine vs. clozapine on subjective well-being and clinical outcome in patients with schizophrenia&lt;/title&gt;&lt;secondary-title&gt;Acta Psychiatr Scand&lt;/secondary-title&gt;&lt;/titles&gt;&lt;periodical&gt;&lt;full-title&gt;Acta Psychiatr Scand&lt;/full-title&gt;&lt;/periodical&gt;&lt;pages&gt;106-15&lt;/pages&gt;&lt;volume&gt;111&lt;/volume&gt;&lt;number&gt;2&lt;/number&gt;&lt;dates&gt;&lt;year&gt;2005&lt;/year&gt;&lt;pub-dates&gt;&lt;date&gt;Feb&lt;/date&gt;&lt;/pub-dates&gt;&lt;/dates&gt;&lt;pub-location&gt;Department of Psychiatry and Psychotherapy, University Hospital Hamburg-Eppendorf, Germany. naber@uke.uni-hamburg.de&lt;/pub-location&gt;&lt;isbn&gt;0001-690X (Print) 0001-690X (Linking)&lt;/isbn&gt;&lt;urls&gt;&lt;related-urls&gt;&lt;url&gt;https://www.ncbi.nlm.nih.gov/pubmed/15667429&lt;/url&gt;&lt;/related-urls&gt;&lt;/urls&gt;&lt;electronic-resource-num&gt;10.1111/j.1600-0447.2004.00486.x&lt;/electronic-resource-num&gt;&lt;/record&gt;&lt;/Cite&gt;&lt;/EndNote&gt;</w:instrText>
            </w:r>
            <w:r w:rsidR="0031308D" w:rsidRPr="00EB75F0">
              <w:fldChar w:fldCharType="separate"/>
            </w:r>
            <w:r w:rsidR="00452EF4" w:rsidRPr="00452EF4">
              <w:rPr>
                <w:noProof/>
                <w:vertAlign w:val="superscript"/>
              </w:rPr>
              <w:t>49</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037E88C0" w14:textId="77777777" w:rsidR="009446D0" w:rsidRPr="00EB75F0" w:rsidRDefault="0084596B">
            <w:pPr>
              <w:spacing w:before="60" w:after="60" w:line="240" w:lineRule="auto"/>
              <w:rPr>
                <w:color w:val="1E1E1E"/>
                <w:sz w:val="16"/>
              </w:rPr>
            </w:pPr>
            <w:r w:rsidRPr="00EB75F0">
              <w:rPr>
                <w:color w:val="0070C0"/>
                <w:sz w:val="16"/>
              </w:rPr>
              <w:t xml:space="preserve">Olanzapine 5–25 mg OD (N = 57), </w:t>
            </w:r>
            <w:r w:rsidRPr="00EB75F0">
              <w:rPr>
                <w:color w:val="0070C0"/>
                <w:sz w:val="16"/>
              </w:rPr>
              <w:br/>
              <w:t>Clozapine 100–400 mg OD (N = 57)</w:t>
            </w:r>
          </w:p>
        </w:tc>
        <w:tc>
          <w:tcPr>
            <w:tcW w:w="3600" w:type="dxa"/>
            <w:tcBorders>
              <w:top w:val="single" w:sz="4" w:space="0" w:color="000000"/>
              <w:left w:val="single" w:sz="4" w:space="0" w:color="000000"/>
              <w:bottom w:val="single" w:sz="4" w:space="0" w:color="000000"/>
              <w:right w:val="single" w:sz="4" w:space="0" w:color="000000"/>
            </w:tcBorders>
          </w:tcPr>
          <w:p w14:paraId="2850DE28" w14:textId="77777777" w:rsidR="009446D0" w:rsidRPr="00EB75F0" w:rsidRDefault="0084596B">
            <w:pPr>
              <w:spacing w:before="60" w:after="60" w:line="240" w:lineRule="auto"/>
              <w:rPr>
                <w:color w:val="000000"/>
                <w:sz w:val="16"/>
              </w:rPr>
            </w:pPr>
            <w:r w:rsidRPr="00EB75F0">
              <w:rPr>
                <w:color w:val="000000"/>
                <w:sz w:val="16"/>
              </w:rPr>
              <w:t>-</w:t>
            </w:r>
          </w:p>
        </w:tc>
        <w:tc>
          <w:tcPr>
            <w:tcW w:w="5696" w:type="dxa"/>
            <w:tcBorders>
              <w:top w:val="single" w:sz="4" w:space="0" w:color="000000"/>
              <w:left w:val="single" w:sz="4" w:space="0" w:color="000000"/>
              <w:bottom w:val="single" w:sz="4" w:space="0" w:color="000000"/>
              <w:right w:val="single" w:sz="4" w:space="0" w:color="000000"/>
            </w:tcBorders>
          </w:tcPr>
          <w:p w14:paraId="4167650B"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7F90DB50"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234C196C" w14:textId="30FB6E47" w:rsidR="009446D0" w:rsidRPr="00EB75F0" w:rsidRDefault="0084596B">
            <w:pPr>
              <w:spacing w:before="60" w:after="60" w:line="240" w:lineRule="auto"/>
              <w:rPr>
                <w:color w:val="1E1E1E"/>
                <w:sz w:val="16"/>
              </w:rPr>
            </w:pPr>
            <w:r w:rsidRPr="00EB75F0">
              <w:rPr>
                <w:color w:val="1E1E1E"/>
                <w:sz w:val="16"/>
              </w:rPr>
              <w:t>Heinrich 1994</w:t>
            </w:r>
            <w:r w:rsidR="0031308D" w:rsidRPr="00EB75F0">
              <w:fldChar w:fldCharType="begin"/>
            </w:r>
            <w:r w:rsidR="00452EF4">
              <w:instrText xml:space="preserve"> ADDIN EN.CITE &lt;EndNote&gt;&lt;Cite&gt;&lt;Author&gt;Heinrich&lt;/Author&gt;&lt;Year&gt;1994&lt;/Year&gt;&lt;RecNum&gt;47&lt;/RecNum&gt;&lt;DisplayText&gt;&lt;style face="superscript"&gt;50&lt;/style&gt;&lt;/DisplayText&gt;&lt;record&gt;&lt;rec-number&gt;47&lt;/rec-number&gt;&lt;foreign-keys&gt;&lt;key app="EN" db-id="9ttaxzax2p0tr7ewzt55atews50zvxaaa5rz" timestamp="1764068833"&gt;47&lt;/key&gt;&lt;/foreign-keys&gt;&lt;ref-type name="Journal Article"&gt;17&lt;/ref-type&gt;&lt;contributors&gt;&lt;authors&gt;&lt;author&gt;Heinrich, Kurt&lt;/author&gt;&lt;author&gt;Klieser, Eckhard&lt;/author&gt;&lt;author&gt;Lehmann, Erlo&lt;/author&gt;&lt;author&gt;Ḱinzler, Eckhart&lt;/author&gt;&lt;author&gt;Hruschka, HelgÁ&lt;/author&gt;&lt;/authors&gt;&lt;/contributors&gt;&lt;titles&gt;&lt;title&gt;Risperidone versus clozapine in the treatment of schizophrenic patients with acute symptoms: a double blind, randomized trial&lt;/title&gt;&lt;secondary-title&gt;Progress in Neuro-Psychopharmacology and Biological Psychiatry&lt;/secondary-title&gt;&lt;/titles&gt;&lt;periodical&gt;&lt;full-title&gt;Progress in Neuro-Psychopharmacology and Biological Psychiatry&lt;/full-title&gt;&lt;/periodical&gt;&lt;pages&gt;129-137&lt;/pages&gt;&lt;volume&gt;18&lt;/volume&gt;&lt;number&gt;1&lt;/number&gt;&lt;dates&gt;&lt;year&gt;1994&lt;/year&gt;&lt;/dates&gt;&lt;isbn&gt;0278-5846&lt;/isbn&gt;&lt;urls&gt;&lt;/urls&gt;&lt;/record&gt;&lt;/Cite&gt;&lt;/EndNote&gt;</w:instrText>
            </w:r>
            <w:r w:rsidR="0031308D" w:rsidRPr="00EB75F0">
              <w:fldChar w:fldCharType="separate"/>
            </w:r>
            <w:r w:rsidR="00452EF4" w:rsidRPr="00452EF4">
              <w:rPr>
                <w:noProof/>
                <w:vertAlign w:val="superscript"/>
              </w:rPr>
              <w:t>50</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397806EC" w14:textId="77777777" w:rsidR="009446D0" w:rsidRPr="00732701" w:rsidRDefault="0084596B">
            <w:pPr>
              <w:spacing w:before="60" w:after="60" w:line="240" w:lineRule="auto"/>
              <w:rPr>
                <w:color w:val="1E1E1E"/>
                <w:sz w:val="16"/>
                <w:lang w:val="it-IT"/>
              </w:rPr>
            </w:pPr>
            <w:r w:rsidRPr="00732701">
              <w:rPr>
                <w:color w:val="00B050"/>
                <w:sz w:val="16"/>
                <w:lang w:val="it-IT"/>
              </w:rPr>
              <w:t xml:space="preserve">Risperidone 4 mg OD (N = 20), </w:t>
            </w:r>
            <w:r w:rsidRPr="00732701">
              <w:rPr>
                <w:color w:val="00B050"/>
                <w:sz w:val="16"/>
                <w:lang w:val="it-IT"/>
              </w:rPr>
              <w:br/>
              <w:t xml:space="preserve">Risperidone 8 mg OD (N = 19), </w:t>
            </w:r>
            <w:r w:rsidRPr="00732701">
              <w:rPr>
                <w:color w:val="00B050"/>
                <w:sz w:val="16"/>
                <w:lang w:val="it-IT"/>
              </w:rPr>
              <w:br/>
            </w:r>
            <w:proofErr w:type="spellStart"/>
            <w:r w:rsidRPr="00732701">
              <w:rPr>
                <w:color w:val="00B050"/>
                <w:sz w:val="16"/>
                <w:lang w:val="it-IT"/>
              </w:rPr>
              <w:t>Clozapine</w:t>
            </w:r>
            <w:proofErr w:type="spellEnd"/>
            <w:r w:rsidRPr="00732701">
              <w:rPr>
                <w:color w:val="00B050"/>
                <w:sz w:val="16"/>
                <w:lang w:val="it-IT"/>
              </w:rPr>
              <w:t xml:space="preserve"> 400 mg OD (N = 20)</w:t>
            </w:r>
          </w:p>
        </w:tc>
        <w:tc>
          <w:tcPr>
            <w:tcW w:w="3600" w:type="dxa"/>
            <w:tcBorders>
              <w:top w:val="single" w:sz="4" w:space="0" w:color="000000"/>
              <w:left w:val="single" w:sz="4" w:space="0" w:color="000000"/>
              <w:bottom w:val="single" w:sz="4" w:space="0" w:color="000000"/>
              <w:right w:val="single" w:sz="4" w:space="0" w:color="000000"/>
            </w:tcBorders>
          </w:tcPr>
          <w:p w14:paraId="4CAE5889" w14:textId="77777777" w:rsidR="009446D0" w:rsidRPr="00EB75F0" w:rsidRDefault="0084596B">
            <w:pPr>
              <w:spacing w:before="60" w:after="60" w:line="240" w:lineRule="auto"/>
              <w:rPr>
                <w:color w:val="000000"/>
                <w:sz w:val="16"/>
              </w:rPr>
            </w:pPr>
            <w:r w:rsidRPr="00EB75F0">
              <w:rPr>
                <w:color w:val="000000"/>
                <w:sz w:val="16"/>
              </w:rPr>
              <w:t>-</w:t>
            </w:r>
          </w:p>
        </w:tc>
        <w:tc>
          <w:tcPr>
            <w:tcW w:w="5696" w:type="dxa"/>
            <w:tcBorders>
              <w:top w:val="single" w:sz="4" w:space="0" w:color="000000"/>
              <w:left w:val="single" w:sz="4" w:space="0" w:color="000000"/>
              <w:bottom w:val="single" w:sz="4" w:space="0" w:color="000000"/>
              <w:right w:val="single" w:sz="4" w:space="0" w:color="000000"/>
            </w:tcBorders>
          </w:tcPr>
          <w:p w14:paraId="57876093"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3A4E6124"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33A8C30" w14:textId="45057A28" w:rsidR="009446D0" w:rsidRPr="00EB75F0" w:rsidRDefault="0084596B">
            <w:pPr>
              <w:spacing w:before="60" w:after="60" w:line="240" w:lineRule="auto"/>
              <w:rPr>
                <w:color w:val="1E1E1E"/>
                <w:sz w:val="16"/>
              </w:rPr>
            </w:pPr>
            <w:r w:rsidRPr="00EB75F0">
              <w:rPr>
                <w:color w:val="1E1E1E"/>
                <w:sz w:val="16"/>
              </w:rPr>
              <w:t>Lieberman 2016</w:t>
            </w:r>
            <w:r w:rsidR="0031308D" w:rsidRPr="00EB75F0">
              <w:fldChar w:fldCharType="begin"/>
            </w:r>
            <w:r w:rsidR="00452EF4">
              <w:instrText xml:space="preserve"> ADDIN EN.CITE &lt;EndNote&gt;&lt;Cite&gt;&lt;Author&gt;Lieberman&lt;/Author&gt;&lt;Year&gt;2016&lt;/Year&gt;&lt;RecNum&gt;48&lt;/RecNum&gt;&lt;DisplayText&gt;&lt;style face="superscript"&gt;51&lt;/style&gt;&lt;/DisplayText&gt;&lt;record&gt;&lt;rec-number&gt;48&lt;/rec-number&gt;&lt;foreign-keys&gt;&lt;key app="EN" db-id="9ttaxzax2p0tr7ewzt55atews50zvxaaa5rz" timestamp="1764068834"&gt;48&lt;/key&gt;&lt;/foreign-keys&gt;&lt;ref-type name="Journal Article"&gt;17&lt;/ref-type&gt;&lt;contributors&gt;&lt;authors&gt;&lt;author&gt;Lieberman, Jeffrey A&lt;/author&gt;&lt;author&gt;Davis, Robert E&lt;/author&gt;&lt;author&gt;Correll, Christoph U&lt;/author&gt;&lt;author&gt;Goff, Donald C&lt;/author&gt;&lt;author&gt;Kane, John M&lt;/author&gt;&lt;author&gt;Tamminga, Carol A&lt;/author&gt;&lt;author&gt;Mates, Sharon&lt;/author&gt;&lt;author&gt;Vanover, Kimberly E&lt;/author&gt;&lt;/authors&gt;&lt;/contributors&gt;&lt;titles&gt;&lt;title&gt;ITI-007 for the treatment of schizophrenia: a 4-week randomized, double-blind, controlled trial&lt;/title&gt;&lt;secondary-title&gt;Biological psychiatry&lt;/secondary-title&gt;&lt;/titles&gt;&lt;periodical&gt;&lt;full-title&gt;Biological psychiatry&lt;/full-title&gt;&lt;/periodical&gt;&lt;pages&gt;952-961&lt;/pages&gt;&lt;volume&gt;79&lt;/volume&gt;&lt;number&gt;12&lt;/number&gt;&lt;dates&gt;&lt;year&gt;2016&lt;/year&gt;&lt;/dates&gt;&lt;isbn&gt;0006-3223&lt;/isbn&gt;&lt;urls&gt;&lt;/urls&gt;&lt;/record&gt;&lt;/Cite&gt;&lt;/EndNote&gt;</w:instrText>
            </w:r>
            <w:r w:rsidR="0031308D" w:rsidRPr="00EB75F0">
              <w:fldChar w:fldCharType="separate"/>
            </w:r>
            <w:r w:rsidR="00452EF4" w:rsidRPr="00452EF4">
              <w:rPr>
                <w:noProof/>
                <w:vertAlign w:val="superscript"/>
              </w:rPr>
              <w:t>51</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2820FEA8" w14:textId="77777777" w:rsidR="009446D0" w:rsidRPr="00732701" w:rsidRDefault="0084596B">
            <w:pPr>
              <w:spacing w:before="60" w:after="60" w:line="240" w:lineRule="auto"/>
              <w:rPr>
                <w:color w:val="1E1E1E"/>
                <w:sz w:val="16"/>
                <w:lang w:val="it-IT"/>
              </w:rPr>
            </w:pPr>
            <w:proofErr w:type="spellStart"/>
            <w:r w:rsidRPr="00732701">
              <w:rPr>
                <w:color w:val="1E1E1E"/>
                <w:sz w:val="16"/>
                <w:lang w:val="it-IT"/>
              </w:rPr>
              <w:t>Lumateperone</w:t>
            </w:r>
            <w:proofErr w:type="spellEnd"/>
            <w:r w:rsidRPr="00732701">
              <w:rPr>
                <w:color w:val="1E1E1E"/>
                <w:sz w:val="16"/>
                <w:lang w:val="it-IT"/>
              </w:rPr>
              <w:t xml:space="preserve"> 60 mg OD (N = 84), </w:t>
            </w:r>
            <w:r w:rsidRPr="00732701">
              <w:rPr>
                <w:color w:val="1E1E1E"/>
                <w:sz w:val="16"/>
                <w:lang w:val="it-IT"/>
              </w:rPr>
              <w:br/>
            </w:r>
            <w:proofErr w:type="spellStart"/>
            <w:r w:rsidRPr="00732701">
              <w:rPr>
                <w:color w:val="1E1E1E"/>
                <w:sz w:val="16"/>
                <w:lang w:val="it-IT"/>
              </w:rPr>
              <w:t>Lumateperone</w:t>
            </w:r>
            <w:proofErr w:type="spellEnd"/>
            <w:r w:rsidRPr="00732701">
              <w:rPr>
                <w:color w:val="1E1E1E"/>
                <w:sz w:val="16"/>
                <w:lang w:val="it-IT"/>
              </w:rPr>
              <w:t xml:space="preserve"> 120 mg OD (N = 84), </w:t>
            </w:r>
            <w:r w:rsidRPr="00732701">
              <w:rPr>
                <w:color w:val="1E1E1E"/>
                <w:sz w:val="16"/>
                <w:lang w:val="it-IT"/>
              </w:rPr>
              <w:br/>
            </w:r>
            <w:r w:rsidRPr="00732701">
              <w:rPr>
                <w:color w:val="00B050"/>
                <w:sz w:val="16"/>
                <w:lang w:val="it-IT"/>
              </w:rPr>
              <w:t>Risperidone 4 mg OD (N = 82)</w:t>
            </w:r>
          </w:p>
        </w:tc>
        <w:tc>
          <w:tcPr>
            <w:tcW w:w="3600" w:type="dxa"/>
            <w:tcBorders>
              <w:top w:val="single" w:sz="4" w:space="0" w:color="000000"/>
              <w:left w:val="single" w:sz="4" w:space="0" w:color="000000"/>
              <w:bottom w:val="single" w:sz="4" w:space="0" w:color="000000"/>
              <w:right w:val="single" w:sz="4" w:space="0" w:color="000000"/>
            </w:tcBorders>
          </w:tcPr>
          <w:p w14:paraId="14D63831" w14:textId="77777777" w:rsidR="009446D0" w:rsidRPr="00EB75F0" w:rsidRDefault="0084596B">
            <w:pPr>
              <w:spacing w:before="60" w:after="60" w:line="240" w:lineRule="auto"/>
              <w:rPr>
                <w:color w:val="000000"/>
                <w:sz w:val="16"/>
              </w:rPr>
            </w:pPr>
            <w:r w:rsidRPr="00EB75F0">
              <w:rPr>
                <w:color w:val="000000"/>
                <w:sz w:val="16"/>
              </w:rPr>
              <w:t>Placebo (N = 85)</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79367C60" w14:textId="77777777" w:rsidR="009446D0" w:rsidRPr="00EB75F0" w:rsidRDefault="0084596B">
            <w:pPr>
              <w:spacing w:before="60" w:after="60" w:line="240" w:lineRule="auto"/>
              <w:rPr>
                <w:color w:val="1E1E1E"/>
                <w:sz w:val="16"/>
              </w:rPr>
            </w:pPr>
            <w:r w:rsidRPr="00EB75F0">
              <w:rPr>
                <w:color w:val="000000"/>
                <w:sz w:val="16"/>
              </w:rPr>
              <w:t xml:space="preserve">Exclude </w:t>
            </w:r>
            <w:proofErr w:type="spellStart"/>
            <w:r w:rsidRPr="00EB75F0">
              <w:rPr>
                <w:color w:val="1E1E1E"/>
                <w:sz w:val="16"/>
              </w:rPr>
              <w:t>lumateperone</w:t>
            </w:r>
            <w:proofErr w:type="spellEnd"/>
            <w:r w:rsidRPr="00EB75F0">
              <w:rPr>
                <w:color w:val="1E1E1E"/>
                <w:sz w:val="16"/>
              </w:rPr>
              <w:t xml:space="preserve"> 60 mg and 120 mg OD</w:t>
            </w:r>
            <w:r w:rsidRPr="00EB75F0">
              <w:rPr>
                <w:color w:val="000000"/>
                <w:sz w:val="16"/>
              </w:rPr>
              <w:t xml:space="preserve"> arms as both are above the FDA licensed dose (42 mg OD) </w:t>
            </w:r>
          </w:p>
        </w:tc>
      </w:tr>
      <w:tr w:rsidR="009446D0" w:rsidRPr="00EB75F0" w14:paraId="7177B54A"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6BF17C11" w14:textId="464A58F8" w:rsidR="009446D0" w:rsidRPr="00EB75F0" w:rsidRDefault="0084596B">
            <w:pPr>
              <w:spacing w:before="60" w:after="60" w:line="240" w:lineRule="auto"/>
              <w:rPr>
                <w:color w:val="1E1E1E"/>
                <w:sz w:val="16"/>
              </w:rPr>
            </w:pPr>
            <w:r w:rsidRPr="00EB75F0">
              <w:rPr>
                <w:color w:val="1E1E1E"/>
                <w:sz w:val="16"/>
              </w:rPr>
              <w:t>Correll 2020</w:t>
            </w:r>
            <w:r w:rsidR="0031308D" w:rsidRPr="00EB75F0">
              <w:fldChar w:fldCharType="begin"/>
            </w:r>
            <w:r w:rsidR="00452EF4">
              <w:instrText xml:space="preserve"> ADDIN EN.CITE &lt;EndNote&gt;&lt;Cite&gt;&lt;Author&gt;Correll&lt;/Author&gt;&lt;Year&gt;2020&lt;/Year&gt;&lt;RecNum&gt;49&lt;/RecNum&gt;&lt;DisplayText&gt;&lt;style face="superscript"&gt;52&lt;/style&gt;&lt;/DisplayText&gt;&lt;record&gt;&lt;rec-number&gt;49&lt;/rec-number&gt;&lt;foreign-keys&gt;&lt;key app="EN" db-id="9ttaxzax2p0tr7ewzt55atews50zvxaaa5rz" timestamp="1764068834"&gt;49&lt;/key&gt;&lt;/foreign-keys&gt;&lt;ref-type name="Journal Article"&gt;17&lt;/ref-type&gt;&lt;contributors&gt;&lt;authors&gt;&lt;author&gt;Correll, C. U.&lt;/author&gt;&lt;author&gt;Davis, R. E.&lt;/author&gt;&lt;author&gt;Weingart, M.&lt;/author&gt;&lt;author&gt;Saillard, J.&lt;/author&gt;&lt;author&gt;O&amp;apos;Gorman, C.&lt;/author&gt;&lt;author&gt;Kane, J. M.&lt;/author&gt;&lt;author&gt;Lieberman, J. A.&lt;/author&gt;&lt;author&gt;Tamminga, C. A.&lt;/author&gt;&lt;author&gt;Mates, S.&lt;/author&gt;&lt;author&gt;Vanover, K. E.&lt;/author&gt;&lt;/authors&gt;&lt;/contributors&gt;&lt;titles&gt;&lt;title&gt;Efficacy and Safety of Lumateperone for Treatment of Schizophrenia: a Randomized Clinical Trial&lt;/title&gt;&lt;secondary-title&gt;JAMA psychiatry&lt;/secondary-title&gt;&lt;/titles&gt;&lt;periodical&gt;&lt;full-title&gt;JAMA psychiatry&lt;/full-title&gt;&lt;/periodical&gt;&lt;pages&gt;349</w:instrText>
            </w:r>
            <w:r w:rsidR="00452EF4">
              <w:rPr>
                <w:rFonts w:ascii="Cambria Math" w:hAnsi="Cambria Math" w:cs="Cambria Math"/>
              </w:rPr>
              <w:instrText>‐</w:instrText>
            </w:r>
            <w:r w:rsidR="00452EF4">
              <w:instrText>358&lt;/pages&gt;&lt;volume&gt;77&lt;/volume&gt;&lt;number&gt;4&lt;/number&gt;&lt;dates&gt;&lt;year&gt;2020&lt;/year&gt;&lt;/dates&gt;&lt;work-type&gt;Journal article&lt;/work-type&gt;&lt;urls&gt;&lt;related-urls&gt;&lt;url&gt;https://www.cochranelibrary.com/central/doi/10.1002/central/CN-02073217/full&lt;/url&gt;&lt;/related-urls&gt;&lt;/urls&gt;&lt;electronic-resource-num&gt;10.1001/jamapsychiatry.2019.4379&lt;/electronic-resource-num&gt;&lt;/record&gt;&lt;/Cite&gt;&lt;/EndNote&gt;</w:instrText>
            </w:r>
            <w:r w:rsidR="0031308D" w:rsidRPr="00EB75F0">
              <w:fldChar w:fldCharType="separate"/>
            </w:r>
            <w:r w:rsidR="00452EF4" w:rsidRPr="00452EF4">
              <w:rPr>
                <w:noProof/>
                <w:vertAlign w:val="superscript"/>
              </w:rPr>
              <w:t>52</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2A3177C9" w14:textId="77777777" w:rsidR="009446D0" w:rsidRPr="00732701" w:rsidRDefault="0084596B">
            <w:pPr>
              <w:spacing w:before="60" w:after="60" w:line="240" w:lineRule="auto"/>
              <w:rPr>
                <w:color w:val="1E1E1E"/>
                <w:sz w:val="16"/>
                <w:lang w:val="it-IT"/>
              </w:rPr>
            </w:pPr>
            <w:proofErr w:type="spellStart"/>
            <w:r w:rsidRPr="00732701">
              <w:rPr>
                <w:color w:val="1E1E1E"/>
                <w:sz w:val="16"/>
                <w:lang w:val="it-IT"/>
              </w:rPr>
              <w:t>Lumateperone</w:t>
            </w:r>
            <w:proofErr w:type="spellEnd"/>
            <w:r w:rsidRPr="00732701">
              <w:rPr>
                <w:color w:val="1E1E1E"/>
                <w:sz w:val="16"/>
                <w:lang w:val="it-IT"/>
              </w:rPr>
              <w:t xml:space="preserve"> 28 mg OD (N = 150), </w:t>
            </w:r>
            <w:r w:rsidRPr="00732701">
              <w:rPr>
                <w:color w:val="1E1E1E"/>
                <w:sz w:val="16"/>
                <w:lang w:val="it-IT"/>
              </w:rPr>
              <w:br/>
            </w:r>
            <w:proofErr w:type="spellStart"/>
            <w:r w:rsidRPr="00732701">
              <w:rPr>
                <w:color w:val="00B050"/>
                <w:sz w:val="16"/>
                <w:lang w:val="it-IT"/>
              </w:rPr>
              <w:t>Lumateperone</w:t>
            </w:r>
            <w:proofErr w:type="spellEnd"/>
            <w:r w:rsidRPr="00732701">
              <w:rPr>
                <w:color w:val="00B050"/>
                <w:sz w:val="16"/>
                <w:lang w:val="it-IT"/>
              </w:rPr>
              <w:t xml:space="preserve"> 42 mg OD (N = 150)</w:t>
            </w:r>
          </w:p>
        </w:tc>
        <w:tc>
          <w:tcPr>
            <w:tcW w:w="3600" w:type="dxa"/>
            <w:tcBorders>
              <w:top w:val="single" w:sz="4" w:space="0" w:color="000000"/>
              <w:left w:val="single" w:sz="4" w:space="0" w:color="000000"/>
              <w:bottom w:val="single" w:sz="4" w:space="0" w:color="000000"/>
              <w:right w:val="single" w:sz="4" w:space="0" w:color="000000"/>
            </w:tcBorders>
          </w:tcPr>
          <w:p w14:paraId="46CD2B2B" w14:textId="77777777" w:rsidR="009446D0" w:rsidRPr="00EB75F0" w:rsidRDefault="0084596B">
            <w:pPr>
              <w:spacing w:before="60" w:after="60" w:line="240" w:lineRule="auto"/>
              <w:rPr>
                <w:color w:val="000000"/>
                <w:sz w:val="16"/>
              </w:rPr>
            </w:pPr>
            <w:r w:rsidRPr="00EB75F0">
              <w:rPr>
                <w:color w:val="000000"/>
                <w:sz w:val="16"/>
              </w:rPr>
              <w:t>Placebo (N = 150)</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47FDDF98" w14:textId="77777777" w:rsidR="009446D0" w:rsidRPr="00EB75F0" w:rsidRDefault="0084596B">
            <w:pPr>
              <w:spacing w:before="60" w:after="60" w:line="240" w:lineRule="auto"/>
              <w:rPr>
                <w:color w:val="1E1E1E"/>
                <w:sz w:val="16"/>
              </w:rPr>
            </w:pPr>
            <w:r w:rsidRPr="00EB75F0">
              <w:rPr>
                <w:color w:val="000000"/>
                <w:sz w:val="16"/>
              </w:rPr>
              <w:t xml:space="preserve">Exclude </w:t>
            </w:r>
            <w:proofErr w:type="spellStart"/>
            <w:r w:rsidRPr="00EB75F0">
              <w:rPr>
                <w:color w:val="1E1E1E"/>
                <w:sz w:val="16"/>
              </w:rPr>
              <w:t>lumateperone</w:t>
            </w:r>
            <w:proofErr w:type="spellEnd"/>
            <w:r w:rsidRPr="00EB75F0">
              <w:rPr>
                <w:color w:val="1E1E1E"/>
                <w:sz w:val="16"/>
              </w:rPr>
              <w:t xml:space="preserve"> 28 mg OD</w:t>
            </w:r>
            <w:r w:rsidRPr="00EB75F0">
              <w:rPr>
                <w:color w:val="000000"/>
                <w:sz w:val="16"/>
              </w:rPr>
              <w:t xml:space="preserve"> arm as below the FDA licensed dose (42 mg OD)</w:t>
            </w:r>
          </w:p>
        </w:tc>
      </w:tr>
      <w:tr w:rsidR="009446D0" w:rsidRPr="00EB75F0" w14:paraId="22ABF760"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1872C761" w14:textId="571C9D08" w:rsidR="009446D0" w:rsidRPr="00EB75F0" w:rsidRDefault="0084596B">
            <w:pPr>
              <w:spacing w:before="60" w:after="60" w:line="240" w:lineRule="auto"/>
              <w:rPr>
                <w:color w:val="1E1E1E"/>
                <w:sz w:val="16"/>
              </w:rPr>
            </w:pPr>
            <w:r w:rsidRPr="00EB75F0">
              <w:rPr>
                <w:color w:val="1E1E1E"/>
                <w:sz w:val="16"/>
              </w:rPr>
              <w:t>Bernardo 2001</w:t>
            </w:r>
            <w:r w:rsidR="0031308D" w:rsidRPr="00EB75F0">
              <w:fldChar w:fldCharType="begin"/>
            </w:r>
            <w:r w:rsidR="00073331">
              <w:instrText xml:space="preserve"> ADDIN EN.CITE &lt;EndNote&gt;&lt;Cite&gt;&lt;Author&gt;Bernardo&lt;/Author&gt;&lt;Year&gt;2001&lt;/Year&gt;&lt;RecNum&gt;2&lt;/RecNum&gt;&lt;DisplayText&gt;&lt;style face="superscript"&gt;2&lt;/style&gt;&lt;/DisplayText&gt;&lt;record&gt;&lt;rec-number&gt;2&lt;/rec-number&gt;&lt;foreign-keys&gt;&lt;key app="EN" db-id="9ttaxzax2p0tr7ewzt55atews50zvxaaa5rz" timestamp="1764068824"&gt;2&lt;/key&gt;&lt;/foreign-keys&gt;&lt;ref-type name="Journal Article"&gt;17&lt;/ref-type&gt;&lt;contributors&gt;&lt;authors&gt;&lt;author&gt;Bernardo, Miquel&lt;/author&gt;&lt;author&gt;Parellada, Eduard&lt;/author&gt;&lt;author&gt;Lomeña, Francisco&lt;/author&gt;&lt;author&gt;Catafau, Ana M&lt;/author&gt;&lt;author&gt;Font, Mireia&lt;/author&gt;&lt;author&gt;Gómez, Juan C&lt;/author&gt;&lt;author&gt;López-Carrero, Carmen&lt;/author&gt;&lt;author&gt;Gutiérrez, Fernando&lt;/author&gt;&lt;author&gt;Pavı́a, Javier&lt;/author&gt;&lt;author&gt;Salamero, Manel&lt;/author&gt;&lt;/authors&gt;&lt;/contributors&gt;&lt;titles&gt;&lt;title&gt;Double-blind olanzapine vs. haloperidol D2 dopamine receptor blockade in schizophrenic patients: a baseline-endpoint [123I] IBZM SPECT study&lt;/title&gt;&lt;secondary-title&gt;Psychiatry Research: Neuroimaging&lt;/secondary-title&gt;&lt;/titles&gt;&lt;periodical&gt;&lt;full-title&gt;Psychiatry Research: Neuroimaging&lt;/full-title&gt;&lt;/periodical&gt;&lt;pages&gt;87-97&lt;/pages&gt;&lt;volume&gt;107&lt;/volume&gt;&lt;number&gt;2&lt;/number&gt;&lt;dates&gt;&lt;year&gt;2001&lt;/year&gt;&lt;/dates&gt;&lt;isbn&gt;0925-4927&lt;/isbn&gt;&lt;urls&gt;&lt;/urls&gt;&lt;/record&gt;&lt;/Cite&gt;&lt;/EndNote&gt;</w:instrText>
            </w:r>
            <w:r w:rsidR="0031308D" w:rsidRPr="00EB75F0">
              <w:fldChar w:fldCharType="separate"/>
            </w:r>
            <w:r w:rsidR="008D3092" w:rsidRPr="008D3092">
              <w:rPr>
                <w:noProof/>
                <w:vertAlign w:val="superscript"/>
              </w:rPr>
              <w:t>2</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06579282" w14:textId="77777777" w:rsidR="009446D0" w:rsidRPr="00EB75F0" w:rsidRDefault="0084596B">
            <w:pPr>
              <w:spacing w:before="60" w:after="60" w:line="240" w:lineRule="auto"/>
              <w:rPr>
                <w:color w:val="1E1E1E"/>
                <w:sz w:val="16"/>
              </w:rPr>
            </w:pPr>
            <w:r w:rsidRPr="00EB75F0">
              <w:rPr>
                <w:color w:val="00B050"/>
                <w:sz w:val="16"/>
              </w:rPr>
              <w:t>Olanzapine 10 mg OD (N = 14)</w:t>
            </w:r>
          </w:p>
        </w:tc>
        <w:tc>
          <w:tcPr>
            <w:tcW w:w="3600" w:type="dxa"/>
            <w:tcBorders>
              <w:top w:val="single" w:sz="4" w:space="0" w:color="000000"/>
              <w:left w:val="single" w:sz="4" w:space="0" w:color="000000"/>
              <w:bottom w:val="single" w:sz="4" w:space="0" w:color="000000"/>
              <w:right w:val="single" w:sz="4" w:space="0" w:color="000000"/>
            </w:tcBorders>
          </w:tcPr>
          <w:p w14:paraId="689C3687" w14:textId="77777777" w:rsidR="009446D0" w:rsidRPr="00EB75F0" w:rsidRDefault="0084596B">
            <w:pPr>
              <w:spacing w:before="60" w:after="60" w:line="240" w:lineRule="auto"/>
              <w:rPr>
                <w:color w:val="000000"/>
                <w:sz w:val="16"/>
              </w:rPr>
            </w:pPr>
            <w:r w:rsidRPr="00EB75F0">
              <w:rPr>
                <w:color w:val="000000"/>
                <w:sz w:val="16"/>
              </w:rPr>
              <w:t>Haloperidol 10 mg OD (N = 13)</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4BE4C6D0" w14:textId="77777777" w:rsidR="009446D0" w:rsidRPr="00EB75F0" w:rsidRDefault="0084596B">
            <w:pPr>
              <w:spacing w:before="60" w:after="60" w:line="240" w:lineRule="auto"/>
              <w:rPr>
                <w:color w:val="1E1E1E"/>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517CA959"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3A3DE13C" w14:textId="5CC797C7" w:rsidR="009446D0" w:rsidRPr="00EB75F0" w:rsidRDefault="0084596B">
            <w:pPr>
              <w:spacing w:before="60" w:after="60" w:line="240" w:lineRule="auto"/>
              <w:rPr>
                <w:color w:val="1E1E1E"/>
                <w:sz w:val="16"/>
              </w:rPr>
            </w:pPr>
            <w:r w:rsidRPr="00EB75F0">
              <w:rPr>
                <w:color w:val="1E1E1E"/>
                <w:sz w:val="16"/>
              </w:rPr>
              <w:t>Alvarez 2012</w:t>
            </w:r>
            <w:r w:rsidR="0031308D" w:rsidRPr="00EB75F0">
              <w:fldChar w:fldCharType="begin"/>
            </w:r>
            <w:r w:rsidR="00452EF4">
              <w:instrText xml:space="preserve"> ADDIN EN.CITE &lt;EndNote&gt;&lt;Cite&gt;&lt;Author&gt;Álvarez&lt;/Author&gt;&lt;Year&gt;2012&lt;/Year&gt;&lt;RecNum&gt;50&lt;/RecNum&gt;&lt;DisplayText&gt;&lt;style face="superscript"&gt;53&lt;/style&gt;&lt;/DisplayText&gt;&lt;record&gt;&lt;rec-number&gt;50&lt;/rec-number&gt;&lt;foreign-keys&gt;&lt;key app="EN" db-id="9ttaxzax2p0tr7ewzt55atews50zvxaaa5rz" timestamp="1764068834"&gt;50&lt;/key&gt;&lt;/foreign-keys&gt;&lt;ref-type name="Journal Article"&gt;17&lt;/ref-type&gt;&lt;contributors&gt;&lt;authors&gt;&lt;author&gt;Álvarez, Enric&lt;/author&gt;&lt;author&gt;Bernardo, Miguel&lt;/author&gt;&lt;author&gt;Gutiérrez Casares, José Ramón&lt;/author&gt;&lt;author&gt;Montejo, Ángel L&lt;/author&gt;&lt;/authors&gt;&lt;/contributors&gt;&lt;titles&gt;&lt;title&gt;Ziprasidone versus Olanzapine in the weight gain associated with the treatment of schizophrenia: A six-month double-blind randomized parallel group study&lt;/title&gt;&lt;secondary-title&gt;The European Journal of Psychiatry&lt;/secondary-title&gt;&lt;/titles&gt;&lt;periodical&gt;&lt;full-title&gt;The European Journal of Psychiatry&lt;/full-title&gt;&lt;/periodical&gt;&lt;pages&gt;248-259&lt;/pages&gt;&lt;volume&gt;26&lt;/volume&gt;&lt;number&gt;4&lt;/number&gt;&lt;dates&gt;&lt;year&gt;2012&lt;/year&gt;&lt;/dates&gt;&lt;isbn&gt;0213-6163&lt;/isbn&gt;&lt;urls&gt;&lt;/urls&gt;&lt;/record&gt;&lt;/Cite&gt;&lt;/EndNote&gt;</w:instrText>
            </w:r>
            <w:r w:rsidR="0031308D" w:rsidRPr="00EB75F0">
              <w:fldChar w:fldCharType="separate"/>
            </w:r>
            <w:r w:rsidR="00452EF4" w:rsidRPr="00452EF4">
              <w:rPr>
                <w:noProof/>
                <w:vertAlign w:val="superscript"/>
              </w:rPr>
              <w:t>53</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72F69FF3" w14:textId="77777777" w:rsidR="009446D0" w:rsidRPr="00EB75F0" w:rsidRDefault="0084596B">
            <w:pPr>
              <w:spacing w:before="60" w:after="60" w:line="240" w:lineRule="auto"/>
              <w:rPr>
                <w:color w:val="1E1E1E"/>
                <w:sz w:val="16"/>
              </w:rPr>
            </w:pPr>
            <w:r w:rsidRPr="00EB75F0">
              <w:rPr>
                <w:color w:val="00B050"/>
                <w:sz w:val="16"/>
              </w:rPr>
              <w:t>Olanzapine 5–10 mg BD (N = 23)</w:t>
            </w:r>
          </w:p>
        </w:tc>
        <w:tc>
          <w:tcPr>
            <w:tcW w:w="3600" w:type="dxa"/>
            <w:tcBorders>
              <w:top w:val="single" w:sz="4" w:space="0" w:color="000000"/>
              <w:left w:val="single" w:sz="4" w:space="0" w:color="000000"/>
              <w:bottom w:val="single" w:sz="4" w:space="0" w:color="000000"/>
              <w:right w:val="single" w:sz="4" w:space="0" w:color="000000"/>
            </w:tcBorders>
          </w:tcPr>
          <w:p w14:paraId="7A630F5B" w14:textId="77777777" w:rsidR="009446D0" w:rsidRPr="00EB75F0" w:rsidRDefault="0084596B">
            <w:pPr>
              <w:spacing w:before="60" w:after="60" w:line="240" w:lineRule="auto"/>
              <w:rPr>
                <w:color w:val="000000"/>
                <w:sz w:val="16"/>
              </w:rPr>
            </w:pPr>
            <w:r w:rsidRPr="00EB75F0">
              <w:rPr>
                <w:color w:val="000000"/>
                <w:sz w:val="16"/>
              </w:rPr>
              <w:t>Ziprasidone 40–80mg BD (N = 27)</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45510D6B" w14:textId="77777777" w:rsidR="009446D0" w:rsidRPr="00EB75F0" w:rsidRDefault="0084596B">
            <w:pPr>
              <w:spacing w:before="60" w:after="60" w:line="240" w:lineRule="auto"/>
              <w:rPr>
                <w:color w:val="1E1E1E"/>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2A606CC9"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36798F41" w14:textId="28D131BF" w:rsidR="009446D0" w:rsidRPr="00EB75F0" w:rsidRDefault="0084596B">
            <w:pPr>
              <w:spacing w:before="60" w:after="60" w:line="240" w:lineRule="auto"/>
              <w:rPr>
                <w:color w:val="1E1E1E"/>
                <w:sz w:val="16"/>
              </w:rPr>
            </w:pPr>
            <w:r w:rsidRPr="00EB75F0">
              <w:rPr>
                <w:color w:val="1E1E1E"/>
                <w:sz w:val="16"/>
              </w:rPr>
              <w:t>Svestka 2003</w:t>
            </w:r>
            <w:r w:rsidR="0031308D" w:rsidRPr="00EB75F0">
              <w:fldChar w:fldCharType="begin"/>
            </w:r>
            <w:r w:rsidR="00452EF4">
              <w:instrText xml:space="preserve"> ADDIN EN.CITE &lt;EndNote&gt;&lt;Cite&gt;&lt;Author&gt;Švestka&lt;/Author&gt;&lt;Year&gt;2003&lt;/Year&gt;&lt;RecNum&gt;51&lt;/RecNum&gt;&lt;DisplayText&gt;&lt;style face="superscript"&gt;54&lt;/style&gt;&lt;/DisplayText&gt;&lt;record&gt;&lt;rec-number&gt;51&lt;/rec-number&gt;&lt;foreign-keys&gt;&lt;key app="EN" db-id="9ttaxzax2p0tr7ewzt55atews50zvxaaa5rz" timestamp="1764068834"&gt;51&lt;/key&gt;&lt;/foreign-keys&gt;&lt;ref-type name="Journal Article"&gt;17&lt;/ref-type&gt;&lt;contributors&gt;&lt;authors&gt;&lt;author&gt;Švestka, Jaromír&lt;/author&gt;&lt;author&gt;Synek, Oldřich&lt;/author&gt;&lt;author&gt;Žourková, Alexandra&lt;/author&gt;&lt;/authors&gt;&lt;/contributors&gt;&lt;titles&gt;&lt;title&gt;A double-blind comparison of olanzapine and quetiapine in treatment of acute exacerbations of schizophrenic or schizoaffective disorders&lt;/title&gt;&lt;secondary-title&gt;European Neuropsychopharmacology&lt;/secondary-title&gt;&lt;/titles&gt;&lt;periodical&gt;&lt;full-title&gt;European Neuropsychopharmacology&lt;/full-title&gt;&lt;/periodical&gt;&lt;dates&gt;&lt;year&gt;2003&lt;/year&gt;&lt;/dates&gt;&lt;isbn&gt;0924-977X&lt;/isbn&gt;&lt;urls&gt;&lt;/urls&gt;&lt;/record&gt;&lt;/Cite&gt;&lt;/EndNote&gt;</w:instrText>
            </w:r>
            <w:r w:rsidR="0031308D" w:rsidRPr="00EB75F0">
              <w:fldChar w:fldCharType="separate"/>
            </w:r>
            <w:r w:rsidR="00452EF4" w:rsidRPr="00452EF4">
              <w:rPr>
                <w:noProof/>
                <w:vertAlign w:val="superscript"/>
              </w:rPr>
              <w:t>54</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707974DF" w14:textId="77777777" w:rsidR="009446D0" w:rsidRPr="00EB75F0" w:rsidRDefault="0084596B">
            <w:pPr>
              <w:spacing w:before="60" w:after="60" w:line="240" w:lineRule="auto"/>
              <w:rPr>
                <w:color w:val="00B050"/>
                <w:sz w:val="16"/>
              </w:rPr>
            </w:pPr>
            <w:r w:rsidRPr="00EB75F0">
              <w:rPr>
                <w:color w:val="00B050"/>
                <w:sz w:val="16"/>
              </w:rPr>
              <w:t>Olanzapine 10–20 mg OD (N = 20)</w:t>
            </w:r>
          </w:p>
          <w:p w14:paraId="7E857B0E" w14:textId="77777777" w:rsidR="009446D0" w:rsidRPr="00EB75F0" w:rsidRDefault="0084596B">
            <w:pPr>
              <w:spacing w:before="60" w:after="60" w:line="240" w:lineRule="auto"/>
              <w:rPr>
                <w:color w:val="1E1E1E"/>
                <w:sz w:val="16"/>
              </w:rPr>
            </w:pPr>
            <w:r w:rsidRPr="00EB75F0">
              <w:rPr>
                <w:color w:val="00B050"/>
                <w:sz w:val="16"/>
              </w:rPr>
              <w:t>Quetiapine 50–700 mg OD (N = 22)</w:t>
            </w:r>
          </w:p>
        </w:tc>
        <w:tc>
          <w:tcPr>
            <w:tcW w:w="3600" w:type="dxa"/>
            <w:tcBorders>
              <w:top w:val="single" w:sz="4" w:space="0" w:color="000000"/>
              <w:left w:val="single" w:sz="4" w:space="0" w:color="000000"/>
              <w:bottom w:val="single" w:sz="4" w:space="0" w:color="000000"/>
              <w:right w:val="single" w:sz="4" w:space="0" w:color="000000"/>
            </w:tcBorders>
          </w:tcPr>
          <w:p w14:paraId="61CEC597" w14:textId="77777777" w:rsidR="009446D0" w:rsidRPr="00EB75F0" w:rsidRDefault="0084596B">
            <w:pPr>
              <w:spacing w:before="60" w:after="60" w:line="240" w:lineRule="auto"/>
              <w:rPr>
                <w:color w:val="000000"/>
                <w:sz w:val="16"/>
              </w:rPr>
            </w:pPr>
            <w:r w:rsidRPr="00EB75F0">
              <w:rPr>
                <w:color w:val="000000"/>
                <w:sz w:val="16"/>
              </w:rPr>
              <w:t>-</w:t>
            </w:r>
          </w:p>
        </w:tc>
        <w:tc>
          <w:tcPr>
            <w:tcW w:w="5696" w:type="dxa"/>
            <w:tcBorders>
              <w:top w:val="single" w:sz="4" w:space="0" w:color="000000"/>
              <w:left w:val="single" w:sz="4" w:space="0" w:color="000000"/>
              <w:bottom w:val="single" w:sz="4" w:space="0" w:color="000000"/>
              <w:right w:val="single" w:sz="4" w:space="0" w:color="000000"/>
            </w:tcBorders>
          </w:tcPr>
          <w:p w14:paraId="547F1549" w14:textId="77777777" w:rsidR="009446D0" w:rsidRPr="00EB75F0" w:rsidRDefault="0084596B">
            <w:pPr>
              <w:spacing w:before="60" w:after="60" w:line="240" w:lineRule="auto"/>
              <w:rPr>
                <w:color w:val="1E1E1E"/>
                <w:sz w:val="16"/>
              </w:rPr>
            </w:pPr>
            <w:r w:rsidRPr="00EB75F0">
              <w:rPr>
                <w:color w:val="1E1E1E"/>
                <w:sz w:val="16"/>
              </w:rPr>
              <w:t xml:space="preserve">- </w:t>
            </w:r>
          </w:p>
        </w:tc>
      </w:tr>
      <w:tr w:rsidR="009446D0" w:rsidRPr="00EB75F0" w14:paraId="5FCE872A"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503A17A3" w14:textId="486A8A22" w:rsidR="009446D0" w:rsidRPr="00EB75F0" w:rsidRDefault="0084596B">
            <w:pPr>
              <w:keepNext/>
              <w:spacing w:before="60" w:after="60" w:line="240" w:lineRule="auto"/>
              <w:rPr>
                <w:color w:val="1E1E1E"/>
                <w:sz w:val="16"/>
              </w:rPr>
            </w:pPr>
            <w:r w:rsidRPr="00EB75F0">
              <w:rPr>
                <w:color w:val="1E1E1E"/>
                <w:sz w:val="16"/>
              </w:rPr>
              <w:t>Loza 1999</w:t>
            </w:r>
            <w:r w:rsidR="0031308D" w:rsidRPr="00EB75F0">
              <w:fldChar w:fldCharType="begin"/>
            </w:r>
            <w:r w:rsidR="00452EF4">
              <w:instrText xml:space="preserve"> ADDIN EN.CITE &lt;EndNote&gt;&lt;Cite&gt;&lt;Author&gt;Loza&lt;/Author&gt;&lt;Year&gt;1999&lt;/Year&gt;&lt;RecNum&gt;52&lt;/RecNum&gt;&lt;DisplayText&gt;&lt;style face="superscript"&gt;55&lt;/style&gt;&lt;/DisplayText&gt;&lt;record&gt;&lt;rec-number&gt;52&lt;/rec-number&gt;&lt;foreign-keys&gt;&lt;key app="EN" db-id="9ttaxzax2p0tr7ewzt55atews50zvxaaa5rz" timestamp="1764068835"&gt;52&lt;/key&gt;&lt;/foreign-keys&gt;&lt;ref-type name="Journal Article"&gt;17&lt;/ref-type&gt;&lt;contributors&gt;&lt;authors&gt;&lt;author&gt;Loza, N&lt;/author&gt;&lt;author&gt;El-Dosoky, AM&lt;/author&gt;&lt;author&gt;Okasha, TA&lt;/author&gt;&lt;author&gt;Khalil, AH&lt;/author&gt;&lt;author&gt;Hasan, NM&lt;/author&gt;&lt;author&gt;Kratky, P&lt;/author&gt;&lt;author&gt;Okasha, A&lt;/author&gt;&lt;/authors&gt;&lt;/contributors&gt;&lt;titles&gt;&lt;title&gt;Olanzapine compared to chlorpromazine in acute schizophrenia&lt;/title&gt;&lt;secondary-title&gt;European neuropsychopharmacology&lt;/secondary-title&gt;&lt;/titles&gt;&lt;periodical&gt;&lt;full-title&gt;European Neuropsychopharmacology&lt;/full-title&gt;&lt;/periodical&gt;&lt;pages&gt;291&lt;/pages&gt;&lt;number&gt;9&lt;/number&gt;&lt;dates&gt;&lt;year&gt;1999&lt;/year&gt;&lt;/dates&gt;&lt;isbn&gt;0924-977X&lt;/isbn&gt;&lt;urls&gt;&lt;/urls&gt;&lt;/record&gt;&lt;/Cite&gt;&lt;/EndNote&gt;</w:instrText>
            </w:r>
            <w:r w:rsidR="0031308D" w:rsidRPr="00EB75F0">
              <w:fldChar w:fldCharType="separate"/>
            </w:r>
            <w:r w:rsidR="00452EF4" w:rsidRPr="00452EF4">
              <w:rPr>
                <w:noProof/>
                <w:vertAlign w:val="superscript"/>
              </w:rPr>
              <w:t>55</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5FA9A007" w14:textId="77777777" w:rsidR="009446D0" w:rsidRPr="00EB75F0" w:rsidRDefault="0084596B">
            <w:pPr>
              <w:spacing w:before="60" w:after="60" w:line="240" w:lineRule="auto"/>
              <w:rPr>
                <w:color w:val="000000"/>
                <w:sz w:val="16"/>
              </w:rPr>
            </w:pPr>
            <w:r w:rsidRPr="00EB75F0">
              <w:rPr>
                <w:color w:val="000000"/>
                <w:sz w:val="16"/>
              </w:rPr>
              <w:t>Olanzapine (N = 27)</w:t>
            </w:r>
          </w:p>
          <w:p w14:paraId="096D2841" w14:textId="77777777" w:rsidR="009446D0" w:rsidRPr="00EB75F0" w:rsidRDefault="009446D0">
            <w:pPr>
              <w:keepNext/>
              <w:spacing w:before="60" w:after="60" w:line="240" w:lineRule="auto"/>
              <w:rPr>
                <w:color w:val="1E1E1E"/>
                <w:sz w:val="16"/>
              </w:rPr>
            </w:pPr>
          </w:p>
        </w:tc>
        <w:tc>
          <w:tcPr>
            <w:tcW w:w="3600" w:type="dxa"/>
            <w:tcBorders>
              <w:top w:val="single" w:sz="4" w:space="0" w:color="000000"/>
              <w:left w:val="single" w:sz="4" w:space="0" w:color="000000"/>
              <w:bottom w:val="single" w:sz="4" w:space="0" w:color="000000"/>
              <w:right w:val="single" w:sz="4" w:space="0" w:color="000000"/>
            </w:tcBorders>
          </w:tcPr>
          <w:p w14:paraId="3BADF4D2" w14:textId="77777777" w:rsidR="009446D0" w:rsidRPr="00EB75F0" w:rsidRDefault="0084596B">
            <w:pPr>
              <w:keepNext/>
              <w:spacing w:before="60" w:after="60" w:line="240" w:lineRule="auto"/>
              <w:rPr>
                <w:color w:val="000000"/>
                <w:sz w:val="16"/>
              </w:rPr>
            </w:pPr>
            <w:r w:rsidRPr="00EB75F0">
              <w:rPr>
                <w:color w:val="000000"/>
                <w:sz w:val="16"/>
              </w:rPr>
              <w:t>Chlorpromazine (N = 14)</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1B95E067" w14:textId="77777777" w:rsidR="009446D0" w:rsidRPr="00EB75F0" w:rsidRDefault="0084596B">
            <w:pPr>
              <w:keepNext/>
              <w:spacing w:before="60" w:after="60" w:line="240" w:lineRule="auto"/>
              <w:rPr>
                <w:color w:val="1E1E1E"/>
                <w:sz w:val="16"/>
              </w:rPr>
            </w:pPr>
            <w:r w:rsidRPr="00EB75F0">
              <w:rPr>
                <w:color w:val="000000"/>
                <w:sz w:val="16"/>
              </w:rPr>
              <w:t>Exclude whole study (</w:t>
            </w:r>
            <w:r w:rsidRPr="00EB75F0">
              <w:rPr>
                <w:color w:val="1E1E1E"/>
                <w:sz w:val="16"/>
              </w:rPr>
              <w:t xml:space="preserve">chlorpromazine </w:t>
            </w:r>
            <w:r w:rsidRPr="00EB75F0">
              <w:rPr>
                <w:color w:val="000000"/>
                <w:sz w:val="16"/>
              </w:rPr>
              <w:t>not in scope of research question, per PICOS table and cannot act as a common comparator link in the network. Inclusion in network would add no relevant comparative effectiveness info versus relevant comparators)</w:t>
            </w:r>
          </w:p>
        </w:tc>
      </w:tr>
      <w:tr w:rsidR="009446D0" w:rsidRPr="00EB75F0" w14:paraId="731634AC"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1124357F" w14:textId="6A68267F" w:rsidR="009446D0" w:rsidRPr="00EB75F0" w:rsidRDefault="0084596B">
            <w:pPr>
              <w:spacing w:before="60" w:after="60" w:line="240" w:lineRule="auto"/>
              <w:rPr>
                <w:color w:val="1E1E1E"/>
                <w:sz w:val="16"/>
              </w:rPr>
            </w:pPr>
            <w:r w:rsidRPr="00EB75F0">
              <w:rPr>
                <w:color w:val="1E1E1E"/>
                <w:sz w:val="16"/>
              </w:rPr>
              <w:t>Wang 2020</w:t>
            </w:r>
            <w:r w:rsidR="0031308D" w:rsidRPr="00EB75F0">
              <w:fldChar w:fldCharType="begin"/>
            </w:r>
            <w:r w:rsidR="00452EF4">
              <w:instrText xml:space="preserve"> ADDIN EN.CITE &lt;EndNote&gt;&lt;Cite&gt;&lt;Author&gt;Wang&lt;/Author&gt;&lt;Year&gt;2020&lt;/Year&gt;&lt;RecNum&gt;18&lt;/RecNum&gt;&lt;DisplayText&gt;&lt;style face="superscript"&gt;21&lt;/style&gt;&lt;/DisplayText&gt;&lt;record&gt;&lt;rec-number&gt;18&lt;/rec-number&gt;&lt;foreign-keys&gt;&lt;key app="EN" db-id="9ttaxzax2p0tr7ewzt55atews50zvxaaa5rz" timestamp="1764068827"&gt;18&lt;/key&gt;&lt;/foreign-keys&gt;&lt;ref-type name="Journal Article"&gt;17&lt;/ref-type&gt;&lt;contributors&gt;&lt;authors&gt;&lt;author&gt;Wang, Ning&lt;/author&gt;&lt;author&gt;Zheng, Na&lt;/author&gt;&lt;author&gt;Dong, Mei&lt;/author&gt;&lt;author&gt;He, Jin&lt;/author&gt;&lt;/authors&gt;&lt;/contributors&gt;&lt;titles&gt;&lt;title&gt;Paroxetine combined with olanzapine in the treatment of schizophrenia&lt;/title&gt;&lt;secondary-title&gt;Pakistan journal of medical sciences&lt;/secondary-title&gt;&lt;/titles&gt;&lt;periodical&gt;&lt;full-title&gt;Pakistan journal of medical sciences&lt;/full-title&gt;&lt;/periodical&gt;&lt;pages&gt;516&lt;/pages&gt;&lt;volume&gt;36&lt;/volume&gt;&lt;number&gt;3&lt;/number&gt;&lt;dates&gt;&lt;year&gt;2020&lt;/year&gt;&lt;/dates&gt;&lt;urls&gt;&lt;/urls&gt;&lt;/record&gt;&lt;/Cite&gt;&lt;/EndNote&gt;</w:instrText>
            </w:r>
            <w:r w:rsidR="0031308D" w:rsidRPr="00EB75F0">
              <w:fldChar w:fldCharType="separate"/>
            </w:r>
            <w:r w:rsidR="00452EF4" w:rsidRPr="00452EF4">
              <w:rPr>
                <w:noProof/>
                <w:vertAlign w:val="superscript"/>
              </w:rPr>
              <w:t>21</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3524F772" w14:textId="77777777" w:rsidR="009446D0" w:rsidRPr="00EB75F0" w:rsidRDefault="0084596B">
            <w:pPr>
              <w:spacing w:before="60" w:after="60" w:line="240" w:lineRule="auto"/>
              <w:rPr>
                <w:color w:val="1E1E1E"/>
                <w:sz w:val="16"/>
              </w:rPr>
            </w:pPr>
            <w:r w:rsidRPr="00EB75F0">
              <w:rPr>
                <w:color w:val="00B050"/>
                <w:sz w:val="16"/>
              </w:rPr>
              <w:t>Olanzapine 10 mg OD (N = 42)</w:t>
            </w:r>
          </w:p>
        </w:tc>
        <w:tc>
          <w:tcPr>
            <w:tcW w:w="3600" w:type="dxa"/>
            <w:tcBorders>
              <w:top w:val="single" w:sz="4" w:space="0" w:color="000000"/>
              <w:left w:val="single" w:sz="4" w:space="0" w:color="000000"/>
              <w:bottom w:val="single" w:sz="4" w:space="0" w:color="000000"/>
              <w:right w:val="single" w:sz="4" w:space="0" w:color="000000"/>
            </w:tcBorders>
          </w:tcPr>
          <w:p w14:paraId="66358DA1" w14:textId="77777777" w:rsidR="009446D0" w:rsidRPr="00732701" w:rsidRDefault="0084596B">
            <w:pPr>
              <w:spacing w:before="60" w:after="60" w:line="240" w:lineRule="auto"/>
              <w:rPr>
                <w:color w:val="000000"/>
                <w:sz w:val="16"/>
                <w:lang w:val="it-IT"/>
              </w:rPr>
            </w:pPr>
            <w:proofErr w:type="spellStart"/>
            <w:r w:rsidRPr="00732701">
              <w:rPr>
                <w:color w:val="000000"/>
                <w:sz w:val="16"/>
                <w:lang w:val="it-IT"/>
              </w:rPr>
              <w:t>Paroxetine</w:t>
            </w:r>
            <w:proofErr w:type="spellEnd"/>
            <w:r w:rsidRPr="00732701">
              <w:rPr>
                <w:color w:val="000000"/>
                <w:sz w:val="16"/>
                <w:lang w:val="it-IT"/>
              </w:rPr>
              <w:t xml:space="preserve"> + </w:t>
            </w:r>
            <w:proofErr w:type="spellStart"/>
            <w:r w:rsidRPr="00732701">
              <w:rPr>
                <w:color w:val="000000"/>
                <w:sz w:val="16"/>
                <w:lang w:val="it-IT"/>
              </w:rPr>
              <w:t>olanzapine</w:t>
            </w:r>
            <w:proofErr w:type="spellEnd"/>
            <w:r w:rsidRPr="00732701">
              <w:rPr>
                <w:color w:val="000000"/>
                <w:sz w:val="16"/>
                <w:lang w:val="it-IT"/>
              </w:rPr>
              <w:t xml:space="preserve"> 20 mg OD (N = 42)</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2F8742B0" w14:textId="77777777" w:rsidR="009446D0" w:rsidRPr="00EB75F0" w:rsidRDefault="0084596B">
            <w:pPr>
              <w:spacing w:before="60" w:after="60" w:line="240" w:lineRule="auto"/>
              <w:rPr>
                <w:color w:val="1E1E1E"/>
                <w:sz w:val="16"/>
              </w:rPr>
            </w:pPr>
            <w:r w:rsidRPr="00EB75F0">
              <w:rPr>
                <w:color w:val="000000"/>
                <w:sz w:val="16"/>
              </w:rPr>
              <w:t>Exclude whole study (paroxetine + olanzapine not in scope of research question, per PICOS table and cannot act as a common comparator link in the network. Inclusion in network would add no relevant comparative effectiveness info versus relevant comparators)</w:t>
            </w:r>
          </w:p>
        </w:tc>
      </w:tr>
      <w:tr w:rsidR="009446D0" w:rsidRPr="00EB75F0" w14:paraId="3FAD7745"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35EFA96A" w14:textId="62A06A20" w:rsidR="009446D0" w:rsidRPr="00EB75F0" w:rsidRDefault="0084596B">
            <w:pPr>
              <w:spacing w:before="60" w:after="60" w:line="240" w:lineRule="auto"/>
              <w:rPr>
                <w:color w:val="1E1E1E"/>
                <w:sz w:val="16"/>
              </w:rPr>
            </w:pPr>
            <w:r w:rsidRPr="00EB75F0">
              <w:rPr>
                <w:color w:val="1E1E1E"/>
                <w:sz w:val="16"/>
              </w:rPr>
              <w:t>Sacchetti 2008</w:t>
            </w:r>
            <w:r w:rsidR="0031308D" w:rsidRPr="00EB75F0">
              <w:fldChar w:fldCharType="begin"/>
            </w:r>
            <w:r w:rsidR="00452EF4">
              <w:instrText xml:space="preserve"> ADDIN EN.CITE &lt;EndNote&gt;&lt;Cite&gt;&lt;Author&gt;Sacchetti&lt;/Author&gt;&lt;Year&gt;2008&lt;/Year&gt;&lt;RecNum&gt;53&lt;/RecNum&gt;&lt;DisplayText&gt;&lt;style face="superscript"&gt;56&lt;/style&gt;&lt;/DisplayText&gt;&lt;record&gt;&lt;rec-number&gt;53&lt;/rec-number&gt;&lt;foreign-keys&gt;&lt;key app="EN" db-id="9ttaxzax2p0tr7ewzt55atews50zvxaaa5rz" timestamp="1764068835"&gt;53&lt;/key&gt;&lt;/foreign-keys&gt;&lt;ref-type name="Journal Article"&gt;17&lt;/ref-type&gt;&lt;contributors&gt;&lt;authors&gt;&lt;author&gt;Sacchetti, E.&lt;/author&gt;&lt;author&gt;Valsecchi, P.&lt;/author&gt;&lt;author&gt;Parrinello, G.&lt;/author&gt;&lt;author&gt;Querisola Group&lt;/author&gt;&lt;/authors&gt;&lt;/contributors&gt;&lt;titles&gt;&lt;title&gt;A randomized, flexible-dose, quasi-naturalistic comparison of quetiapine, risperidone, and olanzapine in the short-term treatment of schizophrenia: the QUERISOLA trial&lt;/title&gt;&lt;secondary-title&gt;Schizophr Res&lt;/secondary-title&gt;&lt;/titles&gt;&lt;periodical&gt;&lt;full-title&gt;Schizophr Res&lt;/full-title&gt;&lt;/periodical&gt;&lt;pages&gt;55-65&lt;/pages&gt;&lt;volume&gt;98&lt;/volume&gt;&lt;number&gt;1-3&lt;/number&gt;&lt;dates&gt;&lt;year&gt;2008&lt;/year&gt;&lt;pub-dates&gt;&lt;date&gt;20071015&lt;/date&gt;&lt;/pub-dates&gt;&lt;/dates&gt;&lt;pub-location&gt;Department of Psychiatry, Brescia University School of Medicine, Brescia, Italy. sacchett@med.unibs.it&lt;/pub-location&gt;&lt;isbn&gt;0920-9964 (Print) 0920-9964 (Linking)&lt;/isbn&gt;&lt;urls&gt;&lt;related-urls&gt;&lt;url&gt;https://www.ncbi.nlm.nih.gov/pubmed/17933497&lt;/url&gt;&lt;/related-urls&gt;&lt;/urls&gt;&lt;electronic-resource-num&gt;10.1016/j.schres.2007.09.011&lt;/electronic-resource-num&gt;&lt;/record&gt;&lt;/Cite&gt;&lt;/EndNote&gt;</w:instrText>
            </w:r>
            <w:r w:rsidR="0031308D" w:rsidRPr="00EB75F0">
              <w:fldChar w:fldCharType="separate"/>
            </w:r>
            <w:r w:rsidR="00452EF4" w:rsidRPr="00452EF4">
              <w:rPr>
                <w:noProof/>
                <w:vertAlign w:val="superscript"/>
              </w:rPr>
              <w:t>56</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464315F5" w14:textId="77777777" w:rsidR="009446D0" w:rsidRPr="00EB75F0" w:rsidRDefault="0084596B">
            <w:pPr>
              <w:spacing w:before="60" w:after="60" w:line="240" w:lineRule="auto"/>
              <w:rPr>
                <w:color w:val="00B050"/>
                <w:sz w:val="16"/>
              </w:rPr>
            </w:pPr>
            <w:r w:rsidRPr="00EB75F0">
              <w:rPr>
                <w:color w:val="00B050"/>
                <w:sz w:val="16"/>
              </w:rPr>
              <w:t xml:space="preserve">Risperidone 5.1 mg OD (mean) (N = 25), </w:t>
            </w:r>
            <w:r w:rsidRPr="00EB75F0">
              <w:rPr>
                <w:color w:val="00B050"/>
                <w:sz w:val="16"/>
              </w:rPr>
              <w:br/>
              <w:t>Olanzapine 15.1 mg OD (mean) (N = 25)</w:t>
            </w:r>
          </w:p>
          <w:p w14:paraId="16AE38AA" w14:textId="77777777" w:rsidR="009446D0" w:rsidRPr="00EB75F0" w:rsidRDefault="0084596B">
            <w:pPr>
              <w:spacing w:before="60" w:after="60" w:line="240" w:lineRule="auto"/>
              <w:rPr>
                <w:color w:val="0070C0"/>
                <w:sz w:val="16"/>
              </w:rPr>
            </w:pPr>
            <w:r w:rsidRPr="00EB75F0">
              <w:rPr>
                <w:color w:val="00B050"/>
                <w:sz w:val="16"/>
              </w:rPr>
              <w:t>Quetiapine 590 mg OD (mean) (N = 25)</w:t>
            </w:r>
          </w:p>
        </w:tc>
        <w:tc>
          <w:tcPr>
            <w:tcW w:w="3600" w:type="dxa"/>
            <w:tcBorders>
              <w:top w:val="single" w:sz="4" w:space="0" w:color="000000"/>
              <w:left w:val="single" w:sz="4" w:space="0" w:color="000000"/>
              <w:bottom w:val="single" w:sz="4" w:space="0" w:color="000000"/>
              <w:right w:val="single" w:sz="4" w:space="0" w:color="000000"/>
            </w:tcBorders>
          </w:tcPr>
          <w:p w14:paraId="34C0915F" w14:textId="77777777" w:rsidR="009446D0" w:rsidRPr="00EB75F0" w:rsidRDefault="0084596B">
            <w:pPr>
              <w:spacing w:before="60" w:after="60" w:line="240" w:lineRule="auto"/>
              <w:rPr>
                <w:color w:val="000000"/>
                <w:sz w:val="16"/>
              </w:rPr>
            </w:pPr>
            <w:r w:rsidRPr="00EB75F0">
              <w:rPr>
                <w:color w:val="000000"/>
                <w:sz w:val="16"/>
              </w:rPr>
              <w:t>-</w:t>
            </w:r>
          </w:p>
        </w:tc>
        <w:tc>
          <w:tcPr>
            <w:tcW w:w="5696" w:type="dxa"/>
            <w:tcBorders>
              <w:top w:val="single" w:sz="4" w:space="0" w:color="000000"/>
              <w:left w:val="single" w:sz="4" w:space="0" w:color="000000"/>
              <w:bottom w:val="single" w:sz="4" w:space="0" w:color="000000"/>
              <w:right w:val="single" w:sz="4" w:space="0" w:color="000000"/>
            </w:tcBorders>
          </w:tcPr>
          <w:p w14:paraId="5A95CB84"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3F0A76C3"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CC5769E" w14:textId="111B9954" w:rsidR="009446D0" w:rsidRPr="00EB75F0" w:rsidRDefault="0084596B">
            <w:pPr>
              <w:spacing w:before="60" w:after="60" w:line="240" w:lineRule="auto"/>
              <w:rPr>
                <w:color w:val="1E1E1E"/>
                <w:sz w:val="16"/>
              </w:rPr>
            </w:pPr>
            <w:r w:rsidRPr="00EB75F0">
              <w:rPr>
                <w:color w:val="1E1E1E"/>
                <w:sz w:val="16"/>
              </w:rPr>
              <w:lastRenderedPageBreak/>
              <w:t>Shan 2020</w:t>
            </w:r>
            <w:r w:rsidR="0031308D" w:rsidRPr="00EB75F0">
              <w:fldChar w:fldCharType="begin"/>
            </w:r>
            <w:r w:rsidR="00452EF4">
              <w:instrText xml:space="preserve"> ADDIN EN.CITE &lt;EndNote&gt;&lt;Cite&gt;&lt;Author&gt;Shan&lt;/Author&gt;&lt;Year&gt;2020&lt;/Year&gt;&lt;RecNum&gt;54&lt;/RecNum&gt;&lt;DisplayText&gt;&lt;style face="superscript"&gt;57&lt;/style&gt;&lt;/DisplayText&gt;&lt;record&gt;&lt;rec-number&gt;54&lt;/rec-number&gt;&lt;foreign-keys&gt;&lt;key app="EN" db-id="9ttaxzax2p0tr7ewzt55atews50zvxaaa5rz" timestamp="1764068835"&gt;54&lt;/key&gt;&lt;/foreign-keys&gt;&lt;ref-type name="Journal Article"&gt;17&lt;/ref-type&gt;&lt;contributors&gt;&lt;authors&gt;&lt;author&gt;Shan, Xiaoxiao&lt;/author&gt;&lt;author&gt;Liao, Rongyuan&lt;/author&gt;&lt;author&gt;Ou, Yangpan&lt;/author&gt;&lt;author&gt;Ding, Yudan&lt;/author&gt;&lt;author&gt;Liu, Feng&lt;/author&gt;&lt;author&gt;Chen, Jindong&lt;/author&gt;&lt;author&gt;Zhao, Jingping&lt;/author&gt;&lt;author&gt;Guo, Wenbin&lt;/author&gt;&lt;author&gt;He, Yiqun&lt;/author&gt;&lt;/authors&gt;&lt;/contributors&gt;&lt;titles&gt;&lt;title&gt;Metacognitive training modulates default-mode network homogeneity during 8-week olanzapine treatment in patients with schizophrenia&lt;/title&gt;&lt;secondary-title&gt;Frontiers in psychiatry&lt;/secondary-title&gt;&lt;/titles&gt;&lt;periodical&gt;&lt;full-title&gt;Frontiers in psychiatry&lt;/full-title&gt;&lt;/periodical&gt;&lt;pages&gt;234&lt;/pages&gt;&lt;volume&gt;11&lt;/volume&gt;&lt;dates&gt;&lt;year&gt;2020&lt;/year&gt;&lt;/dates&gt;&lt;isbn&gt;1664-0640&lt;/isbn&gt;&lt;urls&gt;&lt;/urls&gt;&lt;/record&gt;&lt;/Cite&gt;&lt;/EndNote&gt;</w:instrText>
            </w:r>
            <w:r w:rsidR="0031308D" w:rsidRPr="00EB75F0">
              <w:fldChar w:fldCharType="separate"/>
            </w:r>
            <w:r w:rsidR="00452EF4" w:rsidRPr="00452EF4">
              <w:rPr>
                <w:noProof/>
                <w:vertAlign w:val="superscript"/>
              </w:rPr>
              <w:t>57</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3E648276" w14:textId="77777777" w:rsidR="009446D0" w:rsidRPr="00EB75F0" w:rsidRDefault="0084596B">
            <w:pPr>
              <w:spacing w:before="60" w:after="60" w:line="240" w:lineRule="auto"/>
              <w:rPr>
                <w:color w:val="1E1E1E"/>
                <w:sz w:val="16"/>
              </w:rPr>
            </w:pPr>
            <w:r w:rsidRPr="00EB75F0">
              <w:rPr>
                <w:color w:val="0070C0"/>
                <w:sz w:val="16"/>
              </w:rPr>
              <w:t>Olanzapine 20.5 mg OD (mean) (N = 20)</w:t>
            </w:r>
          </w:p>
        </w:tc>
        <w:tc>
          <w:tcPr>
            <w:tcW w:w="3600" w:type="dxa"/>
            <w:tcBorders>
              <w:top w:val="single" w:sz="4" w:space="0" w:color="000000"/>
              <w:left w:val="single" w:sz="4" w:space="0" w:color="000000"/>
              <w:bottom w:val="single" w:sz="4" w:space="0" w:color="000000"/>
              <w:right w:val="single" w:sz="4" w:space="0" w:color="000000"/>
            </w:tcBorders>
          </w:tcPr>
          <w:p w14:paraId="30EDB479" w14:textId="77777777" w:rsidR="009446D0" w:rsidRPr="00EB75F0" w:rsidRDefault="0084596B">
            <w:pPr>
              <w:spacing w:before="60" w:after="60" w:line="240" w:lineRule="auto"/>
              <w:rPr>
                <w:color w:val="000000"/>
                <w:sz w:val="16"/>
              </w:rPr>
            </w:pPr>
            <w:r w:rsidRPr="00EB75F0">
              <w:rPr>
                <w:color w:val="000000"/>
                <w:sz w:val="16"/>
              </w:rPr>
              <w:t>Olanzapine + metacognitive training 21.58 mg OD (mean) (N = 21)</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2A314400" w14:textId="77777777" w:rsidR="009446D0" w:rsidRPr="00EB75F0" w:rsidRDefault="0084596B">
            <w:pPr>
              <w:spacing w:before="60" w:after="60" w:line="240" w:lineRule="auto"/>
              <w:rPr>
                <w:color w:val="1E1E1E"/>
                <w:sz w:val="16"/>
              </w:rPr>
            </w:pPr>
            <w:r w:rsidRPr="00EB75F0">
              <w:rPr>
                <w:color w:val="000000"/>
                <w:sz w:val="16"/>
              </w:rPr>
              <w:t>Exclude whole study (</w:t>
            </w:r>
            <w:r w:rsidRPr="00EB75F0">
              <w:rPr>
                <w:color w:val="1E1E1E"/>
                <w:sz w:val="16"/>
              </w:rPr>
              <w:t xml:space="preserve">olanzapine + metacognitive training </w:t>
            </w:r>
            <w:r w:rsidRPr="00EB75F0">
              <w:rPr>
                <w:color w:val="000000"/>
                <w:sz w:val="16"/>
              </w:rPr>
              <w:t>not in scope of research question, per PICOS table and cannot act as a common comparator link in the network. Inclusion in network would add no relevant comparative effectiveness info versus relevant comparators)</w:t>
            </w:r>
          </w:p>
        </w:tc>
      </w:tr>
      <w:tr w:rsidR="009446D0" w:rsidRPr="00EB75F0" w14:paraId="5E64A9DD"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0F7AEA9D" w14:textId="388C22A8" w:rsidR="009446D0" w:rsidRPr="00EB75F0" w:rsidRDefault="0084596B">
            <w:pPr>
              <w:spacing w:before="60" w:after="60" w:line="240" w:lineRule="auto"/>
              <w:rPr>
                <w:color w:val="1E1E1E"/>
                <w:sz w:val="16"/>
              </w:rPr>
            </w:pPr>
            <w:r w:rsidRPr="00EB75F0">
              <w:rPr>
                <w:color w:val="1E1E1E"/>
                <w:sz w:val="16"/>
              </w:rPr>
              <w:t>Harvey2003</w:t>
            </w:r>
            <w:r w:rsidR="0031308D" w:rsidRPr="00EB75F0">
              <w:fldChar w:fldCharType="begin"/>
            </w:r>
            <w:r w:rsidR="00452EF4">
              <w:instrText xml:space="preserve"> ADDIN EN.CITE &lt;EndNote&gt;&lt;Cite&gt;&lt;Author&gt;Harvey&lt;/Author&gt;&lt;Year&gt;2003&lt;/Year&gt;&lt;RecNum&gt;10&lt;/RecNum&gt;&lt;DisplayText&gt;&lt;style face="superscript"&gt;13&lt;/style&gt;&lt;/DisplayText&gt;&lt;record&gt;&lt;rec-number&gt;10&lt;/rec-number&gt;&lt;foreign-keys&gt;&lt;key app="EN" db-id="9ttaxzax2p0tr7ewzt55atews50zvxaaa5rz" timestamp="1764068825"&gt;10&lt;/key&gt;&lt;/foreign-keys&gt;&lt;ref-type name="Journal Article"&gt;17&lt;/ref-type&gt;&lt;contributors&gt;&lt;authors&gt;&lt;author&gt;Harvey, P. D.&lt;/author&gt;&lt;author&gt;Green, M. F.&lt;/author&gt;&lt;author&gt;McGurk, S. R.&lt;/author&gt;&lt;author&gt;Meltzer, H. Y.&lt;/author&gt;&lt;/authors&gt;&lt;/contributors&gt;&lt;titles&gt;&lt;title&gt;Changes in cognitive functioning with risperidone and olanzapine treatment: a large-scale, double-blind, randomized study&lt;/title&gt;&lt;secondary-title&gt;Psychopharmacology (Berl)&lt;/secondary-title&gt;&lt;/titles&gt;&lt;periodical&gt;&lt;full-title&gt;Psychopharmacology (Berl)&lt;/full-title&gt;&lt;/periodical&gt;&lt;pages&gt;404-11&lt;/pages&gt;&lt;volume&gt;169&lt;/volume&gt;&lt;number&gt;3-4&lt;/number&gt;&lt;dates&gt;&lt;year&gt;2003&lt;/year&gt;&lt;pub-dates&gt;&lt;date&gt;20030218&lt;/date&gt;&lt;/pub-dates&gt;&lt;/dates&gt;&lt;pub-location&gt;Department of Psychiatry, Mt. Sinai School of Medicine, Box 1229, New York, NY 10029, USA. pdharvey@compuserve.com&lt;/pub-location&gt;&lt;isbn&gt;0033-3158 (Print) 0033-3158 (Linking)&lt;/isbn&gt;&lt;urls&gt;&lt;related-urls&gt;&lt;url&gt;https://www.ncbi.nlm.nih.gov/pubmed/12590356&lt;/url&gt;&lt;/related-urls&gt;&lt;/urls&gt;&lt;electronic-resource-num&gt;10.1007/s00213-002-1342-5&lt;/electronic-resource-num&gt;&lt;/record&gt;&lt;/Cite&gt;&lt;/EndNote&gt;</w:instrText>
            </w:r>
            <w:r w:rsidR="0031308D" w:rsidRPr="00EB75F0">
              <w:fldChar w:fldCharType="separate"/>
            </w:r>
            <w:r w:rsidR="00452EF4" w:rsidRPr="00452EF4">
              <w:rPr>
                <w:noProof/>
                <w:vertAlign w:val="superscript"/>
              </w:rPr>
              <w:t>13</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79873F5B" w14:textId="77777777" w:rsidR="009446D0" w:rsidRPr="00732701" w:rsidRDefault="0084596B">
            <w:pPr>
              <w:spacing w:before="60" w:after="60" w:line="240" w:lineRule="auto"/>
              <w:rPr>
                <w:color w:val="1E1E1E"/>
                <w:sz w:val="16"/>
                <w:lang w:val="it-IT"/>
              </w:rPr>
            </w:pPr>
            <w:r w:rsidRPr="00732701">
              <w:rPr>
                <w:color w:val="00B050"/>
                <w:sz w:val="16"/>
                <w:lang w:val="it-IT"/>
              </w:rPr>
              <w:t xml:space="preserve">Risperidone 2–6 mg OD (N = 188), </w:t>
            </w:r>
            <w:r w:rsidRPr="00732701">
              <w:rPr>
                <w:color w:val="00B050"/>
                <w:sz w:val="16"/>
                <w:lang w:val="it-IT"/>
              </w:rPr>
              <w:br/>
            </w:r>
            <w:proofErr w:type="spellStart"/>
            <w:r w:rsidRPr="00732701">
              <w:rPr>
                <w:color w:val="00B050"/>
                <w:sz w:val="16"/>
                <w:lang w:val="it-IT"/>
              </w:rPr>
              <w:t>Olanzapine</w:t>
            </w:r>
            <w:proofErr w:type="spellEnd"/>
            <w:r w:rsidRPr="00732701">
              <w:rPr>
                <w:color w:val="00B050"/>
                <w:sz w:val="16"/>
                <w:lang w:val="it-IT"/>
              </w:rPr>
              <w:t xml:space="preserve"> 5–20 mg OD (N = 189)</w:t>
            </w:r>
          </w:p>
        </w:tc>
        <w:tc>
          <w:tcPr>
            <w:tcW w:w="3600" w:type="dxa"/>
            <w:tcBorders>
              <w:top w:val="single" w:sz="4" w:space="0" w:color="000000"/>
              <w:left w:val="single" w:sz="4" w:space="0" w:color="000000"/>
              <w:bottom w:val="single" w:sz="4" w:space="0" w:color="000000"/>
              <w:right w:val="single" w:sz="4" w:space="0" w:color="000000"/>
            </w:tcBorders>
          </w:tcPr>
          <w:p w14:paraId="54967A59" w14:textId="77777777" w:rsidR="009446D0" w:rsidRPr="00732701" w:rsidRDefault="009446D0">
            <w:pPr>
              <w:spacing w:before="60" w:after="60" w:line="240" w:lineRule="auto"/>
              <w:rPr>
                <w:color w:val="000000"/>
                <w:sz w:val="16"/>
                <w:lang w:val="it-IT"/>
              </w:rPr>
            </w:pPr>
          </w:p>
        </w:tc>
        <w:tc>
          <w:tcPr>
            <w:tcW w:w="5696" w:type="dxa"/>
            <w:tcBorders>
              <w:top w:val="single" w:sz="4" w:space="0" w:color="000000"/>
              <w:left w:val="single" w:sz="4" w:space="0" w:color="000000"/>
              <w:bottom w:val="single" w:sz="4" w:space="0" w:color="000000"/>
              <w:right w:val="single" w:sz="4" w:space="0" w:color="000000"/>
            </w:tcBorders>
          </w:tcPr>
          <w:p w14:paraId="2BE07E93"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7B7B7720"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56D562AB" w14:textId="24A9B684" w:rsidR="009446D0" w:rsidRPr="00EB75F0" w:rsidRDefault="0084596B">
            <w:pPr>
              <w:keepNext/>
              <w:spacing w:before="60" w:after="60" w:line="240" w:lineRule="auto"/>
              <w:rPr>
                <w:color w:val="1E1E1E"/>
                <w:sz w:val="16"/>
              </w:rPr>
            </w:pPr>
            <w:r w:rsidRPr="00EB75F0">
              <w:rPr>
                <w:color w:val="1E1E1E"/>
                <w:sz w:val="16"/>
              </w:rPr>
              <w:t>Tollefson 1997</w:t>
            </w:r>
            <w:r w:rsidR="0031308D" w:rsidRPr="00EB75F0">
              <w:fldChar w:fldCharType="begin"/>
            </w:r>
            <w:r w:rsidR="00452EF4">
              <w:instrText xml:space="preserve"> ADDIN EN.CITE &lt;EndNote&gt;&lt;Cite&gt;&lt;Author&gt;Tollefson&lt;/Author&gt;&lt;Year&gt;1997&lt;/Year&gt;&lt;RecNum&gt;11&lt;/RecNum&gt;&lt;DisplayText&gt;&lt;style face="superscript"&gt;14&lt;/style&gt;&lt;/DisplayText&gt;&lt;record&gt;&lt;rec-number&gt;11&lt;/rec-number&gt;&lt;foreign-keys&gt;&lt;key app="EN" db-id="9ttaxzax2p0tr7ewzt55atews50zvxaaa5rz" timestamp="1764068825"&gt;11&lt;/key&gt;&lt;/foreign-keys&gt;&lt;ref-type name="Journal Article"&gt;17&lt;/ref-type&gt;&lt;contributors&gt;&lt;authors&gt;&lt;author&gt;Tollefson, Gary D&lt;/author&gt;&lt;author&gt;Beasley Jr, Charles M&lt;/author&gt;&lt;author&gt;Tran, Pierre V&lt;/author&gt;&lt;author&gt;Street, Jamie S&lt;/author&gt;&lt;author&gt;Krueger, John A&lt;/author&gt;&lt;author&gt;Tamura, Roy N&lt;/author&gt;&lt;author&gt;Graffeo, Karin A&lt;/author&gt;&lt;author&gt;Thieme, Martha E&lt;/author&gt;&lt;/authors&gt;&lt;/contributors&gt;&lt;titles&gt;&lt;title&gt;Olanzapine versus haloperidol in the treatment of schizophrenia and schizoaffective and schizophreniform disorders: results of an international collaborative trial&lt;/title&gt;&lt;secondary-title&gt;American Journal of Psychiatry&lt;/secondary-title&gt;&lt;/titles&gt;&lt;periodical&gt;&lt;full-title&gt;American Journal of Psychiatry&lt;/full-title&gt;&lt;/periodical&gt;&lt;pages&gt;457-465&lt;/pages&gt;&lt;volume&gt;154&lt;/volume&gt;&lt;number&gt;4&lt;/number&gt;&lt;dates&gt;&lt;year&gt;1997&lt;/year&gt;&lt;/dates&gt;&lt;isbn&gt;0002-953X&lt;/isbn&gt;&lt;urls&gt;&lt;/urls&gt;&lt;/record&gt;&lt;/Cite&gt;&lt;/EndNote&gt;</w:instrText>
            </w:r>
            <w:r w:rsidR="0031308D" w:rsidRPr="00EB75F0">
              <w:fldChar w:fldCharType="separate"/>
            </w:r>
            <w:r w:rsidR="00452EF4" w:rsidRPr="00452EF4">
              <w:rPr>
                <w:noProof/>
                <w:vertAlign w:val="superscript"/>
              </w:rPr>
              <w:t>14</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53371CBA" w14:textId="77777777" w:rsidR="009446D0" w:rsidRPr="00EB75F0" w:rsidRDefault="0084596B">
            <w:pPr>
              <w:keepNext/>
              <w:spacing w:before="60" w:after="60" w:line="240" w:lineRule="auto"/>
              <w:rPr>
                <w:color w:val="1E1E1E"/>
                <w:sz w:val="16"/>
              </w:rPr>
            </w:pPr>
            <w:r w:rsidRPr="00EB75F0">
              <w:rPr>
                <w:color w:val="00B050"/>
                <w:sz w:val="16"/>
              </w:rPr>
              <w:t>Olanzapine 5–20 mg OD (N = 1336)</w:t>
            </w:r>
          </w:p>
        </w:tc>
        <w:tc>
          <w:tcPr>
            <w:tcW w:w="3600" w:type="dxa"/>
            <w:tcBorders>
              <w:top w:val="single" w:sz="4" w:space="0" w:color="000000"/>
              <w:left w:val="single" w:sz="4" w:space="0" w:color="000000"/>
              <w:bottom w:val="single" w:sz="4" w:space="0" w:color="000000"/>
              <w:right w:val="single" w:sz="4" w:space="0" w:color="000000"/>
            </w:tcBorders>
          </w:tcPr>
          <w:p w14:paraId="0455E6E9" w14:textId="77777777" w:rsidR="009446D0" w:rsidRPr="00EB75F0" w:rsidRDefault="0084596B">
            <w:pPr>
              <w:keepNext/>
              <w:spacing w:before="60" w:after="60" w:line="240" w:lineRule="auto"/>
              <w:rPr>
                <w:color w:val="000000"/>
                <w:sz w:val="16"/>
              </w:rPr>
            </w:pPr>
            <w:r w:rsidRPr="00EB75F0">
              <w:rPr>
                <w:color w:val="000000"/>
                <w:sz w:val="16"/>
              </w:rPr>
              <w:t>Haloperidol 5–20 mg OD (N = 660)</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6E883C3A" w14:textId="77777777" w:rsidR="009446D0" w:rsidRPr="00EB75F0" w:rsidRDefault="0084596B">
            <w:pPr>
              <w:keepNext/>
              <w:spacing w:before="60" w:after="60" w:line="240" w:lineRule="auto"/>
              <w:rPr>
                <w:color w:val="1E1E1E"/>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236E100E"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4A9602C8" w14:textId="45B211BD" w:rsidR="009446D0" w:rsidRPr="00EB75F0" w:rsidRDefault="0084596B">
            <w:pPr>
              <w:spacing w:before="60" w:after="60" w:line="240" w:lineRule="auto"/>
              <w:rPr>
                <w:color w:val="1E1E1E"/>
                <w:sz w:val="16"/>
              </w:rPr>
            </w:pPr>
            <w:r w:rsidRPr="00EB75F0">
              <w:rPr>
                <w:color w:val="1E1E1E"/>
                <w:sz w:val="16"/>
              </w:rPr>
              <w:t>Kang 2021</w:t>
            </w:r>
            <w:r w:rsidR="0031308D" w:rsidRPr="00EB75F0">
              <w:fldChar w:fldCharType="begin"/>
            </w:r>
            <w:r w:rsidR="00073331">
              <w:instrText xml:space="preserve"> ADDIN EN.CITE &lt;EndNote&gt;&lt;Cite&gt;&lt;Author&gt;Kang&lt;/Author&gt;&lt;Year&gt;2021&lt;/Year&gt;&lt;RecNum&gt;3&lt;/RecNum&gt;&lt;DisplayText&gt;&lt;style face="superscript"&gt;3&lt;/style&gt;&lt;/DisplayText&gt;&lt;record&gt;&lt;rec-number&gt;3&lt;/rec-number&gt;&lt;foreign-keys&gt;&lt;key app="EN" db-id="9ttaxzax2p0tr7ewzt55atews50zvxaaa5rz" timestamp="1764068824"&gt;3&lt;/key&gt;&lt;/foreign-keys&gt;&lt;ref-type name="Journal Article"&gt;17&lt;/ref-type&gt;&lt;contributors&gt;&lt;authors&gt;&lt;author&gt;Kang, Dongyu&lt;/author&gt;&lt;author&gt;Zhang, Fengyu&lt;/author&gt;&lt;author&gt;Yang, Ye&lt;/author&gt;&lt;author&gt;Liu, Chenchen&lt;/author&gt;&lt;author&gt;Xiao, Jingmei&lt;/author&gt;&lt;author&gt;Long, Yujun&lt;/author&gt;&lt;author&gt;Huang, Jing&lt;/author&gt;&lt;author&gt;Peng, Xingjie&lt;/author&gt;&lt;author&gt;Wang, Weiyan&lt;/author&gt;&lt;author&gt;Wang, Xiaoyi&lt;/author&gt;&lt;/authors&gt;&lt;/contributors&gt;&lt;titles&gt;&lt;title&gt;Probiotic supplements reduce antipsychotic-induced metabolic disturbances in drug-naïve first-episode schizophrenia&lt;/title&gt;&lt;secondary-title&gt;medRxiv&lt;/secondary-title&gt;&lt;/titles&gt;&lt;periodical&gt;&lt;full-title&gt;medRxiv&lt;/full-title&gt;&lt;/periodical&gt;&lt;pages&gt;2021.02. 16.21251872&lt;/pages&gt;&lt;dates&gt;&lt;year&gt;2021&lt;/year&gt;&lt;/dates&gt;&lt;urls&gt;&lt;/urls&gt;&lt;/record&gt;&lt;/Cite&gt;&lt;/EndNote&gt;</w:instrText>
            </w:r>
            <w:r w:rsidR="0031308D" w:rsidRPr="00EB75F0">
              <w:fldChar w:fldCharType="separate"/>
            </w:r>
            <w:r w:rsidR="008D3092" w:rsidRPr="008D3092">
              <w:rPr>
                <w:noProof/>
                <w:vertAlign w:val="superscript"/>
              </w:rPr>
              <w:t>3</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77F58BBE" w14:textId="77777777" w:rsidR="009446D0" w:rsidRPr="00EB75F0" w:rsidRDefault="0084596B">
            <w:pPr>
              <w:spacing w:before="60" w:after="60" w:line="240" w:lineRule="auto"/>
              <w:rPr>
                <w:color w:val="1E1E1E"/>
                <w:sz w:val="16"/>
              </w:rPr>
            </w:pPr>
            <w:r w:rsidRPr="00EB75F0">
              <w:rPr>
                <w:color w:val="00B050"/>
                <w:sz w:val="16"/>
              </w:rPr>
              <w:t>Olanzapine 15–20 mg OD (N = 45)</w:t>
            </w:r>
          </w:p>
        </w:tc>
        <w:tc>
          <w:tcPr>
            <w:tcW w:w="3600" w:type="dxa"/>
            <w:tcBorders>
              <w:top w:val="single" w:sz="4" w:space="0" w:color="000000"/>
              <w:left w:val="single" w:sz="4" w:space="0" w:color="000000"/>
              <w:bottom w:val="single" w:sz="4" w:space="0" w:color="000000"/>
              <w:right w:val="single" w:sz="4" w:space="0" w:color="000000"/>
            </w:tcBorders>
          </w:tcPr>
          <w:p w14:paraId="21FEF71B" w14:textId="77777777" w:rsidR="009446D0" w:rsidRPr="00EB75F0" w:rsidRDefault="0084596B">
            <w:pPr>
              <w:spacing w:before="60" w:after="60" w:line="240" w:lineRule="auto"/>
              <w:rPr>
                <w:color w:val="000000"/>
                <w:sz w:val="16"/>
              </w:rPr>
            </w:pPr>
            <w:r w:rsidRPr="00EB75F0">
              <w:rPr>
                <w:color w:val="000000"/>
                <w:sz w:val="16"/>
              </w:rPr>
              <w:t>Olanzapine 15–20 mg OD + probiotics + 840 mg BD (N = 45)</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4D5A7CAE" w14:textId="77777777" w:rsidR="009446D0" w:rsidRPr="00EB75F0" w:rsidRDefault="0084596B">
            <w:pPr>
              <w:spacing w:before="60" w:after="60" w:line="240" w:lineRule="auto"/>
              <w:rPr>
                <w:color w:val="1E1E1E"/>
                <w:sz w:val="16"/>
              </w:rPr>
            </w:pPr>
            <w:r w:rsidRPr="00EB75F0">
              <w:rPr>
                <w:color w:val="000000"/>
                <w:sz w:val="16"/>
              </w:rPr>
              <w:t>Exclude whole study (</w:t>
            </w:r>
            <w:r w:rsidRPr="00EB75F0">
              <w:rPr>
                <w:color w:val="1E1E1E"/>
                <w:sz w:val="16"/>
              </w:rPr>
              <w:t xml:space="preserve">olanzapine + probiotics </w:t>
            </w:r>
            <w:r w:rsidRPr="00EB75F0">
              <w:rPr>
                <w:color w:val="000000"/>
                <w:sz w:val="16"/>
              </w:rPr>
              <w:t>not in scope of research question, per PICOS table and cannot act as a common comparator link in the network. Inclusion in network would add no relevant comparative effectiveness info versus relevant comparators)</w:t>
            </w:r>
          </w:p>
        </w:tc>
      </w:tr>
      <w:tr w:rsidR="009446D0" w:rsidRPr="00EB75F0" w14:paraId="53894E51"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506AB1B1" w14:textId="56C92E0E" w:rsidR="009446D0" w:rsidRPr="00EB75F0" w:rsidRDefault="0084596B">
            <w:pPr>
              <w:spacing w:before="60" w:after="60" w:line="240" w:lineRule="auto"/>
              <w:rPr>
                <w:color w:val="1E1E1E"/>
                <w:sz w:val="16"/>
              </w:rPr>
            </w:pPr>
            <w:proofErr w:type="spellStart"/>
            <w:r w:rsidRPr="00EB75F0">
              <w:rPr>
                <w:color w:val="1E1E1E"/>
                <w:sz w:val="16"/>
              </w:rPr>
              <w:t>Gattaz</w:t>
            </w:r>
            <w:proofErr w:type="spellEnd"/>
            <w:r w:rsidRPr="00EB75F0">
              <w:rPr>
                <w:color w:val="1E1E1E"/>
                <w:sz w:val="16"/>
              </w:rPr>
              <w:t xml:space="preserve"> 2004</w:t>
            </w:r>
            <w:r w:rsidR="0031308D" w:rsidRPr="00EB75F0">
              <w:fldChar w:fldCharType="begin"/>
            </w:r>
            <w:r w:rsidR="00452EF4">
              <w:instrText xml:space="preserve"> ADDIN EN.CITE &lt;EndNote&gt;&lt;Cite&gt;&lt;Author&gt;Gattaz&lt;/Author&gt;&lt;Year&gt;2004&lt;/Year&gt;&lt;RecNum&gt;55&lt;/RecNum&gt;&lt;DisplayText&gt;&lt;style face="superscript"&gt;58&lt;/style&gt;&lt;/DisplayText&gt;&lt;record&gt;&lt;rec-number&gt;55&lt;/rec-number&gt;&lt;foreign-keys&gt;&lt;key app="EN" db-id="9ttaxzax2p0tr7ewzt55atews50zvxaaa5rz" timestamp="1764068835"&gt;55&lt;/key&gt;&lt;/foreign-keys&gt;&lt;ref-type name="Journal Article"&gt;17&lt;/ref-type&gt;&lt;contributors&gt;&lt;authors&gt;&lt;author&gt;Gattaz, Wagner Farid&lt;/author&gt;&lt;author&gt;Diehl, A&lt;/author&gt;&lt;author&gt;Geuppert, MS&lt;/author&gt;&lt;author&gt;Hubrich, P&lt;/author&gt;&lt;author&gt;Schmitt, A&lt;/author&gt;&lt;author&gt;Linde, I&lt;/author&gt;&lt;author&gt;Maras, A&lt;/author&gt;&lt;author&gt;Dittmann, RW&lt;/author&gt;&lt;/authors&gt;&lt;/contributors&gt;&lt;titles&gt;&lt;title&gt;Olanzapine versus flupenthixol in the treatment of inpatients with schizophrenia: a randomized double-blind trial&lt;/title&gt;&lt;secondary-title&gt;Pharmacopsychiatry&lt;/secondary-title&gt;&lt;/titles&gt;&lt;periodical&gt;&lt;full-title&gt;Pharmacopsychiatry&lt;/full-title&gt;&lt;/periodical&gt;&lt;pages&gt;279-285&lt;/pages&gt;&lt;volume&gt;37&lt;/volume&gt;&lt;number&gt;06&lt;/number&gt;&lt;dates&gt;&lt;year&gt;2004&lt;/year&gt;&lt;/dates&gt;&lt;isbn&gt;0176-3679&lt;/isbn&gt;&lt;urls&gt;&lt;/urls&gt;&lt;/record&gt;&lt;/Cite&gt;&lt;/EndNote&gt;</w:instrText>
            </w:r>
            <w:r w:rsidR="0031308D" w:rsidRPr="00EB75F0">
              <w:fldChar w:fldCharType="separate"/>
            </w:r>
            <w:r w:rsidR="00452EF4" w:rsidRPr="00452EF4">
              <w:rPr>
                <w:noProof/>
                <w:vertAlign w:val="superscript"/>
              </w:rPr>
              <w:t>58</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282FAD84" w14:textId="77777777" w:rsidR="009446D0" w:rsidRPr="00EB75F0" w:rsidRDefault="0084596B">
            <w:pPr>
              <w:spacing w:before="60" w:after="60" w:line="240" w:lineRule="auto"/>
              <w:rPr>
                <w:color w:val="1E1E1E"/>
                <w:sz w:val="16"/>
              </w:rPr>
            </w:pPr>
            <w:r w:rsidRPr="00EB75F0">
              <w:rPr>
                <w:color w:val="00B050"/>
                <w:sz w:val="16"/>
              </w:rPr>
              <w:t>Olanzapine 5–20 mg OD (N = 15)</w:t>
            </w:r>
          </w:p>
        </w:tc>
        <w:tc>
          <w:tcPr>
            <w:tcW w:w="3600" w:type="dxa"/>
            <w:tcBorders>
              <w:top w:val="single" w:sz="4" w:space="0" w:color="000000"/>
              <w:left w:val="single" w:sz="4" w:space="0" w:color="000000"/>
              <w:bottom w:val="single" w:sz="4" w:space="0" w:color="000000"/>
              <w:right w:val="single" w:sz="4" w:space="0" w:color="000000"/>
            </w:tcBorders>
          </w:tcPr>
          <w:p w14:paraId="48206F1A" w14:textId="77777777" w:rsidR="009446D0" w:rsidRPr="00EB75F0" w:rsidRDefault="0084596B">
            <w:pPr>
              <w:spacing w:before="60" w:after="60" w:line="240" w:lineRule="auto"/>
              <w:rPr>
                <w:color w:val="000000"/>
                <w:sz w:val="16"/>
              </w:rPr>
            </w:pPr>
            <w:r w:rsidRPr="00EB75F0">
              <w:rPr>
                <w:color w:val="000000"/>
                <w:sz w:val="16"/>
              </w:rPr>
              <w:t>Flupentixol 5–20 mg BD (N = 13)</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1F532398" w14:textId="77777777" w:rsidR="009446D0" w:rsidRPr="00EB75F0" w:rsidRDefault="0084596B">
            <w:pPr>
              <w:spacing w:before="60" w:after="60" w:line="240" w:lineRule="auto"/>
              <w:rPr>
                <w:color w:val="1E1E1E"/>
                <w:sz w:val="16"/>
              </w:rPr>
            </w:pPr>
            <w:r w:rsidRPr="00EB75F0">
              <w:rPr>
                <w:color w:val="000000"/>
                <w:sz w:val="16"/>
              </w:rPr>
              <w:t>Exclude whole study (</w:t>
            </w:r>
            <w:r w:rsidRPr="00EB75F0">
              <w:rPr>
                <w:color w:val="1E1E1E"/>
                <w:sz w:val="16"/>
              </w:rPr>
              <w:t xml:space="preserve">flupentixol </w:t>
            </w:r>
            <w:r w:rsidRPr="00EB75F0">
              <w:rPr>
                <w:color w:val="000000"/>
                <w:sz w:val="16"/>
              </w:rPr>
              <w:t>not in scope of research question, per PICOS table and cannot act as a common comparator link in the network. Inclusion in network would add no relevant comparative effectiveness info versus relevant comparators)</w:t>
            </w:r>
          </w:p>
        </w:tc>
      </w:tr>
      <w:tr w:rsidR="009446D0" w:rsidRPr="00EB75F0" w14:paraId="7571850D"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558E59EF" w14:textId="5B9EF41E" w:rsidR="009446D0" w:rsidRPr="00EB75F0" w:rsidRDefault="0084596B">
            <w:pPr>
              <w:spacing w:before="60" w:after="60" w:line="240" w:lineRule="auto"/>
              <w:rPr>
                <w:color w:val="1E1E1E"/>
                <w:sz w:val="16"/>
              </w:rPr>
            </w:pPr>
            <w:r w:rsidRPr="00EB75F0">
              <w:rPr>
                <w:color w:val="1E1E1E"/>
                <w:sz w:val="16"/>
              </w:rPr>
              <w:t>Loza 2006</w:t>
            </w:r>
            <w:r w:rsidR="0031308D" w:rsidRPr="00EB75F0">
              <w:fldChar w:fldCharType="begin"/>
            </w:r>
            <w:r w:rsidR="00452EF4">
              <w:instrText xml:space="preserve"> ADDIN EN.CITE &lt;EndNote&gt;&lt;Cite&gt;&lt;Author&gt;Loza&lt;/Author&gt;&lt;Year&gt;2006&lt;/Year&gt;&lt;RecNum&gt;56&lt;/RecNum&gt;&lt;DisplayText&gt;&lt;style face="superscript"&gt;59&lt;/style&gt;&lt;/DisplayText&gt;&lt;record&gt;&lt;rec-number&gt;56&lt;/rec-number&gt;&lt;foreign-keys&gt;&lt;key app="EN" db-id="9ttaxzax2p0tr7ewzt55atews50zvxaaa5rz" timestamp="1764068836"&gt;56&lt;/key&gt;&lt;/foreign-keys&gt;&lt;ref-type name=".Conference Proceedings"&gt;10&lt;/ref-type&gt;&lt;contributors&gt;&lt;authors&gt;&lt;author&gt;Loza, B&lt;/author&gt;&lt;author&gt;Czernikiewicz, A&lt;/author&gt;&lt;author&gt;Roszkowska, A&lt;/author&gt;&lt;author&gt;Szulc, A&lt;/author&gt;&lt;/authors&gt;&lt;/contributors&gt;&lt;titles&gt;&lt;title&gt;Atypical antipsychotics: The prosocial capacity. Double-blind, randomized, prospective study of olanzapine and risperidone treatment of schizophrenia: Cognitive, awareness and quality of life report&lt;/title&gt;&lt;secondary-title&gt;INTERNATIONAL JOURNAL OF NEUROPSYCHOPHARMACOLOGY&lt;/secondary-title&gt;&lt;/titles&gt;&lt;periodical&gt;&lt;full-title&gt;International Journal of Neuropsychopharmacology&lt;/full-title&gt;&lt;/periodical&gt;&lt;pages&gt;S271-S271&lt;/pages&gt;&lt;volume&gt;9&lt;/volume&gt;&lt;dates&gt;&lt;year&gt;2006&lt;/year&gt;&lt;/dates&gt;&lt;publisher&gt;CAMBRIDGE UNIV PRESS 32 AVENUE OF THE AMERICAS, NEW YORK, NY 10013-2473 USA&lt;/publisher&gt;&lt;isbn&gt;1461-1457&lt;/isbn&gt;&lt;urls&gt;&lt;/urls&gt;&lt;/record&gt;&lt;/Cite&gt;&lt;/EndNote&gt;</w:instrText>
            </w:r>
            <w:r w:rsidR="0031308D" w:rsidRPr="00EB75F0">
              <w:fldChar w:fldCharType="separate"/>
            </w:r>
            <w:r w:rsidR="00452EF4" w:rsidRPr="00452EF4">
              <w:rPr>
                <w:noProof/>
                <w:vertAlign w:val="superscript"/>
              </w:rPr>
              <w:t>59</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511CFDDD" w14:textId="77777777" w:rsidR="009446D0" w:rsidRPr="00732701" w:rsidRDefault="0084596B">
            <w:pPr>
              <w:spacing w:before="60" w:after="60" w:line="240" w:lineRule="auto"/>
              <w:rPr>
                <w:color w:val="1E1E1E"/>
                <w:sz w:val="16"/>
                <w:lang w:val="it-IT"/>
              </w:rPr>
            </w:pPr>
            <w:proofErr w:type="spellStart"/>
            <w:r w:rsidRPr="00732701">
              <w:rPr>
                <w:color w:val="00B050"/>
                <w:sz w:val="16"/>
                <w:lang w:val="it-IT"/>
              </w:rPr>
              <w:t>Olanzapine</w:t>
            </w:r>
            <w:proofErr w:type="spellEnd"/>
            <w:r w:rsidRPr="00732701">
              <w:rPr>
                <w:color w:val="00B050"/>
                <w:sz w:val="16"/>
                <w:lang w:val="it-IT"/>
              </w:rPr>
              <w:t xml:space="preserve"> 5–20 mg OD (N = 39), </w:t>
            </w:r>
            <w:r w:rsidRPr="00732701">
              <w:rPr>
                <w:color w:val="00B050"/>
                <w:sz w:val="16"/>
                <w:lang w:val="it-IT"/>
              </w:rPr>
              <w:br/>
              <w:t>Risperidone 2–8 mg OD (N = 40)</w:t>
            </w:r>
          </w:p>
        </w:tc>
        <w:tc>
          <w:tcPr>
            <w:tcW w:w="3600" w:type="dxa"/>
            <w:tcBorders>
              <w:top w:val="single" w:sz="4" w:space="0" w:color="000000"/>
              <w:left w:val="single" w:sz="4" w:space="0" w:color="000000"/>
              <w:bottom w:val="single" w:sz="4" w:space="0" w:color="000000"/>
              <w:right w:val="single" w:sz="4" w:space="0" w:color="000000"/>
            </w:tcBorders>
          </w:tcPr>
          <w:p w14:paraId="6043F188" w14:textId="77777777" w:rsidR="009446D0" w:rsidRPr="00EB75F0" w:rsidRDefault="0084596B">
            <w:pPr>
              <w:spacing w:before="60" w:after="60" w:line="240" w:lineRule="auto"/>
              <w:rPr>
                <w:color w:val="000000"/>
                <w:sz w:val="16"/>
              </w:rPr>
            </w:pPr>
            <w:r w:rsidRPr="00EB75F0">
              <w:rPr>
                <w:color w:val="000000"/>
                <w:sz w:val="16"/>
              </w:rPr>
              <w:t>-</w:t>
            </w:r>
          </w:p>
        </w:tc>
        <w:tc>
          <w:tcPr>
            <w:tcW w:w="5696" w:type="dxa"/>
            <w:tcBorders>
              <w:top w:val="single" w:sz="4" w:space="0" w:color="000000"/>
              <w:left w:val="single" w:sz="4" w:space="0" w:color="000000"/>
              <w:bottom w:val="single" w:sz="4" w:space="0" w:color="000000"/>
              <w:right w:val="single" w:sz="4" w:space="0" w:color="000000"/>
            </w:tcBorders>
          </w:tcPr>
          <w:p w14:paraId="2995DDFA"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1BAFC365"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1F0A3DA2" w14:textId="09FCD3FD" w:rsidR="009446D0" w:rsidRPr="00EB75F0" w:rsidRDefault="0084596B">
            <w:pPr>
              <w:spacing w:before="60" w:after="60" w:line="240" w:lineRule="auto"/>
              <w:rPr>
                <w:color w:val="1E1E1E"/>
                <w:sz w:val="16"/>
              </w:rPr>
            </w:pPr>
            <w:r w:rsidRPr="00EB75F0">
              <w:rPr>
                <w:color w:val="1E1E1E"/>
                <w:sz w:val="16"/>
              </w:rPr>
              <w:t>Shah 2011</w:t>
            </w:r>
            <w:r w:rsidR="0031308D" w:rsidRPr="00EB75F0">
              <w:fldChar w:fldCharType="begin"/>
            </w:r>
            <w:r w:rsidR="00452EF4">
              <w:instrText xml:space="preserve"> ADDIN EN.CITE &lt;EndNote&gt;&lt;Cite&gt;&lt;Author&gt;Shah&lt;/Author&gt;&lt;Year&gt;2011&lt;/Year&gt;&lt;RecNum&gt;57&lt;/RecNum&gt;&lt;DisplayText&gt;&lt;style face="superscript"&gt;60&lt;/style&gt;&lt;/DisplayText&gt;&lt;record&gt;&lt;rec-number&gt;57&lt;/rec-number&gt;&lt;foreign-keys&gt;&lt;key app="EN" db-id="9ttaxzax2p0tr7ewzt55atews50zvxaaa5rz" timestamp="1764068836"&gt;57&lt;/key&gt;&lt;/foreign-keys&gt;&lt;ref-type name="Journal Article"&gt;17&lt;/ref-type&gt;&lt;contributors&gt;&lt;authors&gt;&lt;author&gt;Shah, Sandip&lt;/author&gt;&lt;author&gt;Joshi, Dipti&lt;/author&gt;&lt;/authors&gt;&lt;/contributors&gt;&lt;titles&gt;&lt;title&gt;Tolerability and efficacy of paliperidone ER compared to olanzapine in the treatment of schizophrenia: A randomized, double–blind, multicentric trial&lt;/title&gt;&lt;secondary-title&gt;Industrial Psychiatry Journal&lt;/secondary-title&gt;&lt;/titles&gt;&lt;periodical&gt;&lt;full-title&gt;Industrial Psychiatry Journal&lt;/full-title&gt;&lt;/periodical&gt;&lt;pages&gt;25-31&lt;/pages&gt;&lt;volume&gt;20&lt;/volume&gt;&lt;number&gt;1&lt;/number&gt;&lt;dates&gt;&lt;year&gt;2011&lt;/year&gt;&lt;/dates&gt;&lt;isbn&gt;0972-6748&lt;/isbn&gt;&lt;urls&gt;&lt;/urls&gt;&lt;/record&gt;&lt;/Cite&gt;&lt;/EndNote&gt;</w:instrText>
            </w:r>
            <w:r w:rsidR="0031308D" w:rsidRPr="00EB75F0">
              <w:fldChar w:fldCharType="separate"/>
            </w:r>
            <w:r w:rsidR="00452EF4" w:rsidRPr="00452EF4">
              <w:rPr>
                <w:noProof/>
                <w:vertAlign w:val="superscript"/>
              </w:rPr>
              <w:t>60</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66EB37B5" w14:textId="77777777" w:rsidR="009446D0" w:rsidRPr="00EB75F0" w:rsidRDefault="0084596B">
            <w:pPr>
              <w:spacing w:before="60" w:after="60" w:line="240" w:lineRule="auto"/>
              <w:rPr>
                <w:color w:val="00B050"/>
                <w:sz w:val="16"/>
              </w:rPr>
            </w:pPr>
            <w:r w:rsidRPr="00EB75F0">
              <w:rPr>
                <w:color w:val="00B050"/>
                <w:sz w:val="16"/>
              </w:rPr>
              <w:t>Olanzapine 5–20 mg OD (N = 105)</w:t>
            </w:r>
          </w:p>
        </w:tc>
        <w:tc>
          <w:tcPr>
            <w:tcW w:w="3600" w:type="dxa"/>
            <w:tcBorders>
              <w:top w:val="single" w:sz="4" w:space="0" w:color="000000"/>
              <w:left w:val="single" w:sz="4" w:space="0" w:color="000000"/>
              <w:bottom w:val="single" w:sz="4" w:space="0" w:color="000000"/>
              <w:right w:val="single" w:sz="4" w:space="0" w:color="000000"/>
            </w:tcBorders>
          </w:tcPr>
          <w:p w14:paraId="68C4FC02" w14:textId="77777777" w:rsidR="009446D0" w:rsidRPr="00EB75F0" w:rsidRDefault="0084596B">
            <w:pPr>
              <w:spacing w:before="60" w:after="60" w:line="240" w:lineRule="auto"/>
              <w:rPr>
                <w:color w:val="000000"/>
                <w:sz w:val="16"/>
              </w:rPr>
            </w:pPr>
            <w:r w:rsidRPr="00EB75F0">
              <w:rPr>
                <w:color w:val="000000"/>
                <w:sz w:val="16"/>
              </w:rPr>
              <w:t>Paliperidone ER 3–12 mg OD (N = 109)</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6804D016" w14:textId="77777777" w:rsidR="009446D0" w:rsidRPr="00EB75F0" w:rsidRDefault="0084596B">
            <w:pPr>
              <w:spacing w:before="60" w:after="60" w:line="240" w:lineRule="auto"/>
              <w:rPr>
                <w:color w:val="1E1E1E"/>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5D0DB600"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40E7C6A5" w14:textId="4E72674A" w:rsidR="009446D0" w:rsidRPr="00EB75F0" w:rsidRDefault="0084596B">
            <w:pPr>
              <w:spacing w:before="60" w:after="60" w:line="240" w:lineRule="auto"/>
              <w:rPr>
                <w:color w:val="1E1E1E"/>
                <w:sz w:val="16"/>
              </w:rPr>
            </w:pPr>
            <w:proofErr w:type="spellStart"/>
            <w:r w:rsidRPr="00EB75F0">
              <w:rPr>
                <w:color w:val="1E1E1E"/>
                <w:sz w:val="16"/>
              </w:rPr>
              <w:t>Ozguven</w:t>
            </w:r>
            <w:proofErr w:type="spellEnd"/>
            <w:r w:rsidRPr="00EB75F0">
              <w:rPr>
                <w:color w:val="1E1E1E"/>
                <w:sz w:val="16"/>
              </w:rPr>
              <w:t xml:space="preserve"> 2011</w:t>
            </w:r>
            <w:r w:rsidR="0031308D" w:rsidRPr="00EB75F0">
              <w:fldChar w:fldCharType="begin"/>
            </w:r>
            <w:r w:rsidR="00452EF4">
              <w:instrText xml:space="preserve"> ADDIN EN.CITE &lt;EndNote&gt;&lt;Cite&gt;&lt;Author&gt;Ozguven&lt;/Author&gt;&lt;Year&gt;2011&lt;/Year&gt;&lt;RecNum&gt;58&lt;/RecNum&gt;&lt;DisplayText&gt;&lt;style face="superscript"&gt;61&lt;/style&gt;&lt;/DisplayText&gt;&lt;record&gt;&lt;rec-number&gt;58&lt;/rec-number&gt;&lt;foreign-keys&gt;&lt;key app="EN" db-id="9ttaxzax2p0tr7ewzt55atews50zvxaaa5rz" timestamp="1764068836"&gt;58&lt;/key&gt;&lt;/foreign-keys&gt;&lt;ref-type name="Journal Article"&gt;17&lt;/ref-type&gt;&lt;contributors&gt;&lt;authors&gt;&lt;author&gt;Ozguven, Halise Devrimci&lt;/author&gt;&lt;author&gt;Baskak, Bora&lt;/author&gt;&lt;author&gt;Oner, Ozgur&lt;/author&gt;&lt;author&gt;Atbasoglu, Cem&lt;/author&gt;&lt;/authors&gt;&lt;/contributors&gt;&lt;titles&gt;&lt;title&gt;Metabolic effects of olanzapine and quetiapine: a six-week randomized, single blind, controlled study&lt;/title&gt;&lt;secondary-title&gt;The Open Neuropsychopharmacology Journal&lt;/secondary-title&gt;&lt;/titles&gt;&lt;periodical&gt;&lt;full-title&gt;The Open Neuropsychopharmacology Journal&lt;/full-title&gt;&lt;/periodical&gt;&lt;volume&gt;4&lt;/volume&gt;&lt;number&gt;1&lt;/number&gt;&lt;dates&gt;&lt;year&gt;2011&lt;/year&gt;&lt;/dates&gt;&lt;urls&gt;&lt;/urls&gt;&lt;/record&gt;&lt;/Cite&gt;&lt;/EndNote&gt;</w:instrText>
            </w:r>
            <w:r w:rsidR="0031308D" w:rsidRPr="00EB75F0">
              <w:fldChar w:fldCharType="separate"/>
            </w:r>
            <w:r w:rsidR="00452EF4" w:rsidRPr="00452EF4">
              <w:rPr>
                <w:noProof/>
                <w:vertAlign w:val="superscript"/>
              </w:rPr>
              <w:t>61</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16BC7053" w14:textId="77777777" w:rsidR="009446D0" w:rsidRPr="00EB75F0" w:rsidRDefault="0084596B">
            <w:pPr>
              <w:spacing w:before="60" w:after="60" w:line="240" w:lineRule="auto"/>
              <w:rPr>
                <w:color w:val="000000"/>
                <w:sz w:val="16"/>
              </w:rPr>
            </w:pPr>
            <w:r w:rsidRPr="00EB75F0">
              <w:rPr>
                <w:color w:val="000000"/>
                <w:sz w:val="16"/>
              </w:rPr>
              <w:t>Olanzapine 23 mg OD (mean) (N = 15)</w:t>
            </w:r>
          </w:p>
          <w:p w14:paraId="562DE576" w14:textId="77777777" w:rsidR="009446D0" w:rsidRPr="00EB75F0" w:rsidRDefault="0084596B">
            <w:pPr>
              <w:spacing w:before="60" w:after="60" w:line="240" w:lineRule="auto"/>
              <w:rPr>
                <w:color w:val="0070C0"/>
                <w:sz w:val="16"/>
              </w:rPr>
            </w:pPr>
            <w:r w:rsidRPr="00EB75F0">
              <w:rPr>
                <w:color w:val="000000"/>
                <w:sz w:val="16"/>
              </w:rPr>
              <w:t>Quetiapine 826 mg OD (mean) (N = 19)</w:t>
            </w:r>
          </w:p>
        </w:tc>
        <w:tc>
          <w:tcPr>
            <w:tcW w:w="3600" w:type="dxa"/>
            <w:tcBorders>
              <w:top w:val="single" w:sz="4" w:space="0" w:color="000000"/>
              <w:left w:val="single" w:sz="4" w:space="0" w:color="000000"/>
              <w:bottom w:val="single" w:sz="4" w:space="0" w:color="000000"/>
              <w:right w:val="single" w:sz="4" w:space="0" w:color="000000"/>
            </w:tcBorders>
          </w:tcPr>
          <w:p w14:paraId="39C8BA62" w14:textId="77777777" w:rsidR="009446D0" w:rsidRPr="00EB75F0" w:rsidRDefault="009446D0">
            <w:pPr>
              <w:spacing w:before="60" w:after="60" w:line="240" w:lineRule="auto"/>
              <w:rPr>
                <w:color w:val="000000"/>
                <w:sz w:val="16"/>
              </w:rPr>
            </w:pP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64A30543" w14:textId="77777777" w:rsidR="009446D0" w:rsidRPr="00EB75F0" w:rsidRDefault="0084596B">
            <w:pPr>
              <w:spacing w:before="60" w:after="60" w:line="240" w:lineRule="auto"/>
              <w:rPr>
                <w:color w:val="0070C0"/>
                <w:sz w:val="16"/>
              </w:rPr>
            </w:pPr>
            <w:r w:rsidRPr="00EB75F0">
              <w:rPr>
                <w:color w:val="1E1E1E"/>
                <w:sz w:val="16"/>
              </w:rPr>
              <w:t>Exclude whole study, both olanzapine 23 mg OD and quetiapine 826 mg OD are above the FDA/EMA maximum doses</w:t>
            </w:r>
          </w:p>
        </w:tc>
      </w:tr>
      <w:tr w:rsidR="009446D0" w:rsidRPr="00EB75F0" w14:paraId="03C358B7"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20C15F5" w14:textId="7EA1A95C" w:rsidR="009446D0" w:rsidRPr="00EB75F0" w:rsidRDefault="0084596B">
            <w:pPr>
              <w:spacing w:before="60" w:after="60" w:line="240" w:lineRule="auto"/>
              <w:rPr>
                <w:color w:val="1E1E1E"/>
                <w:sz w:val="16"/>
              </w:rPr>
            </w:pPr>
            <w:r w:rsidRPr="00EB75F0">
              <w:rPr>
                <w:color w:val="1E1E1E"/>
                <w:sz w:val="16"/>
              </w:rPr>
              <w:t>Corrigan 2004</w:t>
            </w:r>
            <w:r w:rsidR="0031308D" w:rsidRPr="00EB75F0">
              <w:fldChar w:fldCharType="begin"/>
            </w:r>
            <w:r w:rsidR="00452EF4">
              <w:instrText xml:space="preserve"> ADDIN EN.CITE &lt;EndNote&gt;&lt;Cite&gt;&lt;Author&gt;Corrigan&lt;/Author&gt;&lt;Year&gt;2004&lt;/Year&gt;&lt;RecNum&gt;59&lt;/RecNum&gt;&lt;DisplayText&gt;&lt;style face="superscript"&gt;62&lt;/style&gt;&lt;/DisplayText&gt;&lt;record&gt;&lt;rec-number&gt;59&lt;/rec-number&gt;&lt;foreign-keys&gt;&lt;key app="EN" db-id="9ttaxzax2p0tr7ewzt55atews50zvxaaa5rz" timestamp="1764068836"&gt;59&lt;/key&gt;&lt;/foreign-keys&gt;&lt;ref-type name="Journal Article"&gt;17&lt;/ref-type&gt;&lt;contributors&gt;&lt;authors&gt;&lt;author&gt;Corrigan, M. H.&lt;/author&gt;&lt;author&gt;Gallen, C. C.&lt;/author&gt;&lt;author&gt;Bonura, M. L.&lt;/author&gt;&lt;author&gt;Merchant, K. M.&lt;/author&gt;&lt;author&gt;Sonepiprazole Study, Group&lt;/author&gt;&lt;/authors&gt;&lt;/contributors&gt;&lt;titles&gt;&lt;title&gt;Effectiveness of the selective D4 antagonist sonepiprazole in schizophrenia: a placebo-controlled trial&lt;/title&gt;&lt;secondary-title&gt;Biol Psychiatry&lt;/secondary-title&gt;&lt;/titles&gt;&lt;periodical&gt;&lt;full-title&gt;Biol Psychiatry&lt;/full-title&gt;&lt;/periodical&gt;&lt;pages&gt;445-51&lt;/pages&gt;&lt;volume&gt;55&lt;/volume&gt;&lt;number&gt;5&lt;/number&gt;&lt;dates&gt;&lt;year&gt;2004&lt;/year&gt;&lt;pub-dates&gt;&lt;date&gt;Mar 1&lt;/date&gt;&lt;/pub-dates&gt;&lt;/dates&gt;&lt;pub-location&gt;Pharmacia Corporation, Kalamazoo, Michigan 01752, USA.&lt;/pub-location&gt;&lt;isbn&gt;0006-3223 (Print) 0006-3223 (Linking)&lt;/isbn&gt;&lt;urls&gt;&lt;related-urls&gt;&lt;url&gt;https://www.ncbi.nlm.nih.gov/pubmed/15023570&lt;/url&gt;&lt;/related-urls&gt;&lt;/urls&gt;&lt;electronic-resource-num&gt;10.1016/j.biopsych.2003.10.004&lt;/electronic-resource-num&gt;&lt;/record&gt;&lt;/Cite&gt;&lt;/EndNote&gt;</w:instrText>
            </w:r>
            <w:r w:rsidR="0031308D" w:rsidRPr="00EB75F0">
              <w:fldChar w:fldCharType="separate"/>
            </w:r>
            <w:r w:rsidR="00452EF4" w:rsidRPr="00452EF4">
              <w:rPr>
                <w:noProof/>
                <w:vertAlign w:val="superscript"/>
              </w:rPr>
              <w:t>62</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54B350CA" w14:textId="77777777" w:rsidR="009446D0" w:rsidRPr="00EB75F0" w:rsidRDefault="0084596B">
            <w:pPr>
              <w:spacing w:before="60" w:after="60" w:line="240" w:lineRule="auto"/>
              <w:rPr>
                <w:color w:val="1E1E1E"/>
                <w:sz w:val="16"/>
              </w:rPr>
            </w:pPr>
            <w:r w:rsidRPr="00EB75F0">
              <w:rPr>
                <w:color w:val="00B050"/>
                <w:sz w:val="16"/>
              </w:rPr>
              <w:t>Olanzapine 15 mg OD (N = 93)</w:t>
            </w:r>
          </w:p>
        </w:tc>
        <w:tc>
          <w:tcPr>
            <w:tcW w:w="3600" w:type="dxa"/>
            <w:tcBorders>
              <w:top w:val="single" w:sz="4" w:space="0" w:color="000000"/>
              <w:left w:val="single" w:sz="4" w:space="0" w:color="000000"/>
              <w:bottom w:val="single" w:sz="4" w:space="0" w:color="000000"/>
              <w:right w:val="single" w:sz="4" w:space="0" w:color="000000"/>
            </w:tcBorders>
          </w:tcPr>
          <w:p w14:paraId="7E2F27BA" w14:textId="77777777" w:rsidR="009446D0" w:rsidRPr="00EB75F0" w:rsidRDefault="0084596B">
            <w:pPr>
              <w:spacing w:before="60" w:after="60" w:line="240" w:lineRule="auto"/>
              <w:rPr>
                <w:color w:val="000000"/>
                <w:sz w:val="16"/>
              </w:rPr>
            </w:pPr>
            <w:proofErr w:type="spellStart"/>
            <w:r w:rsidRPr="00EB75F0">
              <w:rPr>
                <w:color w:val="000000"/>
                <w:sz w:val="16"/>
              </w:rPr>
              <w:t>Sonepiprazole</w:t>
            </w:r>
            <w:proofErr w:type="spellEnd"/>
            <w:r w:rsidRPr="00EB75F0">
              <w:rPr>
                <w:color w:val="000000"/>
                <w:sz w:val="16"/>
              </w:rPr>
              <w:t xml:space="preserve"> 1.5 mg OD (N = 96), </w:t>
            </w:r>
            <w:r w:rsidRPr="00EB75F0">
              <w:br/>
            </w:r>
            <w:proofErr w:type="spellStart"/>
            <w:r w:rsidRPr="00EB75F0">
              <w:rPr>
                <w:color w:val="000000"/>
                <w:sz w:val="16"/>
              </w:rPr>
              <w:t>Sonepiprazole</w:t>
            </w:r>
            <w:proofErr w:type="spellEnd"/>
            <w:r w:rsidRPr="00EB75F0">
              <w:rPr>
                <w:color w:val="000000"/>
                <w:sz w:val="16"/>
              </w:rPr>
              <w:t xml:space="preserve"> 10 mg OD (N = 99), </w:t>
            </w:r>
            <w:r w:rsidRPr="00EB75F0">
              <w:br/>
            </w:r>
            <w:proofErr w:type="spellStart"/>
            <w:r w:rsidRPr="00EB75F0">
              <w:rPr>
                <w:color w:val="000000"/>
                <w:sz w:val="16"/>
              </w:rPr>
              <w:t>Sonepiprazole</w:t>
            </w:r>
            <w:proofErr w:type="spellEnd"/>
            <w:r w:rsidRPr="00EB75F0">
              <w:rPr>
                <w:color w:val="000000"/>
                <w:sz w:val="16"/>
              </w:rPr>
              <w:t xml:space="preserve"> 60 mg OD (N = 91), </w:t>
            </w:r>
            <w:r w:rsidRPr="00EB75F0">
              <w:br/>
            </w:r>
            <w:r w:rsidRPr="00EB75F0">
              <w:rPr>
                <w:color w:val="000000"/>
                <w:sz w:val="16"/>
              </w:rPr>
              <w:t>Placebo (N = 87)</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7213FC4F" w14:textId="77777777" w:rsidR="009446D0" w:rsidRPr="00EB75F0" w:rsidRDefault="0084596B">
            <w:pPr>
              <w:spacing w:before="60" w:after="60" w:line="240" w:lineRule="auto"/>
              <w:rPr>
                <w:color w:val="1E1E1E"/>
                <w:sz w:val="16"/>
              </w:rPr>
            </w:pPr>
            <w:r w:rsidRPr="00EB75F0">
              <w:rPr>
                <w:sz w:val="16"/>
              </w:rPr>
              <w:t xml:space="preserve">Exclude </w:t>
            </w:r>
            <w:proofErr w:type="spellStart"/>
            <w:r w:rsidRPr="00EB75F0">
              <w:rPr>
                <w:color w:val="1E1E1E"/>
                <w:sz w:val="16"/>
              </w:rPr>
              <w:t>sonepiprazole</w:t>
            </w:r>
            <w:proofErr w:type="spellEnd"/>
            <w:r w:rsidRPr="00EB75F0">
              <w:rPr>
                <w:color w:val="1E1E1E"/>
                <w:sz w:val="16"/>
              </w:rPr>
              <w:t xml:space="preserve"> </w:t>
            </w:r>
            <w:r w:rsidRPr="00EB75F0">
              <w:rPr>
                <w:sz w:val="16"/>
              </w:rPr>
              <w:t>arms (</w:t>
            </w:r>
            <w:proofErr w:type="spellStart"/>
            <w:r w:rsidRPr="00EB75F0">
              <w:rPr>
                <w:color w:val="1E1E1E"/>
                <w:sz w:val="16"/>
              </w:rPr>
              <w:t>sonepiprazole</w:t>
            </w:r>
            <w:proofErr w:type="spellEnd"/>
            <w:r w:rsidRPr="00EB75F0">
              <w:rPr>
                <w:color w:val="1E1E1E"/>
                <w:sz w:val="16"/>
              </w:rPr>
              <w:t xml:space="preserve"> </w:t>
            </w:r>
            <w:r w:rsidRPr="00EB75F0">
              <w:rPr>
                <w:color w:val="000000"/>
                <w:sz w:val="16"/>
              </w:rPr>
              <w:t>not in scope of research question, per PICOS table and placebo arm offers more robust common comparator link to network)</w:t>
            </w:r>
          </w:p>
        </w:tc>
      </w:tr>
      <w:tr w:rsidR="009446D0" w:rsidRPr="00EB75F0" w14:paraId="22BC48BD"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782F1B40" w14:textId="18E1A94C" w:rsidR="009446D0" w:rsidRPr="00EB75F0" w:rsidRDefault="0084596B">
            <w:pPr>
              <w:spacing w:before="60" w:after="60" w:line="240" w:lineRule="auto"/>
              <w:rPr>
                <w:color w:val="1E1E1E"/>
                <w:sz w:val="16"/>
              </w:rPr>
            </w:pPr>
            <w:proofErr w:type="spellStart"/>
            <w:r w:rsidRPr="00EB75F0">
              <w:rPr>
                <w:color w:val="1E1E1E"/>
                <w:sz w:val="16"/>
              </w:rPr>
              <w:t>Canive</w:t>
            </w:r>
            <w:proofErr w:type="spellEnd"/>
            <w:r w:rsidRPr="00EB75F0">
              <w:rPr>
                <w:color w:val="1E1E1E"/>
                <w:sz w:val="16"/>
              </w:rPr>
              <w:t xml:space="preserve"> 2006</w:t>
            </w:r>
            <w:r w:rsidR="0031308D" w:rsidRPr="00EB75F0">
              <w:fldChar w:fldCharType="begin"/>
            </w:r>
            <w:r w:rsidR="00452EF4">
              <w:instrText xml:space="preserve"> ADDIN EN.CITE &lt;EndNote&gt;&lt;Cite&gt;&lt;Author&gt;Canive&lt;/Author&gt;&lt;Year&gt;2006&lt;/Year&gt;&lt;RecNum&gt;7&lt;/RecNum&gt;&lt;DisplayText&gt;&lt;style face="superscript"&gt;10&lt;/style&gt;&lt;/DisplayText&gt;&lt;record&gt;&lt;rec-number&gt;7&lt;/rec-number&gt;&lt;foreign-keys&gt;&lt;key app="EN" db-id="9ttaxzax2p0tr7ewzt55atews50zvxaaa5rz" timestamp="1764068825"&gt;7&lt;/key&gt;&lt;/foreign-keys&gt;&lt;ref-type name="Journal Article"&gt;17&lt;/ref-type&gt;&lt;contributors&gt;&lt;authors&gt;&lt;author&gt;Canive, Jose M&lt;/author&gt;&lt;author&gt;Miller, Gregory A&lt;/author&gt;&lt;author&gt;Irwin, Jessica G&lt;/author&gt;&lt;author&gt;Moses, Sandra N&lt;/author&gt;&lt;author&gt;Thoma, Robert J&lt;/author&gt;&lt;author&gt;Edgar, J Christopher&lt;/author&gt;&lt;author&gt;Sherwood, Andrea&lt;/author&gt;&lt;author&gt;Torres, Fernando&lt;/author&gt;&lt;author&gt;Lanoue, Marianna&lt;/author&gt;&lt;author&gt;Lewis, Stephen&lt;/author&gt;&lt;/authors&gt;&lt;/contributors&gt;&lt;titles&gt;&lt;title&gt;Efficacy of olanzapine and risperidone in schizophrenia: a randomized double-blind crossover design&lt;/title&gt;&lt;secondary-title&gt;Psychopharmacology bulletin&lt;/secondary-title&gt;&lt;/titles&gt;&lt;periodical&gt;&lt;full-title&gt;Psychopharmacology bulletin&lt;/full-title&gt;&lt;/periodical&gt;&lt;pages&gt;105-116&lt;/pages&gt;&lt;volume&gt;39&lt;/volume&gt;&lt;number&gt;1&lt;/number&gt;&lt;dates&gt;&lt;year&gt;2006&lt;/year&gt;&lt;/dates&gt;&lt;isbn&gt;0048-5764&lt;/isbn&gt;&lt;urls&gt;&lt;/urls&gt;&lt;/record&gt;&lt;/Cite&gt;&lt;/EndNote&gt;</w:instrText>
            </w:r>
            <w:r w:rsidR="0031308D" w:rsidRPr="00EB75F0">
              <w:fldChar w:fldCharType="separate"/>
            </w:r>
            <w:r w:rsidR="00452EF4" w:rsidRPr="00452EF4">
              <w:rPr>
                <w:noProof/>
                <w:vertAlign w:val="superscript"/>
              </w:rPr>
              <w:t>10</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42355DFC" w14:textId="77777777" w:rsidR="009446D0" w:rsidRPr="00732701" w:rsidRDefault="0084596B">
            <w:pPr>
              <w:spacing w:before="60" w:after="60" w:line="240" w:lineRule="auto"/>
              <w:rPr>
                <w:color w:val="1E1E1E"/>
                <w:sz w:val="16"/>
                <w:lang w:val="it-IT"/>
              </w:rPr>
            </w:pPr>
            <w:proofErr w:type="spellStart"/>
            <w:r w:rsidRPr="00732701">
              <w:rPr>
                <w:color w:val="00B050"/>
                <w:sz w:val="16"/>
                <w:lang w:val="it-IT"/>
              </w:rPr>
              <w:t>Olanzapine</w:t>
            </w:r>
            <w:proofErr w:type="spellEnd"/>
            <w:r w:rsidRPr="00732701">
              <w:rPr>
                <w:color w:val="00B050"/>
                <w:sz w:val="16"/>
                <w:lang w:val="it-IT"/>
              </w:rPr>
              <w:t xml:space="preserve"> 15 mg OD (N = 5), </w:t>
            </w:r>
            <w:r w:rsidRPr="00732701">
              <w:rPr>
                <w:color w:val="00B050"/>
                <w:sz w:val="16"/>
                <w:lang w:val="it-IT"/>
              </w:rPr>
              <w:br/>
              <w:t>Risperidone 6 mg OD (N = 4)</w:t>
            </w:r>
          </w:p>
        </w:tc>
        <w:tc>
          <w:tcPr>
            <w:tcW w:w="3600" w:type="dxa"/>
            <w:tcBorders>
              <w:top w:val="single" w:sz="4" w:space="0" w:color="000000"/>
              <w:left w:val="single" w:sz="4" w:space="0" w:color="000000"/>
              <w:bottom w:val="single" w:sz="4" w:space="0" w:color="000000"/>
              <w:right w:val="single" w:sz="4" w:space="0" w:color="000000"/>
            </w:tcBorders>
          </w:tcPr>
          <w:p w14:paraId="14637094" w14:textId="77777777" w:rsidR="009446D0" w:rsidRPr="00EB75F0" w:rsidRDefault="0084596B">
            <w:pPr>
              <w:spacing w:before="60" w:after="60" w:line="240" w:lineRule="auto"/>
              <w:rPr>
                <w:color w:val="1E1E1E"/>
                <w:sz w:val="16"/>
              </w:rPr>
            </w:pPr>
            <w:r w:rsidRPr="00EB75F0">
              <w:rPr>
                <w:color w:val="1E1E1E"/>
                <w:sz w:val="16"/>
              </w:rPr>
              <w:t>-</w:t>
            </w:r>
          </w:p>
        </w:tc>
        <w:tc>
          <w:tcPr>
            <w:tcW w:w="5696" w:type="dxa"/>
            <w:tcBorders>
              <w:top w:val="single" w:sz="4" w:space="0" w:color="000000"/>
              <w:left w:val="single" w:sz="4" w:space="0" w:color="000000"/>
              <w:bottom w:val="single" w:sz="4" w:space="0" w:color="000000"/>
              <w:right w:val="single" w:sz="4" w:space="0" w:color="000000"/>
            </w:tcBorders>
          </w:tcPr>
          <w:p w14:paraId="45E2A40C"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1F83FE25"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2C3F2F1D" w14:textId="040886F0" w:rsidR="009446D0" w:rsidRPr="00EB75F0" w:rsidRDefault="0084596B">
            <w:pPr>
              <w:spacing w:before="60" w:after="60" w:line="240" w:lineRule="auto"/>
              <w:rPr>
                <w:color w:val="1E1E1E"/>
                <w:sz w:val="16"/>
              </w:rPr>
            </w:pPr>
            <w:proofErr w:type="spellStart"/>
            <w:r w:rsidRPr="00EB75F0">
              <w:rPr>
                <w:color w:val="1E1E1E"/>
                <w:sz w:val="16"/>
              </w:rPr>
              <w:t>Tybura</w:t>
            </w:r>
            <w:proofErr w:type="spellEnd"/>
            <w:r w:rsidRPr="00EB75F0">
              <w:rPr>
                <w:color w:val="1E1E1E"/>
                <w:sz w:val="16"/>
              </w:rPr>
              <w:t xml:space="preserve"> 2014</w:t>
            </w:r>
            <w:r w:rsidR="0031308D" w:rsidRPr="00EB75F0">
              <w:fldChar w:fldCharType="begin"/>
            </w:r>
            <w:r w:rsidR="00452EF4">
              <w:instrText xml:space="preserve"> ADDIN EN.CITE &lt;EndNote&gt;&lt;Cite&gt;&lt;Author&gt;Tybura&lt;/Author&gt;&lt;Year&gt;2014&lt;/Year&gt;&lt;RecNum&gt;60&lt;/RecNum&gt;&lt;DisplayText&gt;&lt;style face="superscript"&gt;63&lt;/style&gt;&lt;/DisplayText&gt;&lt;record&gt;&lt;rec-number&gt;60&lt;/rec-number&gt;&lt;foreign-keys&gt;&lt;key app="EN" db-id="9ttaxzax2p0tr7ewzt55atews50zvxaaa5rz" timestamp="1764068837"&gt;60&lt;/key&gt;&lt;/foreign-keys&gt;&lt;ref-type name="Journal Article"&gt;17&lt;/ref-type&gt;&lt;contributors&gt;&lt;authors&gt;&lt;author&gt;Tybura, Piotr&lt;/author&gt;&lt;author&gt;Trześniowska-Drukała, Beata&lt;/author&gt;&lt;author&gt;Bienkowski, Przemyslaw&lt;/author&gt;&lt;author&gt;Beszlej, Aleksander&lt;/author&gt;&lt;author&gt;Frydecka, Dorota&lt;/author&gt;&lt;author&gt;Mierzejewski, Pawel&lt;/author&gt;&lt;author&gt;Samochowiec, Agnieszka&lt;/author&gt;&lt;author&gt;Grzywacz, Anna&lt;/author&gt;&lt;author&gt;Samochowiec, Jerzy&lt;/author&gt;&lt;/authors&gt;&lt;/contributors&gt;&lt;titles&gt;&lt;title&gt;Pharmacogenetics of adverse events in schizophrenia treatment: comparison study of ziprasidone, olanzapine and perazine&lt;/title&gt;&lt;secondary-title&gt;Psychiatry research&lt;/secondary-title&gt;&lt;/titles&gt;&lt;periodical&gt;&lt;full-title&gt;Psychiatry research&lt;/full-title&gt;&lt;/periodical&gt;&lt;pages&gt;261-267&lt;/pages&gt;&lt;volume&gt;219&lt;/volume&gt;&lt;number&gt;2&lt;/number&gt;&lt;dates&gt;&lt;year&gt;2014&lt;/year&gt;&lt;/dates&gt;&lt;isbn&gt;0165-1781&lt;/isbn&gt;&lt;urls&gt;&lt;/urls&gt;&lt;/record&gt;&lt;/Cite&gt;&lt;/EndNote&gt;</w:instrText>
            </w:r>
            <w:r w:rsidR="0031308D" w:rsidRPr="00EB75F0">
              <w:fldChar w:fldCharType="separate"/>
            </w:r>
            <w:r w:rsidR="00452EF4" w:rsidRPr="00452EF4">
              <w:rPr>
                <w:noProof/>
                <w:vertAlign w:val="superscript"/>
              </w:rPr>
              <w:t>63</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0EFF24B5" w14:textId="77777777" w:rsidR="009446D0" w:rsidRPr="00EB75F0" w:rsidRDefault="0084596B">
            <w:pPr>
              <w:spacing w:before="60" w:after="60" w:line="240" w:lineRule="auto"/>
              <w:rPr>
                <w:color w:val="1E1E1E"/>
                <w:sz w:val="16"/>
              </w:rPr>
            </w:pPr>
            <w:r w:rsidRPr="00EB75F0">
              <w:rPr>
                <w:color w:val="00B050"/>
                <w:sz w:val="16"/>
              </w:rPr>
              <w:t>Olanzapine 10–20 mg OD (N = 72)</w:t>
            </w:r>
          </w:p>
        </w:tc>
        <w:tc>
          <w:tcPr>
            <w:tcW w:w="3600" w:type="dxa"/>
            <w:tcBorders>
              <w:top w:val="single" w:sz="4" w:space="0" w:color="000000"/>
              <w:left w:val="single" w:sz="4" w:space="0" w:color="000000"/>
              <w:bottom w:val="single" w:sz="4" w:space="0" w:color="000000"/>
              <w:right w:val="single" w:sz="4" w:space="0" w:color="000000"/>
            </w:tcBorders>
          </w:tcPr>
          <w:p w14:paraId="6D2FFDEE" w14:textId="77777777" w:rsidR="009446D0" w:rsidRPr="00732701" w:rsidRDefault="0084596B">
            <w:pPr>
              <w:spacing w:before="60" w:after="60" w:line="240" w:lineRule="auto"/>
              <w:rPr>
                <w:color w:val="000000"/>
                <w:sz w:val="16"/>
                <w:lang w:val="it-IT"/>
              </w:rPr>
            </w:pPr>
            <w:proofErr w:type="spellStart"/>
            <w:r w:rsidRPr="00732701">
              <w:rPr>
                <w:color w:val="000000"/>
                <w:sz w:val="16"/>
                <w:lang w:val="it-IT"/>
              </w:rPr>
              <w:t>Ziprasidone</w:t>
            </w:r>
            <w:proofErr w:type="spellEnd"/>
            <w:r w:rsidRPr="00732701">
              <w:rPr>
                <w:color w:val="000000"/>
                <w:sz w:val="16"/>
                <w:lang w:val="it-IT"/>
              </w:rPr>
              <w:t xml:space="preserve"> 120–160 mg OD (N = 59), </w:t>
            </w:r>
            <w:r w:rsidRPr="00732701">
              <w:rPr>
                <w:color w:val="000000"/>
                <w:sz w:val="16"/>
                <w:lang w:val="it-IT"/>
              </w:rPr>
              <w:br/>
            </w:r>
            <w:proofErr w:type="spellStart"/>
            <w:r w:rsidRPr="00732701">
              <w:rPr>
                <w:color w:val="000000"/>
                <w:sz w:val="16"/>
                <w:lang w:val="it-IT"/>
              </w:rPr>
              <w:t>Perazine</w:t>
            </w:r>
            <w:proofErr w:type="spellEnd"/>
            <w:r w:rsidRPr="00732701">
              <w:rPr>
                <w:color w:val="000000"/>
                <w:sz w:val="16"/>
                <w:lang w:val="it-IT"/>
              </w:rPr>
              <w:t xml:space="preserve"> 300–600 mg OD (N = 60)</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652D8CEB" w14:textId="77777777" w:rsidR="009446D0" w:rsidRPr="00EB75F0" w:rsidRDefault="0084596B">
            <w:pPr>
              <w:spacing w:before="60" w:after="60" w:line="240" w:lineRule="auto"/>
              <w:rPr>
                <w:color w:val="1E1E1E"/>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47AD48ED"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25B9A510" w14:textId="1F0EE6E3" w:rsidR="009446D0" w:rsidRPr="00EB75F0" w:rsidRDefault="0084596B">
            <w:pPr>
              <w:spacing w:before="60" w:after="60" w:line="240" w:lineRule="auto"/>
              <w:rPr>
                <w:color w:val="1E1E1E"/>
                <w:sz w:val="16"/>
              </w:rPr>
            </w:pPr>
            <w:r w:rsidRPr="00EB75F0">
              <w:rPr>
                <w:color w:val="1E1E1E"/>
                <w:sz w:val="16"/>
              </w:rPr>
              <w:t>Rosenheck 2003</w:t>
            </w:r>
            <w:r w:rsidR="0031308D" w:rsidRPr="00EB75F0">
              <w:fldChar w:fldCharType="begin"/>
            </w:r>
            <w:r w:rsidR="00452EF4">
              <w:instrText xml:space="preserve"> ADDIN EN.CITE &lt;EndNote&gt;&lt;Cite&gt;&lt;Author&gt;Rosenheck&lt;/Author&gt;&lt;Year&gt;2003&lt;/Year&gt;&lt;RecNum&gt;61&lt;/RecNum&gt;&lt;DisplayText&gt;&lt;style face="superscript"&gt;64&lt;/style&gt;&lt;/DisplayText&gt;&lt;record&gt;&lt;rec-number&gt;61&lt;/rec-number&gt;&lt;foreign-keys&gt;&lt;key app="EN" db-id="9ttaxzax2p0tr7ewzt55atews50zvxaaa5rz" timestamp="1764068837"&gt;61&lt;/key&gt;&lt;/foreign-keys&gt;&lt;ref-type name="Journal Article"&gt;17&lt;/ref-type&gt;&lt;contributors&gt;&lt;authors&gt;&lt;author&gt;Rosenheck, Robert&lt;/author&gt;&lt;author&gt;Perlick, Deborah&lt;/author&gt;&lt;author&gt;Bingham, Stephen&lt;/author&gt;&lt;author&gt;Liu-Mares, Wen&lt;/author&gt;&lt;author&gt;Collins, Joseph&lt;/author&gt;&lt;author&gt;Warren, Stuart&lt;/author&gt;&lt;author&gt;Leslie, Douglas&lt;/author&gt;&lt;author&gt;Allan, Edward&lt;/author&gt;&lt;author&gt;Campbell, E Cabrina&lt;/author&gt;&lt;author&gt;Caroff, Stanley&lt;/author&gt;&lt;/authors&gt;&lt;/contributors&gt;&lt;titles&gt;&lt;title&gt;Effectiveness and cost of olanzapine and haloperidol in the treatment of schizophrenia: a randomized controlled trial&lt;/title&gt;&lt;secondary-title&gt;Jama&lt;/secondary-title&gt;&lt;/titles&gt;&lt;periodical&gt;&lt;full-title&gt;Jama&lt;/full-title&gt;&lt;/periodical&gt;&lt;pages&gt;2693-2702&lt;/pages&gt;&lt;volume&gt;290&lt;/volume&gt;&lt;number&gt;20&lt;/number&gt;&lt;dates&gt;&lt;year&gt;2003&lt;/year&gt;&lt;/dates&gt;&lt;isbn&gt;0098-7484&lt;/isbn&gt;&lt;urls&gt;&lt;/urls&gt;&lt;/record&gt;&lt;/Cite&gt;&lt;/EndNote&gt;</w:instrText>
            </w:r>
            <w:r w:rsidR="0031308D" w:rsidRPr="00EB75F0">
              <w:fldChar w:fldCharType="separate"/>
            </w:r>
            <w:r w:rsidR="00452EF4" w:rsidRPr="00452EF4">
              <w:rPr>
                <w:noProof/>
                <w:vertAlign w:val="superscript"/>
              </w:rPr>
              <w:t>64</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5DFE2590" w14:textId="77777777" w:rsidR="009446D0" w:rsidRPr="00EB75F0" w:rsidRDefault="0084596B">
            <w:pPr>
              <w:spacing w:before="60" w:after="60" w:line="240" w:lineRule="auto"/>
              <w:rPr>
                <w:color w:val="00B050"/>
                <w:sz w:val="16"/>
              </w:rPr>
            </w:pPr>
            <w:r w:rsidRPr="00EB75F0">
              <w:rPr>
                <w:color w:val="00B050"/>
                <w:sz w:val="16"/>
              </w:rPr>
              <w:t>Olanzapine 5–20 mg OD (N = 159)</w:t>
            </w:r>
          </w:p>
        </w:tc>
        <w:tc>
          <w:tcPr>
            <w:tcW w:w="3600" w:type="dxa"/>
            <w:tcBorders>
              <w:top w:val="single" w:sz="4" w:space="0" w:color="000000"/>
              <w:left w:val="single" w:sz="4" w:space="0" w:color="000000"/>
              <w:bottom w:val="single" w:sz="4" w:space="0" w:color="000000"/>
              <w:right w:val="single" w:sz="4" w:space="0" w:color="000000"/>
            </w:tcBorders>
          </w:tcPr>
          <w:p w14:paraId="79F3DB7A" w14:textId="77777777" w:rsidR="009446D0" w:rsidRPr="00EB75F0" w:rsidRDefault="0084596B">
            <w:pPr>
              <w:spacing w:before="60" w:after="60" w:line="240" w:lineRule="auto"/>
              <w:rPr>
                <w:color w:val="000000"/>
                <w:sz w:val="16"/>
              </w:rPr>
            </w:pPr>
            <w:r w:rsidRPr="00EB75F0">
              <w:rPr>
                <w:color w:val="000000"/>
                <w:sz w:val="16"/>
              </w:rPr>
              <w:t>Haloperidol 5–20 mg OD (N = 150)</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1B37D32E" w14:textId="77777777" w:rsidR="009446D0" w:rsidRPr="00EB75F0" w:rsidRDefault="0084596B">
            <w:pPr>
              <w:spacing w:before="60" w:after="60" w:line="240" w:lineRule="auto"/>
              <w:rPr>
                <w:color w:val="00B050"/>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59B4AE47"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5DD3954C" w14:textId="12CDE3C5" w:rsidR="009446D0" w:rsidRPr="00EB75F0" w:rsidRDefault="0084596B">
            <w:pPr>
              <w:spacing w:before="60" w:after="60" w:line="240" w:lineRule="auto"/>
              <w:rPr>
                <w:color w:val="1E1E1E"/>
                <w:sz w:val="16"/>
              </w:rPr>
            </w:pPr>
            <w:proofErr w:type="spellStart"/>
            <w:r w:rsidRPr="00EB75F0">
              <w:rPr>
                <w:color w:val="1E1E1E"/>
                <w:sz w:val="16"/>
              </w:rPr>
              <w:t>Landbloom</w:t>
            </w:r>
            <w:proofErr w:type="spellEnd"/>
            <w:r w:rsidRPr="00EB75F0">
              <w:rPr>
                <w:color w:val="1E1E1E"/>
                <w:sz w:val="16"/>
              </w:rPr>
              <w:t xml:space="preserve"> 2016</w:t>
            </w:r>
            <w:r w:rsidR="0031308D" w:rsidRPr="00EB75F0">
              <w:fldChar w:fldCharType="begin"/>
            </w:r>
            <w:r w:rsidR="00452EF4">
              <w:instrText xml:space="preserve"> ADDIN EN.CITE &lt;EndNote&gt;&lt;Cite&gt;&lt;Author&gt;Landbloom&lt;/Author&gt;&lt;Year&gt;2017&lt;/Year&gt;&lt;RecNum&gt;62&lt;/RecNum&gt;&lt;DisplayText&gt;&lt;style face="superscript"&gt;65&lt;/style&gt;&lt;/DisplayText&gt;&lt;record&gt;&lt;rec-number&gt;62&lt;/rec-number&gt;&lt;foreign-keys&gt;&lt;key app="EN" db-id="9ttaxzax2p0tr7ewzt55atews50zvxaaa5rz" timestamp="1764068838"&gt;62&lt;/key&gt;&lt;/foreign-keys&gt;&lt;ref-type name="Journal Article"&gt;17&lt;/ref-type&gt;&lt;contributors&gt;&lt;authors&gt;&lt;author&gt;Landbloom, Ronald&lt;/author&gt;&lt;author&gt;Mackle, Mary&lt;/author&gt;&lt;author&gt;Wu, Xiao&lt;/author&gt;&lt;author&gt;Kelly, Linda&lt;/author&gt;&lt;author&gt;Snow-Adami, Linda&lt;/author&gt;&lt;author&gt;McIntyre, Roger S&lt;/author&gt;&lt;author&gt;Mathews, Maju&lt;/author&gt;&lt;author&gt;Hundt, Carla&lt;/author&gt;&lt;/authors&gt;&lt;/contributors&gt;&lt;titles&gt;&lt;title&gt;Asenapine for the treatment of adults with an acute exacerbation of schizophrenia: results from a randomized, double-blind, fixed-dose, placebo-controlled trial with olanzapine as an active control&lt;/title&gt;&lt;secondary-title&gt;CNS spectrums&lt;/secondary-title&gt;&lt;/titles&gt;&lt;periodical&gt;&lt;full-title&gt;CNS spectrums&lt;/full-title&gt;&lt;/periodical&gt;&lt;pages&gt;333-341&lt;/pages&gt;&lt;volume&gt;22&lt;/volume&gt;&lt;number&gt;4&lt;/number&gt;&lt;dates&gt;&lt;year&gt;2017&lt;/year&gt;&lt;/dates&gt;&lt;isbn&gt;1092-8529&lt;/isbn&gt;&lt;urls&gt;&lt;/urls&gt;&lt;/record&gt;&lt;/Cite&gt;&lt;/EndNote&gt;</w:instrText>
            </w:r>
            <w:r w:rsidR="0031308D" w:rsidRPr="00EB75F0">
              <w:fldChar w:fldCharType="separate"/>
            </w:r>
            <w:r w:rsidR="00452EF4" w:rsidRPr="00452EF4">
              <w:rPr>
                <w:noProof/>
                <w:vertAlign w:val="superscript"/>
              </w:rPr>
              <w:t>65</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19135F5A" w14:textId="77777777" w:rsidR="009446D0" w:rsidRPr="00EB75F0" w:rsidRDefault="0084596B">
            <w:pPr>
              <w:spacing w:before="60" w:after="60" w:line="240" w:lineRule="auto"/>
              <w:rPr>
                <w:color w:val="1E1E1E"/>
                <w:sz w:val="16"/>
              </w:rPr>
            </w:pPr>
            <w:r w:rsidRPr="00EB75F0">
              <w:rPr>
                <w:color w:val="00B050"/>
                <w:sz w:val="16"/>
              </w:rPr>
              <w:t>Olanzapine 15 mg OD (N = 46)</w:t>
            </w:r>
          </w:p>
        </w:tc>
        <w:tc>
          <w:tcPr>
            <w:tcW w:w="3600" w:type="dxa"/>
            <w:tcBorders>
              <w:top w:val="single" w:sz="4" w:space="0" w:color="000000"/>
              <w:left w:val="single" w:sz="4" w:space="0" w:color="000000"/>
              <w:bottom w:val="single" w:sz="4" w:space="0" w:color="000000"/>
              <w:right w:val="single" w:sz="4" w:space="0" w:color="000000"/>
            </w:tcBorders>
          </w:tcPr>
          <w:p w14:paraId="173DB1E6" w14:textId="77777777" w:rsidR="009446D0" w:rsidRPr="00EB75F0" w:rsidRDefault="0084596B">
            <w:pPr>
              <w:spacing w:before="60" w:after="60" w:line="240" w:lineRule="auto"/>
              <w:rPr>
                <w:color w:val="000000"/>
                <w:sz w:val="16"/>
              </w:rPr>
            </w:pPr>
            <w:r w:rsidRPr="00EB75F0">
              <w:rPr>
                <w:color w:val="000000"/>
                <w:sz w:val="16"/>
              </w:rPr>
              <w:t xml:space="preserve">Placebo (N = 101), </w:t>
            </w:r>
            <w:r w:rsidRPr="00EB75F0">
              <w:rPr>
                <w:color w:val="000000"/>
                <w:sz w:val="16"/>
              </w:rPr>
              <w:br/>
            </w:r>
            <w:proofErr w:type="spellStart"/>
            <w:r w:rsidRPr="00EB75F0">
              <w:rPr>
                <w:color w:val="000000"/>
                <w:sz w:val="16"/>
              </w:rPr>
              <w:t>Asenapine</w:t>
            </w:r>
            <w:proofErr w:type="spellEnd"/>
            <w:r w:rsidRPr="00EB75F0">
              <w:rPr>
                <w:color w:val="000000"/>
                <w:sz w:val="16"/>
              </w:rPr>
              <w:t xml:space="preserve"> 2.5 mg BD (N = 97), </w:t>
            </w:r>
            <w:r w:rsidRPr="00EB75F0">
              <w:rPr>
                <w:color w:val="000000"/>
                <w:sz w:val="16"/>
              </w:rPr>
              <w:br/>
            </w:r>
            <w:proofErr w:type="spellStart"/>
            <w:r w:rsidRPr="00EB75F0">
              <w:rPr>
                <w:color w:val="000000"/>
                <w:sz w:val="16"/>
              </w:rPr>
              <w:t>Asenapine</w:t>
            </w:r>
            <w:proofErr w:type="spellEnd"/>
            <w:r w:rsidRPr="00EB75F0">
              <w:rPr>
                <w:color w:val="000000"/>
                <w:sz w:val="16"/>
              </w:rPr>
              <w:t xml:space="preserve"> 5 mg BD (N = 113)</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34DE92DB" w14:textId="77777777" w:rsidR="009446D0" w:rsidRPr="00EB75F0" w:rsidRDefault="0084596B">
            <w:pPr>
              <w:spacing w:before="60" w:after="60" w:line="240" w:lineRule="auto"/>
              <w:rPr>
                <w:color w:val="1E1E1E"/>
                <w:sz w:val="16"/>
              </w:rPr>
            </w:pPr>
            <w:r w:rsidRPr="00EB75F0">
              <w:rPr>
                <w:color w:val="000000"/>
                <w:sz w:val="16"/>
              </w:rPr>
              <w:t xml:space="preserve">Exclude </w:t>
            </w:r>
            <w:proofErr w:type="spellStart"/>
            <w:r w:rsidRPr="00EB75F0">
              <w:rPr>
                <w:color w:val="000000"/>
                <w:sz w:val="16"/>
              </w:rPr>
              <w:t>asenapine</w:t>
            </w:r>
            <w:proofErr w:type="spellEnd"/>
            <w:r w:rsidRPr="00EB75F0">
              <w:rPr>
                <w:color w:val="000000"/>
                <w:sz w:val="16"/>
              </w:rPr>
              <w:t xml:space="preserve"> arms (</w:t>
            </w:r>
            <w:proofErr w:type="spellStart"/>
            <w:r w:rsidRPr="00EB75F0">
              <w:rPr>
                <w:color w:val="000000"/>
                <w:sz w:val="16"/>
              </w:rPr>
              <w:t>asenapine</w:t>
            </w:r>
            <w:proofErr w:type="spellEnd"/>
            <w:r w:rsidRPr="00EB75F0">
              <w:rPr>
                <w:color w:val="000000"/>
                <w:sz w:val="16"/>
              </w:rPr>
              <w:t xml:space="preserve"> not in scope of research question, per PICOS table and placebo arm offers more robust common comparator link to network)</w:t>
            </w:r>
          </w:p>
        </w:tc>
      </w:tr>
      <w:tr w:rsidR="009446D0" w:rsidRPr="00EB75F0" w14:paraId="723FF852"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038EC804" w14:textId="7C2071BA" w:rsidR="009446D0" w:rsidRPr="00EB75F0" w:rsidRDefault="0084596B">
            <w:pPr>
              <w:spacing w:before="60" w:after="60" w:line="240" w:lineRule="auto"/>
              <w:rPr>
                <w:color w:val="1E1E1E"/>
                <w:sz w:val="16"/>
              </w:rPr>
            </w:pPr>
            <w:r w:rsidRPr="00EB75F0">
              <w:rPr>
                <w:color w:val="1E1E1E"/>
                <w:sz w:val="16"/>
              </w:rPr>
              <w:lastRenderedPageBreak/>
              <w:t>Wagner 2005</w:t>
            </w:r>
            <w:r w:rsidR="0031308D" w:rsidRPr="00EB75F0">
              <w:fldChar w:fldCharType="begin"/>
            </w:r>
            <w:r w:rsidR="00452EF4">
              <w:instrText xml:space="preserve"> ADDIN EN.CITE &lt;EndNote&gt;&lt;Cite&gt;&lt;Author&gt;Wagner&lt;/Author&gt;&lt;Year&gt;2005&lt;/Year&gt;&lt;RecNum&gt;63&lt;/RecNum&gt;&lt;DisplayText&gt;&lt;style face="superscript"&gt;66&lt;/style&gt;&lt;/DisplayText&gt;&lt;record&gt;&lt;rec-number&gt;63&lt;/rec-number&gt;&lt;foreign-keys&gt;&lt;key app="EN" db-id="9ttaxzax2p0tr7ewzt55atews50zvxaaa5rz" timestamp="1764068838"&gt;63&lt;/key&gt;&lt;/foreign-keys&gt;&lt;ref-type name="Journal Article"&gt;17&lt;/ref-type&gt;&lt;contributors&gt;&lt;authors&gt;&lt;author&gt;Wagner, Michael&lt;/author&gt;&lt;author&gt;Quednow, Boris B&lt;/author&gt;&lt;author&gt;Westheide, Jens&lt;/author&gt;&lt;author&gt;Schlaepfer, Thomas E&lt;/author&gt;&lt;author&gt;Maier, Wolfgang&lt;/author&gt;&lt;author&gt;Kühn, Kai-Uwe&lt;/author&gt;&lt;/authors&gt;&lt;/contributors&gt;&lt;titles&gt;&lt;title&gt;Cognitive improvement in schizophrenic patients does not require a serotonergic mechanism: randomized controlled trial of olanzapine vs amisulpride&lt;/title&gt;&lt;secondary-title&gt;Neuropsychopharmacology&lt;/secondary-title&gt;&lt;/titles&gt;&lt;periodical&gt;&lt;full-title&gt;Neuropsychopharmacology&lt;/full-title&gt;&lt;/periodical&gt;&lt;pages&gt;381-390&lt;/pages&gt;&lt;volume&gt;30&lt;/volume&gt;&lt;number&gt;2&lt;/number&gt;&lt;dates&gt;&lt;year&gt;2005&lt;/year&gt;&lt;/dates&gt;&lt;isbn&gt;1740-634X&lt;/isbn&gt;&lt;urls&gt;&lt;/urls&gt;&lt;/record&gt;&lt;/Cite&gt;&lt;/EndNote&gt;</w:instrText>
            </w:r>
            <w:r w:rsidR="0031308D" w:rsidRPr="00EB75F0">
              <w:fldChar w:fldCharType="separate"/>
            </w:r>
            <w:r w:rsidR="00452EF4" w:rsidRPr="00452EF4">
              <w:rPr>
                <w:noProof/>
                <w:vertAlign w:val="superscript"/>
              </w:rPr>
              <w:t>66</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179BFC59" w14:textId="77777777" w:rsidR="009446D0" w:rsidRPr="00EB75F0" w:rsidRDefault="0084596B">
            <w:pPr>
              <w:spacing w:before="60" w:after="60" w:line="240" w:lineRule="auto"/>
              <w:rPr>
                <w:color w:val="1E1E1E"/>
                <w:sz w:val="16"/>
              </w:rPr>
            </w:pPr>
            <w:r w:rsidRPr="00EB75F0">
              <w:rPr>
                <w:color w:val="00B050"/>
                <w:sz w:val="16"/>
              </w:rPr>
              <w:t>Olanzapine 10–20 mg OD (N = 18)</w:t>
            </w:r>
          </w:p>
        </w:tc>
        <w:tc>
          <w:tcPr>
            <w:tcW w:w="3600" w:type="dxa"/>
            <w:tcBorders>
              <w:top w:val="single" w:sz="4" w:space="0" w:color="000000"/>
              <w:left w:val="single" w:sz="4" w:space="0" w:color="000000"/>
              <w:bottom w:val="single" w:sz="4" w:space="0" w:color="000000"/>
              <w:right w:val="single" w:sz="4" w:space="0" w:color="000000"/>
            </w:tcBorders>
          </w:tcPr>
          <w:p w14:paraId="562CB354" w14:textId="77777777" w:rsidR="009446D0" w:rsidRPr="00EB75F0" w:rsidRDefault="0084596B">
            <w:pPr>
              <w:spacing w:before="60" w:after="60" w:line="240" w:lineRule="auto"/>
              <w:rPr>
                <w:color w:val="000000"/>
                <w:sz w:val="16"/>
              </w:rPr>
            </w:pPr>
            <w:r w:rsidRPr="00EB75F0">
              <w:rPr>
                <w:color w:val="000000"/>
                <w:sz w:val="16"/>
              </w:rPr>
              <w:t>Amisulpride 400–800 mg OD (N = 18)</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0BE884EC" w14:textId="77777777" w:rsidR="009446D0" w:rsidRPr="00EB75F0" w:rsidRDefault="0084596B">
            <w:pPr>
              <w:spacing w:before="60" w:after="60" w:line="240" w:lineRule="auto"/>
              <w:rPr>
                <w:color w:val="FF0000"/>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490C1C7F"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1B265089" w14:textId="46073356" w:rsidR="009446D0" w:rsidRPr="00EB75F0" w:rsidRDefault="0084596B">
            <w:pPr>
              <w:spacing w:before="60" w:after="60" w:line="240" w:lineRule="auto"/>
              <w:rPr>
                <w:color w:val="1E1E1E"/>
                <w:sz w:val="16"/>
              </w:rPr>
            </w:pPr>
            <w:r w:rsidRPr="00EB75F0">
              <w:rPr>
                <w:color w:val="1E1E1E"/>
                <w:sz w:val="16"/>
              </w:rPr>
              <w:t>Meltzer 2011</w:t>
            </w:r>
            <w:r w:rsidR="0031308D" w:rsidRPr="00EB75F0">
              <w:fldChar w:fldCharType="begin"/>
            </w:r>
            <w:r w:rsidR="00452EF4">
              <w:instrText xml:space="preserve"> ADDIN EN.CITE &lt;EndNote&gt;&lt;Cite&gt;&lt;Author&gt;Meltzer&lt;/Author&gt;&lt;Year&gt;2011&lt;/Year&gt;&lt;RecNum&gt;64&lt;/RecNum&gt;&lt;DisplayText&gt;&lt;style face="superscript"&gt;67&lt;/style&gt;&lt;/DisplayText&gt;&lt;record&gt;&lt;rec-number&gt;64&lt;/rec-number&gt;&lt;foreign-keys&gt;&lt;key app="EN" db-id="9ttaxzax2p0tr7ewzt55atews50zvxaaa5rz" timestamp="1764068838"&gt;64&lt;/key&gt;&lt;/foreign-keys&gt;&lt;ref-type name="Journal Article"&gt;17&lt;/ref-type&gt;&lt;contributors&gt;&lt;authors&gt;&lt;author&gt;Meltzer, Herbert Y&lt;/author&gt;&lt;author&gt;Cucchiaro, Josephine&lt;/author&gt;&lt;author&gt;Silva, Robert&lt;/author&gt;&lt;author&gt;Ogasa, Masaaki&lt;/author&gt;&lt;author&gt;Phillips, Debra&lt;/author&gt;&lt;author&gt;Xu, Jane&lt;/author&gt;&lt;author&gt;Kalali, Amir H&lt;/author&gt;&lt;author&gt;Schweizer, Edward&lt;/author&gt;&lt;author&gt;Pikalov, Andrei&lt;/author&gt;&lt;author&gt;Loebel, Antony&lt;/author&gt;&lt;/authors&gt;&lt;/contributors&gt;&lt;titles&gt;&lt;title&gt;Lurasidone in the treatment of schizophrenia: a randomized, double-blind, placebo-and olanzapine-controlled study&lt;/title&gt;&lt;secondary-title&gt;American Journal of Psychiatry&lt;/secondary-title&gt;&lt;/titles&gt;&lt;periodical&gt;&lt;full-title&gt;American Journal of Psychiatry&lt;/full-title&gt;&lt;/periodical&gt;&lt;pages&gt;957-967&lt;/pages&gt;&lt;volume&gt;168&lt;/volume&gt;&lt;number&gt;9&lt;/number&gt;&lt;dates&gt;&lt;year&gt;2011&lt;/year&gt;&lt;/dates&gt;&lt;isbn&gt;0002-953X&lt;/isbn&gt;&lt;urls&gt;&lt;/urls&gt;&lt;/record&gt;&lt;/Cite&gt;&lt;/EndNote&gt;</w:instrText>
            </w:r>
            <w:r w:rsidR="0031308D" w:rsidRPr="00EB75F0">
              <w:fldChar w:fldCharType="separate"/>
            </w:r>
            <w:r w:rsidR="00452EF4" w:rsidRPr="00452EF4">
              <w:rPr>
                <w:noProof/>
                <w:vertAlign w:val="superscript"/>
              </w:rPr>
              <w:t>67</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27EC5D3B" w14:textId="77777777" w:rsidR="009446D0" w:rsidRPr="00EB75F0" w:rsidRDefault="0084596B">
            <w:pPr>
              <w:spacing w:before="60" w:after="60" w:line="240" w:lineRule="auto"/>
              <w:rPr>
                <w:color w:val="1E1E1E"/>
                <w:sz w:val="16"/>
              </w:rPr>
            </w:pPr>
            <w:r w:rsidRPr="00EB75F0">
              <w:rPr>
                <w:color w:val="00B050"/>
                <w:sz w:val="16"/>
              </w:rPr>
              <w:t>Olanzapine 10–15 mg OD (N = 123)</w:t>
            </w:r>
          </w:p>
        </w:tc>
        <w:tc>
          <w:tcPr>
            <w:tcW w:w="3600" w:type="dxa"/>
            <w:tcBorders>
              <w:top w:val="single" w:sz="4" w:space="0" w:color="000000"/>
              <w:left w:val="single" w:sz="4" w:space="0" w:color="000000"/>
              <w:bottom w:val="single" w:sz="4" w:space="0" w:color="000000"/>
              <w:right w:val="single" w:sz="4" w:space="0" w:color="000000"/>
            </w:tcBorders>
          </w:tcPr>
          <w:p w14:paraId="31C16286" w14:textId="77777777" w:rsidR="009446D0" w:rsidRPr="00EB75F0" w:rsidRDefault="0084596B">
            <w:pPr>
              <w:spacing w:before="60" w:after="60" w:line="240" w:lineRule="auto"/>
              <w:rPr>
                <w:color w:val="000000"/>
                <w:sz w:val="16"/>
              </w:rPr>
            </w:pPr>
            <w:r w:rsidRPr="00EB75F0">
              <w:rPr>
                <w:color w:val="000000"/>
                <w:sz w:val="16"/>
              </w:rPr>
              <w:t xml:space="preserve">Placebo (N = 116), </w:t>
            </w:r>
            <w:r w:rsidRPr="00EB75F0">
              <w:rPr>
                <w:color w:val="000000"/>
                <w:sz w:val="16"/>
              </w:rPr>
              <w:br/>
              <w:t xml:space="preserve">Lurasidone 40 mg OD (N = 119), </w:t>
            </w:r>
            <w:r w:rsidRPr="00EB75F0">
              <w:rPr>
                <w:color w:val="000000"/>
                <w:sz w:val="16"/>
              </w:rPr>
              <w:br/>
              <w:t>Lurasidone 120 mg OD (N = 118)</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62ED6A19" w14:textId="77777777" w:rsidR="009446D0" w:rsidRPr="00EB75F0" w:rsidRDefault="0084596B">
            <w:pPr>
              <w:spacing w:before="60" w:after="60" w:line="240" w:lineRule="auto"/>
              <w:rPr>
                <w:color w:val="1E1E1E"/>
                <w:sz w:val="16"/>
              </w:rPr>
            </w:pPr>
            <w:r w:rsidRPr="00EB75F0">
              <w:rPr>
                <w:color w:val="000000"/>
                <w:sz w:val="16"/>
              </w:rPr>
              <w:t>Exclude lurasidone arms (lurasidone not in scope of research question, per PICOS table and placebo arm offers more robust common comparator link to network)</w:t>
            </w:r>
          </w:p>
        </w:tc>
      </w:tr>
      <w:tr w:rsidR="009446D0" w:rsidRPr="00EB75F0" w14:paraId="66AE824E"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0ADFEB0" w14:textId="29742230" w:rsidR="009446D0" w:rsidRPr="00EB75F0" w:rsidRDefault="0084596B">
            <w:pPr>
              <w:spacing w:before="60" w:after="60" w:line="240" w:lineRule="auto"/>
              <w:rPr>
                <w:color w:val="1E1E1E"/>
                <w:sz w:val="16"/>
              </w:rPr>
            </w:pPr>
            <w:r w:rsidRPr="00EB75F0">
              <w:rPr>
                <w:color w:val="1E1E1E"/>
                <w:sz w:val="16"/>
              </w:rPr>
              <w:t>Kane 2007</w:t>
            </w:r>
            <w:r w:rsidR="0031308D" w:rsidRPr="00EB75F0">
              <w:fldChar w:fldCharType="begin"/>
            </w:r>
            <w:r w:rsidR="00452EF4">
              <w:instrText xml:space="preserve"> ADDIN EN.CITE &lt;EndNote&gt;&lt;Cite&gt;&lt;Author&gt;Kane&lt;/Author&gt;&lt;Year&gt;2007&lt;/Year&gt;&lt;RecNum&gt;65&lt;/RecNum&gt;&lt;DisplayText&gt;&lt;style face="superscript"&gt;68&lt;/style&gt;&lt;/DisplayText&gt;&lt;record&gt;&lt;rec-number&gt;65&lt;/rec-number&gt;&lt;foreign-keys&gt;&lt;key app="EN" db-id="9ttaxzax2p0tr7ewzt55atews50zvxaaa5rz" timestamp="1764068839"&gt;65&lt;/key&gt;&lt;/foreign-keys&gt;&lt;ref-type name="Journal Article"&gt;17&lt;/ref-type&gt;&lt;contributors&gt;&lt;authors&gt;&lt;author&gt;Kane, J&lt;/author&gt;&lt;author&gt;Canas, F&lt;/author&gt;&lt;author&gt;Kramer, M&lt;/author&gt;&lt;author&gt;Ford, L&lt;/author&gt;&lt;author&gt;Gassmann-Mayer, C&lt;/author&gt;&lt;author&gt;Lim, P&lt;/author&gt;&lt;author&gt;Eerdekens, M&lt;/author&gt;&lt;/authors&gt;&lt;/contributors&gt;&lt;titles&gt;&lt;title&gt;Treatment of schizophrenia with paliperidone extended-release tablets: a 6-week placebo-controlled trial&lt;/title&gt;&lt;secondary-title&gt;Schizophrenia Research&lt;/secondary-title&gt;&lt;/titles&gt;&lt;periodical&gt;&lt;full-title&gt;Schizophrenia Research&lt;/full-title&gt;&lt;/periodical&gt;&lt;pages&gt;147-161&lt;/pages&gt;&lt;volume&gt;90&lt;/volume&gt;&lt;number&gt;1-3&lt;/number&gt;&lt;dates&gt;&lt;year&gt;2007&lt;/year&gt;&lt;/dates&gt;&lt;isbn&gt;0920-9964&lt;/isbn&gt;&lt;urls&gt;&lt;/urls&gt;&lt;/record&gt;&lt;/Cite&gt;&lt;/EndNote&gt;</w:instrText>
            </w:r>
            <w:r w:rsidR="0031308D" w:rsidRPr="00EB75F0">
              <w:fldChar w:fldCharType="separate"/>
            </w:r>
            <w:r w:rsidR="00452EF4" w:rsidRPr="00452EF4">
              <w:rPr>
                <w:noProof/>
                <w:vertAlign w:val="superscript"/>
              </w:rPr>
              <w:t>68</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5E109BE0" w14:textId="77777777" w:rsidR="009446D0" w:rsidRPr="00EB75F0" w:rsidRDefault="0084596B">
            <w:pPr>
              <w:spacing w:before="60" w:after="60" w:line="240" w:lineRule="auto"/>
              <w:rPr>
                <w:color w:val="1E1E1E"/>
                <w:sz w:val="16"/>
              </w:rPr>
            </w:pPr>
            <w:r w:rsidRPr="00EB75F0">
              <w:rPr>
                <w:color w:val="00B050"/>
                <w:sz w:val="16"/>
              </w:rPr>
              <w:t>Olanzapine 10 mg OD (N = 128)</w:t>
            </w:r>
          </w:p>
        </w:tc>
        <w:tc>
          <w:tcPr>
            <w:tcW w:w="3600" w:type="dxa"/>
            <w:tcBorders>
              <w:top w:val="single" w:sz="4" w:space="0" w:color="000000"/>
              <w:left w:val="single" w:sz="4" w:space="0" w:color="000000"/>
              <w:bottom w:val="single" w:sz="4" w:space="0" w:color="000000"/>
              <w:right w:val="single" w:sz="4" w:space="0" w:color="000000"/>
            </w:tcBorders>
          </w:tcPr>
          <w:p w14:paraId="3E38B69E" w14:textId="77777777" w:rsidR="009446D0" w:rsidRPr="00EB75F0" w:rsidRDefault="0084596B">
            <w:pPr>
              <w:spacing w:before="60" w:after="60" w:line="240" w:lineRule="auto"/>
              <w:rPr>
                <w:color w:val="000000"/>
                <w:sz w:val="16"/>
              </w:rPr>
            </w:pPr>
            <w:r w:rsidRPr="00EB75F0">
              <w:rPr>
                <w:color w:val="000000"/>
                <w:sz w:val="16"/>
              </w:rPr>
              <w:t xml:space="preserve">Placebo (N = 127), </w:t>
            </w:r>
            <w:r w:rsidRPr="00EB75F0">
              <w:rPr>
                <w:color w:val="000000"/>
                <w:sz w:val="16"/>
              </w:rPr>
              <w:br/>
              <w:t xml:space="preserve">Paliperidone ER 6 mg OD (N = 123), </w:t>
            </w:r>
            <w:r w:rsidRPr="00EB75F0">
              <w:rPr>
                <w:color w:val="000000"/>
                <w:sz w:val="16"/>
              </w:rPr>
              <w:br/>
              <w:t xml:space="preserve">Paliperidone ER 9 mg OD (N = 122), </w:t>
            </w:r>
            <w:r w:rsidRPr="00EB75F0">
              <w:rPr>
                <w:color w:val="000000"/>
                <w:sz w:val="16"/>
              </w:rPr>
              <w:br/>
              <w:t>Paliperidone ER 12 mg OD (N = 130)</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20C2A7DD" w14:textId="77777777" w:rsidR="009446D0" w:rsidRPr="00EB75F0" w:rsidRDefault="0084596B">
            <w:pPr>
              <w:spacing w:before="60" w:after="60" w:line="240" w:lineRule="auto"/>
              <w:rPr>
                <w:color w:val="1E1E1E"/>
                <w:sz w:val="16"/>
              </w:rPr>
            </w:pPr>
            <w:r w:rsidRPr="00EB75F0">
              <w:rPr>
                <w:color w:val="000000"/>
                <w:sz w:val="16"/>
              </w:rPr>
              <w:t>Exclude paliperidone arms (paliperidone not in scope of research question, per PICOS table and placebo arm offers more robust common comparator link to network)</w:t>
            </w:r>
          </w:p>
        </w:tc>
      </w:tr>
      <w:tr w:rsidR="009446D0" w:rsidRPr="00EB75F0" w14:paraId="4D9E009C"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4FC9CCF1" w14:textId="67EA7FC5" w:rsidR="009446D0" w:rsidRPr="00EB75F0" w:rsidRDefault="0084596B">
            <w:pPr>
              <w:spacing w:before="60" w:after="60" w:line="240" w:lineRule="auto"/>
              <w:rPr>
                <w:color w:val="1E1E1E"/>
                <w:sz w:val="16"/>
              </w:rPr>
            </w:pPr>
            <w:r w:rsidRPr="00EB75F0">
              <w:rPr>
                <w:color w:val="1E1E1E"/>
                <w:sz w:val="16"/>
              </w:rPr>
              <w:t>Davidson 2007</w:t>
            </w:r>
            <w:r w:rsidR="0031308D" w:rsidRPr="00EB75F0">
              <w:fldChar w:fldCharType="begin"/>
            </w:r>
            <w:r w:rsidR="00452EF4">
              <w:instrText xml:space="preserve"> ADDIN EN.CITE &lt;EndNote&gt;&lt;Cite&gt;&lt;Author&gt;Davidson&lt;/Author&gt;&lt;Year&gt;2007&lt;/Year&gt;&lt;RecNum&gt;66&lt;/RecNum&gt;&lt;DisplayText&gt;&lt;style face="superscript"&gt;69&lt;/style&gt;&lt;/DisplayText&gt;&lt;record&gt;&lt;rec-number&gt;66&lt;/rec-number&gt;&lt;foreign-keys&gt;&lt;key app="EN" db-id="9ttaxzax2p0tr7ewzt55atews50zvxaaa5rz" timestamp="1764068839"&gt;66&lt;/key&gt;&lt;/foreign-keys&gt;&lt;ref-type name="Journal Article"&gt;17&lt;/ref-type&gt;&lt;contributors&gt;&lt;authors&gt;&lt;author&gt;Davidson, Michael&lt;/author&gt;&lt;author&gt;Emsley, Robin&lt;/author&gt;&lt;author&gt;Kramer, Michelle&lt;/author&gt;&lt;author&gt;Ford, Lisa&lt;/author&gt;&lt;author&gt;Pan, Guohua&lt;/author&gt;&lt;author&gt;Lim, Pilar&lt;/author&gt;&lt;author&gt;Eerdekens, Mariëlle&lt;/author&gt;&lt;/authors&gt;&lt;/contributors&gt;&lt;titles&gt;&lt;title&gt;Efficacy, safety and early response of paliperidone extended-release tablets (paliperidone ER): results of a 6-week, randomized, placebo-controlled study&lt;/title&gt;&lt;secondary-title&gt;Schizophrenia research&lt;/secondary-title&gt;&lt;/titles&gt;&lt;periodical&gt;&lt;full-title&gt;Schizophrenia Research&lt;/full-title&gt;&lt;/periodical&gt;&lt;pages&gt;117-130&lt;/pages&gt;&lt;volume&gt;93&lt;/volume&gt;&lt;number&gt;1-3&lt;/number&gt;&lt;dates&gt;&lt;year&gt;2007&lt;/year&gt;&lt;/dates&gt;&lt;isbn&gt;0920-9964&lt;/isbn&gt;&lt;urls&gt;&lt;/urls&gt;&lt;/record&gt;&lt;/Cite&gt;&lt;/EndNote&gt;</w:instrText>
            </w:r>
            <w:r w:rsidR="0031308D" w:rsidRPr="00EB75F0">
              <w:fldChar w:fldCharType="separate"/>
            </w:r>
            <w:r w:rsidR="00452EF4" w:rsidRPr="00452EF4">
              <w:rPr>
                <w:noProof/>
                <w:vertAlign w:val="superscript"/>
              </w:rPr>
              <w:t>69</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0BC814E4" w14:textId="77777777" w:rsidR="009446D0" w:rsidRPr="00EB75F0" w:rsidRDefault="0084596B">
            <w:pPr>
              <w:spacing w:before="60" w:after="60" w:line="240" w:lineRule="auto"/>
              <w:rPr>
                <w:color w:val="1E1E1E"/>
                <w:sz w:val="16"/>
              </w:rPr>
            </w:pPr>
            <w:r w:rsidRPr="00EB75F0">
              <w:rPr>
                <w:color w:val="00B050"/>
                <w:sz w:val="16"/>
              </w:rPr>
              <w:t>Olanzapine 10 mg OD (N = 128)</w:t>
            </w:r>
          </w:p>
        </w:tc>
        <w:tc>
          <w:tcPr>
            <w:tcW w:w="3600" w:type="dxa"/>
            <w:tcBorders>
              <w:top w:val="single" w:sz="4" w:space="0" w:color="000000"/>
              <w:left w:val="single" w:sz="4" w:space="0" w:color="000000"/>
              <w:bottom w:val="single" w:sz="4" w:space="0" w:color="000000"/>
              <w:right w:val="single" w:sz="4" w:space="0" w:color="000000"/>
            </w:tcBorders>
          </w:tcPr>
          <w:p w14:paraId="15D6326B" w14:textId="77777777" w:rsidR="009446D0" w:rsidRPr="00EB75F0" w:rsidRDefault="0084596B">
            <w:pPr>
              <w:spacing w:before="60" w:after="60" w:line="240" w:lineRule="auto"/>
              <w:rPr>
                <w:color w:val="000000"/>
                <w:sz w:val="16"/>
              </w:rPr>
            </w:pPr>
            <w:r w:rsidRPr="00EB75F0">
              <w:rPr>
                <w:color w:val="000000"/>
                <w:sz w:val="16"/>
              </w:rPr>
              <w:t xml:space="preserve">Placebo (N = 123), </w:t>
            </w:r>
            <w:r w:rsidRPr="00EB75F0">
              <w:rPr>
                <w:color w:val="000000"/>
                <w:sz w:val="16"/>
              </w:rPr>
              <w:br/>
              <w:t xml:space="preserve">Paliperidone ER 3 mg OD (N = 127), </w:t>
            </w:r>
            <w:r w:rsidRPr="00EB75F0">
              <w:rPr>
                <w:color w:val="000000"/>
                <w:sz w:val="16"/>
              </w:rPr>
              <w:br/>
              <w:t xml:space="preserve">Paliperidone ER 9 mg OD (N = 125), </w:t>
            </w:r>
            <w:r w:rsidRPr="00EB75F0">
              <w:rPr>
                <w:color w:val="000000"/>
                <w:sz w:val="16"/>
              </w:rPr>
              <w:br/>
              <w:t>Paliperidone ER 15 mg OD (N = 115)</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5558E034" w14:textId="77777777" w:rsidR="009446D0" w:rsidRPr="00EB75F0" w:rsidRDefault="0084596B">
            <w:pPr>
              <w:spacing w:before="60" w:after="60" w:line="240" w:lineRule="auto"/>
              <w:rPr>
                <w:color w:val="1E1E1E"/>
                <w:sz w:val="16"/>
              </w:rPr>
            </w:pPr>
            <w:r w:rsidRPr="00EB75F0">
              <w:rPr>
                <w:color w:val="000000"/>
                <w:sz w:val="16"/>
              </w:rPr>
              <w:t>Exclude paliperidone arms (paliperidone not in scope of research question, per PICOS table and placebo arm offers more robust common comparator link to network)</w:t>
            </w:r>
          </w:p>
        </w:tc>
      </w:tr>
      <w:tr w:rsidR="009446D0" w:rsidRPr="00EB75F0" w14:paraId="68442A24"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418A32B8" w14:textId="778288CD" w:rsidR="009446D0" w:rsidRPr="00EB75F0" w:rsidRDefault="0084596B">
            <w:pPr>
              <w:spacing w:before="60" w:after="60" w:line="240" w:lineRule="auto"/>
              <w:rPr>
                <w:color w:val="1E1E1E"/>
                <w:sz w:val="16"/>
              </w:rPr>
            </w:pPr>
            <w:proofErr w:type="spellStart"/>
            <w:r w:rsidRPr="00EB75F0">
              <w:rPr>
                <w:color w:val="1E1E1E"/>
                <w:sz w:val="16"/>
              </w:rPr>
              <w:t>Bugarski-Kirola</w:t>
            </w:r>
            <w:proofErr w:type="spellEnd"/>
            <w:r w:rsidRPr="00EB75F0">
              <w:rPr>
                <w:color w:val="1E1E1E"/>
                <w:sz w:val="16"/>
              </w:rPr>
              <w:t xml:space="preserve"> 2014</w:t>
            </w:r>
            <w:r w:rsidR="0031308D" w:rsidRPr="00EB75F0">
              <w:fldChar w:fldCharType="begin"/>
            </w:r>
            <w:r w:rsidR="00452EF4">
              <w:instrText xml:space="preserve"> ADDIN EN.CITE &lt;EndNote&gt;&lt;Cite&gt;&lt;Author&gt;Bugarski-Kirola&lt;/Author&gt;&lt;Year&gt;2014&lt;/Year&gt;&lt;RecNum&gt;67&lt;/RecNum&gt;&lt;DisplayText&gt;&lt;style face="superscript"&gt;70&lt;/style&gt;&lt;/DisplayText&gt;&lt;record&gt;&lt;rec-number&gt;67&lt;/rec-number&gt;&lt;foreign-keys&gt;&lt;key app="EN" db-id="9ttaxzax2p0tr7ewzt55atews50zvxaaa5rz" timestamp="1764068839"&gt;67&lt;/key&gt;&lt;/foreign-keys&gt;&lt;ref-type name="Journal Article"&gt;17&lt;/ref-type&gt;&lt;contributors&gt;&lt;authors&gt;&lt;author&gt;Bugarski-Kirola, D.&lt;/author&gt;&lt;author&gt;Wang, A.&lt;/author&gt;&lt;author&gt;Abi-Saab, D.&lt;/author&gt;&lt;author&gt;Blattler, T.&lt;/author&gt;&lt;/authors&gt;&lt;/contributors&gt;&lt;titles&gt;&lt;title&gt;A phase II/III trial of bitopertin monotherapy compared with placebo in patients with an acute exacerbation of schizophrenia - results from the CandleLyte study&lt;/title&gt;&lt;secondary-title&gt;Eur Neuropsychopharmacol&lt;/secondary-title&gt;&lt;/titles&gt;&lt;periodical&gt;&lt;full-title&gt;Eur Neuropsychopharmacol&lt;/full-title&gt;&lt;/periodical&gt;&lt;pages&gt;1024-36&lt;/pages&gt;&lt;volume&gt;24&lt;/volume&gt;&lt;number&gt;7&lt;/number&gt;&lt;dates&gt;&lt;year&gt;2014&lt;/year&gt;&lt;pub-dates&gt;&lt;date&gt;20140329&lt;/date&gt;&lt;/pub-dates&gt;&lt;/dates&gt;&lt;pub-location&gt;F. Hoffmann-La Roche Ltd, Basel, Switzerland. Electronic address: dragana.bugarski-kirola@roche.com. Roche (China) Holding Ltd, Shanghai, China. F. Hoffmann-La Roche Ltd, Basel, Switzerland.&lt;/pub-location&gt;&lt;isbn&gt;1873-7862 (Electronic) 0924-977X (Linking)&lt;/isbn&gt;&lt;urls&gt;&lt;related-urls&gt;&lt;url&gt;https://www.ncbi.nlm.nih.gov/pubmed/24735806&lt;/url&gt;&lt;/related-urls&gt;&lt;/urls&gt;&lt;electronic-resource-num&gt;10.1016/j.euroneuro.2014.03.007&lt;/electronic-resource-num&gt;&lt;/record&gt;&lt;/Cite&gt;&lt;/EndNote&gt;</w:instrText>
            </w:r>
            <w:r w:rsidR="0031308D" w:rsidRPr="00EB75F0">
              <w:fldChar w:fldCharType="separate"/>
            </w:r>
            <w:r w:rsidR="00452EF4" w:rsidRPr="00452EF4">
              <w:rPr>
                <w:noProof/>
                <w:vertAlign w:val="superscript"/>
              </w:rPr>
              <w:t>70</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6DC892B6" w14:textId="77777777" w:rsidR="009446D0" w:rsidRPr="00EB75F0" w:rsidRDefault="0084596B">
            <w:pPr>
              <w:spacing w:before="60" w:after="60" w:line="240" w:lineRule="auto"/>
              <w:rPr>
                <w:color w:val="1E1E1E"/>
                <w:sz w:val="16"/>
              </w:rPr>
            </w:pPr>
            <w:r w:rsidRPr="00EB75F0">
              <w:rPr>
                <w:color w:val="00B050"/>
                <w:sz w:val="16"/>
              </w:rPr>
              <w:t>Olanzapine 15 mg OD (N = 63)</w:t>
            </w:r>
          </w:p>
        </w:tc>
        <w:tc>
          <w:tcPr>
            <w:tcW w:w="3600" w:type="dxa"/>
            <w:tcBorders>
              <w:top w:val="single" w:sz="4" w:space="0" w:color="000000"/>
              <w:left w:val="single" w:sz="4" w:space="0" w:color="000000"/>
              <w:bottom w:val="single" w:sz="4" w:space="0" w:color="000000"/>
              <w:right w:val="single" w:sz="4" w:space="0" w:color="000000"/>
            </w:tcBorders>
          </w:tcPr>
          <w:p w14:paraId="42B1301A" w14:textId="77777777" w:rsidR="009446D0" w:rsidRPr="00EB75F0" w:rsidRDefault="0084596B">
            <w:pPr>
              <w:spacing w:before="60" w:after="60" w:line="240" w:lineRule="auto"/>
              <w:rPr>
                <w:color w:val="000000"/>
                <w:sz w:val="16"/>
              </w:rPr>
            </w:pPr>
            <w:proofErr w:type="spellStart"/>
            <w:r w:rsidRPr="00EB75F0">
              <w:rPr>
                <w:color w:val="000000"/>
                <w:sz w:val="16"/>
              </w:rPr>
              <w:t>Bitopertin</w:t>
            </w:r>
            <w:proofErr w:type="spellEnd"/>
            <w:r w:rsidRPr="00EB75F0">
              <w:rPr>
                <w:color w:val="000000"/>
                <w:sz w:val="16"/>
              </w:rPr>
              <w:t xml:space="preserve"> 10 mg OD (N = 80), </w:t>
            </w:r>
            <w:r w:rsidRPr="00EB75F0">
              <w:br/>
            </w:r>
            <w:proofErr w:type="spellStart"/>
            <w:r w:rsidRPr="00EB75F0">
              <w:rPr>
                <w:color w:val="000000"/>
                <w:sz w:val="16"/>
              </w:rPr>
              <w:t>Bitopertin</w:t>
            </w:r>
            <w:proofErr w:type="spellEnd"/>
            <w:r w:rsidRPr="00EB75F0">
              <w:rPr>
                <w:color w:val="000000"/>
                <w:sz w:val="16"/>
              </w:rPr>
              <w:t xml:space="preserve"> 30 mg OD (N = 77), </w:t>
            </w:r>
            <w:r w:rsidRPr="00EB75F0">
              <w:br/>
            </w:r>
            <w:r w:rsidRPr="00EB75F0">
              <w:rPr>
                <w:color w:val="000000"/>
                <w:sz w:val="16"/>
              </w:rPr>
              <w:t>Placebo (N = 79)</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228F2326" w14:textId="77777777" w:rsidR="009446D0" w:rsidRPr="00EB75F0" w:rsidRDefault="0084596B">
            <w:pPr>
              <w:spacing w:before="60" w:after="60" w:line="240" w:lineRule="auto"/>
              <w:rPr>
                <w:color w:val="1E1E1E"/>
                <w:sz w:val="16"/>
              </w:rPr>
            </w:pPr>
            <w:r w:rsidRPr="00EB75F0">
              <w:rPr>
                <w:color w:val="000000"/>
                <w:sz w:val="16"/>
              </w:rPr>
              <w:t xml:space="preserve">Exclude </w:t>
            </w:r>
            <w:proofErr w:type="spellStart"/>
            <w:r w:rsidRPr="00EB75F0">
              <w:rPr>
                <w:color w:val="1E1E1E"/>
                <w:sz w:val="16"/>
              </w:rPr>
              <w:t>bitopertin</w:t>
            </w:r>
            <w:proofErr w:type="spellEnd"/>
            <w:r w:rsidRPr="00EB75F0">
              <w:rPr>
                <w:color w:val="1E1E1E"/>
                <w:sz w:val="16"/>
              </w:rPr>
              <w:t xml:space="preserve"> </w:t>
            </w:r>
            <w:r w:rsidRPr="00EB75F0">
              <w:rPr>
                <w:color w:val="000000"/>
                <w:sz w:val="16"/>
              </w:rPr>
              <w:t>arms (</w:t>
            </w:r>
            <w:proofErr w:type="spellStart"/>
            <w:r w:rsidRPr="00EB75F0">
              <w:rPr>
                <w:color w:val="1E1E1E"/>
                <w:sz w:val="16"/>
              </w:rPr>
              <w:t>bitopertin</w:t>
            </w:r>
            <w:proofErr w:type="spellEnd"/>
            <w:r w:rsidRPr="00EB75F0">
              <w:rPr>
                <w:color w:val="1E1E1E"/>
                <w:sz w:val="16"/>
              </w:rPr>
              <w:t xml:space="preserve"> </w:t>
            </w:r>
            <w:r w:rsidRPr="00EB75F0">
              <w:rPr>
                <w:color w:val="000000"/>
                <w:sz w:val="16"/>
              </w:rPr>
              <w:t>not in scope of research question, per PICOS table and placebo arm offers more robust common comparator link to network)</w:t>
            </w:r>
          </w:p>
        </w:tc>
      </w:tr>
      <w:tr w:rsidR="009446D0" w:rsidRPr="00EB75F0" w14:paraId="34DB27DA"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1A118FE8" w14:textId="4CE1BD92" w:rsidR="009446D0" w:rsidRPr="00EB75F0" w:rsidRDefault="0084596B">
            <w:pPr>
              <w:spacing w:before="60" w:after="60" w:line="240" w:lineRule="auto"/>
              <w:rPr>
                <w:color w:val="1E1E1E"/>
                <w:sz w:val="16"/>
              </w:rPr>
            </w:pPr>
            <w:r w:rsidRPr="00EB75F0">
              <w:rPr>
                <w:color w:val="1E1E1E"/>
                <w:sz w:val="16"/>
              </w:rPr>
              <w:t>Riedel 2007</w:t>
            </w:r>
            <w:r w:rsidR="0031308D" w:rsidRPr="00EB75F0">
              <w:fldChar w:fldCharType="begin"/>
            </w:r>
            <w:r w:rsidR="00452EF4">
              <w:instrText xml:space="preserve"> ADDIN EN.CITE &lt;EndNote&gt;&lt;Cite&gt;&lt;Author&gt;Riedel&lt;/Author&gt;&lt;Year&gt;2007&lt;/Year&gt;&lt;RecNum&gt;68&lt;/RecNum&gt;&lt;DisplayText&gt;&lt;style face="superscript"&gt;71&lt;/style&gt;&lt;/DisplayText&gt;&lt;record&gt;&lt;rec-number&gt;68&lt;/rec-number&gt;&lt;foreign-keys&gt;&lt;key app="EN" db-id="9ttaxzax2p0tr7ewzt55atews50zvxaaa5rz" timestamp="1764068839"&gt;68&lt;/key&gt;&lt;/foreign-keys&gt;&lt;ref-type name="Journal Article"&gt;17&lt;/ref-type&gt;&lt;contributors&gt;&lt;authors&gt;&lt;author&gt;Riedel, M.&lt;/author&gt;&lt;author&gt;Muller, N.&lt;/author&gt;&lt;author&gt;Spellmann, I.&lt;/author&gt;&lt;author&gt;Engel, R. R.&lt;/author&gt;&lt;author&gt;Musil, R.&lt;/author&gt;&lt;author&gt;Valdevit, R.&lt;/author&gt;&lt;author&gt;Dehning, S.&lt;/author&gt;&lt;author&gt;Douhet, A.&lt;/author&gt;&lt;author&gt;Cerovecki, A.&lt;/author&gt;&lt;author&gt;Strassnig, M.&lt;/author&gt;&lt;author&gt;Moller, H. J.&lt;/author&gt;&lt;/authors&gt;&lt;/contributors&gt;&lt;titles&gt;&lt;title&gt;Efficacy of olanzapine versus quetiapine on cognitive dysfunctions in patients with an acute episode of schizophrenia&lt;/title&gt;&lt;secondary-title&gt;Eur Arch Psychiatry Clin Neurosci&lt;/secondary-title&gt;&lt;/titles&gt;&lt;periodical&gt;&lt;full-title&gt;Eur Arch Psychiatry Clin Neurosci&lt;/full-title&gt;&lt;/periodical&gt;&lt;pages&gt;402-12&lt;/pages&gt;&lt;volume&gt;257&lt;/volume&gt;&lt;number&gt;7&lt;/number&gt;&lt;dates&gt;&lt;year&gt;2007&lt;/year&gt;&lt;pub-dates&gt;&lt;date&gt;Oct&lt;/date&gt;&lt;/pub-dates&gt;&lt;/dates&gt;&lt;pub-location&gt;Dept. of Psychiatry and Psychotherapy, Ludwig-Maximilians-University of Munich, Nussbaumstrasse 7, 80336 Munich, Germany.&lt;/pub-location&gt;&lt;isbn&gt;0940-1334 (Print) 0940-1334 (Linking)&lt;/isbn&gt;&lt;urls&gt;&lt;related-urls&gt;&lt;url&gt;https://www.ncbi.nlm.nih.gov/pubmed/17629725&lt;/url&gt;&lt;/related-urls&gt;&lt;/urls&gt;&lt;electronic-resource-num&gt;10.1007/s00406-007-0748-9&lt;/electronic-resource-num&gt;&lt;/record&gt;&lt;/Cite&gt;&lt;/EndNote&gt;</w:instrText>
            </w:r>
            <w:r w:rsidR="0031308D" w:rsidRPr="00EB75F0">
              <w:fldChar w:fldCharType="separate"/>
            </w:r>
            <w:r w:rsidR="00452EF4" w:rsidRPr="00452EF4">
              <w:rPr>
                <w:noProof/>
                <w:vertAlign w:val="superscript"/>
              </w:rPr>
              <w:t>71</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2ECA6F2E" w14:textId="77777777" w:rsidR="009446D0" w:rsidRPr="00EB75F0" w:rsidRDefault="0084596B">
            <w:pPr>
              <w:spacing w:before="60" w:after="60" w:line="240" w:lineRule="auto"/>
              <w:rPr>
                <w:color w:val="00B050"/>
                <w:sz w:val="16"/>
              </w:rPr>
            </w:pPr>
            <w:r w:rsidRPr="00EB75F0">
              <w:rPr>
                <w:color w:val="00B050"/>
                <w:sz w:val="16"/>
              </w:rPr>
              <w:t>Olanzapine 10–20 mg OD (N = 17)</w:t>
            </w:r>
          </w:p>
          <w:p w14:paraId="2717FE85" w14:textId="77777777" w:rsidR="009446D0" w:rsidRPr="00EB75F0" w:rsidRDefault="0084596B">
            <w:pPr>
              <w:spacing w:before="60" w:after="60" w:line="240" w:lineRule="auto"/>
              <w:rPr>
                <w:color w:val="1E1E1E"/>
                <w:sz w:val="16"/>
              </w:rPr>
            </w:pPr>
            <w:r w:rsidRPr="00EB75F0">
              <w:rPr>
                <w:color w:val="00B050"/>
                <w:sz w:val="16"/>
              </w:rPr>
              <w:t>Quetiapine 400–800 mg OD (N = 16)</w:t>
            </w:r>
          </w:p>
        </w:tc>
        <w:tc>
          <w:tcPr>
            <w:tcW w:w="3600" w:type="dxa"/>
            <w:tcBorders>
              <w:top w:val="single" w:sz="4" w:space="0" w:color="000000"/>
              <w:left w:val="single" w:sz="4" w:space="0" w:color="000000"/>
              <w:bottom w:val="single" w:sz="4" w:space="0" w:color="000000"/>
              <w:right w:val="single" w:sz="4" w:space="0" w:color="000000"/>
            </w:tcBorders>
          </w:tcPr>
          <w:p w14:paraId="5E8C00BE" w14:textId="77777777" w:rsidR="009446D0" w:rsidRPr="00EB75F0" w:rsidRDefault="0084596B">
            <w:pPr>
              <w:spacing w:before="60" w:after="60" w:line="240" w:lineRule="auto"/>
              <w:rPr>
                <w:color w:val="1E1E1E"/>
                <w:sz w:val="16"/>
              </w:rPr>
            </w:pPr>
            <w:r w:rsidRPr="00EB75F0">
              <w:rPr>
                <w:color w:val="1E1E1E"/>
                <w:sz w:val="16"/>
              </w:rPr>
              <w:t>-</w:t>
            </w:r>
          </w:p>
        </w:tc>
        <w:tc>
          <w:tcPr>
            <w:tcW w:w="5696" w:type="dxa"/>
            <w:tcBorders>
              <w:top w:val="single" w:sz="4" w:space="0" w:color="000000"/>
              <w:left w:val="single" w:sz="4" w:space="0" w:color="000000"/>
              <w:bottom w:val="single" w:sz="4" w:space="0" w:color="000000"/>
              <w:right w:val="single" w:sz="4" w:space="0" w:color="000000"/>
            </w:tcBorders>
          </w:tcPr>
          <w:p w14:paraId="3C055D5A"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53D5C573"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5694AE16" w14:textId="42CAA0CE" w:rsidR="009446D0" w:rsidRPr="00EB75F0" w:rsidRDefault="0084596B">
            <w:pPr>
              <w:spacing w:before="60" w:after="60" w:line="240" w:lineRule="auto"/>
              <w:rPr>
                <w:color w:val="1E1E1E"/>
                <w:sz w:val="16"/>
              </w:rPr>
            </w:pPr>
            <w:r w:rsidRPr="00EB75F0">
              <w:rPr>
                <w:color w:val="1E1E1E"/>
                <w:sz w:val="16"/>
              </w:rPr>
              <w:t>McDonnell 2018</w:t>
            </w:r>
            <w:r w:rsidR="0031308D" w:rsidRPr="00EB75F0">
              <w:fldChar w:fldCharType="begin"/>
            </w:r>
            <w:r w:rsidR="00452EF4">
              <w:instrText xml:space="preserve"> ADDIN EN.CITE &lt;EndNote&gt;&lt;Cite&gt;&lt;Author&gt;McDonnell&lt;/Author&gt;&lt;Year&gt;2018&lt;/Year&gt;&lt;RecNum&gt;69&lt;/RecNum&gt;&lt;DisplayText&gt;&lt;style face="superscript"&gt;72&lt;/style&gt;&lt;/DisplayText&gt;&lt;record&gt;&lt;rec-number&gt;69&lt;/rec-number&gt;&lt;foreign-keys&gt;&lt;key app="EN" db-id="9ttaxzax2p0tr7ewzt55atews50zvxaaa5rz" timestamp="1764068839"&gt;69&lt;/key&gt;&lt;/foreign-keys&gt;&lt;ref-type name="Journal Article"&gt;17&lt;/ref-type&gt;&lt;contributors&gt;&lt;authors&gt;&lt;author&gt;McDonnell, David&lt;/author&gt;&lt;author&gt;Potkin, Steven G&lt;/author&gt;&lt;author&gt;Simmons, Adam&lt;/author&gt;&lt;author&gt;Jiang, Ying&lt;/author&gt;&lt;author&gt;DiPetrillo, Lauren&lt;/author&gt;&lt;author&gt;Silverman, Bernard&lt;/author&gt;&lt;/authors&gt;&lt;/contributors&gt;&lt;titles&gt;&lt;title&gt;F232. A phase 3 study to determine the antipsychotic efficacy and safety of ALKS 3831 in adult patients with acute exacerbation of schizophrenia&lt;/title&gt;&lt;secondary-title&gt;Schizophrenia Bulletin&lt;/secondary-title&gt;&lt;/titles&gt;&lt;periodical&gt;&lt;full-title&gt;Schizophrenia bulletin&lt;/full-title&gt;&lt;/periodical&gt;&lt;pages&gt;S312&lt;/pages&gt;&lt;volume&gt;44&lt;/volume&gt;&lt;number&gt;Suppl 1&lt;/number&gt;&lt;dates&gt;&lt;year&gt;2018&lt;/year&gt;&lt;/dates&gt;&lt;urls&gt;&lt;/urls&gt;&lt;/record&gt;&lt;/Cite&gt;&lt;/EndNote&gt;</w:instrText>
            </w:r>
            <w:r w:rsidR="0031308D" w:rsidRPr="00EB75F0">
              <w:fldChar w:fldCharType="separate"/>
            </w:r>
            <w:r w:rsidR="00452EF4" w:rsidRPr="00452EF4">
              <w:rPr>
                <w:noProof/>
                <w:vertAlign w:val="superscript"/>
              </w:rPr>
              <w:t>72</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20E75E4E" w14:textId="77777777" w:rsidR="009446D0" w:rsidRPr="00EB75F0" w:rsidRDefault="0084596B">
            <w:pPr>
              <w:spacing w:before="60" w:after="60" w:line="240" w:lineRule="auto"/>
              <w:rPr>
                <w:color w:val="1E1E1E"/>
                <w:sz w:val="16"/>
              </w:rPr>
            </w:pPr>
            <w:r w:rsidRPr="00EB75F0">
              <w:rPr>
                <w:color w:val="00B050"/>
                <w:sz w:val="16"/>
              </w:rPr>
              <w:t>Olanzapine 20 mg OD (N = 133)</w:t>
            </w:r>
          </w:p>
        </w:tc>
        <w:tc>
          <w:tcPr>
            <w:tcW w:w="3600" w:type="dxa"/>
            <w:tcBorders>
              <w:top w:val="single" w:sz="4" w:space="0" w:color="000000"/>
              <w:left w:val="single" w:sz="4" w:space="0" w:color="000000"/>
              <w:bottom w:val="single" w:sz="4" w:space="0" w:color="000000"/>
              <w:right w:val="single" w:sz="4" w:space="0" w:color="000000"/>
            </w:tcBorders>
          </w:tcPr>
          <w:p w14:paraId="6719A7C8" w14:textId="77777777" w:rsidR="009446D0" w:rsidRPr="00EB75F0" w:rsidRDefault="0084596B">
            <w:pPr>
              <w:spacing w:before="60" w:after="60" w:line="240" w:lineRule="auto"/>
              <w:rPr>
                <w:color w:val="000000"/>
                <w:sz w:val="16"/>
              </w:rPr>
            </w:pPr>
            <w:r w:rsidRPr="00EB75F0">
              <w:rPr>
                <w:color w:val="000000"/>
                <w:sz w:val="16"/>
              </w:rPr>
              <w:t xml:space="preserve">Placebo (N = 134), </w:t>
            </w:r>
            <w:r w:rsidRPr="00EB75F0">
              <w:br/>
            </w:r>
            <w:r w:rsidRPr="00EB75F0">
              <w:rPr>
                <w:color w:val="000000"/>
                <w:sz w:val="16"/>
              </w:rPr>
              <w:t xml:space="preserve">Olanzapine + </w:t>
            </w:r>
            <w:proofErr w:type="spellStart"/>
            <w:r w:rsidRPr="00EB75F0">
              <w:rPr>
                <w:color w:val="000000"/>
                <w:sz w:val="16"/>
              </w:rPr>
              <w:t>samidorphan</w:t>
            </w:r>
            <w:proofErr w:type="spellEnd"/>
            <w:r w:rsidRPr="00EB75F0">
              <w:rPr>
                <w:color w:val="000000"/>
                <w:sz w:val="16"/>
              </w:rPr>
              <w:t xml:space="preserve"> 20 mg OD + 10 mg OD (N = 134)</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5E468E81" w14:textId="77777777" w:rsidR="009446D0" w:rsidRPr="00EB75F0" w:rsidRDefault="0084596B">
            <w:pPr>
              <w:spacing w:before="60" w:after="60" w:line="240" w:lineRule="auto"/>
              <w:rPr>
                <w:color w:val="1E1E1E"/>
                <w:sz w:val="16"/>
              </w:rPr>
            </w:pPr>
            <w:r w:rsidRPr="00EB75F0">
              <w:rPr>
                <w:color w:val="000000"/>
                <w:sz w:val="16"/>
              </w:rPr>
              <w:t xml:space="preserve">Exclude </w:t>
            </w:r>
            <w:r w:rsidRPr="00EB75F0">
              <w:rPr>
                <w:color w:val="1E1E1E"/>
                <w:sz w:val="16"/>
              </w:rPr>
              <w:t xml:space="preserve">olanzapine + </w:t>
            </w:r>
            <w:proofErr w:type="spellStart"/>
            <w:r w:rsidRPr="00EB75F0">
              <w:rPr>
                <w:color w:val="1E1E1E"/>
                <w:sz w:val="16"/>
              </w:rPr>
              <w:t>samidorphan</w:t>
            </w:r>
            <w:proofErr w:type="spellEnd"/>
            <w:r w:rsidRPr="00EB75F0">
              <w:rPr>
                <w:color w:val="1E1E1E"/>
                <w:sz w:val="16"/>
              </w:rPr>
              <w:t xml:space="preserve"> </w:t>
            </w:r>
            <w:r w:rsidRPr="00EB75F0">
              <w:rPr>
                <w:color w:val="000000"/>
                <w:sz w:val="16"/>
              </w:rPr>
              <w:t>arms (</w:t>
            </w:r>
            <w:r w:rsidRPr="00EB75F0">
              <w:rPr>
                <w:color w:val="1E1E1E"/>
                <w:sz w:val="16"/>
              </w:rPr>
              <w:t xml:space="preserve">olanzapine + </w:t>
            </w:r>
            <w:proofErr w:type="spellStart"/>
            <w:r w:rsidRPr="00EB75F0">
              <w:rPr>
                <w:color w:val="1E1E1E"/>
                <w:sz w:val="16"/>
              </w:rPr>
              <w:t>samidorphan</w:t>
            </w:r>
            <w:proofErr w:type="spellEnd"/>
            <w:r w:rsidRPr="00EB75F0">
              <w:rPr>
                <w:color w:val="1E1E1E"/>
                <w:sz w:val="16"/>
              </w:rPr>
              <w:t xml:space="preserve"> </w:t>
            </w:r>
            <w:r w:rsidRPr="00EB75F0">
              <w:rPr>
                <w:color w:val="000000"/>
                <w:sz w:val="16"/>
              </w:rPr>
              <w:t>not in scope of research question, per PICOS table and placebo arm offers more robust common comparator link to network)</w:t>
            </w:r>
          </w:p>
        </w:tc>
      </w:tr>
      <w:tr w:rsidR="009446D0" w:rsidRPr="00EB75F0" w14:paraId="310DDCB6"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4B04BDC5" w14:textId="616D87DB" w:rsidR="009446D0" w:rsidRPr="00EB75F0" w:rsidRDefault="0084596B">
            <w:pPr>
              <w:spacing w:before="60" w:after="60" w:line="240" w:lineRule="auto"/>
              <w:rPr>
                <w:color w:val="1E1E1E"/>
                <w:sz w:val="16"/>
              </w:rPr>
            </w:pPr>
            <w:r w:rsidRPr="00EB75F0">
              <w:rPr>
                <w:color w:val="1E1E1E"/>
                <w:sz w:val="16"/>
              </w:rPr>
              <w:t>Schmidt-Kraepelin 2022</w:t>
            </w:r>
            <w:r w:rsidR="0031308D" w:rsidRPr="00EB75F0">
              <w:fldChar w:fldCharType="begin"/>
            </w:r>
            <w:r w:rsidR="00452EF4">
              <w:instrText xml:space="preserve"> ADDIN EN.CITE &lt;EndNote&gt;&lt;Cite&gt;&lt;Author&gt;Schmidt-Kraepelin&lt;/Author&gt;&lt;Year&gt;2022&lt;/Year&gt;&lt;RecNum&gt;70&lt;/RecNum&gt;&lt;DisplayText&gt;&lt;style face="superscript"&gt;73&lt;/style&gt;&lt;/DisplayText&gt;&lt;record&gt;&lt;rec-number&gt;70&lt;/rec-number&gt;&lt;foreign-keys&gt;&lt;key app="EN" db-id="9ttaxzax2p0tr7ewzt55atews50zvxaaa5rz" timestamp="1764068840"&gt;70&lt;/key&gt;&lt;/foreign-keys&gt;&lt;ref-type name="Journal Article"&gt;17&lt;/ref-type&gt;&lt;contributors&gt;&lt;authors&gt;&lt;author&gt;C. Schmidt-Kraepelin&lt;/author&gt;&lt;author&gt;S. Feyerabend&lt;/author&gt;&lt;author&gt;C. Engelke&lt;/author&gt;&lt;author&gt;M. Riesbeck&lt;/author&gt;&lt;author&gt;E. Meisenzahl-Lechner&lt;/author&gt;&lt;author&gt;P.-E. Verde&lt;/author&gt;&lt;author&gt;C. U. Correll&lt;/author&gt;&lt;author&gt;M. Kluge&lt;/author&gt;&lt;author&gt;C. Makiol&lt;/author&gt;&lt;author&gt;A. Neff&lt;/author&gt;&lt;author&gt;C. Lange&lt;/author&gt;&lt;author&gt;S. Englisch&lt;/author&gt;&lt;author&gt;M. Zink&lt;/author&gt;&lt;author&gt;B. Langguth&lt;/author&gt;&lt;author&gt;T. B. Poeppl&lt;/author&gt;&lt;author&gt;D. Reske&lt;/author&gt;&lt;author&gt;E. Gouzoulis-Mayfrank&lt;/author&gt;&lt;author&gt;G. Gründer&lt;/author&gt;&lt;author&gt;A. Hasan&lt;/author&gt;&lt;author&gt;A. Brockhaus-Dumke&lt;/author&gt;&lt;author&gt;M. Jäger&lt;/author&gt;&lt;author&gt;J. Baumgärtner&lt;/author&gt;&lt;author&gt;S. Leucht&lt;/author&gt;&lt;author&gt;J. Cordes&lt;/author&gt;&lt;/authors&gt;&lt;/contributors&gt;&lt;titles&gt;&lt;title&gt;Amisulpride and olanzapine combination treatment versus each monotherapy in acutely ill patients with schizophrenia in Germany (COMBINE): A double-blind randomised controlled trial&lt;/title&gt;&lt;secondary-title&gt;The Lancet Psychiatry&lt;/secondary-title&gt;&lt;/titles&gt;&lt;periodical&gt;&lt;full-title&gt;The Lancet Psychiatry&lt;/full-title&gt;&lt;/periodical&gt;&lt;pages&gt;291-306&lt;/pages&gt;&lt;volume&gt;9&lt;/volume&gt;&lt;dates&gt;&lt;year&gt;2022&lt;/year&gt;&lt;/dates&gt;&lt;urls&gt;&lt;/urls&gt;&lt;/record&gt;&lt;/Cite&gt;&lt;/EndNote&gt;</w:instrText>
            </w:r>
            <w:r w:rsidR="0031308D" w:rsidRPr="00EB75F0">
              <w:fldChar w:fldCharType="separate"/>
            </w:r>
            <w:r w:rsidR="00452EF4" w:rsidRPr="00452EF4">
              <w:rPr>
                <w:noProof/>
                <w:vertAlign w:val="superscript"/>
              </w:rPr>
              <w:t>73</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0FF1051D" w14:textId="77777777" w:rsidR="009446D0" w:rsidRPr="00EB75F0" w:rsidRDefault="0084596B">
            <w:pPr>
              <w:spacing w:before="60" w:after="60" w:line="240" w:lineRule="auto"/>
              <w:rPr>
                <w:color w:val="1E1E1E"/>
                <w:sz w:val="16"/>
              </w:rPr>
            </w:pPr>
            <w:r w:rsidRPr="00EB75F0">
              <w:rPr>
                <w:color w:val="00B050"/>
                <w:sz w:val="16"/>
              </w:rPr>
              <w:t>Olanzapine 10–20 mg OD (N = 107)</w:t>
            </w:r>
          </w:p>
        </w:tc>
        <w:tc>
          <w:tcPr>
            <w:tcW w:w="3600" w:type="dxa"/>
            <w:tcBorders>
              <w:top w:val="single" w:sz="4" w:space="0" w:color="000000"/>
              <w:left w:val="single" w:sz="4" w:space="0" w:color="000000"/>
              <w:bottom w:val="single" w:sz="4" w:space="0" w:color="000000"/>
              <w:right w:val="single" w:sz="4" w:space="0" w:color="000000"/>
            </w:tcBorders>
          </w:tcPr>
          <w:p w14:paraId="2C5DD525" w14:textId="77777777" w:rsidR="009446D0" w:rsidRPr="00EB75F0" w:rsidRDefault="0084596B">
            <w:pPr>
              <w:spacing w:before="60" w:after="60" w:line="240" w:lineRule="auto"/>
              <w:rPr>
                <w:color w:val="000000"/>
                <w:sz w:val="16"/>
              </w:rPr>
            </w:pPr>
            <w:r w:rsidRPr="00EB75F0">
              <w:rPr>
                <w:color w:val="000000"/>
                <w:sz w:val="16"/>
              </w:rPr>
              <w:t xml:space="preserve">Amisulpride + olanzapine 400–800 mg OD + 10–20 mg OD (N = 112), </w:t>
            </w:r>
            <w:r w:rsidRPr="00EB75F0">
              <w:rPr>
                <w:color w:val="000000"/>
                <w:sz w:val="16"/>
              </w:rPr>
              <w:br/>
              <w:t>Amisulpride 400–800 mg OD (N = 109)</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26C6BB58" w14:textId="77777777" w:rsidR="009446D0" w:rsidRPr="00EB75F0" w:rsidRDefault="0084596B">
            <w:pPr>
              <w:spacing w:before="60" w:after="60" w:line="240" w:lineRule="auto"/>
              <w:rPr>
                <w:color w:val="1E1E1E"/>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04762283"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BD8FF5D" w14:textId="48ECC3CB" w:rsidR="009446D0" w:rsidRPr="00EB75F0" w:rsidRDefault="0084596B">
            <w:pPr>
              <w:spacing w:before="60" w:after="60" w:line="240" w:lineRule="auto"/>
              <w:rPr>
                <w:color w:val="1E1E1E"/>
                <w:sz w:val="16"/>
              </w:rPr>
            </w:pPr>
            <w:r w:rsidRPr="00EB75F0">
              <w:rPr>
                <w:color w:val="1E1E1E"/>
                <w:sz w:val="16"/>
              </w:rPr>
              <w:t>Schmidt 2012</w:t>
            </w:r>
            <w:r w:rsidR="0031308D" w:rsidRPr="00EB75F0">
              <w:fldChar w:fldCharType="begin"/>
            </w:r>
            <w:r w:rsidR="00452EF4">
              <w:instrText xml:space="preserve"> ADDIN EN.CITE &lt;EndNote&gt;&lt;Cite&gt;&lt;Author&gt;Schmidt&lt;/Author&gt;&lt;Year&gt;2012&lt;/Year&gt;&lt;RecNum&gt;71&lt;/RecNum&gt;&lt;DisplayText&gt;&lt;style face="superscript"&gt;74&lt;/style&gt;&lt;/DisplayText&gt;&lt;record&gt;&lt;rec-number&gt;71&lt;/rec-number&gt;&lt;foreign-keys&gt;&lt;key app="EN" db-id="9ttaxzax2p0tr7ewzt55atews50zvxaaa5rz" timestamp="1764068840"&gt;71&lt;/key&gt;&lt;/foreign-keys&gt;&lt;ref-type name="Journal Article"&gt;17&lt;/ref-type&gt;&lt;contributors&gt;&lt;authors&gt;&lt;author&gt;Schmidt, M. E.&lt;/author&gt;&lt;author&gt;Kent, J. M.&lt;/author&gt;&lt;author&gt;Daly, E.&lt;/author&gt;&lt;author&gt;Janssens, L.&lt;/author&gt;&lt;author&gt;Van Osselaer, N.&lt;/author&gt;&lt;author&gt;Husken, G.&lt;/author&gt;&lt;author&gt;Anghelescu, I. G.&lt;/author&gt;&lt;author&gt;Van Nueten, L.&lt;/author&gt;&lt;/authors&gt;&lt;/contributors&gt;&lt;titles&gt;&lt;title&gt;A double-blind, randomized, placebo-controlled study with JNJ-37822681, a novel, highly selective, fast dissociating D(2) receptor antagonist in the treatment of acute exacerbation of schizophrenia&lt;/title&gt;&lt;secondary-title&gt;Eur Neuropsychopharmacol&lt;/secondary-title&gt;&lt;/titles&gt;&lt;periodical&gt;&lt;full-title&gt;Eur Neuropsychopharmacol&lt;/full-title&gt;&lt;/periodical&gt;&lt;pages&gt;721-33&lt;/pages&gt;&lt;volume&gt;22&lt;/volume&gt;&lt;number&gt;10&lt;/number&gt;&lt;dates&gt;&lt;year&gt;2012&lt;/year&gt;&lt;pub-dates&gt;&lt;date&gt;20120331&lt;/date&gt;&lt;/pub-dates&gt;&lt;/dates&gt;&lt;pub-location&gt;Janssen Research &amp;amp; Development, a division of Janssen Pharmaceutica NV, Beerse, Belgium. mschmid4@its.jnj.com&lt;/pub-location&gt;&lt;isbn&gt;1873-7862 (Electronic) 0924-977X (Linking)&lt;/isbn&gt;&lt;urls&gt;&lt;related-urls&gt;&lt;url&gt;https://www.ncbi.nlm.nih.gov/pubmed/22464973&lt;/url&gt;&lt;/related-urls&gt;&lt;/urls&gt;&lt;electronic-resource-num&gt;10.1016/j.euroneuro.2012.02.007&lt;/electronic-resource-num&gt;&lt;/record&gt;&lt;/Cite&gt;&lt;/EndNote&gt;</w:instrText>
            </w:r>
            <w:r w:rsidR="0031308D" w:rsidRPr="00EB75F0">
              <w:fldChar w:fldCharType="separate"/>
            </w:r>
            <w:r w:rsidR="00452EF4" w:rsidRPr="00452EF4">
              <w:rPr>
                <w:noProof/>
                <w:vertAlign w:val="superscript"/>
              </w:rPr>
              <w:t>74</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4EC99D67" w14:textId="77777777" w:rsidR="009446D0" w:rsidRPr="00EB75F0" w:rsidRDefault="0084596B">
            <w:pPr>
              <w:spacing w:before="60" w:after="60" w:line="240" w:lineRule="auto"/>
              <w:rPr>
                <w:color w:val="1E1E1E"/>
                <w:sz w:val="16"/>
              </w:rPr>
            </w:pPr>
            <w:r w:rsidRPr="00EB75F0">
              <w:rPr>
                <w:color w:val="00B050"/>
                <w:sz w:val="16"/>
              </w:rPr>
              <w:t>Olanzapine 15 mg OD (N = 93)</w:t>
            </w:r>
          </w:p>
        </w:tc>
        <w:tc>
          <w:tcPr>
            <w:tcW w:w="3600" w:type="dxa"/>
            <w:tcBorders>
              <w:top w:val="single" w:sz="4" w:space="0" w:color="000000"/>
              <w:left w:val="single" w:sz="4" w:space="0" w:color="000000"/>
              <w:bottom w:val="single" w:sz="4" w:space="0" w:color="000000"/>
              <w:right w:val="single" w:sz="4" w:space="0" w:color="000000"/>
            </w:tcBorders>
          </w:tcPr>
          <w:p w14:paraId="27A853C2" w14:textId="77777777" w:rsidR="009446D0" w:rsidRPr="00EB75F0" w:rsidRDefault="0084596B">
            <w:pPr>
              <w:spacing w:before="60" w:after="60" w:line="240" w:lineRule="auto"/>
              <w:rPr>
                <w:color w:val="000000"/>
                <w:sz w:val="16"/>
              </w:rPr>
            </w:pPr>
            <w:r w:rsidRPr="00EB75F0">
              <w:rPr>
                <w:color w:val="000000"/>
                <w:sz w:val="16"/>
              </w:rPr>
              <w:t xml:space="preserve">Placebo (N = 101), </w:t>
            </w:r>
            <w:r w:rsidRPr="00EB75F0">
              <w:rPr>
                <w:color w:val="000000"/>
                <w:sz w:val="16"/>
              </w:rPr>
              <w:br/>
              <w:t xml:space="preserve">JNJ-37822681 10 mg BD (N = 100), </w:t>
            </w:r>
            <w:r w:rsidRPr="00EB75F0">
              <w:rPr>
                <w:color w:val="000000"/>
                <w:sz w:val="16"/>
              </w:rPr>
              <w:br/>
              <w:t xml:space="preserve">JNJ-37822681 20 mg BD (N = 104), </w:t>
            </w:r>
            <w:r w:rsidRPr="00EB75F0">
              <w:rPr>
                <w:color w:val="000000"/>
                <w:sz w:val="16"/>
              </w:rPr>
              <w:br/>
              <w:t>JNJ-37822681 30 mg BD (N = 100)</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7FA1FD0F" w14:textId="77777777" w:rsidR="009446D0" w:rsidRPr="00EB75F0" w:rsidRDefault="0084596B">
            <w:pPr>
              <w:spacing w:before="60" w:after="60" w:line="240" w:lineRule="auto"/>
              <w:rPr>
                <w:color w:val="1E1E1E"/>
                <w:sz w:val="16"/>
              </w:rPr>
            </w:pPr>
            <w:r w:rsidRPr="00EB75F0">
              <w:rPr>
                <w:color w:val="000000"/>
                <w:sz w:val="16"/>
              </w:rPr>
              <w:t>Exclude JNJ-37822681 arms (JNJ-37822681 not in scope of research question, per PICOS table and placebo arm offers more robust common comparator link to network)</w:t>
            </w:r>
          </w:p>
        </w:tc>
      </w:tr>
      <w:tr w:rsidR="009446D0" w:rsidRPr="00EB75F0" w14:paraId="22FBA4CE"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4316AB05" w14:textId="2E5114CE" w:rsidR="009446D0" w:rsidRPr="00EB75F0" w:rsidRDefault="0084596B">
            <w:pPr>
              <w:spacing w:before="60" w:after="60" w:line="240" w:lineRule="auto"/>
              <w:rPr>
                <w:color w:val="1E1E1E"/>
                <w:sz w:val="16"/>
              </w:rPr>
            </w:pPr>
            <w:r w:rsidRPr="00EB75F0">
              <w:rPr>
                <w:color w:val="1E1E1E"/>
                <w:sz w:val="16"/>
              </w:rPr>
              <w:t>Shen 2014</w:t>
            </w:r>
            <w:r w:rsidR="0031308D" w:rsidRPr="00EB75F0">
              <w:fldChar w:fldCharType="begin"/>
            </w:r>
            <w:r w:rsidR="00452EF4">
              <w:instrText xml:space="preserve"> ADDIN EN.CITE &lt;EndNote&gt;&lt;Cite&gt;&lt;Author&gt;Shen&lt;/Author&gt;&lt;Year&gt;2014&lt;/Year&gt;&lt;RecNum&gt;72&lt;/RecNum&gt;&lt;DisplayText&gt;&lt;style face="superscript"&gt;75&lt;/style&gt;&lt;/DisplayText&gt;&lt;record&gt;&lt;rec-number&gt;72&lt;/rec-number&gt;&lt;foreign-keys&gt;&lt;key app="EN" db-id="9ttaxzax2p0tr7ewzt55atews50zvxaaa5rz" timestamp="1764068840"&gt;72&lt;/key&gt;&lt;/foreign-keys&gt;&lt;ref-type name="Journal Article"&gt;17&lt;/ref-type&gt;&lt;contributors&gt;&lt;authors&gt;&lt;author&gt;Shen, J. H.&lt;/author&gt;&lt;author&gt;Zhao, Y.&lt;/author&gt;&lt;author&gt;Rosenzweig-Lipson, S.&lt;/author&gt;&lt;author&gt;Popp, D.&lt;/author&gt;&lt;author&gt;Williams, J. B.&lt;/author&gt;&lt;author&gt;Giller, E.&lt;/author&gt;&lt;author&gt;Detke, M. J.&lt;/author&gt;&lt;author&gt;Kane, J. M.&lt;/author&gt;&lt;/authors&gt;&lt;/contributors&gt;&lt;titles&gt;&lt;title&gt;A 6-week randomized, double-blind, placebo-controlled, comparator referenced trial of vabicaserin in acute schizophrenia&lt;/title&gt;&lt;secondary-title&gt;J Psychiatr Res&lt;/secondary-title&gt;&lt;/titles&gt;&lt;periodical&gt;&lt;full-title&gt;J Psychiatr Res&lt;/full-title&gt;&lt;/periodical&gt;&lt;pages&gt;14-22&lt;/pages&gt;&lt;volume&gt;53&lt;/volume&gt;&lt;dates&gt;&lt;year&gt;2014&lt;/year&gt;&lt;pub-dates&gt;&lt;date&gt;20140224&lt;/date&gt;&lt;/pub-dates&gt;&lt;/dates&gt;&lt;pub-location&gt;Hengrui Medicine Co., Ltd, Shanghai, China. Skyview Research, Pennsylvania, USA. IVS Pharma Consulting, USA. MedAvante Inc, Hamilton, NJ, USA. MedAvante Inc, Hamilton, NJ, USA; College of Physicians and Surgeons, Columbia University, USA. Electronic address: jwilliams@medavante.com. Detke Biopharma Consulting LLC, Carmel, IN, USA; Indiana University School of Medicine, USA. The Zucker Hillside Hospital, Glen Oaks, NY, USA; The Albert Einstein College of Medicine, Bronx, NY, USA.&lt;/pub-location&gt;&lt;isbn&gt;1879-1379 (Electronic) 0022-3956 (Linking)&lt;/isbn&gt;&lt;urls&gt;&lt;related-urls&gt;&lt;url&gt;https://www.ncbi.nlm.nih.gov/pubmed/24613032&lt;/url&gt;&lt;/related-urls&gt;&lt;/urls&gt;&lt;electronic-resource-num&gt;10.1016/j.jpsychires.2014.02.012&lt;/electronic-resource-num&gt;&lt;/record&gt;&lt;/Cite&gt;&lt;/EndNote&gt;</w:instrText>
            </w:r>
            <w:r w:rsidR="0031308D" w:rsidRPr="00EB75F0">
              <w:fldChar w:fldCharType="separate"/>
            </w:r>
            <w:r w:rsidR="00452EF4" w:rsidRPr="00452EF4">
              <w:rPr>
                <w:noProof/>
                <w:vertAlign w:val="superscript"/>
              </w:rPr>
              <w:t>75</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57ABB7D5" w14:textId="77777777" w:rsidR="009446D0" w:rsidRPr="00EB75F0" w:rsidRDefault="0084596B">
            <w:pPr>
              <w:spacing w:before="60" w:after="60" w:line="240" w:lineRule="auto"/>
              <w:rPr>
                <w:color w:val="1E1E1E"/>
                <w:sz w:val="16"/>
              </w:rPr>
            </w:pPr>
            <w:r w:rsidRPr="00EB75F0">
              <w:rPr>
                <w:color w:val="00B050"/>
                <w:sz w:val="16"/>
              </w:rPr>
              <w:t>Olanzapine 15 mg OD (N = 77)</w:t>
            </w:r>
          </w:p>
        </w:tc>
        <w:tc>
          <w:tcPr>
            <w:tcW w:w="3600" w:type="dxa"/>
            <w:tcBorders>
              <w:top w:val="single" w:sz="4" w:space="0" w:color="000000"/>
              <w:left w:val="single" w:sz="4" w:space="0" w:color="000000"/>
              <w:bottom w:val="single" w:sz="4" w:space="0" w:color="000000"/>
              <w:right w:val="single" w:sz="4" w:space="0" w:color="000000"/>
            </w:tcBorders>
          </w:tcPr>
          <w:p w14:paraId="71B8381F" w14:textId="77777777" w:rsidR="009446D0" w:rsidRPr="00EB75F0" w:rsidRDefault="0084596B">
            <w:pPr>
              <w:spacing w:before="60" w:after="60" w:line="240" w:lineRule="auto"/>
              <w:rPr>
                <w:color w:val="000000"/>
                <w:sz w:val="16"/>
              </w:rPr>
            </w:pPr>
            <w:r w:rsidRPr="00EB75F0">
              <w:rPr>
                <w:color w:val="000000"/>
                <w:sz w:val="16"/>
              </w:rPr>
              <w:t xml:space="preserve">Placebo (N = 77), </w:t>
            </w:r>
            <w:r w:rsidRPr="00EB75F0">
              <w:rPr>
                <w:color w:val="000000"/>
                <w:sz w:val="16"/>
              </w:rPr>
              <w:br/>
            </w:r>
            <w:proofErr w:type="spellStart"/>
            <w:r w:rsidRPr="00EB75F0">
              <w:rPr>
                <w:color w:val="000000"/>
                <w:sz w:val="16"/>
              </w:rPr>
              <w:t>Vabicaserin</w:t>
            </w:r>
            <w:proofErr w:type="spellEnd"/>
            <w:r w:rsidRPr="00EB75F0">
              <w:rPr>
                <w:color w:val="000000"/>
                <w:sz w:val="16"/>
              </w:rPr>
              <w:t xml:space="preserve"> 200 mg OD (N = 82), </w:t>
            </w:r>
            <w:r w:rsidRPr="00EB75F0">
              <w:rPr>
                <w:color w:val="000000"/>
                <w:sz w:val="16"/>
              </w:rPr>
              <w:br/>
            </w:r>
            <w:proofErr w:type="spellStart"/>
            <w:r w:rsidRPr="00EB75F0">
              <w:rPr>
                <w:color w:val="000000"/>
                <w:sz w:val="16"/>
              </w:rPr>
              <w:t>Vabicaserin</w:t>
            </w:r>
            <w:proofErr w:type="spellEnd"/>
            <w:r w:rsidRPr="00EB75F0">
              <w:rPr>
                <w:color w:val="000000"/>
                <w:sz w:val="16"/>
              </w:rPr>
              <w:t xml:space="preserve"> 400 mg OD (N = 77)</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434E03FC" w14:textId="77777777" w:rsidR="009446D0" w:rsidRPr="00EB75F0" w:rsidRDefault="0084596B">
            <w:pPr>
              <w:spacing w:before="60" w:after="60" w:line="240" w:lineRule="auto"/>
              <w:rPr>
                <w:color w:val="1E1E1E"/>
                <w:sz w:val="16"/>
              </w:rPr>
            </w:pPr>
            <w:r w:rsidRPr="00EB75F0">
              <w:rPr>
                <w:color w:val="000000"/>
                <w:sz w:val="16"/>
              </w:rPr>
              <w:t xml:space="preserve">Exclude </w:t>
            </w:r>
            <w:proofErr w:type="spellStart"/>
            <w:r w:rsidRPr="00EB75F0">
              <w:rPr>
                <w:color w:val="000000"/>
                <w:sz w:val="16"/>
              </w:rPr>
              <w:t>vabicaserin</w:t>
            </w:r>
            <w:proofErr w:type="spellEnd"/>
            <w:r w:rsidRPr="00EB75F0">
              <w:rPr>
                <w:color w:val="000000"/>
                <w:sz w:val="16"/>
              </w:rPr>
              <w:t xml:space="preserve"> arms (</w:t>
            </w:r>
            <w:proofErr w:type="spellStart"/>
            <w:r w:rsidRPr="00EB75F0">
              <w:rPr>
                <w:color w:val="000000"/>
                <w:sz w:val="16"/>
              </w:rPr>
              <w:t>vabicaserin</w:t>
            </w:r>
            <w:proofErr w:type="spellEnd"/>
            <w:r w:rsidRPr="00EB75F0">
              <w:rPr>
                <w:color w:val="000000"/>
                <w:sz w:val="16"/>
              </w:rPr>
              <w:t xml:space="preserve"> not in scope of research question, per PICOS table and placebo arm offers more robust common comparator link to network)</w:t>
            </w:r>
          </w:p>
        </w:tc>
      </w:tr>
      <w:tr w:rsidR="009446D0" w:rsidRPr="00EB75F0" w14:paraId="040E4C1F"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2AEE268A" w14:textId="0841BEF9" w:rsidR="009446D0" w:rsidRPr="00EB75F0" w:rsidRDefault="0084596B">
            <w:pPr>
              <w:spacing w:before="60" w:after="60" w:line="240" w:lineRule="auto"/>
              <w:rPr>
                <w:color w:val="1E1E1E"/>
                <w:sz w:val="16"/>
              </w:rPr>
            </w:pPr>
            <w:r w:rsidRPr="00EB75F0">
              <w:rPr>
                <w:color w:val="1E1E1E"/>
                <w:sz w:val="16"/>
              </w:rPr>
              <w:t>Marder 2007</w:t>
            </w:r>
            <w:r w:rsidR="0031308D" w:rsidRPr="00EB75F0">
              <w:fldChar w:fldCharType="begin"/>
            </w:r>
            <w:r w:rsidR="00452EF4">
              <w:instrText xml:space="preserve"> ADDIN EN.CITE &lt;EndNote&gt;&lt;Cite&gt;&lt;Author&gt;Marder&lt;/Author&gt;&lt;Year&gt;2007&lt;/Year&gt;&lt;RecNum&gt;73&lt;/RecNum&gt;&lt;DisplayText&gt;&lt;style face="superscript"&gt;76&lt;/style&gt;&lt;/DisplayText&gt;&lt;record&gt;&lt;rec-number&gt;73&lt;/rec-number&gt;&lt;foreign-keys&gt;&lt;key app="EN" db-id="9ttaxzax2p0tr7ewzt55atews50zvxaaa5rz" timestamp="1764068840"&gt;73&lt;/key&gt;&lt;/foreign-keys&gt;&lt;ref-type name="Journal Article"&gt;17&lt;/ref-type&gt;&lt;contributors&gt;&lt;authors&gt;&lt;author&gt;Marder, S. R.&lt;/author&gt;&lt;author&gt;Kramer, M.&lt;/author&gt;&lt;author&gt;Ford, L.&lt;/author&gt;&lt;author&gt;Eerdekens, E.&lt;/author&gt;&lt;author&gt;Lim, P.&lt;/author&gt;&lt;author&gt;Eerdekens, M.&lt;/author&gt;&lt;author&gt;Lowy, A.&lt;/author&gt;&lt;/authors&gt;&lt;/contributors&gt;&lt;titles&gt;&lt;title&gt;Efficacy and safety of paliperidone extended-release tablets: results of a 6-week, randomized, placebo-controlled study&lt;/title&gt;&lt;secondary-title&gt;Biol Psychiatry&lt;/secondary-title&gt;&lt;/titles&gt;&lt;periodical&gt;&lt;full-title&gt;Biol Psychiatry&lt;/full-title&gt;&lt;/periodical&gt;&lt;pages&gt;1363-70&lt;/pages&gt;&lt;volume&gt;62&lt;/volume&gt;&lt;number&gt;12&lt;/number&gt;&lt;dates&gt;&lt;year&gt;2007&lt;/year&gt;&lt;pub-dates&gt;&lt;date&gt;Dec 15 2007&lt;/date&gt;&lt;/pub-dates&gt;&lt;/dates&gt;&lt;pub-location&gt;Veteran&amp;apos;s Affairs Veteran&amp;apos;s Integrated Service Networks 22 Mental Illness Research, Education, and Clinical Center, Los Angeles, California 90073, USA. marder@ucla.edu&lt;/pub-location&gt;&lt;isbn&gt;1873-2402 (Electronic) 0006-3223 (Linking)&lt;/isbn&gt;&lt;urls&gt;&lt;related-urls&gt;&lt;url&gt;https://www.ncbi.nlm.nih.gov/pubmed/17601495&lt;/url&gt;&lt;/related-urls&gt;&lt;/urls&gt;&lt;electronic-resource-num&gt;10.1016/j.biopsych.2007.01.017&lt;/electronic-resource-num&gt;&lt;/record&gt;&lt;/Cite&gt;&lt;/EndNote&gt;</w:instrText>
            </w:r>
            <w:r w:rsidR="0031308D" w:rsidRPr="00EB75F0">
              <w:fldChar w:fldCharType="separate"/>
            </w:r>
            <w:r w:rsidR="00452EF4" w:rsidRPr="00452EF4">
              <w:rPr>
                <w:noProof/>
                <w:vertAlign w:val="superscript"/>
              </w:rPr>
              <w:t>76</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0D493C5A" w14:textId="77777777" w:rsidR="009446D0" w:rsidRPr="00EB75F0" w:rsidRDefault="0084596B">
            <w:pPr>
              <w:spacing w:before="60" w:after="60" w:line="240" w:lineRule="auto"/>
              <w:rPr>
                <w:color w:val="1E1E1E"/>
                <w:sz w:val="16"/>
              </w:rPr>
            </w:pPr>
            <w:r w:rsidRPr="00EB75F0">
              <w:rPr>
                <w:color w:val="00B050"/>
                <w:sz w:val="16"/>
              </w:rPr>
              <w:t>Olanzapine 10 mg OD (N = 110)</w:t>
            </w:r>
          </w:p>
        </w:tc>
        <w:tc>
          <w:tcPr>
            <w:tcW w:w="3600" w:type="dxa"/>
            <w:tcBorders>
              <w:top w:val="single" w:sz="4" w:space="0" w:color="000000"/>
              <w:left w:val="single" w:sz="4" w:space="0" w:color="000000"/>
              <w:bottom w:val="single" w:sz="4" w:space="0" w:color="000000"/>
              <w:right w:val="single" w:sz="4" w:space="0" w:color="000000"/>
            </w:tcBorders>
          </w:tcPr>
          <w:p w14:paraId="4D9CEF5C" w14:textId="77777777" w:rsidR="009446D0" w:rsidRPr="00EB75F0" w:rsidRDefault="0084596B">
            <w:pPr>
              <w:spacing w:before="60" w:after="60" w:line="240" w:lineRule="auto"/>
              <w:rPr>
                <w:color w:val="000000"/>
                <w:sz w:val="16"/>
              </w:rPr>
            </w:pPr>
            <w:r w:rsidRPr="00EB75F0">
              <w:rPr>
                <w:color w:val="000000"/>
                <w:sz w:val="16"/>
              </w:rPr>
              <w:t xml:space="preserve">Placebo (N = 110), </w:t>
            </w:r>
            <w:r w:rsidRPr="00EB75F0">
              <w:rPr>
                <w:color w:val="000000"/>
                <w:sz w:val="16"/>
              </w:rPr>
              <w:br/>
              <w:t xml:space="preserve">Paliperidone ER 6 mg OD (N = 112), </w:t>
            </w:r>
            <w:r w:rsidRPr="00EB75F0">
              <w:rPr>
                <w:color w:val="000000"/>
                <w:sz w:val="16"/>
              </w:rPr>
              <w:br/>
              <w:t>Paliperidone ER 12 mg OD (N = 112)</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18976BC6" w14:textId="77777777" w:rsidR="009446D0" w:rsidRPr="00EB75F0" w:rsidRDefault="0084596B">
            <w:pPr>
              <w:spacing w:before="60" w:after="60" w:line="240" w:lineRule="auto"/>
              <w:rPr>
                <w:color w:val="1E1E1E"/>
                <w:sz w:val="16"/>
              </w:rPr>
            </w:pPr>
            <w:r w:rsidRPr="00EB75F0">
              <w:rPr>
                <w:color w:val="000000"/>
                <w:sz w:val="16"/>
              </w:rPr>
              <w:t>Exclude paliperidone arms (paliperidone not in scope of research question, per PICOS table and placebo arm offers more robust common comparator link to network)</w:t>
            </w:r>
          </w:p>
        </w:tc>
      </w:tr>
      <w:tr w:rsidR="009446D0" w:rsidRPr="00EB75F0" w14:paraId="282CCF09"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338AF5CA" w14:textId="7C8F71A7" w:rsidR="009446D0" w:rsidRPr="00EB75F0" w:rsidRDefault="0084596B">
            <w:pPr>
              <w:keepNext/>
              <w:spacing w:before="60" w:after="60" w:line="240" w:lineRule="auto"/>
              <w:rPr>
                <w:color w:val="1E1E1E"/>
                <w:sz w:val="16"/>
              </w:rPr>
            </w:pPr>
            <w:r w:rsidRPr="00EB75F0">
              <w:rPr>
                <w:color w:val="1E1E1E"/>
                <w:sz w:val="16"/>
              </w:rPr>
              <w:lastRenderedPageBreak/>
              <w:t>Hatta 2013</w:t>
            </w:r>
            <w:r w:rsidR="0031308D" w:rsidRPr="00EB75F0">
              <w:fldChar w:fldCharType="begin"/>
            </w:r>
            <w:r w:rsidR="00452EF4">
              <w:instrText xml:space="preserve"> ADDIN EN.CITE &lt;EndNote&gt;&lt;Cite&gt;&lt;Author&gt;Hatta&lt;/Author&gt;&lt;Year&gt;2013&lt;/Year&gt;&lt;RecNum&gt;74&lt;/RecNum&gt;&lt;DisplayText&gt;&lt;style face="superscript"&gt;77&lt;/style&gt;&lt;/DisplayText&gt;&lt;record&gt;&lt;rec-number&gt;74&lt;/rec-number&gt;&lt;foreign-keys&gt;&lt;key app="EN" db-id="9ttaxzax2p0tr7ewzt55atews50zvxaaa5rz" timestamp="1764068841"&gt;74&lt;/key&gt;&lt;/foreign-keys&gt;&lt;ref-type name="Journal Article"&gt;17&lt;/ref-type&gt;&lt;contributors&gt;&lt;authors&gt;&lt;author&gt;Hatta, K.&lt;/author&gt;&lt;author&gt;Takebayashi, H.&lt;/author&gt;&lt;author&gt;Sudo, Y.&lt;/author&gt;&lt;author&gt;Katayama, S.&lt;/author&gt;&lt;author&gt;Kasuya, M.&lt;/author&gt;&lt;author&gt;Shirai, Y.&lt;/author&gt;&lt;author&gt;Morikawa, F.&lt;/author&gt;&lt;author&gt;Nakase, R.&lt;/author&gt;&lt;author&gt;Nakamura, M.&lt;/author&gt;&lt;author&gt;Ito, S.&lt;/author&gt;&lt;author&gt;Kuga, H.&lt;/author&gt;&lt;author&gt;Nakamura, M.&lt;/author&gt;&lt;author&gt;Ohnuma, T.&lt;/author&gt;&lt;author&gt;Usui, C.&lt;/author&gt;&lt;author&gt;Nakamura, H.&lt;/author&gt;&lt;author&gt;Hirata, T.&lt;/author&gt;&lt;author&gt;Sawa, Y.&lt;/author&gt;&lt;author&gt;Jast study group&lt;/author&gt;&lt;/authors&gt;&lt;/contributors&gt;&lt;titles&gt;&lt;title&gt;The possibility that requiring high-dose olanzapine cannot be explained by pharmacokinetics in the treatment of acute-phase schizophrenia&lt;/title&gt;&lt;secondary-title&gt;Psychiatry Res&lt;/secondary-title&gt;&lt;/titles&gt;&lt;periodical&gt;&lt;full-title&gt;Psychiatry Res&lt;/full-title&gt;&lt;/periodical&gt;&lt;pages&gt;396-401&lt;/pages&gt;&lt;volume&gt;210&lt;/volume&gt;&lt;number&gt;2&lt;/number&gt;&lt;dates&gt;&lt;year&gt;2013&lt;/year&gt;&lt;pub-dates&gt;&lt;date&gt;Dec 15 2013&lt;/date&gt;&lt;/pub-dates&gt;&lt;/dates&gt;&lt;pub-location&gt;Department of Psychiatry, Juntendo University Nerima Hospital, Tokyo, Japan. Electronic address: khatta@juntendo.ac.jp.&lt;/pub-location&gt;&lt;isbn&gt;1872-7123 (Electronic) 0165-1781 (Linking)&lt;/isbn&gt;&lt;urls&gt;&lt;related-urls&gt;&lt;url&gt;https://www.ncbi.nlm.nih.gov/pubmed/23919898&lt;/url&gt;&lt;/related-urls&gt;&lt;/urls&gt;&lt;electronic-resource-num&gt;10.1016/j.psychres.2013.07.005&lt;/electronic-resource-num&gt;&lt;/record&gt;&lt;/Cite&gt;&lt;/EndNote&gt;</w:instrText>
            </w:r>
            <w:r w:rsidR="0031308D" w:rsidRPr="00EB75F0">
              <w:fldChar w:fldCharType="separate"/>
            </w:r>
            <w:r w:rsidR="00452EF4" w:rsidRPr="00452EF4">
              <w:rPr>
                <w:noProof/>
                <w:vertAlign w:val="superscript"/>
              </w:rPr>
              <w:t>77</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75040685" w14:textId="77777777" w:rsidR="009446D0" w:rsidRPr="00732701" w:rsidRDefault="0084596B">
            <w:pPr>
              <w:keepNext/>
              <w:spacing w:before="60" w:after="60" w:line="240" w:lineRule="auto"/>
              <w:rPr>
                <w:color w:val="00B050"/>
                <w:sz w:val="16"/>
                <w:lang w:val="it-IT"/>
              </w:rPr>
            </w:pPr>
            <w:r w:rsidRPr="00732701">
              <w:rPr>
                <w:color w:val="00B050"/>
                <w:sz w:val="16"/>
                <w:lang w:val="it-IT"/>
              </w:rPr>
              <w:t xml:space="preserve">Risperidone 3–6 mg OD (N = 12), </w:t>
            </w:r>
            <w:r w:rsidRPr="00732701">
              <w:rPr>
                <w:color w:val="00B050"/>
                <w:sz w:val="16"/>
                <w:lang w:val="it-IT"/>
              </w:rPr>
              <w:br/>
            </w:r>
            <w:proofErr w:type="spellStart"/>
            <w:r w:rsidRPr="00732701">
              <w:rPr>
                <w:color w:val="00B050"/>
                <w:sz w:val="16"/>
                <w:lang w:val="it-IT"/>
              </w:rPr>
              <w:t>Olanzapine</w:t>
            </w:r>
            <w:proofErr w:type="spellEnd"/>
            <w:r w:rsidRPr="00732701">
              <w:rPr>
                <w:color w:val="00B050"/>
                <w:sz w:val="16"/>
                <w:lang w:val="it-IT"/>
              </w:rPr>
              <w:t xml:space="preserve"> 10–20 mg OD (N = 15), </w:t>
            </w:r>
            <w:r w:rsidRPr="00732701">
              <w:rPr>
                <w:color w:val="00B050"/>
                <w:sz w:val="16"/>
                <w:lang w:val="it-IT"/>
              </w:rPr>
              <w:br/>
            </w:r>
            <w:r w:rsidRPr="00732701">
              <w:rPr>
                <w:color w:val="000000"/>
                <w:sz w:val="16"/>
                <w:lang w:val="it-IT"/>
              </w:rPr>
              <w:t xml:space="preserve">Risperidone &gt; 6–12 mg OD (N = 8), </w:t>
            </w:r>
            <w:r w:rsidRPr="00732701">
              <w:rPr>
                <w:color w:val="00B050"/>
                <w:sz w:val="16"/>
                <w:lang w:val="it-IT"/>
              </w:rPr>
              <w:br/>
            </w:r>
            <w:proofErr w:type="spellStart"/>
            <w:r w:rsidRPr="00732701">
              <w:rPr>
                <w:sz w:val="16"/>
                <w:lang w:val="it-IT"/>
              </w:rPr>
              <w:t>Olanzapine</w:t>
            </w:r>
            <w:proofErr w:type="spellEnd"/>
            <w:r w:rsidRPr="00732701">
              <w:rPr>
                <w:sz w:val="16"/>
                <w:lang w:val="it-IT"/>
              </w:rPr>
              <w:t xml:space="preserve"> &gt; 20–40 mg OD (N = 7)</w:t>
            </w:r>
          </w:p>
        </w:tc>
        <w:tc>
          <w:tcPr>
            <w:tcW w:w="3600" w:type="dxa"/>
            <w:tcBorders>
              <w:top w:val="single" w:sz="4" w:space="0" w:color="000000"/>
              <w:left w:val="single" w:sz="4" w:space="0" w:color="000000"/>
              <w:bottom w:val="single" w:sz="4" w:space="0" w:color="000000"/>
              <w:right w:val="single" w:sz="4" w:space="0" w:color="000000"/>
            </w:tcBorders>
          </w:tcPr>
          <w:p w14:paraId="367B08BD" w14:textId="77777777" w:rsidR="009446D0" w:rsidRPr="00732701" w:rsidRDefault="009446D0">
            <w:pPr>
              <w:keepNext/>
              <w:spacing w:before="60" w:after="60" w:line="240" w:lineRule="auto"/>
              <w:rPr>
                <w:color w:val="000000"/>
                <w:sz w:val="16"/>
                <w:lang w:val="it-IT"/>
              </w:rPr>
            </w:pP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290B0E35" w14:textId="77777777" w:rsidR="009446D0" w:rsidRPr="00EB75F0" w:rsidRDefault="0084596B">
            <w:pPr>
              <w:keepNext/>
              <w:spacing w:before="60" w:after="60" w:line="240" w:lineRule="auto"/>
              <w:rPr>
                <w:color w:val="1E1E1E"/>
                <w:sz w:val="16"/>
              </w:rPr>
            </w:pPr>
            <w:r w:rsidRPr="00EB75F0">
              <w:rPr>
                <w:color w:val="1E1E1E"/>
                <w:sz w:val="16"/>
              </w:rPr>
              <w:t xml:space="preserve">Exclude risperidone &gt; 6–12 mg OD and olanzapine 20–40 mg OD arms </w:t>
            </w:r>
            <w:r w:rsidRPr="00EB75F0">
              <w:rPr>
                <w:color w:val="000000"/>
                <w:sz w:val="16"/>
              </w:rPr>
              <w:t>as they lie above FDA/EMA licensed dose ranges</w:t>
            </w:r>
          </w:p>
        </w:tc>
      </w:tr>
      <w:tr w:rsidR="009446D0" w:rsidRPr="00EB75F0" w14:paraId="7240FBC5"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5A0F668F" w14:textId="3999D993" w:rsidR="009446D0" w:rsidRPr="00EB75F0" w:rsidRDefault="0084596B">
            <w:pPr>
              <w:spacing w:before="60" w:after="60" w:line="240" w:lineRule="auto"/>
              <w:rPr>
                <w:color w:val="1E1E1E"/>
                <w:sz w:val="16"/>
              </w:rPr>
            </w:pPr>
            <w:r w:rsidRPr="00EB75F0">
              <w:rPr>
                <w:color w:val="1E1E1E"/>
                <w:sz w:val="16"/>
              </w:rPr>
              <w:t>NCT00396565</w:t>
            </w:r>
            <w:r w:rsidR="0031308D" w:rsidRPr="00EB75F0">
              <w:fldChar w:fldCharType="begin"/>
            </w:r>
            <w:r w:rsidR="00452EF4">
              <w:instrText xml:space="preserve"> ADDIN EN.CITE &lt;EndNote&gt;&lt;Cite&gt;&lt;Author&gt;NCT00396565&lt;/Author&gt;&lt;Year&gt;2014&lt;/Year&gt;&lt;RecNum&gt;12&lt;/RecNum&gt;&lt;DisplayText&gt;&lt;style face="superscript"&gt;15&lt;/style&gt;&lt;/DisplayText&gt;&lt;record&gt;&lt;rec-number&gt;12&lt;/rec-number&gt;&lt;foreign-keys&gt;&lt;key app="EN" db-id="9ttaxzax2p0tr7ewzt55atews50zvxaaa5rz" timestamp="1764068826"&gt;12&lt;/key&gt;&lt;/foreign-keys&gt;&lt;ref-type name="Journal Article"&gt;17&lt;/ref-type&gt;&lt;contributors&gt;&lt;authors&gt;&lt;author&gt;NCT00396565&lt;/author&gt;&lt;/authors&gt;&lt;/contributors&gt;&lt;titles&gt;&lt;title&gt;A Study to Evaluate Effectiveness and Safety of ER OROS Paliperidone in Patients With Schizophrenia&lt;/title&gt;&lt;secondary-title&gt;-&lt;/secondary-title&gt;&lt;/titles&gt;&lt;periodical&gt;&lt;full-title&gt;-&lt;/full-title&gt;&lt;/periodical&gt;&lt;pages&gt;-&lt;/pages&gt;&lt;volume&gt;-&lt;/volume&gt;&lt;dates&gt;&lt;year&gt;2014&lt;/year&gt;&lt;/dates&gt;&lt;urls&gt;&lt;/urls&gt;&lt;/record&gt;&lt;/Cite&gt;&lt;/EndNote&gt;</w:instrText>
            </w:r>
            <w:r w:rsidR="0031308D" w:rsidRPr="00EB75F0">
              <w:fldChar w:fldCharType="separate"/>
            </w:r>
            <w:r w:rsidR="00452EF4" w:rsidRPr="00452EF4">
              <w:rPr>
                <w:noProof/>
                <w:vertAlign w:val="superscript"/>
              </w:rPr>
              <w:t>15</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1BDE5112" w14:textId="77777777" w:rsidR="009446D0" w:rsidRPr="00EB75F0" w:rsidRDefault="0084596B">
            <w:pPr>
              <w:spacing w:before="60" w:after="60" w:line="240" w:lineRule="auto"/>
              <w:rPr>
                <w:color w:val="1E1E1E"/>
                <w:sz w:val="16"/>
              </w:rPr>
            </w:pPr>
            <w:r w:rsidRPr="00EB75F0">
              <w:rPr>
                <w:color w:val="00B050"/>
                <w:sz w:val="16"/>
              </w:rPr>
              <w:t>Olanzapine 10 mg OD (N = 47)</w:t>
            </w:r>
          </w:p>
        </w:tc>
        <w:tc>
          <w:tcPr>
            <w:tcW w:w="3600" w:type="dxa"/>
            <w:tcBorders>
              <w:top w:val="single" w:sz="4" w:space="0" w:color="000000"/>
              <w:left w:val="single" w:sz="4" w:space="0" w:color="000000"/>
              <w:bottom w:val="single" w:sz="4" w:space="0" w:color="000000"/>
              <w:right w:val="single" w:sz="4" w:space="0" w:color="000000"/>
            </w:tcBorders>
          </w:tcPr>
          <w:p w14:paraId="3AD8E034" w14:textId="77777777" w:rsidR="009446D0" w:rsidRPr="00EB75F0" w:rsidRDefault="0084596B">
            <w:pPr>
              <w:spacing w:before="60" w:after="60" w:line="240" w:lineRule="auto"/>
              <w:rPr>
                <w:color w:val="000000"/>
                <w:sz w:val="16"/>
              </w:rPr>
            </w:pPr>
            <w:r w:rsidRPr="00EB75F0">
              <w:rPr>
                <w:color w:val="000000"/>
                <w:sz w:val="16"/>
              </w:rPr>
              <w:t xml:space="preserve">Paliperidone ER 6 mg OD (N = 136), </w:t>
            </w:r>
            <w:r w:rsidRPr="00EB75F0">
              <w:rPr>
                <w:color w:val="000000"/>
                <w:sz w:val="16"/>
              </w:rPr>
              <w:br/>
              <w:t>Placebo (N = 138)</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2D1DFB5D" w14:textId="77777777" w:rsidR="009446D0" w:rsidRPr="00EB75F0" w:rsidRDefault="0084596B">
            <w:pPr>
              <w:spacing w:before="60" w:after="60" w:line="240" w:lineRule="auto"/>
              <w:rPr>
                <w:color w:val="FF0000"/>
                <w:sz w:val="16"/>
              </w:rPr>
            </w:pPr>
            <w:r w:rsidRPr="00EB75F0">
              <w:rPr>
                <w:color w:val="000000"/>
                <w:sz w:val="16"/>
              </w:rPr>
              <w:t>Exclude paliperidone arm (paliperidone not in scope of research question, per PICOS table and placebo arm offers more robust common comparator link to network)</w:t>
            </w:r>
          </w:p>
        </w:tc>
      </w:tr>
      <w:tr w:rsidR="009446D0" w:rsidRPr="00EB75F0" w14:paraId="579E9B33"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42079E5E" w14:textId="561F6F84" w:rsidR="009446D0" w:rsidRPr="00EB75F0" w:rsidRDefault="0084596B">
            <w:pPr>
              <w:spacing w:before="60" w:after="60" w:line="240" w:lineRule="auto"/>
              <w:rPr>
                <w:color w:val="1E1E1E"/>
                <w:sz w:val="16"/>
              </w:rPr>
            </w:pPr>
            <w:r w:rsidRPr="00EB75F0">
              <w:rPr>
                <w:color w:val="1E1E1E"/>
                <w:sz w:val="16"/>
              </w:rPr>
              <w:t>Egan 2013</w:t>
            </w:r>
            <w:r w:rsidR="0031308D" w:rsidRPr="00EB75F0">
              <w:fldChar w:fldCharType="begin"/>
            </w:r>
            <w:r w:rsidR="00452EF4">
              <w:instrText xml:space="preserve"> ADDIN EN.CITE &lt;EndNote&gt;&lt;Cite&gt;&lt;Author&gt;Egan&lt;/Author&gt;&lt;Year&gt;2013&lt;/Year&gt;&lt;RecNum&gt;75&lt;/RecNum&gt;&lt;DisplayText&gt;&lt;style face="superscript"&gt;78&lt;/style&gt;&lt;/DisplayText&gt;&lt;record&gt;&lt;rec-number&gt;75&lt;/rec-number&gt;&lt;foreign-keys&gt;&lt;key app="EN" db-id="9ttaxzax2p0tr7ewzt55atews50zvxaaa5rz" timestamp="1764068841"&gt;75&lt;/key&gt;&lt;/foreign-keys&gt;&lt;ref-type name="Journal Article"&gt;17&lt;/ref-type&gt;&lt;contributors&gt;&lt;authors&gt;&lt;author&gt;Egan, M. F.&lt;/author&gt;&lt;author&gt;Zhao, X.&lt;/author&gt;&lt;author&gt;Smith, A.&lt;/author&gt;&lt;author&gt;Troyer, M. D.&lt;/author&gt;&lt;author&gt;Uebele, V. N.&lt;/author&gt;&lt;author&gt;Pidkorytov, V.&lt;/author&gt;&lt;author&gt;Cox, K.&lt;/author&gt;&lt;author&gt;Murphy, M.&lt;/author&gt;&lt;author&gt;Snavely, D.&lt;/author&gt;&lt;author&gt;Lines, C.&lt;/author&gt;&lt;author&gt;Michelson, D.&lt;/author&gt;&lt;/authors&gt;&lt;/contributors&gt;&lt;titles&gt;&lt;title&gt;Randomized controlled study of the T-type calcium channel antagonist MK-8998 for the treatment of acute psychosis in patients with schizophrenia&lt;/title&gt;&lt;secondary-title&gt;Hum Psychopharmacol&lt;/secondary-title&gt;&lt;/titles&gt;&lt;periodical&gt;&lt;full-title&gt;Hum Psychopharmacol&lt;/full-title&gt;&lt;/periodical&gt;&lt;pages&gt;124-33&lt;/pages&gt;&lt;volume&gt;28&lt;/volume&gt;&lt;number&gt;2&lt;/number&gt;&lt;dates&gt;&lt;year&gt;2013&lt;/year&gt;&lt;pub-dates&gt;&lt;date&gt;Mar&lt;/date&gt;&lt;/pub-dates&gt;&lt;/dates&gt;&lt;pub-location&gt;Merck Sharp &amp;amp; Dohme Corp., Whitehouse, Station, NJ, USA. michael.egan@merck.com&lt;/pub-location&gt;&lt;isbn&gt;1099-1077 (Electronic) 0885-6222 (Linking)&lt;/isbn&gt;&lt;urls&gt;&lt;related-urls&gt;&lt;url&gt;https://www.ncbi.nlm.nih.gov/pubmed/23532746&lt;/url&gt;&lt;/related-urls&gt;&lt;/urls&gt;&lt;electronic-resource-num&gt;10.1002/hup.2289&lt;/electronic-resource-num&gt;&lt;/record&gt;&lt;/Cite&gt;&lt;/EndNote&gt;</w:instrText>
            </w:r>
            <w:r w:rsidR="0031308D" w:rsidRPr="00EB75F0">
              <w:fldChar w:fldCharType="separate"/>
            </w:r>
            <w:r w:rsidR="00452EF4" w:rsidRPr="00452EF4">
              <w:rPr>
                <w:noProof/>
                <w:vertAlign w:val="superscript"/>
              </w:rPr>
              <w:t>78</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395341E8" w14:textId="77777777" w:rsidR="009446D0" w:rsidRPr="00EB75F0" w:rsidRDefault="0084596B">
            <w:pPr>
              <w:spacing w:before="60" w:after="60" w:line="240" w:lineRule="auto"/>
              <w:rPr>
                <w:color w:val="1E1E1E"/>
                <w:sz w:val="16"/>
              </w:rPr>
            </w:pPr>
            <w:r w:rsidRPr="00EB75F0">
              <w:rPr>
                <w:color w:val="00B050"/>
                <w:sz w:val="16"/>
              </w:rPr>
              <w:t>Olanzapine 10–15 mg OD (N = 47)</w:t>
            </w:r>
          </w:p>
        </w:tc>
        <w:tc>
          <w:tcPr>
            <w:tcW w:w="3600" w:type="dxa"/>
            <w:tcBorders>
              <w:top w:val="single" w:sz="4" w:space="0" w:color="000000"/>
              <w:left w:val="single" w:sz="4" w:space="0" w:color="000000"/>
              <w:bottom w:val="single" w:sz="4" w:space="0" w:color="000000"/>
              <w:right w:val="single" w:sz="4" w:space="0" w:color="000000"/>
            </w:tcBorders>
          </w:tcPr>
          <w:p w14:paraId="4A143F3E" w14:textId="77777777" w:rsidR="009446D0" w:rsidRPr="00EB75F0" w:rsidRDefault="0084596B">
            <w:pPr>
              <w:spacing w:before="60" w:after="60" w:line="240" w:lineRule="auto"/>
              <w:rPr>
                <w:color w:val="000000"/>
                <w:sz w:val="16"/>
              </w:rPr>
            </w:pPr>
            <w:proofErr w:type="spellStart"/>
            <w:r w:rsidRPr="00EB75F0">
              <w:rPr>
                <w:color w:val="000000"/>
                <w:sz w:val="16"/>
              </w:rPr>
              <w:t>Suvecaltamide</w:t>
            </w:r>
            <w:proofErr w:type="spellEnd"/>
            <w:r w:rsidRPr="00EB75F0">
              <w:rPr>
                <w:color w:val="000000"/>
                <w:sz w:val="16"/>
              </w:rPr>
              <w:t xml:space="preserve"> 12–16 mg OD (N = 86), </w:t>
            </w:r>
            <w:r w:rsidRPr="00EB75F0">
              <w:br/>
            </w:r>
            <w:r w:rsidRPr="00EB75F0">
              <w:rPr>
                <w:color w:val="000000"/>
                <w:sz w:val="16"/>
              </w:rPr>
              <w:t>Placebo (N = 83)</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05CAFED3" w14:textId="77777777" w:rsidR="009446D0" w:rsidRPr="00EB75F0" w:rsidRDefault="0084596B">
            <w:pPr>
              <w:spacing w:before="60" w:after="60" w:line="240" w:lineRule="auto"/>
              <w:rPr>
                <w:color w:val="1E1E1E"/>
                <w:sz w:val="16"/>
              </w:rPr>
            </w:pPr>
            <w:r w:rsidRPr="00EB75F0">
              <w:rPr>
                <w:color w:val="000000"/>
                <w:sz w:val="16"/>
              </w:rPr>
              <w:t xml:space="preserve">Exclude </w:t>
            </w:r>
            <w:proofErr w:type="spellStart"/>
            <w:r w:rsidRPr="00EB75F0">
              <w:rPr>
                <w:color w:val="1E1E1E"/>
                <w:sz w:val="16"/>
              </w:rPr>
              <w:t>suvecaltamide</w:t>
            </w:r>
            <w:proofErr w:type="spellEnd"/>
            <w:r w:rsidRPr="00EB75F0">
              <w:rPr>
                <w:color w:val="1E1E1E"/>
                <w:sz w:val="16"/>
              </w:rPr>
              <w:t xml:space="preserve"> </w:t>
            </w:r>
            <w:r w:rsidRPr="00EB75F0">
              <w:rPr>
                <w:color w:val="000000"/>
                <w:sz w:val="16"/>
              </w:rPr>
              <w:t>arm (</w:t>
            </w:r>
            <w:proofErr w:type="spellStart"/>
            <w:r w:rsidRPr="00EB75F0">
              <w:rPr>
                <w:color w:val="1E1E1E"/>
                <w:sz w:val="16"/>
              </w:rPr>
              <w:t>suvecaltamide</w:t>
            </w:r>
            <w:proofErr w:type="spellEnd"/>
            <w:r w:rsidRPr="00EB75F0">
              <w:rPr>
                <w:color w:val="1E1E1E"/>
                <w:sz w:val="16"/>
              </w:rPr>
              <w:t xml:space="preserve"> </w:t>
            </w:r>
            <w:r w:rsidRPr="00EB75F0">
              <w:rPr>
                <w:color w:val="000000"/>
                <w:sz w:val="16"/>
              </w:rPr>
              <w:t>not in scope of research question, per PICOS table and placebo arm offers more robust common comparator link to network)</w:t>
            </w:r>
          </w:p>
        </w:tc>
      </w:tr>
      <w:tr w:rsidR="009446D0" w:rsidRPr="00EB75F0" w14:paraId="2F429281"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AB4D65B" w14:textId="3CE47DCE" w:rsidR="009446D0" w:rsidRPr="00EB75F0" w:rsidRDefault="0084596B">
            <w:pPr>
              <w:spacing w:before="60" w:after="60" w:line="240" w:lineRule="auto"/>
              <w:rPr>
                <w:color w:val="1E1E1E"/>
                <w:sz w:val="16"/>
              </w:rPr>
            </w:pPr>
            <w:proofErr w:type="spellStart"/>
            <w:r w:rsidRPr="00EB75F0">
              <w:rPr>
                <w:color w:val="1E1E1E"/>
                <w:sz w:val="16"/>
              </w:rPr>
              <w:t>Kinon</w:t>
            </w:r>
            <w:proofErr w:type="spellEnd"/>
            <w:r w:rsidRPr="00EB75F0">
              <w:rPr>
                <w:color w:val="1E1E1E"/>
                <w:sz w:val="16"/>
              </w:rPr>
              <w:t xml:space="preserve"> 2011</w:t>
            </w:r>
            <w:r w:rsidR="0031308D" w:rsidRPr="00EB75F0">
              <w:fldChar w:fldCharType="begin"/>
            </w:r>
            <w:r w:rsidR="00452EF4">
              <w:instrText xml:space="preserve"> ADDIN EN.CITE &lt;EndNote&gt;&lt;Cite&gt;&lt;Author&gt;Kinon&lt;/Author&gt;&lt;Year&gt;2011&lt;/Year&gt;&lt;RecNum&gt;76&lt;/RecNum&gt;&lt;DisplayText&gt;&lt;style face="superscript"&gt;79&lt;/style&gt;&lt;/DisplayText&gt;&lt;record&gt;&lt;rec-number&gt;76&lt;/rec-number&gt;&lt;foreign-keys&gt;&lt;key app="EN" db-id="9ttaxzax2p0tr7ewzt55atews50zvxaaa5rz" timestamp="1764068841"&gt;76&lt;/key&gt;&lt;/foreign-keys&gt;&lt;ref-type name="Journal Article"&gt;17&lt;/ref-type&gt;&lt;contributors&gt;&lt;authors&gt;&lt;author&gt;Kinon, B. J.&lt;/author&gt;&lt;author&gt;Zhang, L.&lt;/author&gt;&lt;author&gt;Millen, B. A.&lt;/author&gt;&lt;author&gt;Osuntokun, O. O.&lt;/author&gt;&lt;author&gt;Williams, J. E.&lt;/author&gt;&lt;author&gt;Kollack-Walker, S.&lt;/author&gt;&lt;author&gt;Jackson, K.&lt;/author&gt;&lt;author&gt;Kryzhanovskaya, L.&lt;/author&gt;&lt;author&gt;Jarkova, N.&lt;/author&gt;&lt;author&gt;Hbbi Study Group&lt;/author&gt;&lt;/authors&gt;&lt;/contributors&gt;&lt;titles&gt;&lt;title&gt;A multicenter, inpatient, phase 2, double-blind, placebo-controlled dose-ranging study of LY2140023 monohydrate in patients with DSM-IV schizophrenia&lt;/title&gt;&lt;secondary-title&gt;J Clin Psychopharmacol&lt;/secondary-title&gt;&lt;/titles&gt;&lt;periodical&gt;&lt;full-title&gt;J Clin Psychopharmacol&lt;/full-title&gt;&lt;/periodical&gt;&lt;pages&gt;349-55&lt;/pages&gt;&lt;volume&gt;31&lt;/volume&gt;&lt;number&gt;3&lt;/number&gt;&lt;dates&gt;&lt;year&gt;2011&lt;/year&gt;&lt;pub-dates&gt;&lt;date&gt;Jun&lt;/date&gt;&lt;/pub-dates&gt;&lt;/dates&gt;&lt;pub-location&gt;Eli Lilly and Company, Indianapolis, IN, USA.&lt;/pub-location&gt;&lt;isbn&gt;1533-712X (Electronic) 0271-0749 (Linking)&lt;/isbn&gt;&lt;urls&gt;&lt;related-urls&gt;&lt;url&gt;https://www.ncbi.nlm.nih.gov/pubmed/21508856&lt;/url&gt;&lt;/related-urls&gt;&lt;/urls&gt;&lt;electronic-resource-num&gt;10.1097/JCP.0b013e318218dcd5&lt;/electronic-resource-num&gt;&lt;/record&gt;&lt;/Cite&gt;&lt;/EndNote&gt;</w:instrText>
            </w:r>
            <w:r w:rsidR="0031308D" w:rsidRPr="00EB75F0">
              <w:fldChar w:fldCharType="separate"/>
            </w:r>
            <w:r w:rsidR="00452EF4" w:rsidRPr="00452EF4">
              <w:rPr>
                <w:noProof/>
                <w:vertAlign w:val="superscript"/>
              </w:rPr>
              <w:t>79</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0690514E" w14:textId="77777777" w:rsidR="009446D0" w:rsidRPr="00EB75F0" w:rsidRDefault="0084596B">
            <w:pPr>
              <w:spacing w:before="60" w:after="60" w:line="240" w:lineRule="auto"/>
              <w:rPr>
                <w:color w:val="1E1E1E"/>
                <w:sz w:val="16"/>
              </w:rPr>
            </w:pPr>
            <w:r w:rsidRPr="00EB75F0">
              <w:rPr>
                <w:color w:val="00B050"/>
                <w:sz w:val="16"/>
              </w:rPr>
              <w:t>Olanzapine 15 mg OD (N = 62)</w:t>
            </w:r>
          </w:p>
        </w:tc>
        <w:tc>
          <w:tcPr>
            <w:tcW w:w="3600" w:type="dxa"/>
            <w:tcBorders>
              <w:top w:val="single" w:sz="4" w:space="0" w:color="000000"/>
              <w:left w:val="single" w:sz="4" w:space="0" w:color="000000"/>
              <w:bottom w:val="single" w:sz="4" w:space="0" w:color="000000"/>
              <w:right w:val="single" w:sz="4" w:space="0" w:color="000000"/>
            </w:tcBorders>
          </w:tcPr>
          <w:p w14:paraId="698BD4B5" w14:textId="77777777" w:rsidR="009446D0" w:rsidRPr="00EB75F0" w:rsidRDefault="0084596B">
            <w:pPr>
              <w:spacing w:before="60" w:after="60" w:line="240" w:lineRule="auto"/>
              <w:rPr>
                <w:color w:val="000000"/>
                <w:sz w:val="16"/>
              </w:rPr>
            </w:pPr>
            <w:proofErr w:type="spellStart"/>
            <w:r w:rsidRPr="00EB75F0">
              <w:rPr>
                <w:color w:val="000000"/>
                <w:sz w:val="16"/>
              </w:rPr>
              <w:t>Pomaglumetad</w:t>
            </w:r>
            <w:proofErr w:type="spellEnd"/>
            <w:r w:rsidRPr="00EB75F0">
              <w:rPr>
                <w:color w:val="000000"/>
                <w:sz w:val="16"/>
              </w:rPr>
              <w:t xml:space="preserve"> </w:t>
            </w:r>
            <w:proofErr w:type="spellStart"/>
            <w:r w:rsidRPr="00EB75F0">
              <w:rPr>
                <w:color w:val="000000"/>
                <w:sz w:val="16"/>
              </w:rPr>
              <w:t>methionil</w:t>
            </w:r>
            <w:proofErr w:type="spellEnd"/>
            <w:r w:rsidRPr="00EB75F0">
              <w:rPr>
                <w:color w:val="000000"/>
                <w:sz w:val="16"/>
              </w:rPr>
              <w:t xml:space="preserve"> 5 mg BD (N = 121), </w:t>
            </w:r>
            <w:r w:rsidRPr="00EB75F0">
              <w:br/>
            </w:r>
            <w:proofErr w:type="spellStart"/>
            <w:r w:rsidRPr="00EB75F0">
              <w:rPr>
                <w:color w:val="000000"/>
                <w:sz w:val="16"/>
              </w:rPr>
              <w:t>Pomaglumetad</w:t>
            </w:r>
            <w:proofErr w:type="spellEnd"/>
            <w:r w:rsidRPr="00EB75F0">
              <w:rPr>
                <w:color w:val="000000"/>
                <w:sz w:val="16"/>
              </w:rPr>
              <w:t xml:space="preserve"> </w:t>
            </w:r>
            <w:proofErr w:type="spellStart"/>
            <w:r w:rsidRPr="00EB75F0">
              <w:rPr>
                <w:color w:val="000000"/>
                <w:sz w:val="16"/>
              </w:rPr>
              <w:t>methionil</w:t>
            </w:r>
            <w:proofErr w:type="spellEnd"/>
            <w:r w:rsidRPr="00EB75F0">
              <w:rPr>
                <w:color w:val="000000"/>
                <w:sz w:val="16"/>
              </w:rPr>
              <w:t xml:space="preserve"> 20 mg BD (N = 122), </w:t>
            </w:r>
            <w:r w:rsidRPr="00EB75F0">
              <w:br/>
            </w:r>
            <w:proofErr w:type="spellStart"/>
            <w:r w:rsidRPr="00EB75F0">
              <w:rPr>
                <w:color w:val="000000"/>
                <w:sz w:val="16"/>
              </w:rPr>
              <w:t>Pomaglumetad</w:t>
            </w:r>
            <w:proofErr w:type="spellEnd"/>
            <w:r w:rsidRPr="00EB75F0">
              <w:rPr>
                <w:color w:val="000000"/>
                <w:sz w:val="16"/>
              </w:rPr>
              <w:t xml:space="preserve"> </w:t>
            </w:r>
            <w:proofErr w:type="spellStart"/>
            <w:r w:rsidRPr="00EB75F0">
              <w:rPr>
                <w:color w:val="000000"/>
                <w:sz w:val="16"/>
              </w:rPr>
              <w:t>methionil</w:t>
            </w:r>
            <w:proofErr w:type="spellEnd"/>
            <w:r w:rsidRPr="00EB75F0">
              <w:rPr>
                <w:color w:val="000000"/>
                <w:sz w:val="16"/>
              </w:rPr>
              <w:t xml:space="preserve"> 40 mg BD (N = 120), </w:t>
            </w:r>
            <w:r w:rsidRPr="00EB75F0">
              <w:br/>
            </w:r>
            <w:proofErr w:type="spellStart"/>
            <w:r w:rsidRPr="00EB75F0">
              <w:rPr>
                <w:color w:val="000000"/>
                <w:sz w:val="16"/>
              </w:rPr>
              <w:t>Pomaglumetad</w:t>
            </w:r>
            <w:proofErr w:type="spellEnd"/>
            <w:r w:rsidRPr="00EB75F0">
              <w:rPr>
                <w:color w:val="000000"/>
                <w:sz w:val="16"/>
              </w:rPr>
              <w:t xml:space="preserve"> </w:t>
            </w:r>
            <w:proofErr w:type="spellStart"/>
            <w:r w:rsidRPr="00EB75F0">
              <w:rPr>
                <w:color w:val="000000"/>
                <w:sz w:val="16"/>
              </w:rPr>
              <w:t>methionil</w:t>
            </w:r>
            <w:proofErr w:type="spellEnd"/>
            <w:r w:rsidRPr="00EB75F0">
              <w:rPr>
                <w:color w:val="000000"/>
                <w:sz w:val="16"/>
              </w:rPr>
              <w:t xml:space="preserve"> 80 mg BD (N = 122), </w:t>
            </w:r>
            <w:r w:rsidRPr="00EB75F0">
              <w:br/>
            </w:r>
            <w:r w:rsidRPr="00EB75F0">
              <w:rPr>
                <w:color w:val="000000"/>
                <w:sz w:val="16"/>
              </w:rPr>
              <w:t>Placebo (N = 122)</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346C0683" w14:textId="77777777" w:rsidR="009446D0" w:rsidRPr="00EB75F0" w:rsidRDefault="0084596B">
            <w:pPr>
              <w:spacing w:before="60" w:after="60" w:line="240" w:lineRule="auto"/>
              <w:rPr>
                <w:color w:val="FF3399"/>
                <w:sz w:val="16"/>
              </w:rPr>
            </w:pPr>
            <w:r w:rsidRPr="00EB75F0">
              <w:rPr>
                <w:color w:val="000000"/>
                <w:sz w:val="16"/>
              </w:rPr>
              <w:t xml:space="preserve">Exclude </w:t>
            </w:r>
            <w:proofErr w:type="spellStart"/>
            <w:r w:rsidRPr="00EB75F0">
              <w:rPr>
                <w:color w:val="000000"/>
                <w:sz w:val="16"/>
              </w:rPr>
              <w:t>pomaglumetad</w:t>
            </w:r>
            <w:proofErr w:type="spellEnd"/>
            <w:r w:rsidRPr="00EB75F0">
              <w:rPr>
                <w:color w:val="000000"/>
                <w:sz w:val="16"/>
              </w:rPr>
              <w:t xml:space="preserve"> </w:t>
            </w:r>
            <w:proofErr w:type="spellStart"/>
            <w:r w:rsidRPr="00EB75F0">
              <w:rPr>
                <w:color w:val="000000"/>
                <w:sz w:val="16"/>
              </w:rPr>
              <w:t>methionil</w:t>
            </w:r>
            <w:proofErr w:type="spellEnd"/>
            <w:r w:rsidRPr="00EB75F0">
              <w:rPr>
                <w:color w:val="000000"/>
                <w:sz w:val="16"/>
              </w:rPr>
              <w:t xml:space="preserve"> arms (</w:t>
            </w:r>
            <w:proofErr w:type="spellStart"/>
            <w:r w:rsidRPr="00EB75F0">
              <w:rPr>
                <w:color w:val="000000"/>
                <w:sz w:val="16"/>
              </w:rPr>
              <w:t>pomaglumetad</w:t>
            </w:r>
            <w:proofErr w:type="spellEnd"/>
            <w:r w:rsidRPr="00EB75F0">
              <w:rPr>
                <w:color w:val="000000"/>
                <w:sz w:val="16"/>
              </w:rPr>
              <w:t xml:space="preserve"> </w:t>
            </w:r>
            <w:proofErr w:type="spellStart"/>
            <w:r w:rsidRPr="00EB75F0">
              <w:rPr>
                <w:color w:val="000000"/>
                <w:sz w:val="16"/>
              </w:rPr>
              <w:t>methionil</w:t>
            </w:r>
            <w:proofErr w:type="spellEnd"/>
            <w:r w:rsidRPr="00EB75F0">
              <w:rPr>
                <w:color w:val="000000"/>
                <w:sz w:val="16"/>
              </w:rPr>
              <w:t xml:space="preserve"> not in scope of research question, per PICOS table and placebo arm offers more robust common comparator link to network)</w:t>
            </w:r>
          </w:p>
        </w:tc>
      </w:tr>
      <w:tr w:rsidR="009446D0" w:rsidRPr="00EB75F0" w14:paraId="1F079E79"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27FB1A35" w14:textId="01BB6132" w:rsidR="009446D0" w:rsidRPr="00EB75F0" w:rsidRDefault="0084596B">
            <w:pPr>
              <w:spacing w:before="60" w:after="60" w:line="240" w:lineRule="auto"/>
              <w:rPr>
                <w:color w:val="1E1E1E"/>
                <w:sz w:val="16"/>
              </w:rPr>
            </w:pPr>
            <w:r w:rsidRPr="00EB75F0">
              <w:rPr>
                <w:color w:val="1E1E1E"/>
                <w:sz w:val="16"/>
              </w:rPr>
              <w:t>Litman 2014</w:t>
            </w:r>
            <w:r w:rsidR="0031308D" w:rsidRPr="00EB75F0">
              <w:fldChar w:fldCharType="begin"/>
            </w:r>
            <w:r w:rsidR="00452EF4">
              <w:instrText xml:space="preserve"> ADDIN EN.CITE &lt;EndNote&gt;&lt;Cite&gt;&lt;Author&gt;Litman&lt;/Author&gt;&lt;Year&gt;2014&lt;/Year&gt;&lt;RecNum&gt;13&lt;/RecNum&gt;&lt;DisplayText&gt;&lt;style face="superscript"&gt;16&lt;/style&gt;&lt;/DisplayText&gt;&lt;record&gt;&lt;rec-number&gt;13&lt;/rec-number&gt;&lt;foreign-keys&gt;&lt;key app="EN" db-id="9ttaxzax2p0tr7ewzt55atews50zvxaaa5rz" timestamp="1764068826"&gt;13&lt;/key&gt;&lt;/foreign-keys&gt;&lt;ref-type name="Journal Article"&gt;17&lt;/ref-type&gt;&lt;contributors&gt;&lt;authors&gt;&lt;author&gt;Litman, R. E.&lt;/author&gt;&lt;author&gt;Smith, M. A.&lt;/author&gt;&lt;author&gt;Desai, D. G.&lt;/author&gt;&lt;author&gt;Simpson, T.&lt;/author&gt;&lt;author&gt;Sweitzer, D.&lt;/author&gt;&lt;author&gt;Kanes, S. J.&lt;/author&gt;&lt;/authors&gt;&lt;/contributors&gt;&lt;titles&gt;&lt;title&gt;The selective neurokinin 3 antagonist AZD2624 does not improve symptoms or cognition in schizophrenia: a proof-of-principle study&lt;/title&gt;&lt;secondary-title&gt;J Clin Psychopharmacol&lt;/secondary-title&gt;&lt;/titles&gt;&lt;periodical&gt;&lt;full-title&gt;J Clin Psychopharmacol&lt;/full-title&gt;&lt;/periodical&gt;&lt;pages&gt;199-204&lt;/pages&gt;&lt;volume&gt;34&lt;/volume&gt;&lt;number&gt;2&lt;/number&gt;&lt;dates&gt;&lt;year&gt;2014&lt;/year&gt;&lt;pub-dates&gt;&lt;date&gt;Apr&lt;/date&gt;&lt;/pub-dates&gt;&lt;/dates&gt;&lt;pub-location&gt;From *CBH Health, LLC, Rockville, MD; daggerGeorgetown University, Washington, DC; and double daggerAstraZeneca, Wilmington, DE.&lt;/pub-location&gt;&lt;isbn&gt;1533-712X (Electronic) 0271-0749 (Linking)&lt;/isbn&gt;&lt;urls&gt;&lt;related-urls&gt;&lt;url&gt;https://www.ncbi.nlm.nih.gov/pubmed/24525659&lt;/url&gt;&lt;/related-urls&gt;&lt;/urls&gt;&lt;electronic-resource-num&gt;10.1097/JCP.0000000000000071&lt;/electronic-resource-num&gt;&lt;/record&gt;&lt;/Cite&gt;&lt;/EndNote&gt;</w:instrText>
            </w:r>
            <w:r w:rsidR="0031308D" w:rsidRPr="00EB75F0">
              <w:fldChar w:fldCharType="separate"/>
            </w:r>
            <w:r w:rsidR="00452EF4" w:rsidRPr="00452EF4">
              <w:rPr>
                <w:noProof/>
                <w:vertAlign w:val="superscript"/>
              </w:rPr>
              <w:t>16</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672937B2" w14:textId="77777777" w:rsidR="009446D0" w:rsidRPr="00EB75F0" w:rsidRDefault="0084596B">
            <w:pPr>
              <w:spacing w:before="60" w:after="60" w:line="240" w:lineRule="auto"/>
              <w:rPr>
                <w:color w:val="1E1E1E"/>
                <w:sz w:val="16"/>
              </w:rPr>
            </w:pPr>
            <w:r w:rsidRPr="00EB75F0">
              <w:rPr>
                <w:color w:val="00B050"/>
                <w:sz w:val="16"/>
              </w:rPr>
              <w:t>Olanzapine 15 mg OD (N = 22)</w:t>
            </w:r>
          </w:p>
        </w:tc>
        <w:tc>
          <w:tcPr>
            <w:tcW w:w="3600" w:type="dxa"/>
            <w:tcBorders>
              <w:top w:val="single" w:sz="4" w:space="0" w:color="000000"/>
              <w:left w:val="single" w:sz="4" w:space="0" w:color="000000"/>
              <w:bottom w:val="single" w:sz="4" w:space="0" w:color="000000"/>
              <w:right w:val="single" w:sz="4" w:space="0" w:color="000000"/>
            </w:tcBorders>
          </w:tcPr>
          <w:p w14:paraId="334A9CB4" w14:textId="77777777" w:rsidR="009446D0" w:rsidRPr="00EB75F0" w:rsidRDefault="0084596B">
            <w:pPr>
              <w:spacing w:before="60" w:after="60" w:line="240" w:lineRule="auto"/>
              <w:rPr>
                <w:color w:val="000000"/>
                <w:sz w:val="16"/>
              </w:rPr>
            </w:pPr>
            <w:proofErr w:type="spellStart"/>
            <w:r w:rsidRPr="00EB75F0">
              <w:rPr>
                <w:color w:val="000000"/>
                <w:sz w:val="16"/>
              </w:rPr>
              <w:t>Pavinetant</w:t>
            </w:r>
            <w:proofErr w:type="spellEnd"/>
            <w:r w:rsidRPr="00EB75F0">
              <w:rPr>
                <w:color w:val="000000"/>
                <w:sz w:val="16"/>
              </w:rPr>
              <w:t xml:space="preserve"> 40 mg OD (N = 43), </w:t>
            </w:r>
            <w:r w:rsidRPr="00EB75F0">
              <w:br/>
            </w:r>
            <w:r w:rsidRPr="00EB75F0">
              <w:rPr>
                <w:color w:val="000000"/>
                <w:sz w:val="16"/>
              </w:rPr>
              <w:t>Placebo (N = 41)</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506A7497" w14:textId="77777777" w:rsidR="009446D0" w:rsidRPr="00EB75F0" w:rsidRDefault="0084596B">
            <w:pPr>
              <w:spacing w:before="60" w:after="60" w:line="240" w:lineRule="auto"/>
              <w:rPr>
                <w:color w:val="1E1E1E"/>
                <w:sz w:val="16"/>
              </w:rPr>
            </w:pPr>
            <w:r w:rsidRPr="00EB75F0">
              <w:rPr>
                <w:color w:val="000000"/>
                <w:sz w:val="16"/>
              </w:rPr>
              <w:t xml:space="preserve">Exclude </w:t>
            </w:r>
            <w:proofErr w:type="spellStart"/>
            <w:r w:rsidRPr="00EB75F0">
              <w:rPr>
                <w:color w:val="1E1E1E"/>
                <w:sz w:val="16"/>
              </w:rPr>
              <w:t>pavinetant</w:t>
            </w:r>
            <w:proofErr w:type="spellEnd"/>
            <w:r w:rsidRPr="00EB75F0">
              <w:rPr>
                <w:color w:val="1E1E1E"/>
                <w:sz w:val="16"/>
              </w:rPr>
              <w:t xml:space="preserve"> </w:t>
            </w:r>
            <w:r w:rsidRPr="00EB75F0">
              <w:rPr>
                <w:color w:val="000000"/>
                <w:sz w:val="16"/>
              </w:rPr>
              <w:t>arm (</w:t>
            </w:r>
            <w:proofErr w:type="spellStart"/>
            <w:r w:rsidRPr="00EB75F0">
              <w:rPr>
                <w:color w:val="1E1E1E"/>
                <w:sz w:val="16"/>
              </w:rPr>
              <w:t>pavinetant</w:t>
            </w:r>
            <w:proofErr w:type="spellEnd"/>
            <w:r w:rsidRPr="00EB75F0">
              <w:rPr>
                <w:color w:val="1E1E1E"/>
                <w:sz w:val="16"/>
              </w:rPr>
              <w:t xml:space="preserve"> </w:t>
            </w:r>
            <w:r w:rsidRPr="00EB75F0">
              <w:rPr>
                <w:color w:val="000000"/>
                <w:sz w:val="16"/>
              </w:rPr>
              <w:t>not in scope of research question, per PICOS table and placebo arm offers more robust common comparator link to network)</w:t>
            </w:r>
          </w:p>
        </w:tc>
      </w:tr>
      <w:tr w:rsidR="009446D0" w:rsidRPr="00EB75F0" w14:paraId="6930475F"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025744BA" w14:textId="6A4AC5E0" w:rsidR="009446D0" w:rsidRPr="00EB75F0" w:rsidRDefault="0084596B">
            <w:pPr>
              <w:spacing w:before="60" w:after="60" w:line="240" w:lineRule="auto"/>
              <w:rPr>
                <w:color w:val="1E1E1E"/>
                <w:sz w:val="16"/>
              </w:rPr>
            </w:pPr>
            <w:r w:rsidRPr="00EB75F0">
              <w:rPr>
                <w:color w:val="1E1E1E"/>
                <w:sz w:val="16"/>
              </w:rPr>
              <w:t>Casey 2009</w:t>
            </w:r>
            <w:r w:rsidR="0031308D" w:rsidRPr="00EB75F0">
              <w:fldChar w:fldCharType="begin"/>
            </w:r>
            <w:r w:rsidR="00452EF4">
              <w:instrText xml:space="preserve"> ADDIN EN.CITE &lt;EndNote&gt;&lt;Cite&gt;&lt;Author&gt;Casey&lt;/Author&gt;&lt;Year&gt;2009&lt;/Year&gt;&lt;RecNum&gt;77&lt;/RecNum&gt;&lt;DisplayText&gt;&lt;style face="superscript"&gt;80&lt;/style&gt;&lt;/DisplayText&gt;&lt;record&gt;&lt;rec-number&gt;77&lt;/rec-number&gt;&lt;foreign-keys&gt;&lt;key app="EN" db-id="9ttaxzax2p0tr7ewzt55atews50zvxaaa5rz" timestamp="1764068841"&gt;77&lt;/key&gt;&lt;/foreign-keys&gt;&lt;ref-type name="Journal Article"&gt;17&lt;/ref-type&gt;&lt;contributors&gt;&lt;authors&gt;&lt;author&gt;Casey, Daniel E&lt;/author&gt;&lt;author&gt;Daniel, David G&lt;/author&gt;&lt;author&gt;Tamminga, Carol&lt;/author&gt;&lt;author&gt;Kane, John M&lt;/author&gt;&lt;author&gt;Tran-Johnson, Tram&lt;/author&gt;&lt;author&gt;Wozniak, Patricia&lt;/author&gt;&lt;author&gt;Abi-Saab, Walid&lt;/author&gt;&lt;author&gt;Baker, Jeff&lt;/author&gt;&lt;author&gt;Redden, Laura&lt;/author&gt;&lt;author&gt;Greco, Nicholas&lt;/author&gt;&lt;/authors&gt;&lt;/contributors&gt;&lt;titles&gt;&lt;title&gt;Divalproex ER combined with olanzapine or risperidone for treatment of acute exacerbations of schizophrenia&lt;/title&gt;&lt;secondary-title&gt;Neuropsychopharmacology&lt;/secondary-title&gt;&lt;/titles&gt;&lt;periodical&gt;&lt;full-title&gt;Neuropsychopharmacology&lt;/full-title&gt;&lt;/periodical&gt;&lt;pages&gt;1330-1338&lt;/pages&gt;&lt;volume&gt;34&lt;/volume&gt;&lt;number&gt;5&lt;/number&gt;&lt;dates&gt;&lt;year&gt;2009&lt;/year&gt;&lt;/dates&gt;&lt;isbn&gt;1740-634X&lt;/isbn&gt;&lt;urls&gt;&lt;/urls&gt;&lt;/record&gt;&lt;/Cite&gt;&lt;/EndNote&gt;</w:instrText>
            </w:r>
            <w:r w:rsidR="0031308D" w:rsidRPr="00EB75F0">
              <w:fldChar w:fldCharType="separate"/>
            </w:r>
            <w:r w:rsidR="00452EF4" w:rsidRPr="00452EF4">
              <w:rPr>
                <w:noProof/>
                <w:vertAlign w:val="superscript"/>
              </w:rPr>
              <w:t>80</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68F452F5" w14:textId="77777777" w:rsidR="009446D0" w:rsidRPr="00732701" w:rsidRDefault="0084596B">
            <w:pPr>
              <w:spacing w:before="60" w:after="60" w:line="240" w:lineRule="auto"/>
              <w:rPr>
                <w:color w:val="1E1E1E"/>
                <w:sz w:val="16"/>
                <w:lang w:val="it-IT"/>
              </w:rPr>
            </w:pPr>
            <w:proofErr w:type="spellStart"/>
            <w:r w:rsidRPr="00732701">
              <w:rPr>
                <w:color w:val="00B050"/>
                <w:sz w:val="16"/>
                <w:lang w:val="it-IT"/>
              </w:rPr>
              <w:t>Olanzapine</w:t>
            </w:r>
            <w:proofErr w:type="spellEnd"/>
            <w:r w:rsidRPr="00732701">
              <w:rPr>
                <w:color w:val="00B050"/>
                <w:sz w:val="16"/>
                <w:lang w:val="it-IT"/>
              </w:rPr>
              <w:t xml:space="preserve"> 5–15 mg OD (N = 103), </w:t>
            </w:r>
            <w:r w:rsidRPr="00732701">
              <w:rPr>
                <w:color w:val="00B050"/>
                <w:sz w:val="16"/>
                <w:lang w:val="it-IT"/>
              </w:rPr>
              <w:br/>
              <w:t>Risperidone 2–6 mg OD (N = 101)</w:t>
            </w:r>
          </w:p>
        </w:tc>
        <w:tc>
          <w:tcPr>
            <w:tcW w:w="3600" w:type="dxa"/>
            <w:tcBorders>
              <w:top w:val="single" w:sz="4" w:space="0" w:color="000000"/>
              <w:left w:val="single" w:sz="4" w:space="0" w:color="000000"/>
              <w:bottom w:val="single" w:sz="4" w:space="0" w:color="000000"/>
              <w:right w:val="single" w:sz="4" w:space="0" w:color="000000"/>
            </w:tcBorders>
          </w:tcPr>
          <w:p w14:paraId="001F747A" w14:textId="77777777" w:rsidR="009446D0" w:rsidRPr="00732701" w:rsidRDefault="0084596B">
            <w:pPr>
              <w:spacing w:before="60" w:after="60" w:line="240" w:lineRule="auto"/>
              <w:rPr>
                <w:color w:val="000000"/>
                <w:sz w:val="16"/>
                <w:lang w:val="it-IT"/>
              </w:rPr>
            </w:pPr>
            <w:proofErr w:type="spellStart"/>
            <w:r w:rsidRPr="00732701">
              <w:rPr>
                <w:color w:val="000000"/>
                <w:sz w:val="16"/>
                <w:lang w:val="it-IT"/>
              </w:rPr>
              <w:t>Olanzapine</w:t>
            </w:r>
            <w:proofErr w:type="spellEnd"/>
            <w:r w:rsidRPr="00732701">
              <w:rPr>
                <w:color w:val="000000"/>
                <w:sz w:val="16"/>
                <w:lang w:val="it-IT"/>
              </w:rPr>
              <w:t xml:space="preserve"> + </w:t>
            </w:r>
            <w:proofErr w:type="spellStart"/>
            <w:r w:rsidRPr="00732701">
              <w:rPr>
                <w:color w:val="000000"/>
                <w:sz w:val="16"/>
                <w:lang w:val="it-IT"/>
              </w:rPr>
              <w:t>divalproex</w:t>
            </w:r>
            <w:proofErr w:type="spellEnd"/>
            <w:r w:rsidRPr="00732701">
              <w:rPr>
                <w:color w:val="000000"/>
                <w:sz w:val="16"/>
                <w:lang w:val="it-IT"/>
              </w:rPr>
              <w:t xml:space="preserve"> ER 20–35 mg OD (N = 99), </w:t>
            </w:r>
            <w:r w:rsidRPr="00732701">
              <w:rPr>
                <w:color w:val="000000"/>
                <w:sz w:val="16"/>
                <w:lang w:val="it-IT"/>
              </w:rPr>
              <w:br/>
              <w:t xml:space="preserve">Risperidone + </w:t>
            </w:r>
            <w:proofErr w:type="spellStart"/>
            <w:r w:rsidRPr="00732701">
              <w:rPr>
                <w:color w:val="000000"/>
                <w:sz w:val="16"/>
                <w:lang w:val="it-IT"/>
              </w:rPr>
              <w:t>divalproex</w:t>
            </w:r>
            <w:proofErr w:type="spellEnd"/>
            <w:r w:rsidRPr="00732701">
              <w:rPr>
                <w:color w:val="000000"/>
                <w:sz w:val="16"/>
                <w:lang w:val="it-IT"/>
              </w:rPr>
              <w:t xml:space="preserve"> 20–35 mg OD (N = 99)</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51C40CEA" w14:textId="77777777" w:rsidR="009446D0" w:rsidRPr="00EB75F0" w:rsidRDefault="0084596B">
            <w:pPr>
              <w:spacing w:before="60" w:after="60" w:line="240" w:lineRule="auto"/>
              <w:rPr>
                <w:color w:val="1E1E1E"/>
                <w:sz w:val="16"/>
              </w:rPr>
            </w:pPr>
            <w:r w:rsidRPr="00EB75F0">
              <w:rPr>
                <w:color w:val="000000"/>
                <w:sz w:val="16"/>
              </w:rPr>
              <w:t>Exclude</w:t>
            </w:r>
            <w:r w:rsidRPr="00EB75F0">
              <w:rPr>
                <w:color w:val="1E1E1E"/>
                <w:sz w:val="16"/>
              </w:rPr>
              <w:t xml:space="preserve"> olanzapine + divalproex ER </w:t>
            </w:r>
            <w:r w:rsidRPr="00EB75F0">
              <w:rPr>
                <w:color w:val="000000"/>
                <w:sz w:val="16"/>
              </w:rPr>
              <w:t>arms (</w:t>
            </w:r>
            <w:r w:rsidRPr="00EB75F0">
              <w:rPr>
                <w:color w:val="1E1E1E"/>
                <w:sz w:val="16"/>
              </w:rPr>
              <w:t xml:space="preserve">olanzapine + divalproex ER </w:t>
            </w:r>
            <w:r w:rsidRPr="00EB75F0">
              <w:rPr>
                <w:color w:val="000000"/>
                <w:sz w:val="16"/>
              </w:rPr>
              <w:t>not in scope of research question, per PICOS table)</w:t>
            </w:r>
          </w:p>
        </w:tc>
      </w:tr>
      <w:tr w:rsidR="009446D0" w:rsidRPr="00EB75F0" w14:paraId="6700433D"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C2EF1FB" w14:textId="366A1702" w:rsidR="009446D0" w:rsidRPr="00EB75F0" w:rsidRDefault="0084596B">
            <w:pPr>
              <w:spacing w:before="60" w:after="60" w:line="240" w:lineRule="auto"/>
              <w:rPr>
                <w:color w:val="1E1E1E"/>
                <w:sz w:val="16"/>
              </w:rPr>
            </w:pPr>
            <w:r w:rsidRPr="00EB75F0">
              <w:rPr>
                <w:color w:val="1E1E1E"/>
                <w:sz w:val="16"/>
              </w:rPr>
              <w:t>Simpson 2004</w:t>
            </w:r>
            <w:r w:rsidR="0031308D" w:rsidRPr="00EB75F0">
              <w:fldChar w:fldCharType="begin"/>
            </w:r>
            <w:r w:rsidR="00452EF4">
              <w:instrText xml:space="preserve"> ADDIN EN.CITE &lt;EndNote&gt;&lt;Cite&gt;&lt;Author&gt;Simpson&lt;/Author&gt;&lt;Year&gt;2004&lt;/Year&gt;&lt;RecNum&gt;78&lt;/RecNum&gt;&lt;DisplayText&gt;&lt;style face="superscript"&gt;81&lt;/style&gt;&lt;/DisplayText&gt;&lt;record&gt;&lt;rec-number&gt;78&lt;/rec-number&gt;&lt;foreign-keys&gt;&lt;key app="EN" db-id="9ttaxzax2p0tr7ewzt55atews50zvxaaa5rz" timestamp="1764068842"&gt;78&lt;/key&gt;&lt;/foreign-keys&gt;&lt;ref-type name="Journal Article"&gt;17&lt;/ref-type&gt;&lt;contributors&gt;&lt;authors&gt;&lt;author&gt;Simpson, George M&lt;/author&gt;&lt;author&gt;Glick, Ira D&lt;/author&gt;&lt;author&gt;Weiden, Peter J&lt;/author&gt;&lt;author&gt;Romano, Steven J&lt;/author&gt;&lt;author&gt;Siu, Cynthia O&lt;/author&gt;&lt;/authors&gt;&lt;/contributors&gt;&lt;titles&gt;&lt;title&gt;Randomized, controlled, double-blind multicenter comparison of the efficacy and tolerability of ziprasidone and olanzapine in acutely ill inpatients with schizophrenia or schizoaffective disorder&lt;/title&gt;&lt;secondary-title&gt;American Journal of Psychiatry&lt;/secondary-title&gt;&lt;/titles&gt;&lt;periodical&gt;&lt;full-title&gt;American Journal of Psychiatry&lt;/full-title&gt;&lt;/periodical&gt;&lt;pages&gt;1837-1847&lt;/pages&gt;&lt;volume&gt;161&lt;/volume&gt;&lt;number&gt;10&lt;/number&gt;&lt;dates&gt;&lt;year&gt;2004&lt;/year&gt;&lt;/dates&gt;&lt;isbn&gt;0002-953X&lt;/isbn&gt;&lt;urls&gt;&lt;/urls&gt;&lt;/record&gt;&lt;/Cite&gt;&lt;/EndNote&gt;</w:instrText>
            </w:r>
            <w:r w:rsidR="0031308D" w:rsidRPr="00EB75F0">
              <w:fldChar w:fldCharType="separate"/>
            </w:r>
            <w:r w:rsidR="00452EF4" w:rsidRPr="00452EF4">
              <w:rPr>
                <w:noProof/>
                <w:vertAlign w:val="superscript"/>
              </w:rPr>
              <w:t>81</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30062EA8" w14:textId="77777777" w:rsidR="009446D0" w:rsidRPr="00EB75F0" w:rsidRDefault="0084596B">
            <w:pPr>
              <w:spacing w:before="60" w:after="60" w:line="240" w:lineRule="auto"/>
              <w:rPr>
                <w:color w:val="1E1E1E"/>
                <w:sz w:val="16"/>
              </w:rPr>
            </w:pPr>
            <w:r w:rsidRPr="00EB75F0">
              <w:rPr>
                <w:color w:val="00B050"/>
                <w:sz w:val="16"/>
              </w:rPr>
              <w:t>Olanzapine 5–15 mg OD (N = 133)</w:t>
            </w:r>
          </w:p>
        </w:tc>
        <w:tc>
          <w:tcPr>
            <w:tcW w:w="3600" w:type="dxa"/>
            <w:tcBorders>
              <w:top w:val="single" w:sz="4" w:space="0" w:color="000000"/>
              <w:left w:val="single" w:sz="4" w:space="0" w:color="000000"/>
              <w:bottom w:val="single" w:sz="4" w:space="0" w:color="000000"/>
              <w:right w:val="single" w:sz="4" w:space="0" w:color="000000"/>
            </w:tcBorders>
          </w:tcPr>
          <w:p w14:paraId="7838C243" w14:textId="77777777" w:rsidR="009446D0" w:rsidRPr="00EB75F0" w:rsidRDefault="0084596B">
            <w:pPr>
              <w:spacing w:before="60" w:after="60" w:line="240" w:lineRule="auto"/>
              <w:rPr>
                <w:color w:val="000000"/>
                <w:sz w:val="16"/>
              </w:rPr>
            </w:pPr>
            <w:r w:rsidRPr="00EB75F0">
              <w:rPr>
                <w:color w:val="000000"/>
                <w:sz w:val="16"/>
              </w:rPr>
              <w:t>Ziprasidone 40–60 mg BD (N = 136)</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34817F60" w14:textId="77777777" w:rsidR="009446D0" w:rsidRPr="00EB75F0" w:rsidRDefault="0084596B">
            <w:pPr>
              <w:spacing w:before="60" w:after="60" w:line="240" w:lineRule="auto"/>
              <w:rPr>
                <w:color w:val="FF0000"/>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0C95A4FB"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1020724D" w14:textId="11781D3B" w:rsidR="009446D0" w:rsidRPr="00EB75F0" w:rsidRDefault="0084596B">
            <w:pPr>
              <w:spacing w:before="60" w:after="60" w:line="240" w:lineRule="auto"/>
              <w:rPr>
                <w:color w:val="1E1E1E"/>
                <w:sz w:val="16"/>
              </w:rPr>
            </w:pPr>
            <w:proofErr w:type="spellStart"/>
            <w:r w:rsidRPr="00EB75F0">
              <w:rPr>
                <w:color w:val="1E1E1E"/>
                <w:sz w:val="16"/>
              </w:rPr>
              <w:t>Grootens</w:t>
            </w:r>
            <w:proofErr w:type="spellEnd"/>
            <w:r w:rsidRPr="00EB75F0">
              <w:rPr>
                <w:color w:val="1E1E1E"/>
                <w:sz w:val="16"/>
              </w:rPr>
              <w:t xml:space="preserve"> 2011</w:t>
            </w:r>
            <w:r w:rsidR="0031308D" w:rsidRPr="00EB75F0">
              <w:fldChar w:fldCharType="begin"/>
            </w:r>
            <w:r w:rsidR="00073331">
              <w:instrText xml:space="preserve"> ADDIN EN.CITE &lt;EndNote&gt;&lt;Cite&gt;&lt;Author&gt;Grootens&lt;/Author&gt;&lt;Year&gt;2011&lt;/Year&gt;&lt;RecNum&gt;4&lt;/RecNum&gt;&lt;DisplayText&gt;&lt;style face="superscript"&gt;4&lt;/style&gt;&lt;/DisplayText&gt;&lt;record&gt;&lt;rec-number&gt;4&lt;/rec-number&gt;&lt;foreign-keys&gt;&lt;key app="EN" db-id="9ttaxzax2p0tr7ewzt55atews50zvxaaa5rz" timestamp="1764068824"&gt;4&lt;/key&gt;&lt;/foreign-keys&gt;&lt;ref-type name="Journal Article"&gt;17&lt;/ref-type&gt;&lt;contributors&gt;&lt;authors&gt;&lt;author&gt;Grootens, KP&lt;/author&gt;&lt;author&gt;Van Veelen, NMJ&lt;/author&gt;&lt;author&gt;Peuskens, J&lt;/author&gt;&lt;author&gt;Sabbe, BGC&lt;/author&gt;&lt;author&gt;Thys, E&lt;/author&gt;&lt;author&gt;Buitelaar, JK&lt;/author&gt;&lt;author&gt;Verkes, RJ&lt;/author&gt;&lt;author&gt;Kahn, RS&lt;/author&gt;&lt;/authors&gt;&lt;/contributors&gt;&lt;titles&gt;&lt;title&gt;Ziprasidone vs olanzapine in recent-onset schizophrenia and schizoaffective disorder: results of an 8-week double-blind randomized controlled trial&lt;/title&gt;&lt;secondary-title&gt;Schizophrenia bulletin&lt;/secondary-title&gt;&lt;/titles&gt;&lt;periodical&gt;&lt;full-title&gt;Schizophrenia bulletin&lt;/full-title&gt;&lt;/periodical&gt;&lt;pages&gt;352-361&lt;/pages&gt;&lt;volume&gt;37&lt;/volume&gt;&lt;number&gt;2&lt;/number&gt;&lt;dates&gt;&lt;year&gt;2011&lt;/year&gt;&lt;/dates&gt;&lt;isbn&gt;1745-1701&lt;/isbn&gt;&lt;urls&gt;&lt;/urls&gt;&lt;/record&gt;&lt;/Cite&gt;&lt;/EndNote&gt;</w:instrText>
            </w:r>
            <w:r w:rsidR="0031308D" w:rsidRPr="00EB75F0">
              <w:fldChar w:fldCharType="separate"/>
            </w:r>
            <w:r w:rsidR="008D3092" w:rsidRPr="008D3092">
              <w:rPr>
                <w:noProof/>
                <w:vertAlign w:val="superscript"/>
              </w:rPr>
              <w:t>4</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47CDA01B" w14:textId="77777777" w:rsidR="009446D0" w:rsidRPr="00EB75F0" w:rsidRDefault="0084596B">
            <w:pPr>
              <w:spacing w:before="60" w:after="60" w:line="240" w:lineRule="auto"/>
              <w:rPr>
                <w:color w:val="1E1E1E"/>
                <w:sz w:val="16"/>
              </w:rPr>
            </w:pPr>
            <w:r w:rsidRPr="00EB75F0">
              <w:rPr>
                <w:color w:val="00B050"/>
                <w:sz w:val="16"/>
              </w:rPr>
              <w:t>Olanzapine 10–20 mg OD (N = 35)</w:t>
            </w:r>
          </w:p>
        </w:tc>
        <w:tc>
          <w:tcPr>
            <w:tcW w:w="3600" w:type="dxa"/>
            <w:tcBorders>
              <w:top w:val="single" w:sz="4" w:space="0" w:color="000000"/>
              <w:left w:val="single" w:sz="4" w:space="0" w:color="000000"/>
              <w:bottom w:val="single" w:sz="4" w:space="0" w:color="000000"/>
              <w:right w:val="single" w:sz="4" w:space="0" w:color="000000"/>
            </w:tcBorders>
          </w:tcPr>
          <w:p w14:paraId="36840520" w14:textId="77777777" w:rsidR="009446D0" w:rsidRPr="00EB75F0" w:rsidRDefault="0084596B">
            <w:pPr>
              <w:spacing w:before="60" w:after="60" w:line="240" w:lineRule="auto"/>
              <w:rPr>
                <w:color w:val="000000"/>
                <w:sz w:val="16"/>
              </w:rPr>
            </w:pPr>
            <w:r w:rsidRPr="00EB75F0">
              <w:rPr>
                <w:color w:val="000000"/>
                <w:sz w:val="16"/>
              </w:rPr>
              <w:t>Ziprasidone 40–80 mg BD (N = 39)</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01C563E3" w14:textId="77777777" w:rsidR="009446D0" w:rsidRPr="00EB75F0" w:rsidRDefault="0084596B">
            <w:pPr>
              <w:spacing w:before="60" w:after="60" w:line="240" w:lineRule="auto"/>
              <w:rPr>
                <w:color w:val="FF0000"/>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66D56013"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63E6D66C" w14:textId="39273146" w:rsidR="009446D0" w:rsidRPr="00EB75F0" w:rsidRDefault="0084596B">
            <w:pPr>
              <w:spacing w:before="60" w:after="60" w:line="240" w:lineRule="auto"/>
              <w:rPr>
                <w:color w:val="1E1E1E"/>
                <w:sz w:val="16"/>
              </w:rPr>
            </w:pPr>
            <w:r w:rsidRPr="00EB75F0">
              <w:rPr>
                <w:color w:val="1E1E1E"/>
                <w:sz w:val="16"/>
              </w:rPr>
              <w:t>Martin 2002</w:t>
            </w:r>
            <w:r w:rsidR="0031308D" w:rsidRPr="00EB75F0">
              <w:fldChar w:fldCharType="begin"/>
            </w:r>
            <w:r w:rsidR="00452EF4">
              <w:instrText xml:space="preserve"> ADDIN EN.CITE &lt;EndNote&gt;&lt;Cite&gt;&lt;Author&gt;Martin&lt;/Author&gt;&lt;Year&gt;2002&lt;/Year&gt;&lt;RecNum&gt;14&lt;/RecNum&gt;&lt;DisplayText&gt;&lt;style face="superscript"&gt;17&lt;/style&gt;&lt;/DisplayText&gt;&lt;record&gt;&lt;rec-number&gt;14&lt;/rec-number&gt;&lt;foreign-keys&gt;&lt;key app="EN" db-id="9ttaxzax2p0tr7ewzt55atews50zvxaaa5rz" timestamp="1764068826"&gt;14&lt;/key&gt;&lt;/foreign-keys&gt;&lt;ref-type name="Journal Article"&gt;17&lt;/ref-type&gt;&lt;contributors&gt;&lt;authors&gt;&lt;author&gt;Martin, S.&lt;/author&gt;&lt;author&gt;Ljo, H.&lt;/author&gt;&lt;author&gt;Peuskens, J.&lt;/author&gt;&lt;author&gt;Thirumalai, S.&lt;/author&gt;&lt;author&gt;Giudicelli, A.&lt;/author&gt;&lt;author&gt;Fleurot, O.&lt;/author&gt;&lt;author&gt;Rein, W.&lt;/author&gt;&lt;author&gt;Solianol Study Group&lt;/author&gt;&lt;/authors&gt;&lt;/contributors&gt;&lt;titles&gt;&lt;title&gt;A double-blind, randomised comparative trial of amisulpride versus olanzapine in the treatment of schizophrenia: short-term results at two months&lt;/title&gt;&lt;secondary-title&gt;Curr Med Res Opin&lt;/secondary-title&gt;&lt;/titles&gt;&lt;periodical&gt;&lt;full-title&gt;Curr Med Res Opin&lt;/full-title&gt;&lt;/periodical&gt;&lt;pages&gt;355-62&lt;/pages&gt;&lt;volume&gt;18&lt;/volume&gt;&lt;number&gt;6&lt;/number&gt;&lt;dates&gt;&lt;year&gt;2002&lt;/year&gt;&lt;/dates&gt;&lt;pub-location&gt;Alzheimer Disease Research Unit, McGill Centre for Studies in Aging, Verdun, Quebec, Canada. profsmartin@hotmail.com&lt;/pub-location&gt;&lt;isbn&gt;0300-7995 (Print) 0300-7995 (Linking)&lt;/isbn&gt;&lt;urls&gt;&lt;related-urls&gt;&lt;url&gt;https://www.ncbi.nlm.nih.gov/pubmed/12442883&lt;/url&gt;&lt;/related-urls&gt;&lt;/urls&gt;&lt;electronic-resource-num&gt;10.1185/030079902125001128&lt;/electronic-resource-num&gt;&lt;/record&gt;&lt;/Cite&gt;&lt;/EndNote&gt;</w:instrText>
            </w:r>
            <w:r w:rsidR="0031308D" w:rsidRPr="00EB75F0">
              <w:fldChar w:fldCharType="separate"/>
            </w:r>
            <w:r w:rsidR="00452EF4" w:rsidRPr="00452EF4">
              <w:rPr>
                <w:noProof/>
                <w:vertAlign w:val="superscript"/>
              </w:rPr>
              <w:t>17</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29BCE8A2" w14:textId="77777777" w:rsidR="009446D0" w:rsidRPr="00EB75F0" w:rsidRDefault="0084596B">
            <w:pPr>
              <w:spacing w:before="60" w:after="60" w:line="240" w:lineRule="auto"/>
              <w:rPr>
                <w:color w:val="1E1E1E"/>
                <w:sz w:val="16"/>
              </w:rPr>
            </w:pPr>
            <w:r w:rsidRPr="00EB75F0">
              <w:rPr>
                <w:color w:val="00B050"/>
                <w:sz w:val="16"/>
              </w:rPr>
              <w:t>Olanzapine 5–20 mg OD (N = 188)</w:t>
            </w:r>
          </w:p>
        </w:tc>
        <w:tc>
          <w:tcPr>
            <w:tcW w:w="3600" w:type="dxa"/>
            <w:tcBorders>
              <w:top w:val="single" w:sz="4" w:space="0" w:color="000000"/>
              <w:left w:val="single" w:sz="4" w:space="0" w:color="000000"/>
              <w:bottom w:val="single" w:sz="4" w:space="0" w:color="000000"/>
              <w:right w:val="single" w:sz="4" w:space="0" w:color="000000"/>
            </w:tcBorders>
          </w:tcPr>
          <w:p w14:paraId="4F355FA0" w14:textId="77777777" w:rsidR="009446D0" w:rsidRPr="00EB75F0" w:rsidRDefault="0084596B">
            <w:pPr>
              <w:spacing w:before="60" w:after="60" w:line="240" w:lineRule="auto"/>
              <w:rPr>
                <w:color w:val="000000"/>
                <w:sz w:val="16"/>
              </w:rPr>
            </w:pPr>
            <w:r w:rsidRPr="00EB75F0">
              <w:rPr>
                <w:color w:val="000000"/>
                <w:sz w:val="16"/>
              </w:rPr>
              <w:t>Amisulpride 200–800 mg OD (N = 189)</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4DA24F9F" w14:textId="77777777" w:rsidR="009446D0" w:rsidRPr="00EB75F0" w:rsidRDefault="0084596B">
            <w:pPr>
              <w:spacing w:before="60" w:after="60" w:line="240" w:lineRule="auto"/>
              <w:rPr>
                <w:color w:val="FF0000"/>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0BB7A73C"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22D3A686" w14:textId="2FBEDBD5" w:rsidR="009446D0" w:rsidRPr="00EB75F0" w:rsidRDefault="0084596B">
            <w:pPr>
              <w:spacing w:before="60" w:after="60" w:line="240" w:lineRule="auto"/>
              <w:rPr>
                <w:color w:val="1E1E1E"/>
                <w:sz w:val="16"/>
              </w:rPr>
            </w:pPr>
            <w:r w:rsidRPr="00EB75F0">
              <w:rPr>
                <w:color w:val="1E1E1E"/>
                <w:sz w:val="16"/>
              </w:rPr>
              <w:t>Cutler 2010</w:t>
            </w:r>
            <w:r w:rsidR="0031308D" w:rsidRPr="00EB75F0">
              <w:fldChar w:fldCharType="begin"/>
            </w:r>
            <w:r w:rsidR="00452EF4">
              <w:instrText xml:space="preserve"> ADDIN EN.CITE &lt;EndNote&gt;&lt;Cite&gt;&lt;Author&gt;Cutler&lt;/Author&gt;&lt;Year&gt;2010&lt;/Year&gt;&lt;RecNum&gt;17&lt;/RecNum&gt;&lt;DisplayText&gt;&lt;style face="superscript"&gt;20&lt;/style&gt;&lt;/DisplayText&gt;&lt;record&gt;&lt;rec-number&gt;17&lt;/rec-number&gt;&lt;foreign-keys&gt;&lt;key app="EN" db-id="9ttaxzax2p0tr7ewzt55atews50zvxaaa5rz" timestamp="1764068827"&gt;17&lt;/key&gt;&lt;/foreign-keys&gt;&lt;ref-type name="Journal Article"&gt;17&lt;/ref-type&gt;&lt;contributors&gt;&lt;authors&gt;&lt;author&gt;Cutler, Andrew J&lt;/author&gt;&lt;author&gt;Tran-Johnson, Tram&lt;/author&gt;&lt;author&gt;Kalali, Amir&lt;/author&gt;&lt;author&gt;Aström, Mikael&lt;/author&gt;&lt;author&gt;Brecher, Martin&lt;/author&gt;&lt;author&gt;Meulien, Didier&lt;/author&gt;&lt;/authors&gt;&lt;/contributors&gt;&lt;titles&gt;&lt;title&gt;A failed 6-week, randomized, double-blind, placebo-controlled study of once-daily extended release quetiapine fumarate in patients with acute schizophrenia: lessons learned&lt;/title&gt;&lt;secondary-title&gt;Psychopharmacology bulletin&lt;/secondary-title&gt;&lt;/titles&gt;&lt;periodical&gt;&lt;full-title&gt;Psychopharmacology bulletin&lt;/full-title&gt;&lt;/periodical&gt;&lt;pages&gt;37-69&lt;/pages&gt;&lt;volume&gt;43&lt;/volume&gt;&lt;number&gt;4&lt;/number&gt;&lt;dates&gt;&lt;year&gt;2010&lt;/year&gt;&lt;/dates&gt;&lt;isbn&gt;0048-5764&lt;/isbn&gt;&lt;urls&gt;&lt;/urls&gt;&lt;/record&gt;&lt;/Cite&gt;&lt;/EndNote&gt;</w:instrText>
            </w:r>
            <w:r w:rsidR="0031308D" w:rsidRPr="00EB75F0">
              <w:fldChar w:fldCharType="separate"/>
            </w:r>
            <w:r w:rsidR="00452EF4" w:rsidRPr="00452EF4">
              <w:rPr>
                <w:noProof/>
                <w:vertAlign w:val="superscript"/>
              </w:rPr>
              <w:t>20</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2CA8328E" w14:textId="77777777" w:rsidR="009446D0" w:rsidRPr="00EB75F0" w:rsidRDefault="0084596B">
            <w:pPr>
              <w:spacing w:before="60" w:after="60" w:line="240" w:lineRule="auto"/>
              <w:rPr>
                <w:color w:val="1E1E1E"/>
                <w:sz w:val="16"/>
              </w:rPr>
            </w:pPr>
            <w:r w:rsidRPr="00EB75F0">
              <w:rPr>
                <w:color w:val="1E1E1E"/>
                <w:sz w:val="16"/>
              </w:rPr>
              <w:t xml:space="preserve">Quetiapine XR 400 mg OD (N = 114), </w:t>
            </w:r>
            <w:r w:rsidRPr="00EB75F0">
              <w:rPr>
                <w:color w:val="1E1E1E"/>
                <w:sz w:val="16"/>
              </w:rPr>
              <w:br/>
              <w:t xml:space="preserve">Quetiapine XR 600 mg OD (N = 105), </w:t>
            </w:r>
            <w:r w:rsidRPr="00EB75F0">
              <w:rPr>
                <w:color w:val="1E1E1E"/>
                <w:sz w:val="16"/>
              </w:rPr>
              <w:br/>
              <w:t xml:space="preserve">Quetiapine XR 800 mg OD (N = 113), </w:t>
            </w:r>
            <w:r w:rsidRPr="00EB75F0">
              <w:rPr>
                <w:color w:val="1E1E1E"/>
                <w:sz w:val="16"/>
              </w:rPr>
              <w:br/>
              <w:t>Quetiapine IR 400 mg BD (N = 116)</w:t>
            </w:r>
          </w:p>
        </w:tc>
        <w:tc>
          <w:tcPr>
            <w:tcW w:w="3600" w:type="dxa"/>
            <w:tcBorders>
              <w:top w:val="single" w:sz="4" w:space="0" w:color="000000"/>
              <w:left w:val="single" w:sz="4" w:space="0" w:color="000000"/>
              <w:bottom w:val="single" w:sz="4" w:space="0" w:color="000000"/>
              <w:right w:val="single" w:sz="4" w:space="0" w:color="000000"/>
            </w:tcBorders>
          </w:tcPr>
          <w:p w14:paraId="4BA83D30" w14:textId="77777777" w:rsidR="009446D0" w:rsidRPr="00EB75F0" w:rsidRDefault="0084596B">
            <w:pPr>
              <w:spacing w:before="60" w:after="60" w:line="240" w:lineRule="auto"/>
              <w:rPr>
                <w:color w:val="000000"/>
                <w:sz w:val="16"/>
              </w:rPr>
            </w:pPr>
            <w:r w:rsidRPr="00EB75F0">
              <w:rPr>
                <w:color w:val="000000"/>
                <w:sz w:val="16"/>
              </w:rPr>
              <w:t>Placebo (N = 117)</w:t>
            </w:r>
          </w:p>
        </w:tc>
        <w:tc>
          <w:tcPr>
            <w:tcW w:w="5696" w:type="dxa"/>
            <w:tcBorders>
              <w:top w:val="single" w:sz="4" w:space="0" w:color="000000"/>
              <w:left w:val="single" w:sz="4" w:space="0" w:color="000000"/>
              <w:bottom w:val="single" w:sz="4" w:space="0" w:color="000000"/>
              <w:right w:val="single" w:sz="4" w:space="0" w:color="000000"/>
            </w:tcBorders>
          </w:tcPr>
          <w:p w14:paraId="10403ED8"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73E2A8F4"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1F975635" w14:textId="4342E113" w:rsidR="009446D0" w:rsidRPr="00EB75F0" w:rsidRDefault="0084596B">
            <w:pPr>
              <w:spacing w:before="60" w:after="60" w:line="240" w:lineRule="auto"/>
              <w:rPr>
                <w:color w:val="1E1E1E"/>
                <w:sz w:val="16"/>
              </w:rPr>
            </w:pPr>
            <w:r w:rsidRPr="00EB75F0">
              <w:rPr>
                <w:color w:val="1E1E1E"/>
                <w:sz w:val="16"/>
              </w:rPr>
              <w:t>Loebel 2013</w:t>
            </w:r>
            <w:r w:rsidR="0031308D" w:rsidRPr="00EB75F0">
              <w:fldChar w:fldCharType="begin"/>
            </w:r>
            <w:r w:rsidR="00452EF4">
              <w:instrText xml:space="preserve"> ADDIN EN.CITE &lt;EndNote&gt;&lt;Cite&gt;&lt;Author&gt;Loebel&lt;/Author&gt;&lt;Year&gt;2013&lt;/Year&gt;&lt;RecNum&gt;79&lt;/RecNum&gt;&lt;DisplayText&gt;&lt;style face="superscript"&gt;82&lt;/style&gt;&lt;/DisplayText&gt;&lt;record&gt;&lt;rec-number&gt;79&lt;/rec-number&gt;&lt;foreign-keys&gt;&lt;key app="EN" db-id="9ttaxzax2p0tr7ewzt55atews50zvxaaa5rz" timestamp="1764068842"&gt;79&lt;/key&gt;&lt;/foreign-keys&gt;&lt;ref-type name="Journal Article"&gt;17&lt;/ref-type&gt;&lt;contributors&gt;&lt;authors&gt;&lt;author&gt;Loebel, Antony&lt;/author&gt;&lt;author&gt;Cucchiaro, Josephine&lt;/author&gt;&lt;author&gt;Sarma, Kaushik&lt;/author&gt;&lt;author&gt;Xu, Lei&lt;/author&gt;&lt;author&gt;Hsu, Chuanchieh&lt;/author&gt;&lt;author&gt;Kalali, Amir H&lt;/author&gt;&lt;author&gt;Pikalov, Andrei&lt;/author&gt;&lt;author&gt;Potkin, Steven G&lt;/author&gt;&lt;/authors&gt;&lt;/contributors&gt;&lt;titles&gt;&lt;title&gt;Efficacy and safety of lurasidone 80 mg/day and 160 mg/day in the treatment of schizophrenia: a randomized, double-blind, placebo-and active-controlled trial&lt;/title&gt;&lt;secondary-title&gt;Schizophrenia research&lt;/secondary-title&gt;&lt;/titles&gt;&lt;periodical&gt;&lt;full-title&gt;Schizophrenia Research&lt;/full-title&gt;&lt;/periodical&gt;&lt;pages&gt;101-109&lt;/pages&gt;&lt;volume&gt;145&lt;/volume&gt;&lt;number&gt;1-3&lt;/number&gt;&lt;dates&gt;&lt;year&gt;2013&lt;/year&gt;&lt;/dates&gt;&lt;isbn&gt;0920-9964&lt;/isbn&gt;&lt;urls&gt;&lt;/urls&gt;&lt;/record&gt;&lt;/Cite&gt;&lt;/EndNote&gt;</w:instrText>
            </w:r>
            <w:r w:rsidR="0031308D" w:rsidRPr="00EB75F0">
              <w:fldChar w:fldCharType="separate"/>
            </w:r>
            <w:r w:rsidR="00452EF4" w:rsidRPr="00452EF4">
              <w:rPr>
                <w:noProof/>
                <w:vertAlign w:val="superscript"/>
              </w:rPr>
              <w:t>82</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0BD2E595" w14:textId="77777777" w:rsidR="009446D0" w:rsidRPr="00EB75F0" w:rsidRDefault="0084596B">
            <w:pPr>
              <w:spacing w:before="60" w:after="60" w:line="240" w:lineRule="auto"/>
              <w:rPr>
                <w:color w:val="1E1E1E"/>
                <w:sz w:val="16"/>
              </w:rPr>
            </w:pPr>
            <w:r w:rsidRPr="00EB75F0">
              <w:rPr>
                <w:color w:val="00B050"/>
                <w:sz w:val="16"/>
              </w:rPr>
              <w:t>Quetiapine XR 600 mg OD (N = 120)</w:t>
            </w:r>
          </w:p>
        </w:tc>
        <w:tc>
          <w:tcPr>
            <w:tcW w:w="3600" w:type="dxa"/>
            <w:tcBorders>
              <w:top w:val="single" w:sz="4" w:space="0" w:color="000000"/>
              <w:left w:val="single" w:sz="4" w:space="0" w:color="000000"/>
              <w:bottom w:val="single" w:sz="4" w:space="0" w:color="000000"/>
              <w:right w:val="single" w:sz="4" w:space="0" w:color="000000"/>
            </w:tcBorders>
          </w:tcPr>
          <w:p w14:paraId="34BE2CB1" w14:textId="77777777" w:rsidR="009446D0" w:rsidRPr="00EB75F0" w:rsidRDefault="0084596B">
            <w:pPr>
              <w:spacing w:before="60" w:after="60" w:line="240" w:lineRule="auto"/>
              <w:rPr>
                <w:color w:val="000000"/>
                <w:sz w:val="16"/>
              </w:rPr>
            </w:pPr>
            <w:r w:rsidRPr="00EB75F0">
              <w:rPr>
                <w:color w:val="000000"/>
                <w:sz w:val="16"/>
              </w:rPr>
              <w:t xml:space="preserve">Lurasidone 80 mg OD (N = 125), </w:t>
            </w:r>
            <w:r w:rsidRPr="00EB75F0">
              <w:rPr>
                <w:color w:val="000000"/>
                <w:sz w:val="16"/>
              </w:rPr>
              <w:br/>
              <w:t xml:space="preserve">Lurasidone 160 mg OD (N = 121), </w:t>
            </w:r>
            <w:r w:rsidRPr="00EB75F0">
              <w:rPr>
                <w:color w:val="000000"/>
                <w:sz w:val="16"/>
              </w:rPr>
              <w:br/>
              <w:t>Placebo (N = 122)</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7EC5588A" w14:textId="77777777" w:rsidR="009446D0" w:rsidRPr="00EB75F0" w:rsidRDefault="0084596B">
            <w:pPr>
              <w:spacing w:before="60" w:after="60" w:line="240" w:lineRule="auto"/>
              <w:rPr>
                <w:color w:val="FF0000"/>
                <w:sz w:val="16"/>
              </w:rPr>
            </w:pPr>
            <w:r w:rsidRPr="00EB75F0">
              <w:rPr>
                <w:color w:val="000000"/>
                <w:sz w:val="16"/>
              </w:rPr>
              <w:t>Exclude lurasidone arm (lurasidone not in scope of research question, per PICOS table and placebo arm offers more robust common comparator link to network)</w:t>
            </w:r>
          </w:p>
        </w:tc>
      </w:tr>
      <w:tr w:rsidR="009446D0" w:rsidRPr="00EB75F0" w14:paraId="73543F49"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59789E89" w14:textId="07CB2A3A" w:rsidR="009446D0" w:rsidRPr="00EB75F0" w:rsidRDefault="0084596B">
            <w:pPr>
              <w:keepNext/>
              <w:spacing w:before="60" w:after="60" w:line="240" w:lineRule="auto"/>
              <w:rPr>
                <w:color w:val="1E1E1E"/>
                <w:sz w:val="16"/>
              </w:rPr>
            </w:pPr>
            <w:r w:rsidRPr="00EB75F0">
              <w:rPr>
                <w:color w:val="1E1E1E"/>
                <w:sz w:val="16"/>
              </w:rPr>
              <w:lastRenderedPageBreak/>
              <w:t>Lindenmayer 2008</w:t>
            </w:r>
            <w:r w:rsidR="0031308D" w:rsidRPr="00EB75F0">
              <w:fldChar w:fldCharType="begin"/>
            </w:r>
            <w:r w:rsidR="00452EF4">
              <w:instrText xml:space="preserve"> ADDIN EN.CITE &lt;EndNote&gt;&lt;Cite&gt;&lt;Author&gt;Lindenmayer&lt;/Author&gt;&lt;Year&gt;2008&lt;/Year&gt;&lt;RecNum&gt;80&lt;/RecNum&gt;&lt;DisplayText&gt;&lt;style face="superscript"&gt;83&lt;/style&gt;&lt;/DisplayText&gt;&lt;record&gt;&lt;rec-number&gt;80&lt;/rec-number&gt;&lt;foreign-keys&gt;&lt;key app="EN" db-id="9ttaxzax2p0tr7ewzt55atews50zvxaaa5rz" timestamp="1764068842"&gt;80&lt;/key&gt;&lt;/foreign-keys&gt;&lt;ref-type name="Journal Article"&gt;17&lt;/ref-type&gt;&lt;contributors&gt;&lt;authors&gt;&lt;author&gt;Lindenmayer, Jean-Pierre&lt;/author&gt;&lt;author&gt;Brown, David&lt;/author&gt;&lt;author&gt;Liu, Sherry&lt;/author&gt;&lt;author&gt;Brecher, Martin&lt;/author&gt;&lt;author&gt;Meulien, Didier&lt;/author&gt;&lt;/authors&gt;&lt;/contributors&gt;&lt;titles&gt;&lt;title&gt;The efficacy and tolerability of once-daily extended release quetiapine fumarate in hospitalized patients with acute schizophrenia: a 6-week randomized, double-blind, placebo-controlled study&lt;/title&gt;&lt;secondary-title&gt;Psychopharmacology bulletin&lt;/secondary-title&gt;&lt;/titles&gt;&lt;periodical&gt;&lt;full-title&gt;Psychopharmacology bulletin&lt;/full-title&gt;&lt;/periodical&gt;&lt;pages&gt;11-35&lt;/pages&gt;&lt;volume&gt;41&lt;/volume&gt;&lt;number&gt;3&lt;/number&gt;&lt;dates&gt;&lt;year&gt;2008&lt;/year&gt;&lt;/dates&gt;&lt;isbn&gt;0048-5764&lt;/isbn&gt;&lt;urls&gt;&lt;/urls&gt;&lt;/record&gt;&lt;/Cite&gt;&lt;/EndNote&gt;</w:instrText>
            </w:r>
            <w:r w:rsidR="0031308D" w:rsidRPr="00EB75F0">
              <w:fldChar w:fldCharType="separate"/>
            </w:r>
            <w:r w:rsidR="00452EF4" w:rsidRPr="00452EF4">
              <w:rPr>
                <w:noProof/>
                <w:vertAlign w:val="superscript"/>
              </w:rPr>
              <w:t>83</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0366DE64" w14:textId="77777777" w:rsidR="009446D0" w:rsidRPr="00EB75F0" w:rsidRDefault="0084596B">
            <w:pPr>
              <w:keepNext/>
              <w:spacing w:before="60" w:after="60" w:line="240" w:lineRule="auto"/>
              <w:rPr>
                <w:color w:val="1E1E1E"/>
                <w:sz w:val="16"/>
              </w:rPr>
            </w:pPr>
            <w:r w:rsidRPr="00EB75F0">
              <w:rPr>
                <w:color w:val="1E1E1E"/>
                <w:sz w:val="16"/>
              </w:rPr>
              <w:t xml:space="preserve">Quetiapine XR 300 mg OD (N = 91), </w:t>
            </w:r>
            <w:r w:rsidRPr="00EB75F0">
              <w:rPr>
                <w:color w:val="1E1E1E"/>
                <w:sz w:val="16"/>
              </w:rPr>
              <w:br/>
              <w:t xml:space="preserve">Quetiapine XR 600 mg OD (N = 92), </w:t>
            </w:r>
            <w:r w:rsidRPr="00EB75F0">
              <w:rPr>
                <w:color w:val="1E1E1E"/>
                <w:sz w:val="16"/>
              </w:rPr>
              <w:br/>
              <w:t xml:space="preserve">Quetiapine XR 800 mg OD (N = 89), </w:t>
            </w:r>
            <w:r w:rsidRPr="00EB75F0">
              <w:rPr>
                <w:color w:val="1E1E1E"/>
                <w:sz w:val="16"/>
              </w:rPr>
              <w:br/>
            </w:r>
            <w:r w:rsidRPr="00EB75F0">
              <w:rPr>
                <w:color w:val="00B050"/>
                <w:sz w:val="16"/>
              </w:rPr>
              <w:t xml:space="preserve">Quetiapine IR 300 mg BD (N = 90), </w:t>
            </w:r>
            <w:r w:rsidRPr="00EB75F0">
              <w:rPr>
                <w:color w:val="1E1E1E"/>
                <w:sz w:val="16"/>
              </w:rPr>
              <w:br/>
              <w:t>Quetiapine IR 600 mg BD (N = 86)</w:t>
            </w:r>
          </w:p>
        </w:tc>
        <w:tc>
          <w:tcPr>
            <w:tcW w:w="3600" w:type="dxa"/>
            <w:tcBorders>
              <w:top w:val="single" w:sz="4" w:space="0" w:color="000000"/>
              <w:left w:val="single" w:sz="4" w:space="0" w:color="000000"/>
              <w:bottom w:val="single" w:sz="4" w:space="0" w:color="000000"/>
              <w:right w:val="single" w:sz="4" w:space="0" w:color="000000"/>
            </w:tcBorders>
          </w:tcPr>
          <w:p w14:paraId="1C6E5608" w14:textId="77777777" w:rsidR="009446D0" w:rsidRPr="00EB75F0" w:rsidRDefault="0084596B">
            <w:pPr>
              <w:keepNext/>
              <w:spacing w:before="60" w:after="60" w:line="240" w:lineRule="auto"/>
              <w:rPr>
                <w:color w:val="000000"/>
                <w:sz w:val="16"/>
              </w:rPr>
            </w:pPr>
            <w:r w:rsidRPr="00EB75F0">
              <w:rPr>
                <w:color w:val="000000"/>
                <w:sz w:val="16"/>
              </w:rPr>
              <w:t>Placebo (N = 84)</w:t>
            </w:r>
          </w:p>
        </w:tc>
        <w:tc>
          <w:tcPr>
            <w:tcW w:w="5696" w:type="dxa"/>
            <w:tcBorders>
              <w:top w:val="single" w:sz="4" w:space="0" w:color="000000"/>
              <w:left w:val="single" w:sz="4" w:space="0" w:color="000000"/>
              <w:bottom w:val="single" w:sz="4" w:space="0" w:color="000000"/>
              <w:right w:val="single" w:sz="4" w:space="0" w:color="000000"/>
            </w:tcBorders>
          </w:tcPr>
          <w:p w14:paraId="4FE7311F" w14:textId="77777777" w:rsidR="009446D0" w:rsidRPr="00EB75F0" w:rsidRDefault="0084596B">
            <w:pPr>
              <w:keepNext/>
              <w:spacing w:before="60" w:after="60" w:line="240" w:lineRule="auto"/>
              <w:rPr>
                <w:color w:val="1E1E1E"/>
                <w:sz w:val="16"/>
              </w:rPr>
            </w:pPr>
            <w:r w:rsidRPr="00EB75F0">
              <w:rPr>
                <w:color w:val="1E1E1E"/>
                <w:sz w:val="16"/>
              </w:rPr>
              <w:t>-</w:t>
            </w:r>
          </w:p>
        </w:tc>
      </w:tr>
      <w:tr w:rsidR="009446D0" w:rsidRPr="00EB75F0" w14:paraId="08659894"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020CC93C" w14:textId="11B4BC1D" w:rsidR="009446D0" w:rsidRPr="00EB75F0" w:rsidRDefault="0084596B">
            <w:pPr>
              <w:spacing w:before="60" w:after="60" w:line="240" w:lineRule="auto"/>
              <w:rPr>
                <w:color w:val="1E1E1E"/>
                <w:sz w:val="16"/>
              </w:rPr>
            </w:pPr>
            <w:r w:rsidRPr="00EB75F0">
              <w:rPr>
                <w:color w:val="1E1E1E"/>
                <w:sz w:val="16"/>
              </w:rPr>
              <w:t>Kahn 2007</w:t>
            </w:r>
            <w:r w:rsidR="0031308D" w:rsidRPr="00EB75F0">
              <w:fldChar w:fldCharType="begin"/>
            </w:r>
            <w:r w:rsidR="00452EF4">
              <w:instrText xml:space="preserve"> ADDIN EN.CITE &lt;EndNote&gt;&lt;Cite&gt;&lt;Author&gt;Kahn&lt;/Author&gt;&lt;Year&gt;2007&lt;/Year&gt;&lt;RecNum&gt;81&lt;/RecNum&gt;&lt;DisplayText&gt;&lt;style face="superscript"&gt;84&lt;/style&gt;&lt;/DisplayText&gt;&lt;record&gt;&lt;rec-number&gt;81&lt;/rec-number&gt;&lt;foreign-keys&gt;&lt;key app="EN" db-id="9ttaxzax2p0tr7ewzt55atews50zvxaaa5rz" timestamp="1764068842"&gt;81&lt;/key&gt;&lt;/foreign-keys&gt;&lt;ref-type name="Journal Article"&gt;17&lt;/ref-type&gt;&lt;contributors&gt;&lt;authors&gt;&lt;author&gt;Kahn, René S&lt;/author&gt;&lt;author&gt;Schulz, S Charles&lt;/author&gt;&lt;author&gt;Palazov, Veselin D&lt;/author&gt;&lt;author&gt;Reyes, Efren B&lt;/author&gt;&lt;author&gt;Brecher, Martin&lt;/author&gt;&lt;author&gt;Svensson, Ola&lt;/author&gt;&lt;author&gt;Andersson, Henrik M&lt;/author&gt;&lt;author&gt;Meulien, Didier&lt;/author&gt;&lt;/authors&gt;&lt;/contributors&gt;&lt;titles&gt;&lt;title&gt;Efficacy and tolerability of once-daily extended release quetiapine fumarate in acute schizophrenia: a randomized, double-blind, placebo-controlled study&lt;/title&gt;&lt;secondary-title&gt;Journal of Clinical Psychiatry&lt;/secondary-title&gt;&lt;/titles&gt;&lt;periodical&gt;&lt;full-title&gt;Journal of Clinical Psychiatry&lt;/full-title&gt;&lt;/periodical&gt;&lt;pages&gt;832-842&lt;/pages&gt;&lt;volume&gt;68&lt;/volume&gt;&lt;number&gt;6&lt;/number&gt;&lt;dates&gt;&lt;year&gt;2007&lt;/year&gt;&lt;/dates&gt;&lt;isbn&gt;0160-6689&lt;/isbn&gt;&lt;urls&gt;&lt;/urls&gt;&lt;/record&gt;&lt;/Cite&gt;&lt;/EndNote&gt;</w:instrText>
            </w:r>
            <w:r w:rsidR="0031308D" w:rsidRPr="00EB75F0">
              <w:fldChar w:fldCharType="separate"/>
            </w:r>
            <w:r w:rsidR="00452EF4" w:rsidRPr="00452EF4">
              <w:rPr>
                <w:noProof/>
                <w:vertAlign w:val="superscript"/>
              </w:rPr>
              <w:t>84</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3F90C40F" w14:textId="77777777" w:rsidR="009446D0" w:rsidRPr="00EB75F0" w:rsidRDefault="0084596B">
            <w:pPr>
              <w:spacing w:before="60" w:after="60" w:line="240" w:lineRule="auto"/>
              <w:rPr>
                <w:color w:val="1E1E1E"/>
                <w:sz w:val="16"/>
              </w:rPr>
            </w:pPr>
            <w:r w:rsidRPr="00EB75F0">
              <w:rPr>
                <w:color w:val="1E1E1E"/>
                <w:sz w:val="16"/>
              </w:rPr>
              <w:t xml:space="preserve">Quetiapine XR 400 mg OD (N = 113), </w:t>
            </w:r>
            <w:r w:rsidRPr="00EB75F0">
              <w:rPr>
                <w:color w:val="1E1E1E"/>
                <w:sz w:val="16"/>
              </w:rPr>
              <w:br/>
              <w:t xml:space="preserve">Quetiapine XR 600 mg OD (N = 113), </w:t>
            </w:r>
            <w:r w:rsidRPr="00EB75F0">
              <w:rPr>
                <w:color w:val="1E1E1E"/>
                <w:sz w:val="16"/>
              </w:rPr>
              <w:br/>
              <w:t xml:space="preserve">Quetiapine XR 800 mg </w:t>
            </w:r>
            <w:r w:rsidRPr="00EB75F0">
              <w:rPr>
                <w:color w:val="000000"/>
                <w:sz w:val="16"/>
              </w:rPr>
              <w:t xml:space="preserve">OD (N = 121), </w:t>
            </w:r>
            <w:r w:rsidRPr="00EB75F0">
              <w:rPr>
                <w:color w:val="000000"/>
                <w:sz w:val="16"/>
              </w:rPr>
              <w:br/>
              <w:t>Quetiapine IR 400mg BD (N=123)</w:t>
            </w:r>
          </w:p>
        </w:tc>
        <w:tc>
          <w:tcPr>
            <w:tcW w:w="3600" w:type="dxa"/>
            <w:tcBorders>
              <w:top w:val="single" w:sz="4" w:space="0" w:color="000000"/>
              <w:left w:val="single" w:sz="4" w:space="0" w:color="000000"/>
              <w:bottom w:val="single" w:sz="4" w:space="0" w:color="000000"/>
              <w:right w:val="single" w:sz="4" w:space="0" w:color="000000"/>
            </w:tcBorders>
          </w:tcPr>
          <w:p w14:paraId="2FBE554F" w14:textId="77777777" w:rsidR="009446D0" w:rsidRPr="00EB75F0" w:rsidRDefault="0084596B">
            <w:pPr>
              <w:spacing w:before="60" w:after="60" w:line="240" w:lineRule="auto"/>
              <w:rPr>
                <w:color w:val="000000"/>
                <w:sz w:val="16"/>
              </w:rPr>
            </w:pPr>
            <w:r w:rsidRPr="00EB75F0">
              <w:rPr>
                <w:color w:val="000000"/>
                <w:sz w:val="16"/>
              </w:rPr>
              <w:t>Placebo (N = 118)</w:t>
            </w:r>
          </w:p>
        </w:tc>
        <w:tc>
          <w:tcPr>
            <w:tcW w:w="5696" w:type="dxa"/>
            <w:tcBorders>
              <w:top w:val="single" w:sz="4" w:space="0" w:color="000000"/>
              <w:left w:val="single" w:sz="4" w:space="0" w:color="000000"/>
              <w:bottom w:val="single" w:sz="4" w:space="0" w:color="000000"/>
              <w:right w:val="single" w:sz="4" w:space="0" w:color="000000"/>
            </w:tcBorders>
          </w:tcPr>
          <w:p w14:paraId="33DB8AB9"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76D610AA"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3C9B102D" w14:textId="32FE774F" w:rsidR="009446D0" w:rsidRPr="00EB75F0" w:rsidRDefault="0084596B">
            <w:pPr>
              <w:spacing w:before="60" w:after="60" w:line="240" w:lineRule="auto"/>
              <w:rPr>
                <w:color w:val="1E1E1E"/>
                <w:sz w:val="16"/>
              </w:rPr>
            </w:pPr>
            <w:r w:rsidRPr="00EB75F0">
              <w:rPr>
                <w:color w:val="1E1E1E"/>
                <w:sz w:val="16"/>
              </w:rPr>
              <w:t>Nair 1998</w:t>
            </w:r>
            <w:r w:rsidR="0031308D" w:rsidRPr="00EB75F0">
              <w:fldChar w:fldCharType="begin"/>
            </w:r>
            <w:r w:rsidR="00452EF4">
              <w:instrText xml:space="preserve"> ADDIN EN.CITE &lt;EndNote&gt;&lt;Cite&gt;&lt;Author&gt;Nair&lt;/Author&gt;&lt;Year&gt;1998&lt;/Year&gt;&lt;RecNum&gt;82&lt;/RecNum&gt;&lt;DisplayText&gt;&lt;style face="superscript"&gt;85&lt;/style&gt;&lt;/DisplayText&gt;&lt;record&gt;&lt;rec-number&gt;82&lt;/rec-number&gt;&lt;foreign-keys&gt;&lt;key app="EN" db-id="9ttaxzax2p0tr7ewzt55atews50zvxaaa5rz" timestamp="1764068843"&gt;82&lt;/key&gt;&lt;/foreign-keys&gt;&lt;ref-type name="Journal Article"&gt;17&lt;/ref-type&gt;&lt;contributors&gt;&lt;authors&gt;&lt;author&gt;Nair, NPV&lt;/author&gt;&lt;/authors&gt;&lt;/contributors&gt;&lt;titles&gt;&lt;title&gt;Therapeutic equivalence of risperidone given once daily and twice daily in patients with schizophrenia&lt;/title&gt;&lt;secondary-title&gt;Journal of clinical psychopharmacology&lt;/secondary-title&gt;&lt;/titles&gt;&lt;periodical&gt;&lt;full-title&gt;Journal of clinical psychopharmacology&lt;/full-title&gt;&lt;/periodical&gt;&lt;pages&gt;103-110&lt;/pages&gt;&lt;volume&gt;18&lt;/volume&gt;&lt;number&gt;2&lt;/number&gt;&lt;dates&gt;&lt;year&gt;1998&lt;/year&gt;&lt;/dates&gt;&lt;isbn&gt;0271-0749&lt;/isbn&gt;&lt;urls&gt;&lt;/urls&gt;&lt;/record&gt;&lt;/Cite&gt;&lt;/EndNote&gt;</w:instrText>
            </w:r>
            <w:r w:rsidR="0031308D" w:rsidRPr="00EB75F0">
              <w:fldChar w:fldCharType="separate"/>
            </w:r>
            <w:r w:rsidR="00452EF4" w:rsidRPr="00452EF4">
              <w:rPr>
                <w:noProof/>
                <w:vertAlign w:val="superscript"/>
              </w:rPr>
              <w:t>85</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23C860D9" w14:textId="77777777" w:rsidR="009446D0" w:rsidRPr="00732701" w:rsidRDefault="0084596B">
            <w:pPr>
              <w:spacing w:before="60" w:after="60" w:line="240" w:lineRule="auto"/>
              <w:rPr>
                <w:color w:val="1E1E1E"/>
                <w:sz w:val="16"/>
                <w:lang w:val="it-IT"/>
              </w:rPr>
            </w:pPr>
            <w:r w:rsidRPr="00732701">
              <w:rPr>
                <w:color w:val="00B050"/>
                <w:sz w:val="16"/>
                <w:lang w:val="it-IT"/>
              </w:rPr>
              <w:t xml:space="preserve">Risperidone 8 mg OD (N = 103), </w:t>
            </w:r>
            <w:r w:rsidRPr="00732701">
              <w:rPr>
                <w:color w:val="1E1E1E"/>
                <w:sz w:val="16"/>
                <w:lang w:val="it-IT"/>
              </w:rPr>
              <w:br/>
            </w:r>
            <w:r w:rsidRPr="00732701">
              <w:rPr>
                <w:color w:val="00B050"/>
                <w:sz w:val="16"/>
                <w:lang w:val="it-IT"/>
              </w:rPr>
              <w:t>Risperidone 4 mg BD (N = 108)</w:t>
            </w:r>
          </w:p>
        </w:tc>
        <w:tc>
          <w:tcPr>
            <w:tcW w:w="3600" w:type="dxa"/>
            <w:tcBorders>
              <w:top w:val="single" w:sz="4" w:space="0" w:color="000000"/>
              <w:left w:val="single" w:sz="4" w:space="0" w:color="000000"/>
              <w:bottom w:val="single" w:sz="4" w:space="0" w:color="000000"/>
              <w:right w:val="single" w:sz="4" w:space="0" w:color="000000"/>
            </w:tcBorders>
          </w:tcPr>
          <w:p w14:paraId="593817C8" w14:textId="77777777" w:rsidR="009446D0" w:rsidRPr="00EB75F0" w:rsidRDefault="0084596B">
            <w:pPr>
              <w:spacing w:before="60" w:after="60" w:line="240" w:lineRule="auto"/>
              <w:rPr>
                <w:color w:val="000000"/>
                <w:sz w:val="16"/>
              </w:rPr>
            </w:pPr>
            <w:r w:rsidRPr="00EB75F0">
              <w:rPr>
                <w:color w:val="000000"/>
                <w:sz w:val="16"/>
              </w:rPr>
              <w:t>-</w:t>
            </w:r>
          </w:p>
        </w:tc>
        <w:tc>
          <w:tcPr>
            <w:tcW w:w="5696" w:type="dxa"/>
            <w:tcBorders>
              <w:top w:val="single" w:sz="4" w:space="0" w:color="000000"/>
              <w:left w:val="single" w:sz="4" w:space="0" w:color="000000"/>
              <w:bottom w:val="single" w:sz="4" w:space="0" w:color="000000"/>
              <w:right w:val="single" w:sz="4" w:space="0" w:color="000000"/>
            </w:tcBorders>
          </w:tcPr>
          <w:p w14:paraId="57F54146"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3F6922A1"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0D4A3BBA" w14:textId="1B1B3343" w:rsidR="009446D0" w:rsidRPr="00EB75F0" w:rsidRDefault="0084596B">
            <w:pPr>
              <w:spacing w:before="60" w:after="60" w:line="240" w:lineRule="auto"/>
              <w:rPr>
                <w:color w:val="1E1E1E"/>
                <w:sz w:val="16"/>
              </w:rPr>
            </w:pPr>
            <w:r w:rsidRPr="00EB75F0">
              <w:rPr>
                <w:color w:val="1E1E1E"/>
                <w:sz w:val="16"/>
              </w:rPr>
              <w:t>Yang 2010</w:t>
            </w:r>
            <w:r w:rsidR="0031308D" w:rsidRPr="00EB75F0">
              <w:fldChar w:fldCharType="begin"/>
            </w:r>
            <w:r w:rsidR="00452EF4">
              <w:instrText xml:space="preserve"> ADDIN EN.CITE &lt;EndNote&gt;&lt;Cite&gt;&lt;Author&gt;Yang&lt;/Author&gt;&lt;Year&gt;2010&lt;/Year&gt;&lt;RecNum&gt;15&lt;/RecNum&gt;&lt;DisplayText&gt;&lt;style face="superscript"&gt;18&lt;/style&gt;&lt;/DisplayText&gt;&lt;record&gt;&lt;rec-number&gt;15&lt;/rec-number&gt;&lt;foreign-keys&gt;&lt;key app="EN" db-id="9ttaxzax2p0tr7ewzt55atews50zvxaaa5rz" timestamp="1764068826"&gt;15&lt;/key&gt;&lt;/foreign-keys&gt;&lt;ref-type name="Journal Article"&gt;17&lt;/ref-type&gt;&lt;contributors&gt;&lt;authors&gt;&lt;author&gt;Yang, Jaewon&lt;/author&gt;&lt;author&gt;Bahk, Won-Myong&lt;/author&gt;&lt;author&gt;Cho, Hyun-Sang&lt;/author&gt;&lt;author&gt;Jeon, Yang-Whan&lt;/author&gt;&lt;author&gt;Jon, Duk-In&lt;/author&gt;&lt;author&gt;Jung, Hee-Yeon&lt;/author&gt;&lt;author&gt;Kim, Chan-Hyung&lt;/author&gt;&lt;author&gt;Kim, Hee-Cheol&lt;/author&gt;&lt;author&gt;Kim, Yong-Ku&lt;/author&gt;&lt;author&gt;Kim, Young-Hoon&lt;/author&gt;&lt;/authors&gt;&lt;/contributors&gt;&lt;titles&gt;&lt;title&gt;Efficacy and tolerability of Blonanserin in the patients with schizophrenia: a randomized, double-blind, risperidone-compared trial&lt;/title&gt;&lt;secondary-title&gt;Clinical neuropharmacology&lt;/secondary-title&gt;&lt;/titles&gt;&lt;periodical&gt;&lt;full-title&gt;Clinical neuropharmacology&lt;/full-title&gt;&lt;/periodical&gt;&lt;pages&gt;169-175&lt;/pages&gt;&lt;volume&gt;33&lt;/volume&gt;&lt;number&gt;4&lt;/number&gt;&lt;dates&gt;&lt;year&gt;2010&lt;/year&gt;&lt;/dates&gt;&lt;isbn&gt;0362-5664&lt;/isbn&gt;&lt;urls&gt;&lt;/urls&gt;&lt;/record&gt;&lt;/Cite&gt;&lt;/EndNote&gt;</w:instrText>
            </w:r>
            <w:r w:rsidR="0031308D" w:rsidRPr="00EB75F0">
              <w:fldChar w:fldCharType="separate"/>
            </w:r>
            <w:r w:rsidR="00452EF4" w:rsidRPr="00452EF4">
              <w:rPr>
                <w:noProof/>
                <w:vertAlign w:val="superscript"/>
              </w:rPr>
              <w:t>18</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73E20CAF" w14:textId="77777777" w:rsidR="009446D0" w:rsidRPr="00EB75F0" w:rsidRDefault="0084596B">
            <w:pPr>
              <w:spacing w:before="60" w:after="60" w:line="240" w:lineRule="auto"/>
              <w:rPr>
                <w:color w:val="00B050"/>
                <w:sz w:val="16"/>
              </w:rPr>
            </w:pPr>
            <w:r w:rsidRPr="00EB75F0">
              <w:rPr>
                <w:color w:val="00B050"/>
                <w:sz w:val="16"/>
              </w:rPr>
              <w:t>Risperidone 2–6 mg OD (N = 103)</w:t>
            </w:r>
          </w:p>
        </w:tc>
        <w:tc>
          <w:tcPr>
            <w:tcW w:w="3600" w:type="dxa"/>
            <w:tcBorders>
              <w:top w:val="single" w:sz="4" w:space="0" w:color="000000"/>
              <w:left w:val="single" w:sz="4" w:space="0" w:color="000000"/>
              <w:bottom w:val="single" w:sz="4" w:space="0" w:color="000000"/>
              <w:right w:val="single" w:sz="4" w:space="0" w:color="000000"/>
            </w:tcBorders>
          </w:tcPr>
          <w:p w14:paraId="420D85AB" w14:textId="77777777" w:rsidR="009446D0" w:rsidRPr="00EB75F0" w:rsidRDefault="0084596B">
            <w:pPr>
              <w:spacing w:before="60" w:after="60" w:line="240" w:lineRule="auto"/>
              <w:rPr>
                <w:color w:val="000000"/>
                <w:sz w:val="16"/>
              </w:rPr>
            </w:pPr>
            <w:proofErr w:type="spellStart"/>
            <w:r w:rsidRPr="00EB75F0">
              <w:rPr>
                <w:color w:val="000000"/>
                <w:sz w:val="16"/>
              </w:rPr>
              <w:t>Blonanserin</w:t>
            </w:r>
            <w:proofErr w:type="spellEnd"/>
            <w:r w:rsidRPr="00EB75F0">
              <w:rPr>
                <w:color w:val="000000"/>
                <w:sz w:val="16"/>
              </w:rPr>
              <w:t xml:space="preserve"> 8–24 mg OD (N = 103)</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1BCDC0C6" w14:textId="77777777" w:rsidR="009446D0" w:rsidRPr="00EB75F0" w:rsidRDefault="0084596B">
            <w:pPr>
              <w:spacing w:before="60" w:after="60" w:line="240" w:lineRule="auto"/>
              <w:rPr>
                <w:color w:val="FF0000"/>
                <w:sz w:val="16"/>
              </w:rPr>
            </w:pPr>
            <w:r w:rsidRPr="00EB75F0">
              <w:rPr>
                <w:color w:val="000000"/>
                <w:sz w:val="16"/>
              </w:rPr>
              <w:t>Exclude whole study (</w:t>
            </w:r>
            <w:proofErr w:type="spellStart"/>
            <w:r w:rsidRPr="00EB75F0">
              <w:rPr>
                <w:color w:val="000000"/>
                <w:sz w:val="16"/>
              </w:rPr>
              <w:t>blonanserin</w:t>
            </w:r>
            <w:proofErr w:type="spellEnd"/>
            <w:r w:rsidRPr="00EB75F0">
              <w:rPr>
                <w:color w:val="000000"/>
                <w:sz w:val="16"/>
              </w:rPr>
              <w:t xml:space="preserve"> not in scope of research question, per PICOS table and cannot act as a common comparator link in the network. Inclusion in network would add no relevant comparative effectiveness info versus relevant comparators)</w:t>
            </w:r>
          </w:p>
        </w:tc>
      </w:tr>
      <w:tr w:rsidR="009446D0" w:rsidRPr="00EB75F0" w14:paraId="2E9BA544"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3F6244E4" w14:textId="4B3F4398" w:rsidR="009446D0" w:rsidRPr="00EB75F0" w:rsidRDefault="0084596B">
            <w:pPr>
              <w:spacing w:before="60" w:after="60" w:line="240" w:lineRule="auto"/>
              <w:rPr>
                <w:color w:val="1E1E1E"/>
                <w:sz w:val="16"/>
              </w:rPr>
            </w:pPr>
            <w:r w:rsidRPr="00EB75F0">
              <w:rPr>
                <w:color w:val="1E1E1E"/>
                <w:sz w:val="16"/>
              </w:rPr>
              <w:t>Hwang 2003</w:t>
            </w:r>
            <w:r w:rsidR="0031308D" w:rsidRPr="00EB75F0">
              <w:fldChar w:fldCharType="begin"/>
            </w:r>
            <w:r w:rsidR="00452EF4">
              <w:instrText xml:space="preserve"> ADDIN EN.CITE &lt;EndNote&gt;&lt;Cite&gt;&lt;Author&gt;Hwang&lt;/Author&gt;&lt;Year&gt;2003&lt;/Year&gt;&lt;RecNum&gt;83&lt;/RecNum&gt;&lt;DisplayText&gt;&lt;style face="superscript"&gt;86&lt;/style&gt;&lt;/DisplayText&gt;&lt;record&gt;&lt;rec-number&gt;83&lt;/rec-number&gt;&lt;foreign-keys&gt;&lt;key app="EN" db-id="9ttaxzax2p0tr7ewzt55atews50zvxaaa5rz" timestamp="1764068843"&gt;83&lt;/key&gt;&lt;/foreign-keys&gt;&lt;ref-type name="Journal Article"&gt;17&lt;/ref-type&gt;&lt;contributors&gt;&lt;authors&gt;&lt;author&gt;Hwang, Tzung J&lt;/author&gt;&lt;author&gt;Lee, Shin-Min&lt;/author&gt;&lt;author&gt;Sun, Hsiao-Ju&lt;/author&gt;&lt;author&gt;Lin, Hsin-Nan&lt;/author&gt;&lt;author&gt;Tsai, Shih-Jen&lt;/author&gt;&lt;author&gt;Lee, Ying-Chiao&lt;/author&gt;&lt;author&gt;Chen, Ying-Sheue&lt;/author&gt;&lt;/authors&gt;&lt;/contributors&gt;&lt;titles&gt;&lt;title&gt;Amisulpride versus risperidone in the treatment of schizophrenic patients: a double-blind pilot study in Taiwan&lt;/title&gt;&lt;secondary-title&gt;Journal of the Formosan Medical Association&lt;/secondary-title&gt;&lt;/titles&gt;&lt;periodical&gt;&lt;full-title&gt;Journal of the Formosan Medical Association&lt;/full-title&gt;&lt;/periodical&gt;&lt;pages&gt;30-36&lt;/pages&gt;&lt;volume&gt;102&lt;/volume&gt;&lt;number&gt;1&lt;/number&gt;&lt;dates&gt;&lt;year&gt;2003&lt;/year&gt;&lt;/dates&gt;&lt;isbn&gt;0929-6646&lt;/isbn&gt;&lt;urls&gt;&lt;/urls&gt;&lt;/record&gt;&lt;/Cite&gt;&lt;/EndNote&gt;</w:instrText>
            </w:r>
            <w:r w:rsidR="0031308D" w:rsidRPr="00EB75F0">
              <w:fldChar w:fldCharType="separate"/>
            </w:r>
            <w:r w:rsidR="00452EF4" w:rsidRPr="00452EF4">
              <w:rPr>
                <w:noProof/>
                <w:vertAlign w:val="superscript"/>
              </w:rPr>
              <w:t>86</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37F9C6D4" w14:textId="77777777" w:rsidR="009446D0" w:rsidRPr="00EB75F0" w:rsidRDefault="0084596B">
            <w:pPr>
              <w:spacing w:before="60" w:after="60" w:line="240" w:lineRule="auto"/>
              <w:rPr>
                <w:color w:val="1E1E1E"/>
                <w:sz w:val="16"/>
              </w:rPr>
            </w:pPr>
            <w:r w:rsidRPr="00EB75F0">
              <w:rPr>
                <w:color w:val="00B050"/>
                <w:sz w:val="16"/>
              </w:rPr>
              <w:t>Risperidone 4–8 mg OD (N = 25)</w:t>
            </w:r>
          </w:p>
        </w:tc>
        <w:tc>
          <w:tcPr>
            <w:tcW w:w="3600" w:type="dxa"/>
            <w:tcBorders>
              <w:top w:val="single" w:sz="4" w:space="0" w:color="000000"/>
              <w:left w:val="single" w:sz="4" w:space="0" w:color="000000"/>
              <w:bottom w:val="single" w:sz="4" w:space="0" w:color="000000"/>
              <w:right w:val="single" w:sz="4" w:space="0" w:color="000000"/>
            </w:tcBorders>
          </w:tcPr>
          <w:p w14:paraId="044D915B" w14:textId="77777777" w:rsidR="009446D0" w:rsidRPr="00EB75F0" w:rsidRDefault="0084596B">
            <w:pPr>
              <w:spacing w:before="60" w:after="60" w:line="240" w:lineRule="auto"/>
              <w:rPr>
                <w:color w:val="000000"/>
                <w:sz w:val="16"/>
              </w:rPr>
            </w:pPr>
            <w:r w:rsidRPr="00EB75F0">
              <w:rPr>
                <w:color w:val="000000"/>
                <w:sz w:val="16"/>
              </w:rPr>
              <w:t>Amisulpride 400–800 mg OD (N = 22)</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2ECDF779" w14:textId="77777777" w:rsidR="009446D0" w:rsidRPr="00EB75F0" w:rsidRDefault="0084596B">
            <w:pPr>
              <w:spacing w:before="60" w:after="60" w:line="240" w:lineRule="auto"/>
              <w:rPr>
                <w:color w:val="1E1E1E"/>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3AF69780"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241FE00C" w14:textId="353A7B24" w:rsidR="009446D0" w:rsidRPr="00EB75F0" w:rsidRDefault="0084596B">
            <w:pPr>
              <w:spacing w:before="60" w:after="60" w:line="240" w:lineRule="auto"/>
              <w:rPr>
                <w:color w:val="1E1E1E"/>
                <w:sz w:val="16"/>
              </w:rPr>
            </w:pPr>
            <w:r w:rsidRPr="00EB75F0">
              <w:rPr>
                <w:color w:val="1E1E1E"/>
                <w:sz w:val="16"/>
              </w:rPr>
              <w:t>Yang 2021</w:t>
            </w:r>
            <w:r w:rsidR="0031308D" w:rsidRPr="00EB75F0">
              <w:fldChar w:fldCharType="begin"/>
            </w:r>
            <w:r w:rsidR="00452EF4">
              <w:instrText xml:space="preserve"> ADDIN EN.CITE &lt;EndNote&gt;&lt;Cite&gt;&lt;Author&gt;Yang&lt;/Author&gt;&lt;Year&gt;2021&lt;/Year&gt;&lt;RecNum&gt;84&lt;/RecNum&gt;&lt;DisplayText&gt;&lt;style face="superscript"&gt;87&lt;/style&gt;&lt;/DisplayText&gt;&lt;record&gt;&lt;rec-number&gt;84&lt;/rec-number&gt;&lt;foreign-keys&gt;&lt;key app="EN" db-id="9ttaxzax2p0tr7ewzt55atews50zvxaaa5rz" timestamp="1764068843"&gt;84&lt;/key&gt;&lt;/foreign-keys&gt;&lt;ref-type name="Journal Article"&gt;17&lt;/ref-type&gt;&lt;contributors&gt;&lt;authors&gt;&lt;author&gt;Yang, Lujie&lt;/author&gt;&lt;author&gt;Qi, Xia&lt;/author&gt;&lt;/authors&gt;&lt;/contributors&gt;&lt;titles&gt;&lt;title&gt;Effect of olanzapine combined with risperidone in the treatment of schizophrenia and its influence on cognitive function&lt;/title&gt;&lt;secondary-title&gt;Pakistan Journal of Medical Sciences&lt;/secondary-title&gt;&lt;/titles&gt;&lt;periodical&gt;&lt;full-title&gt;Pakistan journal of medical sciences&lt;/full-title&gt;&lt;/periodical&gt;&lt;pages&gt;646&lt;/pages&gt;&lt;volume&gt;37&lt;/volume&gt;&lt;number&gt;3&lt;/number&gt;&lt;dates&gt;&lt;year&gt;2021&lt;/year&gt;&lt;/dates&gt;&lt;urls&gt;&lt;/urls&gt;&lt;/record&gt;&lt;/Cite&gt;&lt;/EndNote&gt;</w:instrText>
            </w:r>
            <w:r w:rsidR="0031308D" w:rsidRPr="00EB75F0">
              <w:fldChar w:fldCharType="separate"/>
            </w:r>
            <w:r w:rsidR="00452EF4" w:rsidRPr="00452EF4">
              <w:rPr>
                <w:noProof/>
                <w:vertAlign w:val="superscript"/>
              </w:rPr>
              <w:t>87</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75E2E4A1" w14:textId="77777777" w:rsidR="009446D0" w:rsidRPr="00EB75F0" w:rsidRDefault="0084596B">
            <w:pPr>
              <w:spacing w:before="60" w:after="60" w:line="240" w:lineRule="auto"/>
              <w:rPr>
                <w:color w:val="1E1E1E"/>
                <w:sz w:val="16"/>
              </w:rPr>
            </w:pPr>
            <w:r w:rsidRPr="00EB75F0">
              <w:rPr>
                <w:color w:val="00B050"/>
                <w:sz w:val="16"/>
              </w:rPr>
              <w:t>Risperidone 6 mg OD (N = 49)</w:t>
            </w:r>
          </w:p>
        </w:tc>
        <w:tc>
          <w:tcPr>
            <w:tcW w:w="3600" w:type="dxa"/>
            <w:tcBorders>
              <w:top w:val="single" w:sz="4" w:space="0" w:color="000000"/>
              <w:left w:val="single" w:sz="4" w:space="0" w:color="000000"/>
              <w:bottom w:val="single" w:sz="4" w:space="0" w:color="000000"/>
              <w:right w:val="single" w:sz="4" w:space="0" w:color="000000"/>
            </w:tcBorders>
          </w:tcPr>
          <w:p w14:paraId="1C69DE24" w14:textId="77777777" w:rsidR="009446D0" w:rsidRPr="00732701" w:rsidRDefault="0084596B">
            <w:pPr>
              <w:spacing w:before="60" w:after="60" w:line="240" w:lineRule="auto"/>
              <w:rPr>
                <w:color w:val="000000"/>
                <w:sz w:val="16"/>
                <w:lang w:val="it-IT"/>
              </w:rPr>
            </w:pPr>
            <w:proofErr w:type="spellStart"/>
            <w:r w:rsidRPr="00732701">
              <w:rPr>
                <w:color w:val="000000"/>
                <w:sz w:val="16"/>
                <w:lang w:val="it-IT"/>
              </w:rPr>
              <w:t>Olanzapine</w:t>
            </w:r>
            <w:proofErr w:type="spellEnd"/>
            <w:r w:rsidRPr="00732701">
              <w:rPr>
                <w:color w:val="000000"/>
                <w:sz w:val="16"/>
                <w:lang w:val="it-IT"/>
              </w:rPr>
              <w:t xml:space="preserve"> + </w:t>
            </w:r>
            <w:proofErr w:type="spellStart"/>
            <w:r w:rsidRPr="00732701">
              <w:rPr>
                <w:color w:val="000000"/>
                <w:sz w:val="16"/>
                <w:lang w:val="it-IT"/>
              </w:rPr>
              <w:t>risperidone</w:t>
            </w:r>
            <w:proofErr w:type="spellEnd"/>
            <w:r w:rsidRPr="00732701">
              <w:rPr>
                <w:color w:val="000000"/>
                <w:sz w:val="16"/>
                <w:lang w:val="it-IT"/>
              </w:rPr>
              <w:t xml:space="preserve"> 5–20 mg OD + 6 mg OD (N = 49)</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247BC30D" w14:textId="77777777" w:rsidR="009446D0" w:rsidRPr="00EB75F0" w:rsidRDefault="0084596B">
            <w:pPr>
              <w:spacing w:before="60" w:after="60" w:line="240" w:lineRule="auto"/>
              <w:rPr>
                <w:color w:val="1E1E1E"/>
                <w:sz w:val="16"/>
              </w:rPr>
            </w:pPr>
            <w:r w:rsidRPr="00EB75F0">
              <w:rPr>
                <w:color w:val="000000"/>
                <w:sz w:val="16"/>
              </w:rPr>
              <w:t>Exclude whole study (</w:t>
            </w:r>
            <w:r w:rsidRPr="00EB75F0">
              <w:rPr>
                <w:color w:val="1E1E1E"/>
                <w:sz w:val="16"/>
              </w:rPr>
              <w:t>olanzapine + risperidone</w:t>
            </w:r>
            <w:r w:rsidRPr="00EB75F0">
              <w:rPr>
                <w:color w:val="000000"/>
                <w:sz w:val="16"/>
              </w:rPr>
              <w:t xml:space="preserve"> not in scope of research question, per PICOS table and cannot act as a common comparator link in the network. Inclusion in network would add no relevant comparative effectiveness info versus relevant comparators)</w:t>
            </w:r>
          </w:p>
        </w:tc>
      </w:tr>
      <w:tr w:rsidR="009446D0" w:rsidRPr="00EB75F0" w14:paraId="475F0D61"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211ED1CF" w14:textId="6BA35366" w:rsidR="009446D0" w:rsidRPr="00EB75F0" w:rsidRDefault="0084596B">
            <w:pPr>
              <w:spacing w:before="60" w:after="60" w:line="240" w:lineRule="auto"/>
              <w:rPr>
                <w:color w:val="1E1E1E"/>
                <w:sz w:val="16"/>
              </w:rPr>
            </w:pPr>
            <w:r w:rsidRPr="00EB75F0">
              <w:rPr>
                <w:color w:val="1E1E1E"/>
                <w:sz w:val="16"/>
              </w:rPr>
              <w:t>Zhang 2021</w:t>
            </w:r>
            <w:r w:rsidR="0031308D" w:rsidRPr="00EB75F0">
              <w:fldChar w:fldCharType="begin"/>
            </w:r>
            <w:r w:rsidR="00073331">
              <w:instrText xml:space="preserve"> ADDIN EN.CITE &lt;EndNote&gt;&lt;Cite&gt;&lt;Author&gt;Zhang&lt;/Author&gt;&lt;Year&gt;2021&lt;/Year&gt;&lt;RecNum&gt;5&lt;/RecNum&gt;&lt;DisplayText&gt;&lt;style face="superscript"&gt;5&lt;/style&gt;&lt;/DisplayText&gt;&lt;record&gt;&lt;rec-number&gt;5&lt;/rec-number&gt;&lt;foreign-keys&gt;&lt;key app="EN" db-id="9ttaxzax2p0tr7ewzt55atews50zvxaaa5rz" timestamp="1764068824"&gt;5&lt;/key&gt;&lt;/foreign-keys&gt;&lt;ref-type name="Journal Article"&gt;17&lt;/ref-type&gt;&lt;contributors&gt;&lt;authors&gt;&lt;author&gt;Zhang, Yan&lt;/author&gt;&lt;author&gt;Shi, Han&lt;/author&gt;&lt;author&gt;Yang, Ge&lt;/author&gt;&lt;author&gt;Yang, Yongfeng&lt;/author&gt;&lt;author&gt;Li, Wenqiang&lt;/author&gt;&lt;author&gt;Song, Meng&lt;/author&gt;&lt;author&gt;Shao, Minglong&lt;/author&gt;&lt;author&gt;Su, Xi&lt;/author&gt;&lt;author&gt;Lv, Luxian&lt;/author&gt;&lt;/authors&gt;&lt;/contributors&gt;&lt;titles&gt;&lt;title&gt;Associations between expression of indoleamine 2, 3-dioxygenase enzyme and inflammatory cytokines in patients with first-episode drug-naive Schizophrenia&lt;/title&gt;&lt;secondary-title&gt;Translational Psychiatry&lt;/secondary-title&gt;&lt;/titles&gt;&lt;periodical&gt;&lt;full-title&gt;Translational Psychiatry&lt;/full-title&gt;&lt;/periodical&gt;&lt;pages&gt;595&lt;/pages&gt;&lt;volume&gt;11&lt;/volume&gt;&lt;number&gt;1&lt;/number&gt;&lt;dates&gt;&lt;year&gt;2021&lt;/year&gt;&lt;/dates&gt;&lt;isbn&gt;2158-3188&lt;/isbn&gt;&lt;urls&gt;&lt;/urls&gt;&lt;/record&gt;&lt;/Cite&gt;&lt;/EndNote&gt;</w:instrText>
            </w:r>
            <w:r w:rsidR="0031308D" w:rsidRPr="00EB75F0">
              <w:fldChar w:fldCharType="separate"/>
            </w:r>
            <w:r w:rsidR="008D3092" w:rsidRPr="008D3092">
              <w:rPr>
                <w:noProof/>
                <w:vertAlign w:val="superscript"/>
              </w:rPr>
              <w:t>5</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3663B08A" w14:textId="77777777" w:rsidR="009446D0" w:rsidRPr="00EB75F0" w:rsidRDefault="0084596B">
            <w:pPr>
              <w:spacing w:before="60" w:after="60" w:line="240" w:lineRule="auto"/>
              <w:rPr>
                <w:color w:val="1E1E1E"/>
                <w:sz w:val="16"/>
              </w:rPr>
            </w:pPr>
            <w:r w:rsidRPr="00EB75F0">
              <w:rPr>
                <w:color w:val="00B050"/>
                <w:sz w:val="16"/>
              </w:rPr>
              <w:t>Risperidone 4–6 mg OD (N = 50)</w:t>
            </w:r>
          </w:p>
        </w:tc>
        <w:tc>
          <w:tcPr>
            <w:tcW w:w="3600" w:type="dxa"/>
            <w:tcBorders>
              <w:top w:val="single" w:sz="4" w:space="0" w:color="000000"/>
              <w:left w:val="single" w:sz="4" w:space="0" w:color="000000"/>
              <w:bottom w:val="single" w:sz="4" w:space="0" w:color="000000"/>
              <w:right w:val="single" w:sz="4" w:space="0" w:color="000000"/>
            </w:tcBorders>
          </w:tcPr>
          <w:p w14:paraId="29787CC5" w14:textId="77777777" w:rsidR="009446D0" w:rsidRPr="00732701" w:rsidRDefault="0084596B">
            <w:pPr>
              <w:spacing w:before="60" w:after="60" w:line="240" w:lineRule="auto"/>
              <w:rPr>
                <w:color w:val="000000"/>
                <w:sz w:val="16"/>
                <w:lang w:val="it-IT"/>
              </w:rPr>
            </w:pPr>
            <w:r w:rsidRPr="00732701">
              <w:rPr>
                <w:color w:val="000000"/>
                <w:sz w:val="16"/>
                <w:lang w:val="it-IT"/>
              </w:rPr>
              <w:t xml:space="preserve">Celecoxib + </w:t>
            </w:r>
            <w:proofErr w:type="spellStart"/>
            <w:r w:rsidRPr="00732701">
              <w:rPr>
                <w:color w:val="000000"/>
                <w:sz w:val="16"/>
                <w:lang w:val="it-IT"/>
              </w:rPr>
              <w:t>risperidone</w:t>
            </w:r>
            <w:proofErr w:type="spellEnd"/>
            <w:r w:rsidRPr="00732701">
              <w:rPr>
                <w:color w:val="000000"/>
                <w:sz w:val="16"/>
                <w:lang w:val="it-IT"/>
              </w:rPr>
              <w:t xml:space="preserve"> 200 mg OD + 4–6 mg OD (N = 50)</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0E5754DB" w14:textId="77777777" w:rsidR="009446D0" w:rsidRPr="00EB75F0" w:rsidRDefault="0084596B">
            <w:pPr>
              <w:spacing w:before="60" w:after="60" w:line="240" w:lineRule="auto"/>
              <w:rPr>
                <w:color w:val="1E1E1E"/>
                <w:sz w:val="16"/>
              </w:rPr>
            </w:pPr>
            <w:r w:rsidRPr="00EB75F0">
              <w:rPr>
                <w:color w:val="000000"/>
                <w:sz w:val="16"/>
              </w:rPr>
              <w:t>Exclude whole study (</w:t>
            </w:r>
            <w:r w:rsidRPr="00EB75F0">
              <w:rPr>
                <w:color w:val="1E1E1E"/>
                <w:sz w:val="16"/>
              </w:rPr>
              <w:t xml:space="preserve">celecoxib + risperidone </w:t>
            </w:r>
            <w:r w:rsidRPr="00EB75F0">
              <w:rPr>
                <w:color w:val="000000"/>
                <w:sz w:val="16"/>
              </w:rPr>
              <w:t>not in scope of research question, per PICOS table and cannot act as a common comparator link in the network. Inclusion in network would add no relevant comparative effectiveness info versus relevant comparators)</w:t>
            </w:r>
          </w:p>
        </w:tc>
      </w:tr>
      <w:tr w:rsidR="009446D0" w:rsidRPr="00EB75F0" w14:paraId="0F48D6A8"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24912871" w14:textId="138B8545" w:rsidR="009446D0" w:rsidRPr="00EB75F0" w:rsidRDefault="0084596B">
            <w:pPr>
              <w:spacing w:before="60" w:after="60" w:line="240" w:lineRule="auto"/>
              <w:rPr>
                <w:color w:val="1E1E1E"/>
                <w:sz w:val="16"/>
              </w:rPr>
            </w:pPr>
            <w:r w:rsidRPr="00EB75F0">
              <w:rPr>
                <w:color w:val="1E1E1E"/>
                <w:sz w:val="16"/>
              </w:rPr>
              <w:t>Addington 2004</w:t>
            </w:r>
            <w:r w:rsidR="0031308D" w:rsidRPr="00EB75F0">
              <w:fldChar w:fldCharType="begin"/>
            </w:r>
            <w:r w:rsidR="00452EF4">
              <w:instrText xml:space="preserve"> ADDIN EN.CITE &lt;EndNote&gt;&lt;Cite&gt;&lt;Author&gt;Addington&lt;/Author&gt;&lt;Year&gt;2004&lt;/Year&gt;&lt;RecNum&gt;85&lt;/RecNum&gt;&lt;DisplayText&gt;&lt;style face="superscript"&gt;88&lt;/style&gt;&lt;/DisplayText&gt;&lt;record&gt;&lt;rec-number&gt;85&lt;/rec-number&gt;&lt;foreign-keys&gt;&lt;key app="EN" db-id="9ttaxzax2p0tr7ewzt55atews50zvxaaa5rz" timestamp="1764068843"&gt;85&lt;/key&gt;&lt;/foreign-keys&gt;&lt;ref-type name="Journal Article"&gt;17&lt;/ref-type&gt;&lt;contributors&gt;&lt;authors&gt;&lt;author&gt;Addington, Donald EN&lt;/author&gt;&lt;author&gt;Pantelis, Christos&lt;/author&gt;&lt;author&gt;Dineen, Mary&lt;/author&gt;&lt;author&gt;Benattia, Isma&lt;/author&gt;&lt;author&gt;Romano, Steven J&lt;/author&gt;&lt;/authors&gt;&lt;/contributors&gt;&lt;titles&gt;&lt;title&gt;Efficacy and tolerability of ziprasidone versus risperidone in patients with acute exacerbation of schizophrenia or schizoaffective disorder: an 8-week, double-blind, multicenter trial&lt;/title&gt;&lt;secondary-title&gt;Journal of clinical Psychiatry&lt;/secondary-title&gt;&lt;/titles&gt;&lt;periodical&gt;&lt;full-title&gt;Journal of Clinical Psychiatry&lt;/full-title&gt;&lt;/periodical&gt;&lt;pages&gt;1624-1633&lt;/pages&gt;&lt;volume&gt;65&lt;/volume&gt;&lt;number&gt;12&lt;/number&gt;&lt;dates&gt;&lt;year&gt;2004&lt;/year&gt;&lt;/dates&gt;&lt;isbn&gt;0160-6689&lt;/isbn&gt;&lt;urls&gt;&lt;/urls&gt;&lt;/record&gt;&lt;/Cite&gt;&lt;/EndNote&gt;</w:instrText>
            </w:r>
            <w:r w:rsidR="0031308D" w:rsidRPr="00EB75F0">
              <w:fldChar w:fldCharType="separate"/>
            </w:r>
            <w:r w:rsidR="00452EF4" w:rsidRPr="00452EF4">
              <w:rPr>
                <w:noProof/>
                <w:vertAlign w:val="superscript"/>
              </w:rPr>
              <w:t>88</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6FC94799" w14:textId="77777777" w:rsidR="009446D0" w:rsidRPr="00EB75F0" w:rsidRDefault="0084596B">
            <w:pPr>
              <w:spacing w:before="60" w:after="60" w:line="240" w:lineRule="auto"/>
              <w:rPr>
                <w:color w:val="0070C0"/>
                <w:sz w:val="16"/>
              </w:rPr>
            </w:pPr>
            <w:r w:rsidRPr="00EB75F0">
              <w:rPr>
                <w:color w:val="0070C0"/>
                <w:sz w:val="16"/>
              </w:rPr>
              <w:t>Risperidone 1–5 mg BD (N = 147)</w:t>
            </w:r>
          </w:p>
        </w:tc>
        <w:tc>
          <w:tcPr>
            <w:tcW w:w="3600" w:type="dxa"/>
            <w:tcBorders>
              <w:top w:val="single" w:sz="4" w:space="0" w:color="000000"/>
              <w:left w:val="single" w:sz="4" w:space="0" w:color="000000"/>
              <w:bottom w:val="single" w:sz="4" w:space="0" w:color="000000"/>
              <w:right w:val="single" w:sz="4" w:space="0" w:color="000000"/>
            </w:tcBorders>
          </w:tcPr>
          <w:p w14:paraId="17CC9C8A" w14:textId="77777777" w:rsidR="009446D0" w:rsidRPr="00EB75F0" w:rsidRDefault="0084596B">
            <w:pPr>
              <w:spacing w:before="60" w:after="60" w:line="240" w:lineRule="auto"/>
              <w:rPr>
                <w:color w:val="000000"/>
                <w:sz w:val="16"/>
              </w:rPr>
            </w:pPr>
            <w:r w:rsidRPr="00EB75F0">
              <w:rPr>
                <w:color w:val="000000"/>
                <w:sz w:val="16"/>
              </w:rPr>
              <w:t>Ziprasidone 40–80 mg BD (N = 149)</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1F9E1999" w14:textId="77777777" w:rsidR="009446D0" w:rsidRPr="00EB75F0" w:rsidRDefault="0084596B">
            <w:pPr>
              <w:spacing w:before="60" w:after="60" w:line="240" w:lineRule="auto"/>
              <w:rPr>
                <w:color w:val="FF0000"/>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6BE682E6"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785F96DC" w14:textId="7BFA70D0" w:rsidR="009446D0" w:rsidRPr="00EB75F0" w:rsidRDefault="0084596B">
            <w:pPr>
              <w:spacing w:before="60" w:after="60" w:line="240" w:lineRule="auto"/>
              <w:rPr>
                <w:color w:val="1E1E1E"/>
                <w:sz w:val="16"/>
              </w:rPr>
            </w:pPr>
            <w:proofErr w:type="spellStart"/>
            <w:r w:rsidRPr="00EB75F0">
              <w:rPr>
                <w:color w:val="1E1E1E"/>
                <w:sz w:val="16"/>
              </w:rPr>
              <w:t>Potkin</w:t>
            </w:r>
            <w:proofErr w:type="spellEnd"/>
            <w:r w:rsidRPr="00EB75F0">
              <w:rPr>
                <w:color w:val="1E1E1E"/>
                <w:sz w:val="16"/>
              </w:rPr>
              <w:t xml:space="preserve"> 2006</w:t>
            </w:r>
            <w:r w:rsidR="0031308D" w:rsidRPr="00EB75F0">
              <w:fldChar w:fldCharType="begin"/>
            </w:r>
            <w:r w:rsidR="00452EF4">
              <w:instrText xml:space="preserve"> ADDIN EN.CITE &lt;EndNote&gt;&lt;Cite&gt;&lt;Author&gt;Potkin&lt;/Author&gt;&lt;Year&gt;2006&lt;/Year&gt;&lt;RecNum&gt;86&lt;/RecNum&gt;&lt;DisplayText&gt;&lt;style face="superscript"&gt;89&lt;/style&gt;&lt;/DisplayText&gt;&lt;record&gt;&lt;rec-number&gt;86&lt;/rec-number&gt;&lt;foreign-keys&gt;&lt;key app="EN" db-id="9ttaxzax2p0tr7ewzt55atews50zvxaaa5rz" timestamp="1764068844"&gt;86&lt;/key&gt;&lt;/foreign-keys&gt;&lt;ref-type name="Journal Article"&gt;17&lt;/ref-type&gt;&lt;contributors&gt;&lt;authors&gt;&lt;author&gt;Potkin, S. G.&lt;/author&gt;&lt;author&gt;Gharabawi, G. M.&lt;/author&gt;&lt;author&gt;Greenspan, A. J.&lt;/author&gt;&lt;author&gt;Mahmoud, R.&lt;/author&gt;&lt;author&gt;Kosik-Gonzalez, C.&lt;/author&gt;&lt;author&gt;Rupnow, M. F.&lt;/author&gt;&lt;author&gt;Bossie, C. A.&lt;/author&gt;&lt;author&gt;Davidson, M.&lt;/author&gt;&lt;author&gt;Burtea, V.&lt;/author&gt;&lt;author&gt;Zhu, Y.&lt;/author&gt;&lt;author&gt;Trivedi, J. K.&lt;/author&gt;&lt;/authors&gt;&lt;/contributors&gt;&lt;titles&gt;&lt;title&gt;A double-blind comparison of risperidone, quetiapine and placebo in patients with schizophrenia experiencing an acute exacerbation requiring hospitalization&lt;/title&gt;&lt;secondary-title&gt;Schizophr Res&lt;/secondary-title&gt;&lt;/titles&gt;&lt;periodical&gt;&lt;full-title&gt;Schizophr Res&lt;/full-title&gt;&lt;/periodical&gt;&lt;pages&gt;254-65&lt;/pages&gt;&lt;volume&gt;85&lt;/volume&gt;&lt;number&gt;1-3&lt;/number&gt;&lt;dates&gt;&lt;year&gt;2006&lt;/year&gt;&lt;pub-dates&gt;&lt;date&gt;20060621&lt;/date&gt;&lt;/pub-dates&gt;&lt;/dates&gt;&lt;pub-location&gt;University of California, Irvine, Orange, 92696, USA. sgpotkin@uci.edu&lt;/pub-location&gt;&lt;isbn&gt;0920-9964 (Print) 0920-9964 (Linking)&lt;/isbn&gt;&lt;urls&gt;&lt;related-urls&gt;&lt;url&gt;https://www.ncbi.nlm.nih.gov/pubmed/16797162&lt;/url&gt;&lt;/related-urls&gt;&lt;/urls&gt;&lt;electronic-resource-num&gt;10.1016/j.schres.2006.03.027&lt;/electronic-resource-num&gt;&lt;/record&gt;&lt;/Cite&gt;&lt;/EndNote&gt;</w:instrText>
            </w:r>
            <w:r w:rsidR="0031308D" w:rsidRPr="00EB75F0">
              <w:fldChar w:fldCharType="separate"/>
            </w:r>
            <w:r w:rsidR="00452EF4" w:rsidRPr="00452EF4">
              <w:rPr>
                <w:noProof/>
                <w:vertAlign w:val="superscript"/>
              </w:rPr>
              <w:t>89</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062B8018" w14:textId="77777777" w:rsidR="009446D0" w:rsidRPr="00732701" w:rsidRDefault="0084596B">
            <w:pPr>
              <w:spacing w:before="60" w:after="60" w:line="240" w:lineRule="auto"/>
              <w:rPr>
                <w:color w:val="0070C0"/>
                <w:sz w:val="16"/>
                <w:lang w:val="it-IT"/>
              </w:rPr>
            </w:pPr>
            <w:r w:rsidRPr="00732701">
              <w:rPr>
                <w:color w:val="0070C0"/>
                <w:sz w:val="16"/>
                <w:lang w:val="it-IT"/>
              </w:rPr>
              <w:t>Risperidone 1–6 mg OD (N = 153),</w:t>
            </w:r>
          </w:p>
          <w:p w14:paraId="4DDDCA19" w14:textId="77777777" w:rsidR="009446D0" w:rsidRPr="00732701" w:rsidRDefault="0084596B">
            <w:pPr>
              <w:spacing w:before="60" w:after="60" w:line="240" w:lineRule="auto"/>
              <w:rPr>
                <w:color w:val="0070C0"/>
                <w:sz w:val="16"/>
                <w:lang w:val="it-IT"/>
              </w:rPr>
            </w:pPr>
            <w:r w:rsidRPr="00732701">
              <w:rPr>
                <w:color w:val="00B050"/>
                <w:sz w:val="16"/>
                <w:lang w:val="it-IT"/>
              </w:rPr>
              <w:t>Quetiapine 400–600 mg OD (N = 156)</w:t>
            </w:r>
          </w:p>
        </w:tc>
        <w:tc>
          <w:tcPr>
            <w:tcW w:w="3600" w:type="dxa"/>
            <w:tcBorders>
              <w:top w:val="single" w:sz="4" w:space="0" w:color="000000"/>
              <w:left w:val="single" w:sz="4" w:space="0" w:color="000000"/>
              <w:bottom w:val="single" w:sz="4" w:space="0" w:color="000000"/>
              <w:right w:val="single" w:sz="4" w:space="0" w:color="000000"/>
            </w:tcBorders>
          </w:tcPr>
          <w:p w14:paraId="509EEF75" w14:textId="77777777" w:rsidR="009446D0" w:rsidRPr="00EB75F0" w:rsidRDefault="0084596B">
            <w:pPr>
              <w:spacing w:before="60" w:after="60" w:line="240" w:lineRule="auto"/>
              <w:rPr>
                <w:color w:val="1E1E1E"/>
                <w:sz w:val="16"/>
              </w:rPr>
            </w:pPr>
            <w:r w:rsidRPr="00732701">
              <w:rPr>
                <w:color w:val="1E1E1E"/>
                <w:sz w:val="16"/>
                <w:lang w:val="it-IT"/>
              </w:rPr>
              <w:br/>
            </w:r>
            <w:r w:rsidRPr="00EB75F0">
              <w:rPr>
                <w:color w:val="1E1E1E"/>
                <w:sz w:val="16"/>
              </w:rPr>
              <w:t>Placebo (N = 73)</w:t>
            </w:r>
          </w:p>
        </w:tc>
        <w:tc>
          <w:tcPr>
            <w:tcW w:w="5696" w:type="dxa"/>
            <w:tcBorders>
              <w:top w:val="single" w:sz="4" w:space="0" w:color="000000"/>
              <w:left w:val="single" w:sz="4" w:space="0" w:color="000000"/>
              <w:bottom w:val="single" w:sz="4" w:space="0" w:color="000000"/>
              <w:right w:val="single" w:sz="4" w:space="0" w:color="000000"/>
            </w:tcBorders>
          </w:tcPr>
          <w:p w14:paraId="7C553531"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6F578DCE"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05389331" w14:textId="1F461AF3" w:rsidR="009446D0" w:rsidRPr="00EB75F0" w:rsidRDefault="0084596B">
            <w:pPr>
              <w:spacing w:before="60" w:after="60" w:line="240" w:lineRule="auto"/>
              <w:rPr>
                <w:color w:val="1E1E1E"/>
                <w:sz w:val="16"/>
              </w:rPr>
            </w:pPr>
            <w:r w:rsidRPr="00EB75F0">
              <w:rPr>
                <w:color w:val="1E1E1E"/>
                <w:sz w:val="16"/>
              </w:rPr>
              <w:t>Li 2015</w:t>
            </w:r>
            <w:r w:rsidRPr="00EB75F0">
              <w:t xml:space="preserve"> </w:t>
            </w:r>
            <w:r w:rsidR="0031308D" w:rsidRPr="00EB75F0">
              <w:fldChar w:fldCharType="begin"/>
            </w:r>
            <w:r w:rsidR="00452EF4">
              <w:instrText xml:space="preserve"> ADDIN EN.CITE &lt;EndNote&gt;&lt;Cite&gt;&lt;Author&gt;Huafang Li a&lt;/Author&gt;&lt;Year&gt;2015&lt;/Year&gt;&lt;RecNum&gt;87&lt;/RecNum&gt;&lt;DisplayText&gt;&lt;style face="superscript"&gt;90&lt;/style&gt;&lt;/DisplayText&gt;&lt;record&gt;&lt;rec-number&gt;87&lt;/rec-number&gt;&lt;foreign-keys&gt;&lt;key app="EN" db-id="9ttaxzax2p0tr7ewzt55atews50zvxaaa5rz" timestamp="1764068844"&gt;87&lt;/key&gt;&lt;/foreign-keys&gt;&lt;ref-type name="Journal Article"&gt;17&lt;/ref-type&gt;&lt;contributors&gt;&lt;authors&gt;&lt;author&gt;Huafang Li a, Chen Yao b, Jianguo Shi c, Fude Yang d, Shuguang Qi e, Lili Wang f, Honggeng Zhang g, Jie Li h, Chuanyue Wang i, Chuansheng Wang j, Cui Liu k, Lehua Li l, Qiang Wang m, Keqing Li n, Xiaoyan Luo o, Niufan Gu&lt;/author&gt;&lt;/authors&gt;&lt;/contributors&gt;&lt;titles&gt;&lt;title&gt;Comparative study of the efficacy and safety between blonanserin and risperidone for the treatment of schizophrenia in Chinese patients: A double-blind, parallel-group multicenter randomized trial&lt;/title&gt;&lt;secondary-title&gt;Journal of Psychiatric Research&lt;/secondary-title&gt;&lt;/titles&gt;&lt;periodical&gt;&lt;full-title&gt;Journal of Psychiatric Research&lt;/full-title&gt;&lt;/periodical&gt;&lt;pages&gt;102-109&lt;/pages&gt;&lt;volume&gt;69&lt;/volume&gt;&lt;dates&gt;&lt;year&gt;2015&lt;/year&gt;&lt;/dates&gt;&lt;urls&gt;&lt;/urls&gt;&lt;/record&gt;&lt;/Cite&gt;&lt;/EndNote&gt;</w:instrText>
            </w:r>
            <w:r w:rsidR="0031308D" w:rsidRPr="00EB75F0">
              <w:fldChar w:fldCharType="separate"/>
            </w:r>
            <w:r w:rsidR="00452EF4" w:rsidRPr="00452EF4">
              <w:rPr>
                <w:noProof/>
                <w:vertAlign w:val="superscript"/>
              </w:rPr>
              <w:t>90</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667365FC" w14:textId="77777777" w:rsidR="009446D0" w:rsidRPr="00EB75F0" w:rsidRDefault="0084596B">
            <w:pPr>
              <w:spacing w:before="60" w:after="60" w:line="240" w:lineRule="auto"/>
              <w:rPr>
                <w:color w:val="1E1E1E"/>
                <w:sz w:val="16"/>
              </w:rPr>
            </w:pPr>
            <w:r w:rsidRPr="00EB75F0">
              <w:rPr>
                <w:color w:val="00B050"/>
                <w:sz w:val="16"/>
              </w:rPr>
              <w:t>Risperidone 2–6 mg OD (N = 136)</w:t>
            </w:r>
          </w:p>
        </w:tc>
        <w:tc>
          <w:tcPr>
            <w:tcW w:w="3600" w:type="dxa"/>
            <w:tcBorders>
              <w:top w:val="single" w:sz="4" w:space="0" w:color="000000"/>
              <w:left w:val="single" w:sz="4" w:space="0" w:color="000000"/>
              <w:bottom w:val="single" w:sz="4" w:space="0" w:color="000000"/>
              <w:right w:val="single" w:sz="4" w:space="0" w:color="000000"/>
            </w:tcBorders>
          </w:tcPr>
          <w:p w14:paraId="741C74AC" w14:textId="77777777" w:rsidR="009446D0" w:rsidRPr="00EB75F0" w:rsidRDefault="0084596B">
            <w:pPr>
              <w:spacing w:before="60" w:after="60" w:line="240" w:lineRule="auto"/>
              <w:rPr>
                <w:color w:val="000000"/>
                <w:sz w:val="16"/>
              </w:rPr>
            </w:pPr>
            <w:proofErr w:type="spellStart"/>
            <w:r w:rsidRPr="00EB75F0">
              <w:rPr>
                <w:color w:val="000000"/>
                <w:sz w:val="16"/>
              </w:rPr>
              <w:t>Blonanserin</w:t>
            </w:r>
            <w:proofErr w:type="spellEnd"/>
            <w:r w:rsidRPr="00EB75F0">
              <w:rPr>
                <w:color w:val="000000"/>
                <w:sz w:val="16"/>
              </w:rPr>
              <w:t xml:space="preserve"> 8–24 mg OD (N = 131)</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02B4DB8E" w14:textId="77777777" w:rsidR="009446D0" w:rsidRPr="00EB75F0" w:rsidRDefault="0084596B">
            <w:pPr>
              <w:spacing w:before="60" w:after="60" w:line="240" w:lineRule="auto"/>
              <w:rPr>
                <w:color w:val="FF0000"/>
                <w:sz w:val="16"/>
              </w:rPr>
            </w:pPr>
            <w:r w:rsidRPr="00EB75F0">
              <w:rPr>
                <w:color w:val="000000"/>
                <w:sz w:val="16"/>
              </w:rPr>
              <w:t>Exclude whole study (</w:t>
            </w:r>
            <w:proofErr w:type="spellStart"/>
            <w:r w:rsidRPr="00EB75F0">
              <w:rPr>
                <w:color w:val="1E1E1E"/>
                <w:sz w:val="16"/>
              </w:rPr>
              <w:t>blonanserin</w:t>
            </w:r>
            <w:proofErr w:type="spellEnd"/>
            <w:r w:rsidRPr="00EB75F0">
              <w:rPr>
                <w:color w:val="1E1E1E"/>
                <w:sz w:val="16"/>
              </w:rPr>
              <w:t xml:space="preserve"> </w:t>
            </w:r>
            <w:r w:rsidRPr="00EB75F0">
              <w:rPr>
                <w:color w:val="000000"/>
                <w:sz w:val="16"/>
              </w:rPr>
              <w:t>not in scope of research question, per PICOS table and cannot act as a common comparator link in the network. Inclusion in network would add no relevant comparative effectiveness info versus relevant comparators)</w:t>
            </w:r>
          </w:p>
        </w:tc>
      </w:tr>
      <w:tr w:rsidR="009446D0" w:rsidRPr="00EB75F0" w14:paraId="3D741597"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0CE81306" w14:textId="25C62C28" w:rsidR="009446D0" w:rsidRPr="00EB75F0" w:rsidRDefault="0084596B">
            <w:pPr>
              <w:keepNext/>
              <w:spacing w:before="60" w:after="60" w:line="240" w:lineRule="auto"/>
              <w:rPr>
                <w:color w:val="1E1E1E"/>
                <w:sz w:val="16"/>
              </w:rPr>
            </w:pPr>
            <w:r w:rsidRPr="00EB75F0">
              <w:rPr>
                <w:color w:val="1E1E1E"/>
                <w:sz w:val="16"/>
              </w:rPr>
              <w:lastRenderedPageBreak/>
              <w:t>Huttunen 1995</w:t>
            </w:r>
            <w:r w:rsidR="0031308D" w:rsidRPr="00EB75F0">
              <w:fldChar w:fldCharType="begin"/>
            </w:r>
            <w:r w:rsidR="00452EF4">
              <w:instrText xml:space="preserve"> ADDIN EN.CITE &lt;EndNote&gt;&lt;Cite&gt;&lt;Author&gt;Huttunen&lt;/Author&gt;&lt;Year&gt;1995&lt;/Year&gt;&lt;RecNum&gt;88&lt;/RecNum&gt;&lt;DisplayText&gt;&lt;style face="superscript"&gt;91&lt;/style&gt;&lt;/DisplayText&gt;&lt;record&gt;&lt;rec-number&gt;88&lt;/rec-number&gt;&lt;foreign-keys&gt;&lt;key app="EN" db-id="9ttaxzax2p0tr7ewzt55atews50zvxaaa5rz" timestamp="1764068844"&gt;88&lt;/key&gt;&lt;/foreign-keys&gt;&lt;ref-type name="Journal Article"&gt;17&lt;/ref-type&gt;&lt;contributors&gt;&lt;authors&gt;&lt;author&gt;Huttunen, Matti O&lt;/author&gt;&lt;author&gt;Piepponen, T&lt;/author&gt;&lt;author&gt;Rantanen, H&lt;/author&gt;&lt;author&gt;Larmo, I&lt;/author&gt;&lt;author&gt;Nyholm, R&lt;/author&gt;&lt;author&gt;Raitasuo, Virpi&lt;/author&gt;&lt;/authors&gt;&lt;/contributors&gt;&lt;titles&gt;&lt;title&gt;Risperidone versus zuclopenthixol in the treatment of acute schizophrenic episodes: a double</w:instrText>
            </w:r>
            <w:r w:rsidR="00452EF4">
              <w:rPr>
                <w:rFonts w:ascii="Cambria Math" w:hAnsi="Cambria Math" w:cs="Cambria Math"/>
              </w:rPr>
              <w:instrText>‐</w:instrText>
            </w:r>
            <w:r w:rsidR="00452EF4">
              <w:instrText>blind parallel</w:instrText>
            </w:r>
            <w:r w:rsidR="00452EF4">
              <w:rPr>
                <w:rFonts w:ascii="Cambria Math" w:hAnsi="Cambria Math" w:cs="Cambria Math"/>
              </w:rPr>
              <w:instrText>‐</w:instrText>
            </w:r>
            <w:r w:rsidR="00452EF4">
              <w:instrText>group trial&lt;/title&gt;&lt;secondary-title&gt;Acta Psychiatrica Scandinavica&lt;/secondary-title&gt;&lt;/titles&gt;&lt;periodical&gt;&lt;full-title&gt;Acta Psychiatrica Scandinavica&lt;/full-title&gt;&lt;/periodical&gt;&lt;pages&gt;271-277&lt;/pages&gt;&lt;volume&gt;91&lt;/volume&gt;&lt;number&gt;4&lt;/number&gt;&lt;dates&gt;&lt;year&gt;1995&lt;/year&gt;&lt;/dates&gt;&lt;isbn&gt;0001-690X&lt;/isbn&gt;&lt;urls&gt;&lt;/urls&gt;&lt;/record&gt;&lt;/Cite&gt;&lt;/EndNote&gt;</w:instrText>
            </w:r>
            <w:r w:rsidR="0031308D" w:rsidRPr="00EB75F0">
              <w:fldChar w:fldCharType="separate"/>
            </w:r>
            <w:r w:rsidR="00452EF4" w:rsidRPr="00452EF4">
              <w:rPr>
                <w:noProof/>
                <w:vertAlign w:val="superscript"/>
              </w:rPr>
              <w:t>91</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3E2E890C" w14:textId="77777777" w:rsidR="009446D0" w:rsidRPr="00EB75F0" w:rsidRDefault="0084596B">
            <w:pPr>
              <w:keepNext/>
              <w:spacing w:before="60" w:after="60" w:line="240" w:lineRule="auto"/>
              <w:rPr>
                <w:color w:val="1E1E1E"/>
                <w:sz w:val="16"/>
              </w:rPr>
            </w:pPr>
            <w:r w:rsidRPr="00EB75F0">
              <w:rPr>
                <w:color w:val="00B050"/>
                <w:sz w:val="16"/>
              </w:rPr>
              <w:t>Risperidone 8 mg OD (N = 48)</w:t>
            </w:r>
          </w:p>
        </w:tc>
        <w:tc>
          <w:tcPr>
            <w:tcW w:w="3600" w:type="dxa"/>
            <w:tcBorders>
              <w:top w:val="single" w:sz="4" w:space="0" w:color="000000"/>
              <w:left w:val="single" w:sz="4" w:space="0" w:color="000000"/>
              <w:bottom w:val="single" w:sz="4" w:space="0" w:color="000000"/>
              <w:right w:val="single" w:sz="4" w:space="0" w:color="000000"/>
            </w:tcBorders>
          </w:tcPr>
          <w:p w14:paraId="1A4C7039" w14:textId="77777777" w:rsidR="009446D0" w:rsidRPr="00EB75F0" w:rsidRDefault="0084596B">
            <w:pPr>
              <w:keepNext/>
              <w:spacing w:before="60" w:after="60" w:line="240" w:lineRule="auto"/>
              <w:rPr>
                <w:color w:val="000000"/>
                <w:sz w:val="16"/>
              </w:rPr>
            </w:pPr>
            <w:r w:rsidRPr="00EB75F0">
              <w:rPr>
                <w:color w:val="000000"/>
                <w:sz w:val="16"/>
              </w:rPr>
              <w:t>Zuclopenthixol 38 mg OD (N = 50)</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0179EC8A" w14:textId="77777777" w:rsidR="009446D0" w:rsidRPr="00EB75F0" w:rsidRDefault="0084596B">
            <w:pPr>
              <w:keepNext/>
              <w:spacing w:before="60" w:after="60" w:line="240" w:lineRule="auto"/>
              <w:rPr>
                <w:color w:val="1E1E1E"/>
                <w:sz w:val="16"/>
              </w:rPr>
            </w:pPr>
            <w:r w:rsidRPr="00EB75F0">
              <w:rPr>
                <w:color w:val="000000"/>
                <w:sz w:val="16"/>
              </w:rPr>
              <w:t>Exclude whole study (</w:t>
            </w:r>
            <w:r w:rsidRPr="00EB75F0">
              <w:rPr>
                <w:color w:val="1E1E1E"/>
                <w:sz w:val="16"/>
              </w:rPr>
              <w:t xml:space="preserve">zuclopenthixol </w:t>
            </w:r>
            <w:r w:rsidRPr="00EB75F0">
              <w:rPr>
                <w:color w:val="000000"/>
                <w:sz w:val="16"/>
              </w:rPr>
              <w:t>not in scope of research question, per PICOS table and cannot act as a common comparator link in the network. Inclusion in network would add no relevant comparative effectiveness info versus relevant comparators)</w:t>
            </w:r>
          </w:p>
        </w:tc>
      </w:tr>
      <w:tr w:rsidR="009446D0" w:rsidRPr="00EB75F0" w14:paraId="797FE675"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296D292F" w14:textId="691EFACE" w:rsidR="009446D0" w:rsidRPr="00EB75F0" w:rsidRDefault="0084596B">
            <w:pPr>
              <w:keepNext/>
              <w:spacing w:before="60" w:after="60" w:line="240" w:lineRule="auto"/>
              <w:rPr>
                <w:color w:val="1E1E1E"/>
                <w:sz w:val="16"/>
              </w:rPr>
            </w:pPr>
            <w:r w:rsidRPr="00EB75F0">
              <w:rPr>
                <w:color w:val="1E1E1E"/>
                <w:sz w:val="16"/>
              </w:rPr>
              <w:t>Parvizi 2019</w:t>
            </w:r>
            <w:r w:rsidR="0031308D" w:rsidRPr="00EB75F0">
              <w:fldChar w:fldCharType="begin"/>
            </w:r>
            <w:r w:rsidR="00452EF4">
              <w:instrText xml:space="preserve"> ADDIN EN.CITE &lt;EndNote&gt;&lt;Cite&gt;&lt;Author&gt;Parvizi&lt;/Author&gt;&lt;Year&gt;2019&lt;/Year&gt;&lt;RecNum&gt;89&lt;/RecNum&gt;&lt;DisplayText&gt;&lt;style face="superscript"&gt;92&lt;/style&gt;&lt;/DisplayText&gt;&lt;record&gt;&lt;rec-number&gt;89&lt;/rec-number&gt;&lt;foreign-keys&gt;&lt;key app="EN" db-id="9ttaxzax2p0tr7ewzt55atews50zvxaaa5rz" timestamp="1764068844"&gt;89&lt;/key&gt;&lt;/foreign-keys&gt;&lt;ref-type name="Journal Article"&gt;17&lt;/ref-type&gt;&lt;contributors&gt;&lt;authors&gt;&lt;author&gt;Parvizi, Maedeh&lt;/author&gt;&lt;author&gt;Fadai, Farbod&lt;/author&gt;&lt;author&gt;Khodaei-Ardakani, Moahammad Reza&lt;/author&gt;&lt;author&gt;Amin, Gholamreza&lt;/author&gt;&lt;author&gt;Abdi, Leila&lt;/author&gt;&lt;author&gt;Noroozi, Mehdi&lt;/author&gt;&lt;author&gt;Ansari, Iman&lt;/author&gt;&lt;/authors&gt;&lt;/contributors&gt;&lt;titles&gt;&lt;title&gt;Effect of Cuscuta epithymum acquainted with risperidone on the improvement of clinical symptoms and cognitive impairment in patients with schizophrenia: A triple-blind randomized placebo-controlled trial&lt;/title&gt;&lt;secondary-title&gt;Galen Medical Journal&lt;/secondary-title&gt;&lt;/titles&gt;&lt;periodical&gt;&lt;full-title&gt;Galen Medical Journal&lt;/full-title&gt;&lt;/periodical&gt;&lt;pages&gt;e1334&lt;/pages&gt;&lt;volume&gt;8&lt;/volume&gt;&lt;dates&gt;&lt;year&gt;2019&lt;/year&gt;&lt;/dates&gt;&lt;urls&gt;&lt;/urls&gt;&lt;/record&gt;&lt;/Cite&gt;&lt;/EndNote&gt;</w:instrText>
            </w:r>
            <w:r w:rsidR="0031308D" w:rsidRPr="00EB75F0">
              <w:fldChar w:fldCharType="separate"/>
            </w:r>
            <w:r w:rsidR="00452EF4" w:rsidRPr="00452EF4">
              <w:rPr>
                <w:noProof/>
                <w:vertAlign w:val="superscript"/>
              </w:rPr>
              <w:t>92</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shd w:val="clear" w:color="auto" w:fill="FFFFFF"/>
          </w:tcPr>
          <w:p w14:paraId="5BD1C185" w14:textId="77777777" w:rsidR="009446D0" w:rsidRPr="00EB75F0" w:rsidRDefault="0084596B">
            <w:pPr>
              <w:spacing w:before="60" w:after="60" w:line="240" w:lineRule="auto"/>
              <w:rPr>
                <w:color w:val="1E1E1E"/>
                <w:sz w:val="16"/>
              </w:rPr>
            </w:pPr>
            <w:r w:rsidRPr="00EB75F0">
              <w:rPr>
                <w:color w:val="1E1E1E"/>
                <w:sz w:val="16"/>
              </w:rPr>
              <w:t>Risperidone (N = 15)</w:t>
            </w:r>
          </w:p>
        </w:tc>
        <w:tc>
          <w:tcPr>
            <w:tcW w:w="3600" w:type="dxa"/>
            <w:tcBorders>
              <w:top w:val="single" w:sz="4" w:space="0" w:color="000000"/>
              <w:left w:val="single" w:sz="4" w:space="0" w:color="000000"/>
              <w:bottom w:val="single" w:sz="4" w:space="0" w:color="000000"/>
              <w:right w:val="single" w:sz="4" w:space="0" w:color="000000"/>
            </w:tcBorders>
          </w:tcPr>
          <w:p w14:paraId="18F9F62B" w14:textId="77777777" w:rsidR="009446D0" w:rsidRPr="00EB75F0" w:rsidRDefault="0084596B">
            <w:pPr>
              <w:spacing w:before="60" w:after="60" w:line="240" w:lineRule="auto"/>
              <w:rPr>
                <w:color w:val="000000"/>
                <w:sz w:val="16"/>
              </w:rPr>
            </w:pPr>
            <w:r w:rsidRPr="00EB75F0">
              <w:rPr>
                <w:color w:val="000000"/>
                <w:sz w:val="16"/>
              </w:rPr>
              <w:t xml:space="preserve">Risperidone + </w:t>
            </w:r>
            <w:r w:rsidRPr="00EB75F0">
              <w:rPr>
                <w:i/>
                <w:color w:val="1E1E1E"/>
                <w:sz w:val="16"/>
              </w:rPr>
              <w:t xml:space="preserve">Cuscuta </w:t>
            </w:r>
            <w:proofErr w:type="spellStart"/>
            <w:r w:rsidRPr="00EB75F0">
              <w:rPr>
                <w:i/>
                <w:color w:val="1E1E1E"/>
                <w:sz w:val="16"/>
              </w:rPr>
              <w:t>epithymum</w:t>
            </w:r>
            <w:proofErr w:type="spellEnd"/>
            <w:r w:rsidRPr="00EB75F0">
              <w:rPr>
                <w:color w:val="000000"/>
                <w:sz w:val="16"/>
              </w:rPr>
              <w:t xml:space="preserve"> (N = 15)</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486583D9" w14:textId="77777777" w:rsidR="009446D0" w:rsidRPr="00EB75F0" w:rsidRDefault="0084596B">
            <w:pPr>
              <w:spacing w:before="60" w:after="60" w:line="240" w:lineRule="auto"/>
              <w:rPr>
                <w:color w:val="1E1E1E"/>
                <w:sz w:val="16"/>
              </w:rPr>
            </w:pPr>
            <w:r w:rsidRPr="00EB75F0">
              <w:rPr>
                <w:color w:val="000000"/>
                <w:sz w:val="16"/>
              </w:rPr>
              <w:t>Exclude whole study (</w:t>
            </w:r>
            <w:r w:rsidRPr="00EB75F0">
              <w:rPr>
                <w:color w:val="1E1E1E"/>
                <w:sz w:val="16"/>
              </w:rPr>
              <w:t xml:space="preserve">risperidone + </w:t>
            </w:r>
            <w:r w:rsidRPr="00EB75F0">
              <w:rPr>
                <w:i/>
                <w:color w:val="1E1E1E"/>
                <w:sz w:val="16"/>
              </w:rPr>
              <w:t xml:space="preserve">Cuscuta </w:t>
            </w:r>
            <w:proofErr w:type="spellStart"/>
            <w:r w:rsidRPr="00EB75F0">
              <w:rPr>
                <w:i/>
                <w:color w:val="1E1E1E"/>
                <w:sz w:val="16"/>
              </w:rPr>
              <w:t>epithymum</w:t>
            </w:r>
            <w:proofErr w:type="spellEnd"/>
            <w:r w:rsidRPr="00EB75F0">
              <w:rPr>
                <w:color w:val="1E1E1E"/>
                <w:sz w:val="16"/>
              </w:rPr>
              <w:t xml:space="preserve"> </w:t>
            </w:r>
            <w:r w:rsidRPr="00EB75F0">
              <w:rPr>
                <w:color w:val="000000"/>
                <w:sz w:val="16"/>
              </w:rPr>
              <w:t>not in scope of research question, per PICOS table and cannot act as a common comparator link in the network. Inclusion in network would add no relevant comparative effectiveness info versus relevant comparators)</w:t>
            </w:r>
          </w:p>
        </w:tc>
      </w:tr>
      <w:tr w:rsidR="009446D0" w:rsidRPr="00EB75F0" w14:paraId="1259F770"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3AB91369" w14:textId="16167133" w:rsidR="009446D0" w:rsidRPr="00EB75F0" w:rsidRDefault="0084596B">
            <w:pPr>
              <w:spacing w:before="60" w:after="60" w:line="240" w:lineRule="auto"/>
              <w:rPr>
                <w:color w:val="1E1E1E"/>
                <w:sz w:val="16"/>
              </w:rPr>
            </w:pPr>
            <w:r w:rsidRPr="00EB75F0">
              <w:rPr>
                <w:color w:val="1E1E1E"/>
                <w:sz w:val="16"/>
              </w:rPr>
              <w:t>Harvey 2019</w:t>
            </w:r>
            <w:r w:rsidR="0031308D" w:rsidRPr="00EB75F0">
              <w:fldChar w:fldCharType="begin"/>
            </w:r>
            <w:r w:rsidR="00452EF4">
              <w:instrText xml:space="preserve"> ADDIN EN.CITE &lt;EndNote&gt;&lt;Cite&gt;&lt;Author&gt;Harvey&lt;/Author&gt;&lt;Year&gt;2020&lt;/Year&gt;&lt;RecNum&gt;90&lt;/RecNum&gt;&lt;DisplayText&gt;&lt;style face="superscript"&gt;93&lt;/style&gt;&lt;/DisplayText&gt;&lt;record&gt;&lt;rec-number&gt;90&lt;/rec-number&gt;&lt;foreign-keys&gt;&lt;key app="EN" db-id="9ttaxzax2p0tr7ewzt55atews50zvxaaa5rz" timestamp="1764068844"&gt;90&lt;/key&gt;&lt;/foreign-keys&gt;&lt;ref-type name="Journal Article"&gt;17&lt;/ref-type&gt;&lt;contributors&gt;&lt;authors&gt;&lt;author&gt;Harvey, Philip D&lt;/author&gt;&lt;author&gt;Nakamura, Hiroshi&lt;/author&gt;&lt;author&gt;Miura, Sadanori&lt;/author&gt;&lt;/authors&gt;&lt;/contributors&gt;&lt;titles&gt;&lt;title&gt;Blonanserin vs risperidone in Japanese patients with schizophrenia: A post hoc analysis of a phase 3, 8</w:instrText>
            </w:r>
            <w:r w:rsidR="00452EF4">
              <w:rPr>
                <w:rFonts w:ascii="Cambria Math" w:hAnsi="Cambria Math" w:cs="Cambria Math"/>
              </w:rPr>
              <w:instrText>‐</w:instrText>
            </w:r>
            <w:r w:rsidR="00452EF4">
              <w:instrText>week, multicenter, double</w:instrText>
            </w:r>
            <w:r w:rsidR="00452EF4">
              <w:rPr>
                <w:rFonts w:ascii="Cambria Math" w:hAnsi="Cambria Math" w:cs="Cambria Math"/>
              </w:rPr>
              <w:instrText>‐</w:instrText>
            </w:r>
            <w:r w:rsidR="00452EF4">
              <w:instrText>blind, randomized controlled study&lt;/title&gt;&lt;secondary-title&gt;Neuropsychopharmacology reports&lt;/secondary-title&gt;&lt;/titles&gt;&lt;periodical&gt;&lt;full-title&gt;Neuropsychopharmacology reports&lt;/full-title&gt;&lt;/periodical&gt;&lt;pages&gt;63-72&lt;/pages&gt;&lt;volume&gt;40&lt;/volume&gt;&lt;number&gt;1&lt;/number&gt;&lt;dates&gt;&lt;year&gt;2020&lt;/year&gt;&lt;/dates&gt;&lt;isbn&gt;2574-173X&lt;/isbn&gt;&lt;urls&gt;&lt;/urls&gt;&lt;/record&gt;&lt;/Cite&gt;&lt;/EndNote&gt;</w:instrText>
            </w:r>
            <w:r w:rsidR="0031308D" w:rsidRPr="00EB75F0">
              <w:fldChar w:fldCharType="separate"/>
            </w:r>
            <w:r w:rsidR="00452EF4" w:rsidRPr="00452EF4">
              <w:rPr>
                <w:noProof/>
                <w:vertAlign w:val="superscript"/>
              </w:rPr>
              <w:t>93</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692A7530" w14:textId="77777777" w:rsidR="009446D0" w:rsidRPr="00EB75F0" w:rsidRDefault="0084596B">
            <w:pPr>
              <w:spacing w:before="60" w:after="60" w:line="240" w:lineRule="auto"/>
              <w:rPr>
                <w:color w:val="1E1E1E"/>
                <w:sz w:val="16"/>
              </w:rPr>
            </w:pPr>
            <w:r w:rsidRPr="00EB75F0">
              <w:rPr>
                <w:color w:val="00B050"/>
                <w:sz w:val="16"/>
              </w:rPr>
              <w:t>Risperidone 2–6 mg BD (N = 146)</w:t>
            </w:r>
          </w:p>
        </w:tc>
        <w:tc>
          <w:tcPr>
            <w:tcW w:w="3600" w:type="dxa"/>
            <w:tcBorders>
              <w:top w:val="single" w:sz="4" w:space="0" w:color="000000"/>
              <w:left w:val="single" w:sz="4" w:space="0" w:color="000000"/>
              <w:bottom w:val="single" w:sz="4" w:space="0" w:color="000000"/>
              <w:right w:val="single" w:sz="4" w:space="0" w:color="000000"/>
            </w:tcBorders>
          </w:tcPr>
          <w:p w14:paraId="1CDEAEAC" w14:textId="77777777" w:rsidR="009446D0" w:rsidRPr="00EB75F0" w:rsidRDefault="0084596B">
            <w:pPr>
              <w:spacing w:before="60" w:after="60" w:line="240" w:lineRule="auto"/>
              <w:rPr>
                <w:color w:val="000000"/>
                <w:sz w:val="16"/>
              </w:rPr>
            </w:pPr>
            <w:proofErr w:type="spellStart"/>
            <w:r w:rsidRPr="00EB75F0">
              <w:rPr>
                <w:color w:val="000000"/>
                <w:sz w:val="16"/>
              </w:rPr>
              <w:t>Blonanserin</w:t>
            </w:r>
            <w:proofErr w:type="spellEnd"/>
            <w:r w:rsidRPr="00EB75F0">
              <w:rPr>
                <w:color w:val="000000"/>
                <w:sz w:val="16"/>
              </w:rPr>
              <w:t xml:space="preserve"> 8–24 mg BD (N = 156)</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25DFB61B" w14:textId="77777777" w:rsidR="009446D0" w:rsidRPr="00EB75F0" w:rsidRDefault="0084596B">
            <w:pPr>
              <w:spacing w:before="60" w:after="60" w:line="240" w:lineRule="auto"/>
              <w:rPr>
                <w:color w:val="FF0000"/>
                <w:sz w:val="16"/>
              </w:rPr>
            </w:pPr>
            <w:r w:rsidRPr="00EB75F0">
              <w:rPr>
                <w:color w:val="000000"/>
                <w:sz w:val="16"/>
              </w:rPr>
              <w:t>Exclude whole study (</w:t>
            </w:r>
            <w:proofErr w:type="spellStart"/>
            <w:r w:rsidRPr="00EB75F0">
              <w:rPr>
                <w:color w:val="1E1E1E"/>
                <w:sz w:val="16"/>
              </w:rPr>
              <w:t>blonanserin</w:t>
            </w:r>
            <w:proofErr w:type="spellEnd"/>
            <w:r w:rsidRPr="00EB75F0">
              <w:rPr>
                <w:color w:val="1E1E1E"/>
                <w:sz w:val="16"/>
              </w:rPr>
              <w:t xml:space="preserve"> </w:t>
            </w:r>
            <w:r w:rsidRPr="00EB75F0">
              <w:rPr>
                <w:color w:val="000000"/>
                <w:sz w:val="16"/>
              </w:rPr>
              <w:t>not in scope of research question, per PICOS table and cannot act as a common comparator link in the network. Inclusion in network would add no relevant comparative effectiveness info versus relevant comparators)</w:t>
            </w:r>
          </w:p>
        </w:tc>
      </w:tr>
      <w:tr w:rsidR="009446D0" w:rsidRPr="00EB75F0" w14:paraId="7D1983CD"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20763E0F" w14:textId="4375B79C" w:rsidR="009446D0" w:rsidRPr="00EB75F0" w:rsidRDefault="0084596B">
            <w:pPr>
              <w:keepNext/>
              <w:spacing w:before="60" w:after="60" w:line="240" w:lineRule="auto"/>
              <w:rPr>
                <w:color w:val="1E1E1E"/>
                <w:sz w:val="16"/>
              </w:rPr>
            </w:pPr>
            <w:r w:rsidRPr="00EB75F0">
              <w:rPr>
                <w:color w:val="1E1E1E"/>
                <w:sz w:val="16"/>
              </w:rPr>
              <w:t>Yen 2004</w:t>
            </w:r>
            <w:r w:rsidR="0031308D" w:rsidRPr="00EB75F0">
              <w:fldChar w:fldCharType="begin"/>
            </w:r>
            <w:r w:rsidR="00452EF4">
              <w:instrText xml:space="preserve"> ADDIN EN.CITE &lt;EndNote&gt;&lt;Cite&gt;&lt;Author&gt;Yen&lt;/Author&gt;&lt;Year&gt;2004&lt;/Year&gt;&lt;RecNum&gt;91&lt;/RecNum&gt;&lt;DisplayText&gt;&lt;style face="superscript"&gt;94&lt;/style&gt;&lt;/DisplayText&gt;&lt;record&gt;&lt;rec-number&gt;91&lt;/rec-number&gt;&lt;foreign-keys&gt;&lt;key app="EN" db-id="9ttaxzax2p0tr7ewzt55atews50zvxaaa5rz" timestamp="1764068845"&gt;91&lt;/key&gt;&lt;/foreign-keys&gt;&lt;ref-type name="Journal Article"&gt;17&lt;/ref-type&gt;&lt;contributors&gt;&lt;authors&gt;&lt;author&gt;Yen, Y. C.&lt;/author&gt;&lt;author&gt;Lung, F. W.&lt;/author&gt;&lt;author&gt;Chong, M. Y.&lt;/author&gt;&lt;/authors&gt;&lt;/contributors&gt;&lt;titles&gt;&lt;title&gt;Adverse effects of risperidone and haloperidol treatment in schizophrenia&lt;/title&gt;&lt;secondary-title&gt;Prog Neuropsychopharmacol Biol Psychiatry&lt;/secondary-title&gt;&lt;/titles&gt;&lt;periodical&gt;&lt;full-title&gt;Prog Neuropsychopharmacol Biol Psychiatry&lt;/full-title&gt;&lt;/periodical&gt;&lt;pages&gt;285-90&lt;/pages&gt;&lt;volume&gt;28&lt;/volume&gt;&lt;number&gt;2&lt;/number&gt;&lt;dates&gt;&lt;year&gt;2004&lt;/year&gt;&lt;pub-dates&gt;&lt;date&gt;Mar&lt;/date&gt;&lt;/pub-dates&gt;&lt;/dates&gt;&lt;pub-location&gt;Department of Psychiatry, Military Kaohsiung General Hospital, 2 Chung Cheng 1st Road, Kaohsiung, 802, Taiwan.&lt;/pub-location&gt;&lt;isbn&gt;0278-5846 (Print) 0278-5846 (Linking)&lt;/isbn&gt;&lt;urls&gt;&lt;related-urls&gt;&lt;url&gt;https://www.ncbi.nlm.nih.gov/pubmed/14751424&lt;/url&gt;&lt;/related-urls&gt;&lt;/urls&gt;&lt;electronic-resource-num&gt;10.1016/j.pnpbp.2003.10.006&lt;/electronic-resource-num&gt;&lt;/record&gt;&lt;/Cite&gt;&lt;/EndNote&gt;</w:instrText>
            </w:r>
            <w:r w:rsidR="0031308D" w:rsidRPr="00EB75F0">
              <w:fldChar w:fldCharType="separate"/>
            </w:r>
            <w:r w:rsidR="00452EF4" w:rsidRPr="00452EF4">
              <w:rPr>
                <w:noProof/>
                <w:vertAlign w:val="superscript"/>
              </w:rPr>
              <w:t>94</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73378C07" w14:textId="77777777" w:rsidR="009446D0" w:rsidRPr="00EB75F0" w:rsidRDefault="0084596B">
            <w:pPr>
              <w:keepNext/>
              <w:spacing w:before="60" w:after="60" w:line="240" w:lineRule="auto"/>
              <w:rPr>
                <w:color w:val="1E1E1E"/>
                <w:sz w:val="16"/>
              </w:rPr>
            </w:pPr>
            <w:r w:rsidRPr="00EB75F0">
              <w:rPr>
                <w:color w:val="0070C0"/>
                <w:sz w:val="16"/>
              </w:rPr>
              <w:t>Risperidone 1–12 mg OD (N = 21)</w:t>
            </w:r>
          </w:p>
        </w:tc>
        <w:tc>
          <w:tcPr>
            <w:tcW w:w="3600" w:type="dxa"/>
            <w:tcBorders>
              <w:top w:val="single" w:sz="4" w:space="0" w:color="000000"/>
              <w:left w:val="single" w:sz="4" w:space="0" w:color="000000"/>
              <w:bottom w:val="single" w:sz="4" w:space="0" w:color="000000"/>
              <w:right w:val="single" w:sz="4" w:space="0" w:color="000000"/>
            </w:tcBorders>
          </w:tcPr>
          <w:p w14:paraId="3503ECCB" w14:textId="77777777" w:rsidR="009446D0" w:rsidRPr="00EB75F0" w:rsidRDefault="0084596B">
            <w:pPr>
              <w:keepNext/>
              <w:spacing w:before="60" w:after="60" w:line="240" w:lineRule="auto"/>
              <w:rPr>
                <w:color w:val="000000"/>
                <w:sz w:val="16"/>
              </w:rPr>
            </w:pPr>
            <w:r w:rsidRPr="00EB75F0">
              <w:rPr>
                <w:color w:val="000000"/>
                <w:sz w:val="16"/>
              </w:rPr>
              <w:t>Haloperidol 2–20 mg OD (N = 20)</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729FF226" w14:textId="77777777" w:rsidR="009446D0" w:rsidRPr="00EB75F0" w:rsidRDefault="0084596B">
            <w:pPr>
              <w:keepNext/>
              <w:spacing w:before="60" w:after="60" w:line="240" w:lineRule="auto"/>
              <w:rPr>
                <w:color w:val="1E1E1E"/>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3244C048"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56E2542B" w14:textId="4FDE2D5A" w:rsidR="009446D0" w:rsidRPr="00EB75F0" w:rsidRDefault="0084596B">
            <w:pPr>
              <w:spacing w:before="60" w:after="60" w:line="240" w:lineRule="auto"/>
              <w:rPr>
                <w:color w:val="1E1E1E"/>
                <w:sz w:val="16"/>
              </w:rPr>
            </w:pPr>
            <w:r w:rsidRPr="00EB75F0">
              <w:rPr>
                <w:color w:val="1E1E1E"/>
                <w:sz w:val="16"/>
              </w:rPr>
              <w:t>NCT00711269</w:t>
            </w:r>
            <w:r w:rsidRPr="00EB75F0">
              <w:t xml:space="preserve"> </w:t>
            </w:r>
            <w:r w:rsidR="0031308D" w:rsidRPr="00EB75F0">
              <w:fldChar w:fldCharType="begin"/>
            </w:r>
            <w:r w:rsidR="00452EF4">
              <w:instrText xml:space="preserve"> ADDIN EN.CITE &lt;EndNote&gt;&lt;Cite&gt;&lt;Author&gt;NCT00711269&lt;/Author&gt;&lt;Year&gt;2022&lt;/Year&gt;&lt;RecNum&gt;92&lt;/RecNum&gt;&lt;DisplayText&gt;&lt;style face="superscript"&gt;95&lt;/style&gt;&lt;/DisplayText&gt;&lt;record&gt;&lt;rec-number&gt;92&lt;/rec-number&gt;&lt;foreign-keys&gt;&lt;key app="EN" db-id="9ttaxzax2p0tr7ewzt55atews50zvxaaa5rz" timestamp="1764068845"&gt;92&lt;/key&gt;&lt;/foreign-keys&gt;&lt;ref-type name="Journal Article"&gt;17&lt;/ref-type&gt;&lt;contributors&gt;&lt;authors&gt;&lt;author&gt;NCT00711269&lt;/author&gt;&lt;/authors&gt;&lt;/contributors&gt;&lt;titles&gt;&lt;title&gt;Study of SM-13496 (Lurasidone HCl) in Patients With Schizophrenia&lt;/title&gt;&lt;secondary-title&gt;-&lt;/secondary-title&gt;&lt;/titles&gt;&lt;periodical&gt;&lt;full-title&gt;-&lt;/full-title&gt;&lt;/periodical&gt;&lt;pages&gt;-&lt;/pages&gt;&lt;volume&gt;-&lt;/volume&gt;&lt;dates&gt;&lt;year&gt;2022&lt;/year&gt;&lt;/dates&gt;&lt;urls&gt;&lt;/urls&gt;&lt;/record&gt;&lt;/Cite&gt;&lt;/EndNote&gt;</w:instrText>
            </w:r>
            <w:r w:rsidR="0031308D" w:rsidRPr="00EB75F0">
              <w:fldChar w:fldCharType="separate"/>
            </w:r>
            <w:r w:rsidR="00452EF4" w:rsidRPr="00452EF4">
              <w:rPr>
                <w:noProof/>
                <w:vertAlign w:val="superscript"/>
              </w:rPr>
              <w:t>95</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shd w:val="clear" w:color="auto" w:fill="FFFFFF"/>
          </w:tcPr>
          <w:p w14:paraId="43C3E9D6" w14:textId="77777777" w:rsidR="009446D0" w:rsidRPr="00EB75F0" w:rsidRDefault="0084596B">
            <w:pPr>
              <w:spacing w:before="60" w:after="60" w:line="240" w:lineRule="auto"/>
              <w:rPr>
                <w:color w:val="1E1E1E"/>
                <w:sz w:val="16"/>
              </w:rPr>
            </w:pPr>
            <w:r w:rsidRPr="00EB75F0">
              <w:rPr>
                <w:color w:val="1E1E1E"/>
                <w:sz w:val="16"/>
              </w:rPr>
              <w:t>Risperidone (N = 65)</w:t>
            </w:r>
          </w:p>
        </w:tc>
        <w:tc>
          <w:tcPr>
            <w:tcW w:w="3600" w:type="dxa"/>
            <w:tcBorders>
              <w:top w:val="single" w:sz="4" w:space="0" w:color="000000"/>
              <w:left w:val="single" w:sz="4" w:space="0" w:color="000000"/>
              <w:bottom w:val="single" w:sz="4" w:space="0" w:color="000000"/>
              <w:right w:val="single" w:sz="4" w:space="0" w:color="000000"/>
            </w:tcBorders>
          </w:tcPr>
          <w:p w14:paraId="4DEE8604" w14:textId="77777777" w:rsidR="009446D0" w:rsidRPr="00EB75F0" w:rsidRDefault="0084596B">
            <w:pPr>
              <w:spacing w:before="60" w:after="60" w:line="240" w:lineRule="auto"/>
              <w:rPr>
                <w:color w:val="000000"/>
                <w:sz w:val="16"/>
              </w:rPr>
            </w:pPr>
            <w:r w:rsidRPr="00EB75F0">
              <w:rPr>
                <w:color w:val="000000"/>
                <w:sz w:val="16"/>
              </w:rPr>
              <w:t xml:space="preserve">Lurasidone 40 mg OD (N = 131), </w:t>
            </w:r>
            <w:r w:rsidRPr="00EB75F0">
              <w:rPr>
                <w:color w:val="000000"/>
                <w:sz w:val="16"/>
              </w:rPr>
              <w:br/>
              <w:t xml:space="preserve">Lurasidone 80 mg OD (N = 131), </w:t>
            </w:r>
            <w:r w:rsidRPr="00EB75F0">
              <w:rPr>
                <w:color w:val="000000"/>
                <w:sz w:val="16"/>
              </w:rPr>
              <w:br/>
              <w:t>Placebo (N = 133)</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52982809" w14:textId="77777777" w:rsidR="009446D0" w:rsidRPr="00EB75F0" w:rsidRDefault="0084596B">
            <w:pPr>
              <w:spacing w:before="60" w:after="60" w:line="240" w:lineRule="auto"/>
              <w:rPr>
                <w:color w:val="FF0000"/>
                <w:sz w:val="16"/>
              </w:rPr>
            </w:pPr>
            <w:r w:rsidRPr="00EB75F0">
              <w:rPr>
                <w:color w:val="000000"/>
                <w:sz w:val="16"/>
              </w:rPr>
              <w:t>Exclude lurasidone arms (lurasidone not in scope of research question, per PICOS table and placebo arm offers more robust common comparator link to network)</w:t>
            </w:r>
          </w:p>
        </w:tc>
      </w:tr>
      <w:tr w:rsidR="009446D0" w:rsidRPr="00EB75F0" w14:paraId="2D00A66B"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129149EC" w14:textId="5C9F534E" w:rsidR="009446D0" w:rsidRPr="00EB75F0" w:rsidRDefault="0084596B">
            <w:pPr>
              <w:spacing w:before="60" w:after="60" w:line="240" w:lineRule="auto"/>
              <w:rPr>
                <w:color w:val="1E1E1E"/>
                <w:sz w:val="16"/>
              </w:rPr>
            </w:pPr>
            <w:r w:rsidRPr="00EB75F0">
              <w:rPr>
                <w:color w:val="1E1E1E"/>
                <w:sz w:val="16"/>
              </w:rPr>
              <w:t>Zhang 2011</w:t>
            </w:r>
            <w:r w:rsidR="0031308D" w:rsidRPr="00EB75F0">
              <w:fldChar w:fldCharType="begin"/>
            </w:r>
            <w:r w:rsidR="00452EF4">
              <w:instrText xml:space="preserve"> ADDIN EN.CITE &lt;EndNote&gt;&lt;Cite&gt;&lt;Author&gt;Zhang&lt;/Author&gt;&lt;Year&gt;2011&lt;/Year&gt;&lt;RecNum&gt;93&lt;/RecNum&gt;&lt;DisplayText&gt;&lt;style face="superscript"&gt;96&lt;/style&gt;&lt;/DisplayText&gt;&lt;record&gt;&lt;rec-number&gt;93&lt;/rec-number&gt;&lt;foreign-keys&gt;&lt;key app="EN" db-id="9ttaxzax2p0tr7ewzt55atews50zvxaaa5rz" timestamp="1764068845"&gt;93&lt;/key&gt;&lt;/foreign-keys&gt;&lt;ref-type name="Journal Article"&gt;17&lt;/ref-type&gt;&lt;contributors&gt;&lt;authors&gt;&lt;author&gt;Zhang, Hongyan&lt;/author&gt;&lt;author&gt;Li, Huafang&lt;/author&gt;&lt;author&gt;Shu, Liang&lt;/author&gt;&lt;author&gt;Gu, Niufan&lt;/author&gt;&lt;author&gt;Wang, Gang&lt;/author&gt;&lt;author&gt;Weng, Yongzhen&lt;/author&gt;&lt;author&gt;Xie, Shiping&lt;/author&gt;&lt;author&gt;Zhang, Xinbao&lt;/author&gt;&lt;author&gt;Li, Ting&lt;/author&gt;&lt;author&gt;Ma, Cui&lt;/author&gt;&lt;/authors&gt;&lt;/contributors&gt;&lt;titles&gt;&lt;title&gt;Double-blind comparison of ziprasidone and risperidone in the treatment of Chinese patients with acute exacerbation of schizophrenia&lt;/title&gt;&lt;secondary-title&gt;Neuropsychiatric disease and treatment&lt;/secondary-title&gt;&lt;/titles&gt;&lt;periodical&gt;&lt;full-title&gt;Neuropsychiatric disease and treatment&lt;/full-title&gt;&lt;/periodical&gt;&lt;pages&gt;77-85&lt;/pages&gt;&lt;dates&gt;&lt;year&gt;2011&lt;/year&gt;&lt;/dates&gt;&lt;isbn&gt;1178-2021&lt;/isbn&gt;&lt;urls&gt;&lt;/urls&gt;&lt;/record&gt;&lt;/Cite&gt;&lt;/EndNote&gt;</w:instrText>
            </w:r>
            <w:r w:rsidR="0031308D" w:rsidRPr="00EB75F0">
              <w:fldChar w:fldCharType="separate"/>
            </w:r>
            <w:r w:rsidR="00452EF4" w:rsidRPr="00452EF4">
              <w:rPr>
                <w:noProof/>
                <w:vertAlign w:val="superscript"/>
              </w:rPr>
              <w:t>96</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shd w:val="clear" w:color="auto" w:fill="FFFFFF"/>
          </w:tcPr>
          <w:p w14:paraId="6ACDAC50" w14:textId="77777777" w:rsidR="009446D0" w:rsidRPr="00EB75F0" w:rsidRDefault="0084596B">
            <w:pPr>
              <w:spacing w:before="60" w:after="60" w:line="240" w:lineRule="auto"/>
              <w:rPr>
                <w:color w:val="1E1E1E"/>
                <w:sz w:val="16"/>
              </w:rPr>
            </w:pPr>
            <w:r w:rsidRPr="00EB75F0">
              <w:rPr>
                <w:color w:val="0070C0"/>
                <w:sz w:val="16"/>
              </w:rPr>
              <w:t>Risperidone 1–6 mg OD (N = 121)</w:t>
            </w:r>
          </w:p>
        </w:tc>
        <w:tc>
          <w:tcPr>
            <w:tcW w:w="3600" w:type="dxa"/>
            <w:tcBorders>
              <w:top w:val="single" w:sz="4" w:space="0" w:color="000000"/>
              <w:left w:val="single" w:sz="4" w:space="0" w:color="000000"/>
              <w:bottom w:val="single" w:sz="4" w:space="0" w:color="000000"/>
              <w:right w:val="single" w:sz="4" w:space="0" w:color="000000"/>
            </w:tcBorders>
          </w:tcPr>
          <w:p w14:paraId="6F586123" w14:textId="77777777" w:rsidR="009446D0" w:rsidRPr="00EB75F0" w:rsidRDefault="0084596B">
            <w:pPr>
              <w:spacing w:before="60" w:after="60" w:line="240" w:lineRule="auto"/>
              <w:rPr>
                <w:color w:val="000000"/>
                <w:sz w:val="16"/>
              </w:rPr>
            </w:pPr>
            <w:r w:rsidRPr="00EB75F0">
              <w:rPr>
                <w:color w:val="000000"/>
                <w:sz w:val="16"/>
              </w:rPr>
              <w:t>Ziprasidone 40–80 mg BD (N = 118)</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2C936118" w14:textId="77777777" w:rsidR="009446D0" w:rsidRPr="00EB75F0" w:rsidRDefault="0084596B">
            <w:pPr>
              <w:spacing w:before="60" w:after="60" w:line="240" w:lineRule="auto"/>
              <w:rPr>
                <w:color w:val="FF0000"/>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29619DCF"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0CFD2267" w14:textId="57F4F842" w:rsidR="009446D0" w:rsidRPr="00EB75F0" w:rsidRDefault="0084596B">
            <w:pPr>
              <w:spacing w:before="60" w:after="60" w:line="240" w:lineRule="auto"/>
              <w:rPr>
                <w:color w:val="1E1E1E"/>
                <w:sz w:val="16"/>
              </w:rPr>
            </w:pPr>
            <w:r w:rsidRPr="00EB75F0">
              <w:rPr>
                <w:color w:val="1E1E1E"/>
                <w:sz w:val="16"/>
              </w:rPr>
              <w:t>NCT03055338</w:t>
            </w:r>
            <w:r w:rsidRPr="00EB75F0">
              <w:t xml:space="preserve"> </w:t>
            </w:r>
            <w:r w:rsidR="0031308D" w:rsidRPr="00EB75F0">
              <w:fldChar w:fldCharType="begin"/>
            </w:r>
            <w:r w:rsidR="00452EF4">
              <w:instrText xml:space="preserve"> ADDIN EN.CITE &lt;EndNote&gt;&lt;Cite&gt;&lt;Author&gt;NCT03055338&lt;/Author&gt;&lt;Year&gt;2018&lt;/Year&gt;&lt;RecNum&gt;94&lt;/RecNum&gt;&lt;DisplayText&gt;&lt;style face="superscript"&gt;97&lt;/style&gt;&lt;/DisplayText&gt;&lt;record&gt;&lt;rec-number&gt;94&lt;/rec-number&gt;&lt;foreign-keys&gt;&lt;key app="EN" db-id="9ttaxzax2p0tr7ewzt55atews50zvxaaa5rz" timestamp="1764068845"&gt;94&lt;/key&gt;&lt;/foreign-keys&gt;&lt;ref-type name="Journal Article"&gt;17&lt;/ref-type&gt;&lt;contributors&gt;&lt;authors&gt;&lt;author&gt;NCT03055338&lt;/author&gt;&lt;/authors&gt;&lt;/contributors&gt;&lt;titles&gt;&lt;title&gt;An Active-Controlled Early Phase Study of MK-8189 in Adults With Schizophrenia (MK-8189-005)&lt;/title&gt;&lt;secondary-title&gt;-&lt;/secondary-title&gt;&lt;/titles&gt;&lt;periodical&gt;&lt;full-title&gt;-&lt;/full-title&gt;&lt;/periodical&gt;&lt;pages&gt;-&lt;/pages&gt;&lt;volume&gt;-&lt;/volume&gt;&lt;dates&gt;&lt;year&gt;2018&lt;/year&gt;&lt;/dates&gt;&lt;urls&gt;&lt;/urls&gt;&lt;/record&gt;&lt;/Cite&gt;&lt;/EndNote&gt;</w:instrText>
            </w:r>
            <w:r w:rsidR="0031308D" w:rsidRPr="00EB75F0">
              <w:fldChar w:fldCharType="separate"/>
            </w:r>
            <w:r w:rsidR="00452EF4" w:rsidRPr="00452EF4">
              <w:rPr>
                <w:noProof/>
                <w:vertAlign w:val="superscript"/>
              </w:rPr>
              <w:t>97</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shd w:val="clear" w:color="auto" w:fill="FFFFFF"/>
          </w:tcPr>
          <w:p w14:paraId="661D807D" w14:textId="77777777" w:rsidR="009446D0" w:rsidRPr="00EB75F0" w:rsidRDefault="0084596B">
            <w:pPr>
              <w:spacing w:before="60" w:after="60" w:line="240" w:lineRule="auto"/>
              <w:rPr>
                <w:color w:val="1E1E1E"/>
                <w:sz w:val="16"/>
              </w:rPr>
            </w:pPr>
            <w:r w:rsidRPr="00EB75F0">
              <w:rPr>
                <w:color w:val="00B050"/>
                <w:sz w:val="16"/>
              </w:rPr>
              <w:t>Risperidone 2–6 mg OD (N = 45)</w:t>
            </w:r>
          </w:p>
        </w:tc>
        <w:tc>
          <w:tcPr>
            <w:tcW w:w="3600" w:type="dxa"/>
            <w:tcBorders>
              <w:top w:val="single" w:sz="4" w:space="0" w:color="000000"/>
              <w:left w:val="single" w:sz="4" w:space="0" w:color="000000"/>
              <w:bottom w:val="single" w:sz="4" w:space="0" w:color="000000"/>
              <w:right w:val="single" w:sz="4" w:space="0" w:color="000000"/>
            </w:tcBorders>
          </w:tcPr>
          <w:p w14:paraId="14D728A9" w14:textId="77777777" w:rsidR="009446D0" w:rsidRPr="00EB75F0" w:rsidRDefault="0084596B">
            <w:pPr>
              <w:spacing w:before="60" w:after="60" w:line="240" w:lineRule="auto"/>
              <w:rPr>
                <w:color w:val="000000"/>
                <w:sz w:val="16"/>
              </w:rPr>
            </w:pPr>
            <w:r w:rsidRPr="00EB75F0">
              <w:rPr>
                <w:color w:val="000000"/>
                <w:sz w:val="16"/>
              </w:rPr>
              <w:t xml:space="preserve">MK-8189 4 mg OD (N = 90), </w:t>
            </w:r>
            <w:r w:rsidRPr="00EB75F0">
              <w:rPr>
                <w:color w:val="000000"/>
                <w:sz w:val="16"/>
              </w:rPr>
              <w:br/>
              <w:t>Placebo (N = 89)</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1D3F886E" w14:textId="77777777" w:rsidR="009446D0" w:rsidRPr="00EB75F0" w:rsidRDefault="0084596B">
            <w:pPr>
              <w:spacing w:before="60" w:after="60" w:line="240" w:lineRule="auto"/>
              <w:rPr>
                <w:color w:val="1E1E1E"/>
                <w:sz w:val="16"/>
              </w:rPr>
            </w:pPr>
            <w:r w:rsidRPr="00EB75F0">
              <w:rPr>
                <w:color w:val="000000"/>
                <w:sz w:val="16"/>
              </w:rPr>
              <w:t xml:space="preserve">Exclude </w:t>
            </w:r>
            <w:r w:rsidRPr="00EB75F0">
              <w:rPr>
                <w:color w:val="1E1E1E"/>
                <w:sz w:val="16"/>
              </w:rPr>
              <w:t xml:space="preserve">MK-8189 </w:t>
            </w:r>
            <w:r w:rsidRPr="00EB75F0">
              <w:rPr>
                <w:color w:val="000000"/>
                <w:sz w:val="16"/>
              </w:rPr>
              <w:t>arm (</w:t>
            </w:r>
            <w:r w:rsidRPr="00EB75F0">
              <w:rPr>
                <w:color w:val="1E1E1E"/>
                <w:sz w:val="16"/>
              </w:rPr>
              <w:t xml:space="preserve">MK-8189 </w:t>
            </w:r>
            <w:r w:rsidRPr="00EB75F0">
              <w:rPr>
                <w:color w:val="000000"/>
                <w:sz w:val="16"/>
              </w:rPr>
              <w:t>not in scope of research question, per PICOS table and placebo arm offers more robust common comparator link to network)</w:t>
            </w:r>
          </w:p>
        </w:tc>
      </w:tr>
      <w:tr w:rsidR="009446D0" w:rsidRPr="00EB75F0" w14:paraId="3FFF9EBD"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20EFCA5E" w14:textId="464BD532" w:rsidR="009446D0" w:rsidRPr="00EB75F0" w:rsidRDefault="0084596B">
            <w:pPr>
              <w:spacing w:before="60" w:after="60" w:line="240" w:lineRule="auto"/>
              <w:rPr>
                <w:color w:val="1E1E1E"/>
                <w:sz w:val="16"/>
              </w:rPr>
            </w:pPr>
            <w:r w:rsidRPr="00EB75F0">
              <w:rPr>
                <w:color w:val="1E1E1E"/>
                <w:sz w:val="16"/>
              </w:rPr>
              <w:t>Liu 2000</w:t>
            </w:r>
            <w:r w:rsidR="0031308D" w:rsidRPr="00EB75F0">
              <w:fldChar w:fldCharType="begin"/>
            </w:r>
            <w:r w:rsidR="00452EF4">
              <w:instrText xml:space="preserve"> ADDIN EN.CITE &lt;EndNote&gt;&lt;Cite&gt;&lt;Author&gt;Liu&lt;/Author&gt;&lt;Year&gt;2000&lt;/Year&gt;&lt;RecNum&gt;16&lt;/RecNum&gt;&lt;DisplayText&gt;&lt;style face="superscript"&gt;19&lt;/style&gt;&lt;/DisplayText&gt;&lt;record&gt;&lt;rec-number&gt;16&lt;/rec-number&gt;&lt;foreign-keys&gt;&lt;key app="EN" db-id="9ttaxzax2p0tr7ewzt55atews50zvxaaa5rz" timestamp="1764068827"&gt;16&lt;/key&gt;&lt;/foreign-keys&gt;&lt;ref-type name="Journal Article"&gt;17&lt;/ref-type&gt;&lt;contributors&gt;&lt;authors&gt;&lt;author&gt;Liu, Shi K&lt;/author&gt;&lt;author&gt;Chen, Wei J&lt;/author&gt;&lt;author&gt;Chang, Ching-Jui&lt;/author&gt;&lt;author&gt;Lin, Hsin-Nan&lt;/author&gt;&lt;/authors&gt;&lt;/contributors&gt;&lt;titles&gt;&lt;title&gt;Effects of atypical neuroleptics on sustained attention deficits in schizophrenia: a trial of risperidone versus haloperidol&lt;/title&gt;&lt;secondary-title&gt;Neuropsychopharmacology&lt;/secondary-title&gt;&lt;/titles&gt;&lt;periodical&gt;&lt;full-title&gt;Neuropsychopharmacology&lt;/full-title&gt;&lt;/periodical&gt;&lt;pages&gt;311-319&lt;/pages&gt;&lt;volume&gt;22&lt;/volume&gt;&lt;number&gt;3&lt;/number&gt;&lt;dates&gt;&lt;year&gt;2000&lt;/year&gt;&lt;/dates&gt;&lt;isbn&gt;0893-133X&lt;/isbn&gt;&lt;urls&gt;&lt;/urls&gt;&lt;/record&gt;&lt;/Cite&gt;&lt;/EndNote&gt;</w:instrText>
            </w:r>
            <w:r w:rsidR="0031308D" w:rsidRPr="00EB75F0">
              <w:fldChar w:fldCharType="separate"/>
            </w:r>
            <w:r w:rsidR="00452EF4" w:rsidRPr="00452EF4">
              <w:rPr>
                <w:noProof/>
                <w:vertAlign w:val="superscript"/>
              </w:rPr>
              <w:t>19</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shd w:val="clear" w:color="auto" w:fill="FFFFFF"/>
          </w:tcPr>
          <w:p w14:paraId="2A334C85" w14:textId="77777777" w:rsidR="009446D0" w:rsidRPr="00EB75F0" w:rsidRDefault="0084596B">
            <w:pPr>
              <w:shd w:val="clear" w:color="auto" w:fill="FFFFFF"/>
              <w:spacing w:before="60" w:after="60" w:line="240" w:lineRule="auto"/>
              <w:rPr>
                <w:color w:val="1E1E1E"/>
                <w:sz w:val="16"/>
              </w:rPr>
            </w:pPr>
            <w:r w:rsidRPr="00EB75F0">
              <w:rPr>
                <w:color w:val="1E1E1E"/>
                <w:sz w:val="16"/>
              </w:rPr>
              <w:t>Risperidone (N = 28)</w:t>
            </w:r>
          </w:p>
        </w:tc>
        <w:tc>
          <w:tcPr>
            <w:tcW w:w="3600" w:type="dxa"/>
            <w:tcBorders>
              <w:top w:val="single" w:sz="4" w:space="0" w:color="000000"/>
              <w:left w:val="single" w:sz="4" w:space="0" w:color="000000"/>
              <w:bottom w:val="single" w:sz="4" w:space="0" w:color="000000"/>
              <w:right w:val="single" w:sz="4" w:space="0" w:color="000000"/>
            </w:tcBorders>
          </w:tcPr>
          <w:p w14:paraId="0D0B5207" w14:textId="77777777" w:rsidR="009446D0" w:rsidRPr="00EB75F0" w:rsidRDefault="0084596B">
            <w:pPr>
              <w:spacing w:before="60" w:after="60" w:line="240" w:lineRule="auto"/>
              <w:rPr>
                <w:color w:val="000000"/>
                <w:sz w:val="16"/>
              </w:rPr>
            </w:pPr>
            <w:r w:rsidRPr="00EB75F0">
              <w:rPr>
                <w:color w:val="000000"/>
                <w:sz w:val="16"/>
              </w:rPr>
              <w:t>Haloperidol (N = 28)</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06568381" w14:textId="77777777" w:rsidR="009446D0" w:rsidRPr="00EB75F0" w:rsidRDefault="0084596B">
            <w:pPr>
              <w:spacing w:before="60" w:after="60" w:line="240" w:lineRule="auto"/>
              <w:rPr>
                <w:color w:val="FF0000"/>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76F6454B"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4C799F50" w14:textId="2EFCD135" w:rsidR="009446D0" w:rsidRPr="00EB75F0" w:rsidRDefault="0084596B">
            <w:pPr>
              <w:spacing w:before="60" w:after="60" w:line="240" w:lineRule="auto"/>
              <w:rPr>
                <w:color w:val="1E1E1E"/>
                <w:sz w:val="16"/>
              </w:rPr>
            </w:pPr>
            <w:r w:rsidRPr="00EB75F0">
              <w:rPr>
                <w:color w:val="1E1E1E"/>
                <w:sz w:val="16"/>
              </w:rPr>
              <w:t>NCT00563706</w:t>
            </w:r>
            <w:r w:rsidRPr="00EB75F0">
              <w:t xml:space="preserve"> </w:t>
            </w:r>
            <w:r w:rsidR="0031308D" w:rsidRPr="00EB75F0">
              <w:fldChar w:fldCharType="begin"/>
            </w:r>
            <w:r w:rsidR="00452EF4">
              <w:instrText xml:space="preserve"> ADDIN EN.CITE &lt;EndNote&gt;&lt;Cite&gt;&lt;Author&gt;NCT00563706&lt;/Author&gt;&lt;Year&gt;2014&lt;/Year&gt;&lt;RecNum&gt;95&lt;/RecNum&gt;&lt;DisplayText&gt;&lt;style face="superscript"&gt;98&lt;/style&gt;&lt;/DisplayText&gt;&lt;record&gt;&lt;rec-number&gt;95&lt;/rec-number&gt;&lt;foreign-keys&gt;&lt;key app="EN" db-id="9ttaxzax2p0tr7ewzt55atews50zvxaaa5rz" timestamp="1764068846"&gt;95&lt;/key&gt;&lt;/foreign-keys&gt;&lt;ref-type name="Journal Article"&gt;17&lt;/ref-type&gt;&lt;contributors&gt;&lt;authors&gt;&lt;author&gt;NCT00563706&lt;/author&gt;&lt;/authors&gt;&lt;/contributors&gt;&lt;titles&gt;&lt;title&gt;Study evaluating vabicaserin in subjects with schizophrenia&lt;/title&gt;&lt;secondary-title&gt;-&lt;/secondary-title&gt;&lt;/titles&gt;&lt;periodical&gt;&lt;full-title&gt;-&lt;/full-title&gt;&lt;/periodical&gt;&lt;pages&gt;-&lt;/pages&gt;&lt;volume&gt;-&lt;/volume&gt;&lt;dates&gt;&lt;year&gt;2014&lt;/year&gt;&lt;/dates&gt;&lt;urls&gt;&lt;/urls&gt;&lt;/record&gt;&lt;/Cite&gt;&lt;/EndNote&gt;</w:instrText>
            </w:r>
            <w:r w:rsidR="0031308D" w:rsidRPr="00EB75F0">
              <w:fldChar w:fldCharType="separate"/>
            </w:r>
            <w:r w:rsidR="00452EF4" w:rsidRPr="00452EF4">
              <w:rPr>
                <w:noProof/>
                <w:vertAlign w:val="superscript"/>
              </w:rPr>
              <w:t>98</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70E1940E" w14:textId="77777777" w:rsidR="009446D0" w:rsidRPr="00EB75F0" w:rsidRDefault="0084596B">
            <w:pPr>
              <w:spacing w:before="60" w:after="60" w:line="240" w:lineRule="auto"/>
              <w:rPr>
                <w:color w:val="1E1E1E"/>
                <w:sz w:val="16"/>
              </w:rPr>
            </w:pPr>
            <w:r w:rsidRPr="00EB75F0">
              <w:rPr>
                <w:color w:val="00B050"/>
                <w:sz w:val="16"/>
              </w:rPr>
              <w:t>Risperidone 4 mg OD (N = 43)</w:t>
            </w:r>
          </w:p>
        </w:tc>
        <w:tc>
          <w:tcPr>
            <w:tcW w:w="3600" w:type="dxa"/>
            <w:tcBorders>
              <w:top w:val="single" w:sz="4" w:space="0" w:color="000000"/>
              <w:left w:val="single" w:sz="4" w:space="0" w:color="000000"/>
              <w:bottom w:val="single" w:sz="4" w:space="0" w:color="000000"/>
              <w:right w:val="single" w:sz="4" w:space="0" w:color="000000"/>
            </w:tcBorders>
          </w:tcPr>
          <w:p w14:paraId="18F9CEAE" w14:textId="77777777" w:rsidR="009446D0" w:rsidRPr="00EB75F0" w:rsidRDefault="0084596B">
            <w:pPr>
              <w:spacing w:before="60" w:after="60" w:line="240" w:lineRule="auto"/>
              <w:rPr>
                <w:color w:val="000000"/>
                <w:sz w:val="16"/>
              </w:rPr>
            </w:pPr>
            <w:r w:rsidRPr="00EB75F0">
              <w:rPr>
                <w:color w:val="000000"/>
                <w:sz w:val="16"/>
              </w:rPr>
              <w:t xml:space="preserve">Placebo (N = 37), </w:t>
            </w:r>
            <w:r w:rsidRPr="00EB75F0">
              <w:rPr>
                <w:color w:val="000000"/>
                <w:sz w:val="16"/>
              </w:rPr>
              <w:br/>
            </w:r>
            <w:proofErr w:type="spellStart"/>
            <w:r w:rsidRPr="00EB75F0">
              <w:rPr>
                <w:color w:val="000000"/>
                <w:sz w:val="16"/>
              </w:rPr>
              <w:t>Vabicaserin</w:t>
            </w:r>
            <w:proofErr w:type="spellEnd"/>
            <w:r w:rsidRPr="00EB75F0">
              <w:rPr>
                <w:color w:val="000000"/>
                <w:sz w:val="16"/>
              </w:rPr>
              <w:t xml:space="preserve">  50 mg OD (N = 18), </w:t>
            </w:r>
            <w:r w:rsidRPr="00EB75F0">
              <w:rPr>
                <w:color w:val="000000"/>
                <w:sz w:val="16"/>
              </w:rPr>
              <w:br/>
            </w:r>
            <w:proofErr w:type="spellStart"/>
            <w:r w:rsidRPr="00EB75F0">
              <w:rPr>
                <w:color w:val="000000"/>
                <w:sz w:val="16"/>
              </w:rPr>
              <w:t>Vabicaserin</w:t>
            </w:r>
            <w:proofErr w:type="spellEnd"/>
            <w:r w:rsidRPr="00EB75F0">
              <w:rPr>
                <w:color w:val="000000"/>
                <w:sz w:val="16"/>
              </w:rPr>
              <w:t xml:space="preserve">  100 mg OD (N = 8), </w:t>
            </w:r>
            <w:r w:rsidRPr="00EB75F0">
              <w:rPr>
                <w:color w:val="000000"/>
                <w:sz w:val="16"/>
              </w:rPr>
              <w:br/>
            </w:r>
            <w:proofErr w:type="spellStart"/>
            <w:r w:rsidRPr="00EB75F0">
              <w:rPr>
                <w:color w:val="000000"/>
                <w:sz w:val="16"/>
              </w:rPr>
              <w:t>Vabicaserin</w:t>
            </w:r>
            <w:proofErr w:type="spellEnd"/>
            <w:r w:rsidRPr="00EB75F0">
              <w:rPr>
                <w:color w:val="000000"/>
                <w:sz w:val="16"/>
              </w:rPr>
              <w:t xml:space="preserve">  150 mg OD (N = 19), </w:t>
            </w:r>
            <w:r w:rsidRPr="00EB75F0">
              <w:rPr>
                <w:color w:val="000000"/>
                <w:sz w:val="16"/>
              </w:rPr>
              <w:br/>
            </w:r>
            <w:proofErr w:type="spellStart"/>
            <w:r w:rsidRPr="00EB75F0">
              <w:rPr>
                <w:color w:val="000000"/>
                <w:sz w:val="16"/>
              </w:rPr>
              <w:t>Vabicaserin</w:t>
            </w:r>
            <w:proofErr w:type="spellEnd"/>
            <w:r w:rsidRPr="00EB75F0">
              <w:rPr>
                <w:color w:val="000000"/>
                <w:sz w:val="16"/>
              </w:rPr>
              <w:t xml:space="preserve">  200 mg OD (N = 16), </w:t>
            </w:r>
            <w:r w:rsidRPr="00EB75F0">
              <w:rPr>
                <w:color w:val="000000"/>
                <w:sz w:val="16"/>
              </w:rPr>
              <w:br/>
            </w:r>
            <w:proofErr w:type="spellStart"/>
            <w:r w:rsidRPr="00EB75F0">
              <w:rPr>
                <w:color w:val="000000"/>
                <w:sz w:val="16"/>
              </w:rPr>
              <w:t>Vabicaserin</w:t>
            </w:r>
            <w:proofErr w:type="spellEnd"/>
            <w:r w:rsidRPr="00EB75F0">
              <w:rPr>
                <w:color w:val="000000"/>
                <w:sz w:val="16"/>
              </w:rPr>
              <w:t xml:space="preserve">  300 mg OD (N = 19), </w:t>
            </w:r>
            <w:r w:rsidRPr="00EB75F0">
              <w:rPr>
                <w:color w:val="000000"/>
                <w:sz w:val="16"/>
              </w:rPr>
              <w:br/>
            </w:r>
            <w:proofErr w:type="spellStart"/>
            <w:r w:rsidRPr="00EB75F0">
              <w:rPr>
                <w:color w:val="000000"/>
                <w:sz w:val="16"/>
              </w:rPr>
              <w:t>Vabicaserin</w:t>
            </w:r>
            <w:proofErr w:type="spellEnd"/>
            <w:r w:rsidRPr="00EB75F0">
              <w:rPr>
                <w:color w:val="000000"/>
                <w:sz w:val="16"/>
              </w:rPr>
              <w:t xml:space="preserve">  400 mg OD (N = 12), </w:t>
            </w:r>
            <w:r w:rsidRPr="00EB75F0">
              <w:rPr>
                <w:color w:val="000000"/>
                <w:sz w:val="16"/>
              </w:rPr>
              <w:br/>
            </w:r>
            <w:proofErr w:type="spellStart"/>
            <w:r w:rsidRPr="00EB75F0">
              <w:rPr>
                <w:color w:val="000000"/>
                <w:sz w:val="16"/>
              </w:rPr>
              <w:t>Vabicaserin</w:t>
            </w:r>
            <w:proofErr w:type="spellEnd"/>
            <w:r w:rsidRPr="00EB75F0">
              <w:rPr>
                <w:color w:val="000000"/>
                <w:sz w:val="16"/>
              </w:rPr>
              <w:t>  600 mg OD (N = 30)</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427AAAC6" w14:textId="77777777" w:rsidR="009446D0" w:rsidRPr="00EB75F0" w:rsidRDefault="0084596B">
            <w:pPr>
              <w:spacing w:before="60" w:after="60" w:line="240" w:lineRule="auto"/>
              <w:rPr>
                <w:color w:val="1E1E1E"/>
                <w:sz w:val="16"/>
              </w:rPr>
            </w:pPr>
            <w:r w:rsidRPr="00EB75F0">
              <w:rPr>
                <w:color w:val="000000"/>
                <w:sz w:val="16"/>
              </w:rPr>
              <w:t xml:space="preserve">Exclude </w:t>
            </w:r>
            <w:proofErr w:type="spellStart"/>
            <w:r w:rsidRPr="00EB75F0">
              <w:rPr>
                <w:color w:val="000000"/>
                <w:sz w:val="16"/>
              </w:rPr>
              <w:t>vabicaserin</w:t>
            </w:r>
            <w:proofErr w:type="spellEnd"/>
            <w:r w:rsidRPr="00EB75F0">
              <w:rPr>
                <w:color w:val="000000"/>
                <w:sz w:val="16"/>
              </w:rPr>
              <w:t> arms (</w:t>
            </w:r>
            <w:proofErr w:type="spellStart"/>
            <w:r w:rsidRPr="00EB75F0">
              <w:rPr>
                <w:color w:val="000000"/>
                <w:sz w:val="16"/>
              </w:rPr>
              <w:t>vabicaserin</w:t>
            </w:r>
            <w:proofErr w:type="spellEnd"/>
            <w:r w:rsidRPr="00EB75F0">
              <w:rPr>
                <w:color w:val="000000"/>
                <w:sz w:val="16"/>
              </w:rPr>
              <w:t> not in scope of research question, per PICOS table and placebo arm offers more robust common comparator link to network)</w:t>
            </w:r>
          </w:p>
        </w:tc>
      </w:tr>
      <w:tr w:rsidR="009446D0" w:rsidRPr="00EB75F0" w14:paraId="5714C2AC"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60CD4681" w14:textId="63C4990A" w:rsidR="009446D0" w:rsidRPr="00EB75F0" w:rsidRDefault="0084596B">
            <w:pPr>
              <w:spacing w:before="60" w:after="60" w:line="240" w:lineRule="auto"/>
              <w:rPr>
                <w:color w:val="1E1E1E"/>
                <w:sz w:val="16"/>
              </w:rPr>
            </w:pPr>
            <w:proofErr w:type="spellStart"/>
            <w:r w:rsidRPr="00EB75F0">
              <w:rPr>
                <w:color w:val="1E1E1E"/>
                <w:sz w:val="16"/>
              </w:rPr>
              <w:t>Peuskens</w:t>
            </w:r>
            <w:proofErr w:type="spellEnd"/>
            <w:r w:rsidRPr="00EB75F0">
              <w:rPr>
                <w:color w:val="1E1E1E"/>
                <w:sz w:val="16"/>
              </w:rPr>
              <w:t xml:space="preserve"> 1999</w:t>
            </w:r>
            <w:r w:rsidR="0031308D" w:rsidRPr="00EB75F0">
              <w:fldChar w:fldCharType="begin"/>
            </w:r>
            <w:r w:rsidR="00452EF4">
              <w:instrText xml:space="preserve"> ADDIN EN.CITE &lt;EndNote&gt;&lt;Cite&gt;&lt;Author&gt;Peuskens&lt;/Author&gt;&lt;Year&gt;1999&lt;/Year&gt;&lt;RecNum&gt;96&lt;/RecNum&gt;&lt;DisplayText&gt;&lt;style face="superscript"&gt;99&lt;/style&gt;&lt;/DisplayText&gt;&lt;record&gt;&lt;rec-number&gt;96&lt;/rec-number&gt;&lt;foreign-keys&gt;&lt;key app="EN" db-id="9ttaxzax2p0tr7ewzt55atews50zvxaaa5rz" timestamp="1764068846"&gt;96&lt;/key&gt;&lt;/foreign-keys&gt;&lt;ref-type name="Journal Article"&gt;17&lt;/ref-type&gt;&lt;contributors&gt;&lt;authors&gt;&lt;author&gt;Peuskens, Joseph&lt;/author&gt;&lt;author&gt;Bech, Per&lt;/author&gt;&lt;author&gt;Möller, Hans-Jürgen&lt;/author&gt;&lt;author&gt;Bale, Robert&lt;/author&gt;&lt;author&gt;Fleurot, Odile&lt;/author&gt;&lt;author&gt;Rein, Werner&lt;/author&gt;&lt;author&gt;Amisulpride Study Group&lt;/author&gt;&lt;/authors&gt;&lt;/contributors&gt;&lt;titles&gt;&lt;title&gt;Amisulpride vs. risperidone in the treatment of acute exacerbations of schizophrenia&lt;/title&gt;&lt;secondary-title&gt;Psychiatry research&lt;/secondary-title&gt;&lt;/titles&gt;&lt;periodical&gt;&lt;full-title&gt;Psychiatry research&lt;/full-title&gt;&lt;/periodical&gt;&lt;pages&gt;107-117&lt;/pages&gt;&lt;volume&gt;88&lt;/volume&gt;&lt;number&gt;2&lt;/number&gt;&lt;dates&gt;&lt;year&gt;1999&lt;/year&gt;&lt;/dates&gt;&lt;isbn&gt;0165-1781&lt;/isbn&gt;&lt;urls&gt;&lt;/urls&gt;&lt;/record&gt;&lt;/Cite&gt;&lt;/EndNote&gt;</w:instrText>
            </w:r>
            <w:r w:rsidR="0031308D" w:rsidRPr="00EB75F0">
              <w:fldChar w:fldCharType="separate"/>
            </w:r>
            <w:r w:rsidR="00452EF4" w:rsidRPr="00452EF4">
              <w:rPr>
                <w:noProof/>
                <w:vertAlign w:val="superscript"/>
              </w:rPr>
              <w:t>99</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3E16B13C" w14:textId="77777777" w:rsidR="009446D0" w:rsidRPr="00EB75F0" w:rsidRDefault="0084596B">
            <w:pPr>
              <w:spacing w:before="60" w:after="60" w:line="240" w:lineRule="auto"/>
              <w:rPr>
                <w:color w:val="1E1E1E"/>
                <w:sz w:val="16"/>
              </w:rPr>
            </w:pPr>
            <w:r w:rsidRPr="00EB75F0">
              <w:rPr>
                <w:color w:val="00B050"/>
                <w:sz w:val="16"/>
              </w:rPr>
              <w:t>Risperidone 4 mg BD (N = 113)</w:t>
            </w:r>
          </w:p>
        </w:tc>
        <w:tc>
          <w:tcPr>
            <w:tcW w:w="3600" w:type="dxa"/>
            <w:tcBorders>
              <w:top w:val="single" w:sz="4" w:space="0" w:color="000000"/>
              <w:left w:val="single" w:sz="4" w:space="0" w:color="000000"/>
              <w:bottom w:val="single" w:sz="4" w:space="0" w:color="000000"/>
              <w:right w:val="single" w:sz="4" w:space="0" w:color="000000"/>
            </w:tcBorders>
          </w:tcPr>
          <w:p w14:paraId="079A13A2" w14:textId="77777777" w:rsidR="009446D0" w:rsidRPr="00EB75F0" w:rsidRDefault="0084596B">
            <w:pPr>
              <w:spacing w:before="60" w:after="60" w:line="240" w:lineRule="auto"/>
              <w:rPr>
                <w:color w:val="000000"/>
                <w:sz w:val="16"/>
              </w:rPr>
            </w:pPr>
            <w:r w:rsidRPr="00EB75F0">
              <w:rPr>
                <w:color w:val="000000"/>
                <w:sz w:val="16"/>
              </w:rPr>
              <w:t>Amisulpride 400 mg BD (N = 115)</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3CEFD03F" w14:textId="77777777" w:rsidR="009446D0" w:rsidRPr="00EB75F0" w:rsidRDefault="0084596B">
            <w:pPr>
              <w:spacing w:before="60" w:after="60" w:line="240" w:lineRule="auto"/>
              <w:rPr>
                <w:color w:val="1E1E1E"/>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687D263B"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527D2CC1" w14:textId="1170846F" w:rsidR="009446D0" w:rsidRPr="00EB75F0" w:rsidRDefault="0084596B">
            <w:pPr>
              <w:spacing w:before="60" w:after="60" w:line="240" w:lineRule="auto"/>
              <w:rPr>
                <w:color w:val="1E1E1E"/>
                <w:sz w:val="16"/>
              </w:rPr>
            </w:pPr>
            <w:r w:rsidRPr="00EB75F0">
              <w:rPr>
                <w:color w:val="1E1E1E"/>
                <w:sz w:val="16"/>
              </w:rPr>
              <w:t>Casey 2008</w:t>
            </w:r>
            <w:r w:rsidR="0031308D" w:rsidRPr="00EB75F0">
              <w:fldChar w:fldCharType="begin"/>
            </w:r>
            <w:r w:rsidR="00452EF4">
              <w:instrText xml:space="preserve"> ADDIN EN.CITE &lt;EndNote&gt;&lt;Cite&gt;&lt;Author&gt;Casey&lt;/Author&gt;&lt;Year&gt;2008&lt;/Year&gt;&lt;RecNum&gt;97&lt;/RecNum&gt;&lt;DisplayText&gt;&lt;style face="superscript"&gt;100&lt;/style&gt;&lt;/DisplayText&gt;&lt;record&gt;&lt;rec-number&gt;97&lt;/rec-number&gt;&lt;foreign-keys&gt;&lt;key app="EN" db-id="9ttaxzax2p0tr7ewzt55atews50zvxaaa5rz" timestamp="1764068846"&gt;97&lt;/key&gt;&lt;/foreign-keys&gt;&lt;ref-type name="Journal Article"&gt;17&lt;/ref-type&gt;&lt;contributors&gt;&lt;authors&gt;&lt;author&gt;Casey, D. E.&lt;/author&gt;&lt;author&gt;Sands, E. E.&lt;/author&gt;&lt;author&gt;Heisterberg, J.&lt;/author&gt;&lt;author&gt;Yang, H. M.&lt;/author&gt;&lt;/authors&gt;&lt;/contributors&gt;&lt;titles&gt;&lt;title&gt;Efficacy and safety of bifeprunox in patients with an acute exacerbation of schizophrenia: results from a randomized, double-blind, placebo-controlled, multicenter, dose-finding study&lt;/title&gt;&lt;secondary-title&gt;Psychopharmacology (Berl)&lt;/secondary-title&gt;&lt;/titles&gt;&lt;periodical&gt;&lt;full-title&gt;Psychopharmacology (Berl)&lt;/full-title&gt;&lt;/periodical&gt;&lt;pages&gt;317-31&lt;/pages&gt;&lt;volume&gt;200&lt;/volume&gt;&lt;number&gt;3&lt;/number&gt;&lt;dates&gt;&lt;year&gt;2008&lt;/year&gt;&lt;pub-dates&gt;&lt;date&gt;20080704&lt;/date&gt;&lt;/pub-dates&gt;&lt;/dates&gt;&lt;pub-location&gt;UHN 80 Department of Psychiatry, Oregon Health and Science University, 3181 SW Sam Jackson Park Road, Portland, OR 97239, USA. caseyd@ohsu.edu&lt;/pub-location&gt;&lt;isbn&gt;0033-3158 (Print) 0033-3158 (Linking)&lt;/isbn&gt;&lt;urls&gt;&lt;related-urls&gt;&lt;url&gt;https://www.ncbi.nlm.nih.gov/pubmed/18597078&lt;/url&gt;&lt;/related-urls&gt;&lt;/urls&gt;&lt;electronic-resource-num&gt;10.1007/s00213-008-1207-7&lt;/electronic-resource-num&gt;&lt;/record&gt;&lt;/Cite&gt;&lt;/EndNote&gt;</w:instrText>
            </w:r>
            <w:r w:rsidR="0031308D" w:rsidRPr="00EB75F0">
              <w:fldChar w:fldCharType="separate"/>
            </w:r>
            <w:r w:rsidR="00452EF4" w:rsidRPr="00452EF4">
              <w:rPr>
                <w:noProof/>
                <w:vertAlign w:val="superscript"/>
              </w:rPr>
              <w:t>100</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272AD403" w14:textId="77777777" w:rsidR="009446D0" w:rsidRPr="00EB75F0" w:rsidRDefault="0084596B">
            <w:pPr>
              <w:spacing w:before="60" w:after="60" w:line="240" w:lineRule="auto"/>
              <w:rPr>
                <w:color w:val="1E1E1E"/>
                <w:sz w:val="16"/>
              </w:rPr>
            </w:pPr>
            <w:r w:rsidRPr="00EB75F0">
              <w:rPr>
                <w:color w:val="00B050"/>
                <w:sz w:val="16"/>
              </w:rPr>
              <w:t>Risperidone 6 mg OD (N = 120)</w:t>
            </w:r>
          </w:p>
        </w:tc>
        <w:tc>
          <w:tcPr>
            <w:tcW w:w="3600" w:type="dxa"/>
            <w:tcBorders>
              <w:top w:val="single" w:sz="4" w:space="0" w:color="000000"/>
              <w:left w:val="single" w:sz="4" w:space="0" w:color="000000"/>
              <w:bottom w:val="single" w:sz="4" w:space="0" w:color="000000"/>
              <w:right w:val="single" w:sz="4" w:space="0" w:color="000000"/>
            </w:tcBorders>
          </w:tcPr>
          <w:p w14:paraId="31144025" w14:textId="77777777" w:rsidR="009446D0" w:rsidRPr="00EB75F0" w:rsidRDefault="0084596B">
            <w:pPr>
              <w:spacing w:before="60" w:after="60" w:line="240" w:lineRule="auto"/>
              <w:rPr>
                <w:color w:val="000000"/>
                <w:sz w:val="16"/>
              </w:rPr>
            </w:pPr>
            <w:r w:rsidRPr="00EB75F0">
              <w:rPr>
                <w:color w:val="000000"/>
                <w:sz w:val="16"/>
              </w:rPr>
              <w:t xml:space="preserve">Bifeprunox 5 mg OD (N = 115), </w:t>
            </w:r>
            <w:r w:rsidRPr="00EB75F0">
              <w:rPr>
                <w:color w:val="000000"/>
                <w:sz w:val="16"/>
              </w:rPr>
              <w:br/>
              <w:t xml:space="preserve">Bifeprunox 10 mg OD (N = 120), </w:t>
            </w:r>
            <w:r w:rsidRPr="00EB75F0">
              <w:rPr>
                <w:color w:val="000000"/>
                <w:sz w:val="16"/>
              </w:rPr>
              <w:br/>
              <w:t xml:space="preserve">Bifeprunox 20 mg OD (N = 115), </w:t>
            </w:r>
            <w:r w:rsidRPr="00EB75F0">
              <w:rPr>
                <w:color w:val="000000"/>
                <w:sz w:val="16"/>
              </w:rPr>
              <w:br/>
              <w:t>Placebo (N = 119)</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70EDA919" w14:textId="77777777" w:rsidR="009446D0" w:rsidRPr="00EB75F0" w:rsidRDefault="0084596B">
            <w:pPr>
              <w:spacing w:before="60" w:after="60" w:line="240" w:lineRule="auto"/>
              <w:rPr>
                <w:color w:val="1E1E1E"/>
                <w:sz w:val="16"/>
              </w:rPr>
            </w:pPr>
            <w:r w:rsidRPr="00EB75F0">
              <w:rPr>
                <w:color w:val="000000"/>
                <w:sz w:val="16"/>
              </w:rPr>
              <w:t>Exclude bifeprunox arms (bifeprunox not in scope of research question, per PICOS table and placebo arm offers more robust common comparator link to network)</w:t>
            </w:r>
          </w:p>
        </w:tc>
      </w:tr>
      <w:tr w:rsidR="009446D0" w:rsidRPr="00EB75F0" w14:paraId="1380AB66"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243092E8" w14:textId="03E5AA58" w:rsidR="009446D0" w:rsidRPr="00EB75F0" w:rsidRDefault="0084596B">
            <w:pPr>
              <w:spacing w:before="60" w:after="60" w:line="240" w:lineRule="auto"/>
              <w:rPr>
                <w:color w:val="1E1E1E"/>
                <w:sz w:val="16"/>
              </w:rPr>
            </w:pPr>
            <w:r w:rsidRPr="00EB75F0">
              <w:rPr>
                <w:color w:val="1E1E1E"/>
                <w:sz w:val="16"/>
              </w:rPr>
              <w:lastRenderedPageBreak/>
              <w:t>Blin 1996</w:t>
            </w:r>
            <w:r w:rsidR="0031308D" w:rsidRPr="00EB75F0">
              <w:fldChar w:fldCharType="begin"/>
            </w:r>
            <w:r w:rsidR="00452EF4">
              <w:instrText xml:space="preserve"> ADDIN EN.CITE &lt;EndNote&gt;&lt;Cite&gt;&lt;Author&gt;Blin&lt;/Author&gt;&lt;Year&gt;1996&lt;/Year&gt;&lt;RecNum&gt;98&lt;/RecNum&gt;&lt;DisplayText&gt;&lt;style face="superscript"&gt;101&lt;/style&gt;&lt;/DisplayText&gt;&lt;record&gt;&lt;rec-number&gt;98&lt;/rec-number&gt;&lt;foreign-keys&gt;&lt;key app="EN" db-id="9ttaxzax2p0tr7ewzt55atews50zvxaaa5rz" timestamp="1764068846"&gt;98&lt;/key&gt;&lt;/foreign-keys&gt;&lt;ref-type name="Journal Article"&gt;17&lt;/ref-type&gt;&lt;contributors&gt;&lt;authors&gt;&lt;author&gt;Blin, Olivier&lt;/author&gt;&lt;author&gt;Azorin, Jean Michel&lt;/author&gt;&lt;author&gt;Bouhours, Philippe&lt;/author&gt;&lt;/authors&gt;&lt;/contributors&gt;&lt;titles&gt;&lt;title&gt;Antipsychotic and anxiolytic properties of risperidone, haloperidol, and methotrimeprazine in schizophrenic patients&lt;/title&gt;&lt;secondary-title&gt;Journal of Clinical Psychopharmacology&lt;/secondary-title&gt;&lt;/titles&gt;&lt;periodical&gt;&lt;full-title&gt;Journal of clinical psychopharmacology&lt;/full-title&gt;&lt;/periodical&gt;&lt;pages&gt;38-44&lt;/pages&gt;&lt;volume&gt;16&lt;/volume&gt;&lt;number&gt;1&lt;/number&gt;&lt;dates&gt;&lt;year&gt;1996&lt;/year&gt;&lt;/dates&gt;&lt;isbn&gt;0271-0749&lt;/isbn&gt;&lt;urls&gt;&lt;/urls&gt;&lt;/record&gt;&lt;/Cite&gt;&lt;/EndNote&gt;</w:instrText>
            </w:r>
            <w:r w:rsidR="0031308D" w:rsidRPr="00EB75F0">
              <w:fldChar w:fldCharType="separate"/>
            </w:r>
            <w:r w:rsidR="00452EF4" w:rsidRPr="00452EF4">
              <w:rPr>
                <w:noProof/>
                <w:vertAlign w:val="superscript"/>
              </w:rPr>
              <w:t>101</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76809037" w14:textId="77777777" w:rsidR="009446D0" w:rsidRPr="00EB75F0" w:rsidRDefault="0084596B">
            <w:pPr>
              <w:spacing w:before="60" w:after="60" w:line="240" w:lineRule="auto"/>
              <w:rPr>
                <w:color w:val="1E1E1E"/>
                <w:sz w:val="16"/>
              </w:rPr>
            </w:pPr>
            <w:r w:rsidRPr="00EB75F0">
              <w:rPr>
                <w:color w:val="00B050"/>
                <w:sz w:val="16"/>
              </w:rPr>
              <w:t>Risperidone 4 mg OD (N = 21)</w:t>
            </w:r>
          </w:p>
        </w:tc>
        <w:tc>
          <w:tcPr>
            <w:tcW w:w="3600" w:type="dxa"/>
            <w:tcBorders>
              <w:top w:val="single" w:sz="4" w:space="0" w:color="000000"/>
              <w:left w:val="single" w:sz="4" w:space="0" w:color="000000"/>
              <w:bottom w:val="single" w:sz="4" w:space="0" w:color="000000"/>
              <w:right w:val="single" w:sz="4" w:space="0" w:color="000000"/>
            </w:tcBorders>
          </w:tcPr>
          <w:p w14:paraId="3D298830" w14:textId="77777777" w:rsidR="009446D0" w:rsidRPr="00EB75F0" w:rsidRDefault="0084596B">
            <w:pPr>
              <w:spacing w:before="60" w:after="60" w:line="240" w:lineRule="auto"/>
              <w:rPr>
                <w:color w:val="000000"/>
                <w:sz w:val="16"/>
              </w:rPr>
            </w:pPr>
            <w:r w:rsidRPr="00EB75F0">
              <w:rPr>
                <w:color w:val="000000"/>
                <w:sz w:val="16"/>
              </w:rPr>
              <w:t xml:space="preserve">Haloperidol 4 mg OD (N = 20), </w:t>
            </w:r>
            <w:r w:rsidRPr="00EB75F0">
              <w:rPr>
                <w:color w:val="000000"/>
                <w:sz w:val="16"/>
              </w:rPr>
              <w:br/>
              <w:t>Methotrimeprazine 50 mg OD (N = 21)</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7D5A7D2A" w14:textId="77777777" w:rsidR="009446D0" w:rsidRPr="00EB75F0" w:rsidRDefault="0084596B">
            <w:pPr>
              <w:spacing w:before="60" w:after="60" w:line="240" w:lineRule="auto"/>
              <w:rPr>
                <w:color w:val="FF0000"/>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4196A4C9" w14:textId="77777777">
        <w:trPr>
          <w:gridAfter w:val="1"/>
          <w:wAfter w:w="360" w:type="dxa"/>
          <w:trHeight w:val="20"/>
        </w:trPr>
        <w:tc>
          <w:tcPr>
            <w:tcW w:w="1975" w:type="dxa"/>
            <w:tcBorders>
              <w:top w:val="single" w:sz="4" w:space="0" w:color="000000"/>
              <w:left w:val="single" w:sz="4" w:space="0" w:color="000000"/>
              <w:bottom w:val="single" w:sz="4" w:space="0" w:color="000000"/>
              <w:right w:val="single" w:sz="4" w:space="0" w:color="000000"/>
            </w:tcBorders>
          </w:tcPr>
          <w:p w14:paraId="4A3C1456" w14:textId="2DFAFFC0" w:rsidR="009446D0" w:rsidRPr="00EB75F0" w:rsidRDefault="0084596B">
            <w:pPr>
              <w:spacing w:before="60" w:after="60" w:line="240" w:lineRule="auto"/>
              <w:rPr>
                <w:color w:val="1E1E1E"/>
                <w:sz w:val="16"/>
              </w:rPr>
            </w:pPr>
            <w:r w:rsidRPr="00EB75F0">
              <w:rPr>
                <w:color w:val="1E1E1E"/>
                <w:sz w:val="16"/>
              </w:rPr>
              <w:t>Li 2012</w:t>
            </w:r>
            <w:r w:rsidR="0031308D" w:rsidRPr="00EB75F0">
              <w:fldChar w:fldCharType="begin"/>
            </w:r>
            <w:r w:rsidR="00452EF4">
              <w:instrText xml:space="preserve"> ADDIN EN.CITE &lt;EndNote&gt;&lt;Cite&gt;&lt;Author&gt;Li&lt;/Author&gt;&lt;Year&gt;2012&lt;/Year&gt;&lt;RecNum&gt;99&lt;/RecNum&gt;&lt;DisplayText&gt;&lt;style face="superscript"&gt;102&lt;/style&gt;&lt;/DisplayText&gt;&lt;record&gt;&lt;rec-number&gt;99&lt;/rec-number&gt;&lt;foreign-keys&gt;&lt;key app="EN" db-id="9ttaxzax2p0tr7ewzt55atews50zvxaaa5rz" timestamp="1764068846"&gt;99&lt;/key&gt;&lt;/foreign-keys&gt;&lt;ref-type name="Journal Article"&gt;17&lt;/ref-type&gt;&lt;contributors&gt;&lt;authors&gt;&lt;author&gt;Li, Y.&lt;/author&gt;&lt;author&gt;Li, H.&lt;/author&gt;&lt;author&gt;Liu, Y.&lt;/author&gt;&lt;author&gt;Yan, X.&lt;/author&gt;&lt;author&gt;Yue, Y.&lt;/author&gt;&lt;author&gt;Qian, M.&lt;/author&gt;&lt;/authors&gt;&lt;/contributors&gt;&lt;titles&gt;&lt;title&gt;Comparison of quetiapine and risperidone in Chinese Han patients with schizophrenia: results of a single-blind, randomized study&lt;/title&gt;&lt;secondary-title&gt;Curr Med Res Opin&lt;/secondary-title&gt;&lt;/titles&gt;&lt;periodical&gt;&lt;full-title&gt;Curr Med Res Opin&lt;/full-title&gt;&lt;/periodical&gt;&lt;pages&gt;1725-32&lt;/pages&gt;&lt;volume&gt;28&lt;/volume&gt;&lt;number&gt;10&lt;/number&gt;&lt;dates&gt;&lt;year&gt;2012&lt;/year&gt;&lt;pub-dates&gt;&lt;date&gt;20121002&lt;/date&gt;&lt;/pub-dates&gt;&lt;/dates&gt;&lt;pub-location&gt;Shanghai Mental Health Center, Shanghai Jiao Tong University School of Medicine, Shanghai, China.&lt;/pub-location&gt;&lt;isbn&gt;1473-4877 (Electronic) 0300-7995 (Linking)&lt;/isbn&gt;&lt;urls&gt;&lt;related-urls&gt;&lt;url&gt;https://www.ncbi.nlm.nih.gov/pubmed/22978771&lt;/url&gt;&lt;/related-urls&gt;&lt;/urls&gt;&lt;electronic-resource-num&gt;10.1185/03007995.2012.728524&lt;/electronic-resource-num&gt;&lt;/record&gt;&lt;/Cite&gt;&lt;/EndNote&gt;</w:instrText>
            </w:r>
            <w:r w:rsidR="0031308D" w:rsidRPr="00EB75F0">
              <w:fldChar w:fldCharType="separate"/>
            </w:r>
            <w:r w:rsidR="00452EF4" w:rsidRPr="00452EF4">
              <w:rPr>
                <w:noProof/>
                <w:vertAlign w:val="superscript"/>
              </w:rPr>
              <w:t>102</w:t>
            </w:r>
            <w:r w:rsidR="0031308D" w:rsidRPr="00EB75F0">
              <w:fldChar w:fldCharType="end"/>
            </w:r>
          </w:p>
        </w:tc>
        <w:tc>
          <w:tcPr>
            <w:tcW w:w="3240" w:type="dxa"/>
            <w:tcBorders>
              <w:top w:val="single" w:sz="4" w:space="0" w:color="000000"/>
              <w:left w:val="single" w:sz="4" w:space="0" w:color="000000"/>
              <w:bottom w:val="single" w:sz="4" w:space="0" w:color="000000"/>
              <w:right w:val="single" w:sz="4" w:space="0" w:color="000000"/>
            </w:tcBorders>
          </w:tcPr>
          <w:p w14:paraId="7DE50E7D" w14:textId="77777777" w:rsidR="009446D0" w:rsidRPr="00732701" w:rsidRDefault="0084596B">
            <w:pPr>
              <w:spacing w:before="60" w:after="60" w:line="240" w:lineRule="auto"/>
              <w:rPr>
                <w:color w:val="00B050"/>
                <w:sz w:val="16"/>
                <w:lang w:val="it-IT"/>
              </w:rPr>
            </w:pPr>
            <w:r w:rsidRPr="00732701">
              <w:rPr>
                <w:color w:val="00B050"/>
                <w:sz w:val="16"/>
                <w:lang w:val="it-IT"/>
              </w:rPr>
              <w:t xml:space="preserve">Risperidone 4 mg OD (N = 59), </w:t>
            </w:r>
          </w:p>
          <w:p w14:paraId="5769DD26" w14:textId="77777777" w:rsidR="009446D0" w:rsidRPr="00732701" w:rsidRDefault="0084596B">
            <w:pPr>
              <w:spacing w:before="60" w:after="60" w:line="240" w:lineRule="auto"/>
              <w:rPr>
                <w:color w:val="1E1E1E"/>
                <w:sz w:val="16"/>
                <w:lang w:val="it-IT"/>
              </w:rPr>
            </w:pPr>
            <w:r w:rsidRPr="00732701">
              <w:rPr>
                <w:color w:val="00B050"/>
                <w:sz w:val="16"/>
                <w:lang w:val="it-IT"/>
              </w:rPr>
              <w:t>Quetiapine 750 mg OD (N = 60)</w:t>
            </w:r>
          </w:p>
        </w:tc>
        <w:tc>
          <w:tcPr>
            <w:tcW w:w="3600" w:type="dxa"/>
            <w:tcBorders>
              <w:top w:val="single" w:sz="4" w:space="0" w:color="000000"/>
              <w:left w:val="single" w:sz="4" w:space="0" w:color="000000"/>
              <w:bottom w:val="single" w:sz="4" w:space="0" w:color="000000"/>
              <w:right w:val="single" w:sz="4" w:space="0" w:color="000000"/>
            </w:tcBorders>
          </w:tcPr>
          <w:p w14:paraId="1355F1DE" w14:textId="77777777" w:rsidR="009446D0" w:rsidRPr="00EB75F0" w:rsidRDefault="0084596B">
            <w:pPr>
              <w:spacing w:before="60" w:after="60" w:line="240" w:lineRule="auto"/>
              <w:rPr>
                <w:color w:val="000000"/>
                <w:sz w:val="16"/>
              </w:rPr>
            </w:pPr>
            <w:r w:rsidRPr="00EB75F0">
              <w:rPr>
                <w:color w:val="000000"/>
                <w:sz w:val="16"/>
              </w:rPr>
              <w:t>-</w:t>
            </w:r>
          </w:p>
        </w:tc>
        <w:tc>
          <w:tcPr>
            <w:tcW w:w="5696" w:type="dxa"/>
            <w:tcBorders>
              <w:top w:val="single" w:sz="4" w:space="0" w:color="000000"/>
              <w:left w:val="single" w:sz="4" w:space="0" w:color="000000"/>
              <w:bottom w:val="single" w:sz="4" w:space="0" w:color="000000"/>
              <w:right w:val="single" w:sz="4" w:space="0" w:color="000000"/>
            </w:tcBorders>
          </w:tcPr>
          <w:p w14:paraId="632C9D2D" w14:textId="77777777" w:rsidR="009446D0" w:rsidRPr="00EB75F0" w:rsidRDefault="0084596B">
            <w:pPr>
              <w:spacing w:before="60" w:after="60" w:line="240" w:lineRule="auto"/>
              <w:rPr>
                <w:color w:val="1E1E1E"/>
                <w:sz w:val="16"/>
              </w:rPr>
            </w:pPr>
            <w:r w:rsidRPr="00EB75F0">
              <w:rPr>
                <w:color w:val="1E1E1E"/>
                <w:sz w:val="16"/>
              </w:rPr>
              <w:t>-</w:t>
            </w:r>
          </w:p>
        </w:tc>
      </w:tr>
      <w:tr w:rsidR="009446D0" w:rsidRPr="00EB75F0" w14:paraId="05FAF9F5"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4B3C79E7" w14:textId="5FC1029F" w:rsidR="009446D0" w:rsidRPr="00EB75F0" w:rsidRDefault="0084596B">
            <w:pPr>
              <w:keepNext/>
              <w:spacing w:before="60" w:after="60" w:line="240" w:lineRule="auto"/>
              <w:rPr>
                <w:color w:val="1E1E1E"/>
                <w:sz w:val="16"/>
              </w:rPr>
            </w:pPr>
            <w:r w:rsidRPr="00EB75F0">
              <w:rPr>
                <w:color w:val="1E1E1E"/>
                <w:sz w:val="16"/>
              </w:rPr>
              <w:t>NCT01175135</w:t>
            </w:r>
            <w:r w:rsidRPr="00EB75F0">
              <w:t xml:space="preserve"> </w:t>
            </w:r>
            <w:r w:rsidR="0031308D" w:rsidRPr="00EB75F0">
              <w:fldChar w:fldCharType="begin"/>
            </w:r>
            <w:r w:rsidR="00452EF4">
              <w:instrText xml:space="preserve"> ADDIN EN.CITE &lt;EndNote&gt;&lt;Cite&gt;&lt;Author&gt;NCT01175135&lt;/Author&gt;&lt;Year&gt;2018&lt;/Year&gt;&lt;RecNum&gt;100&lt;/RecNum&gt;&lt;DisplayText&gt;&lt;style face="superscript"&gt;103&lt;/style&gt;&lt;/DisplayText&gt;&lt;record&gt;&lt;rec-number&gt;100&lt;/rec-number&gt;&lt;foreign-keys&gt;&lt;key app="EN" db-id="9ttaxzax2p0tr7ewzt55atews50zvxaaa5rz" timestamp="1764068847"&gt;100&lt;/key&gt;&lt;/foreign-keys&gt;&lt;ref-type name="Journal Article"&gt;17&lt;/ref-type&gt;&lt;contributors&gt;&lt;authors&gt;&lt;author&gt;NCT01175135&lt;/author&gt;&lt;/authors&gt;&lt;/contributors&gt;&lt;titles&gt;&lt;title&gt;An Inpatient Study Of The Efficacy, Safety, And Tolerability Of PF-02545920 In The Treatment Of Acute Exacerbation Of Schizophrenia&lt;/title&gt;&lt;secondary-title&gt;-&lt;/secondary-title&gt;&lt;/titles&gt;&lt;periodical&gt;&lt;full-title&gt;-&lt;/full-title&gt;&lt;/periodical&gt;&lt;pages&gt;-&lt;/pages&gt;&lt;volume&gt;-&lt;/volume&gt;&lt;dates&gt;&lt;year&gt;2018&lt;/year&gt;&lt;/dates&gt;&lt;urls&gt;&lt;/urls&gt;&lt;/record&gt;&lt;/Cite&gt;&lt;/EndNote&gt;</w:instrText>
            </w:r>
            <w:r w:rsidR="0031308D" w:rsidRPr="00EB75F0">
              <w:fldChar w:fldCharType="separate"/>
            </w:r>
            <w:r w:rsidR="00452EF4" w:rsidRPr="00452EF4">
              <w:rPr>
                <w:noProof/>
                <w:vertAlign w:val="superscript"/>
              </w:rPr>
              <w:t>103</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6A1D6650" w14:textId="77777777" w:rsidR="009446D0" w:rsidRPr="00EB75F0" w:rsidRDefault="0084596B">
            <w:pPr>
              <w:keepNext/>
              <w:spacing w:before="60" w:after="60" w:line="240" w:lineRule="auto"/>
              <w:rPr>
                <w:color w:val="1E1E1E"/>
                <w:sz w:val="16"/>
              </w:rPr>
            </w:pPr>
            <w:r w:rsidRPr="00EB75F0">
              <w:rPr>
                <w:color w:val="00B050"/>
                <w:sz w:val="16"/>
              </w:rPr>
              <w:t>Risperidone 3 mg BD (N = 37)</w:t>
            </w:r>
          </w:p>
        </w:tc>
        <w:tc>
          <w:tcPr>
            <w:tcW w:w="3600" w:type="dxa"/>
            <w:tcBorders>
              <w:top w:val="single" w:sz="4" w:space="0" w:color="000000"/>
              <w:left w:val="single" w:sz="4" w:space="0" w:color="000000"/>
              <w:bottom w:val="single" w:sz="4" w:space="0" w:color="000000"/>
              <w:right w:val="single" w:sz="4" w:space="0" w:color="000000"/>
            </w:tcBorders>
          </w:tcPr>
          <w:p w14:paraId="04EAEB46" w14:textId="77777777" w:rsidR="009446D0" w:rsidRPr="00EB75F0" w:rsidRDefault="0084596B">
            <w:pPr>
              <w:keepNext/>
              <w:spacing w:before="60" w:after="60" w:line="240" w:lineRule="auto"/>
              <w:rPr>
                <w:color w:val="000000"/>
                <w:sz w:val="16"/>
              </w:rPr>
            </w:pPr>
            <w:r w:rsidRPr="00EB75F0">
              <w:rPr>
                <w:color w:val="000000"/>
                <w:sz w:val="16"/>
              </w:rPr>
              <w:t xml:space="preserve">Placebo (N = 74), </w:t>
            </w:r>
            <w:r w:rsidRPr="00EB75F0">
              <w:rPr>
                <w:color w:val="000000"/>
                <w:sz w:val="16"/>
              </w:rPr>
              <w:br/>
            </w:r>
            <w:proofErr w:type="spellStart"/>
            <w:r w:rsidRPr="00EB75F0">
              <w:rPr>
                <w:color w:val="000000"/>
                <w:sz w:val="16"/>
              </w:rPr>
              <w:t>Mardepodect</w:t>
            </w:r>
            <w:proofErr w:type="spellEnd"/>
            <w:r w:rsidRPr="00EB75F0">
              <w:rPr>
                <w:color w:val="000000"/>
                <w:sz w:val="16"/>
              </w:rPr>
              <w:t xml:space="preserve"> 5 mg BD (N = 74), </w:t>
            </w:r>
            <w:r w:rsidRPr="00EB75F0">
              <w:rPr>
                <w:color w:val="000000"/>
                <w:sz w:val="16"/>
              </w:rPr>
              <w:br/>
            </w:r>
            <w:proofErr w:type="spellStart"/>
            <w:r w:rsidRPr="00EB75F0">
              <w:rPr>
                <w:color w:val="000000"/>
                <w:sz w:val="16"/>
              </w:rPr>
              <w:t>Mardepodect</w:t>
            </w:r>
            <w:proofErr w:type="spellEnd"/>
            <w:r w:rsidRPr="00EB75F0">
              <w:rPr>
                <w:color w:val="000000"/>
                <w:sz w:val="16"/>
              </w:rPr>
              <w:t xml:space="preserve"> 15 mg BD (N = 74)</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43509899" w14:textId="77777777" w:rsidR="009446D0" w:rsidRPr="00EB75F0" w:rsidRDefault="0084596B">
            <w:pPr>
              <w:keepNext/>
              <w:spacing w:before="60" w:after="60" w:line="240" w:lineRule="auto"/>
              <w:rPr>
                <w:color w:val="1E1E1E"/>
                <w:sz w:val="16"/>
              </w:rPr>
            </w:pPr>
            <w:r w:rsidRPr="00EB75F0">
              <w:rPr>
                <w:color w:val="000000"/>
                <w:sz w:val="16"/>
              </w:rPr>
              <w:t xml:space="preserve">Exclude </w:t>
            </w:r>
            <w:proofErr w:type="spellStart"/>
            <w:r w:rsidRPr="00EB75F0">
              <w:rPr>
                <w:color w:val="1E1E1E"/>
                <w:sz w:val="16"/>
              </w:rPr>
              <w:t>mardepodect</w:t>
            </w:r>
            <w:proofErr w:type="spellEnd"/>
            <w:r w:rsidRPr="00EB75F0">
              <w:rPr>
                <w:color w:val="1E1E1E"/>
                <w:sz w:val="16"/>
              </w:rPr>
              <w:t xml:space="preserve"> </w:t>
            </w:r>
            <w:r w:rsidRPr="00EB75F0">
              <w:rPr>
                <w:color w:val="000000"/>
                <w:sz w:val="16"/>
              </w:rPr>
              <w:t>arms (</w:t>
            </w:r>
            <w:proofErr w:type="spellStart"/>
            <w:r w:rsidRPr="00EB75F0">
              <w:rPr>
                <w:color w:val="1E1E1E"/>
                <w:sz w:val="16"/>
              </w:rPr>
              <w:t>mardepodect</w:t>
            </w:r>
            <w:proofErr w:type="spellEnd"/>
            <w:r w:rsidRPr="00EB75F0">
              <w:rPr>
                <w:color w:val="1E1E1E"/>
                <w:sz w:val="16"/>
              </w:rPr>
              <w:t xml:space="preserve"> </w:t>
            </w:r>
            <w:r w:rsidRPr="00EB75F0">
              <w:rPr>
                <w:color w:val="000000"/>
                <w:sz w:val="16"/>
              </w:rPr>
              <w:t>not in scope of research question, per PICOS table and placebo arm offers more robust common comparator link to network)</w:t>
            </w:r>
          </w:p>
        </w:tc>
      </w:tr>
      <w:tr w:rsidR="009446D0" w:rsidRPr="00EB75F0" w14:paraId="1C8CA7D2"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0853CD5A" w14:textId="16CEA674" w:rsidR="009446D0" w:rsidRPr="00EB75F0" w:rsidRDefault="0084596B">
            <w:pPr>
              <w:spacing w:before="60" w:after="60" w:line="240" w:lineRule="auto"/>
              <w:rPr>
                <w:color w:val="1E1E1E"/>
                <w:sz w:val="16"/>
              </w:rPr>
            </w:pPr>
            <w:r w:rsidRPr="00EB75F0">
              <w:rPr>
                <w:color w:val="1E1E1E"/>
                <w:sz w:val="16"/>
              </w:rPr>
              <w:t>Wang 2023</w:t>
            </w:r>
            <w:r w:rsidR="0031308D" w:rsidRPr="00EB75F0">
              <w:fldChar w:fldCharType="begin"/>
            </w:r>
            <w:r w:rsidR="00073331">
              <w:instrText xml:space="preserve"> ADDIN EN.CITE &lt;EndNote&gt;&lt;Cite&gt;&lt;Author&gt;Wang&lt;/Author&gt;&lt;Year&gt;2024&lt;/Year&gt;&lt;RecNum&gt;6&lt;/RecNum&gt;&lt;DisplayText&gt;&lt;style face="superscript"&gt;6&lt;/style&gt;&lt;/DisplayText&gt;&lt;record&gt;&lt;rec-number&gt;6&lt;/rec-number&gt;&lt;foreign-keys&gt;&lt;key app="EN" db-id="9ttaxzax2p0tr7ewzt55atews50zvxaaa5rz" timestamp="1764068824"&gt;6&lt;/key&gt;&lt;/foreign-keys&gt;&lt;ref-type name="Journal Article"&gt;17&lt;/ref-type&gt;&lt;contributors&gt;&lt;authors&gt;&lt;author&gt;Wang, Dong-Mei&lt;/author&gt;&lt;author&gt;Chen, Da-Chun&lt;/author&gt;&lt;author&gt;Xiu, Mei-Hong&lt;/author&gt;&lt;author&gt;Wang, Li&lt;/author&gt;&lt;author&gt;Kosten, Thomas R&lt;/author&gt;&lt;author&gt;Zhang, Xiang-Yang&lt;/author&gt;&lt;/authors&gt;&lt;/contributors&gt;&lt;titles&gt;&lt;title&gt;A double-blind, randomized controlled study of the effects of celecoxib on clinical symptoms and cognitive impairment in patients with drug-naïve first episode schizophrenia: pharmacogenetic impact of cyclooxygenase-2 functional polymorphisms&lt;/title&gt;&lt;secondary-title&gt;Neuropsychopharmacology&lt;/secondary-title&gt;&lt;/titles&gt;&lt;periodical&gt;&lt;full-title&gt;Neuropsychopharmacology&lt;/full-title&gt;&lt;/periodical&gt;&lt;pages&gt;893-902&lt;/pages&gt;&lt;volume&gt;49&lt;/volume&gt;&lt;number&gt;5&lt;/number&gt;&lt;dates&gt;&lt;year&gt;2024&lt;/year&gt;&lt;/dates&gt;&lt;isbn&gt;0893-133X&lt;/isbn&gt;&lt;urls&gt;&lt;/urls&gt;&lt;/record&gt;&lt;/Cite&gt;&lt;/EndNote&gt;</w:instrText>
            </w:r>
            <w:r w:rsidR="0031308D" w:rsidRPr="00EB75F0">
              <w:fldChar w:fldCharType="separate"/>
            </w:r>
            <w:r w:rsidR="008D3092" w:rsidRPr="008D3092">
              <w:rPr>
                <w:noProof/>
                <w:vertAlign w:val="superscript"/>
              </w:rPr>
              <w:t>6</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11F9A2A8" w14:textId="77777777" w:rsidR="009446D0" w:rsidRPr="00EB75F0" w:rsidRDefault="0084596B">
            <w:pPr>
              <w:spacing w:before="60" w:after="60" w:line="240" w:lineRule="auto"/>
              <w:rPr>
                <w:color w:val="1E1E1E"/>
                <w:sz w:val="16"/>
              </w:rPr>
            </w:pPr>
            <w:r w:rsidRPr="00EB75F0">
              <w:rPr>
                <w:color w:val="00B050"/>
                <w:sz w:val="16"/>
              </w:rPr>
              <w:t>Risperidone 4–6 mg OD (N = 44)</w:t>
            </w:r>
          </w:p>
        </w:tc>
        <w:tc>
          <w:tcPr>
            <w:tcW w:w="3600" w:type="dxa"/>
            <w:tcBorders>
              <w:top w:val="single" w:sz="4" w:space="0" w:color="000000"/>
              <w:left w:val="single" w:sz="4" w:space="0" w:color="000000"/>
              <w:bottom w:val="single" w:sz="4" w:space="0" w:color="000000"/>
              <w:right w:val="single" w:sz="4" w:space="0" w:color="000000"/>
            </w:tcBorders>
          </w:tcPr>
          <w:p w14:paraId="30E1B9E9" w14:textId="77777777" w:rsidR="009446D0" w:rsidRPr="00732701" w:rsidRDefault="0084596B">
            <w:pPr>
              <w:spacing w:before="60" w:after="60" w:line="240" w:lineRule="auto"/>
              <w:rPr>
                <w:color w:val="1E1E1E"/>
                <w:sz w:val="16"/>
                <w:lang w:val="it-IT"/>
              </w:rPr>
            </w:pPr>
            <w:r w:rsidRPr="00732701">
              <w:rPr>
                <w:color w:val="1E1E1E"/>
                <w:sz w:val="16"/>
                <w:lang w:val="it-IT"/>
              </w:rPr>
              <w:t xml:space="preserve">Celecoxib + </w:t>
            </w:r>
            <w:proofErr w:type="spellStart"/>
            <w:r w:rsidRPr="00732701">
              <w:rPr>
                <w:color w:val="1E1E1E"/>
                <w:sz w:val="16"/>
                <w:lang w:val="it-IT"/>
              </w:rPr>
              <w:t>risperidone</w:t>
            </w:r>
            <w:proofErr w:type="spellEnd"/>
            <w:r w:rsidRPr="00732701">
              <w:rPr>
                <w:color w:val="1E1E1E"/>
                <w:sz w:val="16"/>
                <w:lang w:val="it-IT"/>
              </w:rPr>
              <w:t xml:space="preserve"> 400 mg OD (N = 46)</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5EA5DFEE" w14:textId="77777777" w:rsidR="009446D0" w:rsidRPr="00EB75F0" w:rsidRDefault="0084596B">
            <w:pPr>
              <w:spacing w:before="60" w:after="60" w:line="240" w:lineRule="auto"/>
              <w:rPr>
                <w:color w:val="1E1E1E"/>
                <w:sz w:val="16"/>
              </w:rPr>
            </w:pPr>
            <w:r w:rsidRPr="00EB75F0">
              <w:rPr>
                <w:color w:val="000000"/>
                <w:sz w:val="16"/>
              </w:rPr>
              <w:t>Exclude whole study (</w:t>
            </w:r>
            <w:r w:rsidRPr="00EB75F0">
              <w:rPr>
                <w:color w:val="1E1E1E"/>
                <w:sz w:val="16"/>
              </w:rPr>
              <w:t xml:space="preserve">celecoxib + risperidone </w:t>
            </w:r>
            <w:r w:rsidRPr="00EB75F0">
              <w:rPr>
                <w:color w:val="000000"/>
                <w:sz w:val="16"/>
              </w:rPr>
              <w:t>not in scope of research question, per PICOS table and cannot act as a common comparator link in the network. Inclusion in network would add no relevant comparative effectiveness info versus relevant comparators)</w:t>
            </w:r>
          </w:p>
        </w:tc>
      </w:tr>
      <w:tr w:rsidR="009446D0" w:rsidRPr="00EB75F0" w14:paraId="3F8530AF"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5B0EEE84" w14:textId="40E0C75A" w:rsidR="009446D0" w:rsidRPr="00EB75F0" w:rsidRDefault="0084596B">
            <w:pPr>
              <w:spacing w:before="60" w:after="60" w:line="240" w:lineRule="auto"/>
              <w:rPr>
                <w:color w:val="1E1E1E"/>
                <w:sz w:val="16"/>
              </w:rPr>
            </w:pPr>
            <w:r w:rsidRPr="00EB75F0">
              <w:rPr>
                <w:color w:val="1E1E1E"/>
                <w:sz w:val="16"/>
              </w:rPr>
              <w:t>Feng 2020</w:t>
            </w:r>
            <w:r w:rsidR="0031308D" w:rsidRPr="00EB75F0">
              <w:fldChar w:fldCharType="begin"/>
            </w:r>
            <w:r w:rsidR="00452EF4">
              <w:instrText xml:space="preserve"> ADDIN EN.CITE &lt;EndNote&gt;&lt;Cite&gt;&lt;Author&gt;Feng&lt;/Author&gt;&lt;Year&gt;2020&lt;/Year&gt;&lt;RecNum&gt;101&lt;/RecNum&gt;&lt;DisplayText&gt;&lt;style face="superscript"&gt;104&lt;/style&gt;&lt;/DisplayText&gt;&lt;record&gt;&lt;rec-number&gt;101&lt;/rec-number&gt;&lt;foreign-keys&gt;&lt;key app="EN" db-id="9ttaxzax2p0tr7ewzt55atews50zvxaaa5rz" timestamp="1764068847"&gt;101&lt;/key&gt;&lt;/foreign-keys&gt;&lt;ref-type name="Journal Article"&gt;17&lt;/ref-type&gt;&lt;contributors&gt;&lt;authors&gt;&lt;author&gt;Feng, Yuan&lt;/author&gt;&lt;author&gt;Shi, Jianguo&lt;/author&gt;&lt;author&gt;Wang, Lili&lt;/author&gt;&lt;author&gt;Zhang, Xia&lt;/author&gt;&lt;author&gt;Tan, Yunlong&lt;/author&gt;&lt;author&gt;Zhao, Jingyuan&lt;/author&gt;&lt;author&gt;Ning, Yuping&lt;/author&gt;&lt;author&gt;Xie, Shiping&lt;/author&gt;&lt;author&gt;Liu, Xuejun&lt;/author&gt;&lt;author&gt;Liu, Qi&lt;/author&gt;&lt;/authors&gt;&lt;/contributors&gt;&lt;titles&gt;&lt;title&gt;Randomized, double</w:instrText>
            </w:r>
            <w:r w:rsidR="00452EF4">
              <w:rPr>
                <w:rFonts w:ascii="Cambria Math" w:hAnsi="Cambria Math" w:cs="Cambria Math"/>
              </w:rPr>
              <w:instrText>‐</w:instrText>
            </w:r>
            <w:r w:rsidR="00452EF4">
              <w:instrText>blind, 6</w:instrText>
            </w:r>
            <w:r w:rsidR="00452EF4">
              <w:rPr>
                <w:rFonts w:ascii="Cambria Math" w:hAnsi="Cambria Math" w:cs="Cambria Math"/>
              </w:rPr>
              <w:instrText>‐</w:instrText>
            </w:r>
            <w:r w:rsidR="00452EF4">
              <w:instrText>week non</w:instrText>
            </w:r>
            <w:r w:rsidR="00452EF4">
              <w:rPr>
                <w:rFonts w:ascii="Cambria Math" w:hAnsi="Cambria Math" w:cs="Cambria Math"/>
              </w:rPr>
              <w:instrText>‐</w:instrText>
            </w:r>
            <w:r w:rsidR="00452EF4">
              <w:instrText>inferiority study of lurasidone and risperidone for the treatment of schizophrenia&lt;/title&gt;&lt;secondary-title&gt;Psychiatry and Clinical Neurosciences&lt;/secondary-title&gt;&lt;/titles&gt;&lt;periodical&gt;&lt;full-title&gt;Psychiatry and clinical neurosciences&lt;/full-title&gt;&lt;/periodical&gt;&lt;pages&gt;336-343&lt;/pages&gt;&lt;volume&gt;74&lt;/volume&gt;&lt;number&gt;6&lt;/number&gt;&lt;dates&gt;&lt;year&gt;2020&lt;/year&gt;&lt;/dates&gt;&lt;isbn&gt;1323-1316&lt;/isbn&gt;&lt;urls&gt;&lt;/urls&gt;&lt;/record&gt;&lt;/Cite&gt;&lt;/EndNote&gt;</w:instrText>
            </w:r>
            <w:r w:rsidR="0031308D" w:rsidRPr="00EB75F0">
              <w:fldChar w:fldCharType="separate"/>
            </w:r>
            <w:r w:rsidR="00452EF4" w:rsidRPr="00452EF4">
              <w:rPr>
                <w:noProof/>
                <w:vertAlign w:val="superscript"/>
              </w:rPr>
              <w:t>104</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66E125E0" w14:textId="77777777" w:rsidR="009446D0" w:rsidRPr="00EB75F0" w:rsidRDefault="0084596B">
            <w:pPr>
              <w:spacing w:before="60" w:after="60" w:line="240" w:lineRule="auto"/>
              <w:rPr>
                <w:color w:val="1E1E1E"/>
                <w:sz w:val="16"/>
              </w:rPr>
            </w:pPr>
            <w:r w:rsidRPr="00EB75F0">
              <w:rPr>
                <w:color w:val="00B050"/>
                <w:sz w:val="16"/>
              </w:rPr>
              <w:t>Risperidone 2–6 mg OD (N = 194)</w:t>
            </w:r>
          </w:p>
        </w:tc>
        <w:tc>
          <w:tcPr>
            <w:tcW w:w="3600" w:type="dxa"/>
            <w:tcBorders>
              <w:top w:val="single" w:sz="4" w:space="0" w:color="000000"/>
              <w:left w:val="single" w:sz="4" w:space="0" w:color="000000"/>
              <w:bottom w:val="single" w:sz="4" w:space="0" w:color="000000"/>
              <w:right w:val="single" w:sz="4" w:space="0" w:color="000000"/>
            </w:tcBorders>
          </w:tcPr>
          <w:p w14:paraId="6677001A" w14:textId="77777777" w:rsidR="009446D0" w:rsidRPr="00EB75F0" w:rsidRDefault="0084596B">
            <w:pPr>
              <w:spacing w:before="60" w:after="60" w:line="240" w:lineRule="auto"/>
              <w:rPr>
                <w:color w:val="000000"/>
                <w:sz w:val="16"/>
              </w:rPr>
            </w:pPr>
            <w:r w:rsidRPr="00EB75F0">
              <w:rPr>
                <w:color w:val="000000"/>
                <w:sz w:val="16"/>
              </w:rPr>
              <w:t>Lurasidone 40–80 mg OD (N = 194)</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7E4BDDB4" w14:textId="77777777" w:rsidR="009446D0" w:rsidRPr="00EB75F0" w:rsidRDefault="0084596B">
            <w:pPr>
              <w:spacing w:before="60" w:after="60" w:line="240" w:lineRule="auto"/>
              <w:rPr>
                <w:color w:val="1E1E1E"/>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290698DE"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3A991CC" w14:textId="1C8D9CA6" w:rsidR="009446D0" w:rsidRPr="00EB75F0" w:rsidRDefault="0084596B">
            <w:pPr>
              <w:spacing w:before="60" w:after="60" w:line="240" w:lineRule="auto"/>
              <w:rPr>
                <w:color w:val="1E1E1E"/>
                <w:sz w:val="16"/>
              </w:rPr>
            </w:pPr>
            <w:r w:rsidRPr="00EB75F0">
              <w:rPr>
                <w:color w:val="1E1E1E"/>
                <w:sz w:val="16"/>
              </w:rPr>
              <w:t>Downing 2014</w:t>
            </w:r>
            <w:r w:rsidR="0031308D" w:rsidRPr="00EB75F0">
              <w:fldChar w:fldCharType="begin"/>
            </w:r>
            <w:r w:rsidR="00452EF4">
              <w:instrText xml:space="preserve"> ADDIN EN.CITE &lt;EndNote&gt;&lt;Cite&gt;&lt;Author&gt;Downing&lt;/Author&gt;&lt;Year&gt;2014&lt;/Year&gt;&lt;RecNum&gt;102&lt;/RecNum&gt;&lt;DisplayText&gt;&lt;style face="superscript"&gt;105&lt;/style&gt;&lt;/DisplayText&gt;&lt;record&gt;&lt;rec-number&gt;102&lt;/rec-number&gt;&lt;foreign-keys&gt;&lt;key app="EN" db-id="9ttaxzax2p0tr7ewzt55atews50zvxaaa5rz" timestamp="1764068847"&gt;102&lt;/key&gt;&lt;/foreign-keys&gt;&lt;ref-type name="Journal Article"&gt;17&lt;/ref-type&gt;&lt;contributors&gt;&lt;authors&gt;&lt;author&gt;Downing, AnnCatherine M&lt;/author&gt;&lt;author&gt;Kinon, Bruce J&lt;/author&gt;&lt;author&gt;Millen, Brian A&lt;/author&gt;&lt;author&gt;Zhang, Lu&lt;/author&gt;&lt;author&gt;Liu, Lin&lt;/author&gt;&lt;author&gt;Morozova, Margarita A&lt;/author&gt;&lt;author&gt;Brenner, Ronald&lt;/author&gt;&lt;author&gt;Rayle, Tami Jo&lt;/author&gt;&lt;author&gt;Nisenbaum, Laura&lt;/author&gt;&lt;author&gt;Zhao, Fangyi&lt;/author&gt;&lt;/authors&gt;&lt;/contributors&gt;&lt;titles&gt;&lt;title&gt;A double-blind, placebo-controlled comparator study of LY2140023 monohydrate in patients with schizophrenia&lt;/title&gt;&lt;secondary-title&gt;BMC psychiatry&lt;/secondary-title&gt;&lt;/titles&gt;&lt;periodical&gt;&lt;full-title&gt;BMC psychiatry&lt;/full-title&gt;&lt;/periodical&gt;&lt;pages&gt;1-12&lt;/pages&gt;&lt;volume&gt;14&lt;/volume&gt;&lt;dates&gt;&lt;year&gt;2014&lt;/year&gt;&lt;/dates&gt;&lt;urls&gt;&lt;/urls&gt;&lt;/record&gt;&lt;/Cite&gt;&lt;/EndNote&gt;</w:instrText>
            </w:r>
            <w:r w:rsidR="0031308D" w:rsidRPr="00EB75F0">
              <w:fldChar w:fldCharType="separate"/>
            </w:r>
            <w:r w:rsidR="00452EF4" w:rsidRPr="00452EF4">
              <w:rPr>
                <w:noProof/>
                <w:vertAlign w:val="superscript"/>
              </w:rPr>
              <w:t>105</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4B4B3259" w14:textId="77777777" w:rsidR="009446D0" w:rsidRPr="00EB75F0" w:rsidRDefault="0084596B">
            <w:pPr>
              <w:spacing w:before="60" w:after="60" w:line="240" w:lineRule="auto"/>
              <w:rPr>
                <w:color w:val="1E1E1E"/>
                <w:sz w:val="16"/>
              </w:rPr>
            </w:pPr>
            <w:r w:rsidRPr="00EB75F0">
              <w:rPr>
                <w:color w:val="00B050"/>
                <w:sz w:val="16"/>
              </w:rPr>
              <w:t>Risperidone 2 mg BD (N = 142)</w:t>
            </w:r>
          </w:p>
        </w:tc>
        <w:tc>
          <w:tcPr>
            <w:tcW w:w="3600" w:type="dxa"/>
            <w:tcBorders>
              <w:top w:val="single" w:sz="4" w:space="0" w:color="000000"/>
              <w:left w:val="single" w:sz="4" w:space="0" w:color="000000"/>
              <w:bottom w:val="single" w:sz="4" w:space="0" w:color="000000"/>
              <w:right w:val="single" w:sz="4" w:space="0" w:color="000000"/>
            </w:tcBorders>
          </w:tcPr>
          <w:p w14:paraId="1ED76843" w14:textId="77777777" w:rsidR="009446D0" w:rsidRPr="00EB75F0" w:rsidRDefault="0084596B">
            <w:pPr>
              <w:spacing w:before="60" w:after="60" w:line="240" w:lineRule="auto"/>
              <w:rPr>
                <w:color w:val="000000"/>
                <w:sz w:val="16"/>
              </w:rPr>
            </w:pPr>
            <w:proofErr w:type="spellStart"/>
            <w:r w:rsidRPr="00EB75F0">
              <w:rPr>
                <w:color w:val="000000"/>
                <w:sz w:val="16"/>
              </w:rPr>
              <w:t>Pomaglumetad</w:t>
            </w:r>
            <w:proofErr w:type="spellEnd"/>
            <w:r w:rsidRPr="00EB75F0">
              <w:rPr>
                <w:color w:val="000000"/>
                <w:sz w:val="16"/>
              </w:rPr>
              <w:t xml:space="preserve"> </w:t>
            </w:r>
            <w:proofErr w:type="spellStart"/>
            <w:r w:rsidRPr="00EB75F0">
              <w:rPr>
                <w:color w:val="000000"/>
                <w:sz w:val="16"/>
              </w:rPr>
              <w:t>methionil</w:t>
            </w:r>
            <w:proofErr w:type="spellEnd"/>
            <w:r w:rsidRPr="00EB75F0">
              <w:rPr>
                <w:color w:val="000000"/>
                <w:sz w:val="16"/>
              </w:rPr>
              <w:t xml:space="preserve"> 40 mg BD (N = 292), </w:t>
            </w:r>
            <w:r w:rsidRPr="00EB75F0">
              <w:br/>
            </w:r>
            <w:proofErr w:type="spellStart"/>
            <w:r w:rsidRPr="00EB75F0">
              <w:rPr>
                <w:color w:val="000000"/>
                <w:sz w:val="16"/>
              </w:rPr>
              <w:t>Pomaglumetad</w:t>
            </w:r>
            <w:proofErr w:type="spellEnd"/>
            <w:r w:rsidRPr="00EB75F0">
              <w:rPr>
                <w:color w:val="000000"/>
                <w:sz w:val="16"/>
              </w:rPr>
              <w:t xml:space="preserve"> </w:t>
            </w:r>
            <w:proofErr w:type="spellStart"/>
            <w:r w:rsidRPr="00EB75F0">
              <w:rPr>
                <w:color w:val="000000"/>
                <w:sz w:val="16"/>
              </w:rPr>
              <w:t>methionil</w:t>
            </w:r>
            <w:proofErr w:type="spellEnd"/>
            <w:r w:rsidRPr="00EB75F0">
              <w:rPr>
                <w:color w:val="000000"/>
                <w:sz w:val="16"/>
              </w:rPr>
              <w:t xml:space="preserve"> 80 mg BD (N = 280), </w:t>
            </w:r>
            <w:r w:rsidRPr="00EB75F0">
              <w:br/>
            </w:r>
            <w:r w:rsidRPr="00EB75F0">
              <w:rPr>
                <w:color w:val="000000"/>
                <w:sz w:val="16"/>
              </w:rPr>
              <w:t>Placebo (N = 295)</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48C78358" w14:textId="77777777" w:rsidR="009446D0" w:rsidRPr="00EB75F0" w:rsidRDefault="0084596B">
            <w:pPr>
              <w:spacing w:before="60" w:after="60" w:line="240" w:lineRule="auto"/>
              <w:rPr>
                <w:color w:val="FF3399"/>
                <w:sz w:val="16"/>
              </w:rPr>
            </w:pPr>
            <w:r w:rsidRPr="00EB75F0">
              <w:rPr>
                <w:color w:val="000000"/>
                <w:sz w:val="16"/>
              </w:rPr>
              <w:t xml:space="preserve">Exclude </w:t>
            </w:r>
            <w:proofErr w:type="spellStart"/>
            <w:r w:rsidRPr="00EB75F0">
              <w:rPr>
                <w:color w:val="000000"/>
                <w:sz w:val="16"/>
              </w:rPr>
              <w:t>pomaglumetad</w:t>
            </w:r>
            <w:proofErr w:type="spellEnd"/>
            <w:r w:rsidRPr="00EB75F0">
              <w:rPr>
                <w:color w:val="000000"/>
                <w:sz w:val="16"/>
              </w:rPr>
              <w:t xml:space="preserve"> </w:t>
            </w:r>
            <w:proofErr w:type="spellStart"/>
            <w:r w:rsidRPr="00EB75F0">
              <w:rPr>
                <w:color w:val="000000"/>
                <w:sz w:val="16"/>
              </w:rPr>
              <w:t>methionil</w:t>
            </w:r>
            <w:proofErr w:type="spellEnd"/>
            <w:r w:rsidRPr="00EB75F0">
              <w:rPr>
                <w:color w:val="000000"/>
                <w:sz w:val="16"/>
              </w:rPr>
              <w:t xml:space="preserve"> arms (</w:t>
            </w:r>
            <w:proofErr w:type="spellStart"/>
            <w:r w:rsidRPr="00EB75F0">
              <w:rPr>
                <w:color w:val="000000"/>
                <w:sz w:val="16"/>
              </w:rPr>
              <w:t>pomaglumetad</w:t>
            </w:r>
            <w:proofErr w:type="spellEnd"/>
            <w:r w:rsidRPr="00EB75F0">
              <w:rPr>
                <w:color w:val="000000"/>
                <w:sz w:val="16"/>
              </w:rPr>
              <w:t xml:space="preserve"> </w:t>
            </w:r>
            <w:proofErr w:type="spellStart"/>
            <w:r w:rsidRPr="00EB75F0">
              <w:rPr>
                <w:color w:val="000000"/>
                <w:sz w:val="16"/>
              </w:rPr>
              <w:t>methionil</w:t>
            </w:r>
            <w:proofErr w:type="spellEnd"/>
            <w:r w:rsidRPr="00EB75F0">
              <w:rPr>
                <w:color w:val="000000"/>
                <w:sz w:val="16"/>
              </w:rPr>
              <w:t xml:space="preserve"> not in scope of research question, per PICOS table and placebo arm offers more robust common comparator link to network)</w:t>
            </w:r>
          </w:p>
        </w:tc>
      </w:tr>
      <w:tr w:rsidR="009446D0" w:rsidRPr="00EB75F0" w14:paraId="06378E74"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D234494" w14:textId="538E7440" w:rsidR="009446D0" w:rsidRPr="00EB75F0" w:rsidRDefault="0084596B">
            <w:pPr>
              <w:keepNext/>
              <w:spacing w:before="60" w:after="60" w:line="240" w:lineRule="auto"/>
              <w:rPr>
                <w:color w:val="1E1E1E"/>
                <w:sz w:val="16"/>
              </w:rPr>
            </w:pPr>
            <w:proofErr w:type="spellStart"/>
            <w:r w:rsidRPr="00EB75F0">
              <w:rPr>
                <w:color w:val="1E1E1E"/>
                <w:sz w:val="16"/>
              </w:rPr>
              <w:t>Ceskova</w:t>
            </w:r>
            <w:proofErr w:type="spellEnd"/>
            <w:r w:rsidRPr="00EB75F0">
              <w:rPr>
                <w:color w:val="1E1E1E"/>
                <w:sz w:val="16"/>
              </w:rPr>
              <w:t xml:space="preserve"> 1994</w:t>
            </w:r>
            <w:r w:rsidR="0031308D" w:rsidRPr="00EB75F0">
              <w:fldChar w:fldCharType="begin"/>
            </w:r>
            <w:r w:rsidR="00452EF4">
              <w:instrText xml:space="preserve"> ADDIN EN.CITE &lt;EndNote&gt;&lt;Cite&gt;&lt;Author&gt;Ceskova&lt;/Author&gt;&lt;Year&gt;1994&lt;/Year&gt;&lt;RecNum&gt;103&lt;/RecNum&gt;&lt;DisplayText&gt;&lt;style face="superscript"&gt;106&lt;/style&gt;&lt;/DisplayText&gt;&lt;record&gt;&lt;rec-number&gt;103&lt;/rec-number&gt;&lt;foreign-keys&gt;&lt;key app="EN" db-id="9ttaxzax2p0tr7ewzt55atews50zvxaaa5rz" timestamp="1764068847"&gt;103&lt;/key&gt;&lt;/foreign-keys&gt;&lt;ref-type name="Journal Article"&gt;17&lt;/ref-type&gt;&lt;contributors&gt;&lt;authors&gt;&lt;author&gt;Ceskova, E&lt;/author&gt;&lt;author&gt;Svestka, J&lt;/author&gt;&lt;/authors&gt;&lt;/contributors&gt;&lt;titles&gt;&lt;title&gt;Risperidone vs. perphenazine-a double-blind comparison and prolactin plasma levels&lt;/title&gt;&lt;secondary-title&gt;Psychiatria Danubina&lt;/secondary-title&gt;&lt;/titles&gt;&lt;periodical&gt;&lt;full-title&gt;Psychiatria Danubina&lt;/full-title&gt;&lt;/periodical&gt;&lt;pages&gt;151-5&lt;/pages&gt;&lt;volume&gt;6&lt;/volume&gt;&lt;number&gt;3</w:instrText>
            </w:r>
            <w:r w:rsidR="00452EF4">
              <w:rPr>
                <w:rFonts w:ascii="Cambria Math" w:hAnsi="Cambria Math" w:cs="Cambria Math"/>
              </w:rPr>
              <w:instrText>‐</w:instrText>
            </w:r>
            <w:r w:rsidR="00452EF4">
              <w:instrText>4&lt;/number&gt;&lt;dates&gt;&lt;year&gt;1994&lt;/year&gt;&lt;/dates&gt;&lt;urls&gt;&lt;/urls&gt;&lt;/record&gt;&lt;/Cite&gt;&lt;/EndNote&gt;</w:instrText>
            </w:r>
            <w:r w:rsidR="0031308D" w:rsidRPr="00EB75F0">
              <w:fldChar w:fldCharType="separate"/>
            </w:r>
            <w:r w:rsidR="00452EF4" w:rsidRPr="00452EF4">
              <w:rPr>
                <w:noProof/>
                <w:vertAlign w:val="superscript"/>
              </w:rPr>
              <w:t>106</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4D0AC9FE" w14:textId="77777777" w:rsidR="009446D0" w:rsidRPr="00EB75F0" w:rsidRDefault="0084596B">
            <w:pPr>
              <w:keepNext/>
              <w:spacing w:before="60" w:after="60" w:line="240" w:lineRule="auto"/>
              <w:rPr>
                <w:color w:val="1E1E1E"/>
                <w:sz w:val="16"/>
              </w:rPr>
            </w:pPr>
            <w:r w:rsidRPr="00EB75F0">
              <w:rPr>
                <w:color w:val="0070C0"/>
                <w:sz w:val="16"/>
              </w:rPr>
              <w:t>Risperidone 2.5–16 mg OD (N = 17)</w:t>
            </w:r>
          </w:p>
        </w:tc>
        <w:tc>
          <w:tcPr>
            <w:tcW w:w="3600" w:type="dxa"/>
            <w:tcBorders>
              <w:top w:val="single" w:sz="4" w:space="0" w:color="000000"/>
              <w:left w:val="single" w:sz="4" w:space="0" w:color="000000"/>
              <w:bottom w:val="single" w:sz="4" w:space="0" w:color="000000"/>
              <w:right w:val="single" w:sz="4" w:space="0" w:color="000000"/>
            </w:tcBorders>
          </w:tcPr>
          <w:p w14:paraId="31F3E23A" w14:textId="77777777" w:rsidR="009446D0" w:rsidRPr="00EB75F0" w:rsidRDefault="0084596B">
            <w:pPr>
              <w:keepNext/>
              <w:spacing w:before="60" w:after="60" w:line="240" w:lineRule="auto"/>
              <w:rPr>
                <w:color w:val="000000"/>
                <w:sz w:val="16"/>
              </w:rPr>
            </w:pPr>
            <w:r w:rsidRPr="00EB75F0">
              <w:rPr>
                <w:color w:val="000000"/>
                <w:sz w:val="16"/>
              </w:rPr>
              <w:t>Perphenazine 8–40 mg OD (N = 29)</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743A9373" w14:textId="77777777" w:rsidR="009446D0" w:rsidRPr="00EB75F0" w:rsidRDefault="0084596B">
            <w:pPr>
              <w:keepNext/>
              <w:spacing w:before="60" w:after="60" w:line="240" w:lineRule="auto"/>
              <w:rPr>
                <w:color w:val="1E1E1E"/>
                <w:sz w:val="16"/>
              </w:rPr>
            </w:pPr>
            <w:r w:rsidRPr="00EB75F0">
              <w:rPr>
                <w:color w:val="000000"/>
                <w:sz w:val="16"/>
              </w:rPr>
              <w:t>Exclude whole study (</w:t>
            </w:r>
            <w:r w:rsidRPr="00EB75F0">
              <w:rPr>
                <w:color w:val="1E1E1E"/>
                <w:sz w:val="16"/>
              </w:rPr>
              <w:t xml:space="preserve">perphenazine </w:t>
            </w:r>
            <w:r w:rsidRPr="00EB75F0">
              <w:rPr>
                <w:color w:val="000000"/>
                <w:sz w:val="16"/>
              </w:rPr>
              <w:t>not in scope of research question, per PICOS table and cannot act as a common comparator link in the network. Inclusion in network would add no relevant comparative effectiveness info versus relevant comparators)</w:t>
            </w:r>
          </w:p>
        </w:tc>
      </w:tr>
      <w:tr w:rsidR="009446D0" w:rsidRPr="00EB75F0" w14:paraId="05556689"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1C60AC5E" w14:textId="5933742F" w:rsidR="009446D0" w:rsidRPr="00EB75F0" w:rsidRDefault="0084596B">
            <w:pPr>
              <w:spacing w:before="60" w:after="60" w:line="240" w:lineRule="auto"/>
              <w:rPr>
                <w:color w:val="1E1E1E"/>
                <w:sz w:val="16"/>
              </w:rPr>
            </w:pPr>
            <w:r w:rsidRPr="00EB75F0">
              <w:rPr>
                <w:color w:val="1E1E1E"/>
                <w:sz w:val="16"/>
              </w:rPr>
              <w:t>Marder 1994</w:t>
            </w:r>
            <w:r w:rsidR="0031308D" w:rsidRPr="00EB75F0">
              <w:fldChar w:fldCharType="begin"/>
            </w:r>
            <w:r w:rsidR="00452EF4">
              <w:instrText xml:space="preserve"> ADDIN EN.CITE &lt;EndNote&gt;&lt;Cite&gt;&lt;Author&gt;Marder&lt;/Author&gt;&lt;Year&gt;1994&lt;/Year&gt;&lt;RecNum&gt;104&lt;/RecNum&gt;&lt;DisplayText&gt;&lt;style face="superscript"&gt;107&lt;/style&gt;&lt;/DisplayText&gt;&lt;record&gt;&lt;rec-number&gt;104&lt;/rec-number&gt;&lt;foreign-keys&gt;&lt;key app="EN" db-id="9ttaxzax2p0tr7ewzt55atews50zvxaaa5rz" timestamp="1764068848"&gt;104&lt;/key&gt;&lt;/foreign-keys&gt;&lt;ref-type name="Journal Article"&gt;17&lt;/ref-type&gt;&lt;contributors&gt;&lt;authors&gt;&lt;author&gt;Marder, Stephen R&lt;/author&gt;&lt;author&gt;Meibach, Richard C&lt;/author&gt;&lt;/authors&gt;&lt;/contributors&gt;&lt;titles&gt;&lt;title&gt;Risperidone in the treatment of schizophrenia&lt;/title&gt;&lt;secondary-title&gt;The American journal of psychiatry&lt;/secondary-title&gt;&lt;/titles&gt;&lt;periodical&gt;&lt;full-title&gt;The American journal of psychiatry&lt;/full-title&gt;&lt;/periodical&gt;&lt;pages&gt;825-835&lt;/pages&gt;&lt;volume&gt;151&lt;/volume&gt;&lt;number&gt;6&lt;/number&gt;&lt;dates&gt;&lt;year&gt;1994&lt;/year&gt;&lt;/dates&gt;&lt;isbn&gt;0002-953X&lt;/isbn&gt;&lt;urls&gt;&lt;/urls&gt;&lt;/record&gt;&lt;/Cite&gt;&lt;/EndNote&gt;</w:instrText>
            </w:r>
            <w:r w:rsidR="0031308D" w:rsidRPr="00EB75F0">
              <w:fldChar w:fldCharType="separate"/>
            </w:r>
            <w:r w:rsidR="00452EF4" w:rsidRPr="00452EF4">
              <w:rPr>
                <w:noProof/>
                <w:vertAlign w:val="superscript"/>
              </w:rPr>
              <w:t>107</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43C15CC7" w14:textId="77777777" w:rsidR="009446D0" w:rsidRPr="00732701" w:rsidRDefault="0084596B">
            <w:pPr>
              <w:spacing w:before="60" w:after="60" w:line="240" w:lineRule="auto"/>
              <w:rPr>
                <w:color w:val="1E1E1E"/>
                <w:sz w:val="16"/>
                <w:lang w:val="it-IT"/>
              </w:rPr>
            </w:pPr>
            <w:r w:rsidRPr="00732701">
              <w:rPr>
                <w:color w:val="00B050"/>
                <w:sz w:val="16"/>
                <w:lang w:val="it-IT"/>
              </w:rPr>
              <w:t xml:space="preserve">Risperidone 2 mg OD (N = 63), </w:t>
            </w:r>
            <w:r w:rsidRPr="00732701">
              <w:rPr>
                <w:color w:val="00B050"/>
                <w:sz w:val="16"/>
                <w:lang w:val="it-IT"/>
              </w:rPr>
              <w:br/>
              <w:t xml:space="preserve">Risperidone 6 mg OD (N = 64), </w:t>
            </w:r>
            <w:r w:rsidRPr="00732701">
              <w:rPr>
                <w:color w:val="00B050"/>
                <w:sz w:val="16"/>
                <w:lang w:val="it-IT"/>
              </w:rPr>
              <w:br/>
              <w:t xml:space="preserve">Risperidone 10 mg OD (N = 65), </w:t>
            </w:r>
            <w:r w:rsidRPr="00732701">
              <w:rPr>
                <w:color w:val="00B050"/>
                <w:sz w:val="16"/>
                <w:lang w:val="it-IT"/>
              </w:rPr>
              <w:br/>
            </w:r>
            <w:r w:rsidRPr="00732701">
              <w:rPr>
                <w:color w:val="0070C0"/>
                <w:sz w:val="16"/>
                <w:lang w:val="it-IT"/>
              </w:rPr>
              <w:t>Risperidone 16 mg OD (N = 64)</w:t>
            </w:r>
          </w:p>
        </w:tc>
        <w:tc>
          <w:tcPr>
            <w:tcW w:w="3600" w:type="dxa"/>
            <w:tcBorders>
              <w:top w:val="single" w:sz="4" w:space="0" w:color="000000"/>
              <w:left w:val="single" w:sz="4" w:space="0" w:color="000000"/>
              <w:bottom w:val="single" w:sz="4" w:space="0" w:color="000000"/>
              <w:right w:val="single" w:sz="4" w:space="0" w:color="000000"/>
            </w:tcBorders>
          </w:tcPr>
          <w:p w14:paraId="6C1114D5" w14:textId="77777777" w:rsidR="009446D0" w:rsidRPr="00EB75F0" w:rsidRDefault="0084596B">
            <w:pPr>
              <w:spacing w:before="60" w:after="60" w:line="240" w:lineRule="auto"/>
              <w:rPr>
                <w:color w:val="000000"/>
                <w:sz w:val="16"/>
              </w:rPr>
            </w:pPr>
            <w:r w:rsidRPr="00EB75F0">
              <w:rPr>
                <w:color w:val="000000"/>
                <w:sz w:val="16"/>
              </w:rPr>
              <w:t xml:space="preserve">Haloperidol 20 mg OD (N = 66), </w:t>
            </w:r>
            <w:r w:rsidRPr="00EB75F0">
              <w:rPr>
                <w:color w:val="000000"/>
                <w:sz w:val="16"/>
              </w:rPr>
              <w:br/>
              <w:t>Placebo (N = 66)</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665927B6" w14:textId="77777777" w:rsidR="009446D0" w:rsidRPr="00EB75F0" w:rsidRDefault="0084596B">
            <w:pPr>
              <w:spacing w:before="60" w:after="60" w:line="240" w:lineRule="auto"/>
              <w:rPr>
                <w:color w:val="1E1E1E"/>
                <w:sz w:val="16"/>
              </w:rPr>
            </w:pPr>
            <w:r w:rsidRPr="00EB75F0">
              <w:rPr>
                <w:color w:val="000000"/>
                <w:sz w:val="16"/>
              </w:rPr>
              <w:t>Exclude haloperidol arm (haloperidol not in scope of research question, per PICOS table and placebo arm offers more robust common comparator link to network)</w:t>
            </w:r>
          </w:p>
        </w:tc>
      </w:tr>
      <w:tr w:rsidR="009446D0" w:rsidRPr="00EB75F0" w14:paraId="2AE47365"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384B3B16" w14:textId="475F69D6" w:rsidR="009446D0" w:rsidRPr="00EB75F0" w:rsidRDefault="0084596B">
            <w:pPr>
              <w:spacing w:before="60" w:after="60" w:line="240" w:lineRule="auto"/>
              <w:rPr>
                <w:color w:val="1E1E1E"/>
                <w:sz w:val="16"/>
              </w:rPr>
            </w:pPr>
            <w:proofErr w:type="spellStart"/>
            <w:r w:rsidRPr="00EB75F0">
              <w:rPr>
                <w:color w:val="1E1E1E"/>
                <w:sz w:val="16"/>
              </w:rPr>
              <w:t>Potkin</w:t>
            </w:r>
            <w:proofErr w:type="spellEnd"/>
            <w:r w:rsidRPr="00EB75F0">
              <w:rPr>
                <w:color w:val="1E1E1E"/>
                <w:sz w:val="16"/>
              </w:rPr>
              <w:t xml:space="preserve"> 2007</w:t>
            </w:r>
            <w:r w:rsidR="0031308D" w:rsidRPr="00EB75F0">
              <w:fldChar w:fldCharType="begin"/>
            </w:r>
            <w:r w:rsidR="00452EF4">
              <w:instrText xml:space="preserve"> ADDIN EN.CITE &lt;EndNote&gt;&lt;Cite&gt;&lt;Author&gt;Potkin&lt;/Author&gt;&lt;Year&gt;2007&lt;/Year&gt;&lt;RecNum&gt;105&lt;/RecNum&gt;&lt;DisplayText&gt;&lt;style face="superscript"&gt;108&lt;/style&gt;&lt;/DisplayText&gt;&lt;record&gt;&lt;rec-number&gt;105&lt;/rec-number&gt;&lt;foreign-keys&gt;&lt;key app="EN" db-id="9ttaxzax2p0tr7ewzt55atews50zvxaaa5rz" timestamp="1764068848"&gt;105&lt;/key&gt;&lt;/foreign-keys&gt;&lt;ref-type name="Journal Article"&gt;17&lt;/ref-type&gt;&lt;contributors&gt;&lt;authors&gt;&lt;author&gt;Potkin, Steven G&lt;/author&gt;&lt;author&gt;Cohen, Miriam&lt;/author&gt;&lt;author&gt;Panagides, John&lt;/author&gt;&lt;/authors&gt;&lt;/contributors&gt;&lt;titles&gt;&lt;title&gt;Efficacy and tolerability of asenapine in acute schizophrenia: a placebo-and risperidone-controlled trial&lt;/title&gt;&lt;secondary-title&gt;Journal of Clinical Psychiatry&lt;/secondary-title&gt;&lt;/titles&gt;&lt;periodical&gt;&lt;full-title&gt;Journal of Clinical Psychiatry&lt;/full-title&gt;&lt;/periodical&gt;&lt;pages&gt;1492-1500&lt;/pages&gt;&lt;volume&gt;68&lt;/volume&gt;&lt;number&gt;10&lt;/number&gt;&lt;dates&gt;&lt;year&gt;2007&lt;/year&gt;&lt;/dates&gt;&lt;isbn&gt;0160-6689&lt;/isbn&gt;&lt;urls&gt;&lt;/urls&gt;&lt;/record&gt;&lt;/Cite&gt;&lt;/EndNote&gt;</w:instrText>
            </w:r>
            <w:r w:rsidR="0031308D" w:rsidRPr="00EB75F0">
              <w:fldChar w:fldCharType="separate"/>
            </w:r>
            <w:r w:rsidR="00452EF4" w:rsidRPr="00452EF4">
              <w:rPr>
                <w:noProof/>
                <w:vertAlign w:val="superscript"/>
              </w:rPr>
              <w:t>108</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39268000" w14:textId="77777777" w:rsidR="009446D0" w:rsidRPr="00EB75F0" w:rsidRDefault="0084596B">
            <w:pPr>
              <w:spacing w:before="60" w:after="60" w:line="240" w:lineRule="auto"/>
              <w:rPr>
                <w:color w:val="1E1E1E"/>
                <w:sz w:val="16"/>
              </w:rPr>
            </w:pPr>
            <w:r w:rsidRPr="00EB75F0">
              <w:rPr>
                <w:color w:val="00B050"/>
                <w:sz w:val="16"/>
              </w:rPr>
              <w:t>Risperidone 3 mg BD (N = 60)</w:t>
            </w:r>
          </w:p>
        </w:tc>
        <w:tc>
          <w:tcPr>
            <w:tcW w:w="3600" w:type="dxa"/>
            <w:tcBorders>
              <w:top w:val="single" w:sz="4" w:space="0" w:color="000000"/>
              <w:left w:val="single" w:sz="4" w:space="0" w:color="000000"/>
              <w:bottom w:val="single" w:sz="4" w:space="0" w:color="000000"/>
              <w:right w:val="single" w:sz="4" w:space="0" w:color="000000"/>
            </w:tcBorders>
          </w:tcPr>
          <w:p w14:paraId="15096502" w14:textId="77777777" w:rsidR="009446D0" w:rsidRPr="00EB75F0" w:rsidRDefault="0084596B">
            <w:pPr>
              <w:spacing w:before="60" w:after="60" w:line="240" w:lineRule="auto"/>
              <w:rPr>
                <w:color w:val="000000"/>
                <w:sz w:val="16"/>
              </w:rPr>
            </w:pPr>
            <w:proofErr w:type="spellStart"/>
            <w:r w:rsidRPr="00EB75F0">
              <w:rPr>
                <w:color w:val="000000"/>
                <w:sz w:val="16"/>
              </w:rPr>
              <w:t>Asenapine</w:t>
            </w:r>
            <w:proofErr w:type="spellEnd"/>
            <w:r w:rsidRPr="00EB75F0">
              <w:rPr>
                <w:color w:val="000000"/>
                <w:sz w:val="16"/>
              </w:rPr>
              <w:t xml:space="preserve"> 5 mg BD (N = 60), </w:t>
            </w:r>
            <w:r w:rsidRPr="00EB75F0">
              <w:br/>
            </w:r>
            <w:r w:rsidRPr="00EB75F0">
              <w:rPr>
                <w:color w:val="000000"/>
                <w:sz w:val="16"/>
              </w:rPr>
              <w:t>Placebo (N = 62)</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2474AB82" w14:textId="77777777" w:rsidR="009446D0" w:rsidRPr="00EB75F0" w:rsidRDefault="0084596B">
            <w:pPr>
              <w:spacing w:before="60" w:after="60" w:line="240" w:lineRule="auto"/>
              <w:rPr>
                <w:color w:val="FF3399"/>
                <w:sz w:val="16"/>
              </w:rPr>
            </w:pPr>
            <w:r w:rsidRPr="00EB75F0">
              <w:rPr>
                <w:color w:val="000000"/>
                <w:sz w:val="16"/>
              </w:rPr>
              <w:t xml:space="preserve">Exclude </w:t>
            </w:r>
            <w:proofErr w:type="spellStart"/>
            <w:r w:rsidRPr="00EB75F0">
              <w:rPr>
                <w:color w:val="000000"/>
                <w:sz w:val="16"/>
              </w:rPr>
              <w:t>asenapine</w:t>
            </w:r>
            <w:proofErr w:type="spellEnd"/>
            <w:r w:rsidRPr="00EB75F0">
              <w:rPr>
                <w:color w:val="000000"/>
                <w:sz w:val="16"/>
              </w:rPr>
              <w:t xml:space="preserve"> arm (</w:t>
            </w:r>
            <w:proofErr w:type="spellStart"/>
            <w:r w:rsidRPr="00EB75F0">
              <w:rPr>
                <w:color w:val="000000"/>
                <w:sz w:val="16"/>
              </w:rPr>
              <w:t>asenapine</w:t>
            </w:r>
            <w:proofErr w:type="spellEnd"/>
            <w:r w:rsidRPr="00EB75F0">
              <w:rPr>
                <w:color w:val="000000"/>
                <w:sz w:val="16"/>
              </w:rPr>
              <w:t xml:space="preserve"> not in scope of research question, per PICOS table and placebo arm offers more robust common comparator link to network)</w:t>
            </w:r>
          </w:p>
        </w:tc>
      </w:tr>
      <w:tr w:rsidR="009446D0" w:rsidRPr="00EB75F0" w14:paraId="010D8ABD"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192BA304" w14:textId="69EFA8A5" w:rsidR="009446D0" w:rsidRPr="00EB75F0" w:rsidRDefault="0084596B">
            <w:pPr>
              <w:spacing w:before="60" w:after="60" w:line="240" w:lineRule="auto"/>
              <w:rPr>
                <w:color w:val="1E1E1E"/>
                <w:sz w:val="16"/>
              </w:rPr>
            </w:pPr>
            <w:r w:rsidRPr="00EB75F0">
              <w:rPr>
                <w:color w:val="1E1E1E"/>
                <w:sz w:val="16"/>
              </w:rPr>
              <w:t>Lee 2007</w:t>
            </w:r>
            <w:r w:rsidR="0031308D" w:rsidRPr="00EB75F0">
              <w:fldChar w:fldCharType="begin"/>
            </w:r>
            <w:r w:rsidR="00452EF4">
              <w:instrText xml:space="preserve"> ADDIN EN.CITE &lt;EndNote&gt;&lt;Cite&gt;&lt;Author&gt;Lee&lt;/Author&gt;&lt;Year&gt;2007&lt;/Year&gt;&lt;RecNum&gt;106&lt;/RecNum&gt;&lt;DisplayText&gt;&lt;style face="superscript"&gt;109&lt;/style&gt;&lt;/DisplayText&gt;&lt;record&gt;&lt;rec-number&gt;106&lt;/rec-number&gt;&lt;foreign-keys&gt;&lt;key app="EN" db-id="9ttaxzax2p0tr7ewzt55atews50zvxaaa5rz" timestamp="1764068848"&gt;106&lt;/key&gt;&lt;/foreign-keys&gt;&lt;ref-type name="Journal Article"&gt;17&lt;/ref-type&gt;&lt;contributors&gt;&lt;authors&gt;&lt;author&gt;Lee, S. M.&lt;/author&gt;&lt;author&gt;Chou, Y. H.&lt;/author&gt;&lt;author&gt;Li, M. H.&lt;/author&gt;&lt;author&gt;Wan, F. J.&lt;/author&gt;&lt;author&gt;Yen, M. H.&lt;/author&gt;&lt;/authors&gt;&lt;/contributors&gt;&lt;titles&gt;&lt;title&gt;Effects of antipsychotics on cognitive performance in drug-naive schizophrenic patients&lt;/title&gt;&lt;secondary-title&gt;Prog Neuropsychopharmacol Biol Psychiatry&lt;/secondary-title&gt;&lt;/titles&gt;&lt;periodical&gt;&lt;full-title&gt;Prog Neuropsychopharmacol Biol Psychiatry&lt;/full-title&gt;&lt;/periodical&gt;&lt;pages&gt;1101-7&lt;/pages&gt;&lt;volume&gt;31&lt;/volume&gt;&lt;number&gt;5&lt;/number&gt;&lt;dates&gt;&lt;year&gt;2007&lt;/year&gt;&lt;pub-dates&gt;&lt;date&gt;Jun 30 2007&lt;/date&gt;&lt;/pub-dates&gt;&lt;/dates&gt;&lt;pub-location&gt;Graduate Institute of Medical Sciences, National Defense Medical Center, Taipei, Taiwan.&lt;/pub-location&gt;&lt;isbn&gt;0278-5846 (Print) 0278-5846 (Linking)&lt;/isbn&gt;&lt;urls&gt;&lt;related-urls&gt;&lt;url&gt;https://www.ncbi.nlm.nih.gov/pubmed/17475386&lt;/url&gt;&lt;/related-urls&gt;&lt;/urls&gt;&lt;electronic-resource-num&gt;10.1016/j.pnpbp.2007.03.016&lt;/electronic-resource-num&gt;&lt;/record&gt;&lt;/Cite&gt;&lt;/EndNote&gt;</w:instrText>
            </w:r>
            <w:r w:rsidR="0031308D" w:rsidRPr="00EB75F0">
              <w:fldChar w:fldCharType="separate"/>
            </w:r>
            <w:r w:rsidR="00452EF4" w:rsidRPr="00452EF4">
              <w:rPr>
                <w:noProof/>
                <w:vertAlign w:val="superscript"/>
              </w:rPr>
              <w:t>109</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3A198235" w14:textId="77777777" w:rsidR="009446D0" w:rsidRPr="00EB75F0" w:rsidRDefault="0084596B">
            <w:pPr>
              <w:spacing w:before="60" w:after="60" w:line="240" w:lineRule="auto"/>
              <w:rPr>
                <w:color w:val="0070C0"/>
                <w:sz w:val="16"/>
              </w:rPr>
            </w:pPr>
            <w:r w:rsidRPr="00EB75F0">
              <w:rPr>
                <w:color w:val="00B050"/>
                <w:sz w:val="16"/>
              </w:rPr>
              <w:t>Risperidone 4.1 ± 0.8 mg OD (mean) (N = 10)</w:t>
            </w:r>
          </w:p>
        </w:tc>
        <w:tc>
          <w:tcPr>
            <w:tcW w:w="3600" w:type="dxa"/>
            <w:tcBorders>
              <w:top w:val="single" w:sz="4" w:space="0" w:color="000000"/>
              <w:left w:val="single" w:sz="4" w:space="0" w:color="000000"/>
              <w:bottom w:val="single" w:sz="4" w:space="0" w:color="000000"/>
              <w:right w:val="single" w:sz="4" w:space="0" w:color="000000"/>
            </w:tcBorders>
          </w:tcPr>
          <w:p w14:paraId="7FA4F61B" w14:textId="77777777" w:rsidR="009446D0" w:rsidRPr="00EB75F0" w:rsidRDefault="0084596B">
            <w:pPr>
              <w:spacing w:before="60" w:after="60" w:line="240" w:lineRule="auto"/>
              <w:rPr>
                <w:color w:val="000000"/>
                <w:sz w:val="16"/>
              </w:rPr>
            </w:pPr>
            <w:r w:rsidRPr="00EB75F0">
              <w:rPr>
                <w:color w:val="000000"/>
                <w:sz w:val="16"/>
              </w:rPr>
              <w:t>Haloperidol 7.6 ± 2.6 mg OD (mean) (N = 10)</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76825541" w14:textId="77777777" w:rsidR="009446D0" w:rsidRPr="00EB75F0" w:rsidRDefault="0084596B">
            <w:pPr>
              <w:spacing w:before="60" w:after="60" w:line="240" w:lineRule="auto"/>
              <w:rPr>
                <w:color w:val="1E1E1E"/>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6C95F818"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7F902C54" w14:textId="2D85D283" w:rsidR="009446D0" w:rsidRPr="00EB75F0" w:rsidRDefault="0084596B">
            <w:pPr>
              <w:spacing w:before="60" w:after="60" w:line="240" w:lineRule="auto"/>
              <w:rPr>
                <w:color w:val="1E1E1E"/>
                <w:sz w:val="16"/>
              </w:rPr>
            </w:pPr>
            <w:r w:rsidRPr="00EB75F0">
              <w:rPr>
                <w:color w:val="1E1E1E"/>
                <w:sz w:val="16"/>
              </w:rPr>
              <w:t>NCT04512066</w:t>
            </w:r>
            <w:r w:rsidRPr="00EB75F0">
              <w:t xml:space="preserve"> </w:t>
            </w:r>
            <w:r w:rsidR="0031308D" w:rsidRPr="00EB75F0">
              <w:fldChar w:fldCharType="begin"/>
            </w:r>
            <w:r w:rsidR="00452EF4">
              <w:instrText xml:space="preserve"> ADDIN EN.CITE &lt;EndNote&gt;&lt;Cite&gt;&lt;Author&gt;NCT04512066&lt;/Author&gt;&lt;Year&gt;2023&lt;/Year&gt;&lt;RecNum&gt;107&lt;/RecNum&gt;&lt;DisplayText&gt;&lt;style face="superscript"&gt;110&lt;/style&gt;&lt;/DisplayText&gt;&lt;record&gt;&lt;rec-number&gt;107&lt;/rec-number&gt;&lt;foreign-keys&gt;&lt;key app="EN" db-id="9ttaxzax2p0tr7ewzt55atews50zvxaaa5rz" timestamp="1764068848"&gt;107&lt;/key&gt;&lt;/foreign-keys&gt;&lt;ref-type name="Journal Article"&gt;17&lt;/ref-type&gt;&lt;contributors&gt;&lt;authors&gt;&lt;author&gt;NCT04512066&lt;/author&gt;&lt;/authors&gt;&lt;/contributors&gt;&lt;titles&gt;&lt;title&gt;A Trial of the Efficacy and the Safety of RO6889450 (Ralmitaront) vs Placebo in Patients With an Acute Exacerbation of Schizophrenia or Schizoaffective Disorder&lt;/title&gt;&lt;secondary-title&gt;-&lt;/secondary-title&gt;&lt;/titles&gt;&lt;periodical&gt;&lt;full-title&gt;-&lt;/full-title&gt;&lt;/periodical&gt;&lt;pages&gt;-&lt;/pages&gt;&lt;volume&gt;-&lt;/volume&gt;&lt;dates&gt;&lt;year&gt;2023&lt;/year&gt;&lt;/dates&gt;&lt;urls&gt;&lt;/urls&gt;&lt;/record&gt;&lt;/Cite&gt;&lt;/EndNote&gt;</w:instrText>
            </w:r>
            <w:r w:rsidR="0031308D" w:rsidRPr="00EB75F0">
              <w:fldChar w:fldCharType="separate"/>
            </w:r>
            <w:r w:rsidR="00452EF4" w:rsidRPr="00452EF4">
              <w:rPr>
                <w:noProof/>
                <w:vertAlign w:val="superscript"/>
              </w:rPr>
              <w:t>110</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59019125" w14:textId="77777777" w:rsidR="009446D0" w:rsidRPr="00EB75F0" w:rsidRDefault="0084596B">
            <w:pPr>
              <w:spacing w:before="60" w:after="60" w:line="240" w:lineRule="auto"/>
              <w:rPr>
                <w:color w:val="1E1E1E"/>
                <w:sz w:val="16"/>
              </w:rPr>
            </w:pPr>
            <w:r w:rsidRPr="00EB75F0">
              <w:rPr>
                <w:color w:val="00B050"/>
                <w:sz w:val="16"/>
              </w:rPr>
              <w:t>Risperidone 4 mg QD (N = 71)</w:t>
            </w:r>
          </w:p>
        </w:tc>
        <w:tc>
          <w:tcPr>
            <w:tcW w:w="3600" w:type="dxa"/>
            <w:tcBorders>
              <w:top w:val="single" w:sz="4" w:space="0" w:color="000000"/>
              <w:left w:val="single" w:sz="4" w:space="0" w:color="000000"/>
              <w:bottom w:val="single" w:sz="4" w:space="0" w:color="000000"/>
              <w:right w:val="single" w:sz="4" w:space="0" w:color="000000"/>
            </w:tcBorders>
          </w:tcPr>
          <w:p w14:paraId="2C2A1CC6" w14:textId="77777777" w:rsidR="009446D0" w:rsidRPr="00EB75F0" w:rsidRDefault="0084596B">
            <w:pPr>
              <w:spacing w:before="60" w:after="60" w:line="240" w:lineRule="auto"/>
              <w:rPr>
                <w:color w:val="000000"/>
                <w:sz w:val="16"/>
              </w:rPr>
            </w:pPr>
            <w:r w:rsidRPr="00EB75F0">
              <w:rPr>
                <w:color w:val="000000"/>
                <w:sz w:val="16"/>
              </w:rPr>
              <w:t xml:space="preserve">Placebo (N = 72), </w:t>
            </w:r>
            <w:r w:rsidRPr="00EB75F0">
              <w:br/>
            </w:r>
            <w:proofErr w:type="spellStart"/>
            <w:r w:rsidRPr="00EB75F0">
              <w:rPr>
                <w:color w:val="000000"/>
                <w:sz w:val="16"/>
              </w:rPr>
              <w:t>Ralmitaront</w:t>
            </w:r>
            <w:proofErr w:type="spellEnd"/>
            <w:r w:rsidRPr="00EB75F0">
              <w:rPr>
                <w:color w:val="000000"/>
                <w:sz w:val="16"/>
              </w:rPr>
              <w:t xml:space="preserve"> 45 mg QD (N  =65), </w:t>
            </w:r>
            <w:r w:rsidRPr="00EB75F0">
              <w:br/>
            </w:r>
            <w:proofErr w:type="spellStart"/>
            <w:r w:rsidRPr="00EB75F0">
              <w:rPr>
                <w:color w:val="000000"/>
                <w:sz w:val="16"/>
              </w:rPr>
              <w:t>Ralmitaront</w:t>
            </w:r>
            <w:proofErr w:type="spellEnd"/>
            <w:r w:rsidRPr="00EB75F0">
              <w:rPr>
                <w:color w:val="000000"/>
                <w:sz w:val="16"/>
              </w:rPr>
              <w:t xml:space="preserve"> 150 mg QD (N = 68)</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669E93B8" w14:textId="77777777" w:rsidR="009446D0" w:rsidRPr="00EB75F0" w:rsidRDefault="0084596B">
            <w:pPr>
              <w:spacing w:before="60" w:after="60" w:line="240" w:lineRule="auto"/>
              <w:rPr>
                <w:color w:val="1E1E1E"/>
                <w:sz w:val="16"/>
              </w:rPr>
            </w:pPr>
            <w:r w:rsidRPr="00EB75F0">
              <w:rPr>
                <w:color w:val="000000"/>
                <w:sz w:val="16"/>
              </w:rPr>
              <w:t xml:space="preserve">Exclude </w:t>
            </w:r>
            <w:proofErr w:type="spellStart"/>
            <w:r w:rsidRPr="00EB75F0">
              <w:rPr>
                <w:color w:val="1E1E1E"/>
                <w:sz w:val="16"/>
              </w:rPr>
              <w:t>ralmitaront</w:t>
            </w:r>
            <w:proofErr w:type="spellEnd"/>
            <w:r w:rsidRPr="00EB75F0">
              <w:rPr>
                <w:color w:val="1E1E1E"/>
                <w:sz w:val="16"/>
              </w:rPr>
              <w:t xml:space="preserve"> </w:t>
            </w:r>
            <w:r w:rsidRPr="00EB75F0">
              <w:rPr>
                <w:color w:val="000000"/>
                <w:sz w:val="16"/>
              </w:rPr>
              <w:t>arms (</w:t>
            </w:r>
            <w:proofErr w:type="spellStart"/>
            <w:r w:rsidRPr="00EB75F0">
              <w:rPr>
                <w:color w:val="1E1E1E"/>
                <w:sz w:val="16"/>
              </w:rPr>
              <w:t>ralmitaront</w:t>
            </w:r>
            <w:proofErr w:type="spellEnd"/>
            <w:r w:rsidRPr="00EB75F0">
              <w:rPr>
                <w:color w:val="1E1E1E"/>
                <w:sz w:val="16"/>
              </w:rPr>
              <w:t xml:space="preserve"> </w:t>
            </w:r>
            <w:r w:rsidRPr="00EB75F0">
              <w:rPr>
                <w:color w:val="000000"/>
                <w:sz w:val="16"/>
              </w:rPr>
              <w:t>not in scope of research question, per PICOS table and placebo arm offers more robust common comparator link to network)</w:t>
            </w:r>
          </w:p>
        </w:tc>
      </w:tr>
      <w:tr w:rsidR="009446D0" w:rsidRPr="00EB75F0" w14:paraId="2D9A769F"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505BB365" w14:textId="224DD29E" w:rsidR="009446D0" w:rsidRPr="00EB75F0" w:rsidRDefault="0084596B">
            <w:pPr>
              <w:spacing w:before="60" w:after="60" w:line="240" w:lineRule="auto"/>
              <w:rPr>
                <w:color w:val="1E1E1E"/>
                <w:sz w:val="16"/>
              </w:rPr>
            </w:pPr>
            <w:r w:rsidRPr="00EB75F0">
              <w:rPr>
                <w:color w:val="1E1E1E"/>
                <w:sz w:val="16"/>
              </w:rPr>
              <w:t>Zhang 2010</w:t>
            </w:r>
            <w:r w:rsidRPr="00EB75F0">
              <w:t xml:space="preserve"> </w:t>
            </w:r>
            <w:r w:rsidR="0031308D" w:rsidRPr="00EB75F0">
              <w:fldChar w:fldCharType="begin"/>
            </w:r>
            <w:r w:rsidR="00452EF4">
              <w:instrText xml:space="preserve"> ADDIN EN.CITE &lt;EndNote&gt;&lt;Cite&gt;&lt;Author&gt;B&lt;/Author&gt;&lt;Year&gt;2010&lt;/Year&gt;&lt;RecNum&gt;108&lt;/RecNum&gt;&lt;DisplayText&gt;&lt;style face="superscript"&gt;111&lt;/style&gt;&lt;/DisplayText&gt;&lt;record&gt;&lt;rec-number&gt;108&lt;/rec-number&gt;&lt;foreign-keys&gt;&lt;key app="EN" db-id="9ttaxzax2p0tr7ewzt55atews50zvxaaa5rz" timestamp="1764068849"&gt;108&lt;/key&gt;&lt;/foreign-keys&gt;&lt;ref-type name="Journal Article"&gt;17&lt;/ref-type&gt;&lt;contributors&gt;&lt;authors&gt;&lt;author&gt;Zhang B&lt;/author&gt;&lt;/authors&gt;&lt;/contributors&gt;&lt;titles&gt;&lt;title&gt;A 4-week, randomized, rater-blinded, parallelgroup, haloperidol-controlled study to evaluate the efficacy of quetiapine fumarate in improving sleep quality in the patients with schizophrenia&lt;/title&gt;&lt;secondary-title&gt;International Journal of Neuropsychopharmacology&lt;/secondary-title&gt;&lt;/titles&gt;&lt;periodical&gt;&lt;full-title&gt;International Journal of Neuropsychopharmacology&lt;/full-title&gt;&lt;/periodical&gt;&lt;pages&gt;113–4&lt;/pages&gt;&lt;volume&gt;13&lt;/volume&gt;&lt;dates&gt;&lt;year&gt;2010&lt;/year&gt;&lt;/dates&gt;&lt;urls&gt;&lt;/urls&gt;&lt;/record&gt;&lt;/Cite&gt;&lt;/EndNote&gt;</w:instrText>
            </w:r>
            <w:r w:rsidR="0031308D" w:rsidRPr="00EB75F0">
              <w:fldChar w:fldCharType="separate"/>
            </w:r>
            <w:r w:rsidR="00452EF4" w:rsidRPr="00452EF4">
              <w:rPr>
                <w:noProof/>
                <w:vertAlign w:val="superscript"/>
              </w:rPr>
              <w:t>111</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68FDFB23" w14:textId="77777777" w:rsidR="009446D0" w:rsidRPr="00EB75F0" w:rsidRDefault="0084596B">
            <w:pPr>
              <w:spacing w:before="60" w:after="60" w:line="240" w:lineRule="auto"/>
              <w:rPr>
                <w:color w:val="1E1E1E"/>
                <w:sz w:val="16"/>
              </w:rPr>
            </w:pPr>
            <w:r w:rsidRPr="00EB75F0">
              <w:rPr>
                <w:color w:val="00B050"/>
                <w:sz w:val="16"/>
              </w:rPr>
              <w:t>Quetiapine 600–750 mg OD (N = 30)</w:t>
            </w:r>
          </w:p>
        </w:tc>
        <w:tc>
          <w:tcPr>
            <w:tcW w:w="3600" w:type="dxa"/>
            <w:tcBorders>
              <w:top w:val="single" w:sz="4" w:space="0" w:color="000000"/>
              <w:left w:val="single" w:sz="4" w:space="0" w:color="000000"/>
              <w:bottom w:val="single" w:sz="4" w:space="0" w:color="000000"/>
              <w:right w:val="single" w:sz="4" w:space="0" w:color="000000"/>
            </w:tcBorders>
          </w:tcPr>
          <w:p w14:paraId="7298588F" w14:textId="77777777" w:rsidR="009446D0" w:rsidRPr="00EB75F0" w:rsidRDefault="0084596B">
            <w:pPr>
              <w:spacing w:before="60" w:after="60" w:line="240" w:lineRule="auto"/>
              <w:rPr>
                <w:color w:val="000000"/>
                <w:sz w:val="16"/>
              </w:rPr>
            </w:pPr>
            <w:r w:rsidRPr="00EB75F0">
              <w:rPr>
                <w:color w:val="000000"/>
                <w:sz w:val="16"/>
              </w:rPr>
              <w:t>Haloperidol 6–40 mg OD (N = 30)</w:t>
            </w:r>
          </w:p>
        </w:tc>
        <w:tc>
          <w:tcPr>
            <w:tcW w:w="5696" w:type="dxa"/>
            <w:tcBorders>
              <w:top w:val="single" w:sz="4" w:space="0" w:color="000000"/>
              <w:left w:val="single" w:sz="4" w:space="0" w:color="000000"/>
              <w:bottom w:val="single" w:sz="4" w:space="0" w:color="000000"/>
              <w:right w:val="single" w:sz="4" w:space="0" w:color="000000"/>
            </w:tcBorders>
            <w:shd w:val="clear" w:color="auto" w:fill="FFDBE0"/>
          </w:tcPr>
          <w:p w14:paraId="598A66E6" w14:textId="77777777" w:rsidR="009446D0" w:rsidRPr="00EB75F0" w:rsidRDefault="0084596B">
            <w:pPr>
              <w:spacing w:before="60" w:after="60" w:line="240" w:lineRule="auto"/>
              <w:rPr>
                <w:color w:val="1E1E1E"/>
                <w:sz w:val="16"/>
              </w:rPr>
            </w:pPr>
            <w:r w:rsidRPr="00EB75F0">
              <w:rPr>
                <w:color w:val="1E1E1E"/>
                <w:sz w:val="16"/>
              </w:rPr>
              <w:t>Exclude whole study (inclusion in network would add no relevant comparative effectiveness info versus relevant comparators which is not already provided via a more robust link, i.e. via placebo)</w:t>
            </w:r>
          </w:p>
        </w:tc>
      </w:tr>
      <w:tr w:rsidR="009446D0" w:rsidRPr="00EB75F0" w14:paraId="1ACF7682" w14:textId="77777777">
        <w:trPr>
          <w:gridAfter w:val="1"/>
          <w:wAfter w:w="360" w:type="dxa"/>
          <w:trHeight w:val="20"/>
        </w:trPr>
        <w:tc>
          <w:tcPr>
            <w:tcW w:w="0" w:type="dxa"/>
            <w:tcBorders>
              <w:top w:val="single" w:sz="4" w:space="0" w:color="000000"/>
              <w:left w:val="single" w:sz="4" w:space="0" w:color="000000"/>
              <w:bottom w:val="single" w:sz="4" w:space="0" w:color="000000"/>
              <w:right w:val="single" w:sz="4" w:space="0" w:color="000000"/>
            </w:tcBorders>
          </w:tcPr>
          <w:p w14:paraId="19C58F46" w14:textId="36588B53" w:rsidR="009446D0" w:rsidRPr="00EB75F0" w:rsidRDefault="0084596B">
            <w:pPr>
              <w:keepNext/>
              <w:spacing w:before="60" w:after="60" w:line="240" w:lineRule="auto"/>
              <w:rPr>
                <w:color w:val="1E1E1E"/>
                <w:sz w:val="16"/>
              </w:rPr>
            </w:pPr>
            <w:r w:rsidRPr="00EB75F0">
              <w:rPr>
                <w:color w:val="1E1E1E"/>
                <w:sz w:val="16"/>
              </w:rPr>
              <w:lastRenderedPageBreak/>
              <w:t>Canuso 2009</w:t>
            </w:r>
            <w:r w:rsidR="0031308D" w:rsidRPr="00EB75F0">
              <w:fldChar w:fldCharType="begin"/>
            </w:r>
            <w:r w:rsidR="00452EF4">
              <w:instrText xml:space="preserve"> ADDIN EN.CITE &lt;EndNote&gt;&lt;Cite&gt;&lt;Author&gt;Canuso&lt;/Author&gt;&lt;Year&gt;2009&lt;/Year&gt;&lt;RecNum&gt;109&lt;/RecNum&gt;&lt;DisplayText&gt;&lt;style face="superscript"&gt;112&lt;/style&gt;&lt;/DisplayText&gt;&lt;record&gt;&lt;rec-number&gt;109&lt;/rec-number&gt;&lt;foreign-keys&gt;&lt;key app="EN" db-id="9ttaxzax2p0tr7ewzt55atews50zvxaaa5rz" timestamp="1764068849"&gt;109&lt;/key&gt;&lt;/foreign-keys&gt;&lt;ref-type name="Journal Article"&gt;17&lt;/ref-type&gt;&lt;contributors&gt;&lt;authors&gt;&lt;author&gt;Canuso, Carla M&lt;/author&gt;&lt;author&gt;Dirks, Bryan&lt;/author&gt;&lt;author&gt;Carothers, Jennifer&lt;/author&gt;&lt;author&gt;Kosik-Gonzalez, Colette&lt;/author&gt;&lt;author&gt;Bossie, Cynthia A&lt;/author&gt;&lt;author&gt;Zhu, Young&lt;/author&gt;&lt;author&gt;Damaraju, CV&lt;/author&gt;&lt;author&gt;Kalali, Amir H&lt;/author&gt;&lt;author&gt;Mahmoud, Ramy&lt;/author&gt;&lt;/authors&gt;&lt;/contributors&gt;&lt;titles&gt;&lt;title&gt;Randomized, double-blind, placebo-controlled study of paliperidone extended-release and quetiapine in inpatients with recently exacerbated schizophrenia&lt;/title&gt;&lt;secondary-title&gt;American Journal of Psychiatry&lt;/secondary-title&gt;&lt;/titles&gt;&lt;periodical&gt;&lt;full-title&gt;American Journal of Psychiatry&lt;/full-title&gt;&lt;/periodical&gt;&lt;pages&gt;691-701&lt;/pages&gt;&lt;volume&gt;166&lt;/volume&gt;&lt;number&gt;6&lt;/number&gt;&lt;dates&gt;&lt;year&gt;2009&lt;/year&gt;&lt;/dates&gt;&lt;isbn&gt;0002-953X&lt;/isbn&gt;&lt;urls&gt;&lt;/urls&gt;&lt;/record&gt;&lt;/Cite&gt;&lt;/EndNote&gt;</w:instrText>
            </w:r>
            <w:r w:rsidR="0031308D" w:rsidRPr="00EB75F0">
              <w:fldChar w:fldCharType="separate"/>
            </w:r>
            <w:r w:rsidR="00452EF4" w:rsidRPr="00452EF4">
              <w:rPr>
                <w:noProof/>
                <w:vertAlign w:val="superscript"/>
              </w:rPr>
              <w:t>112</w:t>
            </w:r>
            <w:r w:rsidR="0031308D" w:rsidRPr="00EB75F0">
              <w:fldChar w:fldCharType="end"/>
            </w:r>
          </w:p>
        </w:tc>
        <w:tc>
          <w:tcPr>
            <w:tcW w:w="0" w:type="dxa"/>
            <w:tcBorders>
              <w:top w:val="single" w:sz="4" w:space="0" w:color="000000"/>
              <w:left w:val="single" w:sz="4" w:space="0" w:color="000000"/>
              <w:bottom w:val="single" w:sz="4" w:space="0" w:color="000000"/>
              <w:right w:val="single" w:sz="4" w:space="0" w:color="000000"/>
            </w:tcBorders>
          </w:tcPr>
          <w:p w14:paraId="4B163E48" w14:textId="77777777" w:rsidR="009446D0" w:rsidRPr="00EB75F0" w:rsidRDefault="0084596B">
            <w:pPr>
              <w:spacing w:before="60" w:after="60" w:line="240" w:lineRule="auto"/>
              <w:rPr>
                <w:color w:val="1E1E1E"/>
                <w:sz w:val="16"/>
              </w:rPr>
            </w:pPr>
            <w:r w:rsidRPr="00EB75F0">
              <w:rPr>
                <w:color w:val="0070C0"/>
                <w:sz w:val="16"/>
              </w:rPr>
              <w:t>Quetiapine 600–800 mg OD (N = 159)</w:t>
            </w:r>
          </w:p>
        </w:tc>
        <w:tc>
          <w:tcPr>
            <w:tcW w:w="3600" w:type="dxa"/>
            <w:tcBorders>
              <w:top w:val="single" w:sz="4" w:space="0" w:color="000000"/>
              <w:left w:val="single" w:sz="4" w:space="0" w:color="000000"/>
              <w:bottom w:val="single" w:sz="4" w:space="0" w:color="000000"/>
              <w:right w:val="single" w:sz="4" w:space="0" w:color="000000"/>
            </w:tcBorders>
          </w:tcPr>
          <w:p w14:paraId="2F601F6F" w14:textId="77777777" w:rsidR="009446D0" w:rsidRPr="00EB75F0" w:rsidRDefault="0084596B">
            <w:pPr>
              <w:spacing w:before="60" w:after="60" w:line="240" w:lineRule="auto"/>
              <w:rPr>
                <w:color w:val="000000"/>
                <w:sz w:val="16"/>
              </w:rPr>
            </w:pPr>
            <w:r w:rsidRPr="00EB75F0">
              <w:rPr>
                <w:color w:val="000000"/>
                <w:sz w:val="16"/>
              </w:rPr>
              <w:t xml:space="preserve">Placebo (N = 80), </w:t>
            </w:r>
            <w:r w:rsidRPr="00EB75F0">
              <w:rPr>
                <w:color w:val="000000"/>
                <w:sz w:val="16"/>
              </w:rPr>
              <w:br/>
              <w:t>Paliperidone ER 6–12 mg OD (N = 160)</w:t>
            </w:r>
          </w:p>
        </w:tc>
        <w:tc>
          <w:tcPr>
            <w:tcW w:w="5696" w:type="dxa"/>
            <w:tcBorders>
              <w:top w:val="single" w:sz="4" w:space="0" w:color="000000"/>
              <w:left w:val="single" w:sz="4" w:space="0" w:color="000000"/>
              <w:bottom w:val="single" w:sz="4" w:space="0" w:color="000000"/>
              <w:right w:val="single" w:sz="4" w:space="0" w:color="000000"/>
            </w:tcBorders>
            <w:shd w:val="clear" w:color="auto" w:fill="E2FAF8"/>
          </w:tcPr>
          <w:p w14:paraId="15A29F8C" w14:textId="77777777" w:rsidR="009446D0" w:rsidRPr="00EB75F0" w:rsidRDefault="0084596B">
            <w:pPr>
              <w:spacing w:before="60" w:after="60" w:line="240" w:lineRule="auto"/>
              <w:rPr>
                <w:color w:val="1E1E1E"/>
                <w:sz w:val="16"/>
              </w:rPr>
            </w:pPr>
            <w:r w:rsidRPr="00EB75F0">
              <w:rPr>
                <w:color w:val="000000"/>
                <w:sz w:val="16"/>
              </w:rPr>
              <w:t>Exclude paliperidone arm (paliperidone not in scope of research question, per PICOS table and placebo arm offers more robust common comparator link to network)</w:t>
            </w:r>
          </w:p>
        </w:tc>
      </w:tr>
      <w:tr w:rsidR="009446D0" w:rsidRPr="00EB75F0" w14:paraId="42394045" w14:textId="77777777">
        <w:trPr>
          <w:trHeight w:val="20"/>
        </w:trPr>
        <w:tc>
          <w:tcPr>
            <w:tcW w:w="14519" w:type="dxa"/>
            <w:gridSpan w:val="5"/>
            <w:tcBorders>
              <w:top w:val="single" w:sz="4" w:space="0" w:color="000000"/>
              <w:left w:val="single" w:sz="4" w:space="0" w:color="000000"/>
              <w:bottom w:val="single" w:sz="4" w:space="0" w:color="000000"/>
              <w:right w:val="single" w:sz="4" w:space="0" w:color="000000"/>
            </w:tcBorders>
          </w:tcPr>
          <w:p w14:paraId="240218FE" w14:textId="77777777" w:rsidR="009446D0" w:rsidRPr="00EB75F0" w:rsidRDefault="0084596B">
            <w:pPr>
              <w:pStyle w:val="TableText"/>
              <w:rPr>
                <w:color w:val="000000"/>
                <w:sz w:val="16"/>
              </w:rPr>
            </w:pPr>
            <w:r w:rsidRPr="00EB75F0">
              <w:rPr>
                <w:b/>
                <w:color w:val="000000"/>
                <w:sz w:val="16"/>
              </w:rPr>
              <w:t>Key:</w:t>
            </w:r>
            <w:r w:rsidRPr="00EB75F0">
              <w:rPr>
                <w:color w:val="000000"/>
                <w:sz w:val="16"/>
              </w:rPr>
              <w:t xml:space="preserve">  BD, twice daily; FDA, Food and Drug Administration; EMA: European Medicines Agency; OD, once daily; N, number of patients in treatment arm.</w:t>
            </w:r>
          </w:p>
          <w:p w14:paraId="7F8591D9" w14:textId="563BDD30" w:rsidR="009446D0" w:rsidRPr="00EB75F0" w:rsidRDefault="0084596B">
            <w:pPr>
              <w:spacing w:before="60" w:after="60" w:line="240" w:lineRule="auto"/>
              <w:rPr>
                <w:color w:val="000000"/>
                <w:sz w:val="18"/>
              </w:rPr>
            </w:pPr>
            <w:r w:rsidRPr="00EB75F0">
              <w:rPr>
                <w:b/>
                <w:color w:val="000000"/>
                <w:sz w:val="16"/>
              </w:rPr>
              <w:t>Notes:</w:t>
            </w:r>
            <w:r w:rsidRPr="00EB75F0">
              <w:rPr>
                <w:color w:val="000000"/>
                <w:sz w:val="16"/>
              </w:rPr>
              <w:t xml:space="preserve"> </w:t>
            </w:r>
            <w:r w:rsidRPr="00EB75F0">
              <w:rPr>
                <w:color w:val="000000"/>
                <w:sz w:val="16"/>
                <w:shd w:val="clear" w:color="auto" w:fill="FFF999"/>
              </w:rPr>
              <w:t>Yellow cells</w:t>
            </w:r>
            <w:r w:rsidRPr="00EB75F0">
              <w:rPr>
                <w:color w:val="000000"/>
                <w:sz w:val="16"/>
              </w:rPr>
              <w:t xml:space="preserve"> indicate </w:t>
            </w:r>
            <w:proofErr w:type="spellStart"/>
            <w:r w:rsidR="00EF2D91">
              <w:rPr>
                <w:color w:val="000000"/>
                <w:sz w:val="16"/>
              </w:rPr>
              <w:t>KarXT</w:t>
            </w:r>
            <w:proofErr w:type="spellEnd"/>
            <w:r w:rsidRPr="00EB75F0">
              <w:rPr>
                <w:color w:val="000000"/>
                <w:sz w:val="16"/>
              </w:rPr>
              <w:t xml:space="preserve"> clinical trials. </w:t>
            </w:r>
            <w:r w:rsidRPr="00EB75F0">
              <w:rPr>
                <w:color w:val="000000"/>
                <w:sz w:val="16"/>
                <w:shd w:val="clear" w:color="auto" w:fill="FFDBE0"/>
              </w:rPr>
              <w:t>Red cells</w:t>
            </w:r>
            <w:r w:rsidRPr="00EB75F0">
              <w:rPr>
                <w:color w:val="000000"/>
                <w:sz w:val="16"/>
              </w:rPr>
              <w:t xml:space="preserve"> indicate whole studies marked for exclusion. </w:t>
            </w:r>
            <w:r w:rsidRPr="00EB75F0">
              <w:rPr>
                <w:color w:val="000000"/>
                <w:sz w:val="16"/>
                <w:shd w:val="clear" w:color="auto" w:fill="E2FAF8"/>
              </w:rPr>
              <w:t>Blue cells</w:t>
            </w:r>
            <w:r w:rsidRPr="00EB75F0">
              <w:rPr>
                <w:color w:val="000000"/>
                <w:sz w:val="16"/>
              </w:rPr>
              <w:t xml:space="preserve"> indicate studies containing one or more treatment arms marked for exclusion without excluding the whole study. </w:t>
            </w:r>
            <w:r w:rsidRPr="00EB75F0">
              <w:rPr>
                <w:color w:val="00B050"/>
                <w:sz w:val="16"/>
              </w:rPr>
              <w:t xml:space="preserve">Green text </w:t>
            </w:r>
            <w:r w:rsidRPr="00EB75F0">
              <w:rPr>
                <w:color w:val="000000"/>
                <w:sz w:val="16"/>
              </w:rPr>
              <w:t>indicates treatment arms of interest with dose regimen falling within the recommended dose range specified by both the respective FDA labels and EMA labels.</w:t>
            </w:r>
            <w:r w:rsidRPr="00EB75F0">
              <w:rPr>
                <w:color w:val="0070C0"/>
                <w:sz w:val="16"/>
              </w:rPr>
              <w:t xml:space="preserve"> Blue text </w:t>
            </w:r>
            <w:r w:rsidRPr="00EB75F0">
              <w:rPr>
                <w:color w:val="000000"/>
                <w:sz w:val="16"/>
              </w:rPr>
              <w:t>indicates treatment arms of interest with dose regimen partially overlapping the recommended dose range specified by both the respective FDA labels and EMA labels. There are 111 studies in this table.</w:t>
            </w:r>
            <w:r w:rsidRPr="00EB75F0">
              <w:rPr>
                <w:color w:val="000000"/>
                <w:sz w:val="18"/>
              </w:rPr>
              <w:t xml:space="preserve"> </w:t>
            </w:r>
          </w:p>
        </w:tc>
      </w:tr>
    </w:tbl>
    <w:p w14:paraId="29637C72" w14:textId="77777777" w:rsidR="009446D0" w:rsidRPr="00EB75F0" w:rsidRDefault="009446D0">
      <w:pPr>
        <w:pStyle w:val="Heading1"/>
        <w:numPr>
          <w:ilvl w:val="0"/>
          <w:numId w:val="17"/>
        </w:numPr>
        <w:ind w:left="0" w:firstLine="0"/>
        <w:sectPr w:rsidR="009446D0" w:rsidRPr="00EB75F0">
          <w:pgSz w:w="16838" w:h="11906" w:orient="landscape"/>
          <w:pgMar w:top="1134" w:right="1134" w:bottom="1134" w:left="1134" w:header="567" w:footer="567" w:gutter="0"/>
          <w:cols w:space="708"/>
          <w:docGrid w:linePitch="360"/>
        </w:sectPr>
      </w:pPr>
      <w:bookmarkStart w:id="32" w:name="_Ref198286266"/>
    </w:p>
    <w:p w14:paraId="68A9F209" w14:textId="77777777" w:rsidR="009446D0" w:rsidRPr="009A27D2" w:rsidRDefault="0084596B">
      <w:pPr>
        <w:pStyle w:val="Heading1"/>
        <w:numPr>
          <w:ilvl w:val="0"/>
          <w:numId w:val="17"/>
        </w:numPr>
        <w:ind w:left="0" w:firstLine="0"/>
        <w:rPr>
          <w:b/>
          <w:sz w:val="24"/>
        </w:rPr>
      </w:pPr>
      <w:bookmarkStart w:id="33" w:name="_Ref214017662"/>
      <w:bookmarkStart w:id="34" w:name="_Ref14457403"/>
      <w:bookmarkStart w:id="35" w:name="_Ref14639699"/>
      <w:bookmarkStart w:id="36" w:name="_Ref14601369"/>
      <w:bookmarkStart w:id="37" w:name="_Ref14378676"/>
      <w:bookmarkStart w:id="38" w:name="_Ref14871779"/>
      <w:bookmarkStart w:id="39" w:name="_Ref14545143"/>
      <w:bookmarkStart w:id="40" w:name="_Ref14236272"/>
      <w:bookmarkEnd w:id="32"/>
      <w:r w:rsidRPr="009A27D2">
        <w:rPr>
          <w:b/>
          <w:sz w:val="24"/>
        </w:rPr>
        <w:lastRenderedPageBreak/>
        <w:t>Summary of inclusion/exclusion criteria of trials and plots for baseline characteristics</w:t>
      </w:r>
      <w:bookmarkEnd w:id="33"/>
      <w:r w:rsidRPr="009A27D2">
        <w:rPr>
          <w:b/>
          <w:sz w:val="24"/>
        </w:rPr>
        <w:t xml:space="preserve"> </w:t>
      </w:r>
      <w:bookmarkEnd w:id="34"/>
      <w:bookmarkEnd w:id="35"/>
      <w:bookmarkEnd w:id="36"/>
      <w:bookmarkEnd w:id="37"/>
      <w:bookmarkEnd w:id="38"/>
      <w:bookmarkEnd w:id="39"/>
      <w:bookmarkEnd w:id="40"/>
    </w:p>
    <w:p w14:paraId="5AB72E31" w14:textId="56A104CD" w:rsidR="009446D0" w:rsidRPr="009A27D2" w:rsidRDefault="0084596B">
      <w:pPr>
        <w:rPr>
          <w:color w:val="auto"/>
          <w:szCs w:val="22"/>
        </w:rPr>
      </w:pPr>
      <w:r w:rsidRPr="009A27D2">
        <w:rPr>
          <w:color w:val="auto"/>
          <w:szCs w:val="22"/>
        </w:rPr>
        <w:t>The remaining 65 studies (those remaining following initial assessment of trial design characteristics detailed in</w:t>
      </w:r>
      <w:r w:rsidR="002D50E9" w:rsidRPr="009A27D2">
        <w:rPr>
          <w:color w:val="auto"/>
          <w:szCs w:val="22"/>
        </w:rPr>
        <w:t xml:space="preserve"> </w:t>
      </w:r>
      <w:r w:rsidR="002D50E9" w:rsidRPr="009A27D2">
        <w:rPr>
          <w:color w:val="auto"/>
          <w:szCs w:val="22"/>
        </w:rPr>
        <w:fldChar w:fldCharType="begin"/>
      </w:r>
      <w:r w:rsidR="002D50E9" w:rsidRPr="009A27D2">
        <w:rPr>
          <w:color w:val="auto"/>
          <w:szCs w:val="22"/>
        </w:rPr>
        <w:instrText xml:space="preserve"> REF _Ref198286266 \r \h </w:instrText>
      </w:r>
      <w:r w:rsidR="00EE288E" w:rsidRPr="009A27D2">
        <w:rPr>
          <w:color w:val="auto"/>
          <w:szCs w:val="22"/>
        </w:rPr>
        <w:instrText xml:space="preserve"> \* MERGEFORMAT </w:instrText>
      </w:r>
      <w:r w:rsidR="002D50E9" w:rsidRPr="009A27D2">
        <w:rPr>
          <w:color w:val="auto"/>
          <w:szCs w:val="22"/>
        </w:rPr>
      </w:r>
      <w:r w:rsidR="002D50E9" w:rsidRPr="009A27D2">
        <w:rPr>
          <w:color w:val="auto"/>
          <w:szCs w:val="22"/>
        </w:rPr>
        <w:fldChar w:fldCharType="separate"/>
      </w:r>
      <w:r w:rsidR="004B2F28">
        <w:rPr>
          <w:color w:val="auto"/>
          <w:szCs w:val="22"/>
        </w:rPr>
        <w:t>Appendix 1</w:t>
      </w:r>
      <w:r w:rsidR="002D50E9" w:rsidRPr="009A27D2">
        <w:rPr>
          <w:color w:val="auto"/>
          <w:szCs w:val="22"/>
        </w:rPr>
        <w:fldChar w:fldCharType="end"/>
      </w:r>
      <w:r w:rsidRPr="009A27D2">
        <w:rPr>
          <w:color w:val="auto"/>
          <w:szCs w:val="22"/>
        </w:rPr>
        <w:t>) were assessed for population heterogeneity through examination of their inclusion and exclusion criteria (</w:t>
      </w:r>
      <w:r w:rsidRPr="009A27D2">
        <w:rPr>
          <w:color w:val="auto"/>
          <w:szCs w:val="22"/>
        </w:rPr>
        <w:fldChar w:fldCharType="begin"/>
      </w:r>
      <w:r w:rsidRPr="009A27D2">
        <w:rPr>
          <w:color w:val="auto"/>
          <w:szCs w:val="22"/>
        </w:rPr>
        <w:instrText>REF _Ref14703063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Table S4</w:t>
      </w:r>
      <w:r w:rsidR="004B2F28" w:rsidRPr="004B2F28">
        <w:rPr>
          <w:color w:val="auto"/>
          <w:szCs w:val="22"/>
        </w:rPr>
        <w:noBreakHyphen/>
        <w:t>1</w:t>
      </w:r>
      <w:r w:rsidRPr="009A27D2">
        <w:rPr>
          <w:color w:val="auto"/>
          <w:szCs w:val="22"/>
        </w:rPr>
        <w:fldChar w:fldCharType="end"/>
      </w:r>
      <w:r w:rsidRPr="009A27D2">
        <w:rPr>
          <w:color w:val="auto"/>
          <w:szCs w:val="22"/>
        </w:rPr>
        <w:t>), and reported baseline characteristics data (</w:t>
      </w:r>
      <w:r w:rsidRPr="009A27D2">
        <w:rPr>
          <w:color w:val="auto"/>
          <w:szCs w:val="22"/>
        </w:rPr>
        <w:fldChar w:fldCharType="begin"/>
      </w:r>
      <w:r w:rsidRPr="009A27D2">
        <w:rPr>
          <w:color w:val="auto"/>
          <w:szCs w:val="22"/>
        </w:rPr>
        <w:instrText>REF _Ref14821597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S1</w:t>
      </w:r>
      <w:r w:rsidRPr="009A27D2">
        <w:rPr>
          <w:color w:val="auto"/>
          <w:szCs w:val="22"/>
        </w:rPr>
        <w:fldChar w:fldCharType="end"/>
      </w:r>
      <w:r w:rsidRPr="009A27D2">
        <w:rPr>
          <w:color w:val="auto"/>
          <w:szCs w:val="22"/>
        </w:rPr>
        <w:t xml:space="preserve"> to </w:t>
      </w:r>
      <w:r w:rsidRPr="009A27D2">
        <w:rPr>
          <w:color w:val="auto"/>
          <w:szCs w:val="22"/>
        </w:rPr>
        <w:fldChar w:fldCharType="begin"/>
      </w:r>
      <w:r w:rsidRPr="009A27D2">
        <w:rPr>
          <w:color w:val="auto"/>
          <w:szCs w:val="22"/>
        </w:rPr>
        <w:instrText>REF _Ref14444225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S11</w:t>
      </w:r>
      <w:r w:rsidRPr="009A27D2">
        <w:rPr>
          <w:color w:val="auto"/>
          <w:szCs w:val="22"/>
        </w:rPr>
        <w:fldChar w:fldCharType="end"/>
      </w:r>
      <w:r w:rsidRPr="009A27D2">
        <w:rPr>
          <w:color w:val="auto"/>
          <w:szCs w:val="22"/>
        </w:rPr>
        <w:t>). This led to the exclusion of an additional 7 studies.</w:t>
      </w:r>
    </w:p>
    <w:p w14:paraId="4073EF5C" w14:textId="56126309" w:rsidR="009446D0" w:rsidRPr="009A27D2" w:rsidRDefault="0084596B">
      <w:pPr>
        <w:rPr>
          <w:color w:val="auto"/>
          <w:szCs w:val="22"/>
        </w:rPr>
      </w:pPr>
      <w:r w:rsidRPr="009A27D2">
        <w:rPr>
          <w:color w:val="auto"/>
          <w:szCs w:val="22"/>
        </w:rPr>
        <w:t>A similarity assessment of inclusion and exclusion criteria considered schizophrenia diagnostic criteria, age, disease history, schizophrenia status at entry, treatment history, concomitant medication, schizophrenia-specific assessment score requirements, and comorbidities (</w:t>
      </w:r>
      <w:r w:rsidRPr="009A27D2">
        <w:rPr>
          <w:color w:val="auto"/>
          <w:szCs w:val="22"/>
        </w:rPr>
        <w:fldChar w:fldCharType="begin"/>
      </w:r>
      <w:r w:rsidRPr="009A27D2">
        <w:rPr>
          <w:color w:val="auto"/>
          <w:szCs w:val="22"/>
        </w:rPr>
        <w:instrText>REF _Ref14659369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Table S4</w:t>
      </w:r>
      <w:r w:rsidR="004B2F28" w:rsidRPr="004B2F28">
        <w:rPr>
          <w:color w:val="auto"/>
          <w:szCs w:val="22"/>
        </w:rPr>
        <w:noBreakHyphen/>
        <w:t>1</w:t>
      </w:r>
      <w:r w:rsidRPr="009A27D2">
        <w:rPr>
          <w:color w:val="auto"/>
          <w:szCs w:val="22"/>
        </w:rPr>
        <w:fldChar w:fldCharType="end"/>
      </w:r>
      <w:r w:rsidRPr="009A27D2">
        <w:rPr>
          <w:color w:val="auto"/>
          <w:szCs w:val="22"/>
        </w:rPr>
        <w:t xml:space="preserve">). </w:t>
      </w:r>
    </w:p>
    <w:p w14:paraId="3AB262EE" w14:textId="798DABC5" w:rsidR="009446D0" w:rsidRPr="009A27D2" w:rsidRDefault="0084596B">
      <w:pPr>
        <w:pStyle w:val="ListParagraph"/>
        <w:rPr>
          <w:color w:val="auto"/>
          <w:szCs w:val="22"/>
          <w:lang w:val="it-IT"/>
        </w:rPr>
      </w:pPr>
      <w:r w:rsidRPr="009A27D2">
        <w:rPr>
          <w:color w:val="auto"/>
          <w:szCs w:val="22"/>
        </w:rPr>
        <w:t>Most of the 65 remaining studies used the Diagnostic and Statistical Manual of Mental Disorders (DSM) as a diagnostic inclusion criterion for schizophrenia, with variations in which version was used (i.e. DSM-3, -4, or -5).</w:t>
      </w:r>
      <w:r w:rsidR="0031308D" w:rsidRPr="009A27D2">
        <w:rPr>
          <w:color w:val="auto"/>
          <w:szCs w:val="22"/>
        </w:rPr>
        <w:fldChar w:fldCharType="begin">
          <w:fldData xml:space="preserve">PEVuZE5vdGU+PENpdGU+PEF1dGhvcj5aaW1tZXJtYW48L0F1dGhvcj48WWVhcj4xOTkwPC9ZZWFy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</w:fldData>
        </w:fldChar>
      </w:r>
      <w:r w:rsidR="00452EF4">
        <w:rPr>
          <w:color w:val="auto"/>
          <w:szCs w:val="22"/>
        </w:rPr>
        <w:instrText xml:space="preserve"> ADDIN EN.CITE </w:instrText>
      </w:r>
      <w:r w:rsidR="00452EF4">
        <w:rPr>
          <w:color w:val="auto"/>
          <w:szCs w:val="22"/>
        </w:rPr>
        <w:fldChar w:fldCharType="begin">
          <w:fldData xml:space="preserve">PEVuZE5vdGU+PENpdGU+PEF1dGhvcj5aaW1tZXJtYW48L0F1dGhvcj48WWVhcj4xOTkwPC9ZZWFy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</w:fldData>
        </w:fldChar>
      </w:r>
      <w:r w:rsidR="00452EF4">
        <w:rPr>
          <w:color w:val="auto"/>
          <w:szCs w:val="22"/>
        </w:rPr>
        <w:instrText xml:space="preserve"> ADDIN EN.CITE.DATA </w:instrText>
      </w:r>
      <w:r w:rsidR="00452EF4">
        <w:rPr>
          <w:color w:val="auto"/>
          <w:szCs w:val="22"/>
        </w:rPr>
      </w:r>
      <w:r w:rsidR="00452EF4">
        <w:rPr>
          <w:color w:val="auto"/>
          <w:szCs w:val="22"/>
        </w:rPr>
        <w:fldChar w:fldCharType="end"/>
      </w:r>
      <w:r w:rsidR="0031308D" w:rsidRPr="009A27D2">
        <w:rPr>
          <w:color w:val="auto"/>
          <w:szCs w:val="22"/>
        </w:rPr>
      </w:r>
      <w:r w:rsidR="0031308D" w:rsidRPr="009A27D2">
        <w:rPr>
          <w:color w:val="auto"/>
          <w:szCs w:val="22"/>
        </w:rPr>
        <w:fldChar w:fldCharType="separate"/>
      </w:r>
      <w:r w:rsidR="00452EF4" w:rsidRPr="00452EF4">
        <w:rPr>
          <w:noProof/>
          <w:color w:val="auto"/>
          <w:szCs w:val="22"/>
          <w:vertAlign w:val="superscript"/>
        </w:rPr>
        <w:t>113-115</w:t>
      </w:r>
      <w:r w:rsidR="0031308D" w:rsidRPr="009A27D2">
        <w:rPr>
          <w:color w:val="auto"/>
          <w:szCs w:val="22"/>
        </w:rPr>
        <w:fldChar w:fldCharType="end"/>
      </w:r>
      <w:r w:rsidRPr="009A27D2">
        <w:rPr>
          <w:color w:val="auto"/>
          <w:szCs w:val="22"/>
        </w:rPr>
        <w:t xml:space="preserve"> The EMERGENT-1/-2/-3</w:t>
      </w:r>
      <w:r w:rsidR="0059199B"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EN.CITE.DATA </w:instrText>
      </w:r>
      <w:r w:rsidR="00452EF4">
        <w:fldChar w:fldCharType="end"/>
      </w:r>
      <w:r w:rsidR="0059199B" w:rsidRPr="001F2C70">
        <w:fldChar w:fldCharType="separate"/>
      </w:r>
      <w:r w:rsidR="00452EF4" w:rsidRPr="00452EF4">
        <w:rPr>
          <w:noProof/>
          <w:vertAlign w:val="superscript"/>
        </w:rPr>
        <w:t>7-9</w:t>
      </w:r>
      <w:r w:rsidR="0059199B" w:rsidRPr="001F2C70">
        <w:fldChar w:fldCharType="end"/>
      </w:r>
      <w:r w:rsidRPr="009A27D2">
        <w:rPr>
          <w:color w:val="auto"/>
          <w:szCs w:val="22"/>
        </w:rPr>
        <w:t>, among others, used DSM-5</w:t>
      </w:r>
      <w:r w:rsidR="0031308D" w:rsidRPr="009A27D2">
        <w:rPr>
          <w:color w:val="auto"/>
          <w:szCs w:val="22"/>
        </w:rPr>
        <w:fldChar w:fldCharType="begin"/>
      </w:r>
      <w:r w:rsidR="00452EF4">
        <w:rPr>
          <w:color w:val="auto"/>
          <w:szCs w:val="22"/>
        </w:rPr>
        <w:instrText xml:space="preserve"> ADDIN EN.CITE &lt;EndNote&gt;&lt;Cite&gt;&lt;Author&gt;Tandon&lt;/Author&gt;&lt;Year&gt;2013&lt;/Year&gt;&lt;RecNum&gt;112&lt;/RecNum&gt;&lt;DisplayText&gt;&lt;style face="superscript"&gt;115&lt;/style&gt;&lt;/DisplayText&gt;&lt;record&gt;&lt;rec-number&gt;112&lt;/rec-number&gt;&lt;foreign-keys&gt;&lt;key app="EN" db-id="9ttaxzax2p0tr7ewzt55atews50zvxaaa5rz" timestamp="1764068851"&gt;112&lt;/key&gt;&lt;/foreign-keys&gt;&lt;ref-type name="Journal Article"&gt;17&lt;/ref-type&gt;&lt;contributors&gt;&lt;authors&gt;&lt;author&gt;Tandon, Rajiv&lt;/author&gt;&lt;author&gt;Gaebel, Wolfgang&lt;/author&gt;&lt;author&gt;Barch, Deanna M&lt;/author&gt;&lt;author&gt;Bustillo, Juan&lt;/author&gt;&lt;author&gt;Gur, Raquel E&lt;/author&gt;&lt;author&gt;Heckers, Stephan&lt;/author&gt;&lt;author&gt;Malaspina, Dolores&lt;/author&gt;&lt;author&gt;Owen, Michael J&lt;/author&gt;&lt;author&gt;Schultz, Susan&lt;/author&gt;&lt;author&gt;Tsuang, Ming&lt;/author&gt;&lt;/authors&gt;&lt;/contributors&gt;&lt;titles&gt;&lt;title&gt;Definition and description of schizophrenia in the DSM-5&lt;/title&gt;&lt;secondary-title&gt;Schizophrenia research&lt;/secondary-title&gt;&lt;/titles&gt;&lt;periodical&gt;&lt;full-title&gt;Schizophrenia Research&lt;/full-title&gt;&lt;/periodical&gt;&lt;pages&gt;3-10&lt;/pages&gt;&lt;volume&gt;150&lt;/volume&gt;&lt;number&gt;1&lt;/number&gt;&lt;dates&gt;&lt;year&gt;2013&lt;/year&gt;&lt;/dates&gt;&lt;isbn&gt;0920-9964&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115</w:t>
      </w:r>
      <w:r w:rsidR="0031308D" w:rsidRPr="009A27D2">
        <w:rPr>
          <w:color w:val="auto"/>
          <w:szCs w:val="22"/>
        </w:rPr>
        <w:fldChar w:fldCharType="end"/>
      </w:r>
      <w:r w:rsidRPr="009A27D2">
        <w:rPr>
          <w:color w:val="auto"/>
          <w:szCs w:val="22"/>
        </w:rPr>
        <w:t xml:space="preserve">, while many studies used older versions of the DSM, with or without additional diagnoses confirmed by the Mini International Neuropsychiatric Interview (MINI). For the studies that did not use the DSM, ICD-10 diagnosis was the next most common, with three studies utilizing this approach (Hatta </w:t>
      </w:r>
      <w:r w:rsidRPr="008804F1">
        <w:rPr>
          <w:color w:val="auto"/>
          <w:szCs w:val="22"/>
          <w:lang w:val="it-IT"/>
        </w:rPr>
        <w:t>2009</w:t>
      </w:r>
      <w:r w:rsidR="0031308D" w:rsidRPr="009A27D2">
        <w:rPr>
          <w:color w:val="auto"/>
          <w:szCs w:val="22"/>
        </w:rPr>
        <w:fldChar w:fldCharType="begin"/>
      </w:r>
      <w:r w:rsidR="00452EF4" w:rsidRPr="008804F1">
        <w:rPr>
          <w:color w:val="auto"/>
          <w:szCs w:val="22"/>
          <w:lang w:val="it-IT"/>
        </w:rPr>
        <w:instrText xml:space="preserve"> ADDIN EN.CITE &lt;EndNote&gt;&lt;Cite&gt;&lt;Author&gt;Hatta&lt;/Author&gt;&lt;Year&gt;2009&lt;/Year&gt;&lt;RecNum&gt;21&lt;/RecNum&gt;&lt;DisplayText&gt;&lt;style face="superscript"&gt;24&lt;/style&gt;&lt;/DisplayText&gt;&lt;record&gt;&lt;rec-number&gt;21&lt;/rec-number&gt;&lt;foreign-keys&gt;&lt;key app="EN" db-id="9ttaxzax2p0tr7ewzt55atews50zvxaaa5rz" timestamp="1764068828"&gt;21&lt;/key&gt;&lt;/foreign-keys&gt;&lt;ref-type name="Journal Article"&gt;17&lt;/ref-type&gt;&lt;contributors&gt;&lt;authors&gt;&lt;author&gt;Hatta, K.&lt;/author&gt;&lt;author&gt;Sato, K.&lt;/author&gt;&lt;author&gt;Hamakawa, H.&lt;/author&gt;&lt;author&gt;Takebayashi, H.&lt;/author&gt;&lt;author&gt;Kimura, N.&lt;/author&gt;&lt;author&gt;Ochi, S.&lt;/author&gt;&lt;author&gt;Sudo, Y.&lt;/author&gt;&lt;author&gt;Asukai, N.&lt;/author&gt;&lt;author&gt;Nakamura, H.&lt;/author&gt;&lt;author&gt;Usui, C.&lt;/author&gt;&lt;author&gt;Kawabata, T.&lt;/author&gt;&lt;author&gt;Hirata, T.&lt;/author&gt;&lt;author&gt;Sawa, Y.&lt;/author&gt;&lt;/authors&gt;&lt;/contributors&gt;&lt;titles&gt;&lt;title&gt;Effectiveness of second-generation antipsychotics with acute-phase schizophrenia&lt;/title&gt;&lt;secondary-title&gt;Schizophr Res&lt;/secondary-title&gt;&lt;/titles&gt;&lt;periodical&gt;&lt;full-title&gt;Schizophr Res&lt;/full-title&gt;&lt;/periodical&gt;&lt;pages&gt;49-55&lt;/pages&gt;&lt;volume&gt;113&lt;/volume&gt;&lt;number&gt;1&lt;/number&gt;&lt;dates&gt;&lt;year&gt;2009&lt;/year&gt;&lt;pub-dates&gt;&lt;date&gt;20090624&lt;/date&gt;&lt;/pub-dates&gt;&lt;/dates&gt;&lt;pub-location&gt;Department of Psychiatry, Juntendo University School of Medicine, Tokyo, Japan. khatta@juntendo.ac.jp&lt;/pub-location&gt;&lt;isbn&gt;1573-2509 (Electronic) 0920-9964 (Linking)&lt;/isbn&gt;&lt;urls&gt;&lt;related-urls&gt;&lt;url&gt;https://www.ncbi.nlm.nih.gov/pubmed/19553086&lt;/url&gt;&lt;/related-urls&gt;&lt;/urls&gt;&lt;electronic-resource-num&gt;10.1016/j.schres.2009.05.030&lt;/electronic-resource-num&gt;&lt;/record&gt;&lt;/Cite&gt;&lt;/EndNote&gt;</w:instrText>
      </w:r>
      <w:r w:rsidR="0031308D" w:rsidRPr="009A27D2">
        <w:rPr>
          <w:color w:val="auto"/>
          <w:szCs w:val="22"/>
        </w:rPr>
        <w:fldChar w:fldCharType="separate"/>
      </w:r>
      <w:r w:rsidR="00452EF4" w:rsidRPr="008804F1">
        <w:rPr>
          <w:noProof/>
          <w:color w:val="auto"/>
          <w:szCs w:val="22"/>
          <w:vertAlign w:val="superscript"/>
          <w:lang w:val="it-IT"/>
        </w:rPr>
        <w:t>24</w:t>
      </w:r>
      <w:r w:rsidR="0031308D" w:rsidRPr="009A27D2">
        <w:rPr>
          <w:color w:val="auto"/>
          <w:szCs w:val="22"/>
        </w:rPr>
        <w:fldChar w:fldCharType="end"/>
      </w:r>
      <w:r w:rsidRPr="009A27D2">
        <w:rPr>
          <w:color w:val="auto"/>
          <w:szCs w:val="22"/>
          <w:lang w:val="it-IT"/>
        </w:rPr>
        <w:t>, Jindal 2013</w:t>
      </w:r>
      <w:r w:rsidR="0031308D" w:rsidRPr="009A27D2">
        <w:rPr>
          <w:color w:val="auto"/>
          <w:szCs w:val="22"/>
        </w:rPr>
        <w:fldChar w:fldCharType="begin"/>
      </w:r>
      <w:r w:rsidR="00452EF4" w:rsidRPr="008804F1">
        <w:rPr>
          <w:color w:val="auto"/>
          <w:szCs w:val="22"/>
          <w:lang w:val="it-IT"/>
        </w:rPr>
        <w:instrText xml:space="preserve"> ADDIN EN.CITE &lt;EndNote&gt;&lt;Cite&gt;&lt;Author&gt;Jindal KC&lt;/Author&gt;&lt;Year&gt;2013&lt;/Year&gt;&lt;RecNum&gt;27&lt;/RecNum&gt;&lt;DisplayText&gt;&lt;style face="superscript"&gt;30&lt;/style&gt;&lt;/DisplayText&gt;&lt;record&gt;&lt;rec-number&gt;27&lt;/rec-number&gt;&lt;foreign-keys&gt;&lt;key app="EN" db-id="9ttaxzax2p0tr7ewzt55atews50zvxaaa5rz" timestamp="1764068829"&gt;27&lt;/key&gt;&lt;/foreign-keys&gt;&lt;ref-type name="Journal Article"&gt;17&lt;/ref-type&gt;&lt;contributors&gt;&lt;authors&gt;&lt;author&gt;Jindal KC, Singh GP, Munjal V.&lt;/author&gt;&lt;/authors&gt;&lt;/contributors&gt;&lt;titles&gt;&lt;title&gt;Aripiprazole versus olanzapine in the treatment of schizophrenia: a clinical study from India.&lt;/title&gt;&lt;secondary-title&gt;Int J Psychiatry Clin Pract&lt;/secondary-title&gt;&lt;/titles&gt;&lt;periodical&gt;&lt;full-title&gt;Int J Psychiatry Clin Pract&lt;/full-title&gt;&lt;/periodical&gt;&lt;pages&gt;21-9&lt;/pages&gt;&lt;volume&gt;17&lt;/volume&gt;&lt;number&gt;1&lt;/number&gt;&lt;dates&gt;&lt;year&gt;2013&lt;/year&gt;&lt;/dates&gt;&lt;urls&gt;&lt;/urls&gt;&lt;/record&gt;&lt;/Cite&gt;&lt;/EndNote&gt;</w:instrText>
      </w:r>
      <w:r w:rsidR="0031308D" w:rsidRPr="009A27D2">
        <w:rPr>
          <w:color w:val="auto"/>
          <w:szCs w:val="22"/>
        </w:rPr>
        <w:fldChar w:fldCharType="separate"/>
      </w:r>
      <w:r w:rsidR="00452EF4" w:rsidRPr="008804F1">
        <w:rPr>
          <w:noProof/>
          <w:color w:val="auto"/>
          <w:szCs w:val="22"/>
          <w:vertAlign w:val="superscript"/>
          <w:lang w:val="it-IT"/>
        </w:rPr>
        <w:t>30</w:t>
      </w:r>
      <w:r w:rsidR="0031308D" w:rsidRPr="009A27D2">
        <w:rPr>
          <w:color w:val="auto"/>
          <w:szCs w:val="22"/>
        </w:rPr>
        <w:fldChar w:fldCharType="end"/>
      </w:r>
      <w:r w:rsidRPr="009A27D2">
        <w:rPr>
          <w:color w:val="auto"/>
          <w:szCs w:val="22"/>
          <w:lang w:val="it-IT"/>
        </w:rPr>
        <w:t>, Svestka 2003</w:t>
      </w:r>
      <w:r w:rsidR="0031308D" w:rsidRPr="009A27D2">
        <w:rPr>
          <w:color w:val="auto"/>
          <w:szCs w:val="22"/>
        </w:rPr>
        <w:fldChar w:fldCharType="begin"/>
      </w:r>
      <w:r w:rsidR="00452EF4" w:rsidRPr="008804F1">
        <w:rPr>
          <w:color w:val="auto"/>
          <w:szCs w:val="22"/>
          <w:lang w:val="it-IT"/>
        </w:rPr>
        <w:instrText xml:space="preserve"> ADDIN EN.CITE &lt;EndNote&gt;&lt;Cite&gt;&lt;Author&gt;Švestka&lt;/Author&gt;&lt;Year&gt;2003&lt;/Year&gt;&lt;RecNum&gt;51&lt;/RecNum&gt;&lt;DisplayText&gt;&lt;style face="superscript"&gt;54&lt;/style&gt;&lt;/DisplayText&gt;&lt;record&gt;&lt;rec-number&gt;51&lt;/rec-number&gt;&lt;foreign-keys&gt;&lt;key app="EN" db-id="9ttaxzax2p0tr7ewzt55atews50zvxaaa5rz" timestamp="1764068834"&gt;51&lt;/key&gt;&lt;/foreign-keys&gt;&lt;ref-type name="Journal Article"&gt;17&lt;/ref-type&gt;&lt;contributors&gt;&lt;authors&gt;&lt;author&gt;Švestka, Jaromír&lt;/author&gt;&lt;author&gt;Synek, Oldřich&lt;/author&gt;&lt;author&gt;Žourková, Alexandra&lt;/author&gt;&lt;/authors&gt;&lt;/contributors&gt;&lt;titles&gt;&lt;title&gt;A double-blind comparison of olanzapine and quetiapine in treatment of acute exacerbations of schizophrenic or schizoaffective disorders&lt;/title&gt;&lt;secondary-title&gt;European Neuropsychopharmacology&lt;/secondary-title&gt;&lt;/titles&gt;&lt;periodical&gt;&lt;full-title&gt;European Neuropsychopharmacology&lt;/full-title&gt;&lt;/periodical&gt;&lt;dates&gt;&lt;year&gt;2003&lt;/year&gt;&lt;/dates&gt;&lt;isbn&gt;0924-977X&lt;/isbn&gt;&lt;urls&gt;&lt;/urls&gt;&lt;/record&gt;&lt;/Cite&gt;&lt;/EndNote&gt;</w:instrText>
      </w:r>
      <w:r w:rsidR="0031308D" w:rsidRPr="009A27D2">
        <w:rPr>
          <w:color w:val="auto"/>
          <w:szCs w:val="22"/>
        </w:rPr>
        <w:fldChar w:fldCharType="separate"/>
      </w:r>
      <w:r w:rsidR="00452EF4" w:rsidRPr="008804F1">
        <w:rPr>
          <w:noProof/>
          <w:color w:val="auto"/>
          <w:szCs w:val="22"/>
          <w:vertAlign w:val="superscript"/>
          <w:lang w:val="it-IT"/>
        </w:rPr>
        <w:t>54</w:t>
      </w:r>
      <w:r w:rsidR="0031308D" w:rsidRPr="009A27D2">
        <w:rPr>
          <w:color w:val="auto"/>
          <w:szCs w:val="22"/>
        </w:rPr>
        <w:fldChar w:fldCharType="end"/>
      </w:r>
      <w:r w:rsidRPr="009A27D2">
        <w:rPr>
          <w:color w:val="auto"/>
          <w:szCs w:val="22"/>
          <w:lang w:val="it-IT"/>
        </w:rPr>
        <w:t>). Two studies (Heinrich 1994</w:t>
      </w:r>
      <w:r w:rsidR="0031308D" w:rsidRPr="009A27D2">
        <w:rPr>
          <w:color w:val="auto"/>
          <w:szCs w:val="22"/>
        </w:rPr>
        <w:fldChar w:fldCharType="begin"/>
      </w:r>
      <w:r w:rsidR="00452EF4" w:rsidRPr="008804F1">
        <w:rPr>
          <w:color w:val="auto"/>
          <w:szCs w:val="22"/>
          <w:lang w:val="it-IT"/>
        </w:rPr>
        <w:instrText xml:space="preserve"> ADDIN EN.CITE &lt;EndNote&gt;&lt;Cite&gt;&lt;Author&gt;Heinrich&lt;/Author&gt;&lt;Year&gt;1994&lt;/Year&gt;&lt;RecNum&gt;47&lt;/RecNum&gt;&lt;DisplayText&gt;&lt;style face="superscript"&gt;50&lt;/style&gt;&lt;/DisplayText&gt;&lt;record&gt;&lt;rec-number&gt;47&lt;/rec-number&gt;&lt;foreign-keys&gt;&lt;key app="EN" db-id="9ttaxzax2p0tr7ewzt55atews50zvxaaa5rz" timestamp="1764068833"&gt;47&lt;/key&gt;&lt;/foreign-keys&gt;&lt;ref-type name="Journal Article"&gt;17&lt;/ref-type&gt;&lt;contributors&gt;&lt;authors&gt;&lt;author&gt;Heinrich, Kurt&lt;/author&gt;&lt;author&gt;Klieser, Eckhard&lt;/author&gt;&lt;author&gt;Lehmann, Erlo&lt;/author&gt;&lt;author&gt;Ḱinzler, Eckhart&lt;/author&gt;&lt;author&gt;Hruschka, HelgÁ&lt;/author&gt;&lt;/authors&gt;&lt;/contributors&gt;&lt;titles&gt;&lt;title&gt;Risperidone versus clozapine in the treatment of schizophrenic patients with acute symptoms: a double blind, randomized trial&lt;/title&gt;&lt;secondary-title&gt;Progress in Neuro-Psychopharmacology and Biological Psychiatry&lt;/secondary-title&gt;&lt;/titles&gt;&lt;periodical&gt;&lt;full-title&gt;Progress in Neuro-Psychopharmacology and Biological Psychiatry&lt;/full-title&gt;&lt;/periodical&gt;&lt;pages&gt;129-137&lt;/pages&gt;&lt;volume&gt;18&lt;/volume&gt;&lt;number&gt;1&lt;/number&gt;&lt;dates&gt;&lt;year&gt;1994&lt;/year&gt;&lt;/dates&gt;&lt;isbn&gt;0278-5846&lt;/isbn&gt;&lt;urls&gt;&lt;/urls&gt;&lt;/record&gt;&lt;/Cite&gt;&lt;/EndNote&gt;</w:instrText>
      </w:r>
      <w:r w:rsidR="0031308D" w:rsidRPr="009A27D2">
        <w:rPr>
          <w:color w:val="auto"/>
          <w:szCs w:val="22"/>
        </w:rPr>
        <w:fldChar w:fldCharType="separate"/>
      </w:r>
      <w:r w:rsidR="00452EF4" w:rsidRPr="008804F1">
        <w:rPr>
          <w:noProof/>
          <w:color w:val="auto"/>
          <w:szCs w:val="22"/>
          <w:vertAlign w:val="superscript"/>
          <w:lang w:val="it-IT"/>
        </w:rPr>
        <w:t>50</w:t>
      </w:r>
      <w:r w:rsidR="0031308D" w:rsidRPr="009A27D2">
        <w:rPr>
          <w:color w:val="auto"/>
          <w:szCs w:val="22"/>
        </w:rPr>
        <w:fldChar w:fldCharType="end"/>
      </w:r>
      <w:r w:rsidRPr="009A27D2">
        <w:rPr>
          <w:color w:val="auto"/>
          <w:szCs w:val="22"/>
          <w:lang w:val="it-IT"/>
        </w:rPr>
        <w:t>, Loza 2006</w:t>
      </w:r>
      <w:r w:rsidR="0031308D" w:rsidRPr="009A27D2">
        <w:rPr>
          <w:color w:val="auto"/>
          <w:szCs w:val="22"/>
        </w:rPr>
        <w:fldChar w:fldCharType="begin"/>
      </w:r>
      <w:r w:rsidR="00452EF4" w:rsidRPr="008804F1">
        <w:rPr>
          <w:color w:val="auto"/>
          <w:szCs w:val="22"/>
          <w:lang w:val="it-IT"/>
        </w:rPr>
        <w:instrText xml:space="preserve"> ADDIN EN.CITE &lt;EndNote&gt;&lt;Cite&gt;&lt;Author&gt;Loza&lt;/Author&gt;&lt;Year&gt;2006&lt;/Year&gt;&lt;RecNum&gt;56&lt;/RecNum&gt;&lt;DisplayText&gt;&lt;style face="superscript"&gt;59&lt;/style&gt;&lt;/DisplayText&gt;&lt;record&gt;&lt;rec-number&gt;56&lt;/rec-number&gt;&lt;foreign-keys&gt;&lt;key app="EN" db-id="9ttaxzax2p0tr7ewzt55atews50zvxaaa5rz" timestamp="1764068836"&gt;56&lt;/key&gt;&lt;/foreign-keys&gt;&lt;ref-type name=".Conference Proceedings"&gt;10&lt;/ref-type&gt;&lt;contributors&gt;&lt;authors&gt;&lt;author&gt;Loza, B&lt;/author&gt;&lt;author&gt;Czernikiewicz, A&lt;/author&gt;&lt;author&gt;Roszkowska, A&lt;/author&gt;&lt;author&gt;Szulc, A&lt;/author&gt;&lt;/authors&gt;&lt;/contributors&gt;&lt;titles&gt;&lt;title&gt;Atypical antipsychotics: The prosocial capacity. Double-blind, randomized, prospective study of olanzapine and risperidone treatment of schizophrenia: Cognitive, awareness and quality of life report&lt;/title&gt;&lt;secondary-title&gt;INTERNATIONAL JOURNAL OF NEUROPSYCHOPHARMACOLOGY&lt;/secondary-title&gt;&lt;/titles&gt;&lt;periodical&gt;&lt;full-title&gt;International Journal of Neuropsychopharmacology&lt;/full-title&gt;&lt;/periodical&gt;&lt;pages&gt;S271-S271&lt;/pages&gt;&lt;volume&gt;9&lt;/volume&gt;&lt;dates&gt;&lt;year&gt;2006&lt;/year&gt;&lt;/dates&gt;&lt;publisher&gt;CAMBRIDGE UNIV PRESS 32 AVENUE OF THE AMERICAS, NEW YORK, NY 10013-2473 USA&lt;/publisher&gt;&lt;isbn&gt;1461-1457&lt;/isbn&gt;&lt;urls&gt;&lt;/urls&gt;&lt;/record&gt;&lt;/Cite&gt;&lt;/EndNote&gt;</w:instrText>
      </w:r>
      <w:r w:rsidR="0031308D" w:rsidRPr="009A27D2">
        <w:rPr>
          <w:color w:val="auto"/>
          <w:szCs w:val="22"/>
        </w:rPr>
        <w:fldChar w:fldCharType="separate"/>
      </w:r>
      <w:r w:rsidR="00452EF4" w:rsidRPr="008804F1">
        <w:rPr>
          <w:noProof/>
          <w:color w:val="auto"/>
          <w:szCs w:val="22"/>
          <w:vertAlign w:val="superscript"/>
          <w:lang w:val="it-IT"/>
        </w:rPr>
        <w:t>59</w:t>
      </w:r>
      <w:r w:rsidR="0031308D" w:rsidRPr="009A27D2">
        <w:rPr>
          <w:color w:val="auto"/>
          <w:szCs w:val="22"/>
        </w:rPr>
        <w:fldChar w:fldCharType="end"/>
      </w:r>
      <w:r w:rsidRPr="009A27D2">
        <w:rPr>
          <w:color w:val="auto"/>
          <w:szCs w:val="22"/>
          <w:lang w:val="it-IT"/>
        </w:rPr>
        <w:t xml:space="preserve">) </w:t>
      </w:r>
      <w:proofErr w:type="spellStart"/>
      <w:r w:rsidRPr="009A27D2">
        <w:rPr>
          <w:color w:val="auto"/>
          <w:szCs w:val="22"/>
          <w:lang w:val="it-IT"/>
        </w:rPr>
        <w:t>did</w:t>
      </w:r>
      <w:proofErr w:type="spellEnd"/>
      <w:r w:rsidRPr="009A27D2">
        <w:rPr>
          <w:color w:val="auto"/>
          <w:szCs w:val="22"/>
          <w:lang w:val="it-IT"/>
        </w:rPr>
        <w:t xml:space="preserve"> </w:t>
      </w:r>
      <w:proofErr w:type="spellStart"/>
      <w:r w:rsidRPr="009A27D2">
        <w:rPr>
          <w:color w:val="auto"/>
          <w:szCs w:val="22"/>
          <w:lang w:val="it-IT"/>
        </w:rPr>
        <w:t>not</w:t>
      </w:r>
      <w:proofErr w:type="spellEnd"/>
      <w:r w:rsidRPr="009A27D2">
        <w:rPr>
          <w:color w:val="auto"/>
          <w:szCs w:val="22"/>
          <w:lang w:val="it-IT"/>
        </w:rPr>
        <w:t xml:space="preserve"> report </w:t>
      </w:r>
      <w:proofErr w:type="spellStart"/>
      <w:r w:rsidRPr="009A27D2">
        <w:rPr>
          <w:color w:val="auto"/>
          <w:szCs w:val="22"/>
          <w:lang w:val="it-IT"/>
        </w:rPr>
        <w:t>any</w:t>
      </w:r>
      <w:proofErr w:type="spellEnd"/>
      <w:r w:rsidRPr="009A27D2">
        <w:rPr>
          <w:color w:val="auto"/>
          <w:szCs w:val="22"/>
          <w:lang w:val="it-IT"/>
        </w:rPr>
        <w:t xml:space="preserve"> </w:t>
      </w:r>
      <w:proofErr w:type="spellStart"/>
      <w:r w:rsidRPr="009A27D2">
        <w:rPr>
          <w:color w:val="auto"/>
          <w:szCs w:val="22"/>
          <w:lang w:val="it-IT"/>
        </w:rPr>
        <w:t>diagnostic</w:t>
      </w:r>
      <w:proofErr w:type="spellEnd"/>
      <w:r w:rsidRPr="009A27D2">
        <w:rPr>
          <w:color w:val="auto"/>
          <w:szCs w:val="22"/>
          <w:lang w:val="it-IT"/>
        </w:rPr>
        <w:t xml:space="preserve"> </w:t>
      </w:r>
      <w:proofErr w:type="spellStart"/>
      <w:r w:rsidRPr="009A27D2">
        <w:rPr>
          <w:color w:val="auto"/>
          <w:szCs w:val="22"/>
          <w:lang w:val="it-IT"/>
        </w:rPr>
        <w:t>inclusion</w:t>
      </w:r>
      <w:proofErr w:type="spellEnd"/>
      <w:r w:rsidRPr="009A27D2">
        <w:rPr>
          <w:color w:val="auto"/>
          <w:szCs w:val="22"/>
          <w:lang w:val="it-IT"/>
        </w:rPr>
        <w:t xml:space="preserve"> </w:t>
      </w:r>
      <w:proofErr w:type="spellStart"/>
      <w:r w:rsidRPr="009A27D2">
        <w:rPr>
          <w:color w:val="auto"/>
          <w:szCs w:val="22"/>
          <w:lang w:val="it-IT"/>
        </w:rPr>
        <w:t>criteria</w:t>
      </w:r>
      <w:proofErr w:type="spellEnd"/>
      <w:r w:rsidRPr="009A27D2">
        <w:rPr>
          <w:color w:val="auto"/>
          <w:szCs w:val="22"/>
          <w:lang w:val="it-IT"/>
        </w:rPr>
        <w:t xml:space="preserve">. </w:t>
      </w:r>
    </w:p>
    <w:p w14:paraId="688A1B60" w14:textId="6E0603E5" w:rsidR="009446D0" w:rsidRPr="009A27D2" w:rsidRDefault="0084596B">
      <w:pPr>
        <w:pStyle w:val="ListParagraph"/>
        <w:rPr>
          <w:color w:val="auto"/>
          <w:szCs w:val="22"/>
        </w:rPr>
      </w:pPr>
      <w:r w:rsidRPr="009A27D2">
        <w:rPr>
          <w:color w:val="auto"/>
          <w:szCs w:val="22"/>
        </w:rPr>
        <w:t>All studies included an adult population, though the inclusion age ranges varied. The NCT04512066</w:t>
      </w:r>
      <w:r w:rsidR="0031308D" w:rsidRPr="009A27D2">
        <w:rPr>
          <w:color w:val="auto"/>
          <w:szCs w:val="22"/>
        </w:rPr>
        <w:fldChar w:fldCharType="begin"/>
      </w:r>
      <w:r w:rsidR="00452EF4">
        <w:rPr>
          <w:color w:val="auto"/>
          <w:szCs w:val="22"/>
        </w:rPr>
        <w:instrText xml:space="preserve"> ADDIN EN.CITE &lt;EndNote&gt;&lt;Cite&gt;&lt;Author&gt;NCT04512066&lt;/Author&gt;&lt;Year&gt;2023&lt;/Year&gt;&lt;RecNum&gt;107&lt;/RecNum&gt;&lt;DisplayText&gt;&lt;style face="superscript"&gt;110&lt;/style&gt;&lt;/DisplayText&gt;&lt;record&gt;&lt;rec-number&gt;107&lt;/rec-number&gt;&lt;foreign-keys&gt;&lt;key app="EN" db-id="9ttaxzax2p0tr7ewzt55atews50zvxaaa5rz" timestamp="1764068848"&gt;107&lt;/key&gt;&lt;/foreign-keys&gt;&lt;ref-type name="Journal Article"&gt;17&lt;/ref-type&gt;&lt;contributors&gt;&lt;authors&gt;&lt;author&gt;NCT04512066&lt;/author&gt;&lt;/authors&gt;&lt;/contributors&gt;&lt;titles&gt;&lt;title&gt;A Trial of the Efficacy and the Safety of RO6889450 (Ralmitaront) vs Placebo in Patients With an Acute Exacerbation of Schizophrenia or Schizoaffective Disorder&lt;/title&gt;&lt;secondary-title&gt;-&lt;/secondary-title&gt;&lt;/titles&gt;&lt;periodical&gt;&lt;full-title&gt;-&lt;/full-title&gt;&lt;/periodical&gt;&lt;pages&gt;-&lt;/pages&gt;&lt;volume&gt;-&lt;/volume&gt;&lt;dates&gt;&lt;year&gt;2023&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110</w:t>
      </w:r>
      <w:r w:rsidR="0031308D" w:rsidRPr="009A27D2">
        <w:rPr>
          <w:color w:val="auto"/>
          <w:szCs w:val="22"/>
        </w:rPr>
        <w:fldChar w:fldCharType="end"/>
      </w:r>
      <w:r w:rsidRPr="009A27D2">
        <w:rPr>
          <w:color w:val="auto"/>
          <w:szCs w:val="22"/>
        </w:rPr>
        <w:t xml:space="preserve"> study reported the lowest range of 18-45 years. 11 studies included patients aged 18+, with no upper age limit.</w:t>
      </w:r>
      <w:r w:rsidR="0031308D" w:rsidRPr="009A27D2">
        <w:rPr>
          <w:color w:val="auto"/>
          <w:szCs w:val="22"/>
        </w:rPr>
        <w:fldChar w:fldCharType="begin">
          <w:fldData xml:space="preserve">PEVuZE5vdGU+PENpdGU+PEF1dGhvcj5DdXRsZXIgQUo8L0F1dGhvcj48WWVhcj4yMDA2PC9ZZWFy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</w:fldData>
        </w:fldChar>
      </w:r>
      <w:r w:rsidR="00452EF4">
        <w:rPr>
          <w:color w:val="auto"/>
          <w:szCs w:val="22"/>
        </w:rPr>
        <w:instrText xml:space="preserve"> ADDIN EN.CITE </w:instrText>
      </w:r>
      <w:r w:rsidR="00452EF4">
        <w:rPr>
          <w:color w:val="auto"/>
          <w:szCs w:val="22"/>
        </w:rPr>
        <w:fldChar w:fldCharType="begin">
          <w:fldData xml:space="preserve">PEVuZE5vdGU+PENpdGU+PEF1dGhvcj5DdXRsZXIgQUo8L0F1dGhvcj48WWVhcj4yMDA2PC9ZZWFy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</w:fldData>
        </w:fldChar>
      </w:r>
      <w:r w:rsidR="00452EF4">
        <w:rPr>
          <w:color w:val="auto"/>
          <w:szCs w:val="22"/>
        </w:rPr>
        <w:instrText xml:space="preserve"> ADDIN EN.CITE.DATA </w:instrText>
      </w:r>
      <w:r w:rsidR="00452EF4">
        <w:rPr>
          <w:color w:val="auto"/>
          <w:szCs w:val="22"/>
        </w:rPr>
      </w:r>
      <w:r w:rsidR="00452EF4">
        <w:rPr>
          <w:color w:val="auto"/>
          <w:szCs w:val="22"/>
        </w:rPr>
        <w:fldChar w:fldCharType="end"/>
      </w:r>
      <w:r w:rsidR="0031308D" w:rsidRPr="009A27D2">
        <w:rPr>
          <w:color w:val="auto"/>
          <w:szCs w:val="22"/>
        </w:rPr>
      </w:r>
      <w:r w:rsidR="0031308D" w:rsidRPr="009A27D2">
        <w:rPr>
          <w:color w:val="auto"/>
          <w:szCs w:val="22"/>
        </w:rPr>
        <w:fldChar w:fldCharType="separate"/>
      </w:r>
      <w:r w:rsidR="00452EF4" w:rsidRPr="00452EF4">
        <w:rPr>
          <w:noProof/>
          <w:color w:val="auto"/>
          <w:szCs w:val="22"/>
          <w:vertAlign w:val="superscript"/>
        </w:rPr>
        <w:t>27, 31, 32, 35, 50, 65, 68, 69, 76, 107, 108</w:t>
      </w:r>
      <w:r w:rsidR="0031308D" w:rsidRPr="009A27D2">
        <w:rPr>
          <w:color w:val="auto"/>
          <w:szCs w:val="22"/>
        </w:rPr>
        <w:fldChar w:fldCharType="end"/>
      </w:r>
      <w:r w:rsidRPr="009A27D2">
        <w:rPr>
          <w:color w:val="auto"/>
          <w:szCs w:val="22"/>
        </w:rPr>
        <w:t xml:space="preserve"> Three studies did not report any inclusion or exclusion criteria related to age.</w:t>
      </w:r>
      <w:r w:rsidR="0031308D" w:rsidRPr="009A27D2">
        <w:rPr>
          <w:color w:val="auto"/>
          <w:szCs w:val="22"/>
        </w:rPr>
        <w:fldChar w:fldCharType="begin">
          <w:fldData xml:space="preserve">PEVuZE5vdGU+PENpdGU+PEF1dGhvcj5HdXB0YTwvQXV0aG9yPjxZZWFyPjIwMTg8L1llYXI+PFJl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</w:fldData>
        </w:fldChar>
      </w:r>
      <w:r w:rsidR="00452EF4">
        <w:rPr>
          <w:color w:val="auto"/>
          <w:szCs w:val="22"/>
        </w:rPr>
        <w:instrText xml:space="preserve"> ADDIN EN.CITE </w:instrText>
      </w:r>
      <w:r w:rsidR="00452EF4">
        <w:rPr>
          <w:color w:val="auto"/>
          <w:szCs w:val="22"/>
        </w:rPr>
        <w:fldChar w:fldCharType="begin">
          <w:fldData xml:space="preserve">PEVuZE5vdGU+PENpdGU+PEF1dGhvcj5HdXB0YTwvQXV0aG9yPjxZZWFyPjIwMTg8L1llYXI+PFJl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</w:fldData>
        </w:fldChar>
      </w:r>
      <w:r w:rsidR="00452EF4">
        <w:rPr>
          <w:color w:val="auto"/>
          <w:szCs w:val="22"/>
        </w:rPr>
        <w:instrText xml:space="preserve"> ADDIN EN.CITE.DATA </w:instrText>
      </w:r>
      <w:r w:rsidR="00452EF4">
        <w:rPr>
          <w:color w:val="auto"/>
          <w:szCs w:val="22"/>
        </w:rPr>
      </w:r>
      <w:r w:rsidR="00452EF4">
        <w:rPr>
          <w:color w:val="auto"/>
          <w:szCs w:val="22"/>
        </w:rPr>
        <w:fldChar w:fldCharType="end"/>
      </w:r>
      <w:r w:rsidR="0031308D" w:rsidRPr="009A27D2">
        <w:rPr>
          <w:color w:val="auto"/>
          <w:szCs w:val="22"/>
        </w:rPr>
      </w:r>
      <w:r w:rsidR="0031308D" w:rsidRPr="009A27D2">
        <w:rPr>
          <w:color w:val="auto"/>
          <w:szCs w:val="22"/>
        </w:rPr>
        <w:fldChar w:fldCharType="separate"/>
      </w:r>
      <w:r w:rsidR="00452EF4" w:rsidRPr="00452EF4">
        <w:rPr>
          <w:noProof/>
          <w:color w:val="auto"/>
          <w:szCs w:val="22"/>
          <w:vertAlign w:val="superscript"/>
        </w:rPr>
        <w:t>23, 33, 54</w:t>
      </w:r>
      <w:r w:rsidR="0031308D" w:rsidRPr="009A27D2">
        <w:rPr>
          <w:color w:val="auto"/>
          <w:szCs w:val="22"/>
        </w:rPr>
        <w:fldChar w:fldCharType="end"/>
      </w:r>
      <w:r w:rsidRPr="009A27D2">
        <w:rPr>
          <w:color w:val="auto"/>
          <w:szCs w:val="22"/>
        </w:rPr>
        <w:t xml:space="preserve"> Of note, one study, Wang 2020</w:t>
      </w:r>
      <w:r w:rsidR="0031308D" w:rsidRPr="009A27D2">
        <w:rPr>
          <w:color w:val="auto"/>
          <w:szCs w:val="22"/>
        </w:rPr>
        <w:fldChar w:fldCharType="begin"/>
      </w:r>
      <w:r w:rsidR="00452EF4">
        <w:rPr>
          <w:color w:val="auto"/>
          <w:szCs w:val="22"/>
        </w:rPr>
        <w:instrText xml:space="preserve"> ADDIN EN.CITE &lt;EndNote&gt;&lt;Cite&gt;&lt;Author&gt;Wang&lt;/Author&gt;&lt;Year&gt;2020&lt;/Year&gt;&lt;RecNum&gt;18&lt;/RecNum&gt;&lt;DisplayText&gt;&lt;style face="superscript"&gt;21&lt;/style&gt;&lt;/DisplayText&gt;&lt;record&gt;&lt;rec-number&gt;18&lt;/rec-number&gt;&lt;foreign-keys&gt;&lt;key app="EN" db-id="9ttaxzax2p0tr7ewzt55atews50zvxaaa5rz" timestamp="1764068827"&gt;18&lt;/key&gt;&lt;/foreign-keys&gt;&lt;ref-type name="Journal Article"&gt;17&lt;/ref-type&gt;&lt;contributors&gt;&lt;authors&gt;&lt;author&gt;Wang, Ning&lt;/author&gt;&lt;author&gt;Zheng, Na&lt;/author&gt;&lt;author&gt;Dong, Mei&lt;/author&gt;&lt;author&gt;He, Jin&lt;/author&gt;&lt;/authors&gt;&lt;/contributors&gt;&lt;titles&gt;&lt;title&gt;Paroxetine combined with olanzapine in the treatment of schizophrenia&lt;/title&gt;&lt;secondary-title&gt;Pakistan journal of medical sciences&lt;/secondary-title&gt;&lt;/titles&gt;&lt;periodical&gt;&lt;full-title&gt;Pakistan journal of medical sciences&lt;/full-title&gt;&lt;/periodical&gt;&lt;pages&gt;516&lt;/pages&gt;&lt;volume&gt;36&lt;/volume&gt;&lt;number&gt;3&lt;/number&gt;&lt;dates&gt;&lt;year&gt;2020&lt;/year&gt;&lt;/dates&gt;&lt;urls&gt;&lt;/urls&gt;&lt;/record&gt;&lt;/Cite&gt;&lt;/EndNote&gt;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21</w:t>
      </w:r>
      <w:r w:rsidR="0031308D" w:rsidRPr="009A27D2">
        <w:rPr>
          <w:color w:val="auto"/>
          <w:szCs w:val="22"/>
        </w:rPr>
        <w:fldChar w:fldCharType="end"/>
      </w:r>
      <w:r w:rsidRPr="009A27D2">
        <w:rPr>
          <w:color w:val="auto"/>
          <w:szCs w:val="22"/>
        </w:rPr>
        <w:t xml:space="preserve">, previously excluded based on trial design dissimilarities in </w:t>
      </w:r>
      <w:r w:rsidR="00F806B6" w:rsidRPr="009A27D2">
        <w:rPr>
          <w:color w:val="auto"/>
          <w:szCs w:val="22"/>
        </w:rPr>
        <w:fldChar w:fldCharType="begin"/>
      </w:r>
      <w:r w:rsidR="00F806B6" w:rsidRPr="009A27D2">
        <w:rPr>
          <w:color w:val="auto"/>
          <w:szCs w:val="22"/>
        </w:rPr>
        <w:instrText xml:space="preserve"> REF _Ref198286266 \r \h </w:instrText>
      </w:r>
      <w:r w:rsidR="00EE288E" w:rsidRPr="009A27D2">
        <w:rPr>
          <w:color w:val="auto"/>
          <w:szCs w:val="22"/>
        </w:rPr>
        <w:instrText xml:space="preserve"> \* MERGEFORMAT </w:instrText>
      </w:r>
      <w:r w:rsidR="00F806B6" w:rsidRPr="009A27D2">
        <w:rPr>
          <w:color w:val="auto"/>
          <w:szCs w:val="22"/>
        </w:rPr>
      </w:r>
      <w:r w:rsidR="00F806B6" w:rsidRPr="009A27D2">
        <w:rPr>
          <w:color w:val="auto"/>
          <w:szCs w:val="22"/>
        </w:rPr>
        <w:fldChar w:fldCharType="separate"/>
      </w:r>
      <w:r w:rsidR="004B2F28">
        <w:rPr>
          <w:color w:val="auto"/>
          <w:szCs w:val="22"/>
        </w:rPr>
        <w:t>Appendix 1</w:t>
      </w:r>
      <w:r w:rsidR="00F806B6" w:rsidRPr="009A27D2">
        <w:rPr>
          <w:color w:val="auto"/>
          <w:szCs w:val="22"/>
        </w:rPr>
        <w:fldChar w:fldCharType="end"/>
      </w:r>
      <w:r w:rsidRPr="009A27D2">
        <w:rPr>
          <w:color w:val="auto"/>
          <w:szCs w:val="22"/>
        </w:rPr>
        <w:t>, was additionally excluded on the basis of patient age given it’s restriction to participants aged 65+, which did not overlap with EMERGENT-1/-2/-3.</w:t>
      </w:r>
      <w:r w:rsidR="0059199B"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EN.CITE.DATA </w:instrText>
      </w:r>
      <w:r w:rsidR="00452EF4">
        <w:fldChar w:fldCharType="end"/>
      </w:r>
      <w:r w:rsidR="0059199B" w:rsidRPr="001F2C70">
        <w:fldChar w:fldCharType="separate"/>
      </w:r>
      <w:r w:rsidR="00452EF4" w:rsidRPr="00452EF4">
        <w:rPr>
          <w:noProof/>
          <w:vertAlign w:val="superscript"/>
        </w:rPr>
        <w:t>7-9</w:t>
      </w:r>
      <w:r w:rsidR="0059199B" w:rsidRPr="001F2C70">
        <w:fldChar w:fldCharType="end"/>
      </w:r>
    </w:p>
    <w:p w14:paraId="154926B1" w14:textId="26512CC8" w:rsidR="009446D0" w:rsidRPr="009A27D2" w:rsidRDefault="0084596B">
      <w:pPr>
        <w:pStyle w:val="ListParagraph"/>
        <w:rPr>
          <w:color w:val="auto"/>
          <w:szCs w:val="22"/>
        </w:rPr>
      </w:pPr>
      <w:r w:rsidRPr="009A27D2">
        <w:rPr>
          <w:color w:val="auto"/>
          <w:szCs w:val="22"/>
        </w:rPr>
        <w:t>Many studies included only patients who had been diagnosed with schizophrenia for at least one year before entry. While most studies did not explicitly state this as an inclusion criterion, it is generally understood to have been the case. One study, NCT04512066</w:t>
      </w:r>
      <w:r w:rsidR="0031308D" w:rsidRPr="009A27D2">
        <w:rPr>
          <w:color w:val="auto"/>
          <w:szCs w:val="22"/>
        </w:rPr>
        <w:fldChar w:fldCharType="begin"/>
      </w:r>
      <w:r w:rsidR="00452EF4">
        <w:rPr>
          <w:color w:val="auto"/>
          <w:szCs w:val="22"/>
        </w:rPr>
        <w:instrText xml:space="preserve"> ADDIN EN.CITE &lt;EndNote&gt;&lt;Cite&gt;&lt;Author&gt;NCT04512066&lt;/Author&gt;&lt;Year&gt;2023&lt;/Year&gt;&lt;RecNum&gt;107&lt;/RecNum&gt;&lt;DisplayText&gt;&lt;style face="superscript"&gt;110&lt;/style&gt;&lt;/DisplayText&gt;&lt;record&gt;&lt;rec-number&gt;107&lt;/rec-number&gt;&lt;foreign-keys&gt;&lt;key app="EN" db-id="9ttaxzax2p0tr7ewzt55atews50zvxaaa5rz" timestamp="1764068848"&gt;107&lt;/key&gt;&lt;/foreign-keys&gt;&lt;ref-type name="Journal Article"&gt;17&lt;/ref-type&gt;&lt;contributors&gt;&lt;authors&gt;&lt;author&gt;NCT04512066&lt;/author&gt;&lt;/authors&gt;&lt;/contributors&gt;&lt;titles&gt;&lt;title&gt;A Trial of the Efficacy and the Safety of RO6889450 (Ralmitaront) vs Placebo in Patients With an Acute Exacerbation of Schizophrenia or Schizoaffective Disorder&lt;/title&gt;&lt;secondary-title&gt;-&lt;/secondary-title&gt;&lt;/titles&gt;&lt;periodical&gt;&lt;full-title&gt;-&lt;/full-title&gt;&lt;/periodical&gt;&lt;pages&gt;-&lt;/pages&gt;&lt;volume&gt;-&lt;/volume&gt;&lt;dates&gt;&lt;year&gt;2023&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110</w:t>
      </w:r>
      <w:r w:rsidR="0031308D" w:rsidRPr="009A27D2">
        <w:rPr>
          <w:color w:val="auto"/>
          <w:szCs w:val="22"/>
        </w:rPr>
        <w:fldChar w:fldCharType="end"/>
      </w:r>
      <w:r w:rsidRPr="009A27D2">
        <w:rPr>
          <w:color w:val="auto"/>
          <w:szCs w:val="22"/>
        </w:rPr>
        <w:t xml:space="preserve">, specifically excluded patients with a disease duration exceeding 10 years. </w:t>
      </w:r>
    </w:p>
    <w:p w14:paraId="325E0E99" w14:textId="19260FF0" w:rsidR="009446D0" w:rsidRPr="009A27D2" w:rsidRDefault="0084596B">
      <w:pPr>
        <w:pStyle w:val="ListParagraph"/>
        <w:rPr>
          <w:color w:val="auto"/>
          <w:szCs w:val="22"/>
        </w:rPr>
      </w:pPr>
      <w:r w:rsidRPr="009A27D2">
        <w:rPr>
          <w:color w:val="auto"/>
          <w:szCs w:val="22"/>
        </w:rPr>
        <w:t>Most of the studies specified inclusion of patients who were experiencing an acute episode/relapse of schizophrenia at entry, with some studies further specifying that the episode required hospitalization or was judged to require hospitalization (including EMERGENT-1/-2/-3</w:t>
      </w:r>
      <w:r w:rsidR="00073331"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EN.CITE.DATA </w:instrText>
      </w:r>
      <w:r w:rsidR="00452EF4">
        <w:fldChar w:fldCharType="end"/>
      </w:r>
      <w:r w:rsidR="00073331" w:rsidRPr="001F2C70">
        <w:fldChar w:fldCharType="separate"/>
      </w:r>
      <w:r w:rsidR="00452EF4" w:rsidRPr="00452EF4">
        <w:rPr>
          <w:noProof/>
          <w:vertAlign w:val="superscript"/>
        </w:rPr>
        <w:t>7-9</w:t>
      </w:r>
      <w:r w:rsidR="00073331" w:rsidRPr="001F2C70">
        <w:fldChar w:fldCharType="end"/>
      </w:r>
      <w:r w:rsidRPr="009A27D2">
        <w:rPr>
          <w:color w:val="auto"/>
          <w:szCs w:val="22"/>
        </w:rPr>
        <w:t xml:space="preserve">). </w:t>
      </w:r>
    </w:p>
    <w:p w14:paraId="5D62C332" w14:textId="517782BA" w:rsidR="009446D0" w:rsidRPr="009A27D2" w:rsidRDefault="0084596B">
      <w:pPr>
        <w:pStyle w:val="ListParagraph"/>
        <w:rPr>
          <w:color w:val="auto"/>
          <w:szCs w:val="22"/>
        </w:rPr>
      </w:pPr>
      <w:r w:rsidRPr="009A27D2">
        <w:rPr>
          <w:color w:val="auto"/>
          <w:szCs w:val="22"/>
        </w:rPr>
        <w:t xml:space="preserve">In terms of treatment history, most of the studies specified including only patients who had previously responded to pharmacological antipsychotic treatment/no history of treatment </w:t>
      </w:r>
      <w:r w:rsidRPr="009A27D2">
        <w:rPr>
          <w:color w:val="auto"/>
          <w:szCs w:val="22"/>
        </w:rPr>
        <w:lastRenderedPageBreak/>
        <w:t>resistance to schizophrenia antipsychotic treatments (i.e. excluding those less likely to respond), including EMERGENT-1/-2/-3.</w:t>
      </w:r>
      <w:r w:rsidR="00E8550B"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EN.CITE.DATA </w:instrText>
      </w:r>
      <w:r w:rsidR="00452EF4">
        <w:fldChar w:fldCharType="end"/>
      </w:r>
      <w:r w:rsidR="00E8550B" w:rsidRPr="001F2C70">
        <w:fldChar w:fldCharType="separate"/>
      </w:r>
      <w:r w:rsidR="00452EF4" w:rsidRPr="00452EF4">
        <w:rPr>
          <w:noProof/>
          <w:vertAlign w:val="superscript"/>
        </w:rPr>
        <w:t>7-9</w:t>
      </w:r>
      <w:r w:rsidR="00E8550B" w:rsidRPr="001F2C70">
        <w:fldChar w:fldCharType="end"/>
      </w:r>
      <w:r w:rsidRPr="009A27D2">
        <w:rPr>
          <w:color w:val="auto"/>
          <w:szCs w:val="22"/>
        </w:rPr>
        <w:t xml:space="preserve"> Several studies further defined resistance to schizophrenia antipsychotic treatments as the failure to respond to two or more pharmacotherapy agents, including five comparator studies and EMERGENT-1/-2/-3.</w:t>
      </w:r>
      <w:r w:rsidR="0059199B"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EN.CITE.DATA </w:instrText>
      </w:r>
      <w:r w:rsidR="00452EF4">
        <w:fldChar w:fldCharType="end"/>
      </w:r>
      <w:r w:rsidR="0059199B" w:rsidRPr="001F2C70">
        <w:fldChar w:fldCharType="separate"/>
      </w:r>
      <w:r w:rsidR="00452EF4" w:rsidRPr="00452EF4">
        <w:rPr>
          <w:noProof/>
          <w:vertAlign w:val="superscript"/>
        </w:rPr>
        <w:t>7-9</w:t>
      </w:r>
      <w:r w:rsidR="0059199B" w:rsidRPr="001F2C70">
        <w:fldChar w:fldCharType="end"/>
      </w:r>
      <w:r w:rsidR="0059199B">
        <w:t>,</w:t>
      </w:r>
      <w:r w:rsidRPr="009A27D2">
        <w:rPr>
          <w:color w:val="auto"/>
          <w:szCs w:val="22"/>
          <w:vertAlign w:val="superscript"/>
        </w:rPr>
        <w:t xml:space="preserve"> 27</w:t>
      </w:r>
      <w:r w:rsidRPr="009A27D2">
        <w:rPr>
          <w:color w:val="auto"/>
          <w:szCs w:val="22"/>
        </w:rPr>
        <w:t xml:space="preserve"> </w:t>
      </w:r>
      <w:r w:rsidR="0031308D" w:rsidRPr="009A27D2">
        <w:rPr>
          <w:color w:val="auto"/>
          <w:szCs w:val="22"/>
        </w:rPr>
        <w:fldChar w:fldCharType="begin">
          <w:fldData xml:space="preserve">PEVuZE5vdGU+PENpdGU+PEF1dGhvcj5LYWhuPC9BdXRob3I+PFllYXI+MjAwNzwvWWVhcj48UmVj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==
</w:fldData>
        </w:fldChar>
      </w:r>
      <w:r w:rsidR="00452EF4">
        <w:rPr>
          <w:color w:val="auto"/>
          <w:szCs w:val="22"/>
        </w:rPr>
        <w:instrText xml:space="preserve"> ADDIN EN.CITE </w:instrText>
      </w:r>
      <w:r w:rsidR="00452EF4">
        <w:rPr>
          <w:color w:val="auto"/>
          <w:szCs w:val="22"/>
        </w:rPr>
        <w:fldChar w:fldCharType="begin">
          <w:fldData xml:space="preserve">PEVuZE5vdGU+PENpdGU+PEF1dGhvcj5LYWhuPC9BdXRob3I+PFllYXI+MjAwNzwvWWVhcj48UmVj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==
</w:fldData>
        </w:fldChar>
      </w:r>
      <w:r w:rsidR="00452EF4">
        <w:rPr>
          <w:color w:val="auto"/>
          <w:szCs w:val="22"/>
        </w:rPr>
        <w:instrText xml:space="preserve"> ADDIN EN.CITE.DATA </w:instrText>
      </w:r>
      <w:r w:rsidR="00452EF4">
        <w:rPr>
          <w:color w:val="auto"/>
          <w:szCs w:val="22"/>
        </w:rPr>
      </w:r>
      <w:r w:rsidR="00452EF4">
        <w:rPr>
          <w:color w:val="auto"/>
          <w:szCs w:val="22"/>
        </w:rPr>
        <w:fldChar w:fldCharType="end"/>
      </w:r>
      <w:r w:rsidR="0031308D" w:rsidRPr="009A27D2">
        <w:rPr>
          <w:color w:val="auto"/>
          <w:szCs w:val="22"/>
        </w:rPr>
      </w:r>
      <w:r w:rsidR="0031308D" w:rsidRPr="009A27D2">
        <w:rPr>
          <w:color w:val="auto"/>
          <w:szCs w:val="22"/>
        </w:rPr>
        <w:fldChar w:fldCharType="separate"/>
      </w:r>
      <w:r w:rsidR="00452EF4" w:rsidRPr="00452EF4">
        <w:rPr>
          <w:noProof/>
          <w:color w:val="auto"/>
          <w:szCs w:val="22"/>
          <w:vertAlign w:val="superscript"/>
        </w:rPr>
        <w:t>46, 78, 84, 100</w:t>
      </w:r>
      <w:r w:rsidR="0031308D" w:rsidRPr="009A27D2">
        <w:rPr>
          <w:color w:val="auto"/>
          <w:szCs w:val="22"/>
        </w:rPr>
        <w:fldChar w:fldCharType="end"/>
      </w:r>
    </w:p>
    <w:p w14:paraId="30E7372C" w14:textId="273AF9B1" w:rsidR="009446D0" w:rsidRPr="009A27D2" w:rsidRDefault="0084596B">
      <w:pPr>
        <w:pStyle w:val="ListParagraph"/>
        <w:rPr>
          <w:color w:val="auto"/>
          <w:szCs w:val="22"/>
        </w:rPr>
      </w:pPr>
      <w:r w:rsidRPr="009A27D2">
        <w:rPr>
          <w:color w:val="auto"/>
          <w:szCs w:val="22"/>
        </w:rPr>
        <w:t>Most studies did not report limitations on the use of concomitant medications at/prior to randomization. However, eight explicitly allowed the use of certain benzodiazepines (BZDs) and/or Z-drug agents under specific conditions, while six explicitly prohibited the use of BZDs or high-dose BZDs prior to or at randomization. Additionally, one study (Corrigan 2004</w:t>
      </w:r>
      <w:r w:rsidR="0031308D" w:rsidRPr="009A27D2">
        <w:rPr>
          <w:color w:val="auto"/>
          <w:szCs w:val="22"/>
        </w:rPr>
        <w:fldChar w:fldCharType="begin"/>
      </w:r>
      <w:r w:rsidR="00452EF4">
        <w:rPr>
          <w:color w:val="auto"/>
          <w:szCs w:val="22"/>
        </w:rPr>
        <w:instrText xml:space="preserve"> ADDIN EN.CITE &lt;EndNote&gt;&lt;Cite&gt;&lt;Author&gt;Corrigan&lt;/Author&gt;&lt;Year&gt;2004&lt;/Year&gt;&lt;RecNum&gt;59&lt;/RecNum&gt;&lt;DisplayText&gt;&lt;style face="superscript"&gt;62&lt;/style&gt;&lt;/DisplayText&gt;&lt;record&gt;&lt;rec-number&gt;59&lt;/rec-number&gt;&lt;foreign-keys&gt;&lt;key app="EN" db-id="9ttaxzax2p0tr7ewzt55atews50zvxaaa5rz" timestamp="1764068836"&gt;59&lt;/key&gt;&lt;/foreign-keys&gt;&lt;ref-type name="Journal Article"&gt;17&lt;/ref-type&gt;&lt;contributors&gt;&lt;authors&gt;&lt;author&gt;Corrigan, M. H.&lt;/author&gt;&lt;author&gt;Gallen, C. C.&lt;/author&gt;&lt;author&gt;Bonura, M. L.&lt;/author&gt;&lt;author&gt;Merchant, K. M.&lt;/author&gt;&lt;author&gt;Sonepiprazole Study, Group&lt;/author&gt;&lt;/authors&gt;&lt;/contributors&gt;&lt;titles&gt;&lt;title&gt;Effectiveness of the selective D4 antagonist sonepiprazole in schizophrenia: a placebo-controlled trial&lt;/title&gt;&lt;secondary-title&gt;Biol Psychiatry&lt;/secondary-title&gt;&lt;/titles&gt;&lt;periodical&gt;&lt;full-title&gt;Biol Psychiatry&lt;/full-title&gt;&lt;/periodical&gt;&lt;pages&gt;445-51&lt;/pages&gt;&lt;volume&gt;55&lt;/volume&gt;&lt;number&gt;5&lt;/number&gt;&lt;dates&gt;&lt;year&gt;2004&lt;/year&gt;&lt;pub-dates&gt;&lt;date&gt;Mar 1&lt;/date&gt;&lt;/pub-dates&gt;&lt;/dates&gt;&lt;pub-location&gt;Pharmacia Corporation, Kalamazoo, Michigan 01752, USA.&lt;/pub-location&gt;&lt;isbn&gt;0006-3223 (Print) 0006-3223 (Linking)&lt;/isbn&gt;&lt;urls&gt;&lt;related-urls&gt;&lt;url&gt;https://www.ncbi.nlm.nih.gov/pubmed/15023570&lt;/url&gt;&lt;/related-urls&gt;&lt;/urls&gt;&lt;electronic-resource-num&gt;10.1016/j.biopsych.2003.10.004&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62</w:t>
      </w:r>
      <w:r w:rsidR="0031308D" w:rsidRPr="009A27D2">
        <w:rPr>
          <w:color w:val="auto"/>
          <w:szCs w:val="22"/>
        </w:rPr>
        <w:fldChar w:fldCharType="end"/>
      </w:r>
      <w:r w:rsidRPr="009A27D2">
        <w:rPr>
          <w:color w:val="auto"/>
          <w:szCs w:val="22"/>
        </w:rPr>
        <w:t>) excluded the use of concomitant drugs that could affect the metabolism of the study agents.</w:t>
      </w:r>
    </w:p>
    <w:p w14:paraId="313C5CF1" w14:textId="462C4B19" w:rsidR="009446D0" w:rsidRPr="009A27D2" w:rsidRDefault="0084596B">
      <w:pPr>
        <w:pStyle w:val="ListParagraph"/>
        <w:rPr>
          <w:color w:val="auto"/>
          <w:szCs w:val="22"/>
        </w:rPr>
      </w:pPr>
      <w:r w:rsidRPr="009A27D2">
        <w:rPr>
          <w:color w:val="auto"/>
          <w:szCs w:val="22"/>
        </w:rPr>
        <w:t>Several studies explicitly reported the inclusion and exclusion of patients based on schizophrenia-specific assessment scores. Most studies used three main tools to evaluate patients: the PANSS total score, Clinical Global Impressions-Severity (CGIS-S) score ≥ 4, and the Brief Psychiatric Rating Scale (BPRS). These assessment tools were either used as a standalone criterion or in combination. A PANSS total score of &gt; 80 or ≥ 80 was commonly used (n = 16, including EMERGENT-1/-2/-3</w:t>
      </w:r>
      <w:r w:rsidR="00E56BB2"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EN.CITE.DATA </w:instrText>
      </w:r>
      <w:r w:rsidR="00452EF4">
        <w:fldChar w:fldCharType="end"/>
      </w:r>
      <w:r w:rsidR="00E56BB2" w:rsidRPr="001F2C70">
        <w:fldChar w:fldCharType="separate"/>
      </w:r>
      <w:r w:rsidR="00452EF4" w:rsidRPr="00452EF4">
        <w:rPr>
          <w:noProof/>
          <w:vertAlign w:val="superscript"/>
        </w:rPr>
        <w:t>7-9</w:t>
      </w:r>
      <w:r w:rsidR="00E56BB2" w:rsidRPr="001F2C70">
        <w:fldChar w:fldCharType="end"/>
      </w:r>
      <w:r w:rsidRPr="009A27D2">
        <w:rPr>
          <w:color w:val="auto"/>
          <w:szCs w:val="22"/>
        </w:rPr>
        <w:t xml:space="preserve">), with some studies setting the threshold lower at &gt; 60 or ≥ 60 (n = 13) or &gt; 70 or ≥ 70 (n = 11). Two studies had slightly unconventional criteria for PANSS scores: </w:t>
      </w:r>
      <w:proofErr w:type="spellStart"/>
      <w:r w:rsidRPr="009A27D2">
        <w:rPr>
          <w:color w:val="auto"/>
          <w:szCs w:val="22"/>
        </w:rPr>
        <w:t>Kinon</w:t>
      </w:r>
      <w:proofErr w:type="spellEnd"/>
      <w:r w:rsidRPr="009A27D2">
        <w:rPr>
          <w:color w:val="auto"/>
          <w:szCs w:val="22"/>
        </w:rPr>
        <w:t xml:space="preserve"> 2011</w:t>
      </w:r>
      <w:r w:rsidR="0031308D" w:rsidRPr="009A27D2">
        <w:rPr>
          <w:color w:val="auto"/>
          <w:szCs w:val="22"/>
        </w:rPr>
        <w:fldChar w:fldCharType="begin"/>
      </w:r>
      <w:r w:rsidR="00452EF4">
        <w:rPr>
          <w:color w:val="auto"/>
          <w:szCs w:val="22"/>
        </w:rPr>
        <w:instrText xml:space="preserve"> ADDIN EN.CITE &lt;EndNote&gt;&lt;Cite&gt;&lt;Author&gt;Kinon&lt;/Author&gt;&lt;Year&gt;2011&lt;/Year&gt;&lt;RecNum&gt;76&lt;/RecNum&gt;&lt;DisplayText&gt;&lt;style face="superscript"&gt;79&lt;/style&gt;&lt;/DisplayText&gt;&lt;record&gt;&lt;rec-number&gt;76&lt;/rec-number&gt;&lt;foreign-keys&gt;&lt;key app="EN" db-id="9ttaxzax2p0tr7ewzt55atews50zvxaaa5rz" timestamp="1764068841"&gt;76&lt;/key&gt;&lt;/foreign-keys&gt;&lt;ref-type name="Journal Article"&gt;17&lt;/ref-type&gt;&lt;contributors&gt;&lt;authors&gt;&lt;author&gt;Kinon, B. J.&lt;/author&gt;&lt;author&gt;Zhang, L.&lt;/author&gt;&lt;author&gt;Millen, B. A.&lt;/author&gt;&lt;author&gt;Osuntokun, O. O.&lt;/author&gt;&lt;author&gt;Williams, J. E.&lt;/author&gt;&lt;author&gt;Kollack-Walker, S.&lt;/author&gt;&lt;author&gt;Jackson, K.&lt;/author&gt;&lt;author&gt;Kryzhanovskaya, L.&lt;/author&gt;&lt;author&gt;Jarkova, N.&lt;/author&gt;&lt;author&gt;Hbbi Study Group&lt;/author&gt;&lt;/authors&gt;&lt;/contributors&gt;&lt;titles&gt;&lt;title&gt;A multicenter, inpatient, phase 2, double-blind, placebo-controlled dose-ranging study of LY2140023 monohydrate in patients with DSM-IV schizophrenia&lt;/title&gt;&lt;secondary-title&gt;J Clin Psychopharmacol&lt;/secondary-title&gt;&lt;/titles&gt;&lt;periodical&gt;&lt;full-title&gt;J Clin Psychopharmacol&lt;/full-title&gt;&lt;/periodical&gt;&lt;pages&gt;349-55&lt;/pages&gt;&lt;volume&gt;31&lt;/volume&gt;&lt;number&gt;3&lt;/number&gt;&lt;dates&gt;&lt;year&gt;2011&lt;/year&gt;&lt;pub-dates&gt;&lt;date&gt;Jun&lt;/date&gt;&lt;/pub-dates&gt;&lt;/dates&gt;&lt;pub-location&gt;Eli Lilly and Company, Indianapolis, IN, USA.&lt;/pub-location&gt;&lt;isbn&gt;1533-712X (Electronic) 0271-0749 (Linking)&lt;/isbn&gt;&lt;urls&gt;&lt;related-urls&gt;&lt;url&gt;https://www.ncbi.nlm.nih.gov/pubmed/21508856&lt;/url&gt;&lt;/related-urls&gt;&lt;/urls&gt;&lt;electronic-resource-num&gt;10.1097/JCP.0b013e318218dcd5&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79</w:t>
      </w:r>
      <w:r w:rsidR="0031308D" w:rsidRPr="009A27D2">
        <w:rPr>
          <w:color w:val="auto"/>
          <w:szCs w:val="22"/>
        </w:rPr>
        <w:fldChar w:fldCharType="end"/>
      </w:r>
      <w:r w:rsidRPr="009A27D2">
        <w:rPr>
          <w:color w:val="auto"/>
          <w:szCs w:val="22"/>
        </w:rPr>
        <w:t xml:space="preserve"> (≥ 45) and Canuso 2009</w:t>
      </w:r>
      <w:r w:rsidR="0031308D" w:rsidRPr="009A27D2">
        <w:rPr>
          <w:color w:val="auto"/>
          <w:szCs w:val="22"/>
        </w:rPr>
        <w:fldChar w:fldCharType="begin"/>
      </w:r>
      <w:r w:rsidR="00452EF4">
        <w:rPr>
          <w:color w:val="auto"/>
          <w:szCs w:val="22"/>
        </w:rPr>
        <w:instrText xml:space="preserve"> ADDIN EN.CITE &lt;EndNote&gt;&lt;Cite&gt;&lt;Author&gt;Canuso&lt;/Author&gt;&lt;Year&gt;2009&lt;/Year&gt;&lt;RecNum&gt;109&lt;/RecNum&gt;&lt;DisplayText&gt;&lt;style face="superscript"&gt;112&lt;/style&gt;&lt;/DisplayText&gt;&lt;record&gt;&lt;rec-number&gt;109&lt;/rec-number&gt;&lt;foreign-keys&gt;&lt;key app="EN" db-id="9ttaxzax2p0tr7ewzt55atews50zvxaaa5rz" timestamp="1764068849"&gt;109&lt;/key&gt;&lt;/foreign-keys&gt;&lt;ref-type name="Journal Article"&gt;17&lt;/ref-type&gt;&lt;contributors&gt;&lt;authors&gt;&lt;author&gt;Canuso, Carla M&lt;/author&gt;&lt;author&gt;Dirks, Bryan&lt;/author&gt;&lt;author&gt;Carothers, Jennifer&lt;/author&gt;&lt;author&gt;Kosik-Gonzalez, Colette&lt;/author&gt;&lt;author&gt;Bossie, Cynthia A&lt;/author&gt;&lt;author&gt;Zhu, Young&lt;/author&gt;&lt;author&gt;Damaraju, CV&lt;/author&gt;&lt;author&gt;Kalali, Amir H&lt;/author&gt;&lt;author&gt;Mahmoud, Ramy&lt;/author&gt;&lt;/authors&gt;&lt;/contributors&gt;&lt;titles&gt;&lt;title&gt;Randomized, double-blind, placebo-controlled study of paliperidone extended-release and quetiapine in inpatients with recently exacerbated schizophrenia&lt;/title&gt;&lt;secondary-title&gt;American Journal of Psychiatry&lt;/secondary-title&gt;&lt;/titles&gt;&lt;periodical&gt;&lt;full-title&gt;American Journal of Psychiatry&lt;/full-title&gt;&lt;/periodical&gt;&lt;pages&gt;691-701&lt;/pages&gt;&lt;volume&gt;166&lt;/volume&gt;&lt;number&gt;6&lt;/number&gt;&lt;dates&gt;&lt;year&gt;2009&lt;/year&gt;&lt;/dates&gt;&lt;isbn&gt;0002-953X&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112</w:t>
      </w:r>
      <w:r w:rsidR="0031308D" w:rsidRPr="009A27D2">
        <w:rPr>
          <w:color w:val="auto"/>
          <w:szCs w:val="22"/>
        </w:rPr>
        <w:fldChar w:fldCharType="end"/>
      </w:r>
      <w:r w:rsidRPr="009A27D2">
        <w:rPr>
          <w:color w:val="auto"/>
          <w:szCs w:val="22"/>
        </w:rPr>
        <w:t xml:space="preserve"> (≥ 17). Most of these studies did not have an upper limit for the PANSS score, but when present, it was usually &lt; 120, including in EMERGENT-1/-2/-3 and eight other studies. The CGIS-S score ≥ 4 is a common criterion seen in EMERGENT-1/-2/-3 and another 20 studies, with two exceptions: Canuso 2009</w:t>
      </w:r>
      <w:r w:rsidR="0031308D" w:rsidRPr="009A27D2">
        <w:rPr>
          <w:color w:val="auto"/>
          <w:szCs w:val="22"/>
        </w:rPr>
        <w:fldChar w:fldCharType="begin"/>
      </w:r>
      <w:r w:rsidR="00452EF4">
        <w:rPr>
          <w:color w:val="auto"/>
          <w:szCs w:val="22"/>
        </w:rPr>
        <w:instrText xml:space="preserve"> ADDIN EN.CITE &lt;EndNote&gt;&lt;Cite&gt;&lt;Author&gt;Canuso&lt;/Author&gt;&lt;Year&gt;2009&lt;/Year&gt;&lt;RecNum&gt;109&lt;/RecNum&gt;&lt;DisplayText&gt;&lt;style face="superscript"&gt;112&lt;/style&gt;&lt;/DisplayText&gt;&lt;record&gt;&lt;rec-number&gt;109&lt;/rec-number&gt;&lt;foreign-keys&gt;&lt;key app="EN" db-id="9ttaxzax2p0tr7ewzt55atews50zvxaaa5rz" timestamp="1764068849"&gt;109&lt;/key&gt;&lt;/foreign-keys&gt;&lt;ref-type name="Journal Article"&gt;17&lt;/ref-type&gt;&lt;contributors&gt;&lt;authors&gt;&lt;author&gt;Canuso, Carla M&lt;/author&gt;&lt;author&gt;Dirks, Bryan&lt;/author&gt;&lt;author&gt;Carothers, Jennifer&lt;/author&gt;&lt;author&gt;Kosik-Gonzalez, Colette&lt;/author&gt;&lt;author&gt;Bossie, Cynthia A&lt;/author&gt;&lt;author&gt;Zhu, Young&lt;/author&gt;&lt;author&gt;Damaraju, CV&lt;/author&gt;&lt;author&gt;Kalali, Amir H&lt;/author&gt;&lt;author&gt;Mahmoud, Ramy&lt;/author&gt;&lt;/authors&gt;&lt;/contributors&gt;&lt;titles&gt;&lt;title&gt;Randomized, double-blind, placebo-controlled study of paliperidone extended-release and quetiapine in inpatients with recently exacerbated schizophrenia&lt;/title&gt;&lt;secondary-title&gt;American Journal of Psychiatry&lt;/secondary-title&gt;&lt;/titles&gt;&lt;periodical&gt;&lt;full-title&gt;American Journal of Psychiatry&lt;/full-title&gt;&lt;/periodical&gt;&lt;pages&gt;691-701&lt;/pages&gt;&lt;volume&gt;166&lt;/volume&gt;&lt;number&gt;6&lt;/number&gt;&lt;dates&gt;&lt;year&gt;2009&lt;/year&gt;&lt;/dates&gt;&lt;isbn&gt;0002-953X&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112</w:t>
      </w:r>
      <w:r w:rsidR="0031308D" w:rsidRPr="009A27D2">
        <w:rPr>
          <w:color w:val="auto"/>
          <w:szCs w:val="22"/>
        </w:rPr>
        <w:fldChar w:fldCharType="end"/>
      </w:r>
      <w:r w:rsidRPr="009A27D2">
        <w:rPr>
          <w:color w:val="auto"/>
          <w:szCs w:val="22"/>
        </w:rPr>
        <w:t xml:space="preserve"> used a threshold of CGIS-S ≥ 5, and Casey 2009</w:t>
      </w:r>
      <w:r w:rsidR="0031308D" w:rsidRPr="009A27D2">
        <w:rPr>
          <w:color w:val="auto"/>
          <w:szCs w:val="22"/>
        </w:rPr>
        <w:fldChar w:fldCharType="begin"/>
      </w:r>
      <w:r w:rsidR="00452EF4">
        <w:rPr>
          <w:color w:val="auto"/>
          <w:szCs w:val="22"/>
        </w:rPr>
        <w:instrText xml:space="preserve"> ADDIN EN.CITE &lt;EndNote&gt;&lt;Cite&gt;&lt;Author&gt;Casey&lt;/Author&gt;&lt;Year&gt;2009&lt;/Year&gt;&lt;RecNum&gt;77&lt;/RecNum&gt;&lt;DisplayText&gt;&lt;style face="superscript"&gt;80&lt;/style&gt;&lt;/DisplayText&gt;&lt;record&gt;&lt;rec-number&gt;77&lt;/rec-number&gt;&lt;foreign-keys&gt;&lt;key app="EN" db-id="9ttaxzax2p0tr7ewzt55atews50zvxaaa5rz" timestamp="1764068841"&gt;77&lt;/key&gt;&lt;/foreign-keys&gt;&lt;ref-type name="Journal Article"&gt;17&lt;/ref-type&gt;&lt;contributors&gt;&lt;authors&gt;&lt;author&gt;Casey, Daniel E&lt;/author&gt;&lt;author&gt;Daniel, David G&lt;/author&gt;&lt;author&gt;Tamminga, Carol&lt;/author&gt;&lt;author&gt;Kane, John M&lt;/author&gt;&lt;author&gt;Tran-Johnson, Tram&lt;/author&gt;&lt;author&gt;Wozniak, Patricia&lt;/author&gt;&lt;author&gt;Abi-Saab, Walid&lt;/author&gt;&lt;author&gt;Baker, Jeff&lt;/author&gt;&lt;author&gt;Redden, Laura&lt;/author&gt;&lt;author&gt;Greco, Nicholas&lt;/author&gt;&lt;/authors&gt;&lt;/contributors&gt;&lt;titles&gt;&lt;title&gt;Divalproex ER combined with olanzapine or risperidone for treatment of acute exacerbations of schizophrenia&lt;/title&gt;&lt;secondary-title&gt;Neuropsychopharmacology&lt;/secondary-title&gt;&lt;/titles&gt;&lt;periodical&gt;&lt;full-title&gt;Neuropsychopharmacology&lt;/full-title&gt;&lt;/periodical&gt;&lt;pages&gt;1330-1338&lt;/pages&gt;&lt;volume&gt;34&lt;/volume&gt;&lt;number&gt;5&lt;/number&gt;&lt;dates&gt;&lt;year&gt;2009&lt;/year&gt;&lt;/dates&gt;&lt;isbn&gt;1740-634X&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80</w:t>
      </w:r>
      <w:r w:rsidR="0031308D" w:rsidRPr="009A27D2">
        <w:rPr>
          <w:color w:val="auto"/>
          <w:szCs w:val="22"/>
        </w:rPr>
        <w:fldChar w:fldCharType="end"/>
      </w:r>
      <w:r w:rsidRPr="009A27D2">
        <w:rPr>
          <w:color w:val="auto"/>
          <w:szCs w:val="22"/>
        </w:rPr>
        <w:t xml:space="preserve"> used CGIS-S ≥ 6. Lastly, four studies set the BPRS score at &gt; 40 or ≥ 40, while Kluge 2007</w:t>
      </w:r>
      <w:r w:rsidR="0031308D" w:rsidRPr="009A27D2">
        <w:rPr>
          <w:color w:val="auto"/>
          <w:szCs w:val="22"/>
        </w:rPr>
        <w:fldChar w:fldCharType="begin"/>
      </w:r>
      <w:r w:rsidR="00452EF4">
        <w:rPr>
          <w:color w:val="auto"/>
          <w:szCs w:val="22"/>
        </w:rPr>
        <w:instrText xml:space="preserve"> ADDIN EN.CITE &lt;EndNote&gt;&lt;Cite&gt;&lt;Author&gt;Kluge&lt;/Author&gt;&lt;Year&gt;2007&lt;/Year&gt;&lt;RecNum&gt;45&lt;/RecNum&gt;&lt;DisplayText&gt;&lt;style face="superscript"&gt;48&lt;/style&gt;&lt;/DisplayText&gt;&lt;record&gt;&lt;rec-number&gt;45&lt;/rec-number&gt;&lt;foreign-keys&gt;&lt;key app="EN" db-id="9ttaxzax2p0tr7ewzt55atews50zvxaaa5rz" timestamp="1764068833"&gt;45&lt;/key&gt;&lt;/foreign-keys&gt;&lt;ref-type name="Journal Article"&gt;17&lt;/ref-type&gt;&lt;contributors&gt;&lt;authors&gt;&lt;author&gt;Kluge, M.&lt;/author&gt;&lt;author&gt;Schuld, A.&lt;/author&gt;&lt;author&gt;Himmerich, H.&lt;/author&gt;&lt;author&gt;Dalal, M.&lt;/author&gt;&lt;author&gt;Schacht, A.&lt;/author&gt;&lt;author&gt;Wehmeier, P. M.&lt;/author&gt;&lt;author&gt;Hinze-Selch, D.&lt;/author&gt;&lt;author&gt;Kraus, T.&lt;/author&gt;&lt;author&gt;Dittmann, R. W.&lt;/author&gt;&lt;author&gt;Pollmacher, T.&lt;/author&gt;&lt;/authors&gt;&lt;/contributors&gt;&lt;titles&gt;&lt;title&gt;Clozapine and olanzapine are associated with food craving and binge eating: results from a randomized double-blind study&lt;/title&gt;&lt;secondary-title&gt;J Clin Psychopharmacol&lt;/secondary-title&gt;&lt;/titles&gt;&lt;periodical&gt;&lt;full-title&gt;J Clin Psychopharmacol&lt;/full-title&gt;&lt;/periodical&gt;&lt;pages&gt;662-6&lt;/pages&gt;&lt;volume&gt;27&lt;/volume&gt;&lt;number&gt;6&lt;/number&gt;&lt;dates&gt;&lt;year&gt;2007&lt;/year&gt;&lt;pub-dates&gt;&lt;date&gt;Dec&lt;/date&gt;&lt;/pub-dates&gt;&lt;/dates&gt;&lt;pub-location&gt;Max Planck Institute of Psychiatry, Kraepelinstrasse 2-10, Munich, Germany. kluge@mpipsykl.mpg.de&lt;/pub-location&gt;&lt;isbn&gt;0271-0749 (Print) 0271-0749 (Linking)&lt;/isbn&gt;&lt;urls&gt;&lt;related-urls&gt;&lt;url&gt;https://www.ncbi.nlm.nih.gov/pubmed/18004133&lt;/url&gt;&lt;/related-urls&gt;&lt;/urls&gt;&lt;electronic-resource-num&gt;10.1097/jcp.0b013e31815a8872&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48</w:t>
      </w:r>
      <w:r w:rsidR="0031308D" w:rsidRPr="009A27D2">
        <w:rPr>
          <w:color w:val="auto"/>
          <w:szCs w:val="22"/>
        </w:rPr>
        <w:fldChar w:fldCharType="end"/>
      </w:r>
      <w:r w:rsidRPr="009A27D2">
        <w:rPr>
          <w:color w:val="auto"/>
          <w:szCs w:val="22"/>
        </w:rPr>
        <w:t xml:space="preserve"> used ≥ 24, Cantillon 2017</w:t>
      </w:r>
      <w:r w:rsidR="0031308D" w:rsidRPr="009A27D2">
        <w:rPr>
          <w:color w:val="auto"/>
          <w:szCs w:val="22"/>
        </w:rPr>
        <w:fldChar w:fldCharType="begin"/>
      </w:r>
      <w:r w:rsidR="00452EF4">
        <w:rPr>
          <w:color w:val="auto"/>
          <w:szCs w:val="22"/>
        </w:rPr>
        <w:instrText xml:space="preserve"> ADDIN EN.CITE &lt;EndNote&gt;&lt;Cite&gt;&lt;Author&gt;Cantillon M&lt;/Author&gt;&lt;Year&gt;2017&lt;/Year&gt;&lt;RecNum&gt;22&lt;/RecNum&gt;&lt;DisplayText&gt;&lt;style face="superscript"&gt;25&lt;/style&gt;&lt;/DisplayText&gt;&lt;record&gt;&lt;rec-number&gt;22&lt;/rec-number&gt;&lt;foreign-keys&gt;&lt;key app="EN" db-id="9ttaxzax2p0tr7ewzt55atews50zvxaaa5rz" timestamp="1764068828"&gt;22&lt;/key&gt;&lt;/foreign-keys&gt;&lt;ref-type name="Journal Article"&gt;17&lt;/ref-type&gt;&lt;contributors&gt;&lt;authors&gt;&lt;author&gt;Cantillon M, Prakash A, Alexander A, Ings R, Sweitzer D, Bhat L&lt;/author&gt;&lt;/authors&gt;&lt;/contributors&gt;&lt;titles&gt;&lt;title&gt;Dopamine serotonin stabilizer RP5063: a randomized, double-blind, placebo-controlled multicenter trial of safety and efficacy in exacerbation of schizophrenia or schizoaffective disorder&lt;/title&gt;&lt;secondary-title&gt;Schizophr. Res.&lt;/secondary-title&gt;&lt;/titles&gt;&lt;periodical&gt;&lt;full-title&gt;Schizophr. Res.&lt;/full-title&gt;&lt;/periodical&gt;&lt;pages&gt;126-33&lt;/pages&gt;&lt;volume&gt;1&lt;/volume&gt;&lt;number&gt;189&lt;/number&gt;&lt;dates&gt;&lt;year&gt;2017&lt;/year&gt;&lt;/dates&gt;&lt;urls&gt;&lt;/urls&gt;&lt;/record&gt;&lt;/Cite&gt;&lt;/EndNote&gt;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25</w:t>
      </w:r>
      <w:r w:rsidR="0031308D" w:rsidRPr="009A27D2">
        <w:rPr>
          <w:color w:val="auto"/>
          <w:szCs w:val="22"/>
        </w:rPr>
        <w:fldChar w:fldCharType="end"/>
      </w:r>
      <w:r w:rsidRPr="009A27D2">
        <w:rPr>
          <w:color w:val="auto"/>
          <w:szCs w:val="22"/>
        </w:rPr>
        <w:t xml:space="preserve"> used &gt; 36, and </w:t>
      </w:r>
      <w:proofErr w:type="spellStart"/>
      <w:r w:rsidRPr="009A27D2">
        <w:rPr>
          <w:color w:val="auto"/>
          <w:szCs w:val="22"/>
        </w:rPr>
        <w:t>Kinon</w:t>
      </w:r>
      <w:proofErr w:type="spellEnd"/>
      <w:r w:rsidRPr="009A27D2">
        <w:rPr>
          <w:color w:val="auto"/>
          <w:szCs w:val="22"/>
        </w:rPr>
        <w:t xml:space="preserve"> 2011</w:t>
      </w:r>
      <w:r w:rsidR="0031308D" w:rsidRPr="009A27D2">
        <w:rPr>
          <w:color w:val="auto"/>
          <w:szCs w:val="22"/>
        </w:rPr>
        <w:fldChar w:fldCharType="begin"/>
      </w:r>
      <w:r w:rsidR="00452EF4">
        <w:rPr>
          <w:color w:val="auto"/>
          <w:szCs w:val="22"/>
        </w:rPr>
        <w:instrText xml:space="preserve"> ADDIN EN.CITE &lt;EndNote&gt;&lt;Cite&gt;&lt;Author&gt;Kinon&lt;/Author&gt;&lt;Year&gt;2011&lt;/Year&gt;&lt;RecNum&gt;76&lt;/RecNum&gt;&lt;DisplayText&gt;&lt;style face="superscript"&gt;79&lt;/style&gt;&lt;/DisplayText&gt;&lt;record&gt;&lt;rec-number&gt;76&lt;/rec-number&gt;&lt;foreign-keys&gt;&lt;key app="EN" db-id="9ttaxzax2p0tr7ewzt55atews50zvxaaa5rz" timestamp="1764068841"&gt;76&lt;/key&gt;&lt;/foreign-keys&gt;&lt;ref-type name="Journal Article"&gt;17&lt;/ref-type&gt;&lt;contributors&gt;&lt;authors&gt;&lt;author&gt;Kinon, B. J.&lt;/author&gt;&lt;author&gt;Zhang, L.&lt;/author&gt;&lt;author&gt;Millen, B. A.&lt;/author&gt;&lt;author&gt;Osuntokun, O. O.&lt;/author&gt;&lt;author&gt;Williams, J. E.&lt;/author&gt;&lt;author&gt;Kollack-Walker, S.&lt;/author&gt;&lt;author&gt;Jackson, K.&lt;/author&gt;&lt;author&gt;Kryzhanovskaya, L.&lt;/author&gt;&lt;author&gt;Jarkova, N.&lt;/author&gt;&lt;author&gt;Hbbi Study Group&lt;/author&gt;&lt;/authors&gt;&lt;/contributors&gt;&lt;titles&gt;&lt;title&gt;A multicenter, inpatient, phase 2, double-blind, placebo-controlled dose-ranging study of LY2140023 monohydrate in patients with DSM-IV schizophrenia&lt;/title&gt;&lt;secondary-title&gt;J Clin Psychopharmacol&lt;/secondary-title&gt;&lt;/titles&gt;&lt;periodical&gt;&lt;full-title&gt;J Clin Psychopharmacol&lt;/full-title&gt;&lt;/periodical&gt;&lt;pages&gt;349-55&lt;/pages&gt;&lt;volume&gt;31&lt;/volume&gt;&lt;number&gt;3&lt;/number&gt;&lt;dates&gt;&lt;year&gt;2011&lt;/year&gt;&lt;pub-dates&gt;&lt;date&gt;Jun&lt;/date&gt;&lt;/pub-dates&gt;&lt;/dates&gt;&lt;pub-location&gt;Eli Lilly and Company, Indianapolis, IN, USA.&lt;/pub-location&gt;&lt;isbn&gt;1533-712X (Electronic) 0271-0749 (Linking)&lt;/isbn&gt;&lt;urls&gt;&lt;related-urls&gt;&lt;url&gt;https://www.ncbi.nlm.nih.gov/pubmed/21508856&lt;/url&gt;&lt;/related-urls&gt;&lt;/urls&gt;&lt;electronic-resource-num&gt;10.1097/JCP.0b013e318218dcd5&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79</w:t>
      </w:r>
      <w:r w:rsidR="0031308D" w:rsidRPr="009A27D2">
        <w:rPr>
          <w:color w:val="auto"/>
          <w:szCs w:val="22"/>
        </w:rPr>
        <w:fldChar w:fldCharType="end"/>
      </w:r>
      <w:r w:rsidRPr="009A27D2">
        <w:rPr>
          <w:color w:val="auto"/>
          <w:szCs w:val="22"/>
        </w:rPr>
        <w:t xml:space="preserve"> used &gt; 45. The remaining studies did not report specific criteria for including or excluding patients based on a schizophrenia-specific assessment score.</w:t>
      </w:r>
    </w:p>
    <w:p w14:paraId="73C647BD" w14:textId="23B3197F" w:rsidR="009446D0" w:rsidRPr="009A27D2" w:rsidRDefault="0084596B">
      <w:pPr>
        <w:pStyle w:val="ListParagraph"/>
        <w:rPr>
          <w:color w:val="auto"/>
          <w:szCs w:val="22"/>
        </w:rPr>
      </w:pPr>
      <w:r w:rsidRPr="009A27D2">
        <w:rPr>
          <w:color w:val="auto"/>
          <w:szCs w:val="22"/>
        </w:rPr>
        <w:t>Patients with psychiatric disorders other than schizophrenia were generally excluded from almost all studies. Although this was not specifically mentioned for EMERGENT-1/-2/-3</w:t>
      </w:r>
      <w:r w:rsidR="00E56BB2"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EN.CITE.DATA </w:instrText>
      </w:r>
      <w:r w:rsidR="00452EF4">
        <w:fldChar w:fldCharType="end"/>
      </w:r>
      <w:r w:rsidR="00E56BB2" w:rsidRPr="001F2C70">
        <w:fldChar w:fldCharType="separate"/>
      </w:r>
      <w:r w:rsidR="00452EF4" w:rsidRPr="00452EF4">
        <w:rPr>
          <w:noProof/>
          <w:vertAlign w:val="superscript"/>
        </w:rPr>
        <w:t>7-9</w:t>
      </w:r>
      <w:r w:rsidR="00E56BB2" w:rsidRPr="001F2C70">
        <w:fldChar w:fldCharType="end"/>
      </w:r>
      <w:r w:rsidRPr="009A27D2">
        <w:rPr>
          <w:color w:val="auto"/>
          <w:szCs w:val="22"/>
        </w:rPr>
        <w:t xml:space="preserve"> and was not reported for some other studies, it was typically expected.</w:t>
      </w:r>
    </w:p>
    <w:p w14:paraId="18BB14B9" w14:textId="6CF50327" w:rsidR="009446D0" w:rsidRPr="009A27D2" w:rsidRDefault="0084596B">
      <w:pPr>
        <w:rPr>
          <w:color w:val="auto"/>
          <w:szCs w:val="22"/>
        </w:rPr>
      </w:pPr>
      <w:r w:rsidRPr="009A27D2">
        <w:rPr>
          <w:color w:val="auto"/>
          <w:szCs w:val="22"/>
        </w:rPr>
        <w:t>Summary statistics of patient characteristics were also compared to assess heterogeneity between the enrolled populations. These considered: baseline age, participant sex, participant race, baseline body mass index (BMI), age at first documented schizophrenia (disease onset), duration of schizophrenia at baseline, baseline Positive and Negative Syndrome Scale (PANSS) total, positive, and negative scores, baseline Clinical Global Impression</w:t>
      </w:r>
      <w:r w:rsidR="00F24C48">
        <w:rPr>
          <w:color w:val="auto"/>
          <w:szCs w:val="22"/>
        </w:rPr>
        <w:t xml:space="preserve">s – </w:t>
      </w:r>
      <w:r w:rsidRPr="009A27D2">
        <w:rPr>
          <w:color w:val="auto"/>
          <w:szCs w:val="22"/>
        </w:rPr>
        <w:t>Severity (CGI-S) score, and baseline prolactin level (</w:t>
      </w:r>
      <w:r w:rsidRPr="009A27D2">
        <w:rPr>
          <w:color w:val="auto"/>
          <w:szCs w:val="22"/>
        </w:rPr>
        <w:fldChar w:fldCharType="begin"/>
      </w:r>
      <w:r w:rsidRPr="009A27D2">
        <w:rPr>
          <w:color w:val="auto"/>
          <w:szCs w:val="22"/>
        </w:rPr>
        <w:instrText>REF _Ref14228669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S1</w:t>
      </w:r>
      <w:r w:rsidRPr="009A27D2">
        <w:rPr>
          <w:color w:val="auto"/>
          <w:szCs w:val="22"/>
        </w:rPr>
        <w:fldChar w:fldCharType="end"/>
      </w:r>
      <w:r w:rsidRPr="009A27D2">
        <w:rPr>
          <w:color w:val="auto"/>
          <w:szCs w:val="22"/>
        </w:rPr>
        <w:t xml:space="preserve"> to </w:t>
      </w:r>
      <w:r w:rsidRPr="009A27D2">
        <w:rPr>
          <w:color w:val="auto"/>
          <w:szCs w:val="22"/>
        </w:rPr>
        <w:fldChar w:fldCharType="begin"/>
      </w:r>
      <w:r w:rsidRPr="009A27D2">
        <w:rPr>
          <w:color w:val="auto"/>
          <w:szCs w:val="22"/>
        </w:rPr>
        <w:instrText>REF _Ref14909782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S11</w:t>
      </w:r>
      <w:r w:rsidRPr="009A27D2">
        <w:rPr>
          <w:color w:val="auto"/>
          <w:szCs w:val="22"/>
        </w:rPr>
        <w:fldChar w:fldCharType="end"/>
      </w:r>
      <w:r w:rsidRPr="009A27D2">
        <w:rPr>
          <w:color w:val="auto"/>
          <w:szCs w:val="22"/>
        </w:rPr>
        <w:t xml:space="preserve">). </w:t>
      </w:r>
    </w:p>
    <w:p w14:paraId="5C16C8CF" w14:textId="602DE617" w:rsidR="009446D0" w:rsidRPr="009A27D2" w:rsidRDefault="0084596B">
      <w:pPr>
        <w:pStyle w:val="ListParagraph"/>
        <w:rPr>
          <w:color w:val="auto"/>
          <w:szCs w:val="22"/>
        </w:rPr>
      </w:pPr>
      <w:proofErr w:type="spellStart"/>
      <w:r w:rsidRPr="009A27D2">
        <w:rPr>
          <w:color w:val="auto"/>
          <w:szCs w:val="22"/>
        </w:rPr>
        <w:t>Ishigooka</w:t>
      </w:r>
      <w:proofErr w:type="spellEnd"/>
      <w:r w:rsidRPr="009A27D2">
        <w:rPr>
          <w:color w:val="auto"/>
          <w:szCs w:val="22"/>
        </w:rPr>
        <w:t xml:space="preserve"> 2018</w:t>
      </w:r>
      <w:r w:rsidR="0031308D" w:rsidRPr="009A27D2">
        <w:rPr>
          <w:color w:val="auto"/>
          <w:szCs w:val="22"/>
        </w:rPr>
        <w:fldChar w:fldCharType="begin"/>
      </w:r>
      <w:r w:rsidR="00452EF4">
        <w:rPr>
          <w:color w:val="auto"/>
          <w:szCs w:val="22"/>
        </w:rPr>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color w:val="auto"/>
          <w:szCs w:val="22"/>
        </w:rPr>
        <w:instrText>‐</w:instrText>
      </w:r>
      <w:r w:rsidR="00452EF4">
        <w:rPr>
          <w:color w:val="auto"/>
          <w:szCs w:val="22"/>
        </w:rPr>
        <w:instrText>week, randomized, double</w:instrText>
      </w:r>
      <w:r w:rsidR="00452EF4">
        <w:rPr>
          <w:rFonts w:ascii="Cambria Math" w:hAnsi="Cambria Math" w:cs="Cambria Math"/>
          <w:color w:val="auto"/>
          <w:szCs w:val="22"/>
        </w:rPr>
        <w:instrText>‐</w:instrText>
      </w:r>
      <w:r w:rsidR="00452EF4">
        <w:rPr>
          <w:color w:val="auto"/>
          <w:szCs w:val="22"/>
        </w:rPr>
        <w:instrText>blind, placebo</w:instrText>
      </w:r>
      <w:r w:rsidR="00452EF4">
        <w:rPr>
          <w:rFonts w:ascii="Cambria Math" w:hAnsi="Cambria Math" w:cs="Cambria Math"/>
          <w:color w:val="auto"/>
          <w:szCs w:val="22"/>
        </w:rPr>
        <w:instrText>‐</w:instrText>
      </w:r>
      <w:r w:rsidR="00452EF4">
        <w:rPr>
          <w:color w:val="auto"/>
          <w:szCs w:val="22"/>
        </w:rPr>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40</w:t>
      </w:r>
      <w:r w:rsidR="0031308D" w:rsidRPr="009A27D2">
        <w:rPr>
          <w:color w:val="auto"/>
          <w:szCs w:val="22"/>
        </w:rPr>
        <w:fldChar w:fldCharType="end"/>
      </w:r>
      <w:r w:rsidRPr="009A27D2">
        <w:rPr>
          <w:color w:val="auto"/>
          <w:szCs w:val="22"/>
        </w:rPr>
        <w:t xml:space="preserve"> and NCT00711269</w:t>
      </w:r>
      <w:r w:rsidR="0031308D" w:rsidRPr="009A27D2">
        <w:rPr>
          <w:color w:val="auto"/>
          <w:szCs w:val="22"/>
        </w:rPr>
        <w:fldChar w:fldCharType="begin"/>
      </w:r>
      <w:r w:rsidR="00452EF4">
        <w:rPr>
          <w:color w:val="auto"/>
          <w:szCs w:val="22"/>
        </w:rPr>
        <w:instrText xml:space="preserve"> ADDIN EN.CITE &lt;EndNote&gt;&lt;Cite&gt;&lt;Author&gt;NCT00711269&lt;/Author&gt;&lt;Year&gt;2022&lt;/Year&gt;&lt;RecNum&gt;92&lt;/RecNum&gt;&lt;DisplayText&gt;&lt;style face="superscript"&gt;95&lt;/style&gt;&lt;/DisplayText&gt;&lt;record&gt;&lt;rec-number&gt;92&lt;/rec-number&gt;&lt;foreign-keys&gt;&lt;key app="EN" db-id="9ttaxzax2p0tr7ewzt55atews50zvxaaa5rz" timestamp="1764068845"&gt;92&lt;/key&gt;&lt;/foreign-keys&gt;&lt;ref-type name="Journal Article"&gt;17&lt;/ref-type&gt;&lt;contributors&gt;&lt;authors&gt;&lt;author&gt;NCT00711269&lt;/author&gt;&lt;/authors&gt;&lt;/contributors&gt;&lt;titles&gt;&lt;title&gt;Study of SM-13496 (Lurasidone HCl) in Patients With Schizophrenia&lt;/title&gt;&lt;secondary-title&gt;-&lt;/secondary-title&gt;&lt;/titles&gt;&lt;periodical&gt;&lt;full-title&gt;-&lt;/full-title&gt;&lt;/periodical&gt;&lt;pages&gt;-&lt;/pages&gt;&lt;volume&gt;-&lt;/volume&gt;&lt;dates&gt;&lt;year&gt;2022&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95</w:t>
      </w:r>
      <w:r w:rsidR="0031308D" w:rsidRPr="009A27D2">
        <w:rPr>
          <w:color w:val="auto"/>
          <w:szCs w:val="22"/>
        </w:rPr>
        <w:fldChar w:fldCharType="end"/>
      </w:r>
      <w:r w:rsidRPr="009A27D2">
        <w:rPr>
          <w:color w:val="auto"/>
          <w:szCs w:val="22"/>
        </w:rPr>
        <w:t xml:space="preserve"> enrolled patients notably older than the mean; however, they were not excluded on this basis given that EMERGENT-1/-2/-3</w:t>
      </w:r>
      <w:r w:rsidR="00E56BB2"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EN.CITE.DATA </w:instrText>
      </w:r>
      <w:r w:rsidR="00452EF4">
        <w:fldChar w:fldCharType="end"/>
      </w:r>
      <w:r w:rsidR="00E56BB2" w:rsidRPr="001F2C70">
        <w:fldChar w:fldCharType="separate"/>
      </w:r>
      <w:r w:rsidR="00452EF4" w:rsidRPr="00452EF4">
        <w:rPr>
          <w:noProof/>
          <w:vertAlign w:val="superscript"/>
        </w:rPr>
        <w:t>7-9</w:t>
      </w:r>
      <w:r w:rsidR="00E56BB2" w:rsidRPr="001F2C70">
        <w:fldChar w:fldCharType="end"/>
      </w:r>
      <w:r w:rsidRPr="009A27D2">
        <w:rPr>
          <w:color w:val="auto"/>
          <w:szCs w:val="22"/>
        </w:rPr>
        <w:t xml:space="preserve"> also had a higher mean age. </w:t>
      </w:r>
    </w:p>
    <w:p w14:paraId="7122919A" w14:textId="6C007E30" w:rsidR="009446D0" w:rsidRPr="009A27D2" w:rsidRDefault="0084596B">
      <w:pPr>
        <w:pStyle w:val="ListParagraph"/>
        <w:rPr>
          <w:color w:val="auto"/>
          <w:szCs w:val="22"/>
        </w:rPr>
      </w:pPr>
      <w:r w:rsidRPr="009A27D2">
        <w:rPr>
          <w:color w:val="auto"/>
          <w:szCs w:val="22"/>
        </w:rPr>
        <w:lastRenderedPageBreak/>
        <w:t xml:space="preserve">Patient sex is a potential prognostic factor; as such, since </w:t>
      </w:r>
      <w:proofErr w:type="spellStart"/>
      <w:r w:rsidRPr="009A27D2">
        <w:rPr>
          <w:color w:val="auto"/>
          <w:szCs w:val="22"/>
        </w:rPr>
        <w:t>Shafti</w:t>
      </w:r>
      <w:proofErr w:type="spellEnd"/>
      <w:r w:rsidRPr="009A27D2">
        <w:rPr>
          <w:color w:val="auto"/>
          <w:szCs w:val="22"/>
        </w:rPr>
        <w:t xml:space="preserve"> 2016</w:t>
      </w:r>
      <w:r w:rsidR="0031308D" w:rsidRPr="009A27D2">
        <w:rPr>
          <w:color w:val="auto"/>
          <w:szCs w:val="22"/>
        </w:rPr>
        <w:fldChar w:fldCharType="begin"/>
      </w:r>
      <w:r w:rsidR="00452EF4">
        <w:rPr>
          <w:color w:val="auto"/>
          <w:szCs w:val="22"/>
        </w:rPr>
        <w:instrText xml:space="preserve"> ADDIN EN.CITE &lt;EndNote&gt;&lt;Cite&gt;&lt;Author&gt;S Shafti S&lt;/Author&gt;&lt;Year&gt;2016&lt;/Year&gt;&lt;RecNum&gt;30&lt;/RecNum&gt;&lt;DisplayText&gt;&lt;style face="superscript"&gt;33&lt;/style&gt;&lt;/DisplayText&gt;&lt;record&gt;&lt;rec-number&gt;30&lt;/rec-number&gt;&lt;foreign-keys&gt;&lt;key app="EN" db-id="9ttaxzax2p0tr7ewzt55atews50zvxaaa5rz" timestamp="1764068830"&gt;30&lt;/key&gt;&lt;/foreign-keys&gt;&lt;ref-type name="Journal Article"&gt;17&lt;/ref-type&gt;&lt;contributors&gt;&lt;authors&gt;&lt;author&gt;S Shafti S, Kaviani H.&lt;/author&gt;&lt;/authors&gt;&lt;/contributors&gt;&lt;titles&gt;&lt;title&gt;A comparison between quetiapine and aripiprazole for treatment of schizophrenia: a double blind contras&lt;/title&gt;&lt;secondary-title&gt;Curr. Psychopharmacol.&lt;/secondary-title&gt;&lt;/titles&gt;&lt;periodical&gt;&lt;full-title&gt;Curr. Psychopharmacol.&lt;/full-title&gt;&lt;/periodical&gt;&lt;pages&gt;13-9&lt;/pages&gt;&lt;volume&gt;5&lt;/volume&gt;&lt;number&gt;1&lt;/number&gt;&lt;dates&gt;&lt;year&gt;2016&lt;/year&gt;&lt;/dates&gt;&lt;urls&gt;&lt;/urls&gt;&lt;/record&gt;&lt;/Cite&gt;&lt;/EndNote&gt;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33</w:t>
      </w:r>
      <w:r w:rsidR="0031308D" w:rsidRPr="009A27D2">
        <w:rPr>
          <w:color w:val="auto"/>
          <w:szCs w:val="22"/>
        </w:rPr>
        <w:fldChar w:fldCharType="end"/>
      </w:r>
      <w:r w:rsidRPr="009A27D2">
        <w:rPr>
          <w:color w:val="auto"/>
          <w:szCs w:val="22"/>
        </w:rPr>
        <w:t xml:space="preserve"> and Svestka 2003</w:t>
      </w:r>
      <w:r w:rsidR="0031308D" w:rsidRPr="009A27D2">
        <w:rPr>
          <w:color w:val="auto"/>
          <w:szCs w:val="22"/>
        </w:rPr>
        <w:fldChar w:fldCharType="begin"/>
      </w:r>
      <w:r w:rsidR="00452EF4">
        <w:rPr>
          <w:color w:val="auto"/>
          <w:szCs w:val="22"/>
        </w:rPr>
        <w:instrText xml:space="preserve"> ADDIN EN.CITE &lt;EndNote&gt;&lt;Cite&gt;&lt;Author&gt;Švestka&lt;/Author&gt;&lt;Year&gt;2003&lt;/Year&gt;&lt;RecNum&gt;51&lt;/RecNum&gt;&lt;DisplayText&gt;&lt;style face="superscript"&gt;54&lt;/style&gt;&lt;/DisplayText&gt;&lt;record&gt;&lt;rec-number&gt;51&lt;/rec-number&gt;&lt;foreign-keys&gt;&lt;key app="EN" db-id="9ttaxzax2p0tr7ewzt55atews50zvxaaa5rz" timestamp="1764068834"&gt;51&lt;/key&gt;&lt;/foreign-keys&gt;&lt;ref-type name="Journal Article"&gt;17&lt;/ref-type&gt;&lt;contributors&gt;&lt;authors&gt;&lt;author&gt;Švestka, Jaromír&lt;/author&gt;&lt;author&gt;Synek, Oldřich&lt;/author&gt;&lt;author&gt;Žourková, Alexandra&lt;/author&gt;&lt;/authors&gt;&lt;/contributors&gt;&lt;titles&gt;&lt;title&gt;A double-blind comparison of olanzapine and quetiapine in treatment of acute exacerbations of schizophrenic or schizoaffective disorders&lt;/title&gt;&lt;secondary-title&gt;European Neuropsychopharmacology&lt;/secondary-title&gt;&lt;/titles&gt;&lt;periodical&gt;&lt;full-title&gt;European Neuropsychopharmacology&lt;/full-title&gt;&lt;/periodical&gt;&lt;dates&gt;&lt;year&gt;2003&lt;/year&gt;&lt;/dates&gt;&lt;isbn&gt;0924-977X&lt;/isbn&gt;&lt;urls&gt;&lt;/urls&gt;&lt;/record&gt;&lt;/Cite&gt;&lt;/EndNote&gt;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54</w:t>
      </w:r>
      <w:r w:rsidR="0031308D" w:rsidRPr="009A27D2">
        <w:rPr>
          <w:color w:val="auto"/>
          <w:szCs w:val="22"/>
        </w:rPr>
        <w:fldChar w:fldCharType="end"/>
      </w:r>
      <w:r w:rsidRPr="009A27D2">
        <w:rPr>
          <w:color w:val="auto"/>
          <w:szCs w:val="22"/>
        </w:rPr>
        <w:t xml:space="preserve"> differ substantially from other studies in the evidence base in this regard (no male patients included), they were excluded from NMA (</w:t>
      </w:r>
      <w:r w:rsidRPr="009A27D2">
        <w:rPr>
          <w:color w:val="auto"/>
          <w:szCs w:val="22"/>
        </w:rPr>
        <w:fldChar w:fldCharType="begin"/>
      </w:r>
      <w:r w:rsidRPr="009A27D2">
        <w:rPr>
          <w:color w:val="auto"/>
          <w:szCs w:val="22"/>
        </w:rPr>
        <w:instrText>REF _Ref14169932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S2</w:t>
      </w:r>
      <w:r w:rsidRPr="009A27D2">
        <w:rPr>
          <w:color w:val="auto"/>
          <w:szCs w:val="22"/>
        </w:rPr>
        <w:fldChar w:fldCharType="end"/>
      </w:r>
      <w:r w:rsidRPr="009A27D2">
        <w:rPr>
          <w:color w:val="auto"/>
          <w:szCs w:val="22"/>
        </w:rPr>
        <w:t xml:space="preserve">). </w:t>
      </w:r>
    </w:p>
    <w:p w14:paraId="5638AA12" w14:textId="3B768968" w:rsidR="009446D0" w:rsidRPr="009A27D2" w:rsidRDefault="0084596B">
      <w:pPr>
        <w:pStyle w:val="ListParagraph"/>
        <w:rPr>
          <w:color w:val="auto"/>
          <w:szCs w:val="22"/>
        </w:rPr>
      </w:pPr>
      <w:r w:rsidRPr="009A27D2">
        <w:rPr>
          <w:color w:val="auto"/>
          <w:szCs w:val="22"/>
        </w:rPr>
        <w:t>Nine studies reported only Asian participants (Gupta 2018</w:t>
      </w:r>
      <w:r w:rsidR="0031308D" w:rsidRPr="009A27D2">
        <w:rPr>
          <w:color w:val="auto"/>
          <w:szCs w:val="22"/>
        </w:rPr>
        <w:fldChar w:fldCharType="begin"/>
      </w:r>
      <w:r w:rsidR="00452EF4">
        <w:rPr>
          <w:color w:val="auto"/>
          <w:szCs w:val="22"/>
        </w:rPr>
        <w:instrText xml:space="preserve"> ADDIN EN.CITE &lt;EndNote&gt;&lt;Cite&gt;&lt;Author&gt;Gupta&lt;/Author&gt;&lt;Year&gt;2018&lt;/Year&gt;&lt;RecNum&gt;20&lt;/RecNum&gt;&lt;DisplayText&gt;&lt;style face="superscript"&gt;23&lt;/style&gt;&lt;/DisplayText&gt;&lt;record&gt;&lt;rec-number&gt;20&lt;/rec-number&gt;&lt;foreign-keys&gt;&lt;key app="EN" db-id="9ttaxzax2p0tr7ewzt55atews50zvxaaa5rz" timestamp="1764068827"&gt;20&lt;/key&gt;&lt;/foreign-keys&gt;&lt;ref-type name="Journal Article"&gt;17&lt;/ref-type&gt;&lt;contributors&gt;&lt;authors&gt;&lt;author&gt;Gupta, S.&lt;/author&gt;&lt;author&gt;Gupta, P.&lt;/author&gt;&lt;author&gt;Sharma, M.&lt;/author&gt;&lt;/authors&gt;&lt;/contributors&gt;&lt;titles&gt;&lt;title&gt;Comparative profile of atypical antipsychotics in patients of schizophrenia&lt;/title&gt;&lt;secondary-title&gt;Indian Journal of Psychiatry&lt;/secondary-title&gt;&lt;/titles&gt;&lt;periodical&gt;&lt;full-title&gt;Indian Journal of Psychiatry&lt;/full-title&gt;&lt;/periodical&gt;&lt;pages&gt;S75&lt;/pages&gt;&lt;volume&gt;60&lt;/volume&gt;&lt;number&gt;5 Supplement 1&lt;/number&gt;&lt;dates&gt;&lt;year&gt;2018&lt;/year&gt;&lt;/dates&gt;&lt;pub-location&gt;Netherlands&lt;/pub-location&gt;&lt;publisher&gt;Medknow Publications&lt;/publisher&gt;&lt;isbn&gt;1998-3794&lt;/isbn&gt;&lt;urls&gt;&lt;related-urls&gt;&lt;url&gt;http://ovidsp.ovid.com/ovidweb.cgi?T=JS&amp;amp;PAGE=reference&amp;amp;D=emed19&amp;amp;NEWS=N&amp;amp;AN=621267601&lt;/url&gt;&lt;/related-urls&gt;&lt;/urls&gt;&lt;/record&gt;&lt;/Cite&gt;&lt;/EndNote&gt;</w:instrText>
      </w:r>
      <w:r w:rsidR="0031308D" w:rsidRPr="009A27D2">
        <w:rPr>
          <w:color w:val="auto"/>
          <w:szCs w:val="22"/>
        </w:rPr>
        <w:fldChar w:fldCharType="separate"/>
      </w:r>
      <w:r w:rsidR="00452EF4" w:rsidRPr="00452EF4">
        <w:rPr>
          <w:noProof/>
          <w:color w:val="auto"/>
          <w:szCs w:val="22"/>
          <w:vertAlign w:val="superscript"/>
        </w:rPr>
        <w:t>23</w:t>
      </w:r>
      <w:r w:rsidR="0031308D" w:rsidRPr="009A27D2">
        <w:rPr>
          <w:color w:val="auto"/>
          <w:szCs w:val="22"/>
        </w:rPr>
        <w:fldChar w:fldCharType="end"/>
      </w:r>
      <w:r w:rsidRPr="009A27D2">
        <w:rPr>
          <w:color w:val="auto"/>
          <w:szCs w:val="22"/>
        </w:rPr>
        <w:t>, Chan 2007</w:t>
      </w:r>
      <w:r w:rsidR="0031308D" w:rsidRPr="009A27D2">
        <w:rPr>
          <w:color w:val="auto"/>
          <w:szCs w:val="22"/>
        </w:rPr>
        <w:fldChar w:fldCharType="begin"/>
      </w:r>
      <w:r w:rsidR="00452EF4">
        <w:rPr>
          <w:color w:val="auto"/>
          <w:szCs w:val="22"/>
        </w:rPr>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26</w:t>
      </w:r>
      <w:r w:rsidR="0031308D" w:rsidRPr="009A27D2">
        <w:rPr>
          <w:color w:val="auto"/>
          <w:szCs w:val="22"/>
        </w:rPr>
        <w:fldChar w:fldCharType="end"/>
      </w:r>
      <w:r w:rsidRPr="009A27D2">
        <w:rPr>
          <w:color w:val="auto"/>
          <w:szCs w:val="22"/>
        </w:rPr>
        <w:t>, Jindal 2013</w:t>
      </w:r>
      <w:r w:rsidR="0031308D" w:rsidRPr="009A27D2">
        <w:rPr>
          <w:color w:val="auto"/>
          <w:szCs w:val="22"/>
        </w:rPr>
        <w:fldChar w:fldCharType="begin"/>
      </w:r>
      <w:r w:rsidR="00452EF4">
        <w:rPr>
          <w:color w:val="auto"/>
          <w:szCs w:val="22"/>
        </w:rPr>
        <w:instrText xml:space="preserve"> ADDIN EN.CITE &lt;EndNote&gt;&lt;Cite&gt;&lt;Author&gt;Jindal KC&lt;/Author&gt;&lt;Year&gt;2013&lt;/Year&gt;&lt;RecNum&gt;27&lt;/RecNum&gt;&lt;DisplayText&gt;&lt;style face="superscript"&gt;30&lt;/style&gt;&lt;/DisplayText&gt;&lt;record&gt;&lt;rec-number&gt;27&lt;/rec-number&gt;&lt;foreign-keys&gt;&lt;key app="EN" db-id="9ttaxzax2p0tr7ewzt55atews50zvxaaa5rz" timestamp="1764068829"&gt;27&lt;/key&gt;&lt;/foreign-keys&gt;&lt;ref-type name="Journal Article"&gt;17&lt;/ref-type&gt;&lt;contributors&gt;&lt;authors&gt;&lt;author&gt;Jindal KC, Singh GP, Munjal V.&lt;/author&gt;&lt;/authors&gt;&lt;/contributors&gt;&lt;titles&gt;&lt;title&gt;Aripiprazole versus olanzapine in the treatment of schizophrenia: a clinical study from India.&lt;/title&gt;&lt;secondary-title&gt;Int J Psychiatry Clin Pract&lt;/secondary-title&gt;&lt;/titles&gt;&lt;periodical&gt;&lt;full-title&gt;Int J Psychiatry Clin Pract&lt;/full-title&gt;&lt;/periodical&gt;&lt;pages&gt;21-9&lt;/pages&gt;&lt;volume&gt;17&lt;/volume&gt;&lt;number&gt;1&lt;/number&gt;&lt;dates&gt;&lt;year&gt;2013&lt;/year&gt;&lt;/dates&gt;&lt;urls&gt;&lt;/urls&gt;&lt;/record&gt;&lt;/Cite&gt;&lt;/EndNote&gt;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30</w:t>
      </w:r>
      <w:r w:rsidR="0031308D" w:rsidRPr="009A27D2">
        <w:rPr>
          <w:color w:val="auto"/>
          <w:szCs w:val="22"/>
        </w:rPr>
        <w:fldChar w:fldCharType="end"/>
      </w:r>
      <w:r w:rsidRPr="009A27D2">
        <w:rPr>
          <w:color w:val="auto"/>
          <w:szCs w:val="22"/>
        </w:rPr>
        <w:t xml:space="preserve">, </w:t>
      </w:r>
      <w:proofErr w:type="spellStart"/>
      <w:r w:rsidRPr="009A27D2">
        <w:rPr>
          <w:color w:val="auto"/>
          <w:szCs w:val="22"/>
        </w:rPr>
        <w:t>Shafti</w:t>
      </w:r>
      <w:proofErr w:type="spellEnd"/>
      <w:r w:rsidRPr="009A27D2">
        <w:rPr>
          <w:color w:val="auto"/>
          <w:szCs w:val="22"/>
        </w:rPr>
        <w:t xml:space="preserve"> 2016</w:t>
      </w:r>
      <w:r w:rsidR="0031308D" w:rsidRPr="009A27D2">
        <w:rPr>
          <w:color w:val="auto"/>
          <w:szCs w:val="22"/>
        </w:rPr>
        <w:fldChar w:fldCharType="begin"/>
      </w:r>
      <w:r w:rsidR="00452EF4">
        <w:rPr>
          <w:color w:val="auto"/>
          <w:szCs w:val="22"/>
        </w:rPr>
        <w:instrText xml:space="preserve"> ADDIN EN.CITE &lt;EndNote&gt;&lt;Cite&gt;&lt;Author&gt;S Shafti S&lt;/Author&gt;&lt;Year&gt;2016&lt;/Year&gt;&lt;RecNum&gt;30&lt;/RecNum&gt;&lt;DisplayText&gt;&lt;style face="superscript"&gt;33&lt;/style&gt;&lt;/DisplayText&gt;&lt;record&gt;&lt;rec-number&gt;30&lt;/rec-number&gt;&lt;foreign-keys&gt;&lt;key app="EN" db-id="9ttaxzax2p0tr7ewzt55atews50zvxaaa5rz" timestamp="1764068830"&gt;30&lt;/key&gt;&lt;/foreign-keys&gt;&lt;ref-type name="Journal Article"&gt;17&lt;/ref-type&gt;&lt;contributors&gt;&lt;authors&gt;&lt;author&gt;S Shafti S, Kaviani H.&lt;/author&gt;&lt;/authors&gt;&lt;/contributors&gt;&lt;titles&gt;&lt;title&gt;A comparison between quetiapine and aripiprazole for treatment of schizophrenia: a double blind contras&lt;/title&gt;&lt;secondary-title&gt;Curr. Psychopharmacol.&lt;/secondary-title&gt;&lt;/titles&gt;&lt;periodical&gt;&lt;full-title&gt;Curr. Psychopharmacol.&lt;/full-title&gt;&lt;/periodical&gt;&lt;pages&gt;13-9&lt;/pages&gt;&lt;volume&gt;5&lt;/volume&gt;&lt;number&gt;1&lt;/number&gt;&lt;dates&gt;&lt;year&gt;2016&lt;/year&gt;&lt;/dates&gt;&lt;urls&gt;&lt;/urls&gt;&lt;/record&gt;&lt;/Cite&gt;&lt;/EndNote&gt;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33</w:t>
      </w:r>
      <w:r w:rsidR="0031308D" w:rsidRPr="009A27D2">
        <w:rPr>
          <w:color w:val="auto"/>
          <w:szCs w:val="22"/>
        </w:rPr>
        <w:fldChar w:fldCharType="end"/>
      </w:r>
      <w:r w:rsidRPr="009A27D2">
        <w:rPr>
          <w:color w:val="auto"/>
          <w:szCs w:val="22"/>
        </w:rPr>
        <w:t xml:space="preserve">, </w:t>
      </w:r>
      <w:proofErr w:type="spellStart"/>
      <w:r w:rsidRPr="009A27D2">
        <w:rPr>
          <w:color w:val="auto"/>
          <w:szCs w:val="22"/>
        </w:rPr>
        <w:t>Ishigooka</w:t>
      </w:r>
      <w:proofErr w:type="spellEnd"/>
      <w:r w:rsidRPr="009A27D2">
        <w:rPr>
          <w:color w:val="auto"/>
          <w:szCs w:val="22"/>
        </w:rPr>
        <w:t xml:space="preserve"> 2018</w:t>
      </w:r>
      <w:r w:rsidR="0031308D" w:rsidRPr="009A27D2">
        <w:rPr>
          <w:color w:val="auto"/>
          <w:szCs w:val="22"/>
        </w:rPr>
        <w:fldChar w:fldCharType="begin"/>
      </w:r>
      <w:r w:rsidR="00452EF4">
        <w:rPr>
          <w:color w:val="auto"/>
          <w:szCs w:val="22"/>
        </w:rPr>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color w:val="auto"/>
          <w:szCs w:val="22"/>
        </w:rPr>
        <w:instrText>‐</w:instrText>
      </w:r>
      <w:r w:rsidR="00452EF4">
        <w:rPr>
          <w:color w:val="auto"/>
          <w:szCs w:val="22"/>
        </w:rPr>
        <w:instrText>week, randomized, double</w:instrText>
      </w:r>
      <w:r w:rsidR="00452EF4">
        <w:rPr>
          <w:rFonts w:ascii="Cambria Math" w:hAnsi="Cambria Math" w:cs="Cambria Math"/>
          <w:color w:val="auto"/>
          <w:szCs w:val="22"/>
        </w:rPr>
        <w:instrText>‐</w:instrText>
      </w:r>
      <w:r w:rsidR="00452EF4">
        <w:rPr>
          <w:color w:val="auto"/>
          <w:szCs w:val="22"/>
        </w:rPr>
        <w:instrText>blind, placebo</w:instrText>
      </w:r>
      <w:r w:rsidR="00452EF4">
        <w:rPr>
          <w:rFonts w:ascii="Cambria Math" w:hAnsi="Cambria Math" w:cs="Cambria Math"/>
          <w:color w:val="auto"/>
          <w:szCs w:val="22"/>
        </w:rPr>
        <w:instrText>‐</w:instrText>
      </w:r>
      <w:r w:rsidR="00452EF4">
        <w:rPr>
          <w:color w:val="auto"/>
          <w:szCs w:val="22"/>
        </w:rPr>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40</w:t>
      </w:r>
      <w:r w:rsidR="0031308D" w:rsidRPr="009A27D2">
        <w:rPr>
          <w:color w:val="auto"/>
          <w:szCs w:val="22"/>
        </w:rPr>
        <w:fldChar w:fldCharType="end"/>
      </w:r>
      <w:r w:rsidRPr="009A27D2">
        <w:rPr>
          <w:color w:val="auto"/>
          <w:szCs w:val="22"/>
        </w:rPr>
        <w:t>, NCT01625000</w:t>
      </w:r>
      <w:r w:rsidR="0031308D" w:rsidRPr="009A27D2">
        <w:rPr>
          <w:color w:val="auto"/>
          <w:szCs w:val="22"/>
        </w:rPr>
        <w:fldChar w:fldCharType="begin"/>
      </w:r>
      <w:r w:rsidR="00452EF4">
        <w:rPr>
          <w:color w:val="auto"/>
          <w:szCs w:val="22"/>
        </w:rPr>
        <w:instrText xml:space="preserve"> ADDIN EN.CITE &lt;EndNote&gt;&lt;Cite&gt;&lt;Author&gt;NCT01625000&lt;/Author&gt;&lt;Year&gt;2021&lt;/Year&gt;&lt;RecNum&gt;41&lt;/RecNum&gt;&lt;DisplayText&gt;&lt;style face="superscript"&gt;44&lt;/style&gt;&lt;/DisplayText&gt;&lt;record&gt;&lt;rec-number&gt;41&lt;/rec-number&gt;&lt;foreign-keys&gt;&lt;key app="EN" db-id="9ttaxzax2p0tr7ewzt55atews50zvxaaa5rz" timestamp="1764068832"&gt;41&lt;/key&gt;&lt;/foreign-keys&gt;&lt;ref-type name="Journal Article"&gt;17&lt;/ref-type&gt;&lt;contributors&gt;&lt;authors&gt;&lt;author&gt;NCT01625000&lt;/author&gt;&lt;/authors&gt;&lt;/contributors&gt;&lt;titles&gt;&lt;title&gt;Safety and Efficacy of MP-214 in Patients With Schizophrenia&lt;/title&gt;&lt;secondary-title&gt;-&lt;/secondary-title&gt;&lt;/titles&gt;&lt;periodical&gt;&lt;full-title&gt;-&lt;/full-title&gt;&lt;/periodical&gt;&lt;pages&gt;-&lt;/pages&gt;&lt;volume&gt;-&lt;/volume&gt;&lt;dates&gt;&lt;year&gt;2021&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44</w:t>
      </w:r>
      <w:r w:rsidR="0031308D" w:rsidRPr="009A27D2">
        <w:rPr>
          <w:color w:val="auto"/>
          <w:szCs w:val="22"/>
        </w:rPr>
        <w:fldChar w:fldCharType="end"/>
      </w:r>
      <w:r w:rsidRPr="009A27D2">
        <w:rPr>
          <w:color w:val="auto"/>
          <w:szCs w:val="22"/>
        </w:rPr>
        <w:t>, Hatta 2013</w:t>
      </w:r>
      <w:r w:rsidR="0031308D" w:rsidRPr="009A27D2">
        <w:rPr>
          <w:color w:val="auto"/>
          <w:szCs w:val="22"/>
        </w:rPr>
        <w:fldChar w:fldCharType="begin"/>
      </w:r>
      <w:r w:rsidR="00452EF4">
        <w:rPr>
          <w:color w:val="auto"/>
          <w:szCs w:val="22"/>
        </w:rPr>
        <w:instrText xml:space="preserve"> ADDIN EN.CITE &lt;EndNote&gt;&lt;Cite&gt;&lt;Author&gt;Hatta&lt;/Author&gt;&lt;Year&gt;2013&lt;/Year&gt;&lt;RecNum&gt;74&lt;/RecNum&gt;&lt;DisplayText&gt;&lt;style face="superscript"&gt;77&lt;/style&gt;&lt;/DisplayText&gt;&lt;record&gt;&lt;rec-number&gt;74&lt;/rec-number&gt;&lt;foreign-keys&gt;&lt;key app="EN" db-id="9ttaxzax2p0tr7ewzt55atews50zvxaaa5rz" timestamp="1764068841"&gt;74&lt;/key&gt;&lt;/foreign-keys&gt;&lt;ref-type name="Journal Article"&gt;17&lt;/ref-type&gt;&lt;contributors&gt;&lt;authors&gt;&lt;author&gt;Hatta, K.&lt;/author&gt;&lt;author&gt;Takebayashi, H.&lt;/author&gt;&lt;author&gt;Sudo, Y.&lt;/author&gt;&lt;author&gt;Katayama, S.&lt;/author&gt;&lt;author&gt;Kasuya, M.&lt;/author&gt;&lt;author&gt;Shirai, Y.&lt;/author&gt;&lt;author&gt;Morikawa, F.&lt;/author&gt;&lt;author&gt;Nakase, R.&lt;/author&gt;&lt;author&gt;Nakamura, M.&lt;/author&gt;&lt;author&gt;Ito, S.&lt;/author&gt;&lt;author&gt;Kuga, H.&lt;/author&gt;&lt;author&gt;Nakamura, M.&lt;/author&gt;&lt;author&gt;Ohnuma, T.&lt;/author&gt;&lt;author&gt;Usui, C.&lt;/author&gt;&lt;author&gt;Nakamura, H.&lt;/author&gt;&lt;author&gt;Hirata, T.&lt;/author&gt;&lt;author&gt;Sawa, Y.&lt;/author&gt;&lt;author&gt;Jast study group&lt;/author&gt;&lt;/authors&gt;&lt;/contributors&gt;&lt;titles&gt;&lt;title&gt;The possibility that requiring high-dose olanzapine cannot be explained by pharmacokinetics in the treatment of acute-phase schizophrenia&lt;/title&gt;&lt;secondary-title&gt;Psychiatry Res&lt;/secondary-title&gt;&lt;/titles&gt;&lt;periodical&gt;&lt;full-title&gt;Psychiatry Res&lt;/full-title&gt;&lt;/periodical&gt;&lt;pages&gt;396-401&lt;/pages&gt;&lt;volume&gt;210&lt;/volume&gt;&lt;number&gt;2&lt;/number&gt;&lt;dates&gt;&lt;year&gt;2013&lt;/year&gt;&lt;pub-dates&gt;&lt;date&gt;Dec 15 2013&lt;/date&gt;&lt;/pub-dates&gt;&lt;/dates&gt;&lt;pub-location&gt;Department of Psychiatry, Juntendo University Nerima Hospital, Tokyo, Japan. Electronic address: khatta@juntendo.ac.jp.&lt;/pub-location&gt;&lt;isbn&gt;1872-7123 (Electronic) 0165-1781 (Linking)&lt;/isbn&gt;&lt;urls&gt;&lt;related-urls&gt;&lt;url&gt;https://www.ncbi.nlm.nih.gov/pubmed/23919898&lt;/url&gt;&lt;/related-urls&gt;&lt;/urls&gt;&lt;electronic-resource-num&gt;10.1016/j.psychres.2013.07.005&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77</w:t>
      </w:r>
      <w:r w:rsidR="0031308D" w:rsidRPr="009A27D2">
        <w:rPr>
          <w:color w:val="auto"/>
          <w:szCs w:val="22"/>
        </w:rPr>
        <w:fldChar w:fldCharType="end"/>
      </w:r>
      <w:r w:rsidRPr="009A27D2">
        <w:rPr>
          <w:color w:val="auto"/>
          <w:szCs w:val="22"/>
        </w:rPr>
        <w:t>, NCT00711269</w:t>
      </w:r>
      <w:r w:rsidR="0031308D" w:rsidRPr="009A27D2">
        <w:rPr>
          <w:color w:val="auto"/>
          <w:szCs w:val="22"/>
        </w:rPr>
        <w:fldChar w:fldCharType="begin"/>
      </w:r>
      <w:r w:rsidR="00452EF4">
        <w:rPr>
          <w:color w:val="auto"/>
          <w:szCs w:val="22"/>
        </w:rPr>
        <w:instrText xml:space="preserve"> ADDIN EN.CITE &lt;EndNote&gt;&lt;Cite&gt;&lt;Author&gt;NCT00711269&lt;/Author&gt;&lt;Year&gt;2022&lt;/Year&gt;&lt;RecNum&gt;92&lt;/RecNum&gt;&lt;DisplayText&gt;&lt;style face="superscript"&gt;95&lt;/style&gt;&lt;/DisplayText&gt;&lt;record&gt;&lt;rec-number&gt;92&lt;/rec-number&gt;&lt;foreign-keys&gt;&lt;key app="EN" db-id="9ttaxzax2p0tr7ewzt55atews50zvxaaa5rz" timestamp="1764068845"&gt;92&lt;/key&gt;&lt;/foreign-keys&gt;&lt;ref-type name="Journal Article"&gt;17&lt;/ref-type&gt;&lt;contributors&gt;&lt;authors&gt;&lt;author&gt;NCT00711269&lt;/author&gt;&lt;/authors&gt;&lt;/contributors&gt;&lt;titles&gt;&lt;title&gt;Study of SM-13496 (Lurasidone HCl) in Patients With Schizophrenia&lt;/title&gt;&lt;secondary-title&gt;-&lt;/secondary-title&gt;&lt;/titles&gt;&lt;periodical&gt;&lt;full-title&gt;-&lt;/full-title&gt;&lt;/periodical&gt;&lt;pages&gt;-&lt;/pages&gt;&lt;volume&gt;-&lt;/volume&gt;&lt;dates&gt;&lt;year&gt;2022&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95</w:t>
      </w:r>
      <w:r w:rsidR="0031308D" w:rsidRPr="009A27D2">
        <w:rPr>
          <w:color w:val="auto"/>
          <w:szCs w:val="22"/>
        </w:rPr>
        <w:fldChar w:fldCharType="end"/>
      </w:r>
      <w:r w:rsidRPr="009A27D2">
        <w:rPr>
          <w:color w:val="auto"/>
          <w:szCs w:val="22"/>
        </w:rPr>
        <w:t>, Li 2012</w:t>
      </w:r>
      <w:r w:rsidR="0031308D" w:rsidRPr="009A27D2">
        <w:rPr>
          <w:color w:val="auto"/>
          <w:szCs w:val="22"/>
        </w:rPr>
        <w:fldChar w:fldCharType="begin"/>
      </w:r>
      <w:r w:rsidR="00452EF4">
        <w:rPr>
          <w:color w:val="auto"/>
          <w:szCs w:val="22"/>
        </w:rPr>
        <w:instrText xml:space="preserve"> ADDIN EN.CITE &lt;EndNote&gt;&lt;Cite&gt;&lt;Author&gt;Li&lt;/Author&gt;&lt;Year&gt;2012&lt;/Year&gt;&lt;RecNum&gt;99&lt;/RecNum&gt;&lt;DisplayText&gt;&lt;style face="superscript"&gt;102&lt;/style&gt;&lt;/DisplayText&gt;&lt;record&gt;&lt;rec-number&gt;99&lt;/rec-number&gt;&lt;foreign-keys&gt;&lt;key app="EN" db-id="9ttaxzax2p0tr7ewzt55atews50zvxaaa5rz" timestamp="1764068846"&gt;99&lt;/key&gt;&lt;/foreign-keys&gt;&lt;ref-type name="Journal Article"&gt;17&lt;/ref-type&gt;&lt;contributors&gt;&lt;authors&gt;&lt;author&gt;Li, Y.&lt;/author&gt;&lt;author&gt;Li, H.&lt;/author&gt;&lt;author&gt;Liu, Y.&lt;/author&gt;&lt;author&gt;Yan, X.&lt;/author&gt;&lt;author&gt;Yue, Y.&lt;/author&gt;&lt;author&gt;Qian, M.&lt;/author&gt;&lt;/authors&gt;&lt;/contributors&gt;&lt;titles&gt;&lt;title&gt;Comparison of quetiapine and risperidone in Chinese Han patients with schizophrenia: results of a single-blind, randomized study&lt;/title&gt;&lt;secondary-title&gt;Curr Med Res Opin&lt;/secondary-title&gt;&lt;/titles&gt;&lt;periodical&gt;&lt;full-title&gt;Curr Med Res Opin&lt;/full-title&gt;&lt;/periodical&gt;&lt;pages&gt;1725-32&lt;/pages&gt;&lt;volume&gt;28&lt;/volume&gt;&lt;number&gt;10&lt;/number&gt;&lt;dates&gt;&lt;year&gt;2012&lt;/year&gt;&lt;pub-dates&gt;&lt;date&gt;20121002&lt;/date&gt;&lt;/pub-dates&gt;&lt;/dates&gt;&lt;pub-location&gt;Shanghai Mental Health Center, Shanghai Jiao Tong University School of Medicine, Shanghai, China.&lt;/pub-location&gt;&lt;isbn&gt;1473-4877 (Electronic) 0300-7995 (Linking)&lt;/isbn&gt;&lt;urls&gt;&lt;related-urls&gt;&lt;url&gt;https://www.ncbi.nlm.nih.gov/pubmed/22978771&lt;/url&gt;&lt;/related-urls&gt;&lt;/urls&gt;&lt;electronic-resource-num&gt;10.1185/03007995.2012.728524&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102</w:t>
      </w:r>
      <w:r w:rsidR="0031308D" w:rsidRPr="009A27D2">
        <w:rPr>
          <w:color w:val="auto"/>
          <w:szCs w:val="22"/>
        </w:rPr>
        <w:fldChar w:fldCharType="end"/>
      </w:r>
      <w:r w:rsidRPr="009A27D2">
        <w:rPr>
          <w:color w:val="auto"/>
          <w:szCs w:val="22"/>
        </w:rPr>
        <w:t>, Hatta 2009</w:t>
      </w:r>
      <w:r w:rsidR="0031308D" w:rsidRPr="009A27D2">
        <w:rPr>
          <w:color w:val="auto"/>
          <w:szCs w:val="22"/>
        </w:rPr>
        <w:fldChar w:fldCharType="begin"/>
      </w:r>
      <w:r w:rsidR="00452EF4">
        <w:rPr>
          <w:color w:val="auto"/>
          <w:szCs w:val="22"/>
        </w:rPr>
        <w:instrText xml:space="preserve"> ADDIN EN.CITE &lt;EndNote&gt;&lt;Cite&gt;&lt;Author&gt;Hatta&lt;/Author&gt;&lt;Year&gt;2009&lt;/Year&gt;&lt;RecNum&gt;21&lt;/RecNum&gt;&lt;DisplayText&gt;&lt;style face="superscript"&gt;24&lt;/style&gt;&lt;/DisplayText&gt;&lt;record&gt;&lt;rec-number&gt;21&lt;/rec-number&gt;&lt;foreign-keys&gt;&lt;key app="EN" db-id="9ttaxzax2p0tr7ewzt55atews50zvxaaa5rz" timestamp="1764068828"&gt;21&lt;/key&gt;&lt;/foreign-keys&gt;&lt;ref-type name="Journal Article"&gt;17&lt;/ref-type&gt;&lt;contributors&gt;&lt;authors&gt;&lt;author&gt;Hatta, K.&lt;/author&gt;&lt;author&gt;Sato, K.&lt;/author&gt;&lt;author&gt;Hamakawa, H.&lt;/author&gt;&lt;author&gt;Takebayashi, H.&lt;/author&gt;&lt;author&gt;Kimura, N.&lt;/author&gt;&lt;author&gt;Ochi, S.&lt;/author&gt;&lt;author&gt;Sudo, Y.&lt;/author&gt;&lt;author&gt;Asukai, N.&lt;/author&gt;&lt;author&gt;Nakamura, H.&lt;/author&gt;&lt;author&gt;Usui, C.&lt;/author&gt;&lt;author&gt;Kawabata, T.&lt;/author&gt;&lt;author&gt;Hirata, T.&lt;/author&gt;&lt;author&gt;Sawa, Y.&lt;/author&gt;&lt;/authors&gt;&lt;/contributors&gt;&lt;titles&gt;&lt;title&gt;Effectiveness of second-generation antipsychotics with acute-phase schizophrenia&lt;/title&gt;&lt;secondary-title&gt;Schizophr Res&lt;/secondary-title&gt;&lt;/titles&gt;&lt;periodical&gt;&lt;full-title&gt;Schizophr Res&lt;/full-title&gt;&lt;/periodical&gt;&lt;pages&gt;49-55&lt;/pages&gt;&lt;volume&gt;113&lt;/volume&gt;&lt;number&gt;1&lt;/number&gt;&lt;dates&gt;&lt;year&gt;2009&lt;/year&gt;&lt;pub-dates&gt;&lt;date&gt;20090624&lt;/date&gt;&lt;/pub-dates&gt;&lt;/dates&gt;&lt;pub-location&gt;Department of Psychiatry, Juntendo University School of Medicine, Tokyo, Japan. khatta@juntendo.ac.jp&lt;/pub-location&gt;&lt;isbn&gt;1573-2509 (Electronic) 0920-9964 (Linking)&lt;/isbn&gt;&lt;urls&gt;&lt;related-urls&gt;&lt;url&gt;https://www.ncbi.nlm.nih.gov/pubmed/19553086&lt;/url&gt;&lt;/related-urls&gt;&lt;/urls&gt;&lt;electronic-resource-num&gt;10.1016/j.schres.2009.05.030&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24</w:t>
      </w:r>
      <w:r w:rsidR="0031308D" w:rsidRPr="009A27D2">
        <w:rPr>
          <w:color w:val="auto"/>
          <w:szCs w:val="22"/>
        </w:rPr>
        <w:fldChar w:fldCharType="end"/>
      </w:r>
      <w:r w:rsidRPr="009A27D2">
        <w:rPr>
          <w:color w:val="auto"/>
          <w:szCs w:val="22"/>
        </w:rPr>
        <w:t>), and one study reported only White participants (Egan 2013</w:t>
      </w:r>
      <w:r w:rsidR="0031308D" w:rsidRPr="009A27D2">
        <w:rPr>
          <w:color w:val="auto"/>
          <w:szCs w:val="22"/>
        </w:rPr>
        <w:fldChar w:fldCharType="begin"/>
      </w:r>
      <w:r w:rsidR="00452EF4">
        <w:rPr>
          <w:color w:val="auto"/>
          <w:szCs w:val="22"/>
        </w:rPr>
        <w:instrText xml:space="preserve"> ADDIN EN.CITE &lt;EndNote&gt;&lt;Cite&gt;&lt;Author&gt;Egan&lt;/Author&gt;&lt;Year&gt;2013&lt;/Year&gt;&lt;RecNum&gt;75&lt;/RecNum&gt;&lt;DisplayText&gt;&lt;style face="superscript"&gt;78&lt;/style&gt;&lt;/DisplayText&gt;&lt;record&gt;&lt;rec-number&gt;75&lt;/rec-number&gt;&lt;foreign-keys&gt;&lt;key app="EN" db-id="9ttaxzax2p0tr7ewzt55atews50zvxaaa5rz" timestamp="1764068841"&gt;75&lt;/key&gt;&lt;/foreign-keys&gt;&lt;ref-type name="Journal Article"&gt;17&lt;/ref-type&gt;&lt;contributors&gt;&lt;authors&gt;&lt;author&gt;Egan, M. F.&lt;/author&gt;&lt;author&gt;Zhao, X.&lt;/author&gt;&lt;author&gt;Smith, A.&lt;/author&gt;&lt;author&gt;Troyer, M. D.&lt;/author&gt;&lt;author&gt;Uebele, V. N.&lt;/author&gt;&lt;author&gt;Pidkorytov, V.&lt;/author&gt;&lt;author&gt;Cox, K.&lt;/author&gt;&lt;author&gt;Murphy, M.&lt;/author&gt;&lt;author&gt;Snavely, D.&lt;/author&gt;&lt;author&gt;Lines, C.&lt;/author&gt;&lt;author&gt;Michelson, D.&lt;/author&gt;&lt;/authors&gt;&lt;/contributors&gt;&lt;titles&gt;&lt;title&gt;Randomized controlled study of the T-type calcium channel antagonist MK-8998 for the treatment of acute psychosis in patients with schizophrenia&lt;/title&gt;&lt;secondary-title&gt;Hum Psychopharmacol&lt;/secondary-title&gt;&lt;/titles&gt;&lt;periodical&gt;&lt;full-title&gt;Hum Psychopharmacol&lt;/full-title&gt;&lt;/periodical&gt;&lt;pages&gt;124-33&lt;/pages&gt;&lt;volume&gt;28&lt;/volume&gt;&lt;number&gt;2&lt;/number&gt;&lt;dates&gt;&lt;year&gt;2013&lt;/year&gt;&lt;pub-dates&gt;&lt;date&gt;Mar&lt;/date&gt;&lt;/pub-dates&gt;&lt;/dates&gt;&lt;pub-location&gt;Merck Sharp &amp;amp; Dohme Corp., Whitehouse, Station, NJ, USA. michael.egan@merck.com&lt;/pub-location&gt;&lt;isbn&gt;1099-1077 (Electronic) 0885-6222 (Linking)&lt;/isbn&gt;&lt;urls&gt;&lt;related-urls&gt;&lt;url&gt;https://www.ncbi.nlm.nih.gov/pubmed/23532746&lt;/url&gt;&lt;/related-urls&gt;&lt;/urls&gt;&lt;electronic-resource-num&gt;10.1002/hup.2289&lt;/electronic-resource-num&gt;&lt;/record&gt;&lt;/Cite&gt;&lt;/EndNote&gt;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78</w:t>
      </w:r>
      <w:r w:rsidR="0031308D" w:rsidRPr="009A27D2">
        <w:rPr>
          <w:color w:val="auto"/>
          <w:szCs w:val="22"/>
        </w:rPr>
        <w:fldChar w:fldCharType="end"/>
      </w:r>
      <w:r w:rsidRPr="009A27D2">
        <w:rPr>
          <w:color w:val="auto"/>
          <w:szCs w:val="22"/>
        </w:rPr>
        <w:t>) (</w:t>
      </w:r>
      <w:r w:rsidRPr="009A27D2">
        <w:rPr>
          <w:color w:val="auto"/>
          <w:szCs w:val="22"/>
        </w:rPr>
        <w:fldChar w:fldCharType="begin"/>
      </w:r>
      <w:r w:rsidRPr="009A27D2">
        <w:rPr>
          <w:color w:val="auto"/>
          <w:szCs w:val="22"/>
        </w:rPr>
        <w:instrText>REF _Ref14428369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S3</w:t>
      </w:r>
      <w:r w:rsidRPr="009A27D2">
        <w:rPr>
          <w:color w:val="auto"/>
          <w:szCs w:val="22"/>
        </w:rPr>
        <w:fldChar w:fldCharType="end"/>
      </w:r>
      <w:r w:rsidRPr="009A27D2">
        <w:rPr>
          <w:color w:val="auto"/>
          <w:szCs w:val="22"/>
        </w:rPr>
        <w:t>). Although race has not been identified as a key treatment effect modifier, it is linked to factors known to impact mental health outcomes, such as socioeconomic status.</w:t>
      </w:r>
      <w:r w:rsidR="0031308D" w:rsidRPr="009A27D2">
        <w:rPr>
          <w:color w:val="auto"/>
          <w:szCs w:val="22"/>
        </w:rPr>
        <w:fldChar w:fldCharType="begin"/>
      </w:r>
      <w:r w:rsidR="00073331">
        <w:rPr>
          <w:color w:val="auto"/>
          <w:szCs w:val="22"/>
        </w:rPr>
        <w:instrText xml:space="preserve"> ADDIN EN.CITE &lt;EndNote&gt;&lt;Cite ExcludeYear="1"&gt;&lt;Author&gt;Williams DR&lt;/Author&gt;&lt;RecNum&gt;113&lt;/RecNum&gt;&lt;DisplayText&gt;&lt;style face="superscript"&gt;116&lt;/style&gt;&lt;/DisplayText&gt;&lt;record&gt;&lt;rec-number&gt;113&lt;/rec-number&gt;&lt;foreign-keys&gt;&lt;key app="EN" db-id="9ttaxzax2p0tr7ewzt55atews50zvxaaa5rz" timestamp="1764068852"&gt;113&lt;/key&gt;&lt;/foreign-keys&gt;&lt;ref-type name="Journal Article"&gt;17&lt;/ref-type&gt;&lt;contributors&gt;&lt;authors&gt;&lt;author&gt;Williams DR, Priest N, Anderson NB.&lt;/author&gt;&lt;/authors&gt;&lt;/contributors&gt;&lt;titles&gt;&lt;title&gt;Understanding associations among race, socioeconomic status, and health: Patterns and prospects.&lt;/title&gt;&lt;secondary-title&gt;Health Psychol&lt;/secondary-title&gt;&lt;/titles&gt;&lt;periodical&gt;&lt;full-title&gt;Health Psychol&lt;/full-title&gt;&lt;/periodical&gt;&lt;pages&gt;407&lt;/pages&gt;&lt;volume&gt;35&lt;/volume&gt;&lt;number&gt;4&lt;/number&gt;&lt;dates&gt;&lt;/dates&gt;&lt;urls&gt;&lt;/urls&gt;&lt;/record&gt;&lt;/Cite&gt;&lt;/EndNote&gt;</w:instrText>
      </w:r>
      <w:r w:rsidR="0031308D" w:rsidRPr="009A27D2">
        <w:rPr>
          <w:color w:val="auto"/>
          <w:szCs w:val="22"/>
        </w:rPr>
        <w:fldChar w:fldCharType="separate"/>
      </w:r>
      <w:r w:rsidR="00E8550B" w:rsidRPr="00E8550B">
        <w:rPr>
          <w:noProof/>
          <w:color w:val="auto"/>
          <w:szCs w:val="22"/>
          <w:vertAlign w:val="superscript"/>
        </w:rPr>
        <w:t>116</w:t>
      </w:r>
      <w:r w:rsidR="0031308D" w:rsidRPr="009A27D2">
        <w:rPr>
          <w:color w:val="auto"/>
          <w:szCs w:val="22"/>
        </w:rPr>
        <w:fldChar w:fldCharType="end"/>
      </w:r>
      <w:r w:rsidRPr="009A27D2">
        <w:rPr>
          <w:color w:val="auto"/>
          <w:szCs w:val="22"/>
        </w:rPr>
        <w:t xml:space="preserve"> Hence, </w:t>
      </w:r>
      <w:r w:rsidR="009E5C4E" w:rsidRPr="009A27D2">
        <w:rPr>
          <w:color w:val="auto"/>
          <w:szCs w:val="22"/>
        </w:rPr>
        <w:t>sensitivity</w:t>
      </w:r>
      <w:r w:rsidRPr="009A27D2">
        <w:rPr>
          <w:color w:val="auto"/>
          <w:szCs w:val="22"/>
        </w:rPr>
        <w:t xml:space="preserve"> analyses were performed to investigate exclusion of studies that enrolled an entirely or near entirely Asian population, and hence differ substantially from the mixed (though majority Black) EMERGENT-1, -2, and -3 studies.</w:t>
      </w:r>
      <w:r w:rsidR="00E56BB2"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EN.CITE.DATA </w:instrText>
      </w:r>
      <w:r w:rsidR="00452EF4">
        <w:fldChar w:fldCharType="end"/>
      </w:r>
      <w:r w:rsidR="00E56BB2" w:rsidRPr="001F2C70">
        <w:fldChar w:fldCharType="separate"/>
      </w:r>
      <w:r w:rsidR="00452EF4" w:rsidRPr="00452EF4">
        <w:rPr>
          <w:noProof/>
          <w:vertAlign w:val="superscript"/>
        </w:rPr>
        <w:t>7-9</w:t>
      </w:r>
      <w:r w:rsidR="00E56BB2" w:rsidRPr="001F2C70">
        <w:fldChar w:fldCharType="end"/>
      </w:r>
      <w:r w:rsidRPr="009A27D2">
        <w:rPr>
          <w:color w:val="auto"/>
          <w:szCs w:val="22"/>
        </w:rPr>
        <w:t xml:space="preserve"> No apparent differences in BMI or age at first schizophrenia presentation across studies warranted the exclusion of any studies (</w:t>
      </w:r>
      <w:r w:rsidRPr="009A27D2">
        <w:rPr>
          <w:color w:val="auto"/>
          <w:szCs w:val="22"/>
        </w:rPr>
        <w:fldChar w:fldCharType="begin"/>
      </w:r>
      <w:r w:rsidRPr="009A27D2">
        <w:rPr>
          <w:color w:val="auto"/>
          <w:szCs w:val="22"/>
        </w:rPr>
        <w:instrText>REF _Ref14796325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S4</w:t>
      </w:r>
      <w:r w:rsidRPr="009A27D2">
        <w:rPr>
          <w:color w:val="auto"/>
          <w:szCs w:val="22"/>
        </w:rPr>
        <w:fldChar w:fldCharType="end"/>
      </w:r>
      <w:r w:rsidRPr="009A27D2">
        <w:rPr>
          <w:color w:val="auto"/>
          <w:szCs w:val="22"/>
        </w:rPr>
        <w:t xml:space="preserve"> and </w:t>
      </w:r>
      <w:r w:rsidRPr="009A27D2">
        <w:rPr>
          <w:color w:val="auto"/>
          <w:szCs w:val="22"/>
        </w:rPr>
        <w:fldChar w:fldCharType="begin"/>
      </w:r>
      <w:r w:rsidRPr="009A27D2">
        <w:rPr>
          <w:color w:val="auto"/>
          <w:szCs w:val="22"/>
        </w:rPr>
        <w:instrText>REF _Ref14848558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S5</w:t>
      </w:r>
      <w:r w:rsidRPr="009A27D2">
        <w:rPr>
          <w:color w:val="auto"/>
          <w:szCs w:val="22"/>
        </w:rPr>
        <w:fldChar w:fldCharType="end"/>
      </w:r>
      <w:r w:rsidRPr="009A27D2">
        <w:rPr>
          <w:color w:val="auto"/>
          <w:szCs w:val="22"/>
        </w:rPr>
        <w:t xml:space="preserve">). </w:t>
      </w:r>
    </w:p>
    <w:p w14:paraId="56E14862" w14:textId="6708975B" w:rsidR="009446D0" w:rsidRPr="009A27D2" w:rsidRDefault="0084596B">
      <w:pPr>
        <w:pStyle w:val="ListParagraph"/>
        <w:rPr>
          <w:color w:val="auto"/>
          <w:szCs w:val="22"/>
        </w:rPr>
      </w:pPr>
      <w:r w:rsidRPr="009A27D2">
        <w:rPr>
          <w:color w:val="auto"/>
          <w:szCs w:val="22"/>
        </w:rPr>
        <w:t>The short duration of schizophrenia diagnosis in Li 2012</w:t>
      </w:r>
      <w:r w:rsidR="0031308D" w:rsidRPr="009A27D2">
        <w:rPr>
          <w:color w:val="auto"/>
          <w:szCs w:val="22"/>
        </w:rPr>
        <w:fldChar w:fldCharType="begin"/>
      </w:r>
      <w:r w:rsidR="00452EF4">
        <w:rPr>
          <w:color w:val="auto"/>
          <w:szCs w:val="22"/>
        </w:rPr>
        <w:instrText xml:space="preserve"> ADDIN EN.CITE &lt;EndNote&gt;&lt;Cite&gt;&lt;Author&gt;Li&lt;/Author&gt;&lt;Year&gt;2012&lt;/Year&gt;&lt;RecNum&gt;99&lt;/RecNum&gt;&lt;DisplayText&gt;&lt;style face="superscript"&gt;102&lt;/style&gt;&lt;/DisplayText&gt;&lt;record&gt;&lt;rec-number&gt;99&lt;/rec-number&gt;&lt;foreign-keys&gt;&lt;key app="EN" db-id="9ttaxzax2p0tr7ewzt55atews50zvxaaa5rz" timestamp="1764068846"&gt;99&lt;/key&gt;&lt;/foreign-keys&gt;&lt;ref-type name="Journal Article"&gt;17&lt;/ref-type&gt;&lt;contributors&gt;&lt;authors&gt;&lt;author&gt;Li, Y.&lt;/author&gt;&lt;author&gt;Li, H.&lt;/author&gt;&lt;author&gt;Liu, Y.&lt;/author&gt;&lt;author&gt;Yan, X.&lt;/author&gt;&lt;author&gt;Yue, Y.&lt;/author&gt;&lt;author&gt;Qian, M.&lt;/author&gt;&lt;/authors&gt;&lt;/contributors&gt;&lt;titles&gt;&lt;title&gt;Comparison of quetiapine and risperidone in Chinese Han patients with schizophrenia: results of a single-blind, randomized study&lt;/title&gt;&lt;secondary-title&gt;Curr Med Res Opin&lt;/secondary-title&gt;&lt;/titles&gt;&lt;periodical&gt;&lt;full-title&gt;Curr Med Res Opin&lt;/full-title&gt;&lt;/periodical&gt;&lt;pages&gt;1725-32&lt;/pages&gt;&lt;volume&gt;28&lt;/volume&gt;&lt;number&gt;10&lt;/number&gt;&lt;dates&gt;&lt;year&gt;2012&lt;/year&gt;&lt;pub-dates&gt;&lt;date&gt;20121002&lt;/date&gt;&lt;/pub-dates&gt;&lt;/dates&gt;&lt;pub-location&gt;Shanghai Mental Health Center, Shanghai Jiao Tong University School of Medicine, Shanghai, China.&lt;/pub-location&gt;&lt;isbn&gt;1473-4877 (Electronic) 0300-7995 (Linking)&lt;/isbn&gt;&lt;urls&gt;&lt;related-urls&gt;&lt;url&gt;https://www.ncbi.nlm.nih.gov/pubmed/22978771&lt;/url&gt;&lt;/related-urls&gt;&lt;/urls&gt;&lt;electronic-resource-num&gt;10.1185/03007995.2012.728524&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102</w:t>
      </w:r>
      <w:r w:rsidR="0031308D" w:rsidRPr="009A27D2">
        <w:rPr>
          <w:color w:val="auto"/>
          <w:szCs w:val="22"/>
        </w:rPr>
        <w:fldChar w:fldCharType="end"/>
      </w:r>
      <w:r w:rsidRPr="009A27D2">
        <w:rPr>
          <w:color w:val="auto"/>
          <w:szCs w:val="22"/>
        </w:rPr>
        <w:t xml:space="preserve"> is substantially lower than the average for all other studies (&gt; 6 years); thus, Li 2012</w:t>
      </w:r>
      <w:r w:rsidR="0031308D" w:rsidRPr="009A27D2">
        <w:rPr>
          <w:color w:val="auto"/>
          <w:szCs w:val="22"/>
        </w:rPr>
        <w:fldChar w:fldCharType="begin"/>
      </w:r>
      <w:r w:rsidR="00452EF4">
        <w:rPr>
          <w:color w:val="auto"/>
          <w:szCs w:val="22"/>
        </w:rPr>
        <w:instrText xml:space="preserve"> ADDIN EN.CITE &lt;EndNote&gt;&lt;Cite&gt;&lt;Author&gt;Li&lt;/Author&gt;&lt;Year&gt;2012&lt;/Year&gt;&lt;RecNum&gt;99&lt;/RecNum&gt;&lt;DisplayText&gt;&lt;style face="superscript"&gt;102&lt;/style&gt;&lt;/DisplayText&gt;&lt;record&gt;&lt;rec-number&gt;99&lt;/rec-number&gt;&lt;foreign-keys&gt;&lt;key app="EN" db-id="9ttaxzax2p0tr7ewzt55atews50zvxaaa5rz" timestamp="1764068846"&gt;99&lt;/key&gt;&lt;/foreign-keys&gt;&lt;ref-type name="Journal Article"&gt;17&lt;/ref-type&gt;&lt;contributors&gt;&lt;authors&gt;&lt;author&gt;Li, Y.&lt;/author&gt;&lt;author&gt;Li, H.&lt;/author&gt;&lt;author&gt;Liu, Y.&lt;/author&gt;&lt;author&gt;Yan, X.&lt;/author&gt;&lt;author&gt;Yue, Y.&lt;/author&gt;&lt;author&gt;Qian, M.&lt;/author&gt;&lt;/authors&gt;&lt;/contributors&gt;&lt;titles&gt;&lt;title&gt;Comparison of quetiapine and risperidone in Chinese Han patients with schizophrenia: results of a single-blind, randomized study&lt;/title&gt;&lt;secondary-title&gt;Curr Med Res Opin&lt;/secondary-title&gt;&lt;/titles&gt;&lt;periodical&gt;&lt;full-title&gt;Curr Med Res Opin&lt;/full-title&gt;&lt;/periodical&gt;&lt;pages&gt;1725-32&lt;/pages&gt;&lt;volume&gt;28&lt;/volume&gt;&lt;number&gt;10&lt;/number&gt;&lt;dates&gt;&lt;year&gt;2012&lt;/year&gt;&lt;pub-dates&gt;&lt;date&gt;20121002&lt;/date&gt;&lt;/pub-dates&gt;&lt;/dates&gt;&lt;pub-location&gt;Shanghai Mental Health Center, Shanghai Jiao Tong University School of Medicine, Shanghai, China.&lt;/pub-location&gt;&lt;isbn&gt;1473-4877 (Electronic) 0300-7995 (Linking)&lt;/isbn&gt;&lt;urls&gt;&lt;related-urls&gt;&lt;url&gt;https://www.ncbi.nlm.nih.gov/pubmed/22978771&lt;/url&gt;&lt;/related-urls&gt;&lt;/urls&gt;&lt;electronic-resource-num&gt;10.1185/03007995.2012.728524&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102</w:t>
      </w:r>
      <w:r w:rsidR="0031308D" w:rsidRPr="009A27D2">
        <w:rPr>
          <w:color w:val="auto"/>
          <w:szCs w:val="22"/>
        </w:rPr>
        <w:fldChar w:fldCharType="end"/>
      </w:r>
      <w:r w:rsidRPr="009A27D2">
        <w:rPr>
          <w:color w:val="auto"/>
          <w:szCs w:val="22"/>
        </w:rPr>
        <w:t xml:space="preserve"> was excluded from the NMA (</w:t>
      </w:r>
      <w:r w:rsidRPr="009A27D2">
        <w:rPr>
          <w:color w:val="auto"/>
          <w:szCs w:val="22"/>
        </w:rPr>
        <w:fldChar w:fldCharType="begin"/>
      </w:r>
      <w:r w:rsidRPr="009A27D2">
        <w:rPr>
          <w:color w:val="auto"/>
          <w:szCs w:val="22"/>
        </w:rPr>
        <w:instrText>REF _Ref14877063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S6</w:t>
      </w:r>
      <w:r w:rsidRPr="009A27D2">
        <w:rPr>
          <w:color w:val="auto"/>
          <w:szCs w:val="22"/>
        </w:rPr>
        <w:fldChar w:fldCharType="end"/>
      </w:r>
      <w:r w:rsidRPr="009A27D2">
        <w:rPr>
          <w:color w:val="auto"/>
          <w:szCs w:val="22"/>
        </w:rPr>
        <w:t xml:space="preserve">). </w:t>
      </w:r>
    </w:p>
    <w:p w14:paraId="1BA2BB42" w14:textId="75AB9E61" w:rsidR="009446D0" w:rsidRPr="009A27D2" w:rsidRDefault="0084596B">
      <w:pPr>
        <w:pStyle w:val="ListParagraph"/>
        <w:rPr>
          <w:color w:val="auto"/>
          <w:szCs w:val="22"/>
        </w:rPr>
      </w:pPr>
      <w:proofErr w:type="spellStart"/>
      <w:r w:rsidRPr="009A27D2">
        <w:rPr>
          <w:color w:val="auto"/>
          <w:szCs w:val="22"/>
        </w:rPr>
        <w:t>Bugarski-Kirola</w:t>
      </w:r>
      <w:proofErr w:type="spellEnd"/>
      <w:r w:rsidRPr="009A27D2">
        <w:rPr>
          <w:color w:val="auto"/>
          <w:szCs w:val="22"/>
        </w:rPr>
        <w:t xml:space="preserve"> 2014</w:t>
      </w:r>
      <w:r w:rsidR="0031308D" w:rsidRPr="009A27D2">
        <w:rPr>
          <w:color w:val="auto"/>
          <w:szCs w:val="22"/>
        </w:rPr>
        <w:fldChar w:fldCharType="begin"/>
      </w:r>
      <w:r w:rsidR="00452EF4">
        <w:rPr>
          <w:color w:val="auto"/>
          <w:szCs w:val="22"/>
        </w:rPr>
        <w:instrText xml:space="preserve"> ADDIN EN.CITE &lt;EndNote&gt;&lt;Cite&gt;&lt;Author&gt;Bugarski-Kirola&lt;/Author&gt;&lt;Year&gt;2014&lt;/Year&gt;&lt;RecNum&gt;67&lt;/RecNum&gt;&lt;DisplayText&gt;&lt;style face="superscript"&gt;70&lt;/style&gt;&lt;/DisplayText&gt;&lt;record&gt;&lt;rec-number&gt;67&lt;/rec-number&gt;&lt;foreign-keys&gt;&lt;key app="EN" db-id="9ttaxzax2p0tr7ewzt55atews50zvxaaa5rz" timestamp="1764068839"&gt;67&lt;/key&gt;&lt;/foreign-keys&gt;&lt;ref-type name="Journal Article"&gt;17&lt;/ref-type&gt;&lt;contributors&gt;&lt;authors&gt;&lt;author&gt;Bugarski-Kirola, D.&lt;/author&gt;&lt;author&gt;Wang, A.&lt;/author&gt;&lt;author&gt;Abi-Saab, D.&lt;/author&gt;&lt;author&gt;Blattler, T.&lt;/author&gt;&lt;/authors&gt;&lt;/contributors&gt;&lt;titles&gt;&lt;title&gt;A phase II/III trial of bitopertin monotherapy compared with placebo in patients with an acute exacerbation of schizophrenia - results from the CandleLyte study&lt;/title&gt;&lt;secondary-title&gt;Eur Neuropsychopharmacol&lt;/secondary-title&gt;&lt;/titles&gt;&lt;periodical&gt;&lt;full-title&gt;Eur Neuropsychopharmacol&lt;/full-title&gt;&lt;/periodical&gt;&lt;pages&gt;1024-36&lt;/pages&gt;&lt;volume&gt;24&lt;/volume&gt;&lt;number&gt;7&lt;/number&gt;&lt;dates&gt;&lt;year&gt;2014&lt;/year&gt;&lt;pub-dates&gt;&lt;date&gt;20140329&lt;/date&gt;&lt;/pub-dates&gt;&lt;/dates&gt;&lt;pub-location&gt;F. Hoffmann-La Roche Ltd, Basel, Switzerland. Electronic address: dragana.bugarski-kirola@roche.com. Roche (China) Holding Ltd, Shanghai, China. F. Hoffmann-La Roche Ltd, Basel, Switzerland.&lt;/pub-location&gt;&lt;isbn&gt;1873-7862 (Electronic) 0924-977X (Linking)&lt;/isbn&gt;&lt;urls&gt;&lt;related-urls&gt;&lt;url&gt;https://www.ncbi.nlm.nih.gov/pubmed/24735806&lt;/url&gt;&lt;/related-urls&gt;&lt;/urls&gt;&lt;electronic-resource-num&gt;10.1016/j.euroneuro.2014.03.007&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70</w:t>
      </w:r>
      <w:r w:rsidR="0031308D" w:rsidRPr="009A27D2">
        <w:rPr>
          <w:color w:val="auto"/>
          <w:szCs w:val="22"/>
        </w:rPr>
        <w:fldChar w:fldCharType="end"/>
      </w:r>
      <w:r w:rsidRPr="009A27D2">
        <w:rPr>
          <w:color w:val="auto"/>
          <w:szCs w:val="22"/>
        </w:rPr>
        <w:t xml:space="preserve"> had clinically meaningfully lower PANSS score at baseline than the average of trials included in the evidence base and was therefore excluded from the NMA (</w:t>
      </w:r>
      <w:r w:rsidRPr="009A27D2">
        <w:rPr>
          <w:color w:val="auto"/>
          <w:szCs w:val="22"/>
        </w:rPr>
        <w:fldChar w:fldCharType="begin"/>
      </w:r>
      <w:r w:rsidRPr="009A27D2">
        <w:rPr>
          <w:color w:val="auto"/>
          <w:szCs w:val="22"/>
        </w:rPr>
        <w:instrText>REF _Ref14510284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S7</w:t>
      </w:r>
      <w:r w:rsidRPr="009A27D2">
        <w:rPr>
          <w:color w:val="auto"/>
          <w:szCs w:val="22"/>
        </w:rPr>
        <w:fldChar w:fldCharType="end"/>
      </w:r>
      <w:r w:rsidRPr="009A27D2">
        <w:rPr>
          <w:color w:val="auto"/>
          <w:szCs w:val="22"/>
        </w:rPr>
        <w:t>). Chan 2007</w:t>
      </w:r>
      <w:r w:rsidR="0031308D" w:rsidRPr="009A27D2">
        <w:rPr>
          <w:color w:val="auto"/>
          <w:szCs w:val="22"/>
        </w:rPr>
        <w:fldChar w:fldCharType="begin"/>
      </w:r>
      <w:r w:rsidR="00452EF4">
        <w:rPr>
          <w:color w:val="auto"/>
          <w:szCs w:val="22"/>
        </w:rPr>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26</w:t>
      </w:r>
      <w:r w:rsidR="0031308D" w:rsidRPr="009A27D2">
        <w:rPr>
          <w:color w:val="auto"/>
          <w:szCs w:val="22"/>
        </w:rPr>
        <w:fldChar w:fldCharType="end"/>
      </w:r>
      <w:r w:rsidRPr="009A27D2">
        <w:rPr>
          <w:color w:val="auto"/>
          <w:szCs w:val="22"/>
        </w:rPr>
        <w:t xml:space="preserve"> had lower mean baseline PANSS positive symptoms score than other studies (</w:t>
      </w:r>
      <w:r w:rsidRPr="009A27D2">
        <w:rPr>
          <w:color w:val="auto"/>
          <w:szCs w:val="22"/>
        </w:rPr>
        <w:fldChar w:fldCharType="begin"/>
      </w:r>
      <w:r w:rsidRPr="009A27D2">
        <w:rPr>
          <w:color w:val="auto"/>
          <w:szCs w:val="22"/>
        </w:rPr>
        <w:instrText>REF _Ref14587888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S8</w:t>
      </w:r>
      <w:r w:rsidRPr="009A27D2">
        <w:rPr>
          <w:color w:val="auto"/>
          <w:szCs w:val="22"/>
        </w:rPr>
        <w:fldChar w:fldCharType="end"/>
      </w:r>
      <w:r w:rsidRPr="009A27D2">
        <w:rPr>
          <w:color w:val="auto"/>
          <w:szCs w:val="22"/>
        </w:rPr>
        <w:t>), but this was not deemed to be a sufficiently less severe population than EMERGENT-1, -2, and -3</w:t>
      </w:r>
      <w:r w:rsidR="00E56BB2"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EN.CITE.DATA </w:instrText>
      </w:r>
      <w:r w:rsidR="00452EF4">
        <w:fldChar w:fldCharType="end"/>
      </w:r>
      <w:r w:rsidR="00E56BB2" w:rsidRPr="001F2C70">
        <w:fldChar w:fldCharType="separate"/>
      </w:r>
      <w:r w:rsidR="00452EF4" w:rsidRPr="00452EF4">
        <w:rPr>
          <w:noProof/>
          <w:vertAlign w:val="superscript"/>
        </w:rPr>
        <w:t>7-9</w:t>
      </w:r>
      <w:r w:rsidR="00E56BB2" w:rsidRPr="001F2C70">
        <w:fldChar w:fldCharType="end"/>
      </w:r>
      <w:r w:rsidRPr="009A27D2">
        <w:rPr>
          <w:color w:val="auto"/>
          <w:szCs w:val="22"/>
        </w:rPr>
        <w:t xml:space="preserve"> to warrant exclusion from the NMA. Nair 1998</w:t>
      </w:r>
      <w:r w:rsidR="0031308D" w:rsidRPr="009A27D2">
        <w:rPr>
          <w:color w:val="auto"/>
          <w:szCs w:val="22"/>
        </w:rPr>
        <w:fldChar w:fldCharType="begin"/>
      </w:r>
      <w:r w:rsidR="00452EF4">
        <w:rPr>
          <w:color w:val="auto"/>
          <w:szCs w:val="22"/>
        </w:rPr>
        <w:instrText xml:space="preserve"> ADDIN EN.CITE &lt;EndNote&gt;&lt;Cite&gt;&lt;Author&gt;Nair&lt;/Author&gt;&lt;Year&gt;1998&lt;/Year&gt;&lt;RecNum&gt;82&lt;/RecNum&gt;&lt;DisplayText&gt;&lt;style face="superscript"&gt;85&lt;/style&gt;&lt;/DisplayText&gt;&lt;record&gt;&lt;rec-number&gt;82&lt;/rec-number&gt;&lt;foreign-keys&gt;&lt;key app="EN" db-id="9ttaxzax2p0tr7ewzt55atews50zvxaaa5rz" timestamp="1764068843"&gt;82&lt;/key&gt;&lt;/foreign-keys&gt;&lt;ref-type name="Journal Article"&gt;17&lt;/ref-type&gt;&lt;contributors&gt;&lt;authors&gt;&lt;author&gt;Nair, NPV&lt;/author&gt;&lt;/authors&gt;&lt;/contributors&gt;&lt;titles&gt;&lt;title&gt;Therapeutic equivalence of risperidone given once daily and twice daily in patients with schizophrenia&lt;/title&gt;&lt;secondary-title&gt;Journal of clinical psychopharmacology&lt;/secondary-title&gt;&lt;/titles&gt;&lt;periodical&gt;&lt;full-title&gt;Journal of clinical psychopharmacology&lt;/full-title&gt;&lt;/periodical&gt;&lt;pages&gt;103-110&lt;/pages&gt;&lt;volume&gt;18&lt;/volume&gt;&lt;number&gt;2&lt;/number&gt;&lt;dates&gt;&lt;year&gt;1998&lt;/year&gt;&lt;/dates&gt;&lt;isbn&gt;0271-0749&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85</w:t>
      </w:r>
      <w:r w:rsidR="0031308D" w:rsidRPr="009A27D2">
        <w:rPr>
          <w:color w:val="auto"/>
          <w:szCs w:val="22"/>
        </w:rPr>
        <w:fldChar w:fldCharType="end"/>
      </w:r>
      <w:r w:rsidRPr="009A27D2">
        <w:rPr>
          <w:color w:val="auto"/>
          <w:szCs w:val="22"/>
        </w:rPr>
        <w:t xml:space="preserve"> and Jindal 2013</w:t>
      </w:r>
      <w:r w:rsidR="0031308D" w:rsidRPr="009A27D2">
        <w:rPr>
          <w:color w:val="auto"/>
          <w:szCs w:val="22"/>
        </w:rPr>
        <w:fldChar w:fldCharType="begin"/>
      </w:r>
      <w:r w:rsidR="00452EF4">
        <w:rPr>
          <w:color w:val="auto"/>
          <w:szCs w:val="22"/>
        </w:rPr>
        <w:instrText xml:space="preserve"> ADDIN EN.CITE &lt;EndNote&gt;&lt;Cite&gt;&lt;Author&gt;Jindal KC&lt;/Author&gt;&lt;Year&gt;2013&lt;/Year&gt;&lt;RecNum&gt;27&lt;/RecNum&gt;&lt;DisplayText&gt;&lt;style face="superscript"&gt;30&lt;/style&gt;&lt;/DisplayText&gt;&lt;record&gt;&lt;rec-number&gt;27&lt;/rec-number&gt;&lt;foreign-keys&gt;&lt;key app="EN" db-id="9ttaxzax2p0tr7ewzt55atews50zvxaaa5rz" timestamp="1764068829"&gt;27&lt;/key&gt;&lt;/foreign-keys&gt;&lt;ref-type name="Journal Article"&gt;17&lt;/ref-type&gt;&lt;contributors&gt;&lt;authors&gt;&lt;author&gt;Jindal KC, Singh GP, Munjal V.&lt;/author&gt;&lt;/authors&gt;&lt;/contributors&gt;&lt;titles&gt;&lt;title&gt;Aripiprazole versus olanzapine in the treatment of schizophrenia: a clinical study from India.&lt;/title&gt;&lt;secondary-title&gt;Int J Psychiatry Clin Pract&lt;/secondary-title&gt;&lt;/titles&gt;&lt;periodical&gt;&lt;full-title&gt;Int J Psychiatry Clin Pract&lt;/full-title&gt;&lt;/periodical&gt;&lt;pages&gt;21-9&lt;/pages&gt;&lt;volume&gt;17&lt;/volume&gt;&lt;number&gt;1&lt;/number&gt;&lt;dates&gt;&lt;year&gt;2013&lt;/year&gt;&lt;/dates&gt;&lt;urls&gt;&lt;/urls&gt;&lt;/record&gt;&lt;/Cite&gt;&lt;/EndNote&gt;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30</w:t>
      </w:r>
      <w:r w:rsidR="0031308D" w:rsidRPr="009A27D2">
        <w:rPr>
          <w:color w:val="auto"/>
          <w:szCs w:val="22"/>
        </w:rPr>
        <w:fldChar w:fldCharType="end"/>
      </w:r>
      <w:r w:rsidRPr="009A27D2">
        <w:rPr>
          <w:color w:val="auto"/>
          <w:szCs w:val="22"/>
        </w:rPr>
        <w:t xml:space="preserve"> were excluded from the NMA on the basis of including a more severe population with respect to PANSS negative symptoms score than EMERGENT-1, -2, and -3</w:t>
      </w:r>
      <w:r w:rsidR="00E56BB2"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EN.CITE.DATA </w:instrText>
      </w:r>
      <w:r w:rsidR="00452EF4">
        <w:fldChar w:fldCharType="end"/>
      </w:r>
      <w:r w:rsidR="00E56BB2" w:rsidRPr="001F2C70">
        <w:fldChar w:fldCharType="separate"/>
      </w:r>
      <w:r w:rsidR="00452EF4" w:rsidRPr="00452EF4">
        <w:rPr>
          <w:noProof/>
          <w:vertAlign w:val="superscript"/>
        </w:rPr>
        <w:t>7-9</w:t>
      </w:r>
      <w:r w:rsidR="00E56BB2" w:rsidRPr="001F2C70">
        <w:fldChar w:fldCharType="end"/>
      </w:r>
      <w:r w:rsidRPr="009A27D2">
        <w:rPr>
          <w:color w:val="auto"/>
          <w:szCs w:val="22"/>
        </w:rPr>
        <w:t xml:space="preserve"> (</w:t>
      </w:r>
      <w:r w:rsidRPr="009A27D2">
        <w:rPr>
          <w:color w:val="auto"/>
          <w:szCs w:val="22"/>
        </w:rPr>
        <w:fldChar w:fldCharType="begin"/>
      </w:r>
      <w:r w:rsidRPr="009A27D2">
        <w:rPr>
          <w:color w:val="auto"/>
          <w:szCs w:val="22"/>
        </w:rPr>
        <w:instrText>REF _Ref14443722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S9</w:t>
      </w:r>
      <w:r w:rsidRPr="009A27D2">
        <w:rPr>
          <w:color w:val="auto"/>
          <w:szCs w:val="22"/>
        </w:rPr>
        <w:fldChar w:fldCharType="end"/>
      </w:r>
      <w:r w:rsidRPr="009A27D2">
        <w:rPr>
          <w:color w:val="auto"/>
          <w:szCs w:val="22"/>
        </w:rPr>
        <w:t>). Marder 1994</w:t>
      </w:r>
      <w:r w:rsidR="0031308D" w:rsidRPr="009A27D2">
        <w:rPr>
          <w:color w:val="auto"/>
          <w:szCs w:val="22"/>
        </w:rPr>
        <w:fldChar w:fldCharType="begin"/>
      </w:r>
      <w:r w:rsidR="00452EF4">
        <w:rPr>
          <w:color w:val="auto"/>
          <w:szCs w:val="22"/>
        </w:rPr>
        <w:instrText xml:space="preserve"> ADDIN EN.CITE &lt;EndNote&gt;&lt;Cite&gt;&lt;Author&gt;Marder&lt;/Author&gt;&lt;Year&gt;1994&lt;/Year&gt;&lt;RecNum&gt;104&lt;/RecNum&gt;&lt;DisplayText&gt;&lt;style face="superscript"&gt;107&lt;/style&gt;&lt;/DisplayText&gt;&lt;record&gt;&lt;rec-number&gt;104&lt;/rec-number&gt;&lt;foreign-keys&gt;&lt;key app="EN" db-id="9ttaxzax2p0tr7ewzt55atews50zvxaaa5rz" timestamp="1764068848"&gt;104&lt;/key&gt;&lt;/foreign-keys&gt;&lt;ref-type name="Journal Article"&gt;17&lt;/ref-type&gt;&lt;contributors&gt;&lt;authors&gt;&lt;author&gt;Marder, Stephen R&lt;/author&gt;&lt;author&gt;Meibach, Richard C&lt;/author&gt;&lt;/authors&gt;&lt;/contributors&gt;&lt;titles&gt;&lt;title&gt;Risperidone in the treatment of schizophrenia&lt;/title&gt;&lt;secondary-title&gt;The American journal of psychiatry&lt;/secondary-title&gt;&lt;/titles&gt;&lt;periodical&gt;&lt;full-title&gt;The American journal of psychiatry&lt;/full-title&gt;&lt;/periodical&gt;&lt;pages&gt;825-835&lt;/pages&gt;&lt;volume&gt;151&lt;/volume&gt;&lt;number&gt;6&lt;/number&gt;&lt;dates&gt;&lt;year&gt;1994&lt;/year&gt;&lt;/dates&gt;&lt;isbn&gt;0002-953X&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107</w:t>
      </w:r>
      <w:r w:rsidR="0031308D" w:rsidRPr="009A27D2">
        <w:rPr>
          <w:color w:val="auto"/>
          <w:szCs w:val="22"/>
        </w:rPr>
        <w:fldChar w:fldCharType="end"/>
      </w:r>
      <w:r w:rsidRPr="009A27D2">
        <w:rPr>
          <w:color w:val="auto"/>
          <w:szCs w:val="22"/>
        </w:rPr>
        <w:t xml:space="preserve"> and </w:t>
      </w:r>
      <w:proofErr w:type="spellStart"/>
      <w:r w:rsidRPr="009A27D2">
        <w:rPr>
          <w:color w:val="auto"/>
          <w:szCs w:val="22"/>
        </w:rPr>
        <w:t>Shafti</w:t>
      </w:r>
      <w:proofErr w:type="spellEnd"/>
      <w:r w:rsidRPr="009A27D2">
        <w:rPr>
          <w:color w:val="auto"/>
          <w:szCs w:val="22"/>
        </w:rPr>
        <w:t xml:space="preserve"> 2016</w:t>
      </w:r>
      <w:r w:rsidR="0031308D" w:rsidRPr="009A27D2">
        <w:rPr>
          <w:color w:val="auto"/>
          <w:szCs w:val="22"/>
        </w:rPr>
        <w:fldChar w:fldCharType="begin"/>
      </w:r>
      <w:r w:rsidR="00452EF4">
        <w:rPr>
          <w:color w:val="auto"/>
          <w:szCs w:val="22"/>
        </w:rPr>
        <w:instrText xml:space="preserve"> ADDIN EN.CITE &lt;EndNote&gt;&lt;Cite&gt;&lt;Author&gt;S Shafti S&lt;/Author&gt;&lt;Year&gt;2016&lt;/Year&gt;&lt;RecNum&gt;30&lt;/RecNum&gt;&lt;DisplayText&gt;&lt;style face="superscript"&gt;33&lt;/style&gt;&lt;/DisplayText&gt;&lt;record&gt;&lt;rec-number&gt;30&lt;/rec-number&gt;&lt;foreign-keys&gt;&lt;key app="EN" db-id="9ttaxzax2p0tr7ewzt55atews50zvxaaa5rz" timestamp="1764068830"&gt;30&lt;/key&gt;&lt;/foreign-keys&gt;&lt;ref-type name="Journal Article"&gt;17&lt;/ref-type&gt;&lt;contributors&gt;&lt;authors&gt;&lt;author&gt;S Shafti S, Kaviani H.&lt;/author&gt;&lt;/authors&gt;&lt;/contributors&gt;&lt;titles&gt;&lt;title&gt;A comparison between quetiapine and aripiprazole for treatment of schizophrenia: a double blind contras&lt;/title&gt;&lt;secondary-title&gt;Curr. Psychopharmacol.&lt;/secondary-title&gt;&lt;/titles&gt;&lt;periodical&gt;&lt;full-title&gt;Curr. Psychopharmacol.&lt;/full-title&gt;&lt;/periodical&gt;&lt;pages&gt;13-9&lt;/pages&gt;&lt;volume&gt;5&lt;/volume&gt;&lt;number&gt;1&lt;/number&gt;&lt;dates&gt;&lt;year&gt;2016&lt;/year&gt;&lt;/dates&gt;&lt;urls&gt;&lt;/urls&gt;&lt;/record&gt;&lt;/Cite&gt;&lt;/EndNote&gt;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33</w:t>
      </w:r>
      <w:r w:rsidR="0031308D" w:rsidRPr="009A27D2">
        <w:rPr>
          <w:color w:val="auto"/>
          <w:szCs w:val="22"/>
        </w:rPr>
        <w:fldChar w:fldCharType="end"/>
      </w:r>
      <w:r w:rsidRPr="009A27D2">
        <w:rPr>
          <w:color w:val="auto"/>
          <w:szCs w:val="22"/>
        </w:rPr>
        <w:t xml:space="preserve"> had much lower mean baseline CGI-S scores than the average of the evidence base and the EMERGENT-2 and -3 trials and therefore similarly excluded from the NMA (</w:t>
      </w:r>
      <w:r w:rsidRPr="009A27D2">
        <w:rPr>
          <w:color w:val="auto"/>
          <w:szCs w:val="22"/>
        </w:rPr>
        <w:fldChar w:fldCharType="begin"/>
      </w:r>
      <w:r w:rsidRPr="009A27D2">
        <w:rPr>
          <w:color w:val="auto"/>
          <w:szCs w:val="22"/>
        </w:rPr>
        <w:instrText>REF _Ref14291233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S10</w:t>
      </w:r>
      <w:r w:rsidRPr="009A27D2">
        <w:rPr>
          <w:color w:val="auto"/>
          <w:szCs w:val="22"/>
        </w:rPr>
        <w:fldChar w:fldCharType="end"/>
      </w:r>
      <w:r w:rsidRPr="009A27D2">
        <w:rPr>
          <w:color w:val="auto"/>
          <w:szCs w:val="22"/>
        </w:rPr>
        <w:t>). Li 2012</w:t>
      </w:r>
      <w:r w:rsidR="0031308D" w:rsidRPr="009A27D2">
        <w:rPr>
          <w:color w:val="auto"/>
          <w:szCs w:val="22"/>
        </w:rPr>
        <w:fldChar w:fldCharType="begin"/>
      </w:r>
      <w:r w:rsidR="00452EF4">
        <w:rPr>
          <w:color w:val="auto"/>
          <w:szCs w:val="22"/>
        </w:rPr>
        <w:instrText xml:space="preserve"> ADDIN EN.CITE &lt;EndNote&gt;&lt;Cite&gt;&lt;Author&gt;Li&lt;/Author&gt;&lt;Year&gt;2012&lt;/Year&gt;&lt;RecNum&gt;99&lt;/RecNum&gt;&lt;DisplayText&gt;&lt;style face="superscript"&gt;102&lt;/style&gt;&lt;/DisplayText&gt;&lt;record&gt;&lt;rec-number&gt;99&lt;/rec-number&gt;&lt;foreign-keys&gt;&lt;key app="EN" db-id="9ttaxzax2p0tr7ewzt55atews50zvxaaa5rz" timestamp="1764068846"&gt;99&lt;/key&gt;&lt;/foreign-keys&gt;&lt;ref-type name="Journal Article"&gt;17&lt;/ref-type&gt;&lt;contributors&gt;&lt;authors&gt;&lt;author&gt;Li, Y.&lt;/author&gt;&lt;author&gt;Li, H.&lt;/author&gt;&lt;author&gt;Liu, Y.&lt;/author&gt;&lt;author&gt;Yan, X.&lt;/author&gt;&lt;author&gt;Yue, Y.&lt;/author&gt;&lt;author&gt;Qian, M.&lt;/author&gt;&lt;/authors&gt;&lt;/contributors&gt;&lt;titles&gt;&lt;title&gt;Comparison of quetiapine and risperidone in Chinese Han patients with schizophrenia: results of a single-blind, randomized study&lt;/title&gt;&lt;secondary-title&gt;Curr Med Res Opin&lt;/secondary-title&gt;&lt;/titles&gt;&lt;periodical&gt;&lt;full-title&gt;Curr Med Res Opin&lt;/full-title&gt;&lt;/periodical&gt;&lt;pages&gt;1725-32&lt;/pages&gt;&lt;volume&gt;28&lt;/volume&gt;&lt;number&gt;10&lt;/number&gt;&lt;dates&gt;&lt;year&gt;2012&lt;/year&gt;&lt;pub-dates&gt;&lt;date&gt;20121002&lt;/date&gt;&lt;/pub-dates&gt;&lt;/dates&gt;&lt;pub-location&gt;Shanghai Mental Health Center, Shanghai Jiao Tong University School of Medicine, Shanghai, China.&lt;/pub-location&gt;&lt;isbn&gt;1473-4877 (Electronic) 0300-7995 (Linking)&lt;/isbn&gt;&lt;urls&gt;&lt;related-urls&gt;&lt;url&gt;https://www.ncbi.nlm.nih.gov/pubmed/22978771&lt;/url&gt;&lt;/related-urls&gt;&lt;/urls&gt;&lt;electronic-resource-num&gt;10.1185/03007995.2012.728524&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102</w:t>
      </w:r>
      <w:r w:rsidR="0031308D" w:rsidRPr="009A27D2">
        <w:rPr>
          <w:color w:val="auto"/>
          <w:szCs w:val="22"/>
        </w:rPr>
        <w:fldChar w:fldCharType="end"/>
      </w:r>
      <w:r w:rsidRPr="009A27D2">
        <w:rPr>
          <w:color w:val="auto"/>
          <w:szCs w:val="22"/>
        </w:rPr>
        <w:t xml:space="preserve"> and Riedel 2007</w:t>
      </w:r>
      <w:r w:rsidR="0031308D" w:rsidRPr="009A27D2">
        <w:rPr>
          <w:color w:val="auto"/>
          <w:szCs w:val="22"/>
        </w:rPr>
        <w:fldChar w:fldCharType="begin"/>
      </w:r>
      <w:r w:rsidR="00452EF4">
        <w:rPr>
          <w:color w:val="auto"/>
          <w:szCs w:val="22"/>
        </w:rPr>
        <w:instrText xml:space="preserve"> ADDIN EN.CITE &lt;EndNote&gt;&lt;Cite&gt;&lt;Author&gt;Riedel&lt;/Author&gt;&lt;Year&gt;2007&lt;/Year&gt;&lt;RecNum&gt;68&lt;/RecNum&gt;&lt;DisplayText&gt;&lt;style face="superscript"&gt;71&lt;/style&gt;&lt;/DisplayText&gt;&lt;record&gt;&lt;rec-number&gt;68&lt;/rec-number&gt;&lt;foreign-keys&gt;&lt;key app="EN" db-id="9ttaxzax2p0tr7ewzt55atews50zvxaaa5rz" timestamp="1764068839"&gt;68&lt;/key&gt;&lt;/foreign-keys&gt;&lt;ref-type name="Journal Article"&gt;17&lt;/ref-type&gt;&lt;contributors&gt;&lt;authors&gt;&lt;author&gt;Riedel, M.&lt;/author&gt;&lt;author&gt;Muller, N.&lt;/author&gt;&lt;author&gt;Spellmann, I.&lt;/author&gt;&lt;author&gt;Engel, R. R.&lt;/author&gt;&lt;author&gt;Musil, R.&lt;/author&gt;&lt;author&gt;Valdevit, R.&lt;/author&gt;&lt;author&gt;Dehning, S.&lt;/author&gt;&lt;author&gt;Douhet, A.&lt;/author&gt;&lt;author&gt;Cerovecki, A.&lt;/author&gt;&lt;author&gt;Strassnig, M.&lt;/author&gt;&lt;author&gt;Moller, H. J.&lt;/author&gt;&lt;/authors&gt;&lt;/contributors&gt;&lt;titles&gt;&lt;title&gt;Efficacy of olanzapine versus quetiapine on cognitive dysfunctions in patients with an acute episode of schizophrenia&lt;/title&gt;&lt;secondary-title&gt;Eur Arch Psychiatry Clin Neurosci&lt;/secondary-title&gt;&lt;/titles&gt;&lt;periodical&gt;&lt;full-title&gt;Eur Arch Psychiatry Clin Neurosci&lt;/full-title&gt;&lt;/periodical&gt;&lt;pages&gt;402-12&lt;/pages&gt;&lt;volume&gt;257&lt;/volume&gt;&lt;number&gt;7&lt;/number&gt;&lt;dates&gt;&lt;year&gt;2007&lt;/year&gt;&lt;pub-dates&gt;&lt;date&gt;Oct&lt;/date&gt;&lt;/pub-dates&gt;&lt;/dates&gt;&lt;pub-location&gt;Dept. of Psychiatry and Psychotherapy, Ludwig-Maximilians-University of Munich, Nussbaumstrasse 7, 80336 Munich, Germany.&lt;/pub-location&gt;&lt;isbn&gt;0940-1334 (Print) 0940-1334 (Linking)&lt;/isbn&gt;&lt;urls&gt;&lt;related-urls&gt;&lt;url&gt;https://www.ncbi.nlm.nih.gov/pubmed/17629725&lt;/url&gt;&lt;/related-urls&gt;&lt;/urls&gt;&lt;electronic-resource-num&gt;10.1007/s00406-007-0748-9&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71</w:t>
      </w:r>
      <w:r w:rsidR="0031308D" w:rsidRPr="009A27D2">
        <w:rPr>
          <w:color w:val="auto"/>
          <w:szCs w:val="22"/>
        </w:rPr>
        <w:fldChar w:fldCharType="end"/>
      </w:r>
      <w:r w:rsidRPr="009A27D2">
        <w:rPr>
          <w:color w:val="auto"/>
          <w:szCs w:val="22"/>
        </w:rPr>
        <w:t xml:space="preserve"> populations had the highest mean baseline CGI-S score, but were not excluded as EMERGENT-2 and -3 also had higher mean CGI-S scores at baseline.</w:t>
      </w:r>
    </w:p>
    <w:p w14:paraId="4CF69CC8" w14:textId="59A8D54B" w:rsidR="009446D0" w:rsidRPr="009A27D2" w:rsidRDefault="0084596B">
      <w:pPr>
        <w:pStyle w:val="ListParagraph"/>
        <w:rPr>
          <w:color w:val="auto"/>
          <w:sz w:val="18"/>
        </w:rPr>
        <w:sectPr w:rsidR="009446D0" w:rsidRPr="009A27D2">
          <w:pgSz w:w="11906" w:h="16838"/>
          <w:pgMar w:top="1134" w:right="1134" w:bottom="1134" w:left="1134" w:header="562" w:footer="562" w:gutter="0"/>
          <w:cols w:space="708"/>
          <w:docGrid w:linePitch="360"/>
        </w:sectPr>
      </w:pPr>
      <w:r w:rsidRPr="009A27D2">
        <w:rPr>
          <w:color w:val="auto"/>
          <w:szCs w:val="22"/>
        </w:rPr>
        <w:t>One study, Kahn 2007</w:t>
      </w:r>
      <w:r w:rsidR="0031308D" w:rsidRPr="009A27D2">
        <w:rPr>
          <w:color w:val="auto"/>
          <w:szCs w:val="22"/>
        </w:rPr>
        <w:fldChar w:fldCharType="begin"/>
      </w:r>
      <w:r w:rsidR="00452EF4">
        <w:rPr>
          <w:color w:val="auto"/>
          <w:szCs w:val="22"/>
        </w:rPr>
        <w:instrText xml:space="preserve"> ADDIN EN.CITE &lt;EndNote&gt;&lt;Cite&gt;&lt;Author&gt;Kahn&lt;/Author&gt;&lt;Year&gt;2007&lt;/Year&gt;&lt;RecNum&gt;81&lt;/RecNum&gt;&lt;DisplayText&gt;&lt;style face="superscript"&gt;84&lt;/style&gt;&lt;/DisplayText&gt;&lt;record&gt;&lt;rec-number&gt;81&lt;/rec-number&gt;&lt;foreign-keys&gt;&lt;key app="EN" db-id="9ttaxzax2p0tr7ewzt55atews50zvxaaa5rz" timestamp="1764068842"&gt;81&lt;/key&gt;&lt;/foreign-keys&gt;&lt;ref-type name="Journal Article"&gt;17&lt;/ref-type&gt;&lt;contributors&gt;&lt;authors&gt;&lt;author&gt;Kahn, René S&lt;/author&gt;&lt;author&gt;Schulz, S Charles&lt;/author&gt;&lt;author&gt;Palazov, Veselin D&lt;/author&gt;&lt;author&gt;Reyes, Efren B&lt;/author&gt;&lt;author&gt;Brecher, Martin&lt;/author&gt;&lt;author&gt;Svensson, Ola&lt;/author&gt;&lt;author&gt;Andersson, Henrik M&lt;/author&gt;&lt;author&gt;Meulien, Didier&lt;/author&gt;&lt;/authors&gt;&lt;/contributors&gt;&lt;titles&gt;&lt;title&gt;Efficacy and tolerability of once-daily extended release quetiapine fumarate in acute schizophrenia: a randomized, double-blind, placebo-controlled study&lt;/title&gt;&lt;secondary-title&gt;Journal of Clinical Psychiatry&lt;/secondary-title&gt;&lt;/titles&gt;&lt;periodical&gt;&lt;full-title&gt;Journal of Clinical Psychiatry&lt;/full-title&gt;&lt;/periodical&gt;&lt;pages&gt;832-842&lt;/pages&gt;&lt;volume&gt;68&lt;/volume&gt;&lt;number&gt;6&lt;/number&gt;&lt;dates&gt;&lt;year&gt;2007&lt;/year&gt;&lt;/dates&gt;&lt;isbn&gt;0160-6689&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84</w:t>
      </w:r>
      <w:r w:rsidR="0031308D" w:rsidRPr="009A27D2">
        <w:rPr>
          <w:color w:val="auto"/>
          <w:szCs w:val="22"/>
        </w:rPr>
        <w:fldChar w:fldCharType="end"/>
      </w:r>
      <w:r w:rsidRPr="009A27D2">
        <w:rPr>
          <w:color w:val="auto"/>
          <w:szCs w:val="22"/>
        </w:rPr>
        <w:t>, reported baseline prolactin of around 37 ng/</w:t>
      </w:r>
      <w:proofErr w:type="spellStart"/>
      <w:r w:rsidRPr="009A27D2">
        <w:rPr>
          <w:color w:val="auto"/>
          <w:szCs w:val="22"/>
        </w:rPr>
        <w:t>mL.</w:t>
      </w:r>
      <w:proofErr w:type="spellEnd"/>
      <w:r w:rsidRPr="009A27D2">
        <w:rPr>
          <w:color w:val="auto"/>
          <w:szCs w:val="22"/>
        </w:rPr>
        <w:t xml:space="preserve"> This is a mild elevation of prolactin, but is considered unlikely to have significant impacts on patient outcomes, so the study was not excluded (</w:t>
      </w:r>
      <w:r w:rsidRPr="009A27D2">
        <w:rPr>
          <w:color w:val="auto"/>
          <w:szCs w:val="22"/>
        </w:rPr>
        <w:fldChar w:fldCharType="begin"/>
      </w:r>
      <w:r w:rsidRPr="009A27D2">
        <w:rPr>
          <w:color w:val="auto"/>
          <w:szCs w:val="22"/>
        </w:rPr>
        <w:instrText>REF _Ref14370165 \h</w:instrText>
      </w:r>
      <w:r w:rsidR="009D063E"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S11</w:t>
      </w:r>
      <w:r w:rsidRPr="009A27D2">
        <w:rPr>
          <w:color w:val="auto"/>
          <w:szCs w:val="22"/>
        </w:rPr>
        <w:fldChar w:fldCharType="end"/>
      </w:r>
      <w:r w:rsidRPr="009A27D2">
        <w:rPr>
          <w:color w:val="auto"/>
          <w:szCs w:val="22"/>
        </w:rPr>
        <w:t>)</w:t>
      </w:r>
    </w:p>
    <w:p w14:paraId="2BE97B46" w14:textId="28585DEE" w:rsidR="009446D0" w:rsidRPr="00541089" w:rsidRDefault="0084596B">
      <w:pPr>
        <w:pStyle w:val="Heading2"/>
      </w:pPr>
      <w:bookmarkStart w:id="41" w:name="_Ref14659369"/>
      <w:bookmarkStart w:id="42" w:name="_Ref14703063"/>
      <w:r w:rsidRPr="00541089">
        <w:rPr>
          <w:color w:val="000000"/>
        </w:rPr>
        <w:lastRenderedPageBreak/>
        <w:t>Table S</w:t>
      </w:r>
      <w:r w:rsidR="00EE288E" w:rsidRPr="00541089">
        <w:rPr>
          <w:color w:val="000000"/>
        </w:rPr>
        <w:fldChar w:fldCharType="begin"/>
      </w:r>
      <w:r w:rsidR="00EE288E" w:rsidRPr="00541089">
        <w:rPr>
          <w:color w:val="000000"/>
        </w:rPr>
        <w:instrText xml:space="preserve"> STYLEREF 1 \s </w:instrText>
      </w:r>
      <w:r w:rsidR="00EE288E" w:rsidRPr="00541089">
        <w:rPr>
          <w:color w:val="000000"/>
        </w:rPr>
        <w:fldChar w:fldCharType="separate"/>
      </w:r>
      <w:r w:rsidR="004B2F28">
        <w:rPr>
          <w:noProof/>
          <w:color w:val="000000"/>
        </w:rPr>
        <w:t>4</w:t>
      </w:r>
      <w:r w:rsidR="00EE288E" w:rsidRPr="00541089">
        <w:rPr>
          <w:color w:val="000000"/>
        </w:rPr>
        <w:fldChar w:fldCharType="end"/>
      </w:r>
      <w:r w:rsidR="00EE288E" w:rsidRPr="00541089">
        <w:rPr>
          <w:color w:val="000000"/>
        </w:rPr>
        <w:noBreakHyphen/>
      </w:r>
      <w:r w:rsidR="00EE288E" w:rsidRPr="00541089">
        <w:rPr>
          <w:color w:val="000000"/>
        </w:rPr>
        <w:fldChar w:fldCharType="begin"/>
      </w:r>
      <w:r w:rsidR="00EE288E" w:rsidRPr="00541089">
        <w:rPr>
          <w:color w:val="000000"/>
        </w:rPr>
        <w:instrText xml:space="preserve"> SEQ Table \* ARABIC \s 1 </w:instrText>
      </w:r>
      <w:r w:rsidR="00EE288E" w:rsidRPr="00541089">
        <w:rPr>
          <w:color w:val="000000"/>
        </w:rPr>
        <w:fldChar w:fldCharType="separate"/>
      </w:r>
      <w:r w:rsidR="004B2F28">
        <w:rPr>
          <w:noProof/>
          <w:color w:val="000000"/>
        </w:rPr>
        <w:t>1</w:t>
      </w:r>
      <w:r w:rsidR="00EE288E" w:rsidRPr="00541089">
        <w:rPr>
          <w:color w:val="000000"/>
        </w:rPr>
        <w:fldChar w:fldCharType="end"/>
      </w:r>
      <w:bookmarkEnd w:id="41"/>
      <w:bookmarkEnd w:id="42"/>
      <w:r w:rsidRPr="00541089">
        <w:rPr>
          <w:color w:val="000000"/>
        </w:rPr>
        <w:t>: Summary of inclusion/exclusion criteria of trials</w:t>
      </w:r>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Layout w:type="fixed"/>
        <w:tblCellMar>
          <w:left w:w="28" w:type="dxa"/>
          <w:right w:w="28" w:type="dxa"/>
        </w:tblCellMar>
        <w:tblLook w:val="04A0" w:firstRow="1" w:lastRow="0" w:firstColumn="1" w:lastColumn="0" w:noHBand="0" w:noVBand="1"/>
      </w:tblPr>
      <w:tblGrid>
        <w:gridCol w:w="1412"/>
        <w:gridCol w:w="1983"/>
        <w:gridCol w:w="853"/>
        <w:gridCol w:w="1622"/>
        <w:gridCol w:w="1305"/>
        <w:gridCol w:w="2021"/>
        <w:gridCol w:w="1546"/>
        <w:gridCol w:w="1896"/>
        <w:gridCol w:w="1922"/>
      </w:tblGrid>
      <w:tr w:rsidR="009446D0" w:rsidRPr="00EB75F0" w14:paraId="3F8C106D" w14:textId="77777777">
        <w:trPr>
          <w:trHeight w:val="543"/>
          <w:tblHeader/>
        </w:trPr>
        <w:tc>
          <w:tcPr>
            <w:tcW w:w="485" w:type="pct"/>
            <w:tcBorders>
              <w:top w:val="single" w:sz="4" w:space="0" w:color="000000"/>
              <w:left w:val="single" w:sz="4" w:space="0" w:color="000000"/>
              <w:bottom w:val="single" w:sz="4" w:space="0" w:color="000000"/>
              <w:right w:val="single" w:sz="4" w:space="0" w:color="000000"/>
            </w:tcBorders>
            <w:shd w:val="clear" w:color="auto" w:fill="001B2B"/>
          </w:tcPr>
          <w:p w14:paraId="372B055F" w14:textId="77777777" w:rsidR="009446D0" w:rsidRPr="00EB75F0" w:rsidRDefault="0084596B">
            <w:pPr>
              <w:spacing w:before="60" w:after="60" w:line="240" w:lineRule="auto"/>
              <w:rPr>
                <w:color w:val="FFFFFF"/>
                <w:sz w:val="14"/>
              </w:rPr>
            </w:pPr>
            <w:r w:rsidRPr="00EB75F0">
              <w:rPr>
                <w:b/>
                <w:color w:val="FFFFFF"/>
                <w:sz w:val="14"/>
              </w:rPr>
              <w:t>Study name</w:t>
            </w:r>
          </w:p>
        </w:tc>
        <w:tc>
          <w:tcPr>
            <w:tcW w:w="681" w:type="pct"/>
            <w:tcBorders>
              <w:top w:val="single" w:sz="4" w:space="0" w:color="000000"/>
              <w:left w:val="single" w:sz="4" w:space="0" w:color="000000"/>
              <w:bottom w:val="single" w:sz="4" w:space="0" w:color="000000"/>
              <w:right w:val="single" w:sz="4" w:space="0" w:color="000000"/>
            </w:tcBorders>
            <w:shd w:val="clear" w:color="auto" w:fill="001B2B"/>
          </w:tcPr>
          <w:p w14:paraId="0879D84B" w14:textId="77777777" w:rsidR="009446D0" w:rsidRPr="00EB75F0" w:rsidRDefault="0084596B">
            <w:pPr>
              <w:spacing w:before="60" w:after="60" w:line="240" w:lineRule="auto"/>
              <w:rPr>
                <w:color w:val="FFFFFF"/>
                <w:sz w:val="14"/>
              </w:rPr>
            </w:pPr>
            <w:r w:rsidRPr="00EB75F0">
              <w:rPr>
                <w:b/>
                <w:color w:val="FFFFFF"/>
                <w:sz w:val="14"/>
              </w:rPr>
              <w:t>Diagnostic criteria</w:t>
            </w:r>
          </w:p>
        </w:tc>
        <w:tc>
          <w:tcPr>
            <w:tcW w:w="293" w:type="pct"/>
            <w:tcBorders>
              <w:top w:val="single" w:sz="4" w:space="0" w:color="000000"/>
              <w:left w:val="single" w:sz="4" w:space="0" w:color="000000"/>
              <w:bottom w:val="single" w:sz="4" w:space="0" w:color="000000"/>
              <w:right w:val="single" w:sz="4" w:space="0" w:color="000000"/>
            </w:tcBorders>
            <w:shd w:val="clear" w:color="auto" w:fill="001B2B"/>
          </w:tcPr>
          <w:p w14:paraId="456B735D" w14:textId="77777777" w:rsidR="009446D0" w:rsidRPr="00EB75F0" w:rsidRDefault="0084596B">
            <w:pPr>
              <w:spacing w:before="60" w:after="60" w:line="240" w:lineRule="auto"/>
              <w:rPr>
                <w:color w:val="FFFFFF"/>
                <w:sz w:val="14"/>
              </w:rPr>
            </w:pPr>
            <w:r w:rsidRPr="00EB75F0">
              <w:rPr>
                <w:b/>
                <w:color w:val="FFFFFF"/>
                <w:sz w:val="14"/>
              </w:rPr>
              <w:t>Age</w:t>
            </w:r>
          </w:p>
        </w:tc>
        <w:tc>
          <w:tcPr>
            <w:tcW w:w="557" w:type="pct"/>
            <w:tcBorders>
              <w:top w:val="single" w:sz="4" w:space="0" w:color="000000"/>
              <w:left w:val="single" w:sz="4" w:space="0" w:color="000000"/>
              <w:bottom w:val="single" w:sz="4" w:space="0" w:color="000000"/>
              <w:right w:val="single" w:sz="4" w:space="0" w:color="000000"/>
            </w:tcBorders>
            <w:shd w:val="clear" w:color="auto" w:fill="001B2B"/>
          </w:tcPr>
          <w:p w14:paraId="46358084" w14:textId="77777777" w:rsidR="009446D0" w:rsidRPr="00EB75F0" w:rsidRDefault="0084596B">
            <w:pPr>
              <w:spacing w:before="60" w:after="60" w:line="240" w:lineRule="auto"/>
              <w:rPr>
                <w:color w:val="FFFFFF"/>
                <w:sz w:val="14"/>
              </w:rPr>
            </w:pPr>
            <w:r w:rsidRPr="00EB75F0">
              <w:rPr>
                <w:b/>
                <w:color w:val="FFFFFF"/>
                <w:sz w:val="14"/>
              </w:rPr>
              <w:t>Disease history</w:t>
            </w:r>
          </w:p>
        </w:tc>
        <w:tc>
          <w:tcPr>
            <w:tcW w:w="448" w:type="pct"/>
            <w:tcBorders>
              <w:top w:val="single" w:sz="4" w:space="0" w:color="000000"/>
              <w:left w:val="single" w:sz="4" w:space="0" w:color="000000"/>
              <w:bottom w:val="single" w:sz="4" w:space="0" w:color="000000"/>
              <w:right w:val="single" w:sz="4" w:space="0" w:color="000000"/>
            </w:tcBorders>
            <w:shd w:val="clear" w:color="auto" w:fill="001B2B"/>
          </w:tcPr>
          <w:p w14:paraId="0D90179B" w14:textId="77777777" w:rsidR="009446D0" w:rsidRPr="00EB75F0" w:rsidRDefault="0084596B">
            <w:pPr>
              <w:spacing w:before="60" w:after="60" w:line="240" w:lineRule="auto"/>
              <w:rPr>
                <w:color w:val="FFFFFF"/>
                <w:sz w:val="14"/>
              </w:rPr>
            </w:pPr>
            <w:r w:rsidRPr="00EB75F0">
              <w:rPr>
                <w:b/>
                <w:color w:val="FFFFFF"/>
                <w:sz w:val="14"/>
              </w:rPr>
              <w:t>Disease status at entry</w:t>
            </w:r>
          </w:p>
        </w:tc>
        <w:tc>
          <w:tcPr>
            <w:tcW w:w="694" w:type="pct"/>
            <w:tcBorders>
              <w:top w:val="single" w:sz="4" w:space="0" w:color="000000"/>
              <w:left w:val="single" w:sz="4" w:space="0" w:color="000000"/>
              <w:bottom w:val="single" w:sz="4" w:space="0" w:color="000000"/>
              <w:right w:val="single" w:sz="4" w:space="0" w:color="000000"/>
            </w:tcBorders>
            <w:shd w:val="clear" w:color="auto" w:fill="001B2B"/>
          </w:tcPr>
          <w:p w14:paraId="6BE64C01" w14:textId="77777777" w:rsidR="009446D0" w:rsidRPr="00EB75F0" w:rsidRDefault="0084596B">
            <w:pPr>
              <w:spacing w:before="60" w:after="60" w:line="240" w:lineRule="auto"/>
              <w:rPr>
                <w:color w:val="FFFFFF"/>
                <w:sz w:val="14"/>
              </w:rPr>
            </w:pPr>
            <w:r w:rsidRPr="00EB75F0">
              <w:rPr>
                <w:b/>
                <w:color w:val="FFFFFF"/>
                <w:sz w:val="14"/>
              </w:rPr>
              <w:t>Treatment history</w:t>
            </w:r>
          </w:p>
        </w:tc>
        <w:tc>
          <w:tcPr>
            <w:tcW w:w="531" w:type="pct"/>
            <w:tcBorders>
              <w:top w:val="single" w:sz="4" w:space="0" w:color="000000"/>
              <w:left w:val="single" w:sz="4" w:space="0" w:color="000000"/>
              <w:bottom w:val="single" w:sz="4" w:space="0" w:color="000000"/>
              <w:right w:val="single" w:sz="4" w:space="0" w:color="000000"/>
            </w:tcBorders>
            <w:shd w:val="clear" w:color="auto" w:fill="001B2B"/>
          </w:tcPr>
          <w:p w14:paraId="7CFEB321" w14:textId="77777777" w:rsidR="009446D0" w:rsidRPr="00EB75F0" w:rsidRDefault="0084596B">
            <w:pPr>
              <w:spacing w:before="60" w:after="60" w:line="240" w:lineRule="auto"/>
              <w:rPr>
                <w:color w:val="FFFFFF"/>
                <w:sz w:val="14"/>
              </w:rPr>
            </w:pPr>
            <w:r w:rsidRPr="00EB75F0">
              <w:rPr>
                <w:b/>
                <w:color w:val="FFFFFF"/>
                <w:sz w:val="14"/>
              </w:rPr>
              <w:t>Concomitant medicine</w:t>
            </w:r>
          </w:p>
        </w:tc>
        <w:tc>
          <w:tcPr>
            <w:tcW w:w="651" w:type="pct"/>
            <w:tcBorders>
              <w:top w:val="single" w:sz="4" w:space="0" w:color="000000"/>
              <w:left w:val="single" w:sz="4" w:space="0" w:color="000000"/>
              <w:bottom w:val="single" w:sz="4" w:space="0" w:color="000000"/>
              <w:right w:val="single" w:sz="4" w:space="0" w:color="000000"/>
            </w:tcBorders>
            <w:shd w:val="clear" w:color="auto" w:fill="001B2B"/>
          </w:tcPr>
          <w:p w14:paraId="522AE110" w14:textId="77777777" w:rsidR="009446D0" w:rsidRPr="00EB75F0" w:rsidRDefault="0084596B">
            <w:pPr>
              <w:spacing w:before="60" w:after="60" w:line="240" w:lineRule="auto"/>
              <w:rPr>
                <w:color w:val="FFFFFF"/>
                <w:sz w:val="14"/>
              </w:rPr>
            </w:pPr>
            <w:r w:rsidRPr="00EB75F0">
              <w:rPr>
                <w:b/>
                <w:color w:val="FFFFFF"/>
                <w:sz w:val="14"/>
              </w:rPr>
              <w:t>Schizophreni</w:t>
            </w:r>
            <w:r w:rsidRPr="00EB75F0">
              <w:rPr>
                <w:color w:val="FFFFFF"/>
                <w:sz w:val="14"/>
              </w:rPr>
              <w:t>a</w:t>
            </w:r>
            <w:r w:rsidRPr="00EB75F0">
              <w:rPr>
                <w:b/>
                <w:color w:val="FFFFFF"/>
                <w:sz w:val="14"/>
              </w:rPr>
              <w:t>-specific assessment score</w:t>
            </w:r>
          </w:p>
        </w:tc>
        <w:tc>
          <w:tcPr>
            <w:tcW w:w="658" w:type="pct"/>
            <w:tcBorders>
              <w:top w:val="single" w:sz="4" w:space="0" w:color="000000"/>
              <w:left w:val="single" w:sz="4" w:space="0" w:color="000000"/>
              <w:bottom w:val="single" w:sz="4" w:space="0" w:color="000000"/>
              <w:right w:val="single" w:sz="4" w:space="0" w:color="000000"/>
            </w:tcBorders>
            <w:shd w:val="clear" w:color="auto" w:fill="001B2B"/>
          </w:tcPr>
          <w:p w14:paraId="52090831" w14:textId="77777777" w:rsidR="009446D0" w:rsidRPr="00EB75F0" w:rsidRDefault="0084596B">
            <w:pPr>
              <w:spacing w:before="60" w:after="60" w:line="240" w:lineRule="auto"/>
              <w:rPr>
                <w:color w:val="FFFFFF"/>
                <w:sz w:val="14"/>
              </w:rPr>
            </w:pPr>
            <w:r w:rsidRPr="00EB75F0">
              <w:rPr>
                <w:b/>
                <w:color w:val="FFFFFF"/>
                <w:sz w:val="14"/>
              </w:rPr>
              <w:t>Comorbidity</w:t>
            </w:r>
          </w:p>
        </w:tc>
      </w:tr>
      <w:tr w:rsidR="009446D0" w:rsidRPr="00EB75F0" w14:paraId="78F87495" w14:textId="77777777">
        <w:trPr>
          <w:trHeight w:val="856"/>
        </w:trPr>
        <w:tc>
          <w:tcPr>
            <w:tcW w:w="485" w:type="pct"/>
            <w:tcBorders>
              <w:top w:val="single" w:sz="4" w:space="0" w:color="000000"/>
              <w:left w:val="single" w:sz="4" w:space="0" w:color="000000"/>
              <w:bottom w:val="single" w:sz="4" w:space="0" w:color="000000"/>
              <w:right w:val="single" w:sz="4" w:space="0" w:color="000000"/>
            </w:tcBorders>
            <w:shd w:val="clear" w:color="auto" w:fill="FFFCCC"/>
          </w:tcPr>
          <w:p w14:paraId="7B5EEA27" w14:textId="77777777" w:rsidR="009446D0" w:rsidRPr="00EB75F0" w:rsidRDefault="0084596B">
            <w:pPr>
              <w:spacing w:before="60" w:after="60" w:line="240" w:lineRule="auto"/>
              <w:rPr>
                <w:sz w:val="14"/>
              </w:rPr>
            </w:pPr>
            <w:r w:rsidRPr="00EB75F0">
              <w:rPr>
                <w:sz w:val="14"/>
              </w:rPr>
              <w:t>EMERGENT-1</w:t>
            </w:r>
          </w:p>
        </w:tc>
        <w:tc>
          <w:tcPr>
            <w:tcW w:w="681" w:type="pct"/>
            <w:vMerge w:val="restart"/>
            <w:tcBorders>
              <w:top w:val="single" w:sz="4" w:space="0" w:color="000000"/>
              <w:left w:val="single" w:sz="4" w:space="0" w:color="000000"/>
              <w:bottom w:val="single" w:sz="4" w:space="0" w:color="000000"/>
              <w:right w:val="single" w:sz="4" w:space="0" w:color="000000"/>
            </w:tcBorders>
            <w:shd w:val="clear" w:color="auto" w:fill="FFFCCC"/>
          </w:tcPr>
          <w:p w14:paraId="0349E218" w14:textId="77777777" w:rsidR="009446D0" w:rsidRPr="00EB75F0" w:rsidRDefault="0084596B">
            <w:pPr>
              <w:spacing w:before="60" w:after="60" w:line="240" w:lineRule="auto"/>
              <w:rPr>
                <w:sz w:val="14"/>
              </w:rPr>
            </w:pPr>
            <w:r w:rsidRPr="00EB75F0">
              <w:rPr>
                <w:sz w:val="14"/>
              </w:rPr>
              <w:t>DSM-5 diagnosis of schizophrenia, confirmed by Mini International Neuropsychiatric Interview for Schizophrenia and Psychotic Disorder Studies version 7.0.2.</w:t>
            </w:r>
          </w:p>
        </w:tc>
        <w:tc>
          <w:tcPr>
            <w:tcW w:w="293" w:type="pct"/>
            <w:tcBorders>
              <w:top w:val="single" w:sz="4" w:space="0" w:color="000000"/>
              <w:left w:val="single" w:sz="4" w:space="0" w:color="000000"/>
              <w:bottom w:val="single" w:sz="4" w:space="0" w:color="000000"/>
              <w:right w:val="single" w:sz="4" w:space="0" w:color="000000"/>
            </w:tcBorders>
            <w:shd w:val="clear" w:color="auto" w:fill="FFFCCC"/>
          </w:tcPr>
          <w:p w14:paraId="44735303" w14:textId="77777777" w:rsidR="009446D0" w:rsidRPr="00EB75F0" w:rsidRDefault="0084596B">
            <w:pPr>
              <w:spacing w:before="60" w:after="60" w:line="240" w:lineRule="auto"/>
              <w:rPr>
                <w:sz w:val="14"/>
              </w:rPr>
            </w:pPr>
            <w:r w:rsidRPr="00EB75F0">
              <w:rPr>
                <w:sz w:val="14"/>
              </w:rPr>
              <w:t>18-60</w:t>
            </w:r>
          </w:p>
        </w:tc>
        <w:tc>
          <w:tcPr>
            <w:tcW w:w="557" w:type="pct"/>
            <w:tcBorders>
              <w:top w:val="single" w:sz="4" w:space="0" w:color="000000"/>
              <w:left w:val="single" w:sz="4" w:space="0" w:color="000000"/>
              <w:bottom w:val="single" w:sz="4" w:space="0" w:color="000000"/>
              <w:right w:val="single" w:sz="4" w:space="0" w:color="000000"/>
            </w:tcBorders>
            <w:shd w:val="clear" w:color="auto" w:fill="FFFCCC"/>
          </w:tcPr>
          <w:p w14:paraId="17447EF3" w14:textId="77777777" w:rsidR="009446D0" w:rsidRPr="00EB75F0" w:rsidRDefault="0084596B">
            <w:pPr>
              <w:spacing w:before="60" w:after="60" w:line="240" w:lineRule="auto"/>
              <w:rPr>
                <w:sz w:val="14"/>
              </w:rPr>
            </w:pPr>
            <w:r w:rsidRPr="00EB75F0">
              <w:rPr>
                <w:sz w:val="14"/>
              </w:rPr>
              <w:t>NR</w:t>
            </w:r>
          </w:p>
        </w:tc>
        <w:tc>
          <w:tcPr>
            <w:tcW w:w="448" w:type="pct"/>
            <w:vMerge w:val="restart"/>
            <w:tcBorders>
              <w:top w:val="single" w:sz="4" w:space="0" w:color="000000"/>
              <w:left w:val="single" w:sz="4" w:space="0" w:color="000000"/>
              <w:bottom w:val="single" w:sz="4" w:space="0" w:color="000000"/>
              <w:right w:val="single" w:sz="4" w:space="0" w:color="000000"/>
            </w:tcBorders>
            <w:shd w:val="clear" w:color="auto" w:fill="FFFCCC"/>
          </w:tcPr>
          <w:p w14:paraId="39C6E720" w14:textId="77777777" w:rsidR="009446D0" w:rsidRPr="00EB75F0" w:rsidRDefault="0084596B">
            <w:pPr>
              <w:spacing w:before="60" w:after="60" w:line="240" w:lineRule="auto"/>
              <w:rPr>
                <w:sz w:val="14"/>
              </w:rPr>
            </w:pPr>
            <w:r w:rsidRPr="00EB75F0">
              <w:rPr>
                <w:sz w:val="14"/>
              </w:rPr>
              <w:t>Acute relapse of symptoms less than 2 months before screening</w:t>
            </w:r>
          </w:p>
          <w:p w14:paraId="1E9D8EF8" w14:textId="77777777" w:rsidR="009446D0" w:rsidRPr="00EB75F0" w:rsidRDefault="009446D0">
            <w:pPr>
              <w:spacing w:before="60" w:after="60" w:line="240" w:lineRule="auto"/>
              <w:rPr>
                <w:sz w:val="14"/>
              </w:rPr>
            </w:pPr>
          </w:p>
          <w:p w14:paraId="1D82797E" w14:textId="77777777" w:rsidR="009446D0" w:rsidRPr="00EB75F0" w:rsidRDefault="0084596B">
            <w:pPr>
              <w:spacing w:before="60" w:after="60" w:line="240" w:lineRule="auto"/>
              <w:rPr>
                <w:sz w:val="14"/>
              </w:rPr>
            </w:pPr>
            <w:r w:rsidRPr="00EB75F0">
              <w:rPr>
                <w:sz w:val="14"/>
              </w:rPr>
              <w:t>Relapse causing hospitalization or currently short-term inpatient</w:t>
            </w:r>
          </w:p>
          <w:p w14:paraId="317B8F7F" w14:textId="77777777" w:rsidR="009446D0" w:rsidRPr="00EB75F0" w:rsidRDefault="009446D0">
            <w:pPr>
              <w:spacing w:before="60" w:after="60" w:line="240" w:lineRule="auto"/>
              <w:rPr>
                <w:sz w:val="14"/>
              </w:rPr>
            </w:pPr>
          </w:p>
        </w:tc>
        <w:tc>
          <w:tcPr>
            <w:tcW w:w="694" w:type="pct"/>
            <w:vMerge w:val="restart"/>
            <w:tcBorders>
              <w:top w:val="single" w:sz="4" w:space="0" w:color="000000"/>
              <w:left w:val="single" w:sz="4" w:space="0" w:color="000000"/>
              <w:bottom w:val="single" w:sz="4" w:space="0" w:color="000000"/>
              <w:right w:val="single" w:sz="4" w:space="0" w:color="000000"/>
            </w:tcBorders>
            <w:shd w:val="clear" w:color="auto" w:fill="FFFCCC"/>
          </w:tcPr>
          <w:p w14:paraId="6C3CC1DE" w14:textId="77777777" w:rsidR="009446D0" w:rsidRPr="00EB75F0" w:rsidRDefault="0084596B">
            <w:pPr>
              <w:spacing w:before="60" w:after="60" w:line="240" w:lineRule="auto"/>
              <w:rPr>
                <w:sz w:val="14"/>
              </w:rPr>
            </w:pPr>
            <w:r w:rsidRPr="00EB75F0">
              <w:rPr>
                <w:sz w:val="14"/>
              </w:rPr>
              <w:t>No history of treatment resistance to schizophrenia medications defined as failure to respond to two adequate courses of pharmacotherapy (a minimum of 4 weeks at an adequate dose per the label) or required clozapine within the last 12 months.</w:t>
            </w:r>
          </w:p>
        </w:tc>
        <w:tc>
          <w:tcPr>
            <w:tcW w:w="531" w:type="pct"/>
            <w:tcBorders>
              <w:top w:val="single" w:sz="4" w:space="0" w:color="000000"/>
              <w:left w:val="single" w:sz="4" w:space="0" w:color="000000"/>
              <w:bottom w:val="single" w:sz="4" w:space="0" w:color="000000"/>
              <w:right w:val="single" w:sz="4" w:space="0" w:color="000000"/>
            </w:tcBorders>
            <w:shd w:val="clear" w:color="auto" w:fill="FFFCCC"/>
          </w:tcPr>
          <w:p w14:paraId="71E64D78" w14:textId="77777777" w:rsidR="009446D0" w:rsidRPr="00EB75F0" w:rsidRDefault="0084596B">
            <w:pPr>
              <w:spacing w:before="60" w:after="60" w:line="240" w:lineRule="auto"/>
              <w:rPr>
                <w:sz w:val="14"/>
              </w:rPr>
            </w:pPr>
            <w:r w:rsidRPr="00EB75F0">
              <w:rPr>
                <w:sz w:val="14"/>
              </w:rPr>
              <w:t>NR</w:t>
            </w:r>
          </w:p>
        </w:tc>
        <w:tc>
          <w:tcPr>
            <w:tcW w:w="651" w:type="pct"/>
            <w:vMerge w:val="restart"/>
            <w:tcBorders>
              <w:top w:val="single" w:sz="4" w:space="0" w:color="000000"/>
              <w:left w:val="single" w:sz="4" w:space="0" w:color="000000"/>
              <w:bottom w:val="single" w:sz="4" w:space="0" w:color="000000"/>
              <w:right w:val="single" w:sz="4" w:space="0" w:color="000000"/>
            </w:tcBorders>
            <w:shd w:val="clear" w:color="auto" w:fill="FFFCCC"/>
          </w:tcPr>
          <w:p w14:paraId="2B36DD1F" w14:textId="77777777" w:rsidR="009446D0" w:rsidRPr="00EB75F0" w:rsidRDefault="0084596B">
            <w:pPr>
              <w:spacing w:before="60" w:after="60" w:line="240" w:lineRule="auto"/>
              <w:rPr>
                <w:sz w:val="14"/>
              </w:rPr>
            </w:pPr>
            <w:r w:rsidRPr="00EB75F0">
              <w:rPr>
                <w:sz w:val="14"/>
              </w:rPr>
              <w:t>PANSS total score between 80 and 120</w:t>
            </w:r>
          </w:p>
          <w:p w14:paraId="72CDB0B8" w14:textId="77777777" w:rsidR="009446D0" w:rsidRPr="00EB75F0" w:rsidRDefault="009446D0">
            <w:pPr>
              <w:spacing w:before="60" w:after="60" w:line="240" w:lineRule="auto"/>
              <w:rPr>
                <w:sz w:val="14"/>
              </w:rPr>
            </w:pPr>
          </w:p>
          <w:p w14:paraId="58018777" w14:textId="77777777" w:rsidR="009446D0" w:rsidRPr="00EB75F0" w:rsidRDefault="0084596B">
            <w:pPr>
              <w:spacing w:before="60" w:after="60" w:line="240" w:lineRule="auto"/>
              <w:rPr>
                <w:sz w:val="14"/>
              </w:rPr>
            </w:pPr>
            <w:r w:rsidRPr="00EB75F0">
              <w:rPr>
                <w:sz w:val="14"/>
              </w:rPr>
              <w:t>CGI-S score of ≥ 4 at screening and baseline visits</w:t>
            </w:r>
          </w:p>
        </w:tc>
        <w:tc>
          <w:tcPr>
            <w:tcW w:w="658" w:type="pct"/>
            <w:vMerge w:val="restart"/>
            <w:tcBorders>
              <w:top w:val="single" w:sz="4" w:space="0" w:color="000000"/>
              <w:left w:val="single" w:sz="4" w:space="0" w:color="000000"/>
              <w:bottom w:val="single" w:sz="4" w:space="0" w:color="000000"/>
              <w:right w:val="single" w:sz="4" w:space="0" w:color="000000"/>
            </w:tcBorders>
            <w:shd w:val="clear" w:color="auto" w:fill="FFFCCC"/>
          </w:tcPr>
          <w:p w14:paraId="4DB6CD8D" w14:textId="77777777" w:rsidR="009446D0" w:rsidRPr="00EB75F0" w:rsidRDefault="0084596B">
            <w:pPr>
              <w:spacing w:before="60" w:after="60" w:line="240" w:lineRule="auto"/>
              <w:rPr>
                <w:sz w:val="14"/>
              </w:rPr>
            </w:pPr>
            <w:r w:rsidRPr="00EB75F0">
              <w:rPr>
                <w:sz w:val="14"/>
              </w:rPr>
              <w:t>No moderate/ severe substance abuse or suicide risk</w:t>
            </w:r>
          </w:p>
        </w:tc>
      </w:tr>
      <w:tr w:rsidR="009446D0" w:rsidRPr="00EB75F0" w14:paraId="116F633C" w14:textId="77777777">
        <w:tc>
          <w:tcPr>
            <w:tcW w:w="485" w:type="pct"/>
            <w:tcBorders>
              <w:top w:val="single" w:sz="4" w:space="0" w:color="000000"/>
              <w:left w:val="single" w:sz="4" w:space="0" w:color="000000"/>
              <w:bottom w:val="single" w:sz="4" w:space="0" w:color="000000"/>
              <w:right w:val="single" w:sz="4" w:space="0" w:color="000000"/>
            </w:tcBorders>
            <w:shd w:val="clear" w:color="auto" w:fill="FFFCCC"/>
          </w:tcPr>
          <w:p w14:paraId="6E9D7A94" w14:textId="1BA6011A" w:rsidR="009446D0" w:rsidRPr="00EB75F0" w:rsidRDefault="0084596B">
            <w:pPr>
              <w:spacing w:before="60" w:after="60" w:line="240" w:lineRule="auto"/>
              <w:rPr>
                <w:sz w:val="14"/>
              </w:rPr>
            </w:pPr>
            <w:r w:rsidRPr="00EB75F0">
              <w:rPr>
                <w:sz w:val="14"/>
              </w:rPr>
              <w:t>EMERGENT-2</w:t>
            </w:r>
            <w:r w:rsidR="0031308D" w:rsidRPr="00EB75F0">
              <w:fldChar w:fldCharType="begin"/>
            </w:r>
            <w:r w:rsidR="00452EF4">
              <w:instrText xml:space="preserve"> ADDIN EN.CITE &lt;EndNote&gt;&lt;Cite&gt;&lt;Author&gt;Karuna&lt;/Author&gt;&lt;Year&gt;2023&lt;/Year&gt;&lt;RecNum&gt;19&lt;/RecNum&gt;&lt;DisplayText&gt;&lt;style face="superscript"&gt;22&lt;/style&gt;&lt;/DisplayText&gt;&lt;record&gt;&lt;rec-number&gt;19&lt;/rec-number&gt;&lt;foreign-keys&gt;&lt;key app="EN" db-id="9ttaxzax2p0tr7ewzt55atews50zvxaaa5rz" timestamp="1764068827"&gt;19&lt;/key&gt;&lt;/foreign-keys&gt;&lt;ref-type name="Journal Article"&gt;17&lt;/ref-type&gt;&lt;contributors&gt;&lt;authors&gt;&lt;author&gt;Karuna&lt;/author&gt;&lt;/authors&gt;&lt;/contributors&gt;&lt;titles&gt;&lt;title&gt;EMERGENT-2. A Phase 3, Randomized, Double-Blind, Parallel-Group, Placebo-Controlled, Multicenter Study to Evaluate the Efficacy and Safety of KarXT in Acutely Psychotic Hospitalized Adults with DSM-5 Schizophrenia KAR-007&lt;/title&gt;&lt;secondary-title&gt;Clinical Study Report&lt;/secondary-title&gt;&lt;/titles&gt;&lt;periodical&gt;&lt;full-title&gt;Clinical Study Report&lt;/full-title&gt;&lt;/periodical&gt;&lt;dates&gt;&lt;year&gt;2023&lt;/year&gt;&lt;/dates&gt;&lt;urls&gt;&lt;/urls&gt;&lt;/record&gt;&lt;/Cite&gt;&lt;/EndNote&gt;</w:instrText>
            </w:r>
            <w:r w:rsidR="0031308D" w:rsidRPr="00EB75F0">
              <w:fldChar w:fldCharType="separate"/>
            </w:r>
            <w:r w:rsidR="00452EF4" w:rsidRPr="00452EF4">
              <w:rPr>
                <w:noProof/>
                <w:vertAlign w:val="superscript"/>
              </w:rPr>
              <w:t>22</w:t>
            </w:r>
            <w:r w:rsidR="0031308D" w:rsidRPr="00EB75F0">
              <w:fldChar w:fldCharType="end"/>
            </w:r>
          </w:p>
        </w:tc>
        <w:tc>
          <w:tcPr>
            <w:tcW w:w="681" w:type="pct"/>
            <w:vMerge/>
            <w:tcBorders>
              <w:top w:val="single" w:sz="4" w:space="0" w:color="000000"/>
              <w:left w:val="single" w:sz="4" w:space="0" w:color="000000"/>
              <w:bottom w:val="single" w:sz="4" w:space="0" w:color="000000"/>
              <w:right w:val="single" w:sz="4" w:space="0" w:color="000000"/>
            </w:tcBorders>
          </w:tcPr>
          <w:p w14:paraId="2A7462BF" w14:textId="77777777" w:rsidR="009446D0" w:rsidRPr="00EB75F0" w:rsidRDefault="009446D0"/>
        </w:tc>
        <w:tc>
          <w:tcPr>
            <w:tcW w:w="293" w:type="pct"/>
            <w:vMerge w:val="restart"/>
            <w:tcBorders>
              <w:top w:val="single" w:sz="4" w:space="0" w:color="000000"/>
              <w:left w:val="single" w:sz="4" w:space="0" w:color="000000"/>
              <w:bottom w:val="single" w:sz="4" w:space="0" w:color="000000"/>
              <w:right w:val="single" w:sz="4" w:space="0" w:color="000000"/>
            </w:tcBorders>
            <w:shd w:val="clear" w:color="auto" w:fill="FFFCCC"/>
          </w:tcPr>
          <w:p w14:paraId="4DFD1147" w14:textId="77777777" w:rsidR="009446D0" w:rsidRPr="00EB75F0" w:rsidRDefault="0084596B">
            <w:pPr>
              <w:spacing w:before="60" w:after="60" w:line="240" w:lineRule="auto"/>
              <w:rPr>
                <w:sz w:val="14"/>
              </w:rPr>
            </w:pPr>
            <w:r w:rsidRPr="00EB75F0">
              <w:rPr>
                <w:sz w:val="14"/>
              </w:rPr>
              <w:t>18-65</w:t>
            </w:r>
          </w:p>
        </w:tc>
        <w:tc>
          <w:tcPr>
            <w:tcW w:w="557" w:type="pct"/>
            <w:vMerge w:val="restart"/>
            <w:tcBorders>
              <w:top w:val="single" w:sz="4" w:space="0" w:color="000000"/>
              <w:left w:val="single" w:sz="4" w:space="0" w:color="000000"/>
              <w:bottom w:val="single" w:sz="4" w:space="0" w:color="000000"/>
              <w:right w:val="single" w:sz="4" w:space="0" w:color="000000"/>
            </w:tcBorders>
            <w:shd w:val="clear" w:color="auto" w:fill="FFFCCC"/>
          </w:tcPr>
          <w:p w14:paraId="008CAD1C" w14:textId="77777777" w:rsidR="009446D0" w:rsidRPr="00EB75F0" w:rsidRDefault="0084596B">
            <w:pPr>
              <w:spacing w:before="60" w:after="60" w:line="240" w:lineRule="auto"/>
              <w:rPr>
                <w:sz w:val="14"/>
              </w:rPr>
            </w:pPr>
            <w:r w:rsidRPr="00EB75F0">
              <w:rPr>
                <w:sz w:val="14"/>
              </w:rPr>
              <w:t>Patients were not newly diagnosed or experiencing first treated episode</w:t>
            </w:r>
          </w:p>
        </w:tc>
        <w:tc>
          <w:tcPr>
            <w:tcW w:w="448" w:type="pct"/>
            <w:vMerge/>
            <w:tcBorders>
              <w:top w:val="single" w:sz="4" w:space="0" w:color="000000"/>
              <w:left w:val="single" w:sz="4" w:space="0" w:color="000000"/>
              <w:bottom w:val="single" w:sz="4" w:space="0" w:color="000000"/>
              <w:right w:val="single" w:sz="4" w:space="0" w:color="000000"/>
            </w:tcBorders>
          </w:tcPr>
          <w:p w14:paraId="2FD9B642" w14:textId="77777777" w:rsidR="009446D0" w:rsidRPr="00EB75F0" w:rsidRDefault="009446D0"/>
        </w:tc>
        <w:tc>
          <w:tcPr>
            <w:tcW w:w="694" w:type="pct"/>
            <w:vMerge/>
            <w:tcBorders>
              <w:top w:val="single" w:sz="4" w:space="0" w:color="000000"/>
              <w:left w:val="single" w:sz="4" w:space="0" w:color="000000"/>
              <w:bottom w:val="single" w:sz="4" w:space="0" w:color="000000"/>
              <w:right w:val="single" w:sz="4" w:space="0" w:color="000000"/>
            </w:tcBorders>
          </w:tcPr>
          <w:p w14:paraId="4E31C676" w14:textId="77777777" w:rsidR="009446D0" w:rsidRPr="00EB75F0" w:rsidRDefault="009446D0"/>
        </w:tc>
        <w:tc>
          <w:tcPr>
            <w:tcW w:w="531" w:type="pct"/>
            <w:tcBorders>
              <w:top w:val="single" w:sz="4" w:space="0" w:color="000000"/>
              <w:left w:val="single" w:sz="4" w:space="0" w:color="000000"/>
              <w:bottom w:val="single" w:sz="4" w:space="0" w:color="000000"/>
              <w:right w:val="single" w:sz="4" w:space="0" w:color="000000"/>
            </w:tcBorders>
            <w:shd w:val="clear" w:color="auto" w:fill="FFFCCC"/>
          </w:tcPr>
          <w:p w14:paraId="669782F4" w14:textId="77777777" w:rsidR="009446D0" w:rsidRPr="00EB75F0" w:rsidRDefault="0084596B">
            <w:pPr>
              <w:spacing w:before="60" w:after="60" w:line="240" w:lineRule="auto"/>
              <w:rPr>
                <w:sz w:val="14"/>
              </w:rPr>
            </w:pPr>
            <w:r w:rsidRPr="00EB75F0">
              <w:rPr>
                <w:sz w:val="14"/>
              </w:rPr>
              <w:t>NR</w:t>
            </w:r>
          </w:p>
        </w:tc>
        <w:tc>
          <w:tcPr>
            <w:tcW w:w="651" w:type="pct"/>
            <w:vMerge/>
            <w:tcBorders>
              <w:top w:val="single" w:sz="4" w:space="0" w:color="000000"/>
              <w:left w:val="single" w:sz="4" w:space="0" w:color="000000"/>
              <w:bottom w:val="single" w:sz="4" w:space="0" w:color="000000"/>
              <w:right w:val="single" w:sz="4" w:space="0" w:color="000000"/>
            </w:tcBorders>
          </w:tcPr>
          <w:p w14:paraId="5D87CA51" w14:textId="77777777" w:rsidR="009446D0" w:rsidRPr="00EB75F0" w:rsidRDefault="009446D0"/>
        </w:tc>
        <w:tc>
          <w:tcPr>
            <w:tcW w:w="658" w:type="pct"/>
            <w:vMerge/>
            <w:tcBorders>
              <w:top w:val="single" w:sz="4" w:space="0" w:color="000000"/>
              <w:left w:val="single" w:sz="4" w:space="0" w:color="000000"/>
              <w:bottom w:val="single" w:sz="4" w:space="0" w:color="000000"/>
              <w:right w:val="single" w:sz="4" w:space="0" w:color="000000"/>
            </w:tcBorders>
          </w:tcPr>
          <w:p w14:paraId="3D69730C" w14:textId="77777777" w:rsidR="009446D0" w:rsidRPr="00EB75F0" w:rsidRDefault="009446D0"/>
        </w:tc>
      </w:tr>
      <w:tr w:rsidR="009446D0" w:rsidRPr="00EB75F0" w14:paraId="30B0E00A" w14:textId="77777777">
        <w:tc>
          <w:tcPr>
            <w:tcW w:w="485" w:type="pct"/>
            <w:tcBorders>
              <w:top w:val="single" w:sz="4" w:space="0" w:color="000000"/>
              <w:left w:val="single" w:sz="4" w:space="0" w:color="000000"/>
              <w:bottom w:val="single" w:sz="4" w:space="0" w:color="000000"/>
              <w:right w:val="single" w:sz="4" w:space="0" w:color="000000"/>
            </w:tcBorders>
            <w:shd w:val="clear" w:color="auto" w:fill="FFFCCC"/>
          </w:tcPr>
          <w:p w14:paraId="793EC065" w14:textId="77777777" w:rsidR="009446D0" w:rsidRPr="00EB75F0" w:rsidRDefault="0084596B">
            <w:pPr>
              <w:spacing w:before="60" w:after="60" w:line="240" w:lineRule="auto"/>
              <w:rPr>
                <w:sz w:val="14"/>
              </w:rPr>
            </w:pPr>
            <w:r w:rsidRPr="00EB75F0">
              <w:rPr>
                <w:sz w:val="14"/>
              </w:rPr>
              <w:t>EMERGENT-3</w:t>
            </w:r>
          </w:p>
        </w:tc>
        <w:tc>
          <w:tcPr>
            <w:tcW w:w="681" w:type="pct"/>
            <w:vMerge/>
            <w:tcBorders>
              <w:top w:val="single" w:sz="4" w:space="0" w:color="000000"/>
              <w:left w:val="single" w:sz="4" w:space="0" w:color="000000"/>
              <w:bottom w:val="single" w:sz="4" w:space="0" w:color="000000"/>
              <w:right w:val="single" w:sz="4" w:space="0" w:color="000000"/>
            </w:tcBorders>
          </w:tcPr>
          <w:p w14:paraId="7767ED75" w14:textId="77777777" w:rsidR="009446D0" w:rsidRPr="00EB75F0" w:rsidRDefault="009446D0"/>
        </w:tc>
        <w:tc>
          <w:tcPr>
            <w:tcW w:w="293" w:type="pct"/>
            <w:vMerge/>
            <w:tcBorders>
              <w:top w:val="single" w:sz="4" w:space="0" w:color="000000"/>
              <w:left w:val="single" w:sz="4" w:space="0" w:color="000000"/>
              <w:bottom w:val="single" w:sz="4" w:space="0" w:color="000000"/>
              <w:right w:val="single" w:sz="4" w:space="0" w:color="000000"/>
            </w:tcBorders>
          </w:tcPr>
          <w:p w14:paraId="690D8AA0" w14:textId="77777777" w:rsidR="009446D0" w:rsidRPr="00EB75F0" w:rsidRDefault="009446D0"/>
        </w:tc>
        <w:tc>
          <w:tcPr>
            <w:tcW w:w="557" w:type="pct"/>
            <w:vMerge/>
            <w:tcBorders>
              <w:top w:val="single" w:sz="4" w:space="0" w:color="000000"/>
              <w:left w:val="single" w:sz="4" w:space="0" w:color="000000"/>
              <w:bottom w:val="single" w:sz="4" w:space="0" w:color="000000"/>
              <w:right w:val="single" w:sz="4" w:space="0" w:color="000000"/>
            </w:tcBorders>
          </w:tcPr>
          <w:p w14:paraId="478C1655" w14:textId="77777777" w:rsidR="009446D0" w:rsidRPr="00EB75F0" w:rsidRDefault="009446D0"/>
        </w:tc>
        <w:tc>
          <w:tcPr>
            <w:tcW w:w="448" w:type="pct"/>
            <w:vMerge/>
            <w:tcBorders>
              <w:top w:val="single" w:sz="4" w:space="0" w:color="000000"/>
              <w:left w:val="single" w:sz="4" w:space="0" w:color="000000"/>
              <w:bottom w:val="single" w:sz="4" w:space="0" w:color="000000"/>
              <w:right w:val="single" w:sz="4" w:space="0" w:color="000000"/>
            </w:tcBorders>
          </w:tcPr>
          <w:p w14:paraId="64419E88" w14:textId="77777777" w:rsidR="009446D0" w:rsidRPr="00EB75F0" w:rsidRDefault="009446D0"/>
        </w:tc>
        <w:tc>
          <w:tcPr>
            <w:tcW w:w="694" w:type="pct"/>
            <w:vMerge/>
            <w:tcBorders>
              <w:top w:val="single" w:sz="4" w:space="0" w:color="000000"/>
              <w:left w:val="single" w:sz="4" w:space="0" w:color="000000"/>
              <w:bottom w:val="single" w:sz="4" w:space="0" w:color="000000"/>
              <w:right w:val="single" w:sz="4" w:space="0" w:color="000000"/>
            </w:tcBorders>
          </w:tcPr>
          <w:p w14:paraId="446BB793" w14:textId="77777777" w:rsidR="009446D0" w:rsidRPr="00EB75F0" w:rsidRDefault="009446D0"/>
        </w:tc>
        <w:tc>
          <w:tcPr>
            <w:tcW w:w="531" w:type="pct"/>
            <w:tcBorders>
              <w:top w:val="single" w:sz="4" w:space="0" w:color="000000"/>
              <w:left w:val="single" w:sz="4" w:space="0" w:color="000000"/>
              <w:bottom w:val="single" w:sz="4" w:space="0" w:color="000000"/>
              <w:right w:val="single" w:sz="4" w:space="0" w:color="000000"/>
            </w:tcBorders>
            <w:shd w:val="clear" w:color="auto" w:fill="FFFCCC"/>
          </w:tcPr>
          <w:p w14:paraId="736E5904" w14:textId="77777777" w:rsidR="009446D0" w:rsidRPr="00EB75F0" w:rsidRDefault="0084596B">
            <w:pPr>
              <w:spacing w:before="60" w:after="60" w:line="240" w:lineRule="auto"/>
              <w:rPr>
                <w:sz w:val="14"/>
              </w:rPr>
            </w:pPr>
            <w:r w:rsidRPr="00EB75F0">
              <w:rPr>
                <w:sz w:val="14"/>
              </w:rPr>
              <w:t>NR</w:t>
            </w:r>
          </w:p>
        </w:tc>
        <w:tc>
          <w:tcPr>
            <w:tcW w:w="651" w:type="pct"/>
            <w:vMerge/>
            <w:tcBorders>
              <w:top w:val="single" w:sz="4" w:space="0" w:color="000000"/>
              <w:left w:val="single" w:sz="4" w:space="0" w:color="000000"/>
              <w:bottom w:val="single" w:sz="4" w:space="0" w:color="000000"/>
              <w:right w:val="single" w:sz="4" w:space="0" w:color="000000"/>
            </w:tcBorders>
          </w:tcPr>
          <w:p w14:paraId="6B59EDC1" w14:textId="77777777" w:rsidR="009446D0" w:rsidRPr="00EB75F0" w:rsidRDefault="009446D0"/>
        </w:tc>
        <w:tc>
          <w:tcPr>
            <w:tcW w:w="658" w:type="pct"/>
            <w:vMerge/>
            <w:tcBorders>
              <w:top w:val="single" w:sz="4" w:space="0" w:color="000000"/>
              <w:left w:val="single" w:sz="4" w:space="0" w:color="000000"/>
              <w:bottom w:val="single" w:sz="4" w:space="0" w:color="000000"/>
              <w:right w:val="single" w:sz="4" w:space="0" w:color="000000"/>
            </w:tcBorders>
          </w:tcPr>
          <w:p w14:paraId="7402F654" w14:textId="77777777" w:rsidR="009446D0" w:rsidRPr="00EB75F0" w:rsidRDefault="009446D0"/>
        </w:tc>
      </w:tr>
      <w:tr w:rsidR="009446D0" w:rsidRPr="00EB75F0" w14:paraId="5AE3BD05" w14:textId="77777777">
        <w:tc>
          <w:tcPr>
            <w:tcW w:w="485" w:type="pct"/>
            <w:tcBorders>
              <w:top w:val="single" w:sz="4" w:space="0" w:color="000000"/>
              <w:left w:val="single" w:sz="4" w:space="0" w:color="000000"/>
              <w:bottom w:val="single" w:sz="4" w:space="0" w:color="000000"/>
              <w:right w:val="single" w:sz="4" w:space="0" w:color="000000"/>
            </w:tcBorders>
          </w:tcPr>
          <w:p w14:paraId="0C8FAC4A" w14:textId="5A272C66" w:rsidR="009446D0" w:rsidRPr="00EB75F0" w:rsidRDefault="0084596B">
            <w:pPr>
              <w:spacing w:before="60" w:after="60" w:line="240" w:lineRule="auto"/>
              <w:rPr>
                <w:sz w:val="14"/>
              </w:rPr>
            </w:pPr>
            <w:r w:rsidRPr="00EB75F0">
              <w:rPr>
                <w:sz w:val="14"/>
              </w:rPr>
              <w:t>Gupta 2018</w:t>
            </w:r>
            <w:r w:rsidR="0031308D" w:rsidRPr="00EB75F0">
              <w:fldChar w:fldCharType="begin"/>
            </w:r>
            <w:r w:rsidR="00452EF4">
              <w:instrText xml:space="preserve"> ADDIN EN.CITE &lt;EndNote&gt;&lt;Cite&gt;&lt;Author&gt;Gupta&lt;/Author&gt;&lt;Year&gt;2018&lt;/Year&gt;&lt;RecNum&gt;20&lt;/RecNum&gt;&lt;DisplayText&gt;&lt;style face="superscript"&gt;23&lt;/style&gt;&lt;/DisplayText&gt;&lt;record&gt;&lt;rec-number&gt;20&lt;/rec-number&gt;&lt;foreign-keys&gt;&lt;key app="EN" db-id="9ttaxzax2p0tr7ewzt55atews50zvxaaa5rz" timestamp="1764068827"&gt;20&lt;/key&gt;&lt;/foreign-keys&gt;&lt;ref-type name="Journal Article"&gt;17&lt;/ref-type&gt;&lt;contributors&gt;&lt;authors&gt;&lt;author&gt;Gupta, S.&lt;/author&gt;&lt;author&gt;Gupta, P.&lt;/author&gt;&lt;author&gt;Sharma, M.&lt;/author&gt;&lt;/authors&gt;&lt;/contributors&gt;&lt;titles&gt;&lt;title&gt;Comparative profile of atypical antipsychotics in patients of schizophrenia&lt;/title&gt;&lt;secondary-title&gt;Indian Journal of Psychiatry&lt;/secondary-title&gt;&lt;/titles&gt;&lt;periodical&gt;&lt;full-title&gt;Indian Journal of Psychiatry&lt;/full-title&gt;&lt;/periodical&gt;&lt;pages&gt;S75&lt;/pages&gt;&lt;volume&gt;60&lt;/volume&gt;&lt;number&gt;5 Supplement 1&lt;/number&gt;&lt;dates&gt;&lt;year&gt;2018&lt;/year&gt;&lt;/dates&gt;&lt;pub-location&gt;Netherlands&lt;/pub-location&gt;&lt;publisher&gt;Medknow Publications&lt;/publisher&gt;&lt;isbn&gt;1998-3794&lt;/isbn&gt;&lt;urls&gt;&lt;related-urls&gt;&lt;url&gt;http://ovidsp.ovid.com/ovidweb.cgi?T=JS&amp;amp;PAGE=reference&amp;amp;D=emed19&amp;amp;NEWS=N&amp;amp;AN=621267601&lt;/url&gt;&lt;/related-urls&gt;&lt;/urls&gt;&lt;/record&gt;&lt;/Cite&gt;&lt;/EndNote&gt;</w:instrText>
            </w:r>
            <w:r w:rsidR="0031308D" w:rsidRPr="00EB75F0">
              <w:fldChar w:fldCharType="separate"/>
            </w:r>
            <w:r w:rsidR="00452EF4" w:rsidRPr="00452EF4">
              <w:rPr>
                <w:noProof/>
                <w:vertAlign w:val="superscript"/>
              </w:rPr>
              <w:t>23</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7ED13F63" w14:textId="77777777" w:rsidR="009446D0" w:rsidRPr="00732701" w:rsidRDefault="0084596B">
            <w:pPr>
              <w:spacing w:before="60" w:after="60" w:line="240" w:lineRule="auto"/>
              <w:rPr>
                <w:sz w:val="14"/>
                <w:lang w:val="nl-NL"/>
              </w:rPr>
            </w:pPr>
            <w:r w:rsidRPr="00732701">
              <w:rPr>
                <w:sz w:val="14"/>
                <w:lang w:val="nl-NL"/>
              </w:rPr>
              <w:t xml:space="preserve">DSM-V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3C79B51F" w14:textId="77777777" w:rsidR="009446D0" w:rsidRPr="00EB75F0" w:rsidRDefault="0084596B">
            <w:pPr>
              <w:spacing w:before="60" w:after="60" w:line="240" w:lineRule="auto"/>
              <w:rPr>
                <w:sz w:val="14"/>
              </w:rPr>
            </w:pPr>
            <w:r w:rsidRPr="00EB75F0">
              <w:rPr>
                <w:sz w:val="14"/>
              </w:rPr>
              <w:t>NR</w:t>
            </w:r>
          </w:p>
        </w:tc>
        <w:tc>
          <w:tcPr>
            <w:tcW w:w="557" w:type="pct"/>
            <w:tcBorders>
              <w:top w:val="single" w:sz="4" w:space="0" w:color="000000"/>
              <w:left w:val="single" w:sz="4" w:space="0" w:color="000000"/>
              <w:bottom w:val="single" w:sz="4" w:space="0" w:color="000000"/>
              <w:right w:val="single" w:sz="4" w:space="0" w:color="000000"/>
            </w:tcBorders>
          </w:tcPr>
          <w:p w14:paraId="24263F5A"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6A593868" w14:textId="77777777" w:rsidR="009446D0" w:rsidRPr="00EB75F0" w:rsidRDefault="0084596B">
            <w:pPr>
              <w:spacing w:before="60" w:after="60" w:line="240" w:lineRule="auto"/>
              <w:rPr>
                <w:sz w:val="14"/>
              </w:rPr>
            </w:pPr>
            <w:r w:rsidRPr="00EB75F0">
              <w:rPr>
                <w:sz w:val="14"/>
              </w:rPr>
              <w:t>Not reported</w:t>
            </w:r>
          </w:p>
        </w:tc>
        <w:tc>
          <w:tcPr>
            <w:tcW w:w="694" w:type="pct"/>
            <w:tcBorders>
              <w:top w:val="single" w:sz="4" w:space="0" w:color="000000"/>
              <w:left w:val="single" w:sz="4" w:space="0" w:color="000000"/>
              <w:bottom w:val="single" w:sz="4" w:space="0" w:color="000000"/>
              <w:right w:val="single" w:sz="4" w:space="0" w:color="000000"/>
            </w:tcBorders>
          </w:tcPr>
          <w:p w14:paraId="7BD5F061" w14:textId="77777777" w:rsidR="009446D0" w:rsidRPr="00EB75F0" w:rsidRDefault="0084596B">
            <w:pPr>
              <w:spacing w:before="60" w:after="60" w:line="240" w:lineRule="auto"/>
              <w:rPr>
                <w:sz w:val="14"/>
              </w:rPr>
            </w:pPr>
            <w:r w:rsidRPr="00EB75F0">
              <w:rPr>
                <w:sz w:val="14"/>
              </w:rPr>
              <w:t>Not reported</w:t>
            </w:r>
          </w:p>
        </w:tc>
        <w:tc>
          <w:tcPr>
            <w:tcW w:w="531" w:type="pct"/>
            <w:tcBorders>
              <w:top w:val="single" w:sz="4" w:space="0" w:color="000000"/>
              <w:left w:val="single" w:sz="4" w:space="0" w:color="000000"/>
              <w:bottom w:val="single" w:sz="4" w:space="0" w:color="000000"/>
              <w:right w:val="single" w:sz="4" w:space="0" w:color="000000"/>
            </w:tcBorders>
          </w:tcPr>
          <w:p w14:paraId="5973AA14"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4550B062"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438B87C1" w14:textId="77777777" w:rsidR="009446D0" w:rsidRPr="00EB75F0" w:rsidRDefault="0084596B">
            <w:pPr>
              <w:spacing w:before="60" w:after="60" w:line="240" w:lineRule="auto"/>
              <w:rPr>
                <w:sz w:val="14"/>
              </w:rPr>
            </w:pPr>
            <w:r w:rsidRPr="00EB75F0">
              <w:rPr>
                <w:sz w:val="14"/>
              </w:rPr>
              <w:t>Patients with disease of the central nervous system such as stroke, tumor, Parkinson's, organic brain disease, chronic infection, or neurosyphilis; or patients who have suffered a traumatic brain injury resulting in significant impairment</w:t>
            </w:r>
          </w:p>
        </w:tc>
      </w:tr>
      <w:tr w:rsidR="009446D0" w:rsidRPr="00EB75F0" w14:paraId="6E61DCA2" w14:textId="77777777">
        <w:tc>
          <w:tcPr>
            <w:tcW w:w="485" w:type="pct"/>
            <w:tcBorders>
              <w:top w:val="single" w:sz="4" w:space="0" w:color="000000"/>
              <w:left w:val="single" w:sz="4" w:space="0" w:color="000000"/>
              <w:bottom w:val="single" w:sz="4" w:space="0" w:color="000000"/>
              <w:right w:val="single" w:sz="4" w:space="0" w:color="000000"/>
            </w:tcBorders>
          </w:tcPr>
          <w:p w14:paraId="6DD754B6" w14:textId="1969BF66" w:rsidR="009446D0" w:rsidRPr="00EB75F0" w:rsidRDefault="0084596B">
            <w:pPr>
              <w:spacing w:before="60" w:after="60" w:line="240" w:lineRule="auto"/>
              <w:rPr>
                <w:sz w:val="14"/>
              </w:rPr>
            </w:pPr>
            <w:r w:rsidRPr="00EB75F0">
              <w:rPr>
                <w:sz w:val="14"/>
              </w:rPr>
              <w:t>Hatta 2009</w:t>
            </w:r>
            <w:r w:rsidR="0031308D" w:rsidRPr="00EB75F0">
              <w:fldChar w:fldCharType="begin"/>
            </w:r>
            <w:r w:rsidR="00452EF4">
              <w:instrText xml:space="preserve"> ADDIN EN.CITE &lt;EndNote&gt;&lt;Cite&gt;&lt;Author&gt;Hatta&lt;/Author&gt;&lt;Year&gt;2009&lt;/Year&gt;&lt;RecNum&gt;21&lt;/RecNum&gt;&lt;DisplayText&gt;&lt;style face="superscript"&gt;24&lt;/style&gt;&lt;/DisplayText&gt;&lt;record&gt;&lt;rec-number&gt;21&lt;/rec-number&gt;&lt;foreign-keys&gt;&lt;key app="EN" db-id="9ttaxzax2p0tr7ewzt55atews50zvxaaa5rz" timestamp="1764068828"&gt;21&lt;/key&gt;&lt;/foreign-keys&gt;&lt;ref-type name="Journal Article"&gt;17&lt;/ref-type&gt;&lt;contributors&gt;&lt;authors&gt;&lt;author&gt;Hatta, K.&lt;/author&gt;&lt;author&gt;Sato, K.&lt;/author&gt;&lt;author&gt;Hamakawa, H.&lt;/author&gt;&lt;author&gt;Takebayashi, H.&lt;/author&gt;&lt;author&gt;Kimura, N.&lt;/author&gt;&lt;author&gt;Ochi, S.&lt;/author&gt;&lt;author&gt;Sudo, Y.&lt;/author&gt;&lt;author&gt;Asukai, N.&lt;/author&gt;&lt;author&gt;Nakamura, H.&lt;/author&gt;&lt;author&gt;Usui, C.&lt;/author&gt;&lt;author&gt;Kawabata, T.&lt;/author&gt;&lt;author&gt;Hirata, T.&lt;/author&gt;&lt;author&gt;Sawa, Y.&lt;/author&gt;&lt;/authors&gt;&lt;/contributors&gt;&lt;titles&gt;&lt;title&gt;Effectiveness of second-generation antipsychotics with acute-phase schizophrenia&lt;/title&gt;&lt;secondary-title&gt;Schizophr Res&lt;/secondary-title&gt;&lt;/titles&gt;&lt;periodical&gt;&lt;full-title&gt;Schizophr Res&lt;/full-title&gt;&lt;/periodical&gt;&lt;pages&gt;49-55&lt;/pages&gt;&lt;volume&gt;113&lt;/volume&gt;&lt;number&gt;1&lt;/number&gt;&lt;dates&gt;&lt;year&gt;2009&lt;/year&gt;&lt;pub-dates&gt;&lt;date&gt;20090624&lt;/date&gt;&lt;/pub-dates&gt;&lt;/dates&gt;&lt;pub-location&gt;Department of Psychiatry, Juntendo University School of Medicine, Tokyo, Japan. khatta@juntendo.ac.jp&lt;/pub-location&gt;&lt;isbn&gt;1573-2509 (Electronic) 0920-9964 (Linking)&lt;/isbn&gt;&lt;urls&gt;&lt;related-urls&gt;&lt;url&gt;https://www.ncbi.nlm.nih.gov/pubmed/19553086&lt;/url&gt;&lt;/related-urls&gt;&lt;/urls&gt;&lt;electronic-resource-num&gt;10.1016/j.schres.2009.05.030&lt;/electronic-resource-num&gt;&lt;/record&gt;&lt;/Cite&gt;&lt;/EndNote&gt;</w:instrText>
            </w:r>
            <w:r w:rsidR="0031308D" w:rsidRPr="00EB75F0">
              <w:fldChar w:fldCharType="separate"/>
            </w:r>
            <w:r w:rsidR="00452EF4" w:rsidRPr="00452EF4">
              <w:rPr>
                <w:noProof/>
                <w:vertAlign w:val="superscript"/>
              </w:rPr>
              <w:t>24</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78D9B988" w14:textId="77777777" w:rsidR="009446D0" w:rsidRPr="00EB75F0" w:rsidRDefault="0084596B">
            <w:pPr>
              <w:spacing w:before="60" w:after="60" w:line="240" w:lineRule="auto"/>
              <w:rPr>
                <w:sz w:val="14"/>
              </w:rPr>
            </w:pPr>
            <w:r w:rsidRPr="00EB75F0">
              <w:rPr>
                <w:sz w:val="14"/>
              </w:rPr>
              <w:t>ICD-10 diagnosis of schizophrenia</w:t>
            </w:r>
          </w:p>
        </w:tc>
        <w:tc>
          <w:tcPr>
            <w:tcW w:w="293" w:type="pct"/>
            <w:tcBorders>
              <w:top w:val="single" w:sz="4" w:space="0" w:color="000000"/>
              <w:left w:val="single" w:sz="4" w:space="0" w:color="000000"/>
              <w:bottom w:val="single" w:sz="4" w:space="0" w:color="000000"/>
              <w:right w:val="single" w:sz="4" w:space="0" w:color="000000"/>
            </w:tcBorders>
          </w:tcPr>
          <w:p w14:paraId="53AF9A81" w14:textId="77777777" w:rsidR="009446D0" w:rsidRPr="00EB75F0" w:rsidRDefault="0084596B">
            <w:pPr>
              <w:spacing w:before="60" w:after="60" w:line="240" w:lineRule="auto"/>
              <w:rPr>
                <w:sz w:val="14"/>
              </w:rPr>
            </w:pPr>
            <w:r w:rsidRPr="00EB75F0">
              <w:rPr>
                <w:sz w:val="14"/>
              </w:rPr>
              <w:t>18-64</w:t>
            </w:r>
          </w:p>
        </w:tc>
        <w:tc>
          <w:tcPr>
            <w:tcW w:w="557" w:type="pct"/>
            <w:tcBorders>
              <w:top w:val="single" w:sz="4" w:space="0" w:color="000000"/>
              <w:left w:val="single" w:sz="4" w:space="0" w:color="000000"/>
              <w:bottom w:val="single" w:sz="4" w:space="0" w:color="000000"/>
              <w:right w:val="single" w:sz="4" w:space="0" w:color="000000"/>
            </w:tcBorders>
          </w:tcPr>
          <w:p w14:paraId="12C729B2"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7D975B8A" w14:textId="77777777" w:rsidR="009446D0" w:rsidRPr="00EB75F0" w:rsidRDefault="0084596B">
            <w:pPr>
              <w:spacing w:before="60" w:after="60" w:line="240" w:lineRule="auto"/>
              <w:rPr>
                <w:sz w:val="14"/>
              </w:rPr>
            </w:pPr>
            <w:r w:rsidRPr="00EB75F0">
              <w:rPr>
                <w:sz w:val="14"/>
              </w:rPr>
              <w:t>Newly admitted acute schizophrenic patients</w:t>
            </w:r>
          </w:p>
        </w:tc>
        <w:tc>
          <w:tcPr>
            <w:tcW w:w="694" w:type="pct"/>
            <w:tcBorders>
              <w:top w:val="single" w:sz="4" w:space="0" w:color="000000"/>
              <w:left w:val="single" w:sz="4" w:space="0" w:color="000000"/>
              <w:bottom w:val="single" w:sz="4" w:space="0" w:color="000000"/>
              <w:right w:val="single" w:sz="4" w:space="0" w:color="000000"/>
            </w:tcBorders>
          </w:tcPr>
          <w:p w14:paraId="329FC115" w14:textId="77777777" w:rsidR="009446D0" w:rsidRPr="00EB75F0" w:rsidRDefault="0084596B">
            <w:pPr>
              <w:spacing w:before="60" w:after="60" w:line="240" w:lineRule="auto"/>
              <w:rPr>
                <w:sz w:val="14"/>
              </w:rPr>
            </w:pPr>
            <w:r w:rsidRPr="00EB75F0">
              <w:rPr>
                <w:sz w:val="14"/>
              </w:rPr>
              <w:t>Not reported</w:t>
            </w:r>
          </w:p>
        </w:tc>
        <w:tc>
          <w:tcPr>
            <w:tcW w:w="531" w:type="pct"/>
            <w:tcBorders>
              <w:top w:val="single" w:sz="4" w:space="0" w:color="000000"/>
              <w:left w:val="single" w:sz="4" w:space="0" w:color="000000"/>
              <w:bottom w:val="single" w:sz="4" w:space="0" w:color="000000"/>
              <w:right w:val="single" w:sz="4" w:space="0" w:color="000000"/>
            </w:tcBorders>
          </w:tcPr>
          <w:p w14:paraId="35BF1786"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7EF641CC"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4847324F" w14:textId="77777777" w:rsidR="009446D0" w:rsidRPr="00EB75F0" w:rsidRDefault="0084596B">
            <w:pPr>
              <w:spacing w:before="60" w:after="60" w:line="240" w:lineRule="auto"/>
              <w:rPr>
                <w:sz w:val="14"/>
              </w:rPr>
            </w:pPr>
            <w:r w:rsidRPr="00EB75F0">
              <w:rPr>
                <w:sz w:val="14"/>
              </w:rPr>
              <w:t>Excluded for diagnoses of schizoaffective, schizophreniform, bipolar I or II disorders, substance abuse/dependence (past 3 months); suicide attempt (past 2 years); suicide risk, body mass index of less than 18 or greater than 40 kg/m2</w:t>
            </w:r>
          </w:p>
        </w:tc>
      </w:tr>
      <w:tr w:rsidR="009446D0" w:rsidRPr="00EB75F0" w14:paraId="59112D4C" w14:textId="77777777">
        <w:trPr>
          <w:trHeight w:val="1178"/>
        </w:trPr>
        <w:tc>
          <w:tcPr>
            <w:tcW w:w="485" w:type="pct"/>
            <w:tcBorders>
              <w:top w:val="single" w:sz="4" w:space="0" w:color="000000"/>
              <w:left w:val="single" w:sz="4" w:space="0" w:color="000000"/>
              <w:bottom w:val="single" w:sz="4" w:space="0" w:color="000000"/>
              <w:right w:val="single" w:sz="4" w:space="0" w:color="000000"/>
            </w:tcBorders>
          </w:tcPr>
          <w:p w14:paraId="3B5A2E2F" w14:textId="7292BFE5" w:rsidR="009446D0" w:rsidRPr="00EB75F0" w:rsidRDefault="0084596B">
            <w:pPr>
              <w:spacing w:before="60" w:after="60" w:line="240" w:lineRule="auto"/>
              <w:rPr>
                <w:sz w:val="14"/>
              </w:rPr>
            </w:pPr>
            <w:r w:rsidRPr="00EB75F0">
              <w:rPr>
                <w:sz w:val="14"/>
              </w:rPr>
              <w:t>Cantillon 2017</w:t>
            </w:r>
            <w:r w:rsidR="0031308D" w:rsidRPr="00EB75F0">
              <w:fldChar w:fldCharType="begin"/>
            </w:r>
            <w:r w:rsidR="00452EF4">
              <w:instrText xml:space="preserve"> ADDIN EN.CITE &lt;EndNote&gt;&lt;Cite&gt;&lt;Author&gt;Cantillon M&lt;/Author&gt;&lt;Year&gt;2017&lt;/Year&gt;&lt;RecNum&gt;22&lt;/RecNum&gt;&lt;DisplayText&gt;&lt;style face="superscript"&gt;25&lt;/style&gt;&lt;/DisplayText&gt;&lt;record&gt;&lt;rec-number&gt;22&lt;/rec-number&gt;&lt;foreign-keys&gt;&lt;key app="EN" db-id="9ttaxzax2p0tr7ewzt55atews50zvxaaa5rz" timestamp="1764068828"&gt;22&lt;/key&gt;&lt;/foreign-keys&gt;&lt;ref-type name="Journal Article"&gt;17&lt;/ref-type&gt;&lt;contributors&gt;&lt;authors&gt;&lt;author&gt;Cantillon M, Prakash A, Alexander A, Ings R, Sweitzer D, Bhat L&lt;/author&gt;&lt;/authors&gt;&lt;/contributors&gt;&lt;titles&gt;&lt;title&gt;Dopamine serotonin stabilizer RP5063: a randomized, double-blind, placebo-controlled multicenter trial of safety and efficacy in exacerbation of schizophrenia or schizoaffective disorder&lt;/title&gt;&lt;secondary-title&gt;Schizophr. Res.&lt;/secondary-title&gt;&lt;/titles&gt;&lt;periodical&gt;&lt;full-title&gt;Schizophr. Res.&lt;/full-title&gt;&lt;/periodical&gt;&lt;pages&gt;126-33&lt;/pages&gt;&lt;volume&gt;1&lt;/volume&gt;&lt;number&gt;189&lt;/number&gt;&lt;dates&gt;&lt;year&gt;2017&lt;/year&gt;&lt;/dates&gt;&lt;urls&gt;&lt;/urls&gt;&lt;/record&gt;&lt;/Cite&gt;&lt;/EndNote&gt;</w:instrText>
            </w:r>
            <w:r w:rsidR="0031308D" w:rsidRPr="00EB75F0">
              <w:fldChar w:fldCharType="separate"/>
            </w:r>
            <w:r w:rsidR="00452EF4" w:rsidRPr="00452EF4">
              <w:rPr>
                <w:noProof/>
                <w:vertAlign w:val="superscript"/>
              </w:rPr>
              <w:t>25</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0DAA9A51" w14:textId="77777777" w:rsidR="009446D0" w:rsidRPr="00EB75F0" w:rsidRDefault="0084596B">
            <w:pPr>
              <w:spacing w:before="60" w:after="60" w:line="240" w:lineRule="auto"/>
              <w:rPr>
                <w:sz w:val="14"/>
              </w:rPr>
            </w:pPr>
            <w:r w:rsidRPr="00EB75F0">
              <w:rPr>
                <w:sz w:val="14"/>
              </w:rPr>
              <w:t>DSM-IV diagnosis of schizophrenia or schizoaffective disorder, confirmed by MINI international neuropsychiatric interview 6.0 for schizophrenia and Psychotic disorders studies</w:t>
            </w:r>
          </w:p>
        </w:tc>
        <w:tc>
          <w:tcPr>
            <w:tcW w:w="293" w:type="pct"/>
            <w:tcBorders>
              <w:top w:val="single" w:sz="4" w:space="0" w:color="000000"/>
              <w:left w:val="single" w:sz="4" w:space="0" w:color="000000"/>
              <w:bottom w:val="single" w:sz="4" w:space="0" w:color="000000"/>
              <w:right w:val="single" w:sz="4" w:space="0" w:color="000000"/>
            </w:tcBorders>
          </w:tcPr>
          <w:p w14:paraId="64EED5B6"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3989A17A" w14:textId="77777777" w:rsidR="009446D0" w:rsidRPr="00EB75F0" w:rsidRDefault="0084596B">
            <w:pPr>
              <w:spacing w:before="60" w:after="60" w:line="240" w:lineRule="auto"/>
              <w:rPr>
                <w:sz w:val="14"/>
              </w:rPr>
            </w:pPr>
            <w:r w:rsidRPr="00EB75F0">
              <w:rPr>
                <w:sz w:val="14"/>
              </w:rPr>
              <w:t>Diagnosis at least one year prior to screening</w:t>
            </w:r>
          </w:p>
        </w:tc>
        <w:tc>
          <w:tcPr>
            <w:tcW w:w="448" w:type="pct"/>
            <w:tcBorders>
              <w:top w:val="single" w:sz="4" w:space="0" w:color="000000"/>
              <w:left w:val="single" w:sz="4" w:space="0" w:color="000000"/>
              <w:bottom w:val="single" w:sz="4" w:space="0" w:color="000000"/>
              <w:right w:val="single" w:sz="4" w:space="0" w:color="000000"/>
            </w:tcBorders>
          </w:tcPr>
          <w:p w14:paraId="7004908C" w14:textId="77777777" w:rsidR="009446D0" w:rsidRPr="00EB75F0" w:rsidRDefault="0084596B">
            <w:pPr>
              <w:spacing w:before="60" w:after="60" w:line="240" w:lineRule="auto"/>
              <w:rPr>
                <w:sz w:val="14"/>
              </w:rPr>
            </w:pPr>
            <w:r w:rsidRPr="00EB75F0">
              <w:rPr>
                <w:sz w:val="14"/>
              </w:rPr>
              <w:t>Current exacerbation episode no longer than 4 weeks</w:t>
            </w:r>
          </w:p>
        </w:tc>
        <w:tc>
          <w:tcPr>
            <w:tcW w:w="694" w:type="pct"/>
            <w:tcBorders>
              <w:top w:val="single" w:sz="4" w:space="0" w:color="000000"/>
              <w:left w:val="single" w:sz="4" w:space="0" w:color="000000"/>
              <w:bottom w:val="single" w:sz="4" w:space="0" w:color="000000"/>
              <w:right w:val="single" w:sz="4" w:space="0" w:color="000000"/>
            </w:tcBorders>
          </w:tcPr>
          <w:p w14:paraId="7A2A32C8" w14:textId="77777777" w:rsidR="009446D0" w:rsidRPr="00EB75F0" w:rsidRDefault="0084596B">
            <w:pPr>
              <w:spacing w:before="60" w:after="60" w:line="240" w:lineRule="auto"/>
              <w:rPr>
                <w:sz w:val="14"/>
              </w:rPr>
            </w:pPr>
            <w:r w:rsidRPr="00EB75F0">
              <w:rPr>
                <w:sz w:val="14"/>
              </w:rPr>
              <w:t>Minimum of 6 weeks exposure and positive response to antipsychotic therapy in the last 3 years</w:t>
            </w:r>
          </w:p>
        </w:tc>
        <w:tc>
          <w:tcPr>
            <w:tcW w:w="531" w:type="pct"/>
            <w:tcBorders>
              <w:top w:val="single" w:sz="4" w:space="0" w:color="000000"/>
              <w:left w:val="single" w:sz="4" w:space="0" w:color="000000"/>
              <w:bottom w:val="single" w:sz="4" w:space="0" w:color="000000"/>
              <w:right w:val="single" w:sz="4" w:space="0" w:color="000000"/>
            </w:tcBorders>
          </w:tcPr>
          <w:p w14:paraId="3FEB2076"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3A4927CF" w14:textId="77777777" w:rsidR="009446D0" w:rsidRPr="00EB75F0" w:rsidRDefault="0084596B">
            <w:pPr>
              <w:spacing w:before="60" w:after="60" w:line="240" w:lineRule="auto"/>
              <w:rPr>
                <w:sz w:val="14"/>
              </w:rPr>
            </w:pPr>
            <w:r w:rsidRPr="00EB75F0">
              <w:rPr>
                <w:sz w:val="14"/>
              </w:rPr>
              <w:t>Psychiatric rating scale (BPRS): score &gt;36, BPRS Psychosis cluster = 4</w:t>
            </w:r>
          </w:p>
        </w:tc>
        <w:tc>
          <w:tcPr>
            <w:tcW w:w="658" w:type="pct"/>
            <w:tcBorders>
              <w:top w:val="single" w:sz="4" w:space="0" w:color="000000"/>
              <w:left w:val="single" w:sz="4" w:space="0" w:color="000000"/>
              <w:bottom w:val="single" w:sz="4" w:space="0" w:color="000000"/>
              <w:right w:val="single" w:sz="4" w:space="0" w:color="000000"/>
            </w:tcBorders>
          </w:tcPr>
          <w:p w14:paraId="2388FAFB" w14:textId="77777777" w:rsidR="009446D0" w:rsidRPr="00EB75F0" w:rsidRDefault="0084596B">
            <w:pPr>
              <w:spacing w:before="60" w:after="60" w:line="240" w:lineRule="auto"/>
              <w:rPr>
                <w:sz w:val="14"/>
              </w:rPr>
            </w:pPr>
            <w:r w:rsidRPr="00EB75F0">
              <w:rPr>
                <w:sz w:val="14"/>
              </w:rPr>
              <w:t>No patients with other primary psychiatric disorders (delirium or bipolar)</w:t>
            </w:r>
          </w:p>
        </w:tc>
      </w:tr>
      <w:tr w:rsidR="009446D0" w:rsidRPr="00EB75F0" w14:paraId="47774677" w14:textId="77777777">
        <w:tc>
          <w:tcPr>
            <w:tcW w:w="485" w:type="pct"/>
            <w:tcBorders>
              <w:top w:val="single" w:sz="4" w:space="0" w:color="000000"/>
              <w:left w:val="single" w:sz="4" w:space="0" w:color="000000"/>
              <w:bottom w:val="single" w:sz="4" w:space="0" w:color="000000"/>
              <w:right w:val="single" w:sz="4" w:space="0" w:color="000000"/>
            </w:tcBorders>
          </w:tcPr>
          <w:p w14:paraId="0303ACB5" w14:textId="62BE73AC" w:rsidR="009446D0" w:rsidRPr="00EB75F0" w:rsidRDefault="0084596B">
            <w:pPr>
              <w:keepNext/>
              <w:spacing w:before="60" w:after="60" w:line="240" w:lineRule="auto"/>
              <w:rPr>
                <w:sz w:val="14"/>
              </w:rPr>
            </w:pPr>
            <w:r w:rsidRPr="00EB75F0">
              <w:rPr>
                <w:sz w:val="14"/>
              </w:rPr>
              <w:lastRenderedPageBreak/>
              <w:t>Chan 2007</w:t>
            </w:r>
            <w:r w:rsidR="0031308D" w:rsidRPr="00EB75F0">
              <w:fldChar w:fldCharType="begin"/>
            </w:r>
            <w:r w:rsidR="00452EF4">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EB75F0">
              <w:fldChar w:fldCharType="separate"/>
            </w:r>
            <w:r w:rsidR="00452EF4" w:rsidRPr="00452EF4">
              <w:rPr>
                <w:noProof/>
                <w:vertAlign w:val="superscript"/>
              </w:rPr>
              <w:t>26</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3F05450A" w14:textId="77777777" w:rsidR="009446D0" w:rsidRPr="00EB75F0" w:rsidRDefault="0084596B">
            <w:pPr>
              <w:spacing w:before="60" w:after="60" w:line="240" w:lineRule="auto"/>
              <w:rPr>
                <w:sz w:val="14"/>
              </w:rPr>
            </w:pPr>
            <w:r w:rsidRPr="00EB75F0">
              <w:rPr>
                <w:sz w:val="14"/>
              </w:rPr>
              <w:t>DSM-IV diagnosis of schizophrenia or schizoaffective disorder</w:t>
            </w:r>
          </w:p>
        </w:tc>
        <w:tc>
          <w:tcPr>
            <w:tcW w:w="293" w:type="pct"/>
            <w:tcBorders>
              <w:top w:val="single" w:sz="4" w:space="0" w:color="000000"/>
              <w:left w:val="single" w:sz="4" w:space="0" w:color="000000"/>
              <w:bottom w:val="single" w:sz="4" w:space="0" w:color="000000"/>
              <w:right w:val="single" w:sz="4" w:space="0" w:color="000000"/>
            </w:tcBorders>
          </w:tcPr>
          <w:p w14:paraId="48366DB2"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6B1B2712" w14:textId="77777777" w:rsidR="009446D0" w:rsidRPr="00EB75F0" w:rsidRDefault="0084596B">
            <w:pPr>
              <w:spacing w:before="60" w:after="60" w:line="240" w:lineRule="auto"/>
              <w:rPr>
                <w:sz w:val="14"/>
              </w:rPr>
            </w:pPr>
            <w:r w:rsidRPr="00EB75F0">
              <w:rPr>
                <w:sz w:val="14"/>
              </w:rPr>
              <w:t>Outpatient for at least one 3- months period during the past years</w:t>
            </w:r>
          </w:p>
        </w:tc>
        <w:tc>
          <w:tcPr>
            <w:tcW w:w="448" w:type="pct"/>
            <w:tcBorders>
              <w:top w:val="single" w:sz="4" w:space="0" w:color="000000"/>
              <w:left w:val="single" w:sz="4" w:space="0" w:color="000000"/>
              <w:bottom w:val="single" w:sz="4" w:space="0" w:color="000000"/>
              <w:right w:val="single" w:sz="4" w:space="0" w:color="000000"/>
            </w:tcBorders>
          </w:tcPr>
          <w:p w14:paraId="0BB6BC7A" w14:textId="77777777" w:rsidR="009446D0" w:rsidRPr="00EB75F0" w:rsidRDefault="0084596B">
            <w:pPr>
              <w:spacing w:before="60" w:after="60" w:line="240" w:lineRule="auto"/>
              <w:rPr>
                <w:sz w:val="14"/>
              </w:rPr>
            </w:pPr>
            <w:r w:rsidRPr="00EB75F0">
              <w:rPr>
                <w:sz w:val="14"/>
              </w:rPr>
              <w:t>Acute relapse of symptoms leasing to hospitalization</w:t>
            </w:r>
          </w:p>
        </w:tc>
        <w:tc>
          <w:tcPr>
            <w:tcW w:w="694" w:type="pct"/>
            <w:tcBorders>
              <w:top w:val="single" w:sz="4" w:space="0" w:color="000000"/>
              <w:left w:val="single" w:sz="4" w:space="0" w:color="000000"/>
              <w:bottom w:val="single" w:sz="4" w:space="0" w:color="000000"/>
              <w:right w:val="single" w:sz="4" w:space="0" w:color="000000"/>
            </w:tcBorders>
          </w:tcPr>
          <w:p w14:paraId="7C694D30" w14:textId="77777777" w:rsidR="009446D0" w:rsidRPr="00EB75F0" w:rsidRDefault="0084596B">
            <w:pPr>
              <w:spacing w:before="60" w:after="60" w:line="240" w:lineRule="auto"/>
              <w:rPr>
                <w:sz w:val="14"/>
              </w:rPr>
            </w:pPr>
            <w:r w:rsidRPr="00EB75F0">
              <w:rPr>
                <w:sz w:val="14"/>
              </w:rPr>
              <w:t>Evidence of response to antipsychotic medications</w:t>
            </w:r>
            <w:r w:rsidRPr="00EB75F0">
              <w:br/>
            </w:r>
            <w:r w:rsidRPr="00EB75F0">
              <w:br/>
            </w:r>
            <w:r w:rsidRPr="00EB75F0">
              <w:rPr>
                <w:sz w:val="14"/>
              </w:rPr>
              <w:t>Patients taking a long acting neuroleptic could be included if a time period of at least 1 treatment cycle plus 1 week had elapsed since their last Injection could be included.</w:t>
            </w:r>
          </w:p>
        </w:tc>
        <w:tc>
          <w:tcPr>
            <w:tcW w:w="531" w:type="pct"/>
            <w:tcBorders>
              <w:top w:val="single" w:sz="4" w:space="0" w:color="000000"/>
              <w:left w:val="single" w:sz="4" w:space="0" w:color="000000"/>
              <w:bottom w:val="single" w:sz="4" w:space="0" w:color="000000"/>
              <w:right w:val="single" w:sz="4" w:space="0" w:color="000000"/>
            </w:tcBorders>
          </w:tcPr>
          <w:p w14:paraId="6EC32578"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4F815053" w14:textId="77777777" w:rsidR="009446D0" w:rsidRPr="00EB75F0" w:rsidRDefault="0084596B">
            <w:pPr>
              <w:spacing w:before="60" w:after="60" w:line="240" w:lineRule="auto"/>
              <w:rPr>
                <w:sz w:val="14"/>
              </w:rPr>
            </w:pPr>
            <w:r w:rsidRPr="00EB75F0">
              <w:rPr>
                <w:sz w:val="14"/>
              </w:rPr>
              <w:t>PANSS total score of at least 60 and a minimum score of 4 (moderate) on at least two of the four items of the PANSS positive subscale</w:t>
            </w:r>
          </w:p>
        </w:tc>
        <w:tc>
          <w:tcPr>
            <w:tcW w:w="658" w:type="pct"/>
            <w:tcBorders>
              <w:top w:val="single" w:sz="4" w:space="0" w:color="000000"/>
              <w:left w:val="single" w:sz="4" w:space="0" w:color="000000"/>
              <w:bottom w:val="single" w:sz="4" w:space="0" w:color="000000"/>
              <w:right w:val="single" w:sz="4" w:space="0" w:color="000000"/>
            </w:tcBorders>
          </w:tcPr>
          <w:p w14:paraId="2EF35100" w14:textId="77777777" w:rsidR="009446D0" w:rsidRPr="00EB75F0" w:rsidRDefault="0084596B">
            <w:pPr>
              <w:spacing w:before="60" w:after="60" w:line="240" w:lineRule="auto"/>
              <w:rPr>
                <w:sz w:val="14"/>
              </w:rPr>
            </w:pPr>
            <w:r w:rsidRPr="00EB75F0">
              <w:rPr>
                <w:sz w:val="14"/>
              </w:rPr>
              <w:t>No patients with psychiatric disorder other than schizophrenia or schizoaffective disorder requiring pharmacotherapy or serious suicidal ideation, other neurological abnormality, drug/alcohol dependency or use of other investigational drug</w:t>
            </w:r>
          </w:p>
        </w:tc>
      </w:tr>
      <w:tr w:rsidR="009446D0" w:rsidRPr="00EB75F0" w14:paraId="6174B0FD" w14:textId="77777777">
        <w:tc>
          <w:tcPr>
            <w:tcW w:w="485" w:type="pct"/>
            <w:tcBorders>
              <w:top w:val="single" w:sz="4" w:space="0" w:color="000000"/>
              <w:left w:val="single" w:sz="4" w:space="0" w:color="000000"/>
              <w:bottom w:val="single" w:sz="4" w:space="0" w:color="000000"/>
              <w:right w:val="single" w:sz="4" w:space="0" w:color="000000"/>
            </w:tcBorders>
          </w:tcPr>
          <w:p w14:paraId="45D7186D" w14:textId="0DE5B330" w:rsidR="009446D0" w:rsidRPr="00EB75F0" w:rsidRDefault="0084596B">
            <w:pPr>
              <w:spacing w:before="60" w:after="60" w:line="240" w:lineRule="auto"/>
              <w:rPr>
                <w:sz w:val="14"/>
              </w:rPr>
            </w:pPr>
            <w:r w:rsidRPr="00EB75F0">
              <w:rPr>
                <w:sz w:val="14"/>
              </w:rPr>
              <w:t>Cutler 2006</w:t>
            </w:r>
            <w:r w:rsidR="0031308D" w:rsidRPr="00EB75F0">
              <w:fldChar w:fldCharType="begin"/>
            </w:r>
            <w:r w:rsidR="00452EF4">
              <w:instrText xml:space="preserve"> ADDIN EN.CITE &lt;EndNote&gt;&lt;Cite&gt;&lt;Author&gt;Cutler AJ&lt;/Author&gt;&lt;Year&gt;2006&lt;/Year&gt;&lt;RecNum&gt;24&lt;/RecNum&gt;&lt;DisplayText&gt;&lt;style face="superscript"&gt;27&lt;/style&gt;&lt;/DisplayText&gt;&lt;record&gt;&lt;rec-number&gt;24&lt;/rec-number&gt;&lt;foreign-keys&gt;&lt;key app="EN" db-id="9ttaxzax2p0tr7ewzt55atews50zvxaaa5rz" timestamp="1764068828"&gt;24&lt;/key&gt;&lt;/foreign-keys&gt;&lt;ref-type name="Journal Article"&gt;17&lt;/ref-type&gt;&lt;contributors&gt;&lt;authors&gt;&lt;author&gt;Cutler AJ, Marcus RN, Hardy SA, O&amp;apos;Donnell A, Carson WH, McQuade RD&lt;/author&gt;&lt;/authors&gt;&lt;/contributors&gt;&lt;titles&gt;&lt;title&gt;The efficacy and safety of lower doses of aripiprazole for the treatment of patients with acute exacerbation of schizophrenia&lt;/title&gt;&lt;secondary-title&gt;CNS Spectr.&lt;/secondary-title&gt;&lt;/titles&gt;&lt;periodical&gt;&lt;full-title&gt;CNS Spectr.&lt;/full-title&gt;&lt;/periodical&gt;&lt;pages&gt;691-702&lt;/pages&gt;&lt;volume&gt;11&lt;/volume&gt;&lt;number&gt;9&lt;/number&gt;&lt;dates&gt;&lt;year&gt;2006&lt;/year&gt;&lt;/dates&gt;&lt;urls&gt;&lt;/urls&gt;&lt;/record&gt;&lt;/Cite&gt;&lt;/EndNote&gt;</w:instrText>
            </w:r>
            <w:r w:rsidR="0031308D" w:rsidRPr="00EB75F0">
              <w:fldChar w:fldCharType="separate"/>
            </w:r>
            <w:r w:rsidR="00452EF4" w:rsidRPr="00452EF4">
              <w:rPr>
                <w:noProof/>
                <w:vertAlign w:val="superscript"/>
              </w:rPr>
              <w:t>27</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67D0D53A"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519104C9" w14:textId="77777777" w:rsidR="009446D0" w:rsidRPr="00EB75F0" w:rsidRDefault="0084596B">
            <w:pPr>
              <w:spacing w:before="60" w:after="60" w:line="240" w:lineRule="auto"/>
              <w:rPr>
                <w:sz w:val="14"/>
              </w:rPr>
            </w:pPr>
            <w:r w:rsidRPr="00EB75F0">
              <w:rPr>
                <w:sz w:val="14"/>
              </w:rPr>
              <w:t>18+</w:t>
            </w:r>
          </w:p>
        </w:tc>
        <w:tc>
          <w:tcPr>
            <w:tcW w:w="557" w:type="pct"/>
            <w:tcBorders>
              <w:top w:val="single" w:sz="4" w:space="0" w:color="000000"/>
              <w:left w:val="single" w:sz="4" w:space="0" w:color="000000"/>
              <w:bottom w:val="single" w:sz="4" w:space="0" w:color="000000"/>
              <w:right w:val="single" w:sz="4" w:space="0" w:color="000000"/>
            </w:tcBorders>
          </w:tcPr>
          <w:p w14:paraId="43717061"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71F11F83" w14:textId="77777777" w:rsidR="009446D0" w:rsidRPr="00EB75F0" w:rsidRDefault="0084596B">
            <w:pPr>
              <w:spacing w:before="60" w:after="60" w:line="240" w:lineRule="auto"/>
              <w:rPr>
                <w:sz w:val="14"/>
              </w:rPr>
            </w:pPr>
            <w:r w:rsidRPr="00EB75F0">
              <w:rPr>
                <w:sz w:val="14"/>
              </w:rPr>
              <w:t>Acute relapse with worsening of schizophrenia within previous 3 months which required inpatient hospitalization</w:t>
            </w:r>
          </w:p>
        </w:tc>
        <w:tc>
          <w:tcPr>
            <w:tcW w:w="694" w:type="pct"/>
            <w:tcBorders>
              <w:top w:val="single" w:sz="4" w:space="0" w:color="000000"/>
              <w:left w:val="single" w:sz="4" w:space="0" w:color="000000"/>
              <w:bottom w:val="single" w:sz="4" w:space="0" w:color="000000"/>
              <w:right w:val="single" w:sz="4" w:space="0" w:color="000000"/>
            </w:tcBorders>
          </w:tcPr>
          <w:p w14:paraId="4A52E278" w14:textId="77777777" w:rsidR="009446D0" w:rsidRPr="00EB75F0" w:rsidRDefault="0084596B">
            <w:pPr>
              <w:spacing w:before="60" w:after="60" w:line="240" w:lineRule="auto"/>
              <w:rPr>
                <w:sz w:val="14"/>
              </w:rPr>
            </w:pPr>
            <w:r w:rsidRPr="00EB75F0">
              <w:rPr>
                <w:sz w:val="14"/>
              </w:rPr>
              <w:t>Evidence of responsiveness to antipsychotic medication (other than clozapine) in the past 2 years</w:t>
            </w:r>
          </w:p>
        </w:tc>
        <w:tc>
          <w:tcPr>
            <w:tcW w:w="531" w:type="pct"/>
            <w:tcBorders>
              <w:top w:val="single" w:sz="4" w:space="0" w:color="000000"/>
              <w:left w:val="single" w:sz="4" w:space="0" w:color="000000"/>
              <w:bottom w:val="single" w:sz="4" w:space="0" w:color="000000"/>
              <w:right w:val="single" w:sz="4" w:space="0" w:color="000000"/>
            </w:tcBorders>
          </w:tcPr>
          <w:p w14:paraId="68C6F56D"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33C23CA7" w14:textId="77777777" w:rsidR="009446D0" w:rsidRPr="00EB75F0" w:rsidRDefault="0084596B">
            <w:pPr>
              <w:spacing w:before="60" w:after="60" w:line="240" w:lineRule="auto"/>
              <w:rPr>
                <w:sz w:val="14"/>
              </w:rPr>
            </w:pPr>
            <w:r w:rsidRPr="00EB75F0">
              <w:rPr>
                <w:sz w:val="14"/>
              </w:rPr>
              <w:t>PANSS total score of &gt;60 and a minimum score of 4 (moderate) on at least two of the four items of the PANSS positive subscale</w:t>
            </w:r>
          </w:p>
        </w:tc>
        <w:tc>
          <w:tcPr>
            <w:tcW w:w="658" w:type="pct"/>
            <w:tcBorders>
              <w:top w:val="single" w:sz="4" w:space="0" w:color="000000"/>
              <w:left w:val="single" w:sz="4" w:space="0" w:color="000000"/>
              <w:bottom w:val="single" w:sz="4" w:space="0" w:color="000000"/>
              <w:right w:val="single" w:sz="4" w:space="0" w:color="000000"/>
            </w:tcBorders>
          </w:tcPr>
          <w:p w14:paraId="3D9D9548" w14:textId="77777777" w:rsidR="009446D0" w:rsidRPr="00EB75F0" w:rsidRDefault="0084596B">
            <w:pPr>
              <w:spacing w:before="60" w:after="60" w:line="240" w:lineRule="auto"/>
              <w:rPr>
                <w:sz w:val="14"/>
              </w:rPr>
            </w:pPr>
            <w:r w:rsidRPr="00EB75F0">
              <w:rPr>
                <w:sz w:val="14"/>
              </w:rPr>
              <w:t>Excluded if current DSM-IV-TR Axis I diagnosis of: Schizoaffective disorder; MDD; Bipolar disorder; Delirium, dementia, amnestic or other cognitive disorder; Borderline, paranoid, histrionic, schizotypal, schizoid or antisocial personality disorder</w:t>
            </w:r>
          </w:p>
        </w:tc>
      </w:tr>
      <w:tr w:rsidR="009446D0" w:rsidRPr="00EB75F0" w14:paraId="604EDC44" w14:textId="77777777">
        <w:tc>
          <w:tcPr>
            <w:tcW w:w="485" w:type="pct"/>
            <w:tcBorders>
              <w:top w:val="single" w:sz="4" w:space="0" w:color="000000"/>
              <w:left w:val="single" w:sz="4" w:space="0" w:color="000000"/>
              <w:bottom w:val="single" w:sz="4" w:space="0" w:color="000000"/>
              <w:right w:val="single" w:sz="4" w:space="0" w:color="000000"/>
            </w:tcBorders>
          </w:tcPr>
          <w:p w14:paraId="54B6BED6" w14:textId="37A6B063" w:rsidR="009446D0" w:rsidRPr="00EB75F0" w:rsidRDefault="0084596B">
            <w:pPr>
              <w:spacing w:before="60" w:after="60" w:line="240" w:lineRule="auto"/>
              <w:rPr>
                <w:sz w:val="14"/>
              </w:rPr>
            </w:pPr>
            <w:r w:rsidRPr="00EB75F0">
              <w:rPr>
                <w:sz w:val="14"/>
              </w:rPr>
              <w:t>Durgam 2015</w:t>
            </w:r>
            <w:r w:rsidR="0031308D" w:rsidRPr="00EB75F0">
              <w:fldChar w:fldCharType="begin"/>
            </w:r>
            <w:r w:rsidR="00452EF4">
              <w:instrText xml:space="preserve"> ADDIN EN.CITE &lt;EndNote&gt;&lt;Cite&gt;&lt;Author&gt;Durgam S&lt;/Author&gt;&lt;Year&gt;2015&lt;/Year&gt;&lt;RecNum&gt;25&lt;/RecNum&gt;&lt;DisplayText&gt;&lt;style face="superscript"&gt;28&lt;/style&gt;&lt;/DisplayText&gt;&lt;record&gt;&lt;rec-number&gt;25&lt;/rec-number&gt;&lt;foreign-keys&gt;&lt;key app="EN" db-id="9ttaxzax2p0tr7ewzt55atews50zvxaaa5rz" timestamp="1764068828"&gt;25&lt;/key&gt;&lt;/foreign-keys&gt;&lt;ref-type name="Journal Article"&gt;17&lt;/ref-type&gt;&lt;contributors&gt;&lt;authors&gt;&lt;author&gt;Durgam S, Cutler AJ, Lu K, Migliore R, Ruth A, Laszlovszky I, Németh G, Meltzer HY.&lt;/author&gt;&lt;/authors&gt;&lt;/contributors&gt;&lt;titles&gt;&lt;title&gt;Cariprazine in acute exacerbation of schizophrenia: a fixed-dose, phase 3, randomized, double-blind, placebo-and active-controlled trial.&lt;/title&gt;&lt;secondary-title&gt;JCP&lt;/secondary-title&gt;&lt;/titles&gt;&lt;periodical&gt;&lt;full-title&gt;JCP&lt;/full-title&gt;&lt;/periodical&gt;&lt;pages&gt;2310&lt;/pages&gt;&lt;volume&gt;76&lt;/volume&gt;&lt;number&gt;12&lt;/number&gt;&lt;dates&gt;&lt;year&gt;2015&lt;/year&gt;&lt;/dates&gt;&lt;urls&gt;&lt;/urls&gt;&lt;/record&gt;&lt;/Cite&gt;&lt;/EndNote&gt;</w:instrText>
            </w:r>
            <w:r w:rsidR="0031308D" w:rsidRPr="00EB75F0">
              <w:fldChar w:fldCharType="separate"/>
            </w:r>
            <w:r w:rsidR="00452EF4" w:rsidRPr="00452EF4">
              <w:rPr>
                <w:noProof/>
                <w:vertAlign w:val="superscript"/>
              </w:rPr>
              <w:t>28</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01C40B49" w14:textId="77777777" w:rsidR="009446D0" w:rsidRPr="00732701" w:rsidRDefault="0084596B">
            <w:pPr>
              <w:spacing w:before="60" w:after="60" w:line="240" w:lineRule="auto"/>
              <w:rPr>
                <w:sz w:val="14"/>
                <w:lang w:val="nl-NL"/>
              </w:rPr>
            </w:pPr>
            <w:r w:rsidRPr="00732701">
              <w:rPr>
                <w:sz w:val="14"/>
                <w:lang w:val="nl-NL"/>
              </w:rPr>
              <w:t xml:space="preserve">DSM-IV-TR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58F1A671" w14:textId="77777777" w:rsidR="009446D0" w:rsidRPr="00EB75F0" w:rsidRDefault="0084596B">
            <w:pPr>
              <w:spacing w:before="60" w:after="60" w:line="240" w:lineRule="auto"/>
              <w:rPr>
                <w:sz w:val="14"/>
              </w:rPr>
            </w:pPr>
            <w:r w:rsidRPr="00EB75F0">
              <w:rPr>
                <w:sz w:val="14"/>
              </w:rPr>
              <w:t>18-60</w:t>
            </w:r>
          </w:p>
        </w:tc>
        <w:tc>
          <w:tcPr>
            <w:tcW w:w="557" w:type="pct"/>
            <w:tcBorders>
              <w:top w:val="single" w:sz="4" w:space="0" w:color="000000"/>
              <w:left w:val="single" w:sz="4" w:space="0" w:color="000000"/>
              <w:bottom w:val="single" w:sz="4" w:space="0" w:color="000000"/>
              <w:right w:val="single" w:sz="4" w:space="0" w:color="000000"/>
            </w:tcBorders>
          </w:tcPr>
          <w:p w14:paraId="498B1C5D" w14:textId="77777777" w:rsidR="009446D0" w:rsidRPr="00EB75F0" w:rsidRDefault="0084596B">
            <w:pPr>
              <w:spacing w:before="60" w:after="60" w:line="240" w:lineRule="auto"/>
              <w:rPr>
                <w:sz w:val="14"/>
              </w:rPr>
            </w:pPr>
            <w:r w:rsidRPr="00EB75F0">
              <w:rPr>
                <w:sz w:val="14"/>
              </w:rPr>
              <w:t>Participants had to have been diagnosed for = 1 year and have had = 1 psychotic episode that required hospitalization or change in antipsychotic medication during the past year</w:t>
            </w:r>
          </w:p>
        </w:tc>
        <w:tc>
          <w:tcPr>
            <w:tcW w:w="448" w:type="pct"/>
            <w:tcBorders>
              <w:top w:val="single" w:sz="4" w:space="0" w:color="000000"/>
              <w:left w:val="single" w:sz="4" w:space="0" w:color="000000"/>
              <w:bottom w:val="single" w:sz="4" w:space="0" w:color="000000"/>
              <w:right w:val="single" w:sz="4" w:space="0" w:color="000000"/>
            </w:tcBorders>
          </w:tcPr>
          <w:p w14:paraId="78CBE80F" w14:textId="77777777" w:rsidR="009446D0" w:rsidRPr="00EB75F0" w:rsidRDefault="0084596B">
            <w:pPr>
              <w:spacing w:before="60" w:after="60" w:line="240" w:lineRule="auto"/>
              <w:rPr>
                <w:sz w:val="14"/>
              </w:rPr>
            </w:pPr>
            <w:r w:rsidRPr="00EB75F0">
              <w:rPr>
                <w:sz w:val="14"/>
              </w:rPr>
              <w:t>Current psychotic episode (schizophrenia exacerbation) &lt; 2 weeks duration at Visit 1, but not if this was the first psychotic episode</w:t>
            </w:r>
          </w:p>
        </w:tc>
        <w:tc>
          <w:tcPr>
            <w:tcW w:w="694" w:type="pct"/>
            <w:tcBorders>
              <w:top w:val="single" w:sz="4" w:space="0" w:color="000000"/>
              <w:left w:val="single" w:sz="4" w:space="0" w:color="000000"/>
              <w:bottom w:val="single" w:sz="4" w:space="0" w:color="000000"/>
              <w:right w:val="single" w:sz="4" w:space="0" w:color="000000"/>
            </w:tcBorders>
          </w:tcPr>
          <w:p w14:paraId="41928434" w14:textId="77777777" w:rsidR="009446D0" w:rsidRPr="00EB75F0" w:rsidRDefault="0084596B">
            <w:pPr>
              <w:spacing w:before="60" w:after="60" w:line="240" w:lineRule="auto"/>
              <w:rPr>
                <w:sz w:val="14"/>
              </w:rPr>
            </w:pPr>
            <w:r w:rsidRPr="00EB75F0">
              <w:rPr>
                <w:sz w:val="14"/>
              </w:rPr>
              <w:t>No treatment resistance (poor response to = 2 antipsychotics at adequate dose/duration during the past 2 years)</w:t>
            </w:r>
          </w:p>
        </w:tc>
        <w:tc>
          <w:tcPr>
            <w:tcW w:w="531" w:type="pct"/>
            <w:tcBorders>
              <w:top w:val="single" w:sz="4" w:space="0" w:color="000000"/>
              <w:left w:val="single" w:sz="4" w:space="0" w:color="000000"/>
              <w:bottom w:val="single" w:sz="4" w:space="0" w:color="000000"/>
              <w:right w:val="single" w:sz="4" w:space="0" w:color="000000"/>
            </w:tcBorders>
          </w:tcPr>
          <w:p w14:paraId="2CE6A95D"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27FC32E6" w14:textId="77777777" w:rsidR="009446D0" w:rsidRPr="00EB75F0" w:rsidRDefault="0084596B">
            <w:pPr>
              <w:spacing w:before="60" w:after="60" w:line="240" w:lineRule="auto"/>
              <w:rPr>
                <w:sz w:val="14"/>
              </w:rPr>
            </w:pPr>
            <w:r w:rsidRPr="00EB75F0">
              <w:rPr>
                <w:sz w:val="14"/>
              </w:rPr>
              <w:t>PANSS Total score of = 80 or more and a minimum score of 4 (moderate) on at least two of the four items of the PANSS positive subscale. CGI-S score of at least 4</w:t>
            </w:r>
          </w:p>
        </w:tc>
        <w:tc>
          <w:tcPr>
            <w:tcW w:w="658" w:type="pct"/>
            <w:tcBorders>
              <w:top w:val="single" w:sz="4" w:space="0" w:color="000000"/>
              <w:left w:val="single" w:sz="4" w:space="0" w:color="000000"/>
              <w:bottom w:val="single" w:sz="4" w:space="0" w:color="000000"/>
              <w:right w:val="single" w:sz="4" w:space="0" w:color="000000"/>
            </w:tcBorders>
          </w:tcPr>
          <w:p w14:paraId="11395A6E" w14:textId="77777777" w:rsidR="009446D0" w:rsidRPr="00EB75F0" w:rsidRDefault="0084596B">
            <w:pPr>
              <w:spacing w:before="60" w:after="60" w:line="240" w:lineRule="auto"/>
              <w:rPr>
                <w:sz w:val="14"/>
              </w:rPr>
            </w:pPr>
            <w:r w:rsidRPr="00EB75F0">
              <w:rPr>
                <w:sz w:val="14"/>
              </w:rPr>
              <w:t>No patients with history of delirium, dementia, amnesic or other cognitive disorder, or bipolar disorder; substance abuse within the previous 3 months; history of neuroleptic malignant syndrome; history of epilepsy or seizures or a history of an abnormal electroencephalogram, severe head trauma or stroke</w:t>
            </w:r>
          </w:p>
        </w:tc>
      </w:tr>
      <w:tr w:rsidR="009446D0" w:rsidRPr="00EB75F0" w14:paraId="16A4146E" w14:textId="77777777">
        <w:tc>
          <w:tcPr>
            <w:tcW w:w="485" w:type="pct"/>
            <w:tcBorders>
              <w:top w:val="single" w:sz="4" w:space="0" w:color="000000"/>
              <w:left w:val="single" w:sz="4" w:space="0" w:color="000000"/>
              <w:bottom w:val="single" w:sz="4" w:space="0" w:color="000000"/>
              <w:right w:val="single" w:sz="4" w:space="0" w:color="000000"/>
            </w:tcBorders>
          </w:tcPr>
          <w:p w14:paraId="4C650048" w14:textId="14E3994C" w:rsidR="009446D0" w:rsidRPr="00EB75F0" w:rsidRDefault="0084596B">
            <w:pPr>
              <w:spacing w:before="60" w:after="60" w:line="240" w:lineRule="auto"/>
              <w:rPr>
                <w:sz w:val="14"/>
              </w:rPr>
            </w:pPr>
            <w:r w:rsidRPr="00EB75F0">
              <w:rPr>
                <w:sz w:val="14"/>
              </w:rPr>
              <w:t>Fleischhacker 2009</w:t>
            </w:r>
            <w:r w:rsidR="0031308D" w:rsidRPr="00EB75F0">
              <w:fldChar w:fldCharType="begin"/>
            </w:r>
            <w:r w:rsidR="00452EF4">
              <w:instrText xml:space="preserve"> ADDIN EN.CITE &lt;EndNote&gt;&lt;Cite&gt;&lt;Author&gt;Fleischhacker WW&lt;/Author&gt;&lt;Year&gt;2009&lt;/Year&gt;&lt;RecNum&gt;26&lt;/RecNum&gt;&lt;DisplayText&gt;&lt;style face="superscript"&gt;29&lt;/style&gt;&lt;/DisplayText&gt;&lt;record&gt;&lt;rec-number&gt;26&lt;/rec-number&gt;&lt;foreign-keys&gt;&lt;key app="EN" db-id="9ttaxzax2p0tr7ewzt55atews50zvxaaa5rz" timestamp="1764068829"&gt;26&lt;/key&gt;&lt;/foreign-keys&gt;&lt;ref-type name="Journal Article"&gt;17&lt;/ref-type&gt;&lt;contributors&gt;&lt;authors&gt;&lt;author&gt;Fleischhacker WW, McQuade RD, Marcus RN, Archibald D, Swanink R, Carson WH.&lt;/author&gt;&lt;/authors&gt;&lt;/contributors&gt;&lt;titles&gt;&lt;title&gt;A double-blind, randomized comparative study of aripiprazole and olanzapine in patients with schizophrenia.&lt;/title&gt;&lt;secondary-title&gt;Biol. Psychiatry&lt;/secondary-title&gt;&lt;/titles&gt;&lt;periodical&gt;&lt;full-title&gt;Biol. Psychiatry&lt;/full-title&gt;&lt;/periodical&gt;&lt;pages&gt;510-7&lt;/pages&gt;&lt;volume&gt;65&lt;/volume&gt;&lt;number&gt;6&lt;/number&gt;&lt;dates&gt;&lt;year&gt;2009&lt;/year&gt;&lt;/dates&gt;&lt;urls&gt;&lt;/urls&gt;&lt;/record&gt;&lt;/Cite&gt;&lt;/EndNote&gt;</w:instrText>
            </w:r>
            <w:r w:rsidR="0031308D" w:rsidRPr="00EB75F0">
              <w:fldChar w:fldCharType="separate"/>
            </w:r>
            <w:r w:rsidR="00452EF4" w:rsidRPr="00452EF4">
              <w:rPr>
                <w:noProof/>
                <w:vertAlign w:val="superscript"/>
              </w:rPr>
              <w:t>29</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59C8B35B"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039584CD"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1A145EAD" w14:textId="77777777" w:rsidR="009446D0" w:rsidRPr="00EB75F0" w:rsidRDefault="0084596B">
            <w:pPr>
              <w:spacing w:before="60" w:after="60" w:line="240" w:lineRule="auto"/>
              <w:rPr>
                <w:sz w:val="14"/>
              </w:rPr>
            </w:pPr>
            <w:r w:rsidRPr="00EB75F0">
              <w:rPr>
                <w:sz w:val="14"/>
              </w:rPr>
              <w:t>Patients had to be treated as outpatients for at least one continuous 3-month period during the past 12 months</w:t>
            </w:r>
          </w:p>
        </w:tc>
        <w:tc>
          <w:tcPr>
            <w:tcW w:w="448" w:type="pct"/>
            <w:tcBorders>
              <w:top w:val="single" w:sz="4" w:space="0" w:color="000000"/>
              <w:left w:val="single" w:sz="4" w:space="0" w:color="000000"/>
              <w:bottom w:val="single" w:sz="4" w:space="0" w:color="000000"/>
              <w:right w:val="single" w:sz="4" w:space="0" w:color="000000"/>
            </w:tcBorders>
          </w:tcPr>
          <w:p w14:paraId="1A80E126" w14:textId="77777777" w:rsidR="009446D0" w:rsidRPr="00EB75F0" w:rsidRDefault="0084596B">
            <w:pPr>
              <w:spacing w:before="60" w:after="60" w:line="240" w:lineRule="auto"/>
              <w:rPr>
                <w:sz w:val="14"/>
              </w:rPr>
            </w:pPr>
            <w:r w:rsidRPr="00EB75F0">
              <w:rPr>
                <w:sz w:val="14"/>
              </w:rPr>
              <w:t>Patients experiencing an acute relapse of symptoms</w:t>
            </w:r>
          </w:p>
        </w:tc>
        <w:tc>
          <w:tcPr>
            <w:tcW w:w="694" w:type="pct"/>
            <w:tcBorders>
              <w:top w:val="single" w:sz="4" w:space="0" w:color="000000"/>
              <w:left w:val="single" w:sz="4" w:space="0" w:color="000000"/>
              <w:bottom w:val="single" w:sz="4" w:space="0" w:color="000000"/>
              <w:right w:val="single" w:sz="4" w:space="0" w:color="000000"/>
            </w:tcBorders>
            <w:shd w:val="clear" w:color="auto" w:fill="FFFFFF"/>
          </w:tcPr>
          <w:p w14:paraId="5D4A4186" w14:textId="77777777" w:rsidR="009446D0" w:rsidRPr="00EB75F0" w:rsidRDefault="0084596B">
            <w:pPr>
              <w:spacing w:before="60" w:after="60" w:line="240" w:lineRule="auto"/>
              <w:rPr>
                <w:sz w:val="14"/>
              </w:rPr>
            </w:pPr>
            <w:r w:rsidRPr="00EB75F0">
              <w:rPr>
                <w:sz w:val="14"/>
              </w:rPr>
              <w:t>Demonstrated previous response to antipsychotic drugs (other than clozapine). No patients with prior failure to respond to olanzapine therapy</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Pr>
          <w:p w14:paraId="04C09FE7" w14:textId="77777777" w:rsidR="009446D0" w:rsidRPr="00EB75F0" w:rsidRDefault="0084596B">
            <w:pPr>
              <w:spacing w:before="60" w:after="60" w:line="240" w:lineRule="auto"/>
              <w:rPr>
                <w:sz w:val="14"/>
              </w:rPr>
            </w:pPr>
            <w:r w:rsidRPr="00EB75F0">
              <w:rPr>
                <w:sz w:val="14"/>
              </w:rPr>
              <w:t xml:space="preserve">Concomitant administration of psychotropic agents, with the exception of benzodiazepines, was prohibited. Patients could receive 4 mg/day lorazepam (or 20 mg/day diazepam) for anxiety plus 1–2 mg lorazepam (5–10 mg diazepam) if needed for sleep. No dose of lorazepam could be administered within 4 hours (12 hours for diazepam) before the administration of efficacy or safety rating scales. Weight-control therapies were also prohibited. </w:t>
            </w:r>
            <w:r w:rsidRPr="00EB75F0">
              <w:rPr>
                <w:sz w:val="14"/>
              </w:rPr>
              <w:lastRenderedPageBreak/>
              <w:t>Anticholinergic drugs for extrapyramidal symptoms (EPS) were permitted but could not exceed the equivalent of 6 mg/day benztropine or be administered within 12 hours of rating scales.</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6CC31BCF" w14:textId="77777777" w:rsidR="009446D0" w:rsidRPr="00EB75F0" w:rsidRDefault="0084596B">
            <w:pPr>
              <w:spacing w:before="60" w:after="60" w:line="240" w:lineRule="auto"/>
              <w:rPr>
                <w:sz w:val="14"/>
              </w:rPr>
            </w:pPr>
            <w:r w:rsidRPr="00EB75F0">
              <w:rPr>
                <w:sz w:val="14"/>
              </w:rPr>
              <w:lastRenderedPageBreak/>
              <w:t>PANSS total score =60</w:t>
            </w:r>
          </w:p>
        </w:tc>
        <w:tc>
          <w:tcPr>
            <w:tcW w:w="658" w:type="pct"/>
            <w:tcBorders>
              <w:top w:val="single" w:sz="4" w:space="0" w:color="000000"/>
              <w:left w:val="single" w:sz="4" w:space="0" w:color="000000"/>
              <w:bottom w:val="single" w:sz="4" w:space="0" w:color="000000"/>
              <w:right w:val="single" w:sz="4" w:space="0" w:color="000000"/>
            </w:tcBorders>
            <w:shd w:val="clear" w:color="auto" w:fill="FFFFFF"/>
          </w:tcPr>
          <w:p w14:paraId="140ECB90" w14:textId="77777777" w:rsidR="009446D0" w:rsidRPr="00EB75F0" w:rsidRDefault="0084596B">
            <w:pPr>
              <w:spacing w:before="60" w:after="60" w:line="240" w:lineRule="auto"/>
              <w:rPr>
                <w:sz w:val="14"/>
              </w:rPr>
            </w:pPr>
            <w:r w:rsidRPr="00EB75F0">
              <w:rPr>
                <w:sz w:val="14"/>
              </w:rPr>
              <w:t>No patients with psychiatric disorder other than schizophrenia or schizoaffective disorder requiring pharmacotherapy or serious suicidal ideation, other neurological abnormality, any other acute unstable medical condition</w:t>
            </w:r>
          </w:p>
        </w:tc>
      </w:tr>
      <w:tr w:rsidR="009446D0" w:rsidRPr="00EB75F0" w14:paraId="24CFF8AE" w14:textId="77777777">
        <w:tc>
          <w:tcPr>
            <w:tcW w:w="485" w:type="pct"/>
            <w:tcBorders>
              <w:top w:val="single" w:sz="4" w:space="0" w:color="000000"/>
              <w:left w:val="single" w:sz="4" w:space="0" w:color="000000"/>
              <w:bottom w:val="single" w:sz="4" w:space="0" w:color="000000"/>
              <w:right w:val="single" w:sz="4" w:space="0" w:color="000000"/>
            </w:tcBorders>
          </w:tcPr>
          <w:p w14:paraId="2FB06D85" w14:textId="25540421" w:rsidR="009446D0" w:rsidRPr="00EB75F0" w:rsidRDefault="0084596B">
            <w:pPr>
              <w:spacing w:before="60" w:after="60" w:line="240" w:lineRule="auto"/>
              <w:rPr>
                <w:sz w:val="14"/>
              </w:rPr>
            </w:pPr>
            <w:r w:rsidRPr="00EB75F0">
              <w:rPr>
                <w:sz w:val="14"/>
              </w:rPr>
              <w:t>Jindal 2013</w:t>
            </w:r>
            <w:r w:rsidR="0031308D" w:rsidRPr="00EB75F0">
              <w:fldChar w:fldCharType="begin"/>
            </w:r>
            <w:r w:rsidR="00452EF4">
              <w:instrText xml:space="preserve"> ADDIN EN.CITE &lt;EndNote&gt;&lt;Cite&gt;&lt;Author&gt;Jindal KC&lt;/Author&gt;&lt;Year&gt;2013&lt;/Year&gt;&lt;RecNum&gt;27&lt;/RecNum&gt;&lt;DisplayText&gt;&lt;style face="superscript"&gt;30&lt;/style&gt;&lt;/DisplayText&gt;&lt;record&gt;&lt;rec-number&gt;27&lt;/rec-number&gt;&lt;foreign-keys&gt;&lt;key app="EN" db-id="9ttaxzax2p0tr7ewzt55atews50zvxaaa5rz" timestamp="1764068829"&gt;27&lt;/key&gt;&lt;/foreign-keys&gt;&lt;ref-type name="Journal Article"&gt;17&lt;/ref-type&gt;&lt;contributors&gt;&lt;authors&gt;&lt;author&gt;Jindal KC, Singh GP, Munjal V.&lt;/author&gt;&lt;/authors&gt;&lt;/contributors&gt;&lt;titles&gt;&lt;title&gt;Aripiprazole versus olanzapine in the treatment of schizophrenia: a clinical study from India.&lt;/title&gt;&lt;secondary-title&gt;Int J Psychiatry Clin Pract&lt;/secondary-title&gt;&lt;/titles&gt;&lt;periodical&gt;&lt;full-title&gt;Int J Psychiatry Clin Pract&lt;/full-title&gt;&lt;/periodical&gt;&lt;pages&gt;21-9&lt;/pages&gt;&lt;volume&gt;17&lt;/volume&gt;&lt;number&gt;1&lt;/number&gt;&lt;dates&gt;&lt;year&gt;2013&lt;/year&gt;&lt;/dates&gt;&lt;urls&gt;&lt;/urls&gt;&lt;/record&gt;&lt;/Cite&gt;&lt;/EndNote&gt;</w:instrText>
            </w:r>
            <w:r w:rsidR="0031308D" w:rsidRPr="00EB75F0">
              <w:fldChar w:fldCharType="separate"/>
            </w:r>
            <w:r w:rsidR="00452EF4" w:rsidRPr="00452EF4">
              <w:rPr>
                <w:noProof/>
                <w:vertAlign w:val="superscript"/>
              </w:rPr>
              <w:t>30</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1E664B94" w14:textId="77777777" w:rsidR="009446D0" w:rsidRPr="00EB75F0" w:rsidRDefault="0084596B">
            <w:pPr>
              <w:spacing w:before="60" w:after="60" w:line="240" w:lineRule="auto"/>
              <w:rPr>
                <w:sz w:val="14"/>
              </w:rPr>
            </w:pPr>
            <w:r w:rsidRPr="00EB75F0">
              <w:rPr>
                <w:sz w:val="14"/>
              </w:rPr>
              <w:t>ICD-10 diagnosis of schizophrenia</w:t>
            </w:r>
          </w:p>
        </w:tc>
        <w:tc>
          <w:tcPr>
            <w:tcW w:w="293" w:type="pct"/>
            <w:tcBorders>
              <w:top w:val="single" w:sz="4" w:space="0" w:color="000000"/>
              <w:left w:val="single" w:sz="4" w:space="0" w:color="000000"/>
              <w:bottom w:val="single" w:sz="4" w:space="0" w:color="000000"/>
              <w:right w:val="single" w:sz="4" w:space="0" w:color="000000"/>
            </w:tcBorders>
          </w:tcPr>
          <w:p w14:paraId="556E3273"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7F923CC4"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283226FD" w14:textId="77777777" w:rsidR="009446D0" w:rsidRPr="00EB75F0" w:rsidRDefault="0084596B">
            <w:pPr>
              <w:spacing w:before="60" w:after="60" w:line="240" w:lineRule="auto"/>
              <w:rPr>
                <w:sz w:val="14"/>
              </w:rPr>
            </w:pPr>
            <w:r w:rsidRPr="00EB75F0">
              <w:rPr>
                <w:sz w:val="14"/>
              </w:rPr>
              <w:t>Not reported</w:t>
            </w:r>
          </w:p>
        </w:tc>
        <w:tc>
          <w:tcPr>
            <w:tcW w:w="694" w:type="pct"/>
            <w:tcBorders>
              <w:top w:val="single" w:sz="4" w:space="0" w:color="000000"/>
              <w:left w:val="single" w:sz="4" w:space="0" w:color="000000"/>
              <w:bottom w:val="single" w:sz="4" w:space="0" w:color="000000"/>
              <w:right w:val="single" w:sz="4" w:space="0" w:color="000000"/>
            </w:tcBorders>
          </w:tcPr>
          <w:p w14:paraId="270E6E16" w14:textId="77777777" w:rsidR="009446D0" w:rsidRPr="00EB75F0" w:rsidRDefault="0084596B">
            <w:pPr>
              <w:spacing w:before="60" w:after="60" w:line="240" w:lineRule="auto"/>
              <w:rPr>
                <w:sz w:val="14"/>
              </w:rPr>
            </w:pPr>
            <w:r w:rsidRPr="00EB75F0">
              <w:rPr>
                <w:sz w:val="14"/>
              </w:rPr>
              <w:t>Excluded if patients had received any pharmacological treatment or ECT within 1 month prior to the study</w:t>
            </w:r>
          </w:p>
        </w:tc>
        <w:tc>
          <w:tcPr>
            <w:tcW w:w="531" w:type="pct"/>
            <w:tcBorders>
              <w:top w:val="single" w:sz="4" w:space="0" w:color="000000"/>
              <w:left w:val="single" w:sz="4" w:space="0" w:color="000000"/>
              <w:bottom w:val="single" w:sz="4" w:space="0" w:color="000000"/>
              <w:right w:val="single" w:sz="4" w:space="0" w:color="000000"/>
            </w:tcBorders>
          </w:tcPr>
          <w:p w14:paraId="6FA201FA"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3532D8AB"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7AAEF3E8" w14:textId="77777777" w:rsidR="009446D0" w:rsidRPr="00EB75F0" w:rsidRDefault="0084596B">
            <w:pPr>
              <w:spacing w:before="60" w:after="60" w:line="240" w:lineRule="auto"/>
              <w:rPr>
                <w:sz w:val="14"/>
              </w:rPr>
            </w:pPr>
            <w:r w:rsidRPr="00EB75F0">
              <w:rPr>
                <w:sz w:val="14"/>
              </w:rPr>
              <w:t>No comorbid medical/psychiatric disorder, history of seizure disorder, substance abuse/ dependence, mental retardation</w:t>
            </w:r>
          </w:p>
        </w:tc>
      </w:tr>
      <w:tr w:rsidR="009446D0" w:rsidRPr="00EB75F0" w14:paraId="77267027" w14:textId="77777777">
        <w:tc>
          <w:tcPr>
            <w:tcW w:w="485" w:type="pct"/>
            <w:tcBorders>
              <w:top w:val="single" w:sz="4" w:space="0" w:color="000000"/>
              <w:left w:val="single" w:sz="4" w:space="0" w:color="000000"/>
              <w:bottom w:val="single" w:sz="4" w:space="0" w:color="000000"/>
              <w:right w:val="single" w:sz="4" w:space="0" w:color="000000"/>
            </w:tcBorders>
          </w:tcPr>
          <w:p w14:paraId="5983E62E" w14:textId="040595D2" w:rsidR="009446D0" w:rsidRPr="00EB75F0" w:rsidRDefault="0084596B">
            <w:pPr>
              <w:spacing w:before="60" w:after="60" w:line="240" w:lineRule="auto"/>
              <w:rPr>
                <w:sz w:val="14"/>
              </w:rPr>
            </w:pPr>
            <w:r w:rsidRPr="00EB75F0">
              <w:rPr>
                <w:sz w:val="14"/>
              </w:rPr>
              <w:t>McEvoy 2007</w:t>
            </w:r>
            <w:r w:rsidR="0031308D" w:rsidRPr="00EB75F0">
              <w:fldChar w:fldCharType="begin"/>
            </w:r>
            <w:r w:rsidR="00452EF4">
              <w:instrText xml:space="preserve"> ADDIN EN.CITE &lt;EndNote&gt;&lt;Cite&gt;&lt;Author&gt;McEvoy&lt;/Author&gt;&lt;Year&gt;2007&lt;/Year&gt;&lt;RecNum&gt;28&lt;/RecNum&gt;&lt;DisplayText&gt;&lt;style face="superscript"&gt;31&lt;/style&gt;&lt;/DisplayText&gt;&lt;record&gt;&lt;rec-number&gt;28&lt;/rec-number&gt;&lt;foreign-keys&gt;&lt;key app="EN" db-id="9ttaxzax2p0tr7ewzt55atews50zvxaaa5rz" timestamp="1764068829"&gt;28&lt;/key&gt;&lt;/foreign-keys&gt;&lt;ref-type name="Journal Article"&gt;17&lt;/ref-type&gt;&lt;contributors&gt;&lt;authors&gt;&lt;author&gt;McEvoy, J. P.&lt;/author&gt;&lt;author&gt;Daniel, D. G.&lt;/author&gt;&lt;author&gt;Carson, W. H., Jr.&lt;/author&gt;&lt;author&gt;McQuade, R. D.&lt;/author&gt;&lt;author&gt;Marcus, R. N.&lt;/author&gt;&lt;/authors&gt;&lt;/contributors&gt;&lt;titles&gt;&lt;title&gt;A randomized, double-blind, placebo-controlled, study of the efficacy and safety of aripiprazole 10, 15 or 20 mg/day for the treatment of patients with acute exacerbations of schizophrenia&lt;/title&gt;&lt;secondary-title&gt;J Psychiatr Res&lt;/secondary-title&gt;&lt;/titles&gt;&lt;periodical&gt;&lt;full-title&gt;J Psychiatr Res&lt;/full-title&gt;&lt;/periodical&gt;&lt;pages&gt;895-905&lt;/pages&gt;&lt;volume&gt;41&lt;/volume&gt;&lt;number&gt;11&lt;/number&gt;&lt;dates&gt;&lt;year&gt;2007&lt;/year&gt;&lt;pub-dates&gt;&lt;date&gt;20070713&lt;/date&gt;&lt;/pub-dates&gt;&lt;/dates&gt;&lt;pub-location&gt;Duke University Medical Center, John Umstead Hospital (AAU), Butner, NC 27509, USA. jpmcevoy@duke.edu&lt;/pub-location&gt;&lt;isbn&gt;0022-3956 (Print) 0022-3956 (Linking)&lt;/isbn&gt;&lt;urls&gt;&lt;related-urls&gt;&lt;url&gt;https://www.ncbi.nlm.nih.gov/pubmed/17631314&lt;/url&gt;&lt;/related-urls&gt;&lt;/urls&gt;&lt;electronic-resource-num&gt;10.1016/j.jpsychires.2007.05.002&lt;/electronic-resource-num&gt;&lt;/record&gt;&lt;/Cite&gt;&lt;/EndNote&gt;</w:instrText>
            </w:r>
            <w:r w:rsidR="0031308D" w:rsidRPr="00EB75F0">
              <w:fldChar w:fldCharType="separate"/>
            </w:r>
            <w:r w:rsidR="00452EF4" w:rsidRPr="00452EF4">
              <w:rPr>
                <w:noProof/>
                <w:vertAlign w:val="superscript"/>
              </w:rPr>
              <w:t>31</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34224AAE"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2297B221" w14:textId="77777777" w:rsidR="009446D0" w:rsidRPr="00EB75F0" w:rsidRDefault="0084596B">
            <w:pPr>
              <w:spacing w:before="60" w:after="60" w:line="240" w:lineRule="auto"/>
              <w:rPr>
                <w:sz w:val="14"/>
              </w:rPr>
            </w:pPr>
            <w:r w:rsidRPr="00EB75F0">
              <w:rPr>
                <w:sz w:val="14"/>
              </w:rPr>
              <w:t>18+</w:t>
            </w:r>
          </w:p>
        </w:tc>
        <w:tc>
          <w:tcPr>
            <w:tcW w:w="557" w:type="pct"/>
            <w:tcBorders>
              <w:top w:val="single" w:sz="4" w:space="0" w:color="000000"/>
              <w:left w:val="single" w:sz="4" w:space="0" w:color="000000"/>
              <w:bottom w:val="single" w:sz="4" w:space="0" w:color="000000"/>
              <w:right w:val="single" w:sz="4" w:space="0" w:color="000000"/>
            </w:tcBorders>
          </w:tcPr>
          <w:p w14:paraId="30996951" w14:textId="77777777" w:rsidR="009446D0" w:rsidRPr="00EB75F0" w:rsidRDefault="0084596B">
            <w:pPr>
              <w:spacing w:before="60" w:after="60" w:line="240" w:lineRule="auto"/>
              <w:rPr>
                <w:sz w:val="14"/>
              </w:rPr>
            </w:pPr>
            <w:r w:rsidRPr="00EB75F0">
              <w:rPr>
                <w:sz w:val="14"/>
              </w:rPr>
              <w:t>Outpatient for at least three continuous months within the last 12 months</w:t>
            </w:r>
          </w:p>
        </w:tc>
        <w:tc>
          <w:tcPr>
            <w:tcW w:w="448" w:type="pct"/>
            <w:tcBorders>
              <w:top w:val="single" w:sz="4" w:space="0" w:color="000000"/>
              <w:left w:val="single" w:sz="4" w:space="0" w:color="000000"/>
              <w:bottom w:val="single" w:sz="4" w:space="0" w:color="000000"/>
              <w:right w:val="single" w:sz="4" w:space="0" w:color="000000"/>
            </w:tcBorders>
          </w:tcPr>
          <w:p w14:paraId="086A0D4A" w14:textId="77777777" w:rsidR="009446D0" w:rsidRPr="00EB75F0" w:rsidRDefault="0084596B">
            <w:pPr>
              <w:spacing w:before="60" w:after="60" w:line="240" w:lineRule="auto"/>
              <w:rPr>
                <w:sz w:val="14"/>
              </w:rPr>
            </w:pPr>
            <w:r w:rsidRPr="00EB75F0">
              <w:rPr>
                <w:sz w:val="14"/>
              </w:rPr>
              <w:t>Acute exacerbation of symptoms that required inpatient hospitalization</w:t>
            </w:r>
          </w:p>
        </w:tc>
        <w:tc>
          <w:tcPr>
            <w:tcW w:w="694" w:type="pct"/>
            <w:tcBorders>
              <w:top w:val="single" w:sz="4" w:space="0" w:color="000000"/>
              <w:left w:val="single" w:sz="4" w:space="0" w:color="000000"/>
              <w:bottom w:val="single" w:sz="4" w:space="0" w:color="000000"/>
              <w:right w:val="single" w:sz="4" w:space="0" w:color="000000"/>
            </w:tcBorders>
          </w:tcPr>
          <w:p w14:paraId="678C8096" w14:textId="77777777" w:rsidR="009446D0" w:rsidRPr="00EB75F0" w:rsidRDefault="0084596B">
            <w:pPr>
              <w:spacing w:before="60" w:after="60" w:line="240" w:lineRule="auto"/>
              <w:rPr>
                <w:sz w:val="14"/>
              </w:rPr>
            </w:pPr>
            <w:r w:rsidRPr="00EB75F0">
              <w:rPr>
                <w:sz w:val="14"/>
              </w:rPr>
              <w:t>Prior responsiveness to antipsychotic medication required</w:t>
            </w:r>
          </w:p>
        </w:tc>
        <w:tc>
          <w:tcPr>
            <w:tcW w:w="531" w:type="pct"/>
            <w:tcBorders>
              <w:top w:val="single" w:sz="4" w:space="0" w:color="000000"/>
              <w:left w:val="single" w:sz="4" w:space="0" w:color="000000"/>
              <w:bottom w:val="single" w:sz="4" w:space="0" w:color="000000"/>
              <w:right w:val="single" w:sz="4" w:space="0" w:color="000000"/>
            </w:tcBorders>
          </w:tcPr>
          <w:p w14:paraId="142DD6E2"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3D994E27" w14:textId="77777777" w:rsidR="009446D0" w:rsidRPr="00EB75F0" w:rsidRDefault="0084596B">
            <w:pPr>
              <w:spacing w:before="60" w:after="60" w:line="240" w:lineRule="auto"/>
              <w:rPr>
                <w:sz w:val="14"/>
              </w:rPr>
            </w:pPr>
            <w:r w:rsidRPr="00EB75F0">
              <w:rPr>
                <w:sz w:val="14"/>
              </w:rPr>
              <w:t>PANSS Total score of 60 or more and a minimum score of 4 (moderate) on at least two of the four items of the PANSS positive subscale</w:t>
            </w:r>
          </w:p>
        </w:tc>
        <w:tc>
          <w:tcPr>
            <w:tcW w:w="658" w:type="pct"/>
            <w:tcBorders>
              <w:top w:val="single" w:sz="4" w:space="0" w:color="000000"/>
              <w:left w:val="single" w:sz="4" w:space="0" w:color="000000"/>
              <w:bottom w:val="single" w:sz="4" w:space="0" w:color="000000"/>
              <w:right w:val="single" w:sz="4" w:space="0" w:color="000000"/>
            </w:tcBorders>
          </w:tcPr>
          <w:p w14:paraId="3D5814E5" w14:textId="77777777" w:rsidR="009446D0" w:rsidRPr="00EB75F0" w:rsidRDefault="0084596B">
            <w:pPr>
              <w:spacing w:before="60" w:after="60" w:line="240" w:lineRule="auto"/>
              <w:rPr>
                <w:sz w:val="14"/>
              </w:rPr>
            </w:pPr>
            <w:r w:rsidRPr="00EB75F0">
              <w:rPr>
                <w:sz w:val="14"/>
              </w:rPr>
              <w:t>No patients with psychiatric disorder other than schizophrenia or schizoaffective disorder requiring pharmacotherapy or serious suicidal ideation, other neurological abnormality, drug/alcohol dependency, tardive dyskinesia, or severe akathisia or any other acute unstable medical condition</w:t>
            </w:r>
          </w:p>
        </w:tc>
      </w:tr>
      <w:tr w:rsidR="009446D0" w:rsidRPr="00EB75F0" w14:paraId="3FED69E1" w14:textId="77777777">
        <w:tc>
          <w:tcPr>
            <w:tcW w:w="485" w:type="pct"/>
            <w:tcBorders>
              <w:top w:val="single" w:sz="4" w:space="0" w:color="000000"/>
              <w:left w:val="single" w:sz="4" w:space="0" w:color="000000"/>
              <w:bottom w:val="single" w:sz="4" w:space="0" w:color="000000"/>
              <w:right w:val="single" w:sz="4" w:space="0" w:color="000000"/>
            </w:tcBorders>
          </w:tcPr>
          <w:p w14:paraId="18A975A4" w14:textId="02367903" w:rsidR="009446D0" w:rsidRPr="00EB75F0" w:rsidRDefault="0084596B">
            <w:pPr>
              <w:spacing w:before="60" w:after="60" w:line="240" w:lineRule="auto"/>
              <w:rPr>
                <w:sz w:val="14"/>
              </w:rPr>
            </w:pPr>
            <w:r w:rsidRPr="00EB75F0">
              <w:rPr>
                <w:sz w:val="14"/>
              </w:rPr>
              <w:t>McQuade 2004</w:t>
            </w:r>
            <w:r w:rsidR="0031308D" w:rsidRPr="00EB75F0">
              <w:fldChar w:fldCharType="begin"/>
            </w:r>
            <w:r w:rsidR="00452EF4">
              <w:instrText xml:space="preserve"> ADDIN EN.CITE &lt;EndNote&gt;&lt;Cite&gt;&lt;Author&gt;McQuade RD&lt;/Author&gt;&lt;Year&gt;2004&lt;/Year&gt;&lt;RecNum&gt;29&lt;/RecNum&gt;&lt;DisplayText&gt;&lt;style face="superscript"&gt;32&lt;/style&gt;&lt;/DisplayText&gt;&lt;record&gt;&lt;rec-number&gt;29&lt;/rec-number&gt;&lt;foreign-keys&gt;&lt;key app="EN" db-id="9ttaxzax2p0tr7ewzt55atews50zvxaaa5rz" timestamp="1764068829"&gt;29&lt;/key&gt;&lt;/foreign-keys&gt;&lt;ref-type name="Journal Article"&gt;17&lt;/ref-type&gt;&lt;contributors&gt;&lt;authors&gt;&lt;author&gt;McQuade RD, Stock E, Marcus R, Jody D, Gharbia NA, Vanveggel S, Archibald D, Carson WH.&lt;/author&gt;&lt;/authors&gt;&lt;/contributors&gt;&lt;titles&gt;&lt;title&gt;A comparison of weight change during treatment with olanzapine or aripiprazole: results from a randomized, double-blind study.&lt;/title&gt;&lt;secondary-title&gt;J Clin Psychiatry.&lt;/secondary-title&gt;&lt;/titles&gt;&lt;periodical&gt;&lt;full-title&gt;J Clin Psychiatry.&lt;/full-title&gt;&lt;/periodical&gt;&lt;pages&gt;47-56&lt;/pages&gt;&lt;volume&gt;1&lt;/volume&gt;&lt;number&gt;65&lt;/number&gt;&lt;dates&gt;&lt;year&gt;2004&lt;/year&gt;&lt;/dates&gt;&lt;urls&gt;&lt;/urls&gt;&lt;/record&gt;&lt;/Cite&gt;&lt;/EndNote&gt;</w:instrText>
            </w:r>
            <w:r w:rsidR="0031308D" w:rsidRPr="00EB75F0">
              <w:fldChar w:fldCharType="separate"/>
            </w:r>
            <w:r w:rsidR="00452EF4" w:rsidRPr="00452EF4">
              <w:rPr>
                <w:noProof/>
                <w:vertAlign w:val="superscript"/>
              </w:rPr>
              <w:t>32</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3812D697"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45BF39AB" w14:textId="77777777" w:rsidR="009446D0" w:rsidRPr="00EB75F0" w:rsidRDefault="0084596B">
            <w:pPr>
              <w:spacing w:before="60" w:after="60" w:line="240" w:lineRule="auto"/>
              <w:rPr>
                <w:sz w:val="14"/>
              </w:rPr>
            </w:pPr>
            <w:r w:rsidRPr="00EB75F0">
              <w:rPr>
                <w:sz w:val="14"/>
              </w:rPr>
              <w:t>18+</w:t>
            </w:r>
          </w:p>
        </w:tc>
        <w:tc>
          <w:tcPr>
            <w:tcW w:w="557" w:type="pct"/>
            <w:tcBorders>
              <w:top w:val="single" w:sz="4" w:space="0" w:color="000000"/>
              <w:left w:val="single" w:sz="4" w:space="0" w:color="000000"/>
              <w:bottom w:val="single" w:sz="4" w:space="0" w:color="000000"/>
              <w:right w:val="single" w:sz="4" w:space="0" w:color="000000"/>
            </w:tcBorders>
          </w:tcPr>
          <w:p w14:paraId="541434A7" w14:textId="77777777" w:rsidR="009446D0" w:rsidRPr="00EB75F0" w:rsidRDefault="0084596B">
            <w:pPr>
              <w:spacing w:before="60" w:after="60" w:line="240" w:lineRule="auto"/>
              <w:rPr>
                <w:sz w:val="14"/>
              </w:rPr>
            </w:pPr>
            <w:r w:rsidRPr="00EB75F0">
              <w:rPr>
                <w:sz w:val="14"/>
              </w:rPr>
              <w:t>Treated as an outpatient for at least one continuous 3-month period during the past 12 months</w:t>
            </w:r>
          </w:p>
        </w:tc>
        <w:tc>
          <w:tcPr>
            <w:tcW w:w="448" w:type="pct"/>
            <w:tcBorders>
              <w:top w:val="single" w:sz="4" w:space="0" w:color="000000"/>
              <w:left w:val="single" w:sz="4" w:space="0" w:color="000000"/>
              <w:bottom w:val="single" w:sz="4" w:space="0" w:color="000000"/>
              <w:right w:val="single" w:sz="4" w:space="0" w:color="000000"/>
            </w:tcBorders>
          </w:tcPr>
          <w:p w14:paraId="2634DB36" w14:textId="77777777" w:rsidR="009446D0" w:rsidRPr="00EB75F0" w:rsidRDefault="0084596B">
            <w:pPr>
              <w:spacing w:before="60" w:after="60" w:line="240" w:lineRule="auto"/>
              <w:rPr>
                <w:sz w:val="14"/>
              </w:rPr>
            </w:pPr>
            <w:r w:rsidRPr="00EB75F0">
              <w:rPr>
                <w:sz w:val="14"/>
              </w:rPr>
              <w:t>Acute relapse and required inpatient hospitalization. Patients could not have been hospitalized for 14 days immediately prior to screening</w:t>
            </w:r>
          </w:p>
        </w:tc>
        <w:tc>
          <w:tcPr>
            <w:tcW w:w="694" w:type="pct"/>
            <w:tcBorders>
              <w:top w:val="single" w:sz="4" w:space="0" w:color="000000"/>
              <w:left w:val="single" w:sz="4" w:space="0" w:color="000000"/>
              <w:bottom w:val="single" w:sz="4" w:space="0" w:color="000000"/>
              <w:right w:val="single" w:sz="4" w:space="0" w:color="000000"/>
            </w:tcBorders>
          </w:tcPr>
          <w:p w14:paraId="54CA79B6" w14:textId="77777777" w:rsidR="009446D0" w:rsidRPr="00EB75F0" w:rsidRDefault="0084596B">
            <w:pPr>
              <w:spacing w:before="60" w:after="60" w:line="240" w:lineRule="auto"/>
              <w:rPr>
                <w:sz w:val="14"/>
              </w:rPr>
            </w:pPr>
            <w:r w:rsidRPr="00EB75F0">
              <w:rPr>
                <w:sz w:val="14"/>
              </w:rPr>
              <w:t>Had a previous response to a neuroleptic medication other than clozapine. Use of an investigational drug within 4 weeks of randomization not allowed</w:t>
            </w:r>
          </w:p>
        </w:tc>
        <w:tc>
          <w:tcPr>
            <w:tcW w:w="531" w:type="pct"/>
            <w:tcBorders>
              <w:top w:val="single" w:sz="4" w:space="0" w:color="000000"/>
              <w:left w:val="single" w:sz="4" w:space="0" w:color="000000"/>
              <w:bottom w:val="single" w:sz="4" w:space="0" w:color="000000"/>
              <w:right w:val="single" w:sz="4" w:space="0" w:color="000000"/>
            </w:tcBorders>
          </w:tcPr>
          <w:p w14:paraId="76AC25D0"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45338F94"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6617F3B6" w14:textId="77777777" w:rsidR="009446D0" w:rsidRPr="00EB75F0" w:rsidRDefault="0084596B">
            <w:pPr>
              <w:spacing w:before="60" w:after="60" w:line="240" w:lineRule="auto"/>
              <w:rPr>
                <w:sz w:val="14"/>
              </w:rPr>
            </w:pPr>
            <w:r w:rsidRPr="00EB75F0">
              <w:rPr>
                <w:sz w:val="14"/>
              </w:rPr>
              <w:t>Other significant medical illness</w:t>
            </w:r>
          </w:p>
        </w:tc>
      </w:tr>
      <w:tr w:rsidR="009446D0" w:rsidRPr="00EB75F0" w14:paraId="2B07BA92" w14:textId="77777777">
        <w:tc>
          <w:tcPr>
            <w:tcW w:w="485" w:type="pct"/>
            <w:tcBorders>
              <w:top w:val="single" w:sz="4" w:space="0" w:color="000000"/>
              <w:left w:val="single" w:sz="4" w:space="0" w:color="000000"/>
              <w:bottom w:val="single" w:sz="4" w:space="0" w:color="000000"/>
              <w:right w:val="single" w:sz="4" w:space="0" w:color="000000"/>
            </w:tcBorders>
          </w:tcPr>
          <w:p w14:paraId="1203B1A3" w14:textId="01818B43" w:rsidR="009446D0" w:rsidRPr="00EB75F0" w:rsidRDefault="0084596B">
            <w:pPr>
              <w:spacing w:before="60" w:after="60" w:line="240" w:lineRule="auto"/>
              <w:rPr>
                <w:sz w:val="14"/>
              </w:rPr>
            </w:pPr>
            <w:proofErr w:type="spellStart"/>
            <w:r w:rsidRPr="00EB75F0">
              <w:rPr>
                <w:sz w:val="14"/>
              </w:rPr>
              <w:t>Shafti</w:t>
            </w:r>
            <w:proofErr w:type="spellEnd"/>
            <w:r w:rsidRPr="00EB75F0">
              <w:rPr>
                <w:sz w:val="14"/>
              </w:rPr>
              <w:t xml:space="preserve"> 2016</w:t>
            </w:r>
            <w:r w:rsidR="0031308D" w:rsidRPr="00EB75F0">
              <w:fldChar w:fldCharType="begin"/>
            </w:r>
            <w:r w:rsidR="00452EF4">
              <w:instrText xml:space="preserve"> ADDIN EN.CITE &lt;EndNote&gt;&lt;Cite&gt;&lt;Author&gt;S Shafti S&lt;/Author&gt;&lt;Year&gt;2016&lt;/Year&gt;&lt;RecNum&gt;30&lt;/RecNum&gt;&lt;DisplayText&gt;&lt;style face="superscript"&gt;33&lt;/style&gt;&lt;/DisplayText&gt;&lt;record&gt;&lt;rec-number&gt;30&lt;/rec-number&gt;&lt;foreign-keys&gt;&lt;key app="EN" db-id="9ttaxzax2p0tr7ewzt55atews50zvxaaa5rz" timestamp="1764068830"&gt;30&lt;/key&gt;&lt;/foreign-keys&gt;&lt;ref-type name="Journal Article"&gt;17&lt;/ref-type&gt;&lt;contributors&gt;&lt;authors&gt;&lt;author&gt;S Shafti S, Kaviani H.&lt;/author&gt;&lt;/authors&gt;&lt;/contributors&gt;&lt;titles&gt;&lt;title&gt;A comparison between quetiapine and aripiprazole for treatment of schizophrenia: a double blind contras&lt;/title&gt;&lt;secondary-title&gt;Curr. Psychopharmacol.&lt;/secondary-title&gt;&lt;/titles&gt;&lt;periodical&gt;&lt;full-title&gt;Curr. Psychopharmacol.&lt;/full-title&gt;&lt;/periodical&gt;&lt;pages&gt;13-9&lt;/pages&gt;&lt;volume&gt;5&lt;/volume&gt;&lt;number&gt;1&lt;/number&gt;&lt;dates&gt;&lt;year&gt;2016&lt;/year&gt;&lt;/dates&gt;&lt;urls&gt;&lt;/urls&gt;&lt;/record&gt;&lt;/Cite&gt;&lt;/EndNote&gt;</w:instrText>
            </w:r>
            <w:r w:rsidR="0031308D" w:rsidRPr="00EB75F0">
              <w:fldChar w:fldCharType="separate"/>
            </w:r>
            <w:r w:rsidR="00452EF4" w:rsidRPr="00452EF4">
              <w:rPr>
                <w:noProof/>
                <w:vertAlign w:val="superscript"/>
              </w:rPr>
              <w:t>33</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32C265F9" w14:textId="77777777" w:rsidR="009446D0" w:rsidRPr="00EB75F0" w:rsidRDefault="0084596B">
            <w:pPr>
              <w:spacing w:before="60" w:after="60" w:line="240" w:lineRule="auto"/>
              <w:rPr>
                <w:sz w:val="14"/>
              </w:rPr>
            </w:pPr>
            <w:r w:rsidRPr="00EB75F0">
              <w:rPr>
                <w:sz w:val="14"/>
              </w:rPr>
              <w:t>DSM-5 diagnosis of schizophrenia</w:t>
            </w:r>
          </w:p>
        </w:tc>
        <w:tc>
          <w:tcPr>
            <w:tcW w:w="293" w:type="pct"/>
            <w:tcBorders>
              <w:top w:val="single" w:sz="4" w:space="0" w:color="000000"/>
              <w:left w:val="single" w:sz="4" w:space="0" w:color="000000"/>
              <w:bottom w:val="single" w:sz="4" w:space="0" w:color="000000"/>
              <w:right w:val="single" w:sz="4" w:space="0" w:color="000000"/>
            </w:tcBorders>
          </w:tcPr>
          <w:p w14:paraId="66CEDE4B" w14:textId="77777777" w:rsidR="009446D0" w:rsidRPr="00EB75F0" w:rsidRDefault="0084596B">
            <w:pPr>
              <w:spacing w:before="60" w:after="60" w:line="240" w:lineRule="auto"/>
              <w:rPr>
                <w:sz w:val="14"/>
              </w:rPr>
            </w:pPr>
            <w:r w:rsidRPr="00EB75F0">
              <w:rPr>
                <w:sz w:val="14"/>
              </w:rPr>
              <w:t>NR</w:t>
            </w:r>
          </w:p>
        </w:tc>
        <w:tc>
          <w:tcPr>
            <w:tcW w:w="557" w:type="pct"/>
            <w:tcBorders>
              <w:top w:val="single" w:sz="4" w:space="0" w:color="000000"/>
              <w:left w:val="single" w:sz="4" w:space="0" w:color="000000"/>
              <w:bottom w:val="single" w:sz="4" w:space="0" w:color="000000"/>
              <w:right w:val="single" w:sz="4" w:space="0" w:color="000000"/>
            </w:tcBorders>
          </w:tcPr>
          <w:p w14:paraId="2932BF1C"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1ADA632D" w14:textId="77777777" w:rsidR="009446D0" w:rsidRPr="00EB75F0" w:rsidRDefault="0084596B">
            <w:pPr>
              <w:spacing w:before="60" w:after="60" w:line="240" w:lineRule="auto"/>
              <w:rPr>
                <w:sz w:val="14"/>
              </w:rPr>
            </w:pPr>
            <w:r w:rsidRPr="00EB75F0">
              <w:rPr>
                <w:sz w:val="14"/>
              </w:rPr>
              <w:t>Not reported</w:t>
            </w:r>
          </w:p>
        </w:tc>
        <w:tc>
          <w:tcPr>
            <w:tcW w:w="694" w:type="pct"/>
            <w:tcBorders>
              <w:top w:val="single" w:sz="4" w:space="0" w:color="000000"/>
              <w:left w:val="single" w:sz="4" w:space="0" w:color="000000"/>
              <w:bottom w:val="single" w:sz="4" w:space="0" w:color="000000"/>
              <w:right w:val="single" w:sz="4" w:space="0" w:color="000000"/>
            </w:tcBorders>
          </w:tcPr>
          <w:p w14:paraId="471B6C32" w14:textId="77777777" w:rsidR="009446D0" w:rsidRPr="00EB75F0" w:rsidRDefault="0084596B">
            <w:pPr>
              <w:spacing w:before="60" w:after="60" w:line="240" w:lineRule="auto"/>
              <w:rPr>
                <w:sz w:val="14"/>
              </w:rPr>
            </w:pPr>
            <w:r w:rsidRPr="00EB75F0">
              <w:rPr>
                <w:sz w:val="14"/>
              </w:rPr>
              <w:t>Not reported</w:t>
            </w:r>
          </w:p>
        </w:tc>
        <w:tc>
          <w:tcPr>
            <w:tcW w:w="531" w:type="pct"/>
            <w:tcBorders>
              <w:top w:val="single" w:sz="4" w:space="0" w:color="000000"/>
              <w:left w:val="single" w:sz="4" w:space="0" w:color="000000"/>
              <w:bottom w:val="single" w:sz="4" w:space="0" w:color="000000"/>
              <w:right w:val="single" w:sz="4" w:space="0" w:color="000000"/>
            </w:tcBorders>
          </w:tcPr>
          <w:p w14:paraId="02129282"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1D8B3EA0"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01EE38DA" w14:textId="77777777" w:rsidR="009446D0" w:rsidRPr="00EB75F0" w:rsidRDefault="0084596B">
            <w:pPr>
              <w:spacing w:before="60" w:after="60" w:line="240" w:lineRule="auto"/>
              <w:rPr>
                <w:sz w:val="14"/>
              </w:rPr>
            </w:pPr>
            <w:r w:rsidRPr="00EB75F0">
              <w:rPr>
                <w:sz w:val="14"/>
              </w:rPr>
              <w:t>No patients with psychiatric disorder other than schizophrenia or schizoaffective disorder requiring pharmacotherapy or serious suicidal ideation, other neurological abnormality, drug/alcohol dependency, tardive dyskinesia, or severe akathisia</w:t>
            </w:r>
          </w:p>
        </w:tc>
      </w:tr>
      <w:tr w:rsidR="009446D0" w:rsidRPr="00EB75F0" w14:paraId="600A69EB" w14:textId="77777777">
        <w:tc>
          <w:tcPr>
            <w:tcW w:w="485" w:type="pct"/>
            <w:tcBorders>
              <w:top w:val="single" w:sz="4" w:space="0" w:color="000000"/>
              <w:left w:val="single" w:sz="4" w:space="0" w:color="000000"/>
              <w:bottom w:val="single" w:sz="4" w:space="0" w:color="000000"/>
              <w:right w:val="single" w:sz="4" w:space="0" w:color="000000"/>
            </w:tcBorders>
          </w:tcPr>
          <w:p w14:paraId="628D2F6F" w14:textId="09BA1015" w:rsidR="009446D0" w:rsidRPr="00EB75F0" w:rsidRDefault="0084596B">
            <w:pPr>
              <w:spacing w:before="60" w:after="60" w:line="240" w:lineRule="auto"/>
              <w:rPr>
                <w:sz w:val="14"/>
              </w:rPr>
            </w:pPr>
            <w:r w:rsidRPr="00EB75F0">
              <w:rPr>
                <w:sz w:val="14"/>
              </w:rPr>
              <w:t>Kane 2002</w:t>
            </w:r>
            <w:r w:rsidR="0031308D" w:rsidRPr="00EB75F0">
              <w:fldChar w:fldCharType="begin"/>
            </w:r>
            <w:r w:rsidR="00452EF4">
              <w:instrText xml:space="preserve"> ADDIN EN.CITE &lt;EndNote&gt;&lt;Cite&gt;&lt;Author&gt;Kane&lt;/Author&gt;&lt;Year&gt;2002&lt;/Year&gt;&lt;RecNum&gt;31&lt;/RecNum&gt;&lt;DisplayText&gt;&lt;style face="superscript"&gt;34&lt;/style&gt;&lt;/DisplayText&gt;&lt;record&gt;&lt;rec-number&gt;31&lt;/rec-number&gt;&lt;foreign-keys&gt;&lt;key app="EN" db-id="9ttaxzax2p0tr7ewzt55atews50zvxaaa5rz" timestamp="1764068830"&gt;31&lt;/key&gt;&lt;/foreign-keys&gt;&lt;ref-type name="Journal Article"&gt;17&lt;/ref-type&gt;&lt;contributors&gt;&lt;authors&gt;&lt;author&gt;Kane, John M&lt;/author&gt;&lt;author&gt;Carson, William H&lt;/author&gt;&lt;author&gt;Saha, Anutosh R&lt;/author&gt;&lt;author&gt;McQuade, Robert D&lt;/author&gt;&lt;author&gt;Ingenito, Gary G&lt;/author&gt;&lt;author&gt;Zimbroff, Dan L&lt;/author&gt;&lt;author&gt;Ali, Mirza W&lt;/author&gt;&lt;/authors&gt;&lt;/contributors&gt;&lt;titles&gt;&lt;title&gt;Efficacy and safety of aripiprazole and haloperidol versus placebo in patients with schizophrenia and schizoaffective disorder&lt;/title&gt;&lt;secondary-title&gt;Journal of Clinical Psychiatry&lt;/secondary-title&gt;&lt;/titles&gt;&lt;periodical&gt;&lt;full-title&gt;Journal of Clinical Psychiatry&lt;/full-title&gt;&lt;/periodical&gt;&lt;pages&gt;763-771&lt;/pages&gt;&lt;volume&gt;63&lt;/volume&gt;&lt;number&gt;9&lt;/number&gt;&lt;dates&gt;&lt;year&gt;2002&lt;/year&gt;&lt;/dates&gt;&lt;isbn&gt;0160-6689&lt;/isbn&gt;&lt;urls&gt;&lt;/urls&gt;&lt;/record&gt;&lt;/Cite&gt;&lt;/EndNote&gt;</w:instrText>
            </w:r>
            <w:r w:rsidR="0031308D" w:rsidRPr="00EB75F0">
              <w:fldChar w:fldCharType="separate"/>
            </w:r>
            <w:r w:rsidR="00452EF4" w:rsidRPr="00452EF4">
              <w:rPr>
                <w:noProof/>
                <w:vertAlign w:val="superscript"/>
              </w:rPr>
              <w:t>34</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5D618F3D" w14:textId="77777777" w:rsidR="009446D0" w:rsidRPr="00EB75F0" w:rsidRDefault="0084596B">
            <w:pPr>
              <w:spacing w:before="60" w:after="60" w:line="240" w:lineRule="auto"/>
              <w:rPr>
                <w:sz w:val="14"/>
              </w:rPr>
            </w:pPr>
            <w:r w:rsidRPr="00EB75F0">
              <w:rPr>
                <w:sz w:val="14"/>
              </w:rPr>
              <w:t>DSM-IV diagnosis of schizophrenia or schizoaffective disorder</w:t>
            </w:r>
          </w:p>
        </w:tc>
        <w:tc>
          <w:tcPr>
            <w:tcW w:w="293" w:type="pct"/>
            <w:tcBorders>
              <w:top w:val="single" w:sz="4" w:space="0" w:color="000000"/>
              <w:left w:val="single" w:sz="4" w:space="0" w:color="000000"/>
              <w:bottom w:val="single" w:sz="4" w:space="0" w:color="000000"/>
              <w:right w:val="single" w:sz="4" w:space="0" w:color="000000"/>
            </w:tcBorders>
          </w:tcPr>
          <w:p w14:paraId="02C0EFCE"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3EBC60BE"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5BD827A0" w14:textId="77777777" w:rsidR="009446D0" w:rsidRPr="00EB75F0" w:rsidRDefault="0084596B">
            <w:pPr>
              <w:spacing w:before="60" w:after="60" w:line="240" w:lineRule="auto"/>
              <w:rPr>
                <w:sz w:val="14"/>
              </w:rPr>
            </w:pPr>
            <w:r w:rsidRPr="00EB75F0">
              <w:rPr>
                <w:sz w:val="14"/>
              </w:rPr>
              <w:t>Acute relapse of symptoms leading to hospitalization</w:t>
            </w:r>
          </w:p>
        </w:tc>
        <w:tc>
          <w:tcPr>
            <w:tcW w:w="694" w:type="pct"/>
            <w:tcBorders>
              <w:top w:val="single" w:sz="4" w:space="0" w:color="000000"/>
              <w:left w:val="single" w:sz="4" w:space="0" w:color="000000"/>
              <w:bottom w:val="single" w:sz="4" w:space="0" w:color="000000"/>
              <w:right w:val="single" w:sz="4" w:space="0" w:color="000000"/>
            </w:tcBorders>
          </w:tcPr>
          <w:p w14:paraId="0E75045D" w14:textId="77777777" w:rsidR="009446D0" w:rsidRPr="00EB75F0" w:rsidRDefault="0084596B">
            <w:pPr>
              <w:spacing w:before="60" w:after="60" w:line="240" w:lineRule="auto"/>
              <w:rPr>
                <w:sz w:val="14"/>
              </w:rPr>
            </w:pPr>
            <w:r w:rsidRPr="00EB75F0">
              <w:rPr>
                <w:sz w:val="14"/>
              </w:rPr>
              <w:t>Use of long-acting neuroleptic ok if time period of at least one treatment cycle plus 1 week had elapsed since their last Injection</w:t>
            </w:r>
          </w:p>
        </w:tc>
        <w:tc>
          <w:tcPr>
            <w:tcW w:w="531" w:type="pct"/>
            <w:tcBorders>
              <w:top w:val="single" w:sz="4" w:space="0" w:color="000000"/>
              <w:left w:val="single" w:sz="4" w:space="0" w:color="000000"/>
              <w:bottom w:val="single" w:sz="4" w:space="0" w:color="000000"/>
              <w:right w:val="single" w:sz="4" w:space="0" w:color="000000"/>
            </w:tcBorders>
          </w:tcPr>
          <w:p w14:paraId="3A351217"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2103DFF0" w14:textId="77777777" w:rsidR="009446D0" w:rsidRPr="00EB75F0" w:rsidRDefault="0084596B">
            <w:pPr>
              <w:spacing w:before="60" w:after="60" w:line="240" w:lineRule="auto"/>
              <w:rPr>
                <w:sz w:val="14"/>
              </w:rPr>
            </w:pPr>
            <w:r w:rsidRPr="00EB75F0">
              <w:rPr>
                <w:sz w:val="14"/>
              </w:rPr>
              <w:t>PANSS Total score of 60 or more and a minimum score of 4 (moderate) on at least two of the four items of the PANSS positive subscale (1–</w:t>
            </w:r>
            <w:r w:rsidRPr="00EB75F0">
              <w:rPr>
                <w:sz w:val="14"/>
              </w:rPr>
              <w:lastRenderedPageBreak/>
              <w:t>7 scale). CGI scale scores (thresholds NR)</w:t>
            </w:r>
          </w:p>
        </w:tc>
        <w:tc>
          <w:tcPr>
            <w:tcW w:w="658" w:type="pct"/>
            <w:tcBorders>
              <w:top w:val="single" w:sz="4" w:space="0" w:color="000000"/>
              <w:left w:val="single" w:sz="4" w:space="0" w:color="000000"/>
              <w:bottom w:val="single" w:sz="4" w:space="0" w:color="000000"/>
              <w:right w:val="single" w:sz="4" w:space="0" w:color="000000"/>
            </w:tcBorders>
          </w:tcPr>
          <w:p w14:paraId="2CB2BD06" w14:textId="77777777" w:rsidR="009446D0" w:rsidRPr="00EB75F0" w:rsidRDefault="0084596B">
            <w:pPr>
              <w:spacing w:before="60" w:after="60" w:line="240" w:lineRule="auto"/>
              <w:rPr>
                <w:sz w:val="14"/>
              </w:rPr>
            </w:pPr>
            <w:r w:rsidRPr="00EB75F0">
              <w:rPr>
                <w:sz w:val="14"/>
              </w:rPr>
              <w:lastRenderedPageBreak/>
              <w:t>No diagnosis of Parkinson’s disease, dementia or related disorder or uncorrected narrow-angle glaucoma</w:t>
            </w:r>
          </w:p>
        </w:tc>
      </w:tr>
      <w:tr w:rsidR="009446D0" w:rsidRPr="00EB75F0" w14:paraId="6A449929" w14:textId="77777777">
        <w:tc>
          <w:tcPr>
            <w:tcW w:w="485" w:type="pct"/>
            <w:tcBorders>
              <w:top w:val="single" w:sz="4" w:space="0" w:color="000000"/>
              <w:left w:val="single" w:sz="4" w:space="0" w:color="000000"/>
              <w:bottom w:val="single" w:sz="4" w:space="0" w:color="000000"/>
              <w:right w:val="single" w:sz="4" w:space="0" w:color="000000"/>
            </w:tcBorders>
          </w:tcPr>
          <w:p w14:paraId="0A8E34F1" w14:textId="6BA8BCD1" w:rsidR="009446D0" w:rsidRPr="00EB75F0" w:rsidRDefault="0084596B">
            <w:pPr>
              <w:spacing w:before="60" w:after="60" w:line="240" w:lineRule="auto"/>
              <w:rPr>
                <w:sz w:val="14"/>
              </w:rPr>
            </w:pPr>
            <w:r w:rsidRPr="00EB75F0">
              <w:rPr>
                <w:sz w:val="14"/>
              </w:rPr>
              <w:t>Marder 2003</w:t>
            </w:r>
            <w:r w:rsidR="0031308D" w:rsidRPr="00EB75F0">
              <w:fldChar w:fldCharType="begin"/>
            </w:r>
            <w:r w:rsidR="00452EF4">
              <w:instrText xml:space="preserve"> ADDIN EN.CITE &lt;EndNote&gt;&lt;Cite&gt;&lt;Author&gt;Marder SR&lt;/Author&gt;&lt;Year&gt;2003&lt;/Year&gt;&lt;RecNum&gt;32&lt;/RecNum&gt;&lt;DisplayText&gt;&lt;style face="superscript"&gt;35&lt;/style&gt;&lt;/DisplayText&gt;&lt;record&gt;&lt;rec-number&gt;32&lt;/rec-number&gt;&lt;foreign-keys&gt;&lt;key app="EN" db-id="9ttaxzax2p0tr7ewzt55atews50zvxaaa5rz" timestamp="1764068830"&gt;32&lt;/key&gt;&lt;/foreign-keys&gt;&lt;ref-type name="Journal Article"&gt;17&lt;/ref-type&gt;&lt;contributors&gt;&lt;authors&gt;&lt;author&gt;Marder SR, McQuade RD, Stock E, Kaplita S, Marcus R, Safferman AZ, Saha A, Ali M, Iwamoto T&lt;/author&gt;&lt;/authors&gt;&lt;/contributors&gt;&lt;titles&gt;&lt;title&gt;Aripiprazole in the treatment of schizophrenia: safety and tolerability in short-term, placebo-controlled trials&lt;/title&gt;&lt;secondary-title&gt;Schizophr. Res.&lt;/secondary-title&gt;&lt;/titles&gt;&lt;periodical&gt;&lt;full-title&gt;Schizophr. Res.&lt;/full-title&gt;&lt;/periodical&gt;&lt;pages&gt;123-36&lt;/pages&gt;&lt;volume&gt;61&lt;/volume&gt;&lt;number&gt;2-3&lt;/number&gt;&lt;dates&gt;&lt;year&gt;2003&lt;/year&gt;&lt;/dates&gt;&lt;urls&gt;&lt;/urls&gt;&lt;/record&gt;&lt;/Cite&gt;&lt;/EndNote&gt;</w:instrText>
            </w:r>
            <w:r w:rsidR="0031308D" w:rsidRPr="00EB75F0">
              <w:fldChar w:fldCharType="separate"/>
            </w:r>
            <w:r w:rsidR="00452EF4" w:rsidRPr="00452EF4">
              <w:rPr>
                <w:noProof/>
                <w:vertAlign w:val="superscript"/>
              </w:rPr>
              <w:t>35</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0C91A97E" w14:textId="77777777" w:rsidR="009446D0" w:rsidRPr="00EB75F0" w:rsidRDefault="0084596B">
            <w:pPr>
              <w:spacing w:before="60" w:after="60" w:line="240" w:lineRule="auto"/>
              <w:rPr>
                <w:sz w:val="14"/>
              </w:rPr>
            </w:pPr>
            <w:r w:rsidRPr="00732701">
              <w:rPr>
                <w:sz w:val="14"/>
                <w:lang w:val="nl-NL"/>
              </w:rPr>
              <w:t xml:space="preserve">DSM-IV diagnosis of </w:t>
            </w:r>
            <w:proofErr w:type="spellStart"/>
            <w:r w:rsidRPr="00732701">
              <w:rPr>
                <w:sz w:val="14"/>
                <w:lang w:val="nl-NL"/>
              </w:rPr>
              <w:t>schizophrenia</w:t>
            </w:r>
            <w:proofErr w:type="spellEnd"/>
            <w:r w:rsidRPr="00732701">
              <w:rPr>
                <w:sz w:val="14"/>
                <w:lang w:val="nl-NL"/>
              </w:rPr>
              <w:t xml:space="preserve"> (4 studies). </w:t>
            </w:r>
            <w:r w:rsidRPr="00EB75F0">
              <w:rPr>
                <w:sz w:val="14"/>
              </w:rPr>
              <w:t>DSM-III-R criteria (1 study)</w:t>
            </w:r>
          </w:p>
        </w:tc>
        <w:tc>
          <w:tcPr>
            <w:tcW w:w="293" w:type="pct"/>
            <w:tcBorders>
              <w:top w:val="single" w:sz="4" w:space="0" w:color="000000"/>
              <w:left w:val="single" w:sz="4" w:space="0" w:color="000000"/>
              <w:bottom w:val="single" w:sz="4" w:space="0" w:color="000000"/>
              <w:right w:val="single" w:sz="4" w:space="0" w:color="000000"/>
            </w:tcBorders>
          </w:tcPr>
          <w:p w14:paraId="4B1FF321" w14:textId="77777777" w:rsidR="009446D0" w:rsidRPr="00EB75F0" w:rsidRDefault="0084596B">
            <w:pPr>
              <w:spacing w:before="60" w:after="60" w:line="240" w:lineRule="auto"/>
              <w:rPr>
                <w:sz w:val="14"/>
              </w:rPr>
            </w:pPr>
            <w:r w:rsidRPr="00EB75F0">
              <w:rPr>
                <w:sz w:val="14"/>
              </w:rPr>
              <w:t>18+</w:t>
            </w:r>
          </w:p>
        </w:tc>
        <w:tc>
          <w:tcPr>
            <w:tcW w:w="557" w:type="pct"/>
            <w:tcBorders>
              <w:top w:val="single" w:sz="4" w:space="0" w:color="000000"/>
              <w:left w:val="single" w:sz="4" w:space="0" w:color="000000"/>
              <w:bottom w:val="single" w:sz="4" w:space="0" w:color="000000"/>
              <w:right w:val="single" w:sz="4" w:space="0" w:color="000000"/>
            </w:tcBorders>
          </w:tcPr>
          <w:p w14:paraId="23BF2736" w14:textId="77777777" w:rsidR="009446D0" w:rsidRPr="00EB75F0" w:rsidRDefault="0084596B">
            <w:pPr>
              <w:spacing w:before="60" w:after="60" w:line="240" w:lineRule="auto"/>
              <w:rPr>
                <w:sz w:val="14"/>
              </w:rPr>
            </w:pPr>
            <w:r w:rsidRPr="00EB75F0">
              <w:rPr>
                <w:sz w:val="14"/>
              </w:rPr>
              <w:t>Acute relapse of schizophrenia; Outpatient for at least one 3 month period during last 12 months (all studies)</w:t>
            </w:r>
          </w:p>
        </w:tc>
        <w:tc>
          <w:tcPr>
            <w:tcW w:w="448" w:type="pct"/>
            <w:tcBorders>
              <w:top w:val="single" w:sz="4" w:space="0" w:color="000000"/>
              <w:left w:val="single" w:sz="4" w:space="0" w:color="000000"/>
              <w:bottom w:val="single" w:sz="4" w:space="0" w:color="000000"/>
              <w:right w:val="single" w:sz="4" w:space="0" w:color="000000"/>
            </w:tcBorders>
          </w:tcPr>
          <w:p w14:paraId="774FFD82" w14:textId="77777777" w:rsidR="009446D0" w:rsidRPr="00EB75F0" w:rsidRDefault="0084596B">
            <w:pPr>
              <w:spacing w:before="60" w:after="60" w:line="240" w:lineRule="auto"/>
              <w:rPr>
                <w:sz w:val="14"/>
              </w:rPr>
            </w:pPr>
            <w:r w:rsidRPr="00EB75F0">
              <w:rPr>
                <w:sz w:val="14"/>
              </w:rPr>
              <w:t>Acute exacerbation of symptoms that required inpatient hospitalization</w:t>
            </w:r>
          </w:p>
        </w:tc>
        <w:tc>
          <w:tcPr>
            <w:tcW w:w="694" w:type="pct"/>
            <w:tcBorders>
              <w:top w:val="single" w:sz="4" w:space="0" w:color="000000"/>
              <w:left w:val="single" w:sz="4" w:space="0" w:color="000000"/>
              <w:bottom w:val="single" w:sz="4" w:space="0" w:color="000000"/>
              <w:right w:val="single" w:sz="4" w:space="0" w:color="000000"/>
            </w:tcBorders>
          </w:tcPr>
          <w:p w14:paraId="52BD5B96" w14:textId="77777777" w:rsidR="009446D0" w:rsidRPr="00EB75F0" w:rsidRDefault="0084596B">
            <w:pPr>
              <w:spacing w:before="60" w:after="60" w:line="240" w:lineRule="auto"/>
              <w:contextualSpacing/>
              <w:rPr>
                <w:sz w:val="14"/>
              </w:rPr>
            </w:pPr>
            <w:r w:rsidRPr="00EB75F0">
              <w:rPr>
                <w:sz w:val="14"/>
              </w:rPr>
              <w:t>Prior responsiveness to antipsychotic medication required (all studies)</w:t>
            </w:r>
          </w:p>
        </w:tc>
        <w:tc>
          <w:tcPr>
            <w:tcW w:w="531" w:type="pct"/>
            <w:tcBorders>
              <w:top w:val="single" w:sz="4" w:space="0" w:color="000000"/>
              <w:left w:val="single" w:sz="4" w:space="0" w:color="000000"/>
              <w:bottom w:val="single" w:sz="4" w:space="0" w:color="000000"/>
              <w:right w:val="single" w:sz="4" w:space="0" w:color="000000"/>
            </w:tcBorders>
          </w:tcPr>
          <w:p w14:paraId="456F70F8"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5F4DAE03" w14:textId="77777777" w:rsidR="009446D0" w:rsidRPr="00EB75F0" w:rsidRDefault="0084596B">
            <w:pPr>
              <w:spacing w:before="60" w:after="60" w:line="240" w:lineRule="auto"/>
              <w:rPr>
                <w:sz w:val="14"/>
              </w:rPr>
            </w:pPr>
            <w:r w:rsidRPr="00EB75F0">
              <w:rPr>
                <w:sz w:val="14"/>
              </w:rPr>
              <w:t>PANSS Total score of 60 or more and a minimum score of 4 (moderate) on at least two of the four items of the PANSS positive subscale</w:t>
            </w:r>
          </w:p>
        </w:tc>
        <w:tc>
          <w:tcPr>
            <w:tcW w:w="658" w:type="pct"/>
            <w:tcBorders>
              <w:top w:val="single" w:sz="4" w:space="0" w:color="000000"/>
              <w:left w:val="single" w:sz="4" w:space="0" w:color="000000"/>
              <w:bottom w:val="single" w:sz="4" w:space="0" w:color="000000"/>
              <w:right w:val="single" w:sz="4" w:space="0" w:color="000000"/>
            </w:tcBorders>
          </w:tcPr>
          <w:p w14:paraId="421993B7" w14:textId="77777777" w:rsidR="009446D0" w:rsidRPr="00EB75F0" w:rsidRDefault="0084596B">
            <w:pPr>
              <w:spacing w:before="60" w:after="60" w:line="240" w:lineRule="auto"/>
              <w:rPr>
                <w:sz w:val="14"/>
              </w:rPr>
            </w:pPr>
            <w:r w:rsidRPr="00EB75F0">
              <w:rPr>
                <w:sz w:val="14"/>
              </w:rPr>
              <w:t>No psychiatric diagnosis other than schizophrenia; significant risk of suicidal or violent behavior; history of mental retardation, major depressive episodes, neuroleptic malignant syndrome, tardive dyskinesia, any neurologic disorder, severe head trauma, or any unstable medical condition; history of substance dependence or participation in a drug clinical trial within 3 months before screening</w:t>
            </w:r>
          </w:p>
        </w:tc>
      </w:tr>
      <w:tr w:rsidR="009446D0" w:rsidRPr="00EB75F0" w14:paraId="43A223DB" w14:textId="77777777">
        <w:tc>
          <w:tcPr>
            <w:tcW w:w="485" w:type="pct"/>
            <w:tcBorders>
              <w:top w:val="single" w:sz="4" w:space="0" w:color="000000"/>
              <w:left w:val="single" w:sz="4" w:space="0" w:color="000000"/>
              <w:bottom w:val="single" w:sz="4" w:space="0" w:color="000000"/>
              <w:right w:val="single" w:sz="4" w:space="0" w:color="000000"/>
            </w:tcBorders>
          </w:tcPr>
          <w:p w14:paraId="64B4B73F" w14:textId="705FA024" w:rsidR="009446D0" w:rsidRPr="00EB75F0" w:rsidRDefault="0084596B">
            <w:pPr>
              <w:spacing w:before="60" w:after="60" w:line="240" w:lineRule="auto"/>
              <w:rPr>
                <w:sz w:val="14"/>
              </w:rPr>
            </w:pPr>
            <w:proofErr w:type="spellStart"/>
            <w:r w:rsidRPr="00EB75F0">
              <w:rPr>
                <w:sz w:val="14"/>
              </w:rPr>
              <w:t>Potkin</w:t>
            </w:r>
            <w:proofErr w:type="spellEnd"/>
            <w:r w:rsidRPr="00EB75F0">
              <w:rPr>
                <w:sz w:val="14"/>
              </w:rPr>
              <w:t xml:space="preserve"> 2003</w:t>
            </w:r>
            <w:r w:rsidR="0031308D" w:rsidRPr="00EB75F0">
              <w:fldChar w:fldCharType="begin"/>
            </w:r>
            <w:r w:rsidR="00452EF4">
              <w:instrText xml:space="preserve"> ADDIN EN.CITE &lt;EndNote&gt;&lt;Cite&gt;&lt;Author&gt;Potkin SG&lt;/Author&gt;&lt;Year&gt;2003&lt;/Year&gt;&lt;RecNum&gt;33&lt;/RecNum&gt;&lt;DisplayText&gt;&lt;style face="superscript"&gt;36&lt;/style&gt;&lt;/DisplayText&gt;&lt;record&gt;&lt;rec-number&gt;33&lt;/rec-number&gt;&lt;foreign-keys&gt;&lt;key app="EN" db-id="9ttaxzax2p0tr7ewzt55atews50zvxaaa5rz" timestamp="1764068830"&gt;33&lt;/key&gt;&lt;/foreign-keys&gt;&lt;ref-type name="Journal Article"&gt;17&lt;/ref-type&gt;&lt;contributors&gt;&lt;authors&gt;&lt;author&gt;Potkin SG, Saha AR, Kujawa MJ, Carson WH, Ali M, Stock E, Stringfellow J, Ingenito G, Marder SR.&lt;/author&gt;&lt;/authors&gt;&lt;/contributors&gt;&lt;titles&gt;&lt;title&gt;Aripiprazole, an antipsychotic with a novel mechanism of action, and risperidone vs placebo in patients with schizophrenia and schizoaffective disorder.&lt;/title&gt;&lt;secondary-title&gt;AMA Arch. Gen. Psychiatry&lt;/secondary-title&gt;&lt;/titles&gt;&lt;periodical&gt;&lt;full-title&gt;AMA Arch. Gen. Psychiatry&lt;/full-title&gt;&lt;/periodical&gt;&lt;pages&gt;681-90&lt;/pages&gt;&lt;volume&gt;60&lt;/volume&gt;&lt;number&gt;7&lt;/number&gt;&lt;dates&gt;&lt;year&gt;2003&lt;/year&gt;&lt;/dates&gt;&lt;urls&gt;&lt;/urls&gt;&lt;/record&gt;&lt;/Cite&gt;&lt;/EndNote&gt;</w:instrText>
            </w:r>
            <w:r w:rsidR="0031308D" w:rsidRPr="00EB75F0">
              <w:fldChar w:fldCharType="separate"/>
            </w:r>
            <w:r w:rsidR="00452EF4" w:rsidRPr="00452EF4">
              <w:rPr>
                <w:noProof/>
                <w:vertAlign w:val="superscript"/>
              </w:rPr>
              <w:t>36</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03E6E7AC" w14:textId="77777777" w:rsidR="009446D0" w:rsidRPr="00EB75F0" w:rsidRDefault="0084596B">
            <w:pPr>
              <w:spacing w:before="60" w:after="60" w:line="240" w:lineRule="auto"/>
              <w:rPr>
                <w:sz w:val="14"/>
              </w:rPr>
            </w:pPr>
            <w:r w:rsidRPr="00EB75F0">
              <w:rPr>
                <w:sz w:val="14"/>
              </w:rPr>
              <w:t>DSM-IV diagnosis of schizophrenia or schizoaffective disorder</w:t>
            </w:r>
          </w:p>
        </w:tc>
        <w:tc>
          <w:tcPr>
            <w:tcW w:w="293" w:type="pct"/>
            <w:tcBorders>
              <w:top w:val="single" w:sz="4" w:space="0" w:color="000000"/>
              <w:left w:val="single" w:sz="4" w:space="0" w:color="000000"/>
              <w:bottom w:val="single" w:sz="4" w:space="0" w:color="000000"/>
              <w:right w:val="single" w:sz="4" w:space="0" w:color="000000"/>
            </w:tcBorders>
          </w:tcPr>
          <w:p w14:paraId="4C5267A8"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105F7E63" w14:textId="77777777" w:rsidR="009446D0" w:rsidRPr="00EB75F0" w:rsidRDefault="0084596B">
            <w:pPr>
              <w:spacing w:before="60" w:after="60" w:line="240" w:lineRule="auto"/>
              <w:rPr>
                <w:sz w:val="14"/>
              </w:rPr>
            </w:pPr>
            <w:r w:rsidRPr="00EB75F0">
              <w:rPr>
                <w:sz w:val="14"/>
              </w:rPr>
              <w:t>Had been an outpatient for at least one 3-month period during the past year</w:t>
            </w:r>
          </w:p>
        </w:tc>
        <w:tc>
          <w:tcPr>
            <w:tcW w:w="448" w:type="pct"/>
            <w:tcBorders>
              <w:top w:val="single" w:sz="4" w:space="0" w:color="000000"/>
              <w:left w:val="single" w:sz="4" w:space="0" w:color="000000"/>
              <w:bottom w:val="single" w:sz="4" w:space="0" w:color="000000"/>
              <w:right w:val="single" w:sz="4" w:space="0" w:color="000000"/>
            </w:tcBorders>
          </w:tcPr>
          <w:p w14:paraId="3A805416" w14:textId="77777777" w:rsidR="009446D0" w:rsidRPr="00EB75F0" w:rsidRDefault="0084596B">
            <w:pPr>
              <w:spacing w:before="60" w:after="60" w:line="240" w:lineRule="auto"/>
              <w:rPr>
                <w:sz w:val="14"/>
              </w:rPr>
            </w:pPr>
            <w:r w:rsidRPr="00EB75F0">
              <w:rPr>
                <w:sz w:val="14"/>
              </w:rPr>
              <w:t>Acute relapse of symptoms leading to hospitalization</w:t>
            </w:r>
          </w:p>
        </w:tc>
        <w:tc>
          <w:tcPr>
            <w:tcW w:w="694" w:type="pct"/>
            <w:tcBorders>
              <w:top w:val="single" w:sz="4" w:space="0" w:color="000000"/>
              <w:left w:val="single" w:sz="4" w:space="0" w:color="000000"/>
              <w:bottom w:val="single" w:sz="4" w:space="0" w:color="000000"/>
              <w:right w:val="single" w:sz="4" w:space="0" w:color="000000"/>
            </w:tcBorders>
          </w:tcPr>
          <w:p w14:paraId="6826ABB4" w14:textId="77777777" w:rsidR="009446D0" w:rsidRPr="00EB75F0" w:rsidRDefault="0084596B">
            <w:pPr>
              <w:spacing w:before="60" w:after="60" w:line="240" w:lineRule="auto"/>
              <w:rPr>
                <w:sz w:val="14"/>
              </w:rPr>
            </w:pPr>
            <w:r w:rsidRPr="00EB75F0">
              <w:rPr>
                <w:sz w:val="14"/>
              </w:rPr>
              <w:t>Not refractory to antipsychotics, had previously shown an improvement with an antipsychotic drug other than clozapine. Use of long-acting neuroleptic ok if time period of at least one treatment cycle plus 1 week had elapsed since their last Injection. No treatment with an investigational drug within 4 weeks before randomization</w:t>
            </w:r>
          </w:p>
        </w:tc>
        <w:tc>
          <w:tcPr>
            <w:tcW w:w="531" w:type="pct"/>
            <w:tcBorders>
              <w:top w:val="single" w:sz="4" w:space="0" w:color="000000"/>
              <w:left w:val="single" w:sz="4" w:space="0" w:color="000000"/>
              <w:bottom w:val="single" w:sz="4" w:space="0" w:color="000000"/>
              <w:right w:val="single" w:sz="4" w:space="0" w:color="000000"/>
            </w:tcBorders>
          </w:tcPr>
          <w:p w14:paraId="2E95FED2"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4B5D7D61" w14:textId="77777777" w:rsidR="009446D0" w:rsidRPr="00EB75F0" w:rsidRDefault="0084596B">
            <w:pPr>
              <w:spacing w:before="60" w:after="60" w:line="240" w:lineRule="auto"/>
              <w:contextualSpacing/>
              <w:rPr>
                <w:sz w:val="14"/>
              </w:rPr>
            </w:pPr>
            <w:r w:rsidRPr="00EB75F0">
              <w:rPr>
                <w:sz w:val="14"/>
              </w:rPr>
              <w:t>PANSS Total score of 60 or more and a minimum score of 4 (moderate) on at least two of the four items of the PANSS positive subscale</w:t>
            </w:r>
          </w:p>
        </w:tc>
        <w:tc>
          <w:tcPr>
            <w:tcW w:w="658" w:type="pct"/>
            <w:tcBorders>
              <w:top w:val="single" w:sz="4" w:space="0" w:color="000000"/>
              <w:left w:val="single" w:sz="4" w:space="0" w:color="000000"/>
              <w:bottom w:val="single" w:sz="4" w:space="0" w:color="000000"/>
              <w:right w:val="single" w:sz="4" w:space="0" w:color="000000"/>
            </w:tcBorders>
          </w:tcPr>
          <w:p w14:paraId="5C9FC9D4" w14:textId="77777777" w:rsidR="009446D0" w:rsidRPr="00EB75F0" w:rsidRDefault="0084596B">
            <w:pPr>
              <w:spacing w:before="60" w:after="60" w:line="240" w:lineRule="auto"/>
              <w:rPr>
                <w:sz w:val="14"/>
              </w:rPr>
            </w:pPr>
            <w:r w:rsidRPr="00EB75F0">
              <w:rPr>
                <w:sz w:val="14"/>
              </w:rPr>
              <w:t>2 studies allowed inclusion of patients with schizoaffective disorder</w:t>
            </w:r>
          </w:p>
          <w:p w14:paraId="790EB0D0" w14:textId="77777777" w:rsidR="009446D0" w:rsidRPr="00EB75F0" w:rsidRDefault="0084596B">
            <w:pPr>
              <w:spacing w:before="60" w:after="60" w:line="240" w:lineRule="auto"/>
              <w:rPr>
                <w:sz w:val="14"/>
              </w:rPr>
            </w:pPr>
            <w:r w:rsidRPr="00EB75F0">
              <w:rPr>
                <w:sz w:val="14"/>
              </w:rPr>
              <w:t>No patients psychiatric disorder other than schizophrenia, a history of recent suicidal attempts/intentions, a history of substance abuse disorder</w:t>
            </w:r>
          </w:p>
        </w:tc>
      </w:tr>
      <w:tr w:rsidR="009446D0" w:rsidRPr="00EB75F0" w14:paraId="4061135E" w14:textId="77777777">
        <w:tc>
          <w:tcPr>
            <w:tcW w:w="485" w:type="pct"/>
            <w:tcBorders>
              <w:top w:val="single" w:sz="4" w:space="0" w:color="000000"/>
              <w:left w:val="single" w:sz="4" w:space="0" w:color="000000"/>
              <w:bottom w:val="single" w:sz="4" w:space="0" w:color="000000"/>
              <w:right w:val="single" w:sz="4" w:space="0" w:color="000000"/>
            </w:tcBorders>
          </w:tcPr>
          <w:p w14:paraId="3E4671FC" w14:textId="6D5F4DAE" w:rsidR="009446D0" w:rsidRPr="00EB75F0" w:rsidRDefault="0084596B">
            <w:pPr>
              <w:spacing w:before="60" w:after="60" w:line="240" w:lineRule="auto"/>
              <w:rPr>
                <w:sz w:val="14"/>
              </w:rPr>
            </w:pPr>
            <w:r w:rsidRPr="00EB75F0">
              <w:rPr>
                <w:sz w:val="14"/>
              </w:rPr>
              <w:t>Correll 2016 (NCT00905307)</w:t>
            </w:r>
            <w:r w:rsidR="0031308D" w:rsidRPr="00EB75F0">
              <w:fldChar w:fldCharType="begin"/>
            </w:r>
            <w:r w:rsidR="00452EF4">
              <w:instrText xml:space="preserve"> ADDIN EN.CITE &lt;EndNote&gt;&lt;Cite&gt;&lt;Author&gt;Correll CU&lt;/Author&gt;&lt;Year&gt;2016&lt;/Year&gt;&lt;RecNum&gt;34&lt;/RecNum&gt;&lt;DisplayText&gt;&lt;style face="superscript"&gt;37&lt;/style&gt;&lt;/DisplayText&gt;&lt;record&gt;&lt;rec-number&gt;34&lt;/rec-number&gt;&lt;foreign-keys&gt;&lt;key app="EN" db-id="9ttaxzax2p0tr7ewzt55atews50zvxaaa5rz" timestamp="1764068830"&gt;34&lt;/key&gt;&lt;/foreign-keys&gt;&lt;ref-type name="Journal Article"&gt;17&lt;/ref-type&gt;&lt;contributors&gt;&lt;authors&gt;&lt;author&gt;Correll CU, Skuban A, Hobart M, Ouyang J, Weiller E, Weiss C, Kane JM.&lt;/author&gt;&lt;/authors&gt;&lt;/contributors&gt;&lt;titles&gt;&lt;title&gt;Efficacy of brexpiprazole in patients with acute schizophrenia: review of three randomized, double-blind, placebo-controlled studies.&lt;/title&gt;&lt;secondary-title&gt;Schizophr. Res.&lt;/secondary-title&gt;&lt;/titles&gt;&lt;periodical&gt;&lt;full-title&gt;Schizophr. Res.&lt;/full-title&gt;&lt;/periodical&gt;&lt;pages&gt;82-92&lt;/pages&gt;&lt;volume&gt;174&lt;/volume&gt;&lt;number&gt;1-3&lt;/number&gt;&lt;dates&gt;&lt;year&gt;2016&lt;/year&gt;&lt;/dates&gt;&lt;urls&gt;&lt;/urls&gt;&lt;/record&gt;&lt;/Cite&gt;&lt;/EndNote&gt;</w:instrText>
            </w:r>
            <w:r w:rsidR="0031308D" w:rsidRPr="00EB75F0">
              <w:fldChar w:fldCharType="separate"/>
            </w:r>
            <w:r w:rsidR="00452EF4" w:rsidRPr="00452EF4">
              <w:rPr>
                <w:noProof/>
                <w:vertAlign w:val="superscript"/>
              </w:rPr>
              <w:t>37</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2F8F99D4" w14:textId="77777777" w:rsidR="009446D0" w:rsidRPr="00732701" w:rsidRDefault="0084596B">
            <w:pPr>
              <w:spacing w:before="60" w:after="60" w:line="240" w:lineRule="auto"/>
              <w:rPr>
                <w:sz w:val="14"/>
                <w:lang w:val="nl-NL"/>
              </w:rPr>
            </w:pPr>
            <w:r w:rsidRPr="00732701">
              <w:rPr>
                <w:sz w:val="14"/>
                <w:lang w:val="nl-NL"/>
              </w:rPr>
              <w:t xml:space="preserve">DSM-IV-TR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330D2638"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1A8001C5" w14:textId="77777777" w:rsidR="009446D0" w:rsidRPr="00EB75F0" w:rsidRDefault="0084596B">
            <w:pPr>
              <w:spacing w:before="60" w:after="60" w:line="240" w:lineRule="auto"/>
              <w:rPr>
                <w:sz w:val="14"/>
              </w:rPr>
            </w:pPr>
            <w:r w:rsidRPr="00EB75F0">
              <w:rPr>
                <w:sz w:val="14"/>
              </w:rPr>
              <w:t>Excluded if this was a patients first acute episode of schizophrenia</w:t>
            </w:r>
          </w:p>
        </w:tc>
        <w:tc>
          <w:tcPr>
            <w:tcW w:w="448" w:type="pct"/>
            <w:tcBorders>
              <w:top w:val="single" w:sz="4" w:space="0" w:color="000000"/>
              <w:left w:val="single" w:sz="4" w:space="0" w:color="000000"/>
              <w:bottom w:val="single" w:sz="4" w:space="0" w:color="000000"/>
              <w:right w:val="single" w:sz="4" w:space="0" w:color="000000"/>
            </w:tcBorders>
          </w:tcPr>
          <w:p w14:paraId="3BD0AAB9" w14:textId="77777777" w:rsidR="009446D0" w:rsidRPr="00EB75F0" w:rsidRDefault="0084596B">
            <w:pPr>
              <w:spacing w:before="60" w:after="60" w:line="240" w:lineRule="auto"/>
              <w:rPr>
                <w:sz w:val="14"/>
              </w:rPr>
            </w:pPr>
            <w:r w:rsidRPr="00EB75F0">
              <w:rPr>
                <w:sz w:val="14"/>
              </w:rPr>
              <w:t>Subjects experiencing an acute exacerbation of psychotic symptoms leading to hospitalization</w:t>
            </w:r>
          </w:p>
        </w:tc>
        <w:tc>
          <w:tcPr>
            <w:tcW w:w="694" w:type="pct"/>
            <w:tcBorders>
              <w:top w:val="single" w:sz="4" w:space="0" w:color="000000"/>
              <w:left w:val="single" w:sz="4" w:space="0" w:color="000000"/>
              <w:bottom w:val="single" w:sz="4" w:space="0" w:color="000000"/>
              <w:right w:val="single" w:sz="4" w:space="0" w:color="000000"/>
            </w:tcBorders>
          </w:tcPr>
          <w:p w14:paraId="4F3251F9" w14:textId="77777777" w:rsidR="009446D0" w:rsidRPr="00EB75F0" w:rsidRDefault="0084596B">
            <w:pPr>
              <w:spacing w:before="60" w:after="60" w:line="240" w:lineRule="auto"/>
              <w:rPr>
                <w:sz w:val="14"/>
              </w:rPr>
            </w:pPr>
            <w:r w:rsidRPr="00EB75F0">
              <w:rPr>
                <w:sz w:val="14"/>
              </w:rPr>
              <w:t>Not reported</w:t>
            </w:r>
          </w:p>
        </w:tc>
        <w:tc>
          <w:tcPr>
            <w:tcW w:w="531" w:type="pct"/>
            <w:tcBorders>
              <w:top w:val="single" w:sz="4" w:space="0" w:color="000000"/>
              <w:left w:val="single" w:sz="4" w:space="0" w:color="000000"/>
              <w:bottom w:val="single" w:sz="4" w:space="0" w:color="000000"/>
              <w:right w:val="single" w:sz="4" w:space="0" w:color="000000"/>
            </w:tcBorders>
          </w:tcPr>
          <w:p w14:paraId="587FA455"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33D039C8" w14:textId="77777777" w:rsidR="009446D0" w:rsidRPr="00EB75F0" w:rsidRDefault="0084596B">
            <w:pPr>
              <w:spacing w:before="60" w:after="60" w:line="240" w:lineRule="auto"/>
              <w:contextualSpacing/>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56456C85" w14:textId="77777777" w:rsidR="009446D0" w:rsidRPr="00EB75F0" w:rsidRDefault="0084596B">
            <w:pPr>
              <w:spacing w:before="60" w:after="60" w:line="240" w:lineRule="auto"/>
              <w:rPr>
                <w:sz w:val="14"/>
              </w:rPr>
            </w:pPr>
            <w:r w:rsidRPr="00EB75F0">
              <w:rPr>
                <w:sz w:val="14"/>
              </w:rPr>
              <w:t>No patients psychiatric disorder other than schizophrenia, a history of recent suicidal attempts/intentions, a history of substance abuse disorder (previous 3 months), history of neuroleptic malignant syndrome</w:t>
            </w:r>
          </w:p>
        </w:tc>
      </w:tr>
      <w:tr w:rsidR="009446D0" w:rsidRPr="00EB75F0" w14:paraId="6F1DF561" w14:textId="77777777">
        <w:tc>
          <w:tcPr>
            <w:tcW w:w="485" w:type="pct"/>
            <w:tcBorders>
              <w:top w:val="single" w:sz="4" w:space="0" w:color="000000"/>
              <w:left w:val="single" w:sz="4" w:space="0" w:color="000000"/>
              <w:bottom w:val="single" w:sz="4" w:space="0" w:color="000000"/>
              <w:right w:val="single" w:sz="4" w:space="0" w:color="000000"/>
            </w:tcBorders>
          </w:tcPr>
          <w:p w14:paraId="6730C9F3" w14:textId="35124579" w:rsidR="009446D0" w:rsidRPr="00EB75F0" w:rsidRDefault="0084596B">
            <w:pPr>
              <w:spacing w:before="60" w:after="60" w:line="240" w:lineRule="auto"/>
              <w:rPr>
                <w:sz w:val="14"/>
              </w:rPr>
            </w:pPr>
            <w:proofErr w:type="spellStart"/>
            <w:r w:rsidRPr="00EB75F0">
              <w:rPr>
                <w:sz w:val="14"/>
              </w:rPr>
              <w:t>Ishigooka</w:t>
            </w:r>
            <w:proofErr w:type="spellEnd"/>
            <w:r w:rsidRPr="00EB75F0">
              <w:rPr>
                <w:sz w:val="14"/>
              </w:rPr>
              <w:t xml:space="preserve"> 2018</w:t>
            </w:r>
            <w:r w:rsidR="0031308D" w:rsidRPr="00EB75F0">
              <w:fldChar w:fldCharType="begin"/>
            </w:r>
            <w:r w:rsidR="00452EF4">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rPr>
              <w:instrText>‐</w:instrText>
            </w:r>
            <w:r w:rsidR="00452EF4">
              <w:instrText>week, randomized, double</w:instrText>
            </w:r>
            <w:r w:rsidR="00452EF4">
              <w:rPr>
                <w:rFonts w:ascii="Cambria Math" w:hAnsi="Cambria Math" w:cs="Cambria Math"/>
              </w:rPr>
              <w:instrText>‐</w:instrText>
            </w:r>
            <w:r w:rsidR="00452EF4">
              <w:instrText>blind, placebo</w:instrText>
            </w:r>
            <w:r w:rsidR="00452EF4">
              <w:rPr>
                <w:rFonts w:ascii="Cambria Math" w:hAnsi="Cambria Math" w:cs="Cambria Math"/>
              </w:rPr>
              <w:instrText>‐</w:instrText>
            </w:r>
            <w:r w:rsidR="00452EF4">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fldChar w:fldCharType="separate"/>
            </w:r>
            <w:r w:rsidR="00452EF4" w:rsidRPr="00452EF4">
              <w:rPr>
                <w:noProof/>
                <w:vertAlign w:val="superscript"/>
              </w:rPr>
              <w:t>40</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55C05015" w14:textId="77777777" w:rsidR="009446D0" w:rsidRPr="00732701" w:rsidRDefault="0084596B">
            <w:pPr>
              <w:spacing w:before="60" w:after="60" w:line="240" w:lineRule="auto"/>
              <w:rPr>
                <w:sz w:val="14"/>
                <w:lang w:val="nl-NL"/>
              </w:rPr>
            </w:pPr>
            <w:r w:rsidRPr="00732701">
              <w:rPr>
                <w:sz w:val="14"/>
                <w:lang w:val="nl-NL"/>
              </w:rPr>
              <w:t xml:space="preserve">DSM-IV-TR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4DCD298B"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52BF9342" w14:textId="77777777" w:rsidR="009446D0" w:rsidRPr="00EB75F0" w:rsidRDefault="0084596B">
            <w:pPr>
              <w:spacing w:before="60" w:after="60" w:line="240" w:lineRule="auto"/>
              <w:rPr>
                <w:sz w:val="14"/>
              </w:rPr>
            </w:pPr>
            <w:r w:rsidRPr="00EB75F0">
              <w:rPr>
                <w:sz w:val="14"/>
              </w:rPr>
              <w:t>Included if experiencing acute exacerbation of psychotic symptoms, psychotic disorders and a history of exacerbation or relapse of symptoms when not receiving antipsychotic treatments.</w:t>
            </w:r>
          </w:p>
        </w:tc>
        <w:tc>
          <w:tcPr>
            <w:tcW w:w="448" w:type="pct"/>
            <w:tcBorders>
              <w:top w:val="single" w:sz="4" w:space="0" w:color="000000"/>
              <w:left w:val="single" w:sz="4" w:space="0" w:color="000000"/>
              <w:bottom w:val="single" w:sz="4" w:space="0" w:color="000000"/>
              <w:right w:val="single" w:sz="4" w:space="0" w:color="000000"/>
            </w:tcBorders>
          </w:tcPr>
          <w:p w14:paraId="1A813C0C" w14:textId="77777777" w:rsidR="009446D0" w:rsidRPr="00EB75F0" w:rsidRDefault="0084596B">
            <w:pPr>
              <w:spacing w:before="60" w:after="60" w:line="240" w:lineRule="auto"/>
              <w:rPr>
                <w:sz w:val="14"/>
              </w:rPr>
            </w:pPr>
            <w:r w:rsidRPr="00EB75F0">
              <w:rPr>
                <w:sz w:val="14"/>
              </w:rPr>
              <w:t xml:space="preserve">Eligibility criteria also included patients who were hospitalized or judged to require hospitalization for acute relapse of SCZ at the time of informed consent, and those with a history of exacerbation or relapse of symptoms when not receiving </w:t>
            </w:r>
            <w:r w:rsidRPr="00EB75F0">
              <w:rPr>
                <w:sz w:val="14"/>
              </w:rPr>
              <w:lastRenderedPageBreak/>
              <w:t>antipsychotic treatments.</w:t>
            </w:r>
          </w:p>
        </w:tc>
        <w:tc>
          <w:tcPr>
            <w:tcW w:w="694" w:type="pct"/>
            <w:tcBorders>
              <w:top w:val="single" w:sz="4" w:space="0" w:color="000000"/>
              <w:left w:val="single" w:sz="4" w:space="0" w:color="000000"/>
              <w:bottom w:val="single" w:sz="4" w:space="0" w:color="000000"/>
              <w:right w:val="single" w:sz="4" w:space="0" w:color="000000"/>
            </w:tcBorders>
          </w:tcPr>
          <w:p w14:paraId="6AE94F81" w14:textId="77777777" w:rsidR="009446D0" w:rsidRPr="00EB75F0" w:rsidRDefault="0084596B">
            <w:pPr>
              <w:spacing w:before="60" w:after="60" w:line="240" w:lineRule="auto"/>
              <w:rPr>
                <w:sz w:val="14"/>
              </w:rPr>
            </w:pPr>
            <w:r w:rsidRPr="00EB75F0">
              <w:rPr>
                <w:sz w:val="14"/>
              </w:rPr>
              <w:lastRenderedPageBreak/>
              <w:t>Patients receiving electroconvulsive therapy 60 days prior to informed consent were excluded</w:t>
            </w:r>
          </w:p>
        </w:tc>
        <w:tc>
          <w:tcPr>
            <w:tcW w:w="531" w:type="pct"/>
            <w:tcBorders>
              <w:top w:val="single" w:sz="4" w:space="0" w:color="000000"/>
              <w:left w:val="single" w:sz="4" w:space="0" w:color="000000"/>
              <w:bottom w:val="single" w:sz="4" w:space="0" w:color="000000"/>
              <w:right w:val="single" w:sz="4" w:space="0" w:color="000000"/>
            </w:tcBorders>
          </w:tcPr>
          <w:p w14:paraId="139BFC15" w14:textId="77777777" w:rsidR="009446D0" w:rsidRPr="00EB75F0" w:rsidRDefault="0084596B">
            <w:pPr>
              <w:spacing w:before="60" w:after="60" w:line="240" w:lineRule="auto"/>
              <w:rPr>
                <w:sz w:val="14"/>
              </w:rPr>
            </w:pPr>
            <w:r w:rsidRPr="00EB75F0">
              <w:rPr>
                <w:sz w:val="14"/>
              </w:rPr>
              <w:t>Prohibited concomitant medications prior to randomization included benzodiazepines, mood stabilizers, antidepressants, depot/long-acting injectable antipsychotics, and oral/immediate-release intramuscular antipsychotics</w:t>
            </w:r>
          </w:p>
        </w:tc>
        <w:tc>
          <w:tcPr>
            <w:tcW w:w="651" w:type="pct"/>
            <w:tcBorders>
              <w:top w:val="single" w:sz="4" w:space="0" w:color="000000"/>
              <w:left w:val="single" w:sz="4" w:space="0" w:color="000000"/>
              <w:bottom w:val="single" w:sz="4" w:space="0" w:color="000000"/>
              <w:right w:val="single" w:sz="4" w:space="0" w:color="000000"/>
            </w:tcBorders>
          </w:tcPr>
          <w:p w14:paraId="62225A9D" w14:textId="77777777" w:rsidR="009446D0" w:rsidRPr="00EB75F0" w:rsidRDefault="0084596B">
            <w:pPr>
              <w:spacing w:before="60" w:after="60" w:line="240" w:lineRule="auto"/>
              <w:rPr>
                <w:sz w:val="14"/>
              </w:rPr>
            </w:pPr>
            <w:r w:rsidRPr="00EB75F0">
              <w:rPr>
                <w:sz w:val="14"/>
              </w:rPr>
              <w:t>Participants having clinical Global Impression–Severity (CGI-S) score of = 4, total Brief Psychiatric Rating Scale (BPRS) score of = 40, and score of = 4 for two or more of the BPRS items (conceptual disorganization, hallucinatory behavior, suspiciousness, and unusual thought content).</w:t>
            </w:r>
          </w:p>
        </w:tc>
        <w:tc>
          <w:tcPr>
            <w:tcW w:w="658" w:type="pct"/>
            <w:tcBorders>
              <w:top w:val="single" w:sz="4" w:space="0" w:color="000000"/>
              <w:left w:val="single" w:sz="4" w:space="0" w:color="000000"/>
              <w:bottom w:val="single" w:sz="4" w:space="0" w:color="000000"/>
              <w:right w:val="single" w:sz="4" w:space="0" w:color="000000"/>
            </w:tcBorders>
          </w:tcPr>
          <w:p w14:paraId="5AFB2096" w14:textId="77777777" w:rsidR="009446D0" w:rsidRPr="00EB75F0" w:rsidRDefault="0084596B">
            <w:pPr>
              <w:spacing w:before="60" w:after="60" w:line="240" w:lineRule="auto"/>
              <w:rPr>
                <w:sz w:val="14"/>
              </w:rPr>
            </w:pPr>
            <w:r w:rsidRPr="00EB75F0">
              <w:rPr>
                <w:sz w:val="14"/>
              </w:rPr>
              <w:t>Excluded if DSM-IV diagnosis of schizoaffective disorder or substance use disorder, a positive screen for cocaine or alcohol or a clinical history of delirium, dementia, amnesia, or bipolar disorder, suicidal ideation or suicide attempts</w:t>
            </w:r>
          </w:p>
        </w:tc>
      </w:tr>
      <w:tr w:rsidR="009446D0" w:rsidRPr="00EB75F0" w14:paraId="3B9FF8C3" w14:textId="77777777">
        <w:tc>
          <w:tcPr>
            <w:tcW w:w="485" w:type="pct"/>
            <w:tcBorders>
              <w:top w:val="single" w:sz="4" w:space="0" w:color="000000"/>
              <w:left w:val="single" w:sz="4" w:space="0" w:color="000000"/>
              <w:bottom w:val="single" w:sz="4" w:space="0" w:color="000000"/>
              <w:right w:val="single" w:sz="4" w:space="0" w:color="000000"/>
            </w:tcBorders>
          </w:tcPr>
          <w:p w14:paraId="6B5B70BD" w14:textId="0CA5ACEA" w:rsidR="009446D0" w:rsidRPr="00EB75F0" w:rsidRDefault="0084596B">
            <w:pPr>
              <w:spacing w:before="60" w:after="60" w:line="240" w:lineRule="auto"/>
              <w:rPr>
                <w:sz w:val="14"/>
              </w:rPr>
            </w:pPr>
            <w:r w:rsidRPr="00EB75F0">
              <w:rPr>
                <w:sz w:val="14"/>
              </w:rPr>
              <w:t>Correll 2015</w:t>
            </w:r>
            <w:r w:rsidR="0031308D" w:rsidRPr="00EB75F0">
              <w:fldChar w:fldCharType="begin"/>
            </w:r>
            <w:r w:rsidR="00452EF4">
              <w:instrText xml:space="preserve"> ADDIN EN.CITE &lt;EndNote&gt;&lt;Cite&gt;&lt;Author&gt;Correll&lt;/Author&gt;&lt;Year&gt;2015&lt;/Year&gt;&lt;RecNum&gt;38&lt;/RecNum&gt;&lt;DisplayText&gt;&lt;style face="superscript"&gt;41&lt;/style&gt;&lt;/DisplayText&gt;&lt;record&gt;&lt;rec-number&gt;38&lt;/rec-number&gt;&lt;foreign-keys&gt;&lt;key app="EN" db-id="9ttaxzax2p0tr7ewzt55atews50zvxaaa5rz" timestamp="1764068831"&gt;38&lt;/key&gt;&lt;/foreign-keys&gt;&lt;ref-type name="Journal Article"&gt;17&lt;/ref-type&gt;&lt;contributors&gt;&lt;authors&gt;&lt;author&gt;Correll, Christoph U&lt;/author&gt;&lt;author&gt;Skuban, Aleksandar&lt;/author&gt;&lt;author&gt;Ouyang, John&lt;/author&gt;&lt;author&gt;Hobart, Mary&lt;/author&gt;&lt;author&gt;Pfister, Stephanie&lt;/author&gt;&lt;author&gt;McQuade, Robert D&lt;/author&gt;&lt;author&gt;Nyilas, Margaretta&lt;/author&gt;&lt;author&gt;Carson, William H&lt;/author&gt;&lt;author&gt;Sanchez, Raymond&lt;/author&gt;&lt;author&gt;Eriksson, Hans&lt;/author&gt;&lt;/authors&gt;&lt;/contributors&gt;&lt;titles&gt;&lt;title&gt;Efficacy and safety of brexpiprazole for the treatment of acute schizophrenia: a 6-week randomized, double-blind, placebo-controlled trial&lt;/title&gt;&lt;secondary-title&gt;American Journal of Psychiatry&lt;/secondary-title&gt;&lt;/titles&gt;&lt;periodical&gt;&lt;full-title&gt;American Journal of Psychiatry&lt;/full-title&gt;&lt;/periodical&gt;&lt;pages&gt;870-880&lt;/pages&gt;&lt;volume&gt;172&lt;/volume&gt;&lt;number&gt;9&lt;/number&gt;&lt;dates&gt;&lt;year&gt;2015&lt;/year&gt;&lt;/dates&gt;&lt;isbn&gt;0002-953X&lt;/isbn&gt;&lt;urls&gt;&lt;/urls&gt;&lt;/record&gt;&lt;/Cite&gt;&lt;/EndNote&gt;</w:instrText>
            </w:r>
            <w:r w:rsidR="0031308D" w:rsidRPr="00EB75F0">
              <w:fldChar w:fldCharType="separate"/>
            </w:r>
            <w:r w:rsidR="00452EF4" w:rsidRPr="00452EF4">
              <w:rPr>
                <w:noProof/>
                <w:vertAlign w:val="superscript"/>
              </w:rPr>
              <w:t>41</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2E00EF15" w14:textId="77777777" w:rsidR="009446D0" w:rsidRPr="00732701" w:rsidRDefault="0084596B">
            <w:pPr>
              <w:spacing w:before="60" w:after="60" w:line="240" w:lineRule="auto"/>
              <w:rPr>
                <w:sz w:val="14"/>
                <w:lang w:val="nl-NL"/>
              </w:rPr>
            </w:pPr>
            <w:r w:rsidRPr="00732701">
              <w:rPr>
                <w:sz w:val="14"/>
                <w:lang w:val="nl-NL"/>
              </w:rPr>
              <w:t xml:space="preserve">DSM-IV-TR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74E0CC2C"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6F05A220" w14:textId="77777777" w:rsidR="009446D0" w:rsidRPr="00EB75F0" w:rsidRDefault="0084596B">
            <w:pPr>
              <w:spacing w:before="60" w:after="60" w:line="240" w:lineRule="auto"/>
              <w:rPr>
                <w:sz w:val="14"/>
              </w:rPr>
            </w:pPr>
            <w:r w:rsidRPr="00EB75F0">
              <w:rPr>
                <w:sz w:val="14"/>
              </w:rPr>
              <w:t>Patients were excluded if they had a first episode of schizophrenia, a DSMIV- TR axis I diagnosis other than schizophrenia, clinically significant tardive dyskinesia, substance abuse or dependence in the previous 180 days, or a clinically significant medical condition</w:t>
            </w:r>
          </w:p>
        </w:tc>
        <w:tc>
          <w:tcPr>
            <w:tcW w:w="448" w:type="pct"/>
            <w:tcBorders>
              <w:top w:val="single" w:sz="4" w:space="0" w:color="000000"/>
              <w:left w:val="single" w:sz="4" w:space="0" w:color="000000"/>
              <w:bottom w:val="single" w:sz="4" w:space="0" w:color="000000"/>
              <w:right w:val="single" w:sz="4" w:space="0" w:color="000000"/>
            </w:tcBorders>
          </w:tcPr>
          <w:p w14:paraId="4629A66D" w14:textId="77777777" w:rsidR="009446D0" w:rsidRPr="00EB75F0" w:rsidRDefault="0084596B">
            <w:pPr>
              <w:spacing w:before="60" w:after="60" w:line="240" w:lineRule="auto"/>
              <w:rPr>
                <w:sz w:val="14"/>
              </w:rPr>
            </w:pPr>
            <w:r w:rsidRPr="00EB75F0">
              <w:rPr>
                <w:sz w:val="14"/>
              </w:rPr>
              <w:t>Eligible patients had experienced an acute exacerbation</w:t>
            </w:r>
          </w:p>
        </w:tc>
        <w:tc>
          <w:tcPr>
            <w:tcW w:w="694" w:type="pct"/>
            <w:tcBorders>
              <w:top w:val="single" w:sz="4" w:space="0" w:color="000000"/>
              <w:left w:val="single" w:sz="4" w:space="0" w:color="000000"/>
              <w:bottom w:val="single" w:sz="4" w:space="0" w:color="000000"/>
              <w:right w:val="single" w:sz="4" w:space="0" w:color="000000"/>
            </w:tcBorders>
          </w:tcPr>
          <w:p w14:paraId="46E286BA" w14:textId="77777777" w:rsidR="009446D0" w:rsidRPr="00EB75F0" w:rsidRDefault="0084596B">
            <w:pPr>
              <w:spacing w:before="60" w:after="60" w:line="240" w:lineRule="auto"/>
              <w:rPr>
                <w:sz w:val="14"/>
              </w:rPr>
            </w:pPr>
            <w:r w:rsidRPr="00EB75F0">
              <w:rPr>
                <w:sz w:val="14"/>
              </w:rPr>
              <w:t>Not reported</w:t>
            </w:r>
          </w:p>
        </w:tc>
        <w:tc>
          <w:tcPr>
            <w:tcW w:w="531" w:type="pct"/>
            <w:tcBorders>
              <w:top w:val="single" w:sz="4" w:space="0" w:color="000000"/>
              <w:left w:val="single" w:sz="4" w:space="0" w:color="000000"/>
              <w:bottom w:val="single" w:sz="4" w:space="0" w:color="000000"/>
              <w:right w:val="single" w:sz="4" w:space="0" w:color="000000"/>
            </w:tcBorders>
          </w:tcPr>
          <w:p w14:paraId="7B577352" w14:textId="77777777" w:rsidR="009446D0" w:rsidRPr="00EB75F0" w:rsidRDefault="0084596B">
            <w:pPr>
              <w:spacing w:before="60" w:after="60" w:line="240" w:lineRule="auto"/>
              <w:rPr>
                <w:sz w:val="14"/>
              </w:rPr>
            </w:pPr>
            <w:r w:rsidRPr="00EB75F0">
              <w:rPr>
                <w:sz w:val="14"/>
              </w:rPr>
              <w:t>Concomitant medication disallowed during the study included all psychotropic agents (including antipsychotics, antidepressants and mood stabilizers), benzodiazepines (apart from specific use as rescue therapy), non-benzodiazepine sleep medications (apart from limited use for treatment of insomnia), antihistamines (except for loratadine and cetirizine), varenicline, vitamins, nutritional supplements, non-prescription herbal preparations, CYP2D6 inhibitors, and CYP3A4 inhibitors and inducers.</w:t>
            </w:r>
          </w:p>
        </w:tc>
        <w:tc>
          <w:tcPr>
            <w:tcW w:w="651" w:type="pct"/>
            <w:tcBorders>
              <w:top w:val="single" w:sz="4" w:space="0" w:color="000000"/>
              <w:left w:val="single" w:sz="4" w:space="0" w:color="000000"/>
              <w:bottom w:val="single" w:sz="4" w:space="0" w:color="000000"/>
              <w:right w:val="single" w:sz="4" w:space="0" w:color="000000"/>
            </w:tcBorders>
          </w:tcPr>
          <w:p w14:paraId="64F00440"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66E00801" w14:textId="77777777" w:rsidR="009446D0" w:rsidRPr="00EB75F0" w:rsidRDefault="0084596B">
            <w:pPr>
              <w:spacing w:before="60" w:after="60" w:line="240" w:lineRule="auto"/>
              <w:rPr>
                <w:sz w:val="14"/>
              </w:rPr>
            </w:pPr>
            <w:r w:rsidRPr="00EB75F0">
              <w:rPr>
                <w:sz w:val="14"/>
              </w:rPr>
              <w:t>Excluded if diagnosed with psychiatric disorder other than schizophrenia; had a history of or presented with delirium, dementia, amnesia, or a cognitive disorder</w:t>
            </w:r>
          </w:p>
        </w:tc>
      </w:tr>
      <w:tr w:rsidR="009446D0" w:rsidRPr="00EB75F0" w14:paraId="16B929F1" w14:textId="77777777">
        <w:tc>
          <w:tcPr>
            <w:tcW w:w="485" w:type="pct"/>
            <w:tcBorders>
              <w:top w:val="single" w:sz="4" w:space="0" w:color="000000"/>
              <w:left w:val="single" w:sz="4" w:space="0" w:color="000000"/>
              <w:bottom w:val="single" w:sz="4" w:space="0" w:color="000000"/>
              <w:right w:val="single" w:sz="4" w:space="0" w:color="000000"/>
            </w:tcBorders>
          </w:tcPr>
          <w:p w14:paraId="031727FC" w14:textId="49CA4A57" w:rsidR="009446D0" w:rsidRPr="00EB75F0" w:rsidRDefault="0084596B">
            <w:pPr>
              <w:spacing w:before="60" w:after="60" w:line="240" w:lineRule="auto"/>
              <w:rPr>
                <w:sz w:val="14"/>
              </w:rPr>
            </w:pPr>
            <w:r w:rsidRPr="00EB75F0">
              <w:rPr>
                <w:sz w:val="14"/>
              </w:rPr>
              <w:t>Kane 2015 (BEACON)</w:t>
            </w:r>
            <w:r w:rsidR="0031308D" w:rsidRPr="00EB75F0">
              <w:fldChar w:fldCharType="begin">
                <w:fldData xml:space="preserve">PEVuZE5vdGU+PENpdGU+PEF1dGhvcj5LYW5lPC9BdXRob3I+PFllYXI+MjAxNTwvWWVhcj48UmVj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</w:fldData>
              </w:fldChar>
            </w:r>
            <w:r w:rsidR="00452EF4">
              <w:instrText xml:space="preserve"> ADDIN EN.CITE </w:instrText>
            </w:r>
            <w:r w:rsidR="00452EF4">
              <w:fldChar w:fldCharType="begin">
                <w:fldData xml:space="preserve">PEVuZE5vdGU+PENpdGU+PEF1dGhvcj5LYW5lPC9BdXRob3I+PFllYXI+MjAxNTwvWWVhcj48UmVj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</w:fldData>
              </w:fldChar>
            </w:r>
            <w:r w:rsidR="00452EF4">
              <w:instrText xml:space="preserve"> ADDIN EN.CITE.DATA </w:instrText>
            </w:r>
            <w:r w:rsidR="00452EF4">
              <w:fldChar w:fldCharType="end"/>
            </w:r>
            <w:r w:rsidR="0031308D" w:rsidRPr="00EB75F0">
              <w:fldChar w:fldCharType="separate"/>
            </w:r>
            <w:r w:rsidR="00452EF4" w:rsidRPr="00452EF4">
              <w:rPr>
                <w:noProof/>
                <w:vertAlign w:val="superscript"/>
              </w:rPr>
              <w:t>42</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2A65AB8A" w14:textId="77777777" w:rsidR="009446D0" w:rsidRPr="00732701" w:rsidRDefault="0084596B">
            <w:pPr>
              <w:spacing w:before="60" w:after="60" w:line="240" w:lineRule="auto"/>
              <w:rPr>
                <w:sz w:val="14"/>
                <w:lang w:val="nl-NL"/>
              </w:rPr>
            </w:pPr>
            <w:r w:rsidRPr="00732701">
              <w:rPr>
                <w:sz w:val="14"/>
                <w:lang w:val="nl-NL"/>
              </w:rPr>
              <w:t xml:space="preserve">DSM-IV-TR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1972A16F"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5DA7D0B3"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09FE57C5" w14:textId="77777777" w:rsidR="009446D0" w:rsidRPr="00EB75F0" w:rsidRDefault="0084596B">
            <w:pPr>
              <w:spacing w:before="60" w:after="60" w:line="240" w:lineRule="auto"/>
              <w:rPr>
                <w:sz w:val="14"/>
              </w:rPr>
            </w:pPr>
            <w:r w:rsidRPr="00EB75F0">
              <w:rPr>
                <w:sz w:val="14"/>
              </w:rPr>
              <w:t>Included patients with acute relapse at trial entry, and had a history of relapse and/or symptom exacerbation when they were not receiving antipsychotic treatments.</w:t>
            </w:r>
          </w:p>
        </w:tc>
        <w:tc>
          <w:tcPr>
            <w:tcW w:w="694" w:type="pct"/>
            <w:tcBorders>
              <w:top w:val="single" w:sz="4" w:space="0" w:color="000000"/>
              <w:left w:val="single" w:sz="4" w:space="0" w:color="000000"/>
              <w:bottom w:val="single" w:sz="4" w:space="0" w:color="000000"/>
              <w:right w:val="single" w:sz="4" w:space="0" w:color="000000"/>
            </w:tcBorders>
          </w:tcPr>
          <w:p w14:paraId="7D79D3E4" w14:textId="77777777" w:rsidR="009446D0" w:rsidRPr="00EB75F0" w:rsidRDefault="0084596B">
            <w:pPr>
              <w:spacing w:before="60" w:after="60" w:line="240" w:lineRule="auto"/>
              <w:rPr>
                <w:sz w:val="14"/>
              </w:rPr>
            </w:pPr>
            <w:r w:rsidRPr="00EB75F0">
              <w:rPr>
                <w:sz w:val="14"/>
              </w:rPr>
              <w:t>Patients who had received electroconvulsive therapy 60 days prior to screening or study drug in any other previous trial. All psychotropic agents, ramelteon, non-benzodiazepine sleep aids (except for limited treatment of insomnia), antihistamines (excluding cetirizine and loratadine), varenicline, vitamins/nutritional supplements/herbal preparations (unless approved in advance by medical monitor), CYP2D6 inhibitors, CYP3A4 inhibitors/inducers and investigational agents were prohibited during the trial were excluded</w:t>
            </w:r>
          </w:p>
        </w:tc>
        <w:tc>
          <w:tcPr>
            <w:tcW w:w="531" w:type="pct"/>
            <w:tcBorders>
              <w:top w:val="single" w:sz="4" w:space="0" w:color="000000"/>
              <w:left w:val="single" w:sz="4" w:space="0" w:color="000000"/>
              <w:bottom w:val="single" w:sz="4" w:space="0" w:color="000000"/>
              <w:right w:val="single" w:sz="4" w:space="0" w:color="000000"/>
            </w:tcBorders>
          </w:tcPr>
          <w:p w14:paraId="45C2BBED" w14:textId="77777777" w:rsidR="009446D0" w:rsidRPr="00EB75F0" w:rsidRDefault="0084596B">
            <w:pPr>
              <w:spacing w:before="60" w:after="60" w:line="240" w:lineRule="auto"/>
              <w:rPr>
                <w:sz w:val="14"/>
              </w:rPr>
            </w:pPr>
            <w:r w:rsidRPr="00EB75F0">
              <w:rPr>
                <w:sz w:val="14"/>
              </w:rPr>
              <w:t>Prohibited concomitant medications used prior to randomization included oral/immediate release intramuscular antipsychotics, depot/ long-acting injectable antipsychotics, antidepressants, mood stabilizers and benzodiazepines.</w:t>
            </w:r>
          </w:p>
        </w:tc>
        <w:tc>
          <w:tcPr>
            <w:tcW w:w="651" w:type="pct"/>
            <w:tcBorders>
              <w:top w:val="single" w:sz="4" w:space="0" w:color="000000"/>
              <w:left w:val="single" w:sz="4" w:space="0" w:color="000000"/>
              <w:bottom w:val="single" w:sz="4" w:space="0" w:color="000000"/>
              <w:right w:val="single" w:sz="4" w:space="0" w:color="000000"/>
            </w:tcBorders>
          </w:tcPr>
          <w:p w14:paraId="5AB054BA" w14:textId="77777777" w:rsidR="009446D0" w:rsidRPr="00EB75F0" w:rsidRDefault="0084596B">
            <w:pPr>
              <w:spacing w:before="60" w:after="60" w:line="240" w:lineRule="auto"/>
              <w:rPr>
                <w:sz w:val="14"/>
              </w:rPr>
            </w:pPr>
            <w:r w:rsidRPr="00EB75F0">
              <w:rPr>
                <w:sz w:val="14"/>
              </w:rPr>
              <w:t>Total Brief Psychiatric Rating Scale (BPRS) score &gt;=40; score of =&gt;4 on two or more BPRS items (hallucinatory behavior, unusual thought content, conceptual disorganization or suspiciousness); and CGI-S score &gt;=4 for inclusion</w:t>
            </w:r>
          </w:p>
        </w:tc>
        <w:tc>
          <w:tcPr>
            <w:tcW w:w="658" w:type="pct"/>
            <w:tcBorders>
              <w:top w:val="single" w:sz="4" w:space="0" w:color="000000"/>
              <w:left w:val="single" w:sz="4" w:space="0" w:color="000000"/>
              <w:bottom w:val="single" w:sz="4" w:space="0" w:color="000000"/>
              <w:right w:val="single" w:sz="4" w:space="0" w:color="000000"/>
            </w:tcBorders>
          </w:tcPr>
          <w:p w14:paraId="39AF5769" w14:textId="77777777" w:rsidR="009446D0" w:rsidRPr="00EB75F0" w:rsidRDefault="0084596B">
            <w:pPr>
              <w:spacing w:before="60" w:after="60" w:line="240" w:lineRule="auto"/>
              <w:rPr>
                <w:sz w:val="14"/>
              </w:rPr>
            </w:pPr>
            <w:r w:rsidRPr="00EB75F0">
              <w:rPr>
                <w:sz w:val="14"/>
              </w:rPr>
              <w:t>No patients with psychiatric disorder other than schizophrenia or schizoaffective disorder requiring pharmacotherapy or serious suicidal ideation, other neurological abnormality, drug/alcohol dependency, tardive dyskinesia, or severe akathisia or any other acute unstable medical condition</w:t>
            </w:r>
          </w:p>
        </w:tc>
      </w:tr>
      <w:tr w:rsidR="009446D0" w:rsidRPr="00EB75F0" w14:paraId="7493D53D" w14:textId="77777777">
        <w:tc>
          <w:tcPr>
            <w:tcW w:w="485" w:type="pct"/>
            <w:tcBorders>
              <w:top w:val="single" w:sz="4" w:space="0" w:color="000000"/>
              <w:left w:val="single" w:sz="4" w:space="0" w:color="000000"/>
              <w:bottom w:val="single" w:sz="4" w:space="0" w:color="000000"/>
              <w:right w:val="single" w:sz="4" w:space="0" w:color="000000"/>
            </w:tcBorders>
          </w:tcPr>
          <w:p w14:paraId="588AD160" w14:textId="5AB7BEE6" w:rsidR="009446D0" w:rsidRPr="00EB75F0" w:rsidRDefault="0084596B">
            <w:pPr>
              <w:spacing w:before="60" w:after="60" w:line="240" w:lineRule="auto"/>
              <w:rPr>
                <w:sz w:val="14"/>
              </w:rPr>
            </w:pPr>
            <w:r w:rsidRPr="00EB75F0">
              <w:rPr>
                <w:sz w:val="14"/>
              </w:rPr>
              <w:t>Marder 2016</w:t>
            </w:r>
            <w:r w:rsidR="0031308D" w:rsidRPr="00EB75F0">
              <w:fldChar w:fldCharType="begin"/>
            </w:r>
            <w:r w:rsidR="00452EF4">
              <w:instrText xml:space="preserve"> ADDIN EN.CITE &lt;EndNote&gt;&lt;Cite&gt;&lt;Author&gt;Marder&lt;/Author&gt;&lt;Year&gt;2016&lt;/Year&gt;&lt;RecNum&gt;40&lt;/RecNum&gt;&lt;DisplayText&gt;&lt;style face="superscript"&gt;43&lt;/style&gt;&lt;/DisplayText&gt;&lt;record&gt;&lt;rec-number&gt;40&lt;/rec-number&gt;&lt;foreign-keys&gt;&lt;key app="EN" db-id="9ttaxzax2p0tr7ewzt55atews50zvxaaa5rz" timestamp="1764068832"&gt;40&lt;/key&gt;&lt;/foreign-keys&gt;&lt;ref-type name="Journal Article"&gt;17&lt;/ref-type&gt;&lt;contributors&gt;&lt;authors&gt;&lt;author&gt;Marder, SR&lt;/author&gt;&lt;author&gt;Hakala, M&lt;/author&gt;&lt;author&gt;Gislum, M&lt;/author&gt;&lt;author&gt;Skuban, A&lt;/author&gt;&lt;author&gt;Weiller, E&lt;/author&gt;&lt;author&gt;Weiss, C&lt;/author&gt;&lt;/authors&gt;&lt;/contributors&gt;&lt;titles&gt;&lt;title&gt;An interventional, multi-center, randomized, double-blind, placebo-controlled, active reference, flexible dose study of brexpiprazole in adults with acute schizophrenia&lt;/title&gt;&lt;secondary-title&gt;European Psychiatry&lt;/secondary-title&gt;&lt;/titles&gt;&lt;periodical&gt;&lt;full-title&gt;European Psychiatry&lt;/full-title&gt;&lt;/periodical&gt;&lt;pages&gt;S99-S99&lt;/pages&gt;&lt;volume&gt;33&lt;/volume&gt;&lt;number&gt;S1&lt;/number&gt;&lt;dates&gt;&lt;year&gt;2016&lt;/year&gt;&lt;/dates&gt;&lt;isbn&gt;0924-9338&lt;/isbn&gt;&lt;urls&gt;&lt;/urls&gt;&lt;/record&gt;&lt;/Cite&gt;&lt;/EndNote&gt;</w:instrText>
            </w:r>
            <w:r w:rsidR="0031308D" w:rsidRPr="00EB75F0">
              <w:fldChar w:fldCharType="separate"/>
            </w:r>
            <w:r w:rsidR="00452EF4" w:rsidRPr="00452EF4">
              <w:rPr>
                <w:noProof/>
                <w:vertAlign w:val="superscript"/>
              </w:rPr>
              <w:t>43</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608F2D02" w14:textId="77777777" w:rsidR="009446D0" w:rsidRPr="00EB75F0" w:rsidRDefault="0084596B">
            <w:pPr>
              <w:spacing w:before="60" w:after="60" w:line="240" w:lineRule="auto"/>
              <w:rPr>
                <w:sz w:val="14"/>
              </w:rPr>
            </w:pPr>
            <w:r w:rsidRPr="00EB75F0">
              <w:rPr>
                <w:sz w:val="14"/>
              </w:rPr>
              <w:t>DSM-IV-TR diagnosis of schizophrenia and confirmed by the Mini International Neuropsychiatric Interview (MINI)</w:t>
            </w:r>
          </w:p>
        </w:tc>
        <w:tc>
          <w:tcPr>
            <w:tcW w:w="293" w:type="pct"/>
            <w:tcBorders>
              <w:top w:val="single" w:sz="4" w:space="0" w:color="000000"/>
              <w:left w:val="single" w:sz="4" w:space="0" w:color="000000"/>
              <w:bottom w:val="single" w:sz="4" w:space="0" w:color="000000"/>
              <w:right w:val="single" w:sz="4" w:space="0" w:color="000000"/>
            </w:tcBorders>
          </w:tcPr>
          <w:p w14:paraId="6FBE9D76" w14:textId="77777777" w:rsidR="009446D0" w:rsidRPr="00EB75F0" w:rsidRDefault="0084596B">
            <w:pPr>
              <w:spacing w:before="60" w:after="60" w:line="240" w:lineRule="auto"/>
              <w:rPr>
                <w:sz w:val="14"/>
              </w:rPr>
            </w:pPr>
            <w:r w:rsidRPr="00EB75F0">
              <w:rPr>
                <w:sz w:val="14"/>
              </w:rPr>
              <w:t>18-56</w:t>
            </w:r>
          </w:p>
        </w:tc>
        <w:tc>
          <w:tcPr>
            <w:tcW w:w="557" w:type="pct"/>
            <w:tcBorders>
              <w:top w:val="single" w:sz="4" w:space="0" w:color="000000"/>
              <w:left w:val="single" w:sz="4" w:space="0" w:color="000000"/>
              <w:bottom w:val="single" w:sz="4" w:space="0" w:color="000000"/>
              <w:right w:val="single" w:sz="4" w:space="0" w:color="000000"/>
            </w:tcBorders>
          </w:tcPr>
          <w:p w14:paraId="7EAB9BBE" w14:textId="77777777" w:rsidR="009446D0" w:rsidRPr="00EB75F0" w:rsidRDefault="0084596B">
            <w:pPr>
              <w:spacing w:before="60" w:after="60" w:line="240" w:lineRule="auto"/>
              <w:rPr>
                <w:sz w:val="14"/>
              </w:rPr>
            </w:pPr>
            <w:r w:rsidRPr="00EB75F0">
              <w:rPr>
                <w:sz w:val="14"/>
              </w:rPr>
              <w:t xml:space="preserve">The patient has a history of relapse and/or exacerbation of symptoms when not receiving antipsychotic treatment, excluding the </w:t>
            </w:r>
            <w:r w:rsidRPr="00EB75F0">
              <w:rPr>
                <w:sz w:val="14"/>
              </w:rPr>
              <w:lastRenderedPageBreak/>
              <w:t>current episode were included</w:t>
            </w:r>
          </w:p>
        </w:tc>
        <w:tc>
          <w:tcPr>
            <w:tcW w:w="448" w:type="pct"/>
            <w:tcBorders>
              <w:top w:val="single" w:sz="4" w:space="0" w:color="000000"/>
              <w:left w:val="single" w:sz="4" w:space="0" w:color="000000"/>
              <w:bottom w:val="single" w:sz="4" w:space="0" w:color="000000"/>
              <w:right w:val="single" w:sz="4" w:space="0" w:color="000000"/>
            </w:tcBorders>
          </w:tcPr>
          <w:p w14:paraId="1882CD2C" w14:textId="77777777" w:rsidR="009446D0" w:rsidRPr="00EB75F0" w:rsidRDefault="0084596B">
            <w:pPr>
              <w:spacing w:before="60" w:after="60" w:line="240" w:lineRule="auto"/>
              <w:rPr>
                <w:sz w:val="14"/>
              </w:rPr>
            </w:pPr>
            <w:r w:rsidRPr="00EB75F0">
              <w:rPr>
                <w:sz w:val="14"/>
              </w:rPr>
              <w:lastRenderedPageBreak/>
              <w:t xml:space="preserve">The patient has an acute exacerbation of psychotic symptoms and marked deterioration of usual function for </w:t>
            </w:r>
            <w:r w:rsidRPr="00EB75F0">
              <w:rPr>
                <w:sz w:val="14"/>
              </w:rPr>
              <w:lastRenderedPageBreak/>
              <w:t>inclusion</w:t>
            </w:r>
            <w:r w:rsidRPr="00EB75F0">
              <w:rPr>
                <w:sz w:val="14"/>
              </w:rPr>
              <w:br/>
            </w:r>
            <w:r w:rsidRPr="00EB75F0">
              <w:rPr>
                <w:sz w:val="14"/>
              </w:rPr>
              <w:br/>
              <w:t>Patients with current acute relapse of schizophrenia were included</w:t>
            </w:r>
          </w:p>
        </w:tc>
        <w:tc>
          <w:tcPr>
            <w:tcW w:w="694" w:type="pct"/>
            <w:tcBorders>
              <w:top w:val="single" w:sz="4" w:space="0" w:color="000000"/>
              <w:left w:val="single" w:sz="4" w:space="0" w:color="000000"/>
              <w:bottom w:val="single" w:sz="4" w:space="0" w:color="000000"/>
              <w:right w:val="single" w:sz="4" w:space="0" w:color="000000"/>
            </w:tcBorders>
          </w:tcPr>
          <w:p w14:paraId="6D05E247" w14:textId="77777777" w:rsidR="009446D0" w:rsidRPr="00EB75F0" w:rsidRDefault="0084596B">
            <w:pPr>
              <w:spacing w:before="60" w:after="60" w:line="240" w:lineRule="auto"/>
              <w:rPr>
                <w:sz w:val="14"/>
              </w:rPr>
            </w:pPr>
            <w:r w:rsidRPr="00EB75F0">
              <w:rPr>
                <w:sz w:val="14"/>
              </w:rPr>
              <w:lastRenderedPageBreak/>
              <w:t>Not reported</w:t>
            </w:r>
          </w:p>
        </w:tc>
        <w:tc>
          <w:tcPr>
            <w:tcW w:w="531" w:type="pct"/>
            <w:tcBorders>
              <w:top w:val="single" w:sz="4" w:space="0" w:color="000000"/>
              <w:left w:val="single" w:sz="4" w:space="0" w:color="000000"/>
              <w:bottom w:val="single" w:sz="4" w:space="0" w:color="000000"/>
              <w:right w:val="single" w:sz="4" w:space="0" w:color="000000"/>
            </w:tcBorders>
          </w:tcPr>
          <w:p w14:paraId="15C6C112"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04E98C03"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0EACF29C" w14:textId="77777777" w:rsidR="009446D0" w:rsidRPr="00EB75F0" w:rsidRDefault="0084596B">
            <w:pPr>
              <w:spacing w:before="60" w:after="60" w:line="240" w:lineRule="auto"/>
              <w:rPr>
                <w:sz w:val="14"/>
              </w:rPr>
            </w:pPr>
            <w:r w:rsidRPr="00EB75F0">
              <w:rPr>
                <w:sz w:val="14"/>
              </w:rPr>
              <w:t>Diagnosis of</w:t>
            </w:r>
          </w:p>
          <w:p w14:paraId="1BE401E6" w14:textId="77777777" w:rsidR="009446D0" w:rsidRPr="00EB75F0" w:rsidRDefault="0084596B">
            <w:pPr>
              <w:spacing w:before="60" w:after="60" w:line="240" w:lineRule="auto"/>
              <w:rPr>
                <w:sz w:val="14"/>
              </w:rPr>
            </w:pPr>
            <w:r w:rsidRPr="00EB75F0">
              <w:rPr>
                <w:sz w:val="14"/>
              </w:rPr>
              <w:t>diabetes or metabolic syndromes and depression requiring antidepressant or</w:t>
            </w:r>
          </w:p>
          <w:p w14:paraId="15298303" w14:textId="77777777" w:rsidR="009446D0" w:rsidRPr="00EB75F0" w:rsidRDefault="0084596B">
            <w:pPr>
              <w:spacing w:before="60" w:after="60" w:line="240" w:lineRule="auto"/>
              <w:rPr>
                <w:sz w:val="14"/>
              </w:rPr>
            </w:pPr>
            <w:r w:rsidRPr="00EB75F0">
              <w:rPr>
                <w:sz w:val="14"/>
              </w:rPr>
              <w:t>mood stabilizer treatment</w:t>
            </w:r>
          </w:p>
        </w:tc>
      </w:tr>
      <w:tr w:rsidR="009446D0" w:rsidRPr="00EB75F0" w14:paraId="336057D9" w14:textId="77777777">
        <w:tc>
          <w:tcPr>
            <w:tcW w:w="485" w:type="pct"/>
            <w:tcBorders>
              <w:top w:val="single" w:sz="4" w:space="0" w:color="000000"/>
              <w:left w:val="single" w:sz="4" w:space="0" w:color="000000"/>
              <w:bottom w:val="single" w:sz="4" w:space="0" w:color="000000"/>
              <w:right w:val="single" w:sz="4" w:space="0" w:color="000000"/>
            </w:tcBorders>
          </w:tcPr>
          <w:p w14:paraId="66688C7B" w14:textId="211C352A" w:rsidR="009446D0" w:rsidRPr="00EB75F0" w:rsidRDefault="0084596B">
            <w:pPr>
              <w:spacing w:before="60" w:after="60" w:line="240" w:lineRule="auto"/>
              <w:rPr>
                <w:sz w:val="14"/>
              </w:rPr>
            </w:pPr>
            <w:r w:rsidRPr="00EB75F0">
              <w:rPr>
                <w:sz w:val="14"/>
              </w:rPr>
              <w:t>NCT01625000</w:t>
            </w:r>
            <w:r w:rsidR="0031308D" w:rsidRPr="00EB75F0">
              <w:fldChar w:fldCharType="begin"/>
            </w:r>
            <w:r w:rsidR="00452EF4">
              <w:instrText xml:space="preserve"> ADDIN EN.CITE &lt;EndNote&gt;&lt;Cite&gt;&lt;Author&gt;NCT01625000&lt;/Author&gt;&lt;Year&gt;2021&lt;/Year&gt;&lt;RecNum&gt;41&lt;/RecNum&gt;&lt;DisplayText&gt;&lt;style face="superscript"&gt;44&lt;/style&gt;&lt;/DisplayText&gt;&lt;record&gt;&lt;rec-number&gt;41&lt;/rec-number&gt;&lt;foreign-keys&gt;&lt;key app="EN" db-id="9ttaxzax2p0tr7ewzt55atews50zvxaaa5rz" timestamp="1764068832"&gt;41&lt;/key&gt;&lt;/foreign-keys&gt;&lt;ref-type name="Journal Article"&gt;17&lt;/ref-type&gt;&lt;contributors&gt;&lt;authors&gt;&lt;author&gt;NCT01625000&lt;/author&gt;&lt;/authors&gt;&lt;/contributors&gt;&lt;titles&gt;&lt;title&gt;Safety and Efficacy of MP-214 in Patients With Schizophrenia&lt;/title&gt;&lt;secondary-title&gt;-&lt;/secondary-title&gt;&lt;/titles&gt;&lt;periodical&gt;&lt;full-title&gt;-&lt;/full-title&gt;&lt;/periodical&gt;&lt;pages&gt;-&lt;/pages&gt;&lt;volume&gt;-&lt;/volume&gt;&lt;dates&gt;&lt;year&gt;2021&lt;/year&gt;&lt;/dates&gt;&lt;urls&gt;&lt;/urls&gt;&lt;/record&gt;&lt;/Cite&gt;&lt;/EndNote&gt;</w:instrText>
            </w:r>
            <w:r w:rsidR="0031308D" w:rsidRPr="00EB75F0">
              <w:fldChar w:fldCharType="separate"/>
            </w:r>
            <w:r w:rsidR="00452EF4" w:rsidRPr="00452EF4">
              <w:rPr>
                <w:noProof/>
                <w:vertAlign w:val="superscript"/>
              </w:rPr>
              <w:t>44</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53E22652" w14:textId="77777777" w:rsidR="009446D0" w:rsidRPr="00732701" w:rsidRDefault="0084596B">
            <w:pPr>
              <w:spacing w:before="60" w:after="60" w:line="240" w:lineRule="auto"/>
              <w:rPr>
                <w:sz w:val="14"/>
                <w:lang w:val="it-IT"/>
              </w:rPr>
            </w:pPr>
            <w:r w:rsidRPr="00732701">
              <w:rPr>
                <w:sz w:val="14"/>
                <w:lang w:val="it-IT"/>
              </w:rPr>
              <w:t xml:space="preserve">DSM-IV-TR </w:t>
            </w:r>
            <w:proofErr w:type="spellStart"/>
            <w:r w:rsidRPr="00732701">
              <w:rPr>
                <w:sz w:val="14"/>
                <w:lang w:val="it-IT"/>
              </w:rPr>
              <w:t>criteria</w:t>
            </w:r>
            <w:proofErr w:type="spellEnd"/>
            <w:r w:rsidRPr="00732701">
              <w:rPr>
                <w:sz w:val="14"/>
                <w:lang w:val="it-IT"/>
              </w:rPr>
              <w:t xml:space="preserve"> for </w:t>
            </w:r>
            <w:proofErr w:type="spellStart"/>
            <w:r w:rsidRPr="00732701">
              <w:rPr>
                <w:sz w:val="14"/>
                <w:lang w:val="it-IT"/>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25E4F740" w14:textId="77777777" w:rsidR="009446D0" w:rsidRPr="00EB75F0" w:rsidRDefault="0084596B">
            <w:pPr>
              <w:spacing w:before="60" w:after="60" w:line="240" w:lineRule="auto"/>
              <w:rPr>
                <w:sz w:val="14"/>
              </w:rPr>
            </w:pPr>
            <w:r w:rsidRPr="00EB75F0">
              <w:rPr>
                <w:sz w:val="14"/>
              </w:rPr>
              <w:t>20-64</w:t>
            </w:r>
          </w:p>
        </w:tc>
        <w:tc>
          <w:tcPr>
            <w:tcW w:w="557" w:type="pct"/>
            <w:tcBorders>
              <w:top w:val="single" w:sz="4" w:space="0" w:color="000000"/>
              <w:left w:val="single" w:sz="4" w:space="0" w:color="000000"/>
              <w:bottom w:val="single" w:sz="4" w:space="0" w:color="000000"/>
              <w:right w:val="single" w:sz="4" w:space="0" w:color="000000"/>
            </w:tcBorders>
          </w:tcPr>
          <w:p w14:paraId="5BEE1576"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57BA2715" w14:textId="77777777" w:rsidR="009446D0" w:rsidRPr="00EB75F0" w:rsidRDefault="0084596B">
            <w:pPr>
              <w:spacing w:before="60" w:after="60" w:line="240" w:lineRule="auto"/>
              <w:rPr>
                <w:sz w:val="14"/>
              </w:rPr>
            </w:pPr>
            <w:r w:rsidRPr="00EB75F0">
              <w:rPr>
                <w:sz w:val="14"/>
              </w:rPr>
              <w:t>Not reported</w:t>
            </w:r>
          </w:p>
        </w:tc>
        <w:tc>
          <w:tcPr>
            <w:tcW w:w="694" w:type="pct"/>
            <w:tcBorders>
              <w:top w:val="single" w:sz="4" w:space="0" w:color="000000"/>
              <w:left w:val="single" w:sz="4" w:space="0" w:color="000000"/>
              <w:bottom w:val="single" w:sz="4" w:space="0" w:color="000000"/>
              <w:right w:val="single" w:sz="4" w:space="0" w:color="000000"/>
            </w:tcBorders>
          </w:tcPr>
          <w:p w14:paraId="1B7A3AF4" w14:textId="77777777" w:rsidR="009446D0" w:rsidRPr="00EB75F0" w:rsidRDefault="0084596B">
            <w:pPr>
              <w:spacing w:before="60" w:after="60" w:line="240" w:lineRule="auto"/>
              <w:rPr>
                <w:sz w:val="14"/>
              </w:rPr>
            </w:pPr>
            <w:r w:rsidRPr="00EB75F0">
              <w:rPr>
                <w:sz w:val="14"/>
              </w:rPr>
              <w:t>Not reported</w:t>
            </w:r>
          </w:p>
        </w:tc>
        <w:tc>
          <w:tcPr>
            <w:tcW w:w="531" w:type="pct"/>
            <w:tcBorders>
              <w:top w:val="single" w:sz="4" w:space="0" w:color="000000"/>
              <w:left w:val="single" w:sz="4" w:space="0" w:color="000000"/>
              <w:bottom w:val="single" w:sz="4" w:space="0" w:color="000000"/>
              <w:right w:val="single" w:sz="4" w:space="0" w:color="000000"/>
            </w:tcBorders>
          </w:tcPr>
          <w:p w14:paraId="3B3472D1"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66257D09"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473ABC8D" w14:textId="77777777" w:rsidR="009446D0" w:rsidRPr="00EB75F0" w:rsidRDefault="0084596B">
            <w:pPr>
              <w:spacing w:before="60" w:after="60" w:line="240" w:lineRule="auto"/>
              <w:rPr>
                <w:sz w:val="14"/>
              </w:rPr>
            </w:pPr>
            <w:r w:rsidRPr="00EB75F0">
              <w:rPr>
                <w:sz w:val="14"/>
              </w:rPr>
              <w:t>Excluded patients with current suicidality, a neurological disorder, an acute or unstable medical condition, a clinically significant laboratory test value and alcohol or substance dependence within the previous three months</w:t>
            </w:r>
          </w:p>
        </w:tc>
      </w:tr>
      <w:tr w:rsidR="009446D0" w:rsidRPr="00EB75F0" w14:paraId="410281ED" w14:textId="77777777">
        <w:tc>
          <w:tcPr>
            <w:tcW w:w="485" w:type="pct"/>
            <w:tcBorders>
              <w:top w:val="single" w:sz="4" w:space="0" w:color="000000"/>
              <w:left w:val="single" w:sz="4" w:space="0" w:color="000000"/>
              <w:bottom w:val="single" w:sz="4" w:space="0" w:color="000000"/>
              <w:right w:val="single" w:sz="4" w:space="0" w:color="000000"/>
            </w:tcBorders>
          </w:tcPr>
          <w:p w14:paraId="1216E585" w14:textId="0AED842E" w:rsidR="009446D0" w:rsidRPr="00EB75F0" w:rsidRDefault="0084596B">
            <w:pPr>
              <w:spacing w:before="60" w:after="60" w:line="240" w:lineRule="auto"/>
              <w:rPr>
                <w:sz w:val="14"/>
              </w:rPr>
            </w:pPr>
            <w:r w:rsidRPr="00EB75F0">
              <w:rPr>
                <w:sz w:val="14"/>
              </w:rPr>
              <w:t>Durgam 2016</w:t>
            </w:r>
            <w:r w:rsidR="0031308D" w:rsidRPr="00EB75F0">
              <w:fldChar w:fldCharType="begin"/>
            </w:r>
            <w:r w:rsidR="00452EF4">
              <w:instrText xml:space="preserve"> ADDIN EN.CITE &lt;EndNote&gt;&lt;Cite&gt;&lt;Author&gt;Durgam S&lt;/Author&gt;&lt;Year&gt;2016&lt;/Year&gt;&lt;RecNum&gt;42&lt;/RecNum&gt;&lt;DisplayText&gt;&lt;style face="superscript"&gt;45&lt;/style&gt;&lt;/DisplayText&gt;&lt;record&gt;&lt;rec-number&gt;42&lt;/rec-number&gt;&lt;foreign-keys&gt;&lt;key app="EN" db-id="9ttaxzax2p0tr7ewzt55atews50zvxaaa5rz" timestamp="1764068832"&gt;42&lt;/key&gt;&lt;/foreign-keys&gt;&lt;ref-type name="Journal Article"&gt;17&lt;/ref-type&gt;&lt;contributors&gt;&lt;authors&gt;&lt;author&gt;Durgam S, Litman RE, Papadakis K, Li D, Németh G, Laszlovszky I&lt;/author&gt;&lt;/authors&gt;&lt;/contributors&gt;&lt;titles&gt;&lt;title&gt;Cariprazine in the treatment of schizophrenia: a proof-of-concept trial&lt;/title&gt;&lt;secondary-title&gt;Int. Clin. Psychopharmacol.&lt;/secondary-title&gt;&lt;/titles&gt;&lt;periodical&gt;&lt;full-title&gt;Int. Clin. Psychopharmacol.&lt;/full-title&gt;&lt;/periodical&gt;&lt;pages&gt;61&lt;/pages&gt;&lt;volume&gt;31&lt;/volume&gt;&lt;number&gt;2&lt;/number&gt;&lt;dates&gt;&lt;year&gt;2016&lt;/year&gt;&lt;/dates&gt;&lt;urls&gt;&lt;/urls&gt;&lt;/record&gt;&lt;/Cite&gt;&lt;/EndNote&gt;</w:instrText>
            </w:r>
            <w:r w:rsidR="0031308D" w:rsidRPr="00EB75F0">
              <w:fldChar w:fldCharType="separate"/>
            </w:r>
            <w:r w:rsidR="00452EF4" w:rsidRPr="00452EF4">
              <w:rPr>
                <w:noProof/>
                <w:vertAlign w:val="superscript"/>
              </w:rPr>
              <w:t>45</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136FCFF3"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43894C55"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0542356B" w14:textId="77777777" w:rsidR="009446D0" w:rsidRPr="00EB75F0" w:rsidRDefault="0084596B">
            <w:pPr>
              <w:spacing w:before="60" w:after="60" w:line="240" w:lineRule="auto"/>
              <w:rPr>
                <w:sz w:val="14"/>
              </w:rPr>
            </w:pPr>
            <w:r w:rsidRPr="00EB75F0">
              <w:rPr>
                <w:sz w:val="14"/>
              </w:rPr>
              <w:t>Patients had a schizophrenia diagnosis for 1 year or longer</w:t>
            </w:r>
          </w:p>
        </w:tc>
        <w:tc>
          <w:tcPr>
            <w:tcW w:w="448" w:type="pct"/>
            <w:tcBorders>
              <w:top w:val="single" w:sz="4" w:space="0" w:color="000000"/>
              <w:left w:val="single" w:sz="4" w:space="0" w:color="000000"/>
              <w:bottom w:val="single" w:sz="4" w:space="0" w:color="000000"/>
              <w:right w:val="single" w:sz="4" w:space="0" w:color="000000"/>
            </w:tcBorders>
          </w:tcPr>
          <w:p w14:paraId="580809DC" w14:textId="77777777" w:rsidR="009446D0" w:rsidRPr="00EB75F0" w:rsidRDefault="0084596B">
            <w:pPr>
              <w:spacing w:before="60" w:after="60" w:line="240" w:lineRule="auto"/>
              <w:rPr>
                <w:sz w:val="14"/>
              </w:rPr>
            </w:pPr>
            <w:r w:rsidRPr="00EB75F0">
              <w:rPr>
                <w:sz w:val="14"/>
              </w:rPr>
              <w:t>Current psychotic episode less than 4 weeks in duration and at least one other psychotic episode in the past year that required hospitalization or change in antipsychotic medication</w:t>
            </w:r>
          </w:p>
        </w:tc>
        <w:tc>
          <w:tcPr>
            <w:tcW w:w="694" w:type="pct"/>
            <w:tcBorders>
              <w:top w:val="single" w:sz="4" w:space="0" w:color="000000"/>
              <w:left w:val="single" w:sz="4" w:space="0" w:color="000000"/>
              <w:bottom w:val="single" w:sz="4" w:space="0" w:color="000000"/>
              <w:right w:val="single" w:sz="4" w:space="0" w:color="000000"/>
            </w:tcBorders>
          </w:tcPr>
          <w:p w14:paraId="476F1B68" w14:textId="77777777" w:rsidR="009446D0" w:rsidRPr="00EB75F0" w:rsidRDefault="0084596B">
            <w:pPr>
              <w:spacing w:before="60" w:after="60" w:line="240" w:lineRule="auto"/>
              <w:rPr>
                <w:sz w:val="14"/>
              </w:rPr>
            </w:pPr>
            <w:r w:rsidRPr="00EB75F0">
              <w:rPr>
                <w:sz w:val="14"/>
              </w:rPr>
              <w:t>Could not be refractory to =2 marketed antipsychotics</w:t>
            </w:r>
          </w:p>
        </w:tc>
        <w:tc>
          <w:tcPr>
            <w:tcW w:w="531" w:type="pct"/>
            <w:tcBorders>
              <w:top w:val="single" w:sz="4" w:space="0" w:color="000000"/>
              <w:left w:val="single" w:sz="4" w:space="0" w:color="000000"/>
              <w:bottom w:val="single" w:sz="4" w:space="0" w:color="000000"/>
              <w:right w:val="single" w:sz="4" w:space="0" w:color="000000"/>
            </w:tcBorders>
          </w:tcPr>
          <w:p w14:paraId="0C7B407F"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6F660833" w14:textId="77777777" w:rsidR="009446D0" w:rsidRPr="00EB75F0" w:rsidRDefault="0084596B">
            <w:pPr>
              <w:spacing w:before="60" w:after="60" w:line="240" w:lineRule="auto"/>
              <w:rPr>
                <w:sz w:val="14"/>
              </w:rPr>
            </w:pPr>
            <w:r w:rsidRPr="00EB75F0">
              <w:rPr>
                <w:sz w:val="14"/>
              </w:rPr>
              <w:t>PANSS Total score of = 80 and a minimum score of 4 (moderate) on at least two of the four items of the PANSS positive subscale. CGI-S score of at least 4</w:t>
            </w:r>
          </w:p>
        </w:tc>
        <w:tc>
          <w:tcPr>
            <w:tcW w:w="658" w:type="pct"/>
            <w:tcBorders>
              <w:top w:val="single" w:sz="4" w:space="0" w:color="000000"/>
              <w:left w:val="single" w:sz="4" w:space="0" w:color="000000"/>
              <w:bottom w:val="single" w:sz="4" w:space="0" w:color="000000"/>
              <w:right w:val="single" w:sz="4" w:space="0" w:color="000000"/>
            </w:tcBorders>
          </w:tcPr>
          <w:p w14:paraId="385571FB" w14:textId="77777777" w:rsidR="009446D0" w:rsidRPr="00EB75F0" w:rsidRDefault="0084596B">
            <w:pPr>
              <w:spacing w:before="60" w:after="60" w:line="240" w:lineRule="auto"/>
              <w:rPr>
                <w:sz w:val="14"/>
              </w:rPr>
            </w:pPr>
            <w:r w:rsidRPr="00EB75F0">
              <w:rPr>
                <w:sz w:val="14"/>
              </w:rPr>
              <w:t>NR</w:t>
            </w:r>
          </w:p>
        </w:tc>
      </w:tr>
      <w:tr w:rsidR="009446D0" w:rsidRPr="00EB75F0" w14:paraId="4DEF6720" w14:textId="77777777">
        <w:tc>
          <w:tcPr>
            <w:tcW w:w="485" w:type="pct"/>
            <w:tcBorders>
              <w:top w:val="single" w:sz="4" w:space="0" w:color="000000"/>
              <w:left w:val="single" w:sz="4" w:space="0" w:color="000000"/>
              <w:bottom w:val="single" w:sz="4" w:space="0" w:color="000000"/>
              <w:right w:val="single" w:sz="4" w:space="0" w:color="000000"/>
            </w:tcBorders>
          </w:tcPr>
          <w:p w14:paraId="183F2F7A" w14:textId="5C2ABC06" w:rsidR="009446D0" w:rsidRPr="00EB75F0" w:rsidRDefault="0084596B">
            <w:pPr>
              <w:spacing w:before="60" w:after="60" w:line="240" w:lineRule="auto"/>
              <w:rPr>
                <w:sz w:val="14"/>
              </w:rPr>
            </w:pPr>
            <w:r w:rsidRPr="00EB75F0">
              <w:rPr>
                <w:sz w:val="14"/>
              </w:rPr>
              <w:t>Durgam 2014</w:t>
            </w:r>
            <w:r w:rsidR="0031308D" w:rsidRPr="00EB75F0">
              <w:fldChar w:fldCharType="begin"/>
            </w:r>
            <w:r w:rsidR="00452EF4">
              <w:instrText xml:space="preserve"> ADDIN EN.CITE &lt;EndNote&gt;&lt;Cite&gt;&lt;Author&gt;Durgam S&lt;/Author&gt;&lt;Year&gt;2014&lt;/Year&gt;&lt;RecNum&gt;43&lt;/RecNum&gt;&lt;DisplayText&gt;&lt;style face="superscript"&gt;46&lt;/style&gt;&lt;/DisplayText&gt;&lt;record&gt;&lt;rec-number&gt;43&lt;/rec-number&gt;&lt;foreign-keys&gt;&lt;key app="EN" db-id="9ttaxzax2p0tr7ewzt55atews50zvxaaa5rz" timestamp="1764068832"&gt;43&lt;/key&gt;&lt;/foreign-keys&gt;&lt;ref-type name="Journal Article"&gt;17&lt;/ref-type&gt;&lt;contributors&gt;&lt;authors&gt;&lt;author&gt;Durgam S, Starace A, Li D, Migliore R, Ruth A, Németh G, Laszlovszky I&lt;/author&gt;&lt;/authors&gt;&lt;/contributors&gt;&lt;titles&gt;&lt;title&gt;An evaluation of the safety and efficacy of cariprazine in patients with acute exacerbation of schizophrenia: a phase II, randomized clinical trial.&lt;/title&gt;&lt;secondary-title&gt;Schizophr. Res.&lt;/secondary-title&gt;&lt;/titles&gt;&lt;periodical&gt;&lt;full-title&gt;Schizophr. Res.&lt;/full-title&gt;&lt;/periodical&gt;&lt;pages&gt;450-7&lt;/pages&gt;&lt;volume&gt;1&lt;/volume&gt;&lt;number&gt;152&lt;/number&gt;&lt;dates&gt;&lt;year&gt;2014&lt;/year&gt;&lt;/dates&gt;&lt;urls&gt;&lt;/urls&gt;&lt;/record&gt;&lt;/Cite&gt;&lt;/EndNote&gt;</w:instrText>
            </w:r>
            <w:r w:rsidR="0031308D" w:rsidRPr="00EB75F0">
              <w:fldChar w:fldCharType="separate"/>
            </w:r>
            <w:r w:rsidR="00452EF4" w:rsidRPr="00452EF4">
              <w:rPr>
                <w:noProof/>
                <w:vertAlign w:val="superscript"/>
              </w:rPr>
              <w:t>46</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4B0D0EA5"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4EF7BA0A" w14:textId="77777777" w:rsidR="009446D0" w:rsidRPr="00EB75F0" w:rsidRDefault="0084596B">
            <w:pPr>
              <w:spacing w:before="60" w:after="60" w:line="240" w:lineRule="auto"/>
              <w:rPr>
                <w:sz w:val="14"/>
              </w:rPr>
            </w:pPr>
            <w:r w:rsidRPr="00EB75F0">
              <w:rPr>
                <w:sz w:val="14"/>
              </w:rPr>
              <w:t>18-60</w:t>
            </w:r>
          </w:p>
        </w:tc>
        <w:tc>
          <w:tcPr>
            <w:tcW w:w="557" w:type="pct"/>
            <w:tcBorders>
              <w:top w:val="single" w:sz="4" w:space="0" w:color="000000"/>
              <w:left w:val="single" w:sz="4" w:space="0" w:color="000000"/>
              <w:bottom w:val="single" w:sz="4" w:space="0" w:color="000000"/>
              <w:right w:val="single" w:sz="4" w:space="0" w:color="000000"/>
            </w:tcBorders>
          </w:tcPr>
          <w:p w14:paraId="10A8F345" w14:textId="77777777" w:rsidR="009446D0" w:rsidRPr="00EB75F0" w:rsidRDefault="0084596B">
            <w:pPr>
              <w:spacing w:before="60" w:after="60" w:line="240" w:lineRule="auto"/>
              <w:rPr>
                <w:sz w:val="14"/>
              </w:rPr>
            </w:pPr>
            <w:r w:rsidRPr="00EB75F0">
              <w:rPr>
                <w:sz w:val="14"/>
              </w:rPr>
              <w:t>Patients had the diagnosis for at least 1 year and at least one psychotic episode requiring hospitalization/antipsychotic medication change/intervention during the preceding year</w:t>
            </w:r>
          </w:p>
        </w:tc>
        <w:tc>
          <w:tcPr>
            <w:tcW w:w="448" w:type="pct"/>
            <w:tcBorders>
              <w:top w:val="single" w:sz="4" w:space="0" w:color="000000"/>
              <w:left w:val="single" w:sz="4" w:space="0" w:color="000000"/>
              <w:bottom w:val="single" w:sz="4" w:space="0" w:color="000000"/>
              <w:right w:val="single" w:sz="4" w:space="0" w:color="000000"/>
            </w:tcBorders>
          </w:tcPr>
          <w:p w14:paraId="3C89452E" w14:textId="77777777" w:rsidR="009446D0" w:rsidRPr="00EB75F0" w:rsidRDefault="0084596B">
            <w:pPr>
              <w:tabs>
                <w:tab w:val="left" w:pos="1170"/>
              </w:tabs>
              <w:spacing w:before="60" w:after="60" w:line="240" w:lineRule="auto"/>
              <w:rPr>
                <w:sz w:val="14"/>
              </w:rPr>
            </w:pPr>
            <w:r w:rsidRPr="00EB75F0">
              <w:rPr>
                <w:sz w:val="14"/>
              </w:rPr>
              <w:t>Current exacerbation less than 2 weeks' duration</w:t>
            </w:r>
          </w:p>
        </w:tc>
        <w:tc>
          <w:tcPr>
            <w:tcW w:w="694" w:type="pct"/>
            <w:tcBorders>
              <w:top w:val="single" w:sz="4" w:space="0" w:color="000000"/>
              <w:left w:val="single" w:sz="4" w:space="0" w:color="000000"/>
              <w:bottom w:val="single" w:sz="4" w:space="0" w:color="000000"/>
              <w:right w:val="single" w:sz="4" w:space="0" w:color="000000"/>
            </w:tcBorders>
          </w:tcPr>
          <w:p w14:paraId="792FC881" w14:textId="77777777" w:rsidR="009446D0" w:rsidRPr="00EB75F0" w:rsidRDefault="0084596B">
            <w:pPr>
              <w:spacing w:before="60" w:after="60" w:line="240" w:lineRule="auto"/>
              <w:rPr>
                <w:sz w:val="14"/>
              </w:rPr>
            </w:pPr>
            <w:r w:rsidRPr="00EB75F0">
              <w:rPr>
                <w:sz w:val="14"/>
              </w:rPr>
              <w:t>Excluded if poor response to =2 antipsychotics of adequate dose and duration</w:t>
            </w:r>
          </w:p>
        </w:tc>
        <w:tc>
          <w:tcPr>
            <w:tcW w:w="531" w:type="pct"/>
            <w:tcBorders>
              <w:top w:val="single" w:sz="4" w:space="0" w:color="000000"/>
              <w:left w:val="single" w:sz="4" w:space="0" w:color="000000"/>
              <w:bottom w:val="single" w:sz="4" w:space="0" w:color="000000"/>
              <w:right w:val="single" w:sz="4" w:space="0" w:color="000000"/>
            </w:tcBorders>
          </w:tcPr>
          <w:p w14:paraId="392BF20D"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65F1B9DB" w14:textId="77777777" w:rsidR="009446D0" w:rsidRPr="00EB75F0" w:rsidRDefault="0084596B">
            <w:pPr>
              <w:spacing w:before="60" w:after="60" w:line="240" w:lineRule="auto"/>
              <w:rPr>
                <w:sz w:val="14"/>
              </w:rPr>
            </w:pPr>
            <w:r w:rsidRPr="00EB75F0">
              <w:rPr>
                <w:sz w:val="14"/>
              </w:rPr>
              <w:t>PANSS Total score of = 80 and a minimum score of 4 (moderate) on at least two of the four items of the PANSS positive subscale. CGI-S score of at least 4</w:t>
            </w:r>
          </w:p>
        </w:tc>
        <w:tc>
          <w:tcPr>
            <w:tcW w:w="658" w:type="pct"/>
            <w:tcBorders>
              <w:top w:val="single" w:sz="4" w:space="0" w:color="000000"/>
              <w:left w:val="single" w:sz="4" w:space="0" w:color="000000"/>
              <w:bottom w:val="single" w:sz="4" w:space="0" w:color="000000"/>
              <w:right w:val="single" w:sz="4" w:space="0" w:color="000000"/>
            </w:tcBorders>
          </w:tcPr>
          <w:p w14:paraId="0573FE4C" w14:textId="77777777" w:rsidR="009446D0" w:rsidRPr="00EB75F0" w:rsidRDefault="0084596B">
            <w:pPr>
              <w:spacing w:before="60" w:after="60" w:line="240" w:lineRule="auto"/>
              <w:rPr>
                <w:sz w:val="14"/>
              </w:rPr>
            </w:pPr>
            <w:r w:rsidRPr="00EB75F0">
              <w:rPr>
                <w:sz w:val="14"/>
              </w:rPr>
              <w:t>NR</w:t>
            </w:r>
          </w:p>
        </w:tc>
      </w:tr>
      <w:tr w:rsidR="009446D0" w:rsidRPr="00EB75F0" w14:paraId="58325E6C" w14:textId="77777777">
        <w:tc>
          <w:tcPr>
            <w:tcW w:w="485" w:type="pct"/>
            <w:tcBorders>
              <w:top w:val="single" w:sz="4" w:space="0" w:color="000000"/>
              <w:left w:val="single" w:sz="4" w:space="0" w:color="000000"/>
              <w:bottom w:val="single" w:sz="4" w:space="0" w:color="000000"/>
              <w:right w:val="single" w:sz="4" w:space="0" w:color="000000"/>
            </w:tcBorders>
          </w:tcPr>
          <w:p w14:paraId="74541555" w14:textId="433B09B7" w:rsidR="009446D0" w:rsidRPr="00EB75F0" w:rsidRDefault="0084596B">
            <w:pPr>
              <w:spacing w:before="60" w:after="60" w:line="240" w:lineRule="auto"/>
              <w:rPr>
                <w:sz w:val="14"/>
              </w:rPr>
            </w:pPr>
            <w:r w:rsidRPr="00EB75F0">
              <w:rPr>
                <w:sz w:val="14"/>
              </w:rPr>
              <w:t>Kane 2015</w:t>
            </w:r>
            <w:r w:rsidR="0031308D" w:rsidRPr="00EB75F0">
              <w:fldChar w:fldCharType="begin"/>
            </w:r>
            <w:r w:rsidR="00452EF4">
              <w:instrText xml:space="preserve"> ADDIN EN.CITE &lt;EndNote&gt;&lt;Cite&gt;&lt;Author&gt;Kane JM&lt;/Author&gt;&lt;Year&gt;2015&lt;/Year&gt;&lt;RecNum&gt;44&lt;/RecNum&gt;&lt;DisplayText&gt;&lt;style face="superscript"&gt;47&lt;/style&gt;&lt;/DisplayText&gt;&lt;record&gt;&lt;rec-number&gt;44&lt;/rec-number&gt;&lt;foreign-keys&gt;&lt;key app="EN" db-id="9ttaxzax2p0tr7ewzt55atews50zvxaaa5rz" timestamp="1764068833"&gt;44&lt;/key&gt;&lt;/foreign-keys&gt;&lt;ref-type name="Journal Article"&gt;17&lt;/ref-type&gt;&lt;contributors&gt;&lt;authors&gt;&lt;author&gt;Kane JM, Zukin S, Wang Y, Lu K, Ruth A, Nagy K, Laszlovszky I, Durgam S.&lt;/author&gt;&lt;/authors&gt;&lt;/contributors&gt;&lt;titles&gt;&lt;title&gt;Efficacy and safety of cariprazine in acute exacerbation of schizophrenia: results from an international, phase III clinical trial.&lt;/title&gt;&lt;secondary-title&gt;J. Clin. Psychopharmacol.&lt;/secondary-title&gt;&lt;/titles&gt;&lt;periodical&gt;&lt;full-title&gt;J. Clin. Psychopharmacol.&lt;/full-title&gt;&lt;/periodical&gt;&lt;pages&gt;367-73&lt;/pages&gt;&lt;volume&gt;1&lt;/volume&gt;&lt;number&gt;35&lt;/number&gt;&lt;dates&gt;&lt;year&gt;2015&lt;/year&gt;&lt;/dates&gt;&lt;urls&gt;&lt;/urls&gt;&lt;/record&gt;&lt;/Cite&gt;&lt;/EndNote&gt;</w:instrText>
            </w:r>
            <w:r w:rsidR="0031308D" w:rsidRPr="00EB75F0">
              <w:fldChar w:fldCharType="separate"/>
            </w:r>
            <w:r w:rsidR="00452EF4" w:rsidRPr="00452EF4">
              <w:rPr>
                <w:noProof/>
                <w:vertAlign w:val="superscript"/>
              </w:rPr>
              <w:t>47</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58C34E7F"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57A73846" w14:textId="77777777" w:rsidR="009446D0" w:rsidRPr="00EB75F0" w:rsidRDefault="0084596B">
            <w:pPr>
              <w:spacing w:before="60" w:after="60" w:line="240" w:lineRule="auto"/>
              <w:rPr>
                <w:sz w:val="14"/>
              </w:rPr>
            </w:pPr>
            <w:r w:rsidRPr="00EB75F0">
              <w:rPr>
                <w:sz w:val="14"/>
              </w:rPr>
              <w:t>18-60</w:t>
            </w:r>
          </w:p>
        </w:tc>
        <w:tc>
          <w:tcPr>
            <w:tcW w:w="557" w:type="pct"/>
            <w:tcBorders>
              <w:top w:val="single" w:sz="4" w:space="0" w:color="000000"/>
              <w:left w:val="single" w:sz="4" w:space="0" w:color="000000"/>
              <w:bottom w:val="single" w:sz="4" w:space="0" w:color="000000"/>
              <w:right w:val="single" w:sz="4" w:space="0" w:color="000000"/>
            </w:tcBorders>
          </w:tcPr>
          <w:p w14:paraId="4526C2FA" w14:textId="77777777" w:rsidR="009446D0" w:rsidRPr="00EB75F0" w:rsidRDefault="0084596B">
            <w:pPr>
              <w:spacing w:before="60" w:after="60" w:line="240" w:lineRule="auto"/>
              <w:rPr>
                <w:sz w:val="14"/>
              </w:rPr>
            </w:pPr>
            <w:r w:rsidRPr="00EB75F0">
              <w:rPr>
                <w:sz w:val="14"/>
              </w:rPr>
              <w:t>Participants had been diagnosed for 1 year or more</w:t>
            </w:r>
          </w:p>
        </w:tc>
        <w:tc>
          <w:tcPr>
            <w:tcW w:w="448" w:type="pct"/>
            <w:tcBorders>
              <w:top w:val="single" w:sz="4" w:space="0" w:color="000000"/>
              <w:left w:val="single" w:sz="4" w:space="0" w:color="000000"/>
              <w:bottom w:val="single" w:sz="4" w:space="0" w:color="000000"/>
              <w:right w:val="single" w:sz="4" w:space="0" w:color="000000"/>
            </w:tcBorders>
          </w:tcPr>
          <w:p w14:paraId="7B12B9B9" w14:textId="77777777" w:rsidR="009446D0" w:rsidRPr="00EB75F0" w:rsidRDefault="0084596B">
            <w:pPr>
              <w:spacing w:before="60" w:after="60" w:line="240" w:lineRule="auto"/>
              <w:rPr>
                <w:sz w:val="14"/>
              </w:rPr>
            </w:pPr>
            <w:r w:rsidRPr="00EB75F0">
              <w:rPr>
                <w:sz w:val="14"/>
              </w:rPr>
              <w:t>Current psychotic episode of less than 2 weeks' duration with at least one psychotic episode that required hospitalization or change in antipsychotic therapy during the previous year, not first psychotic episode</w:t>
            </w:r>
          </w:p>
        </w:tc>
        <w:tc>
          <w:tcPr>
            <w:tcW w:w="694" w:type="pct"/>
            <w:tcBorders>
              <w:top w:val="single" w:sz="4" w:space="0" w:color="000000"/>
              <w:left w:val="single" w:sz="4" w:space="0" w:color="000000"/>
              <w:bottom w:val="single" w:sz="4" w:space="0" w:color="000000"/>
              <w:right w:val="single" w:sz="4" w:space="0" w:color="000000"/>
            </w:tcBorders>
          </w:tcPr>
          <w:p w14:paraId="186BE44C" w14:textId="77777777" w:rsidR="009446D0" w:rsidRPr="00EB75F0" w:rsidRDefault="0084596B">
            <w:pPr>
              <w:spacing w:before="60" w:after="60" w:line="240" w:lineRule="auto"/>
              <w:rPr>
                <w:sz w:val="14"/>
              </w:rPr>
            </w:pPr>
            <w:r w:rsidRPr="00EB75F0">
              <w:rPr>
                <w:sz w:val="14"/>
              </w:rPr>
              <w:t>No Electroconvulsive therapy in the past 3 months; prior depot neuroleptic treatment; or clozapine in the past 10 years,</w:t>
            </w:r>
          </w:p>
        </w:tc>
        <w:tc>
          <w:tcPr>
            <w:tcW w:w="531" w:type="pct"/>
            <w:tcBorders>
              <w:top w:val="single" w:sz="4" w:space="0" w:color="000000"/>
              <w:left w:val="single" w:sz="4" w:space="0" w:color="000000"/>
              <w:bottom w:val="single" w:sz="4" w:space="0" w:color="000000"/>
              <w:right w:val="single" w:sz="4" w:space="0" w:color="000000"/>
            </w:tcBorders>
          </w:tcPr>
          <w:p w14:paraId="7E21F546" w14:textId="77777777" w:rsidR="009446D0" w:rsidRPr="00EB75F0" w:rsidRDefault="0084596B">
            <w:pPr>
              <w:spacing w:before="60" w:after="60" w:line="240" w:lineRule="auto"/>
              <w:rPr>
                <w:sz w:val="14"/>
              </w:rPr>
            </w:pPr>
            <w:r w:rsidRPr="00EB75F0">
              <w:rPr>
                <w:sz w:val="14"/>
              </w:rPr>
              <w:t>Medications with psychotropic activity were not allowed except for lorazepam zolpidem, zaleplon, chloral hydrate, or eszopiclone and diphenhydramine, benztropine, or propranolol</w:t>
            </w:r>
          </w:p>
        </w:tc>
        <w:tc>
          <w:tcPr>
            <w:tcW w:w="651" w:type="pct"/>
            <w:tcBorders>
              <w:top w:val="single" w:sz="4" w:space="0" w:color="000000"/>
              <w:left w:val="single" w:sz="4" w:space="0" w:color="000000"/>
              <w:bottom w:val="single" w:sz="4" w:space="0" w:color="000000"/>
              <w:right w:val="single" w:sz="4" w:space="0" w:color="000000"/>
            </w:tcBorders>
          </w:tcPr>
          <w:p w14:paraId="77CB6B13" w14:textId="77777777" w:rsidR="009446D0" w:rsidRPr="00EB75F0" w:rsidRDefault="0084596B">
            <w:pPr>
              <w:spacing w:before="60" w:after="60" w:line="240" w:lineRule="auto"/>
              <w:rPr>
                <w:sz w:val="14"/>
              </w:rPr>
            </w:pPr>
            <w:r w:rsidRPr="00EB75F0">
              <w:rPr>
                <w:sz w:val="14"/>
              </w:rPr>
              <w:t>PANSS Total score of = 80 and a minimum score of 4 (moderate) on at least two of the four items of the PANSS positive subscale. CGI-S score of at least 4</w:t>
            </w:r>
          </w:p>
        </w:tc>
        <w:tc>
          <w:tcPr>
            <w:tcW w:w="658" w:type="pct"/>
            <w:tcBorders>
              <w:top w:val="single" w:sz="4" w:space="0" w:color="000000"/>
              <w:left w:val="single" w:sz="4" w:space="0" w:color="000000"/>
              <w:bottom w:val="single" w:sz="4" w:space="0" w:color="000000"/>
              <w:right w:val="single" w:sz="4" w:space="0" w:color="000000"/>
            </w:tcBorders>
          </w:tcPr>
          <w:p w14:paraId="51D7A06D" w14:textId="77777777" w:rsidR="009446D0" w:rsidRPr="00EB75F0" w:rsidRDefault="0084596B">
            <w:pPr>
              <w:spacing w:before="60" w:after="60" w:line="240" w:lineRule="auto"/>
              <w:rPr>
                <w:sz w:val="14"/>
              </w:rPr>
            </w:pPr>
            <w:r w:rsidRPr="00EB75F0">
              <w:rPr>
                <w:sz w:val="14"/>
              </w:rPr>
              <w:t>No serious medical condition that might confound evaluation of the study drug or alcohol in preceding 90 day period</w:t>
            </w:r>
          </w:p>
        </w:tc>
      </w:tr>
      <w:tr w:rsidR="009446D0" w:rsidRPr="00EB75F0" w14:paraId="28970935" w14:textId="77777777">
        <w:tc>
          <w:tcPr>
            <w:tcW w:w="485" w:type="pct"/>
            <w:tcBorders>
              <w:top w:val="single" w:sz="4" w:space="0" w:color="000000"/>
              <w:left w:val="single" w:sz="4" w:space="0" w:color="000000"/>
              <w:bottom w:val="single" w:sz="4" w:space="0" w:color="000000"/>
              <w:right w:val="single" w:sz="4" w:space="0" w:color="000000"/>
            </w:tcBorders>
          </w:tcPr>
          <w:p w14:paraId="1F5D337F" w14:textId="09C58A89" w:rsidR="009446D0" w:rsidRPr="00EB75F0" w:rsidRDefault="0084596B">
            <w:pPr>
              <w:spacing w:before="60" w:after="60" w:line="240" w:lineRule="auto"/>
              <w:rPr>
                <w:sz w:val="14"/>
              </w:rPr>
            </w:pPr>
            <w:r w:rsidRPr="00EB75F0">
              <w:rPr>
                <w:sz w:val="14"/>
              </w:rPr>
              <w:lastRenderedPageBreak/>
              <w:t>Kluge 2007</w:t>
            </w:r>
            <w:r w:rsidR="0031308D" w:rsidRPr="00EB75F0">
              <w:fldChar w:fldCharType="begin"/>
            </w:r>
            <w:r w:rsidR="00452EF4">
              <w:instrText xml:space="preserve"> ADDIN EN.CITE &lt;EndNote&gt;&lt;Cite&gt;&lt;Author&gt;Kluge&lt;/Author&gt;&lt;Year&gt;2007&lt;/Year&gt;&lt;RecNum&gt;45&lt;/RecNum&gt;&lt;DisplayText&gt;&lt;style face="superscript"&gt;48&lt;/style&gt;&lt;/DisplayText&gt;&lt;record&gt;&lt;rec-number&gt;45&lt;/rec-number&gt;&lt;foreign-keys&gt;&lt;key app="EN" db-id="9ttaxzax2p0tr7ewzt55atews50zvxaaa5rz" timestamp="1764068833"&gt;45&lt;/key&gt;&lt;/foreign-keys&gt;&lt;ref-type name="Journal Article"&gt;17&lt;/ref-type&gt;&lt;contributors&gt;&lt;authors&gt;&lt;author&gt;Kluge, M.&lt;/author&gt;&lt;author&gt;Schuld, A.&lt;/author&gt;&lt;author&gt;Himmerich, H.&lt;/author&gt;&lt;author&gt;Dalal, M.&lt;/author&gt;&lt;author&gt;Schacht, A.&lt;/author&gt;&lt;author&gt;Wehmeier, P. M.&lt;/author&gt;&lt;author&gt;Hinze-Selch, D.&lt;/author&gt;&lt;author&gt;Kraus, T.&lt;/author&gt;&lt;author&gt;Dittmann, R. W.&lt;/author&gt;&lt;author&gt;Pollmacher, T.&lt;/author&gt;&lt;/authors&gt;&lt;/contributors&gt;&lt;titles&gt;&lt;title&gt;Clozapine and olanzapine are associated with food craving and binge eating: results from a randomized double-blind study&lt;/title&gt;&lt;secondary-title&gt;J Clin Psychopharmacol&lt;/secondary-title&gt;&lt;/titles&gt;&lt;periodical&gt;&lt;full-title&gt;J Clin Psychopharmacol&lt;/full-title&gt;&lt;/periodical&gt;&lt;pages&gt;662-6&lt;/pages&gt;&lt;volume&gt;27&lt;/volume&gt;&lt;number&gt;6&lt;/number&gt;&lt;dates&gt;&lt;year&gt;2007&lt;/year&gt;&lt;pub-dates&gt;&lt;date&gt;Dec&lt;/date&gt;&lt;/pub-dates&gt;&lt;/dates&gt;&lt;pub-location&gt;Max Planck Institute of Psychiatry, Kraepelinstrasse 2-10, Munich, Germany. kluge@mpipsykl.mpg.de&lt;/pub-location&gt;&lt;isbn&gt;0271-0749 (Print) 0271-0749 (Linking)&lt;/isbn&gt;&lt;urls&gt;&lt;related-urls&gt;&lt;url&gt;https://www.ncbi.nlm.nih.gov/pubmed/18004133&lt;/url&gt;&lt;/related-urls&gt;&lt;/urls&gt;&lt;electronic-resource-num&gt;10.1097/jcp.0b013e31815a8872&lt;/electronic-resource-num&gt;&lt;/record&gt;&lt;/Cite&gt;&lt;/EndNote&gt;</w:instrText>
            </w:r>
            <w:r w:rsidR="0031308D" w:rsidRPr="00EB75F0">
              <w:fldChar w:fldCharType="separate"/>
            </w:r>
            <w:r w:rsidR="00452EF4" w:rsidRPr="00452EF4">
              <w:rPr>
                <w:noProof/>
                <w:vertAlign w:val="superscript"/>
              </w:rPr>
              <w:t>48</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558D55F1" w14:textId="77777777" w:rsidR="009446D0" w:rsidRPr="00EB75F0" w:rsidRDefault="0084596B">
            <w:pPr>
              <w:spacing w:before="60" w:after="60" w:line="240" w:lineRule="auto"/>
              <w:rPr>
                <w:sz w:val="14"/>
              </w:rPr>
            </w:pPr>
            <w:r w:rsidRPr="00EB75F0">
              <w:rPr>
                <w:sz w:val="14"/>
              </w:rPr>
              <w:t>DSM-IV diagnosis of schizophrenia, schizophreniform, or schizoaffective disorder</w:t>
            </w:r>
          </w:p>
        </w:tc>
        <w:tc>
          <w:tcPr>
            <w:tcW w:w="293" w:type="pct"/>
            <w:tcBorders>
              <w:top w:val="single" w:sz="4" w:space="0" w:color="000000"/>
              <w:left w:val="single" w:sz="4" w:space="0" w:color="000000"/>
              <w:bottom w:val="single" w:sz="4" w:space="0" w:color="000000"/>
              <w:right w:val="single" w:sz="4" w:space="0" w:color="000000"/>
            </w:tcBorders>
          </w:tcPr>
          <w:p w14:paraId="2A26F158"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33057AF0"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744A04FA" w14:textId="77777777" w:rsidR="009446D0" w:rsidRPr="00EB75F0" w:rsidRDefault="0084596B">
            <w:pPr>
              <w:spacing w:before="60" w:after="60" w:line="240" w:lineRule="auto"/>
              <w:rPr>
                <w:sz w:val="14"/>
              </w:rPr>
            </w:pPr>
            <w:r w:rsidRPr="00EB75F0">
              <w:rPr>
                <w:sz w:val="14"/>
              </w:rPr>
              <w:t>Not reported</w:t>
            </w:r>
          </w:p>
        </w:tc>
        <w:tc>
          <w:tcPr>
            <w:tcW w:w="694" w:type="pct"/>
            <w:tcBorders>
              <w:top w:val="single" w:sz="4" w:space="0" w:color="000000"/>
              <w:left w:val="single" w:sz="4" w:space="0" w:color="000000"/>
              <w:bottom w:val="single" w:sz="4" w:space="0" w:color="000000"/>
              <w:right w:val="single" w:sz="4" w:space="0" w:color="000000"/>
            </w:tcBorders>
          </w:tcPr>
          <w:p w14:paraId="56ADE913" w14:textId="77777777" w:rsidR="009446D0" w:rsidRPr="00EB75F0" w:rsidRDefault="0084596B">
            <w:pPr>
              <w:spacing w:before="60" w:after="60" w:line="240" w:lineRule="auto"/>
              <w:rPr>
                <w:sz w:val="14"/>
              </w:rPr>
            </w:pPr>
            <w:r w:rsidRPr="00EB75F0">
              <w:rPr>
                <w:sz w:val="14"/>
              </w:rPr>
              <w:t>Not reported</w:t>
            </w:r>
          </w:p>
        </w:tc>
        <w:tc>
          <w:tcPr>
            <w:tcW w:w="531" w:type="pct"/>
            <w:tcBorders>
              <w:top w:val="single" w:sz="4" w:space="0" w:color="000000"/>
              <w:left w:val="single" w:sz="4" w:space="0" w:color="000000"/>
              <w:bottom w:val="single" w:sz="4" w:space="0" w:color="000000"/>
              <w:right w:val="single" w:sz="4" w:space="0" w:color="000000"/>
            </w:tcBorders>
          </w:tcPr>
          <w:p w14:paraId="68D35A49"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0F3BA14D" w14:textId="77777777" w:rsidR="009446D0" w:rsidRPr="00EB75F0" w:rsidRDefault="0084596B">
            <w:pPr>
              <w:spacing w:before="60" w:after="60" w:line="240" w:lineRule="auto"/>
              <w:rPr>
                <w:sz w:val="14"/>
              </w:rPr>
            </w:pPr>
            <w:r w:rsidRPr="00EB75F0">
              <w:rPr>
                <w:sz w:val="14"/>
              </w:rPr>
              <w:t>Brief Psychiatric Rating Scale (BPRS0–6) score of 24 or higher were screened</w:t>
            </w:r>
          </w:p>
        </w:tc>
        <w:tc>
          <w:tcPr>
            <w:tcW w:w="658" w:type="pct"/>
            <w:tcBorders>
              <w:top w:val="single" w:sz="4" w:space="0" w:color="000000"/>
              <w:left w:val="single" w:sz="4" w:space="0" w:color="000000"/>
              <w:bottom w:val="single" w:sz="4" w:space="0" w:color="000000"/>
              <w:right w:val="single" w:sz="4" w:space="0" w:color="000000"/>
            </w:tcBorders>
          </w:tcPr>
          <w:p w14:paraId="7DA7C755" w14:textId="77777777" w:rsidR="009446D0" w:rsidRPr="00EB75F0" w:rsidRDefault="0084596B">
            <w:pPr>
              <w:spacing w:before="60" w:after="60" w:line="240" w:lineRule="auto"/>
              <w:rPr>
                <w:sz w:val="14"/>
              </w:rPr>
            </w:pPr>
            <w:r w:rsidRPr="00EB75F0">
              <w:rPr>
                <w:sz w:val="14"/>
              </w:rPr>
              <w:t>Not reported</w:t>
            </w:r>
          </w:p>
        </w:tc>
      </w:tr>
      <w:tr w:rsidR="009446D0" w:rsidRPr="00EB75F0" w14:paraId="4C608210" w14:textId="77777777">
        <w:tc>
          <w:tcPr>
            <w:tcW w:w="485" w:type="pct"/>
            <w:tcBorders>
              <w:top w:val="single" w:sz="4" w:space="0" w:color="000000"/>
              <w:left w:val="single" w:sz="4" w:space="0" w:color="000000"/>
              <w:bottom w:val="single" w:sz="4" w:space="0" w:color="000000"/>
              <w:right w:val="single" w:sz="4" w:space="0" w:color="000000"/>
            </w:tcBorders>
          </w:tcPr>
          <w:p w14:paraId="4548FD83" w14:textId="541A707E" w:rsidR="009446D0" w:rsidRPr="00EB75F0" w:rsidRDefault="0084596B">
            <w:pPr>
              <w:spacing w:before="60" w:after="60" w:line="240" w:lineRule="auto"/>
              <w:rPr>
                <w:sz w:val="14"/>
              </w:rPr>
            </w:pPr>
            <w:r w:rsidRPr="00EB75F0">
              <w:rPr>
                <w:sz w:val="14"/>
              </w:rPr>
              <w:t>Naber D 2005</w:t>
            </w:r>
            <w:r w:rsidR="0031308D" w:rsidRPr="00EB75F0">
              <w:fldChar w:fldCharType="begin"/>
            </w:r>
            <w:r w:rsidR="00452EF4">
              <w:instrText xml:space="preserve"> ADDIN EN.CITE &lt;EndNote&gt;&lt;Cite&gt;&lt;Author&gt;Naber&lt;/Author&gt;&lt;Year&gt;2005&lt;/Year&gt;&lt;RecNum&gt;46&lt;/RecNum&gt;&lt;DisplayText&gt;&lt;style face="superscript"&gt;49&lt;/style&gt;&lt;/DisplayText&gt;&lt;record&gt;&lt;rec-number&gt;46&lt;/rec-number&gt;&lt;foreign-keys&gt;&lt;key app="EN" db-id="9ttaxzax2p0tr7ewzt55atews50zvxaaa5rz" timestamp="1764068833"&gt;46&lt;/key&gt;&lt;/foreign-keys&gt;&lt;ref-type name="Journal Article"&gt;17&lt;/ref-type&gt;&lt;contributors&gt;&lt;authors&gt;&lt;author&gt;Naber, D.&lt;/author&gt;&lt;author&gt;Riedel, M.&lt;/author&gt;&lt;author&gt;Klimke, A.&lt;/author&gt;&lt;author&gt;Vorbach, E. U.&lt;/author&gt;&lt;author&gt;Lambert, M.&lt;/author&gt;&lt;author&gt;Kuhn, K. U.&lt;/author&gt;&lt;author&gt;Bender, S.&lt;/author&gt;&lt;author&gt;Bandelow, B.&lt;/author&gt;&lt;author&gt;Lemmer, W.&lt;/author&gt;&lt;author&gt;Moritz, S.&lt;/author&gt;&lt;author&gt;Dittmann, R. W.&lt;/author&gt;&lt;/authors&gt;&lt;/contributors&gt;&lt;titles&gt;&lt;title&gt;Randomized double blind comparison of olanzapine vs. clozapine on subjective well-being and clinical outcome in patients with schizophrenia&lt;/title&gt;&lt;secondary-title&gt;Acta Psychiatr Scand&lt;/secondary-title&gt;&lt;/titles&gt;&lt;periodical&gt;&lt;full-title&gt;Acta Psychiatr Scand&lt;/full-title&gt;&lt;/periodical&gt;&lt;pages&gt;106-15&lt;/pages&gt;&lt;volume&gt;111&lt;/volume&gt;&lt;number&gt;2&lt;/number&gt;&lt;dates&gt;&lt;year&gt;2005&lt;/year&gt;&lt;pub-dates&gt;&lt;date&gt;Feb&lt;/date&gt;&lt;/pub-dates&gt;&lt;/dates&gt;&lt;pub-location&gt;Department of Psychiatry and Psychotherapy, University Hospital Hamburg-Eppendorf, Germany. naber@uke.uni-hamburg.de&lt;/pub-location&gt;&lt;isbn&gt;0001-690X (Print) 0001-690X (Linking)&lt;/isbn&gt;&lt;urls&gt;&lt;related-urls&gt;&lt;url&gt;https://www.ncbi.nlm.nih.gov/pubmed/15667429&lt;/url&gt;&lt;/related-urls&gt;&lt;/urls&gt;&lt;electronic-resource-num&gt;10.1111/j.1600-0447.2004.00486.x&lt;/electronic-resource-num&gt;&lt;/record&gt;&lt;/Cite&gt;&lt;/EndNote&gt;</w:instrText>
            </w:r>
            <w:r w:rsidR="0031308D" w:rsidRPr="00EB75F0">
              <w:fldChar w:fldCharType="separate"/>
            </w:r>
            <w:r w:rsidR="00452EF4" w:rsidRPr="00452EF4">
              <w:rPr>
                <w:noProof/>
                <w:vertAlign w:val="superscript"/>
              </w:rPr>
              <w:t>49</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1C325A77" w14:textId="77777777" w:rsidR="009446D0" w:rsidRPr="00732701" w:rsidRDefault="0084596B">
            <w:pPr>
              <w:spacing w:before="60" w:after="60" w:line="240" w:lineRule="auto"/>
              <w:rPr>
                <w:sz w:val="14"/>
                <w:lang w:val="it-IT"/>
              </w:rPr>
            </w:pPr>
            <w:r w:rsidRPr="00732701">
              <w:rPr>
                <w:sz w:val="14"/>
                <w:lang w:val="it-IT"/>
              </w:rPr>
              <w:t xml:space="preserve">DSM-IV </w:t>
            </w:r>
            <w:proofErr w:type="spellStart"/>
            <w:r w:rsidRPr="00732701">
              <w:rPr>
                <w:sz w:val="14"/>
                <w:lang w:val="it-IT"/>
              </w:rPr>
              <w:t>criteria</w:t>
            </w:r>
            <w:proofErr w:type="spellEnd"/>
            <w:r w:rsidRPr="00732701">
              <w:rPr>
                <w:sz w:val="14"/>
                <w:lang w:val="it-IT"/>
              </w:rPr>
              <w:t xml:space="preserve"> for </w:t>
            </w:r>
            <w:proofErr w:type="spellStart"/>
            <w:r w:rsidRPr="00732701">
              <w:rPr>
                <w:sz w:val="14"/>
                <w:lang w:val="it-IT"/>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52C552D5" w14:textId="77777777" w:rsidR="009446D0" w:rsidRPr="00EB75F0" w:rsidRDefault="0084596B">
            <w:pPr>
              <w:spacing w:before="60" w:after="60" w:line="240" w:lineRule="auto"/>
              <w:rPr>
                <w:sz w:val="14"/>
              </w:rPr>
            </w:pPr>
            <w:r w:rsidRPr="00EB75F0">
              <w:rPr>
                <w:sz w:val="14"/>
              </w:rPr>
              <w:t>18-59</w:t>
            </w:r>
          </w:p>
        </w:tc>
        <w:tc>
          <w:tcPr>
            <w:tcW w:w="557" w:type="pct"/>
            <w:tcBorders>
              <w:top w:val="single" w:sz="4" w:space="0" w:color="000000"/>
              <w:left w:val="single" w:sz="4" w:space="0" w:color="000000"/>
              <w:bottom w:val="single" w:sz="4" w:space="0" w:color="000000"/>
              <w:right w:val="single" w:sz="4" w:space="0" w:color="000000"/>
            </w:tcBorders>
          </w:tcPr>
          <w:p w14:paraId="770799C8"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79A376C7" w14:textId="77777777" w:rsidR="009446D0" w:rsidRPr="00EB75F0" w:rsidRDefault="0084596B">
            <w:pPr>
              <w:spacing w:before="60" w:after="60" w:line="240" w:lineRule="auto"/>
              <w:rPr>
                <w:sz w:val="14"/>
              </w:rPr>
            </w:pPr>
            <w:r w:rsidRPr="00EB75F0">
              <w:rPr>
                <w:sz w:val="14"/>
              </w:rPr>
              <w:t>Not reported</w:t>
            </w:r>
          </w:p>
        </w:tc>
        <w:tc>
          <w:tcPr>
            <w:tcW w:w="694" w:type="pct"/>
            <w:tcBorders>
              <w:top w:val="single" w:sz="4" w:space="0" w:color="000000"/>
              <w:left w:val="single" w:sz="4" w:space="0" w:color="000000"/>
              <w:bottom w:val="single" w:sz="4" w:space="0" w:color="000000"/>
              <w:right w:val="single" w:sz="4" w:space="0" w:color="000000"/>
            </w:tcBorders>
          </w:tcPr>
          <w:p w14:paraId="0F10AA81" w14:textId="77777777" w:rsidR="009446D0" w:rsidRPr="00EB75F0" w:rsidRDefault="0084596B">
            <w:pPr>
              <w:spacing w:before="60" w:after="60" w:line="240" w:lineRule="auto"/>
              <w:rPr>
                <w:sz w:val="14"/>
              </w:rPr>
            </w:pPr>
            <w:r w:rsidRPr="00EB75F0">
              <w:rPr>
                <w:sz w:val="14"/>
              </w:rPr>
              <w:t>Included participants had a documented history that they had either failed to respond to at least one antipsychotic other than clozapine and olanzapine or had experienced intolerable side effects during these prior antipsychotic treatments. Patients were excluded if they had received prior olanzapine treatment at any time or prior clozapine treatment within the last 3 months</w:t>
            </w:r>
          </w:p>
        </w:tc>
        <w:tc>
          <w:tcPr>
            <w:tcW w:w="531" w:type="pct"/>
            <w:tcBorders>
              <w:top w:val="single" w:sz="4" w:space="0" w:color="000000"/>
              <w:left w:val="single" w:sz="4" w:space="0" w:color="000000"/>
              <w:bottom w:val="single" w:sz="4" w:space="0" w:color="000000"/>
              <w:right w:val="single" w:sz="4" w:space="0" w:color="000000"/>
            </w:tcBorders>
          </w:tcPr>
          <w:p w14:paraId="0D69D43C"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2FFFAC35" w14:textId="77777777" w:rsidR="009446D0" w:rsidRPr="00EB75F0" w:rsidRDefault="0084596B">
            <w:pPr>
              <w:spacing w:before="60" w:after="60" w:line="240" w:lineRule="auto"/>
              <w:rPr>
                <w:sz w:val="14"/>
              </w:rPr>
            </w:pPr>
            <w:r w:rsidRPr="00EB75F0">
              <w:rPr>
                <w:sz w:val="14"/>
              </w:rPr>
              <w:t>Patients with a minimum Brief Psychiatric Rating Scale (BPRS) score of 24, were included</w:t>
            </w:r>
          </w:p>
        </w:tc>
        <w:tc>
          <w:tcPr>
            <w:tcW w:w="658" w:type="pct"/>
            <w:tcBorders>
              <w:top w:val="single" w:sz="4" w:space="0" w:color="000000"/>
              <w:left w:val="single" w:sz="4" w:space="0" w:color="000000"/>
              <w:bottom w:val="single" w:sz="4" w:space="0" w:color="000000"/>
              <w:right w:val="single" w:sz="4" w:space="0" w:color="000000"/>
            </w:tcBorders>
          </w:tcPr>
          <w:p w14:paraId="7E7E3FBF" w14:textId="77777777" w:rsidR="009446D0" w:rsidRPr="00EB75F0" w:rsidRDefault="0084596B">
            <w:pPr>
              <w:spacing w:before="60" w:after="60" w:line="240" w:lineRule="auto"/>
              <w:rPr>
                <w:sz w:val="14"/>
              </w:rPr>
            </w:pPr>
            <w:r w:rsidRPr="00EB75F0">
              <w:rPr>
                <w:sz w:val="14"/>
              </w:rPr>
              <w:t>Patients with serious somatic illnesses, including alcohol and/or drug dependency, were not allowed to participate</w:t>
            </w:r>
          </w:p>
        </w:tc>
      </w:tr>
      <w:tr w:rsidR="009446D0" w:rsidRPr="00EB75F0" w14:paraId="2F8380E2" w14:textId="77777777">
        <w:tc>
          <w:tcPr>
            <w:tcW w:w="485" w:type="pct"/>
            <w:tcBorders>
              <w:top w:val="single" w:sz="4" w:space="0" w:color="000000"/>
              <w:left w:val="single" w:sz="4" w:space="0" w:color="000000"/>
              <w:bottom w:val="single" w:sz="4" w:space="0" w:color="000000"/>
              <w:right w:val="single" w:sz="4" w:space="0" w:color="000000"/>
            </w:tcBorders>
          </w:tcPr>
          <w:p w14:paraId="2D6A8D6F" w14:textId="16FBC8C0" w:rsidR="009446D0" w:rsidRPr="00EB75F0" w:rsidRDefault="0084596B">
            <w:pPr>
              <w:spacing w:before="60" w:after="60" w:line="240" w:lineRule="auto"/>
              <w:rPr>
                <w:sz w:val="14"/>
              </w:rPr>
            </w:pPr>
            <w:r w:rsidRPr="00EB75F0">
              <w:rPr>
                <w:sz w:val="14"/>
              </w:rPr>
              <w:t>Heinrich 1994</w:t>
            </w:r>
            <w:r w:rsidR="0031308D" w:rsidRPr="00EB75F0">
              <w:fldChar w:fldCharType="begin"/>
            </w:r>
            <w:r w:rsidR="00452EF4">
              <w:instrText xml:space="preserve"> ADDIN EN.CITE &lt;EndNote&gt;&lt;Cite&gt;&lt;Author&gt;Heinrich&lt;/Author&gt;&lt;Year&gt;1994&lt;/Year&gt;&lt;RecNum&gt;47&lt;/RecNum&gt;&lt;DisplayText&gt;&lt;style face="superscript"&gt;50&lt;/style&gt;&lt;/DisplayText&gt;&lt;record&gt;&lt;rec-number&gt;47&lt;/rec-number&gt;&lt;foreign-keys&gt;&lt;key app="EN" db-id="9ttaxzax2p0tr7ewzt55atews50zvxaaa5rz" timestamp="1764068833"&gt;47&lt;/key&gt;&lt;/foreign-keys&gt;&lt;ref-type name="Journal Article"&gt;17&lt;/ref-type&gt;&lt;contributors&gt;&lt;authors&gt;&lt;author&gt;Heinrich, Kurt&lt;/author&gt;&lt;author&gt;Klieser, Eckhard&lt;/author&gt;&lt;author&gt;Lehmann, Erlo&lt;/author&gt;&lt;author&gt;Ḱinzler, Eckhart&lt;/author&gt;&lt;author&gt;Hruschka, HelgÁ&lt;/author&gt;&lt;/authors&gt;&lt;/contributors&gt;&lt;titles&gt;&lt;title&gt;Risperidone versus clozapine in the treatment of schizophrenic patients with acute symptoms: a double blind, randomized trial&lt;/title&gt;&lt;secondary-title&gt;Progress in Neuro-Psychopharmacology and Biological Psychiatry&lt;/secondary-title&gt;&lt;/titles&gt;&lt;periodical&gt;&lt;full-title&gt;Progress in Neuro-Psychopharmacology and Biological Psychiatry&lt;/full-title&gt;&lt;/periodical&gt;&lt;pages&gt;129-137&lt;/pages&gt;&lt;volume&gt;18&lt;/volume&gt;&lt;number&gt;1&lt;/number&gt;&lt;dates&gt;&lt;year&gt;1994&lt;/year&gt;&lt;/dates&gt;&lt;isbn&gt;0278-5846&lt;/isbn&gt;&lt;urls&gt;&lt;/urls&gt;&lt;/record&gt;&lt;/Cite&gt;&lt;/EndNote&gt;</w:instrText>
            </w:r>
            <w:r w:rsidR="0031308D" w:rsidRPr="00EB75F0">
              <w:fldChar w:fldCharType="separate"/>
            </w:r>
            <w:r w:rsidR="00452EF4" w:rsidRPr="00452EF4">
              <w:rPr>
                <w:noProof/>
                <w:vertAlign w:val="superscript"/>
              </w:rPr>
              <w:t>50</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6BC0AB32" w14:textId="77777777" w:rsidR="009446D0" w:rsidRPr="00EB75F0" w:rsidRDefault="0084596B">
            <w:pPr>
              <w:spacing w:before="60" w:after="60" w:line="240" w:lineRule="auto"/>
              <w:rPr>
                <w:sz w:val="14"/>
              </w:rPr>
            </w:pPr>
            <w:r w:rsidRPr="00EB75F0">
              <w:rPr>
                <w:sz w:val="14"/>
              </w:rPr>
              <w:t>Not reported</w:t>
            </w:r>
          </w:p>
        </w:tc>
        <w:tc>
          <w:tcPr>
            <w:tcW w:w="293" w:type="pct"/>
            <w:tcBorders>
              <w:top w:val="single" w:sz="4" w:space="0" w:color="000000"/>
              <w:left w:val="single" w:sz="4" w:space="0" w:color="000000"/>
              <w:bottom w:val="single" w:sz="4" w:space="0" w:color="000000"/>
              <w:right w:val="single" w:sz="4" w:space="0" w:color="000000"/>
            </w:tcBorders>
          </w:tcPr>
          <w:p w14:paraId="59748F21" w14:textId="77777777" w:rsidR="009446D0" w:rsidRPr="00EB75F0" w:rsidRDefault="0084596B">
            <w:pPr>
              <w:spacing w:before="60" w:after="60" w:line="240" w:lineRule="auto"/>
              <w:rPr>
                <w:sz w:val="14"/>
              </w:rPr>
            </w:pPr>
            <w:r w:rsidRPr="00EB75F0">
              <w:rPr>
                <w:sz w:val="14"/>
              </w:rPr>
              <w:t>18+</w:t>
            </w:r>
          </w:p>
        </w:tc>
        <w:tc>
          <w:tcPr>
            <w:tcW w:w="557" w:type="pct"/>
            <w:tcBorders>
              <w:top w:val="single" w:sz="4" w:space="0" w:color="000000"/>
              <w:left w:val="single" w:sz="4" w:space="0" w:color="000000"/>
              <w:bottom w:val="single" w:sz="4" w:space="0" w:color="000000"/>
              <w:right w:val="single" w:sz="4" w:space="0" w:color="000000"/>
            </w:tcBorders>
          </w:tcPr>
          <w:p w14:paraId="67A3C977"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1174CA54" w14:textId="77777777" w:rsidR="009446D0" w:rsidRPr="00EB75F0" w:rsidRDefault="0084596B">
            <w:pPr>
              <w:spacing w:before="60" w:after="60" w:line="240" w:lineRule="auto"/>
              <w:rPr>
                <w:sz w:val="14"/>
              </w:rPr>
            </w:pPr>
            <w:r w:rsidRPr="00EB75F0">
              <w:rPr>
                <w:sz w:val="14"/>
              </w:rPr>
              <w:t>Not reported</w:t>
            </w:r>
          </w:p>
        </w:tc>
        <w:tc>
          <w:tcPr>
            <w:tcW w:w="694" w:type="pct"/>
            <w:tcBorders>
              <w:top w:val="single" w:sz="4" w:space="0" w:color="000000"/>
              <w:left w:val="single" w:sz="4" w:space="0" w:color="000000"/>
              <w:bottom w:val="single" w:sz="4" w:space="0" w:color="000000"/>
              <w:right w:val="single" w:sz="4" w:space="0" w:color="000000"/>
            </w:tcBorders>
          </w:tcPr>
          <w:p w14:paraId="4882A1CD" w14:textId="77777777" w:rsidR="009446D0" w:rsidRPr="00EB75F0" w:rsidRDefault="0084596B">
            <w:pPr>
              <w:spacing w:before="60" w:after="60" w:line="240" w:lineRule="auto"/>
              <w:rPr>
                <w:sz w:val="14"/>
              </w:rPr>
            </w:pPr>
            <w:r w:rsidRPr="00EB75F0">
              <w:rPr>
                <w:sz w:val="14"/>
              </w:rPr>
              <w:t>Acute schizophrenic patients were included</w:t>
            </w:r>
          </w:p>
        </w:tc>
        <w:tc>
          <w:tcPr>
            <w:tcW w:w="531" w:type="pct"/>
            <w:tcBorders>
              <w:top w:val="single" w:sz="4" w:space="0" w:color="000000"/>
              <w:left w:val="single" w:sz="4" w:space="0" w:color="000000"/>
              <w:bottom w:val="single" w:sz="4" w:space="0" w:color="000000"/>
              <w:right w:val="single" w:sz="4" w:space="0" w:color="000000"/>
            </w:tcBorders>
          </w:tcPr>
          <w:p w14:paraId="56861288"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7081DC2C"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40E86BFC" w14:textId="77777777" w:rsidR="009446D0" w:rsidRPr="00EB75F0" w:rsidRDefault="0084596B">
            <w:pPr>
              <w:spacing w:before="60" w:after="60" w:line="240" w:lineRule="auto"/>
              <w:rPr>
                <w:sz w:val="14"/>
              </w:rPr>
            </w:pPr>
            <w:r w:rsidRPr="00EB75F0">
              <w:rPr>
                <w:sz w:val="14"/>
              </w:rPr>
              <w:t>Not reported</w:t>
            </w:r>
          </w:p>
        </w:tc>
      </w:tr>
      <w:tr w:rsidR="009446D0" w:rsidRPr="00EB75F0" w14:paraId="429233EE" w14:textId="77777777">
        <w:tc>
          <w:tcPr>
            <w:tcW w:w="485" w:type="pct"/>
            <w:tcBorders>
              <w:top w:val="single" w:sz="4" w:space="0" w:color="000000"/>
              <w:left w:val="single" w:sz="4" w:space="0" w:color="000000"/>
              <w:bottom w:val="single" w:sz="4" w:space="0" w:color="000000"/>
              <w:right w:val="single" w:sz="4" w:space="0" w:color="000000"/>
            </w:tcBorders>
          </w:tcPr>
          <w:p w14:paraId="62F42BE0" w14:textId="3F2F0C7E" w:rsidR="009446D0" w:rsidRPr="00EB75F0" w:rsidRDefault="0084596B">
            <w:pPr>
              <w:spacing w:before="60" w:after="60" w:line="240" w:lineRule="auto"/>
              <w:rPr>
                <w:sz w:val="14"/>
              </w:rPr>
            </w:pPr>
            <w:r w:rsidRPr="00EB75F0">
              <w:rPr>
                <w:sz w:val="14"/>
              </w:rPr>
              <w:t>Lieberman 2016</w:t>
            </w:r>
            <w:r w:rsidR="0031308D" w:rsidRPr="00EB75F0">
              <w:fldChar w:fldCharType="begin"/>
            </w:r>
            <w:r w:rsidR="00452EF4">
              <w:instrText xml:space="preserve"> ADDIN EN.CITE &lt;EndNote&gt;&lt;Cite&gt;&lt;Author&gt;Lieberman&lt;/Author&gt;&lt;Year&gt;2016&lt;/Year&gt;&lt;RecNum&gt;48&lt;/RecNum&gt;&lt;DisplayText&gt;&lt;style face="superscript"&gt;51&lt;/style&gt;&lt;/DisplayText&gt;&lt;record&gt;&lt;rec-number&gt;48&lt;/rec-number&gt;&lt;foreign-keys&gt;&lt;key app="EN" db-id="9ttaxzax2p0tr7ewzt55atews50zvxaaa5rz" timestamp="1764068834"&gt;48&lt;/key&gt;&lt;/foreign-keys&gt;&lt;ref-type name="Journal Article"&gt;17&lt;/ref-type&gt;&lt;contributors&gt;&lt;authors&gt;&lt;author&gt;Lieberman, Jeffrey A&lt;/author&gt;&lt;author&gt;Davis, Robert E&lt;/author&gt;&lt;author&gt;Correll, Christoph U&lt;/author&gt;&lt;author&gt;Goff, Donald C&lt;/author&gt;&lt;author&gt;Kane, John M&lt;/author&gt;&lt;author&gt;Tamminga, Carol A&lt;/author&gt;&lt;author&gt;Mates, Sharon&lt;/author&gt;&lt;author&gt;Vanover, Kimberly E&lt;/author&gt;&lt;/authors&gt;&lt;/contributors&gt;&lt;titles&gt;&lt;title&gt;ITI-007 for the treatment of schizophrenia: a 4-week randomized, double-blind, controlled trial&lt;/title&gt;&lt;secondary-title&gt;Biological psychiatry&lt;/secondary-title&gt;&lt;/titles&gt;&lt;periodical&gt;&lt;full-title&gt;Biological psychiatry&lt;/full-title&gt;&lt;/periodical&gt;&lt;pages&gt;952-961&lt;/pages&gt;&lt;volume&gt;79&lt;/volume&gt;&lt;number&gt;12&lt;/number&gt;&lt;dates&gt;&lt;year&gt;2016&lt;/year&gt;&lt;/dates&gt;&lt;isbn&gt;0006-3223&lt;/isbn&gt;&lt;urls&gt;&lt;/urls&gt;&lt;/record&gt;&lt;/Cite&gt;&lt;/EndNote&gt;</w:instrText>
            </w:r>
            <w:r w:rsidR="0031308D" w:rsidRPr="00EB75F0">
              <w:fldChar w:fldCharType="separate"/>
            </w:r>
            <w:r w:rsidR="00452EF4" w:rsidRPr="00452EF4">
              <w:rPr>
                <w:noProof/>
                <w:vertAlign w:val="superscript"/>
              </w:rPr>
              <w:t>51</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4C441F0B" w14:textId="77777777" w:rsidR="009446D0" w:rsidRPr="00EB75F0" w:rsidRDefault="0084596B">
            <w:pPr>
              <w:spacing w:before="60" w:after="60" w:line="240" w:lineRule="auto"/>
              <w:rPr>
                <w:sz w:val="14"/>
              </w:rPr>
            </w:pPr>
            <w:r w:rsidRPr="00EB75F0">
              <w:rPr>
                <w:sz w:val="14"/>
              </w:rPr>
              <w:t>DSM-IV axis I disorders (DSM Disorders–Clinical Trials Version)</w:t>
            </w:r>
          </w:p>
        </w:tc>
        <w:tc>
          <w:tcPr>
            <w:tcW w:w="293" w:type="pct"/>
            <w:tcBorders>
              <w:top w:val="single" w:sz="4" w:space="0" w:color="000000"/>
              <w:left w:val="single" w:sz="4" w:space="0" w:color="000000"/>
              <w:bottom w:val="single" w:sz="4" w:space="0" w:color="000000"/>
              <w:right w:val="single" w:sz="4" w:space="0" w:color="000000"/>
            </w:tcBorders>
          </w:tcPr>
          <w:p w14:paraId="6C67CDB3" w14:textId="77777777" w:rsidR="009446D0" w:rsidRPr="00EB75F0" w:rsidRDefault="0084596B">
            <w:pPr>
              <w:spacing w:before="60" w:after="60" w:line="240" w:lineRule="auto"/>
              <w:rPr>
                <w:sz w:val="14"/>
              </w:rPr>
            </w:pPr>
            <w:r w:rsidRPr="00EB75F0">
              <w:rPr>
                <w:sz w:val="14"/>
              </w:rPr>
              <w:t>18-55</w:t>
            </w:r>
          </w:p>
        </w:tc>
        <w:tc>
          <w:tcPr>
            <w:tcW w:w="557" w:type="pct"/>
            <w:tcBorders>
              <w:top w:val="single" w:sz="4" w:space="0" w:color="000000"/>
              <w:left w:val="single" w:sz="4" w:space="0" w:color="000000"/>
              <w:bottom w:val="single" w:sz="4" w:space="0" w:color="000000"/>
              <w:right w:val="single" w:sz="4" w:space="0" w:color="000000"/>
            </w:tcBorders>
          </w:tcPr>
          <w:p w14:paraId="654B2AA9" w14:textId="77777777" w:rsidR="009446D0" w:rsidRPr="00EB75F0" w:rsidRDefault="0084596B">
            <w:pPr>
              <w:spacing w:before="60" w:after="60" w:line="240" w:lineRule="auto"/>
              <w:rPr>
                <w:sz w:val="14"/>
              </w:rPr>
            </w:pPr>
            <w:r w:rsidRPr="00EB75F0">
              <w:rPr>
                <w:sz w:val="14"/>
              </w:rPr>
              <w:t>The current acute episode was required to have started within 4 weeks of screening with an independent informant verifying that symptom severity represented an acute exacerbation for a given individual.</w:t>
            </w:r>
          </w:p>
        </w:tc>
        <w:tc>
          <w:tcPr>
            <w:tcW w:w="448" w:type="pct"/>
            <w:tcBorders>
              <w:top w:val="single" w:sz="4" w:space="0" w:color="000000"/>
              <w:left w:val="single" w:sz="4" w:space="0" w:color="000000"/>
              <w:bottom w:val="single" w:sz="4" w:space="0" w:color="000000"/>
              <w:right w:val="single" w:sz="4" w:space="0" w:color="000000"/>
            </w:tcBorders>
          </w:tcPr>
          <w:p w14:paraId="0FB07F1F" w14:textId="77777777" w:rsidR="009446D0" w:rsidRPr="00EB75F0" w:rsidRDefault="0084596B">
            <w:pPr>
              <w:spacing w:before="60" w:after="60" w:line="240" w:lineRule="auto"/>
              <w:rPr>
                <w:sz w:val="14"/>
              </w:rPr>
            </w:pPr>
            <w:r w:rsidRPr="00EB75F0">
              <w:rPr>
                <w:sz w:val="14"/>
              </w:rPr>
              <w:t>Patients were eligible for participation if experiencing an acute exacerbation of psychosis</w:t>
            </w:r>
          </w:p>
        </w:tc>
        <w:tc>
          <w:tcPr>
            <w:tcW w:w="694" w:type="pct"/>
            <w:tcBorders>
              <w:top w:val="single" w:sz="4" w:space="0" w:color="000000"/>
              <w:left w:val="single" w:sz="4" w:space="0" w:color="000000"/>
              <w:bottom w:val="single" w:sz="4" w:space="0" w:color="000000"/>
              <w:right w:val="single" w:sz="4" w:space="0" w:color="000000"/>
            </w:tcBorders>
          </w:tcPr>
          <w:p w14:paraId="0109870E" w14:textId="77777777" w:rsidR="009446D0" w:rsidRPr="00EB75F0" w:rsidRDefault="0084596B">
            <w:pPr>
              <w:spacing w:before="60" w:after="60" w:line="240" w:lineRule="auto"/>
              <w:rPr>
                <w:sz w:val="14"/>
              </w:rPr>
            </w:pPr>
            <w:r w:rsidRPr="00EB75F0">
              <w:rPr>
                <w:sz w:val="14"/>
              </w:rPr>
              <w:t>Individuals were required to have shown previous treatment response to APD therapy and thus be neither treatment-naïve nor treatment-resistant</w:t>
            </w:r>
            <w:r w:rsidRPr="00EB75F0">
              <w:br/>
            </w:r>
            <w:r w:rsidRPr="00EB75F0">
              <w:br/>
            </w:r>
            <w:r w:rsidRPr="00EB75F0">
              <w:rPr>
                <w:sz w:val="14"/>
              </w:rPr>
              <w:t>Patients were excluded if ever used depot antipsychotic within one treatment cycle before base line; use of any APD within screening period; use of specific agents with known interaction with 5-HT2A receptors; clinically significant abnormal laboratory values or clinical findings</w:t>
            </w:r>
          </w:p>
        </w:tc>
        <w:tc>
          <w:tcPr>
            <w:tcW w:w="531" w:type="pct"/>
            <w:tcBorders>
              <w:top w:val="single" w:sz="4" w:space="0" w:color="000000"/>
              <w:left w:val="single" w:sz="4" w:space="0" w:color="000000"/>
              <w:bottom w:val="single" w:sz="4" w:space="0" w:color="000000"/>
              <w:right w:val="single" w:sz="4" w:space="0" w:color="000000"/>
            </w:tcBorders>
          </w:tcPr>
          <w:p w14:paraId="658EDFCD"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352CB2C3" w14:textId="77777777" w:rsidR="009446D0" w:rsidRPr="00EB75F0" w:rsidRDefault="0084596B">
            <w:pPr>
              <w:spacing w:before="60" w:after="60" w:line="240" w:lineRule="auto"/>
              <w:rPr>
                <w:sz w:val="14"/>
              </w:rPr>
            </w:pPr>
            <w:r w:rsidRPr="00EB75F0">
              <w:rPr>
                <w:sz w:val="14"/>
              </w:rPr>
              <w:t>Participants were included if score of =40 on the 18-item Brief Psychiatric Rating Scale (item range 1–7) with a score of 4 or more on 2 or more of the positive symptom items: suspiciousness, conceptual disorganization, hallucinatory behavior, or unusual thought content</w:t>
            </w:r>
          </w:p>
        </w:tc>
        <w:tc>
          <w:tcPr>
            <w:tcW w:w="658" w:type="pct"/>
            <w:tcBorders>
              <w:top w:val="single" w:sz="4" w:space="0" w:color="000000"/>
              <w:left w:val="single" w:sz="4" w:space="0" w:color="000000"/>
              <w:bottom w:val="single" w:sz="4" w:space="0" w:color="000000"/>
              <w:right w:val="single" w:sz="4" w:space="0" w:color="000000"/>
            </w:tcBorders>
          </w:tcPr>
          <w:p w14:paraId="0ED2A860" w14:textId="77777777" w:rsidR="009446D0" w:rsidRPr="00EB75F0" w:rsidRDefault="0084596B">
            <w:pPr>
              <w:spacing w:before="60" w:after="60" w:line="240" w:lineRule="auto"/>
              <w:rPr>
                <w:sz w:val="14"/>
              </w:rPr>
            </w:pPr>
            <w:r w:rsidRPr="00EB75F0">
              <w:rPr>
                <w:sz w:val="14"/>
              </w:rPr>
              <w:t>Participants with Uncontrolled angina/recent history of myocardial infarction/clinically significant cardiac arrhythmia; hematological/ renal/hepatic/endocrinological/neurological/cardiovascular disease; history of neuroleptic malignant syndrome; human immunodeficiency virus; hepatitis B or C with evidence of active liver disease; substance abuse/dependence; positive drug/alcohol screen; likely drug allergy/sensitivity, Dementia/delirium/mental retardation/ epilepsy/drug-induced psychosis/brain trauma; schizoaffective disorder/bipolar disorder/acute mania/major depression with psychotic features; imminent danger to self or others; suicidal ideation/behavior; unstable living environment were excluded</w:t>
            </w:r>
          </w:p>
        </w:tc>
      </w:tr>
      <w:tr w:rsidR="009446D0" w:rsidRPr="00EB75F0" w14:paraId="18BC9A78" w14:textId="77777777">
        <w:tc>
          <w:tcPr>
            <w:tcW w:w="485" w:type="pct"/>
            <w:tcBorders>
              <w:top w:val="single" w:sz="4" w:space="0" w:color="000000"/>
              <w:left w:val="single" w:sz="4" w:space="0" w:color="000000"/>
              <w:bottom w:val="single" w:sz="4" w:space="0" w:color="000000"/>
              <w:right w:val="single" w:sz="4" w:space="0" w:color="000000"/>
            </w:tcBorders>
          </w:tcPr>
          <w:p w14:paraId="7DDF0F1E" w14:textId="42B4B97D" w:rsidR="009446D0" w:rsidRPr="00EB75F0" w:rsidRDefault="0084596B">
            <w:pPr>
              <w:spacing w:before="60" w:after="60" w:line="240" w:lineRule="auto"/>
              <w:rPr>
                <w:sz w:val="14"/>
              </w:rPr>
            </w:pPr>
            <w:r w:rsidRPr="00EB75F0">
              <w:rPr>
                <w:sz w:val="14"/>
              </w:rPr>
              <w:t>Correll 2020</w:t>
            </w:r>
            <w:r w:rsidR="0031308D" w:rsidRPr="00EB75F0">
              <w:fldChar w:fldCharType="begin"/>
            </w:r>
            <w:r w:rsidR="00452EF4">
              <w:instrText xml:space="preserve"> ADDIN EN.CITE &lt;EndNote&gt;&lt;Cite&gt;&lt;Author&gt;Correll&lt;/Author&gt;&lt;Year&gt;2020&lt;/Year&gt;&lt;RecNum&gt;49&lt;/RecNum&gt;&lt;DisplayText&gt;&lt;style face="superscript"&gt;52&lt;/style&gt;&lt;/DisplayText&gt;&lt;record&gt;&lt;rec-number&gt;49&lt;/rec-number&gt;&lt;foreign-keys&gt;&lt;key app="EN" db-id="9ttaxzax2p0tr7ewzt55atews50zvxaaa5rz" timestamp="1764068834"&gt;49&lt;/key&gt;&lt;/foreign-keys&gt;&lt;ref-type name="Journal Article"&gt;17&lt;/ref-type&gt;&lt;contributors&gt;&lt;authors&gt;&lt;author&gt;Correll, C. U.&lt;/author&gt;&lt;author&gt;Davis, R. E.&lt;/author&gt;&lt;author&gt;Weingart, M.&lt;/author&gt;&lt;author&gt;Saillard, J.&lt;/author&gt;&lt;author&gt;O&amp;apos;Gorman, C.&lt;/author&gt;&lt;author&gt;Kane, J. M.&lt;/author&gt;&lt;author&gt;Lieberman, J. A.&lt;/author&gt;&lt;author&gt;Tamminga, C. A.&lt;/author&gt;&lt;author&gt;Mates, S.&lt;/author&gt;&lt;author&gt;Vanover, K. E.&lt;/author&gt;&lt;/authors&gt;&lt;/contributors&gt;&lt;titles&gt;&lt;title&gt;Efficacy and Safety of Lumateperone for Treatment of Schizophrenia: a Randomized Clinical Trial&lt;/title&gt;&lt;secondary-title&gt;JAMA psychiatry&lt;/secondary-title&gt;&lt;/titles&gt;&lt;periodical&gt;&lt;full-title&gt;JAMA psychiatry&lt;/full-title&gt;&lt;/periodical&gt;&lt;pages&gt;349</w:instrText>
            </w:r>
            <w:r w:rsidR="00452EF4">
              <w:rPr>
                <w:rFonts w:ascii="Cambria Math" w:hAnsi="Cambria Math" w:cs="Cambria Math"/>
              </w:rPr>
              <w:instrText>‐</w:instrText>
            </w:r>
            <w:r w:rsidR="00452EF4">
              <w:instrText>358&lt;/pages&gt;&lt;volume&gt;77&lt;/volume&gt;&lt;number&gt;4&lt;/number&gt;&lt;dates&gt;&lt;year&gt;2020&lt;/year&gt;&lt;/dates&gt;&lt;work-type&gt;Journal article&lt;/work-type&gt;&lt;urls&gt;&lt;related-urls&gt;&lt;url&gt;https://www.cochranelibrary.com/central/doi/10.1002/central/CN-02073217/full&lt;/url&gt;&lt;/related-urls&gt;&lt;/urls&gt;&lt;electronic-resource-num&gt;10.1001/jamapsychiatry.2019.4379&lt;/electronic-resource-num&gt;&lt;/record&gt;&lt;/Cite&gt;&lt;/EndNote&gt;</w:instrText>
            </w:r>
            <w:r w:rsidR="0031308D" w:rsidRPr="00EB75F0">
              <w:fldChar w:fldCharType="separate"/>
            </w:r>
            <w:r w:rsidR="00452EF4" w:rsidRPr="00452EF4">
              <w:rPr>
                <w:noProof/>
                <w:vertAlign w:val="superscript"/>
              </w:rPr>
              <w:t>52</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7153F40C" w14:textId="77777777" w:rsidR="009446D0" w:rsidRPr="00732701" w:rsidRDefault="0084596B">
            <w:pPr>
              <w:spacing w:before="60" w:after="60" w:line="240" w:lineRule="auto"/>
              <w:rPr>
                <w:sz w:val="14"/>
                <w:lang w:val="nl-NL"/>
              </w:rPr>
            </w:pPr>
            <w:r w:rsidRPr="00732701">
              <w:rPr>
                <w:sz w:val="14"/>
                <w:lang w:val="nl-NL"/>
              </w:rPr>
              <w:t xml:space="preserve">DSM-V/DSM-IV-TR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3CC65DD5" w14:textId="77777777" w:rsidR="009446D0" w:rsidRPr="00EB75F0" w:rsidRDefault="0084596B">
            <w:pPr>
              <w:spacing w:before="60" w:after="60" w:line="240" w:lineRule="auto"/>
              <w:rPr>
                <w:sz w:val="14"/>
              </w:rPr>
            </w:pPr>
            <w:r w:rsidRPr="00EB75F0">
              <w:rPr>
                <w:sz w:val="14"/>
              </w:rPr>
              <w:t>18-60</w:t>
            </w:r>
          </w:p>
        </w:tc>
        <w:tc>
          <w:tcPr>
            <w:tcW w:w="557" w:type="pct"/>
            <w:tcBorders>
              <w:top w:val="single" w:sz="4" w:space="0" w:color="000000"/>
              <w:left w:val="single" w:sz="4" w:space="0" w:color="000000"/>
              <w:bottom w:val="single" w:sz="4" w:space="0" w:color="000000"/>
              <w:right w:val="single" w:sz="4" w:space="0" w:color="000000"/>
            </w:tcBorders>
          </w:tcPr>
          <w:p w14:paraId="210A7665"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296CB525" w14:textId="77777777" w:rsidR="009446D0" w:rsidRPr="00EB75F0" w:rsidRDefault="0084596B">
            <w:pPr>
              <w:spacing w:before="60" w:after="60" w:line="240" w:lineRule="auto"/>
              <w:rPr>
                <w:sz w:val="14"/>
              </w:rPr>
            </w:pPr>
            <w:r w:rsidRPr="00EB75F0">
              <w:rPr>
                <w:sz w:val="14"/>
              </w:rPr>
              <w:t xml:space="preserve">Patients were included if they were experiencing an acute exacerbation of </w:t>
            </w:r>
            <w:r w:rsidRPr="00EB75F0">
              <w:rPr>
                <w:sz w:val="14"/>
              </w:rPr>
              <w:lastRenderedPageBreak/>
              <w:t>psychosis</w:t>
            </w:r>
            <w:r w:rsidRPr="00EB75F0">
              <w:rPr>
                <w:sz w:val="14"/>
              </w:rPr>
              <w:br/>
            </w:r>
            <w:r w:rsidRPr="00EB75F0">
              <w:rPr>
                <w:sz w:val="14"/>
              </w:rPr>
              <w:br/>
              <w:t>Onset of the acute episode within 4 weeks of screening</w:t>
            </w:r>
          </w:p>
        </w:tc>
        <w:tc>
          <w:tcPr>
            <w:tcW w:w="694" w:type="pct"/>
            <w:tcBorders>
              <w:top w:val="single" w:sz="4" w:space="0" w:color="000000"/>
              <w:left w:val="single" w:sz="4" w:space="0" w:color="000000"/>
              <w:bottom w:val="single" w:sz="4" w:space="0" w:color="000000"/>
              <w:right w:val="single" w:sz="4" w:space="0" w:color="000000"/>
            </w:tcBorders>
          </w:tcPr>
          <w:p w14:paraId="4A6E059D" w14:textId="77777777" w:rsidR="009446D0" w:rsidRPr="00EB75F0" w:rsidRDefault="0084596B">
            <w:pPr>
              <w:spacing w:before="60" w:after="60" w:line="240" w:lineRule="auto"/>
              <w:rPr>
                <w:sz w:val="14"/>
              </w:rPr>
            </w:pPr>
            <w:r w:rsidRPr="00EB75F0">
              <w:rPr>
                <w:sz w:val="14"/>
              </w:rPr>
              <w:lastRenderedPageBreak/>
              <w:t>Patients had to have a previous response to antipsychotic therapy</w:t>
            </w:r>
          </w:p>
        </w:tc>
        <w:tc>
          <w:tcPr>
            <w:tcW w:w="531" w:type="pct"/>
            <w:tcBorders>
              <w:top w:val="single" w:sz="4" w:space="0" w:color="000000"/>
              <w:left w:val="single" w:sz="4" w:space="0" w:color="000000"/>
              <w:bottom w:val="single" w:sz="4" w:space="0" w:color="000000"/>
              <w:right w:val="single" w:sz="4" w:space="0" w:color="000000"/>
            </w:tcBorders>
          </w:tcPr>
          <w:p w14:paraId="79DA2236"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405F6B14" w14:textId="77777777" w:rsidR="009446D0" w:rsidRPr="00EB75F0" w:rsidRDefault="0084596B">
            <w:pPr>
              <w:spacing w:before="60" w:after="60" w:line="240" w:lineRule="auto"/>
              <w:rPr>
                <w:sz w:val="14"/>
              </w:rPr>
            </w:pPr>
            <w:r w:rsidRPr="00EB75F0">
              <w:rPr>
                <w:sz w:val="14"/>
              </w:rPr>
              <w:t>Participants were required Brief Psychiatric Rating Scale of 40 or higher, with a score of 4 or higher on 2 or more positive symptoms (with a 7-</w:t>
            </w:r>
            <w:r w:rsidRPr="00EB75F0">
              <w:rPr>
                <w:sz w:val="14"/>
              </w:rPr>
              <w:lastRenderedPageBreak/>
              <w:t>point Likert scale with 1 indicating not present and 7 indicating extremely severe)</w:t>
            </w:r>
          </w:p>
        </w:tc>
        <w:tc>
          <w:tcPr>
            <w:tcW w:w="658" w:type="pct"/>
            <w:tcBorders>
              <w:top w:val="single" w:sz="4" w:space="0" w:color="000000"/>
              <w:left w:val="single" w:sz="4" w:space="0" w:color="000000"/>
              <w:bottom w:val="single" w:sz="4" w:space="0" w:color="000000"/>
              <w:right w:val="single" w:sz="4" w:space="0" w:color="000000"/>
            </w:tcBorders>
          </w:tcPr>
          <w:p w14:paraId="279BA2AD" w14:textId="77777777" w:rsidR="009446D0" w:rsidRPr="00EB75F0" w:rsidRDefault="0084596B">
            <w:pPr>
              <w:spacing w:before="60" w:after="60" w:line="240" w:lineRule="auto"/>
              <w:rPr>
                <w:sz w:val="14"/>
              </w:rPr>
            </w:pPr>
            <w:r w:rsidRPr="00EB75F0">
              <w:rPr>
                <w:sz w:val="14"/>
              </w:rPr>
              <w:lastRenderedPageBreak/>
              <w:t xml:space="preserve">Participants with Cardiac arrhythmia; hematological, renal, hepatic, endocrinological, neurological, cardiovascular </w:t>
            </w:r>
            <w:r w:rsidRPr="00EB75F0">
              <w:rPr>
                <w:sz w:val="14"/>
              </w:rPr>
              <w:lastRenderedPageBreak/>
              <w:t>disease; history of neuroleptic malignant syndrome; HIV; hepatitis B or C with evidence of active liver disease; substance abuse or dependence; positive drug or alcohol screen; likely drug allergy/hypersensitivity were excluded.</w:t>
            </w:r>
          </w:p>
        </w:tc>
      </w:tr>
      <w:tr w:rsidR="009446D0" w:rsidRPr="00EB75F0" w14:paraId="18033EE3" w14:textId="77777777">
        <w:tc>
          <w:tcPr>
            <w:tcW w:w="485" w:type="pct"/>
            <w:tcBorders>
              <w:top w:val="single" w:sz="4" w:space="0" w:color="000000"/>
              <w:left w:val="single" w:sz="4" w:space="0" w:color="000000"/>
              <w:bottom w:val="single" w:sz="4" w:space="0" w:color="000000"/>
              <w:right w:val="single" w:sz="4" w:space="0" w:color="000000"/>
            </w:tcBorders>
          </w:tcPr>
          <w:p w14:paraId="167EBC59" w14:textId="3F2C24C3" w:rsidR="009446D0" w:rsidRPr="00EB75F0" w:rsidRDefault="0084596B">
            <w:pPr>
              <w:spacing w:before="60" w:after="60" w:line="240" w:lineRule="auto"/>
              <w:rPr>
                <w:sz w:val="14"/>
              </w:rPr>
            </w:pPr>
            <w:r w:rsidRPr="00EB75F0">
              <w:rPr>
                <w:sz w:val="14"/>
              </w:rPr>
              <w:lastRenderedPageBreak/>
              <w:t>Svestka 2003</w:t>
            </w:r>
            <w:r w:rsidR="0031308D" w:rsidRPr="00EB75F0">
              <w:fldChar w:fldCharType="begin"/>
            </w:r>
            <w:r w:rsidR="00452EF4">
              <w:instrText xml:space="preserve"> ADDIN EN.CITE &lt;EndNote&gt;&lt;Cite&gt;&lt;Author&gt;Švestka&lt;/Author&gt;&lt;Year&gt;2003&lt;/Year&gt;&lt;RecNum&gt;51&lt;/RecNum&gt;&lt;DisplayText&gt;&lt;style face="superscript"&gt;54&lt;/style&gt;&lt;/DisplayText&gt;&lt;record&gt;&lt;rec-number&gt;51&lt;/rec-number&gt;&lt;foreign-keys&gt;&lt;key app="EN" db-id="9ttaxzax2p0tr7ewzt55atews50zvxaaa5rz" timestamp="1764068834"&gt;51&lt;/key&gt;&lt;/foreign-keys&gt;&lt;ref-type name="Journal Article"&gt;17&lt;/ref-type&gt;&lt;contributors&gt;&lt;authors&gt;&lt;author&gt;Švestka, Jaromír&lt;/author&gt;&lt;author&gt;Synek, Oldřich&lt;/author&gt;&lt;author&gt;Žourková, Alexandra&lt;/author&gt;&lt;/authors&gt;&lt;/contributors&gt;&lt;titles&gt;&lt;title&gt;A double-blind comparison of olanzapine and quetiapine in treatment of acute exacerbations of schizophrenic or schizoaffective disorders&lt;/title&gt;&lt;secondary-title&gt;European Neuropsychopharmacology&lt;/secondary-title&gt;&lt;/titles&gt;&lt;periodical&gt;&lt;full-title&gt;European Neuropsychopharmacology&lt;/full-title&gt;&lt;/periodical&gt;&lt;dates&gt;&lt;year&gt;2003&lt;/year&gt;&lt;/dates&gt;&lt;isbn&gt;0924-977X&lt;/isbn&gt;&lt;urls&gt;&lt;/urls&gt;&lt;/record&gt;&lt;/Cite&gt;&lt;/EndNote&gt;</w:instrText>
            </w:r>
            <w:r w:rsidR="0031308D" w:rsidRPr="00EB75F0">
              <w:fldChar w:fldCharType="separate"/>
            </w:r>
            <w:r w:rsidR="00452EF4" w:rsidRPr="00452EF4">
              <w:rPr>
                <w:noProof/>
                <w:vertAlign w:val="superscript"/>
              </w:rPr>
              <w:t>54</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170C5224" w14:textId="77777777" w:rsidR="009446D0" w:rsidRPr="00EB75F0" w:rsidRDefault="0084596B">
            <w:pPr>
              <w:spacing w:before="60" w:after="60" w:line="240" w:lineRule="auto"/>
              <w:rPr>
                <w:sz w:val="14"/>
              </w:rPr>
            </w:pPr>
            <w:r w:rsidRPr="00EB75F0">
              <w:rPr>
                <w:sz w:val="14"/>
              </w:rPr>
              <w:t>ICD-10 diagnostic criteria for acute schizophrenic or schizoaffective disorders</w:t>
            </w:r>
          </w:p>
        </w:tc>
        <w:tc>
          <w:tcPr>
            <w:tcW w:w="293" w:type="pct"/>
            <w:tcBorders>
              <w:top w:val="single" w:sz="4" w:space="0" w:color="000000"/>
              <w:left w:val="single" w:sz="4" w:space="0" w:color="000000"/>
              <w:bottom w:val="single" w:sz="4" w:space="0" w:color="000000"/>
              <w:right w:val="single" w:sz="4" w:space="0" w:color="000000"/>
            </w:tcBorders>
          </w:tcPr>
          <w:p w14:paraId="4EB7DE35" w14:textId="77777777" w:rsidR="009446D0" w:rsidRPr="00EB75F0" w:rsidRDefault="0084596B">
            <w:pPr>
              <w:spacing w:before="60" w:after="60" w:line="240" w:lineRule="auto"/>
              <w:rPr>
                <w:sz w:val="14"/>
              </w:rPr>
            </w:pPr>
            <w:r w:rsidRPr="00EB75F0">
              <w:rPr>
                <w:sz w:val="14"/>
              </w:rPr>
              <w:t>NR</w:t>
            </w:r>
          </w:p>
        </w:tc>
        <w:tc>
          <w:tcPr>
            <w:tcW w:w="557" w:type="pct"/>
            <w:tcBorders>
              <w:top w:val="single" w:sz="4" w:space="0" w:color="000000"/>
              <w:left w:val="single" w:sz="4" w:space="0" w:color="000000"/>
              <w:bottom w:val="single" w:sz="4" w:space="0" w:color="000000"/>
              <w:right w:val="single" w:sz="4" w:space="0" w:color="000000"/>
            </w:tcBorders>
          </w:tcPr>
          <w:p w14:paraId="7ED47AC1"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387646B5" w14:textId="77777777" w:rsidR="009446D0" w:rsidRPr="00EB75F0" w:rsidRDefault="0084596B">
            <w:pPr>
              <w:spacing w:before="60" w:after="60" w:line="240" w:lineRule="auto"/>
              <w:rPr>
                <w:sz w:val="14"/>
              </w:rPr>
            </w:pPr>
            <w:r w:rsidRPr="00EB75F0">
              <w:rPr>
                <w:sz w:val="14"/>
              </w:rPr>
              <w:t>Not reported</w:t>
            </w:r>
          </w:p>
        </w:tc>
        <w:tc>
          <w:tcPr>
            <w:tcW w:w="694" w:type="pct"/>
            <w:tcBorders>
              <w:top w:val="single" w:sz="4" w:space="0" w:color="000000"/>
              <w:left w:val="single" w:sz="4" w:space="0" w:color="000000"/>
              <w:bottom w:val="single" w:sz="4" w:space="0" w:color="000000"/>
              <w:right w:val="single" w:sz="4" w:space="0" w:color="000000"/>
            </w:tcBorders>
          </w:tcPr>
          <w:p w14:paraId="2C836CB1" w14:textId="77777777" w:rsidR="009446D0" w:rsidRPr="00EB75F0" w:rsidRDefault="0084596B">
            <w:pPr>
              <w:spacing w:before="60" w:after="60" w:line="240" w:lineRule="auto"/>
              <w:rPr>
                <w:sz w:val="14"/>
              </w:rPr>
            </w:pPr>
            <w:r w:rsidRPr="00EB75F0">
              <w:rPr>
                <w:sz w:val="14"/>
              </w:rPr>
              <w:t>Not reported</w:t>
            </w:r>
          </w:p>
        </w:tc>
        <w:tc>
          <w:tcPr>
            <w:tcW w:w="531" w:type="pct"/>
            <w:tcBorders>
              <w:top w:val="single" w:sz="4" w:space="0" w:color="000000"/>
              <w:left w:val="single" w:sz="4" w:space="0" w:color="000000"/>
              <w:bottom w:val="single" w:sz="4" w:space="0" w:color="000000"/>
              <w:right w:val="single" w:sz="4" w:space="0" w:color="000000"/>
            </w:tcBorders>
          </w:tcPr>
          <w:p w14:paraId="48ED7B19"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59983BC8"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403A4F5B" w14:textId="77777777" w:rsidR="009446D0" w:rsidRPr="00EB75F0" w:rsidRDefault="0084596B">
            <w:pPr>
              <w:spacing w:before="60" w:after="60" w:line="240" w:lineRule="auto"/>
              <w:rPr>
                <w:sz w:val="14"/>
              </w:rPr>
            </w:pPr>
            <w:r w:rsidRPr="00EB75F0">
              <w:rPr>
                <w:sz w:val="14"/>
              </w:rPr>
              <w:t>Not reported</w:t>
            </w:r>
          </w:p>
        </w:tc>
      </w:tr>
      <w:tr w:rsidR="009446D0" w:rsidRPr="00EB75F0" w14:paraId="28A9857F" w14:textId="77777777">
        <w:tc>
          <w:tcPr>
            <w:tcW w:w="485" w:type="pct"/>
            <w:tcBorders>
              <w:top w:val="single" w:sz="4" w:space="0" w:color="000000"/>
              <w:left w:val="single" w:sz="4" w:space="0" w:color="000000"/>
              <w:bottom w:val="single" w:sz="4" w:space="0" w:color="000000"/>
              <w:right w:val="single" w:sz="4" w:space="0" w:color="000000"/>
            </w:tcBorders>
          </w:tcPr>
          <w:p w14:paraId="4F90425C" w14:textId="3501DD9A" w:rsidR="009446D0" w:rsidRPr="00EB75F0" w:rsidRDefault="0084596B">
            <w:pPr>
              <w:spacing w:before="60" w:after="60" w:line="240" w:lineRule="auto"/>
              <w:rPr>
                <w:sz w:val="14"/>
              </w:rPr>
            </w:pPr>
            <w:r w:rsidRPr="00EB75F0">
              <w:rPr>
                <w:sz w:val="14"/>
              </w:rPr>
              <w:t>Sacchetti 2008</w:t>
            </w:r>
            <w:r w:rsidR="0031308D" w:rsidRPr="00EB75F0">
              <w:fldChar w:fldCharType="begin"/>
            </w:r>
            <w:r w:rsidR="00452EF4">
              <w:instrText xml:space="preserve"> ADDIN EN.CITE &lt;EndNote&gt;&lt;Cite&gt;&lt;Author&gt;Sacchetti&lt;/Author&gt;&lt;Year&gt;2008&lt;/Year&gt;&lt;RecNum&gt;53&lt;/RecNum&gt;&lt;DisplayText&gt;&lt;style face="superscript"&gt;56&lt;/style&gt;&lt;/DisplayText&gt;&lt;record&gt;&lt;rec-number&gt;53&lt;/rec-number&gt;&lt;foreign-keys&gt;&lt;key app="EN" db-id="9ttaxzax2p0tr7ewzt55atews50zvxaaa5rz" timestamp="1764068835"&gt;53&lt;/key&gt;&lt;/foreign-keys&gt;&lt;ref-type name="Journal Article"&gt;17&lt;/ref-type&gt;&lt;contributors&gt;&lt;authors&gt;&lt;author&gt;Sacchetti, E.&lt;/author&gt;&lt;author&gt;Valsecchi, P.&lt;/author&gt;&lt;author&gt;Parrinello, G.&lt;/author&gt;&lt;author&gt;Querisola Group&lt;/author&gt;&lt;/authors&gt;&lt;/contributors&gt;&lt;titles&gt;&lt;title&gt;A randomized, flexible-dose, quasi-naturalistic comparison of quetiapine, risperidone, and olanzapine in the short-term treatment of schizophrenia: the QUERISOLA trial&lt;/title&gt;&lt;secondary-title&gt;Schizophr Res&lt;/secondary-title&gt;&lt;/titles&gt;&lt;periodical&gt;&lt;full-title&gt;Schizophr Res&lt;/full-title&gt;&lt;/periodical&gt;&lt;pages&gt;55-65&lt;/pages&gt;&lt;volume&gt;98&lt;/volume&gt;&lt;number&gt;1-3&lt;/number&gt;&lt;dates&gt;&lt;year&gt;2008&lt;/year&gt;&lt;pub-dates&gt;&lt;date&gt;20071015&lt;/date&gt;&lt;/pub-dates&gt;&lt;/dates&gt;&lt;pub-location&gt;Department of Psychiatry, Brescia University School of Medicine, Brescia, Italy. sacchett@med.unibs.it&lt;/pub-location&gt;&lt;isbn&gt;0920-9964 (Print) 0920-9964 (Linking)&lt;/isbn&gt;&lt;urls&gt;&lt;related-urls&gt;&lt;url&gt;https://www.ncbi.nlm.nih.gov/pubmed/17933497&lt;/url&gt;&lt;/related-urls&gt;&lt;/urls&gt;&lt;electronic-resource-num&gt;10.1016/j.schres.2007.09.011&lt;/electronic-resource-num&gt;&lt;/record&gt;&lt;/Cite&gt;&lt;/EndNote&gt;</w:instrText>
            </w:r>
            <w:r w:rsidR="0031308D" w:rsidRPr="00EB75F0">
              <w:fldChar w:fldCharType="separate"/>
            </w:r>
            <w:r w:rsidR="00452EF4" w:rsidRPr="00452EF4">
              <w:rPr>
                <w:noProof/>
                <w:vertAlign w:val="superscript"/>
              </w:rPr>
              <w:t>56</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6C4EB097" w14:textId="77777777" w:rsidR="009446D0" w:rsidRPr="00732701" w:rsidRDefault="0084596B">
            <w:pPr>
              <w:spacing w:before="60" w:after="60" w:line="240" w:lineRule="auto"/>
              <w:rPr>
                <w:sz w:val="14"/>
                <w:lang w:val="nl-NL"/>
              </w:rPr>
            </w:pPr>
            <w:r w:rsidRPr="00732701">
              <w:rPr>
                <w:sz w:val="14"/>
                <w:lang w:val="nl-NL"/>
              </w:rPr>
              <w:t xml:space="preserve">DSM-IV-TR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21D983A6"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309C3546"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73B47A38" w14:textId="77777777" w:rsidR="009446D0" w:rsidRPr="00EB75F0" w:rsidRDefault="0084596B">
            <w:pPr>
              <w:spacing w:before="60" w:after="60" w:line="240" w:lineRule="auto"/>
              <w:rPr>
                <w:sz w:val="14"/>
              </w:rPr>
            </w:pPr>
            <w:r w:rsidRPr="00EB75F0">
              <w:rPr>
                <w:sz w:val="14"/>
              </w:rPr>
              <w:t>Patients with schizophrenia, were included.</w:t>
            </w:r>
          </w:p>
        </w:tc>
        <w:tc>
          <w:tcPr>
            <w:tcW w:w="694" w:type="pct"/>
            <w:tcBorders>
              <w:top w:val="single" w:sz="4" w:space="0" w:color="000000"/>
              <w:left w:val="single" w:sz="4" w:space="0" w:color="000000"/>
              <w:bottom w:val="single" w:sz="4" w:space="0" w:color="000000"/>
              <w:right w:val="single" w:sz="4" w:space="0" w:color="000000"/>
            </w:tcBorders>
          </w:tcPr>
          <w:p w14:paraId="6DC1B498" w14:textId="77777777" w:rsidR="009446D0" w:rsidRPr="00EB75F0" w:rsidRDefault="0084596B">
            <w:pPr>
              <w:spacing w:before="60" w:after="60" w:line="240" w:lineRule="auto"/>
              <w:rPr>
                <w:sz w:val="14"/>
              </w:rPr>
            </w:pPr>
            <w:r w:rsidRPr="00EB75F0">
              <w:rPr>
                <w:sz w:val="14"/>
              </w:rPr>
              <w:t>Patients with no exposure to depot antipsychotics in the previous 6 weeks, were included.</w:t>
            </w:r>
            <w:r w:rsidRPr="00EB75F0">
              <w:br/>
            </w:r>
            <w:r w:rsidRPr="00EB75F0">
              <w:br/>
            </w:r>
            <w:r w:rsidRPr="00EB75F0">
              <w:rPr>
                <w:sz w:val="14"/>
              </w:rPr>
              <w:t>Patients with contraindications to treatment with risperidone, olanzapine or quetiapine were excluded.</w:t>
            </w:r>
          </w:p>
        </w:tc>
        <w:tc>
          <w:tcPr>
            <w:tcW w:w="531" w:type="pct"/>
            <w:tcBorders>
              <w:top w:val="single" w:sz="4" w:space="0" w:color="000000"/>
              <w:left w:val="single" w:sz="4" w:space="0" w:color="000000"/>
              <w:bottom w:val="single" w:sz="4" w:space="0" w:color="000000"/>
              <w:right w:val="single" w:sz="4" w:space="0" w:color="000000"/>
            </w:tcBorders>
          </w:tcPr>
          <w:p w14:paraId="3B3A2DF8"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42025B96" w14:textId="77777777" w:rsidR="009446D0" w:rsidRPr="00EB75F0" w:rsidRDefault="0084596B">
            <w:pPr>
              <w:spacing w:before="60" w:after="60" w:line="240" w:lineRule="auto"/>
              <w:rPr>
                <w:sz w:val="14"/>
              </w:rPr>
            </w:pPr>
            <w:r w:rsidRPr="00EB75F0">
              <w:rPr>
                <w:sz w:val="14"/>
              </w:rPr>
              <w:t>Patients with a total score of = 70 on the Positive and Negative Syndrome Scale (PANSS), were included.</w:t>
            </w:r>
          </w:p>
        </w:tc>
        <w:tc>
          <w:tcPr>
            <w:tcW w:w="658" w:type="pct"/>
            <w:tcBorders>
              <w:top w:val="single" w:sz="4" w:space="0" w:color="000000"/>
              <w:left w:val="single" w:sz="4" w:space="0" w:color="000000"/>
              <w:bottom w:val="single" w:sz="4" w:space="0" w:color="000000"/>
              <w:right w:val="single" w:sz="4" w:space="0" w:color="000000"/>
            </w:tcBorders>
          </w:tcPr>
          <w:p w14:paraId="6F8050D2" w14:textId="77777777" w:rsidR="009446D0" w:rsidRPr="00EB75F0" w:rsidRDefault="0084596B">
            <w:pPr>
              <w:spacing w:before="60" w:after="60" w:line="240" w:lineRule="auto"/>
              <w:rPr>
                <w:sz w:val="14"/>
              </w:rPr>
            </w:pPr>
            <w:r w:rsidRPr="00EB75F0">
              <w:rPr>
                <w:sz w:val="14"/>
              </w:rPr>
              <w:t>Patients with current DSM-IV-TR axis I comorbid disorders; a history of substance-abuse related disorders in the preceding 6 months; concomitant severe, unstable physical illnesses, were excluded.</w:t>
            </w:r>
          </w:p>
        </w:tc>
      </w:tr>
      <w:tr w:rsidR="009446D0" w:rsidRPr="00EB75F0" w14:paraId="15C2D51B" w14:textId="77777777">
        <w:tc>
          <w:tcPr>
            <w:tcW w:w="485" w:type="pct"/>
            <w:tcBorders>
              <w:top w:val="single" w:sz="4" w:space="0" w:color="000000"/>
              <w:left w:val="single" w:sz="4" w:space="0" w:color="000000"/>
              <w:bottom w:val="single" w:sz="4" w:space="0" w:color="000000"/>
              <w:right w:val="single" w:sz="4" w:space="0" w:color="000000"/>
            </w:tcBorders>
          </w:tcPr>
          <w:p w14:paraId="0A7320B2" w14:textId="0AD56D5C" w:rsidR="009446D0" w:rsidRPr="00EB75F0" w:rsidRDefault="0084596B">
            <w:pPr>
              <w:spacing w:before="60" w:after="60" w:line="240" w:lineRule="auto"/>
              <w:rPr>
                <w:sz w:val="14"/>
              </w:rPr>
            </w:pPr>
            <w:r w:rsidRPr="00EB75F0">
              <w:rPr>
                <w:sz w:val="14"/>
              </w:rPr>
              <w:t>Loza 2006</w:t>
            </w:r>
            <w:r w:rsidR="0031308D" w:rsidRPr="00EB75F0">
              <w:fldChar w:fldCharType="begin"/>
            </w:r>
            <w:r w:rsidR="00452EF4">
              <w:instrText xml:space="preserve"> ADDIN EN.CITE &lt;EndNote&gt;&lt;Cite&gt;&lt;Author&gt;Loza&lt;/Author&gt;&lt;Year&gt;2006&lt;/Year&gt;&lt;RecNum&gt;56&lt;/RecNum&gt;&lt;DisplayText&gt;&lt;style face="superscript"&gt;59&lt;/style&gt;&lt;/DisplayText&gt;&lt;record&gt;&lt;rec-number&gt;56&lt;/rec-number&gt;&lt;foreign-keys&gt;&lt;key app="EN" db-id="9ttaxzax2p0tr7ewzt55atews50zvxaaa5rz" timestamp="1764068836"&gt;56&lt;/key&gt;&lt;/foreign-keys&gt;&lt;ref-type name=".Conference Proceedings"&gt;10&lt;/ref-type&gt;&lt;contributors&gt;&lt;authors&gt;&lt;author&gt;Loza, B&lt;/author&gt;&lt;author&gt;Czernikiewicz, A&lt;/author&gt;&lt;author&gt;Roszkowska, A&lt;/author&gt;&lt;author&gt;Szulc, A&lt;/author&gt;&lt;/authors&gt;&lt;/contributors&gt;&lt;titles&gt;&lt;title&gt;Atypical antipsychotics: The prosocial capacity. Double-blind, randomized, prospective study of olanzapine and risperidone treatment of schizophrenia: Cognitive, awareness and quality of life report&lt;/title&gt;&lt;secondary-title&gt;INTERNATIONAL JOURNAL OF NEUROPSYCHOPHARMACOLOGY&lt;/secondary-title&gt;&lt;/titles&gt;&lt;periodical&gt;&lt;full-title&gt;International Journal of Neuropsychopharmacology&lt;/full-title&gt;&lt;/periodical&gt;&lt;pages&gt;S271-S271&lt;/pages&gt;&lt;volume&gt;9&lt;/volume&gt;&lt;dates&gt;&lt;year&gt;2006&lt;/year&gt;&lt;/dates&gt;&lt;publisher&gt;CAMBRIDGE UNIV PRESS 32 AVENUE OF THE AMERICAS, NEW YORK, NY 10013-2473 USA&lt;/publisher&gt;&lt;isbn&gt;1461-1457&lt;/isbn&gt;&lt;urls&gt;&lt;/urls&gt;&lt;/record&gt;&lt;/Cite&gt;&lt;/EndNote&gt;</w:instrText>
            </w:r>
            <w:r w:rsidR="0031308D" w:rsidRPr="00EB75F0">
              <w:fldChar w:fldCharType="separate"/>
            </w:r>
            <w:r w:rsidR="00452EF4" w:rsidRPr="00452EF4">
              <w:rPr>
                <w:noProof/>
                <w:vertAlign w:val="superscript"/>
              </w:rPr>
              <w:t>59</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7DBA120B" w14:textId="77777777" w:rsidR="009446D0" w:rsidRPr="00EB75F0" w:rsidRDefault="0084596B">
            <w:pPr>
              <w:spacing w:before="60" w:after="60" w:line="240" w:lineRule="auto"/>
              <w:rPr>
                <w:sz w:val="14"/>
              </w:rPr>
            </w:pPr>
            <w:r w:rsidRPr="00EB75F0">
              <w:rPr>
                <w:sz w:val="14"/>
              </w:rPr>
              <w:t>Not reported</w:t>
            </w:r>
          </w:p>
        </w:tc>
        <w:tc>
          <w:tcPr>
            <w:tcW w:w="293" w:type="pct"/>
            <w:tcBorders>
              <w:top w:val="single" w:sz="4" w:space="0" w:color="000000"/>
              <w:left w:val="single" w:sz="4" w:space="0" w:color="000000"/>
              <w:bottom w:val="single" w:sz="4" w:space="0" w:color="000000"/>
              <w:right w:val="single" w:sz="4" w:space="0" w:color="000000"/>
            </w:tcBorders>
          </w:tcPr>
          <w:p w14:paraId="665337D7"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21921916"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7CD91CA2" w14:textId="77777777" w:rsidR="009446D0" w:rsidRPr="00EB75F0" w:rsidRDefault="0084596B">
            <w:pPr>
              <w:spacing w:before="60" w:after="60" w:line="240" w:lineRule="auto"/>
              <w:rPr>
                <w:sz w:val="14"/>
              </w:rPr>
            </w:pPr>
            <w:r w:rsidRPr="00EB75F0">
              <w:rPr>
                <w:sz w:val="14"/>
              </w:rPr>
              <w:t>Not reported</w:t>
            </w:r>
          </w:p>
        </w:tc>
        <w:tc>
          <w:tcPr>
            <w:tcW w:w="694" w:type="pct"/>
            <w:tcBorders>
              <w:top w:val="single" w:sz="4" w:space="0" w:color="000000"/>
              <w:left w:val="single" w:sz="4" w:space="0" w:color="000000"/>
              <w:bottom w:val="single" w:sz="4" w:space="0" w:color="000000"/>
              <w:right w:val="single" w:sz="4" w:space="0" w:color="000000"/>
            </w:tcBorders>
          </w:tcPr>
          <w:p w14:paraId="302C632C" w14:textId="77777777" w:rsidR="009446D0" w:rsidRPr="00EB75F0" w:rsidRDefault="0084596B">
            <w:pPr>
              <w:spacing w:before="60" w:after="60" w:line="240" w:lineRule="auto"/>
              <w:rPr>
                <w:sz w:val="14"/>
              </w:rPr>
            </w:pPr>
            <w:r w:rsidRPr="00EB75F0">
              <w:rPr>
                <w:sz w:val="14"/>
              </w:rPr>
              <w:t>Patients with history of antipsychotic treatment-resistance were not included</w:t>
            </w:r>
          </w:p>
        </w:tc>
        <w:tc>
          <w:tcPr>
            <w:tcW w:w="531" w:type="pct"/>
            <w:tcBorders>
              <w:top w:val="single" w:sz="4" w:space="0" w:color="000000"/>
              <w:left w:val="single" w:sz="4" w:space="0" w:color="000000"/>
              <w:bottom w:val="single" w:sz="4" w:space="0" w:color="000000"/>
              <w:right w:val="single" w:sz="4" w:space="0" w:color="000000"/>
            </w:tcBorders>
          </w:tcPr>
          <w:p w14:paraId="31E54D40"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44D167EB"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308C69C7" w14:textId="77777777" w:rsidR="009446D0" w:rsidRPr="00EB75F0" w:rsidRDefault="0084596B">
            <w:pPr>
              <w:spacing w:before="60" w:after="60" w:line="240" w:lineRule="auto"/>
              <w:rPr>
                <w:sz w:val="14"/>
              </w:rPr>
            </w:pPr>
            <w:r w:rsidRPr="00EB75F0">
              <w:rPr>
                <w:sz w:val="14"/>
              </w:rPr>
              <w:t>Not reported</w:t>
            </w:r>
          </w:p>
        </w:tc>
      </w:tr>
      <w:tr w:rsidR="009446D0" w:rsidRPr="00EB75F0" w14:paraId="63FF1F07" w14:textId="77777777">
        <w:tc>
          <w:tcPr>
            <w:tcW w:w="485" w:type="pct"/>
            <w:tcBorders>
              <w:top w:val="single" w:sz="4" w:space="0" w:color="000000"/>
              <w:left w:val="single" w:sz="4" w:space="0" w:color="000000"/>
              <w:bottom w:val="single" w:sz="4" w:space="0" w:color="000000"/>
              <w:right w:val="single" w:sz="4" w:space="0" w:color="000000"/>
            </w:tcBorders>
          </w:tcPr>
          <w:p w14:paraId="6E76302B" w14:textId="2396BC7F" w:rsidR="009446D0" w:rsidRPr="00EB75F0" w:rsidRDefault="0084596B">
            <w:pPr>
              <w:spacing w:before="60" w:after="60" w:line="240" w:lineRule="auto"/>
              <w:rPr>
                <w:sz w:val="14"/>
              </w:rPr>
            </w:pPr>
            <w:r w:rsidRPr="00EB75F0">
              <w:rPr>
                <w:sz w:val="14"/>
              </w:rPr>
              <w:t>Corrigan 2004</w:t>
            </w:r>
            <w:r w:rsidR="0031308D" w:rsidRPr="00EB75F0">
              <w:fldChar w:fldCharType="begin"/>
            </w:r>
            <w:r w:rsidR="00452EF4">
              <w:instrText xml:space="preserve"> ADDIN EN.CITE &lt;EndNote&gt;&lt;Cite&gt;&lt;Author&gt;Corrigan&lt;/Author&gt;&lt;Year&gt;2004&lt;/Year&gt;&lt;RecNum&gt;59&lt;/RecNum&gt;&lt;DisplayText&gt;&lt;style face="superscript"&gt;62&lt;/style&gt;&lt;/DisplayText&gt;&lt;record&gt;&lt;rec-number&gt;59&lt;/rec-number&gt;&lt;foreign-keys&gt;&lt;key app="EN" db-id="9ttaxzax2p0tr7ewzt55atews50zvxaaa5rz" timestamp="1764068836"&gt;59&lt;/key&gt;&lt;/foreign-keys&gt;&lt;ref-type name="Journal Article"&gt;17&lt;/ref-type&gt;&lt;contributors&gt;&lt;authors&gt;&lt;author&gt;Corrigan, M. H.&lt;/author&gt;&lt;author&gt;Gallen, C. C.&lt;/author&gt;&lt;author&gt;Bonura, M. L.&lt;/author&gt;&lt;author&gt;Merchant, K. M.&lt;/author&gt;&lt;author&gt;Sonepiprazole Study, Group&lt;/author&gt;&lt;/authors&gt;&lt;/contributors&gt;&lt;titles&gt;&lt;title&gt;Effectiveness of the selective D4 antagonist sonepiprazole in schizophrenia: a placebo-controlled trial&lt;/title&gt;&lt;secondary-title&gt;Biol Psychiatry&lt;/secondary-title&gt;&lt;/titles&gt;&lt;periodical&gt;&lt;full-title&gt;Biol Psychiatry&lt;/full-title&gt;&lt;/periodical&gt;&lt;pages&gt;445-51&lt;/pages&gt;&lt;volume&gt;55&lt;/volume&gt;&lt;number&gt;5&lt;/number&gt;&lt;dates&gt;&lt;year&gt;2004&lt;/year&gt;&lt;pub-dates&gt;&lt;date&gt;Mar 1&lt;/date&gt;&lt;/pub-dates&gt;&lt;/dates&gt;&lt;pub-location&gt;Pharmacia Corporation, Kalamazoo, Michigan 01752, USA.&lt;/pub-location&gt;&lt;isbn&gt;0006-3223 (Print) 0006-3223 (Linking)&lt;/isbn&gt;&lt;urls&gt;&lt;related-urls&gt;&lt;url&gt;https://www.ncbi.nlm.nih.gov/pubmed/15023570&lt;/url&gt;&lt;/related-urls&gt;&lt;/urls&gt;&lt;electronic-resource-num&gt;10.1016/j.biopsych.2003.10.004&lt;/electronic-resource-num&gt;&lt;/record&gt;&lt;/Cite&gt;&lt;/EndNote&gt;</w:instrText>
            </w:r>
            <w:r w:rsidR="0031308D" w:rsidRPr="00EB75F0">
              <w:fldChar w:fldCharType="separate"/>
            </w:r>
            <w:r w:rsidR="00452EF4" w:rsidRPr="00452EF4">
              <w:rPr>
                <w:noProof/>
                <w:vertAlign w:val="superscript"/>
              </w:rPr>
              <w:t>62</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4722C6C6"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1C307C2A"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0B180FC2"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3521374E" w14:textId="77777777" w:rsidR="009446D0" w:rsidRPr="00EB75F0" w:rsidRDefault="0084596B">
            <w:pPr>
              <w:spacing w:before="60" w:after="60" w:line="240" w:lineRule="auto"/>
              <w:rPr>
                <w:sz w:val="14"/>
              </w:rPr>
            </w:pPr>
            <w:r w:rsidRPr="00EB75F0">
              <w:rPr>
                <w:sz w:val="14"/>
              </w:rPr>
              <w:t>Patients who were relapsing after chronic treatment were also eligible.</w:t>
            </w:r>
          </w:p>
        </w:tc>
        <w:tc>
          <w:tcPr>
            <w:tcW w:w="694" w:type="pct"/>
            <w:tcBorders>
              <w:top w:val="single" w:sz="4" w:space="0" w:color="000000"/>
              <w:left w:val="single" w:sz="4" w:space="0" w:color="000000"/>
              <w:bottom w:val="single" w:sz="4" w:space="0" w:color="000000"/>
              <w:right w:val="single" w:sz="4" w:space="0" w:color="000000"/>
            </w:tcBorders>
          </w:tcPr>
          <w:p w14:paraId="56537D28" w14:textId="77777777" w:rsidR="009446D0" w:rsidRPr="00EB75F0" w:rsidRDefault="0084596B">
            <w:pPr>
              <w:spacing w:before="60" w:after="60" w:line="240" w:lineRule="auto"/>
              <w:rPr>
                <w:sz w:val="14"/>
              </w:rPr>
            </w:pPr>
            <w:r w:rsidRPr="00EB75F0">
              <w:rPr>
                <w:sz w:val="14"/>
              </w:rPr>
              <w:t>Both patients who had never received antipsychotic therapy and those who were relapsing after chronic treatment were eligible for inclusion</w:t>
            </w:r>
            <w:r w:rsidRPr="00EB75F0">
              <w:rPr>
                <w:sz w:val="14"/>
              </w:rPr>
              <w:br/>
            </w:r>
            <w:r w:rsidRPr="00EB75F0">
              <w:rPr>
                <w:sz w:val="14"/>
              </w:rPr>
              <w:br/>
              <w:t>A history of failure to respond to standard antipsychotic treatments at therapeutic doses were excluded</w:t>
            </w:r>
          </w:p>
        </w:tc>
        <w:tc>
          <w:tcPr>
            <w:tcW w:w="531" w:type="pct"/>
            <w:tcBorders>
              <w:top w:val="single" w:sz="4" w:space="0" w:color="000000"/>
              <w:left w:val="single" w:sz="4" w:space="0" w:color="000000"/>
              <w:bottom w:val="single" w:sz="4" w:space="0" w:color="000000"/>
              <w:right w:val="single" w:sz="4" w:space="0" w:color="000000"/>
            </w:tcBorders>
          </w:tcPr>
          <w:p w14:paraId="5BF54EDB" w14:textId="77777777" w:rsidR="009446D0" w:rsidRPr="00EB75F0" w:rsidRDefault="0084596B">
            <w:pPr>
              <w:spacing w:before="60" w:after="60" w:line="240" w:lineRule="auto"/>
              <w:rPr>
                <w:sz w:val="14"/>
              </w:rPr>
            </w:pPr>
            <w:r w:rsidRPr="00EB75F0">
              <w:rPr>
                <w:sz w:val="14"/>
              </w:rPr>
              <w:t>Those who required concomitant treatment with any drug that might interact adversely with or obscure the action of the study medication (including antiarrhythmic agents and medications that are potent inhibitors or inducers of CYP3A4 or CYP1A2) were also excluded.</w:t>
            </w:r>
          </w:p>
        </w:tc>
        <w:tc>
          <w:tcPr>
            <w:tcW w:w="651" w:type="pct"/>
            <w:tcBorders>
              <w:top w:val="single" w:sz="4" w:space="0" w:color="000000"/>
              <w:left w:val="single" w:sz="4" w:space="0" w:color="000000"/>
              <w:bottom w:val="single" w:sz="4" w:space="0" w:color="000000"/>
              <w:right w:val="single" w:sz="4" w:space="0" w:color="000000"/>
            </w:tcBorders>
          </w:tcPr>
          <w:p w14:paraId="6CDF13E7" w14:textId="77777777" w:rsidR="009446D0" w:rsidRPr="00EB75F0" w:rsidRDefault="0084596B">
            <w:pPr>
              <w:spacing w:before="60" w:after="60" w:line="240" w:lineRule="auto"/>
              <w:rPr>
                <w:sz w:val="14"/>
              </w:rPr>
            </w:pPr>
            <w:r w:rsidRPr="00EB75F0">
              <w:rPr>
                <w:sz w:val="14"/>
              </w:rPr>
              <w:t>Patients were required to have a score of at least 60 on the Positive and Negative Syndrome Scale (PANSS).</w:t>
            </w:r>
          </w:p>
        </w:tc>
        <w:tc>
          <w:tcPr>
            <w:tcW w:w="658" w:type="pct"/>
            <w:tcBorders>
              <w:top w:val="single" w:sz="4" w:space="0" w:color="000000"/>
              <w:left w:val="single" w:sz="4" w:space="0" w:color="000000"/>
              <w:bottom w:val="single" w:sz="4" w:space="0" w:color="000000"/>
              <w:right w:val="single" w:sz="4" w:space="0" w:color="000000"/>
            </w:tcBorders>
          </w:tcPr>
          <w:p w14:paraId="450B77C8" w14:textId="77777777" w:rsidR="009446D0" w:rsidRPr="00EB75F0" w:rsidRDefault="0084596B">
            <w:pPr>
              <w:spacing w:before="60" w:after="60" w:line="240" w:lineRule="auto"/>
              <w:rPr>
                <w:sz w:val="14"/>
              </w:rPr>
            </w:pPr>
            <w:r w:rsidRPr="00EB75F0">
              <w:rPr>
                <w:sz w:val="14"/>
              </w:rPr>
              <w:t>Patients who had clinically significant disease were excluded</w:t>
            </w:r>
          </w:p>
        </w:tc>
      </w:tr>
      <w:tr w:rsidR="009446D0" w:rsidRPr="00EB75F0" w14:paraId="11931C8C" w14:textId="77777777">
        <w:tc>
          <w:tcPr>
            <w:tcW w:w="485" w:type="pct"/>
            <w:tcBorders>
              <w:top w:val="single" w:sz="4" w:space="0" w:color="000000"/>
              <w:left w:val="single" w:sz="4" w:space="0" w:color="000000"/>
              <w:bottom w:val="single" w:sz="4" w:space="0" w:color="000000"/>
              <w:right w:val="single" w:sz="4" w:space="0" w:color="000000"/>
            </w:tcBorders>
          </w:tcPr>
          <w:p w14:paraId="4D56348C" w14:textId="63E6C18F" w:rsidR="009446D0" w:rsidRPr="00EB75F0" w:rsidRDefault="0084596B">
            <w:pPr>
              <w:spacing w:before="60" w:after="60" w:line="240" w:lineRule="auto"/>
              <w:rPr>
                <w:sz w:val="14"/>
              </w:rPr>
            </w:pPr>
            <w:proofErr w:type="spellStart"/>
            <w:r w:rsidRPr="00EB75F0">
              <w:rPr>
                <w:sz w:val="14"/>
              </w:rPr>
              <w:t>Landbloom</w:t>
            </w:r>
            <w:proofErr w:type="spellEnd"/>
            <w:r w:rsidRPr="00EB75F0">
              <w:rPr>
                <w:sz w:val="14"/>
              </w:rPr>
              <w:t xml:space="preserve"> 2016</w:t>
            </w:r>
            <w:r w:rsidR="0031308D" w:rsidRPr="00EB75F0">
              <w:fldChar w:fldCharType="begin"/>
            </w:r>
            <w:r w:rsidR="00452EF4">
              <w:instrText xml:space="preserve"> ADDIN EN.CITE &lt;EndNote&gt;&lt;Cite&gt;&lt;Author&gt;Landbloom&lt;/Author&gt;&lt;Year&gt;2017&lt;/Year&gt;&lt;RecNum&gt;62&lt;/RecNum&gt;&lt;DisplayText&gt;&lt;style face="superscript"&gt;65&lt;/style&gt;&lt;/DisplayText&gt;&lt;record&gt;&lt;rec-number&gt;62&lt;/rec-number&gt;&lt;foreign-keys&gt;&lt;key app="EN" db-id="9ttaxzax2p0tr7ewzt55atews50zvxaaa5rz" timestamp="1764068838"&gt;62&lt;/key&gt;&lt;/foreign-keys&gt;&lt;ref-type name="Journal Article"&gt;17&lt;/ref-type&gt;&lt;contributors&gt;&lt;authors&gt;&lt;author&gt;Landbloom, Ronald&lt;/author&gt;&lt;author&gt;Mackle, Mary&lt;/author&gt;&lt;author&gt;Wu, Xiao&lt;/author&gt;&lt;author&gt;Kelly, Linda&lt;/author&gt;&lt;author&gt;Snow-Adami, Linda&lt;/author&gt;&lt;author&gt;McIntyre, Roger S&lt;/author&gt;&lt;author&gt;Mathews, Maju&lt;/author&gt;&lt;author&gt;Hundt, Carla&lt;/author&gt;&lt;/authors&gt;&lt;/contributors&gt;&lt;titles&gt;&lt;title&gt;Asenapine for the treatment of adults with an acute exacerbation of schizophrenia: results from a randomized, double-blind, fixed-dose, placebo-controlled trial with olanzapine as an active control&lt;/title&gt;&lt;secondary-title&gt;CNS spectrums&lt;/secondary-title&gt;&lt;/titles&gt;&lt;periodical&gt;&lt;full-title&gt;CNS spectrums&lt;/full-title&gt;&lt;/periodical&gt;&lt;pages&gt;333-341&lt;/pages&gt;&lt;volume&gt;22&lt;/volume&gt;&lt;number&gt;4&lt;/number&gt;&lt;dates&gt;&lt;year&gt;2017&lt;/year&gt;&lt;/dates&gt;&lt;isbn&gt;1092-8529&lt;/isbn&gt;&lt;urls&gt;&lt;/urls&gt;&lt;/record&gt;&lt;/Cite&gt;&lt;/EndNote&gt;</w:instrText>
            </w:r>
            <w:r w:rsidR="0031308D" w:rsidRPr="00EB75F0">
              <w:fldChar w:fldCharType="separate"/>
            </w:r>
            <w:r w:rsidR="00452EF4" w:rsidRPr="00452EF4">
              <w:rPr>
                <w:noProof/>
                <w:vertAlign w:val="superscript"/>
              </w:rPr>
              <w:t>65</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7F2AB300" w14:textId="77777777" w:rsidR="009446D0" w:rsidRPr="00732701" w:rsidRDefault="0084596B">
            <w:pPr>
              <w:spacing w:before="60" w:after="60" w:line="240" w:lineRule="auto"/>
              <w:rPr>
                <w:sz w:val="14"/>
                <w:lang w:val="nl-NL"/>
              </w:rPr>
            </w:pPr>
            <w:r w:rsidRPr="00732701">
              <w:rPr>
                <w:sz w:val="14"/>
                <w:lang w:val="nl-NL"/>
              </w:rPr>
              <w:t xml:space="preserve">DSM-IV-TR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24220688" w14:textId="77777777" w:rsidR="009446D0" w:rsidRPr="00EB75F0" w:rsidRDefault="0084596B">
            <w:pPr>
              <w:spacing w:before="60" w:after="60" w:line="240" w:lineRule="auto"/>
              <w:rPr>
                <w:sz w:val="14"/>
              </w:rPr>
            </w:pPr>
            <w:r w:rsidRPr="00EB75F0">
              <w:rPr>
                <w:sz w:val="14"/>
              </w:rPr>
              <w:t>18+</w:t>
            </w:r>
          </w:p>
        </w:tc>
        <w:tc>
          <w:tcPr>
            <w:tcW w:w="557" w:type="pct"/>
            <w:tcBorders>
              <w:top w:val="single" w:sz="4" w:space="0" w:color="000000"/>
              <w:left w:val="single" w:sz="4" w:space="0" w:color="000000"/>
              <w:bottom w:val="single" w:sz="4" w:space="0" w:color="000000"/>
              <w:right w:val="single" w:sz="4" w:space="0" w:color="000000"/>
            </w:tcBorders>
          </w:tcPr>
          <w:p w14:paraId="486148E0"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57359F6D" w14:textId="77777777" w:rsidR="009446D0" w:rsidRPr="00EB75F0" w:rsidRDefault="0084596B">
            <w:pPr>
              <w:spacing w:before="60" w:after="60" w:line="240" w:lineRule="auto"/>
              <w:rPr>
                <w:sz w:val="14"/>
              </w:rPr>
            </w:pPr>
            <w:r w:rsidRPr="00EB75F0">
              <w:rPr>
                <w:sz w:val="14"/>
              </w:rPr>
              <w:t>Participants with confirmed experience of an acute exacerbation of schizophrenia (as evidenced by a duration of =8 weeks) were included</w:t>
            </w:r>
          </w:p>
        </w:tc>
        <w:tc>
          <w:tcPr>
            <w:tcW w:w="694" w:type="pct"/>
            <w:tcBorders>
              <w:top w:val="single" w:sz="4" w:space="0" w:color="000000"/>
              <w:left w:val="single" w:sz="4" w:space="0" w:color="000000"/>
              <w:bottom w:val="single" w:sz="4" w:space="0" w:color="000000"/>
              <w:right w:val="single" w:sz="4" w:space="0" w:color="000000"/>
            </w:tcBorders>
          </w:tcPr>
          <w:p w14:paraId="3F320193" w14:textId="77777777" w:rsidR="009446D0" w:rsidRPr="00EB75F0" w:rsidRDefault="0084596B">
            <w:pPr>
              <w:spacing w:before="60" w:after="60" w:line="240" w:lineRule="auto"/>
              <w:rPr>
                <w:sz w:val="14"/>
              </w:rPr>
            </w:pPr>
            <w:r w:rsidRPr="00EB75F0">
              <w:rPr>
                <w:sz w:val="14"/>
              </w:rPr>
              <w:t>Patients must have previously responded positively to an antipsychotic medication other than clozapine and tapered off all prohibited psychotropic medication (antipsychotics, antidepressants, and mood stabilizers).</w:t>
            </w:r>
          </w:p>
        </w:tc>
        <w:tc>
          <w:tcPr>
            <w:tcW w:w="531" w:type="pct"/>
            <w:tcBorders>
              <w:top w:val="single" w:sz="4" w:space="0" w:color="000000"/>
              <w:left w:val="single" w:sz="4" w:space="0" w:color="000000"/>
              <w:bottom w:val="single" w:sz="4" w:space="0" w:color="000000"/>
              <w:right w:val="single" w:sz="4" w:space="0" w:color="000000"/>
            </w:tcBorders>
          </w:tcPr>
          <w:p w14:paraId="7C732A3B"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692824B9" w14:textId="77777777" w:rsidR="009446D0" w:rsidRPr="00EB75F0" w:rsidRDefault="0084596B">
            <w:pPr>
              <w:spacing w:before="60" w:after="60" w:line="240" w:lineRule="auto"/>
              <w:rPr>
                <w:sz w:val="14"/>
              </w:rPr>
            </w:pPr>
            <w:r w:rsidRPr="00EB75F0">
              <w:rPr>
                <w:sz w:val="14"/>
              </w:rPr>
              <w:t>Participants with Positive and Negative Syndrome Scale (PANSS) total score =&gt;70 at screening and baseline were included. Patients were required to have a score &gt;=4 on at least 2 items in the PANSS positive subscale. A Clinical Global Impression–Severity (CGI-S) score &gt;=4 (moderately ill)</w:t>
            </w:r>
          </w:p>
        </w:tc>
        <w:tc>
          <w:tcPr>
            <w:tcW w:w="658" w:type="pct"/>
            <w:tcBorders>
              <w:top w:val="single" w:sz="4" w:space="0" w:color="000000"/>
              <w:left w:val="single" w:sz="4" w:space="0" w:color="000000"/>
              <w:bottom w:val="single" w:sz="4" w:space="0" w:color="000000"/>
              <w:right w:val="single" w:sz="4" w:space="0" w:color="000000"/>
            </w:tcBorders>
          </w:tcPr>
          <w:p w14:paraId="4415C0D2" w14:textId="77777777" w:rsidR="009446D0" w:rsidRPr="00EB75F0" w:rsidRDefault="0084596B">
            <w:pPr>
              <w:spacing w:before="60" w:after="60" w:line="240" w:lineRule="auto"/>
              <w:rPr>
                <w:sz w:val="14"/>
              </w:rPr>
            </w:pPr>
            <w:r w:rsidRPr="00EB75F0">
              <w:rPr>
                <w:sz w:val="14"/>
              </w:rPr>
              <w:t xml:space="preserve">Participants with Jaundice, worsening fatigue, nausea, vomiting, right upper quadrant pain or tenderness, fever, rash, or eosinophilia); clinically significant laboratory, vital sign, physical examination, or electrocardiogram findings at screening that precluded trial participation; narrow-angle glaucoma history; epilepsy or any seizure disorder beyond childhood febrile seizure </w:t>
            </w:r>
            <w:r w:rsidRPr="00EB75F0">
              <w:rPr>
                <w:sz w:val="14"/>
              </w:rPr>
              <w:lastRenderedPageBreak/>
              <w:t>diagnosis; human immunodeficiency virus antibody serological evidence; neuroleptic malignant syndrome history; or tardive dyskinesia history were excluded. Additional exclusion criteria included diagnosis of schizoaffective disorder or schizophrenia of catatonic or residual subtype, or schizophrenia of residual subtype; primary Axis I diagnosis other than schizophrenia; comorbid Axis I disorder responsible for current symptoms and functional impairment; borderline personality disorder diagnosis; mental retardation diagnosis, history of traumatic brain injury causing ongoing cognitive difficulties, Alzheimer’s disease or another form of dementia, or any central nervous system chronic organ disease were excluded</w:t>
            </w:r>
          </w:p>
        </w:tc>
      </w:tr>
      <w:tr w:rsidR="009446D0" w:rsidRPr="00EB75F0" w14:paraId="3DEACB1E" w14:textId="77777777">
        <w:tc>
          <w:tcPr>
            <w:tcW w:w="485" w:type="pct"/>
            <w:tcBorders>
              <w:top w:val="single" w:sz="4" w:space="0" w:color="000000"/>
              <w:left w:val="single" w:sz="4" w:space="0" w:color="000000"/>
              <w:bottom w:val="single" w:sz="4" w:space="0" w:color="000000"/>
              <w:right w:val="single" w:sz="4" w:space="0" w:color="000000"/>
            </w:tcBorders>
          </w:tcPr>
          <w:p w14:paraId="53BADBAF" w14:textId="7081B6C1" w:rsidR="009446D0" w:rsidRPr="00EB75F0" w:rsidRDefault="0084596B">
            <w:pPr>
              <w:spacing w:before="60" w:after="60" w:line="240" w:lineRule="auto"/>
              <w:rPr>
                <w:sz w:val="14"/>
              </w:rPr>
            </w:pPr>
            <w:r w:rsidRPr="00EB75F0">
              <w:rPr>
                <w:sz w:val="14"/>
              </w:rPr>
              <w:lastRenderedPageBreak/>
              <w:t>Meltzer 2011</w:t>
            </w:r>
            <w:r w:rsidR="0031308D" w:rsidRPr="00EB75F0">
              <w:fldChar w:fldCharType="begin"/>
            </w:r>
            <w:r w:rsidR="00452EF4">
              <w:instrText xml:space="preserve"> ADDIN EN.CITE &lt;EndNote&gt;&lt;Cite&gt;&lt;Author&gt;Meltzer&lt;/Author&gt;&lt;Year&gt;2011&lt;/Year&gt;&lt;RecNum&gt;64&lt;/RecNum&gt;&lt;DisplayText&gt;&lt;style face="superscript"&gt;67&lt;/style&gt;&lt;/DisplayText&gt;&lt;record&gt;&lt;rec-number&gt;64&lt;/rec-number&gt;&lt;foreign-keys&gt;&lt;key app="EN" db-id="9ttaxzax2p0tr7ewzt55atews50zvxaaa5rz" timestamp="1764068838"&gt;64&lt;/key&gt;&lt;/foreign-keys&gt;&lt;ref-type name="Journal Article"&gt;17&lt;/ref-type&gt;&lt;contributors&gt;&lt;authors&gt;&lt;author&gt;Meltzer, Herbert Y&lt;/author&gt;&lt;author&gt;Cucchiaro, Josephine&lt;/author&gt;&lt;author&gt;Silva, Robert&lt;/author&gt;&lt;author&gt;Ogasa, Masaaki&lt;/author&gt;&lt;author&gt;Phillips, Debra&lt;/author&gt;&lt;author&gt;Xu, Jane&lt;/author&gt;&lt;author&gt;Kalali, Amir H&lt;/author&gt;&lt;author&gt;Schweizer, Edward&lt;/author&gt;&lt;author&gt;Pikalov, Andrei&lt;/author&gt;&lt;author&gt;Loebel, Antony&lt;/author&gt;&lt;/authors&gt;&lt;/contributors&gt;&lt;titles&gt;&lt;title&gt;Lurasidone in the treatment of schizophrenia: a randomized, double-blind, placebo-and olanzapine-controlled study&lt;/title&gt;&lt;secondary-title&gt;American Journal of Psychiatry&lt;/secondary-title&gt;&lt;/titles&gt;&lt;periodical&gt;&lt;full-title&gt;American Journal of Psychiatry&lt;/full-title&gt;&lt;/periodical&gt;&lt;pages&gt;957-967&lt;/pages&gt;&lt;volume&gt;168&lt;/volume&gt;&lt;number&gt;9&lt;/number&gt;&lt;dates&gt;&lt;year&gt;2011&lt;/year&gt;&lt;/dates&gt;&lt;isbn&gt;0002-953X&lt;/isbn&gt;&lt;urls&gt;&lt;/urls&gt;&lt;/record&gt;&lt;/Cite&gt;&lt;/EndNote&gt;</w:instrText>
            </w:r>
            <w:r w:rsidR="0031308D" w:rsidRPr="00EB75F0">
              <w:fldChar w:fldCharType="separate"/>
            </w:r>
            <w:r w:rsidR="00452EF4" w:rsidRPr="00452EF4">
              <w:rPr>
                <w:noProof/>
                <w:vertAlign w:val="superscript"/>
              </w:rPr>
              <w:t>67</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428AA496" w14:textId="77777777" w:rsidR="009446D0" w:rsidRPr="00EB75F0" w:rsidRDefault="0084596B">
            <w:pPr>
              <w:spacing w:before="60" w:after="60" w:line="240" w:lineRule="auto"/>
              <w:rPr>
                <w:sz w:val="14"/>
              </w:rPr>
            </w:pPr>
            <w:r w:rsidRPr="00EB75F0">
              <w:rPr>
                <w:sz w:val="14"/>
              </w:rPr>
              <w:t>DSM-IV determined by the Mini International Neuropsychiatric Interview diagnosis of schizophrenia</w:t>
            </w:r>
          </w:p>
        </w:tc>
        <w:tc>
          <w:tcPr>
            <w:tcW w:w="293" w:type="pct"/>
            <w:tcBorders>
              <w:top w:val="single" w:sz="4" w:space="0" w:color="000000"/>
              <w:left w:val="single" w:sz="4" w:space="0" w:color="000000"/>
              <w:bottom w:val="single" w:sz="4" w:space="0" w:color="000000"/>
              <w:right w:val="single" w:sz="4" w:space="0" w:color="000000"/>
            </w:tcBorders>
          </w:tcPr>
          <w:p w14:paraId="5BD8EA6E" w14:textId="77777777" w:rsidR="009446D0" w:rsidRPr="00EB75F0" w:rsidRDefault="0084596B">
            <w:pPr>
              <w:spacing w:before="60" w:after="60" w:line="240" w:lineRule="auto"/>
              <w:rPr>
                <w:sz w:val="14"/>
              </w:rPr>
            </w:pPr>
            <w:r w:rsidRPr="00EB75F0">
              <w:rPr>
                <w:sz w:val="14"/>
              </w:rPr>
              <w:t>18-75</w:t>
            </w:r>
          </w:p>
        </w:tc>
        <w:tc>
          <w:tcPr>
            <w:tcW w:w="557" w:type="pct"/>
            <w:tcBorders>
              <w:top w:val="single" w:sz="4" w:space="0" w:color="000000"/>
              <w:left w:val="single" w:sz="4" w:space="0" w:color="000000"/>
              <w:bottom w:val="single" w:sz="4" w:space="0" w:color="000000"/>
              <w:right w:val="single" w:sz="4" w:space="0" w:color="000000"/>
            </w:tcBorders>
          </w:tcPr>
          <w:p w14:paraId="2BA652EE" w14:textId="77777777" w:rsidR="009446D0" w:rsidRPr="00EB75F0" w:rsidRDefault="0084596B">
            <w:pPr>
              <w:spacing w:before="60" w:after="60" w:line="240" w:lineRule="auto"/>
              <w:rPr>
                <w:sz w:val="14"/>
              </w:rPr>
            </w:pPr>
            <w:r w:rsidRPr="00EB75F0">
              <w:rPr>
                <w:sz w:val="14"/>
              </w:rPr>
              <w:t>Patients were required to have an illness duration of at least 1 year and to have been hospitalized for ≤2 weeks for an acute exacerbation of psychotic symptoms for inclusion</w:t>
            </w:r>
          </w:p>
        </w:tc>
        <w:tc>
          <w:tcPr>
            <w:tcW w:w="448" w:type="pct"/>
            <w:tcBorders>
              <w:top w:val="single" w:sz="4" w:space="0" w:color="000000"/>
              <w:left w:val="single" w:sz="4" w:space="0" w:color="000000"/>
              <w:bottom w:val="single" w:sz="4" w:space="0" w:color="000000"/>
              <w:right w:val="single" w:sz="4" w:space="0" w:color="000000"/>
            </w:tcBorders>
          </w:tcPr>
          <w:p w14:paraId="26C84D8D" w14:textId="77777777" w:rsidR="009446D0" w:rsidRPr="00EB75F0" w:rsidRDefault="0084596B">
            <w:pPr>
              <w:spacing w:before="60" w:after="60" w:line="240" w:lineRule="auto"/>
              <w:rPr>
                <w:sz w:val="14"/>
              </w:rPr>
            </w:pPr>
            <w:r w:rsidRPr="00EB75F0">
              <w:rPr>
                <w:sz w:val="14"/>
              </w:rPr>
              <w:t>Participants have been hospitalized for ≤2 weeks for an acute exacerbation of psychotic symptoms for inclusion</w:t>
            </w:r>
          </w:p>
        </w:tc>
        <w:tc>
          <w:tcPr>
            <w:tcW w:w="694" w:type="pct"/>
            <w:tcBorders>
              <w:top w:val="single" w:sz="4" w:space="0" w:color="000000"/>
              <w:left w:val="single" w:sz="4" w:space="0" w:color="000000"/>
              <w:bottom w:val="single" w:sz="4" w:space="0" w:color="000000"/>
              <w:right w:val="single" w:sz="4" w:space="0" w:color="000000"/>
            </w:tcBorders>
          </w:tcPr>
          <w:p w14:paraId="6D53F2EF" w14:textId="77777777" w:rsidR="009446D0" w:rsidRPr="00EB75F0" w:rsidRDefault="0084596B">
            <w:pPr>
              <w:spacing w:before="60" w:after="60" w:line="240" w:lineRule="auto"/>
              <w:rPr>
                <w:sz w:val="14"/>
              </w:rPr>
            </w:pPr>
            <w:r w:rsidRPr="00EB75F0">
              <w:rPr>
                <w:sz w:val="14"/>
              </w:rPr>
              <w:t>Not reported</w:t>
            </w:r>
          </w:p>
        </w:tc>
        <w:tc>
          <w:tcPr>
            <w:tcW w:w="531" w:type="pct"/>
            <w:tcBorders>
              <w:top w:val="single" w:sz="4" w:space="0" w:color="000000"/>
              <w:left w:val="single" w:sz="4" w:space="0" w:color="000000"/>
              <w:bottom w:val="single" w:sz="4" w:space="0" w:color="000000"/>
              <w:right w:val="single" w:sz="4" w:space="0" w:color="000000"/>
            </w:tcBorders>
          </w:tcPr>
          <w:p w14:paraId="489BBD6D" w14:textId="77777777" w:rsidR="009446D0" w:rsidRPr="00EB75F0" w:rsidRDefault="0084596B">
            <w:pPr>
              <w:spacing w:before="60" w:after="60" w:line="240" w:lineRule="auto"/>
              <w:rPr>
                <w:sz w:val="14"/>
              </w:rPr>
            </w:pPr>
            <w:r w:rsidRPr="00EB75F0">
              <w:rPr>
                <w:sz w:val="14"/>
              </w:rPr>
              <w:t>Limited use of benzodiazepines was permitted for severe anxiety, agitation, or insomnia was permitted</w:t>
            </w:r>
          </w:p>
        </w:tc>
        <w:tc>
          <w:tcPr>
            <w:tcW w:w="651" w:type="pct"/>
            <w:tcBorders>
              <w:top w:val="single" w:sz="4" w:space="0" w:color="000000"/>
              <w:left w:val="single" w:sz="4" w:space="0" w:color="000000"/>
              <w:bottom w:val="single" w:sz="4" w:space="0" w:color="000000"/>
              <w:right w:val="single" w:sz="4" w:space="0" w:color="000000"/>
            </w:tcBorders>
          </w:tcPr>
          <w:p w14:paraId="19BEC927" w14:textId="77777777" w:rsidR="009446D0" w:rsidRPr="00EB75F0" w:rsidRDefault="0084596B">
            <w:pPr>
              <w:spacing w:before="60" w:after="60" w:line="240" w:lineRule="auto"/>
              <w:rPr>
                <w:sz w:val="14"/>
              </w:rPr>
            </w:pPr>
            <w:r w:rsidRPr="00EB75F0">
              <w:rPr>
                <w:sz w:val="14"/>
              </w:rPr>
              <w:t>Participants having CGI-S score ≥4 (moderate or greater) and a Positive and Negative Syndrome Scale (PANSS) total score ≥80, including a score ≥4 (moderate) on two or more of the following PANSS items: delusions, conceptual dis organization, hallucinations, unusual thought content, and suspiciousness were included</w:t>
            </w:r>
          </w:p>
        </w:tc>
        <w:tc>
          <w:tcPr>
            <w:tcW w:w="658" w:type="pct"/>
            <w:tcBorders>
              <w:top w:val="single" w:sz="4" w:space="0" w:color="000000"/>
              <w:left w:val="single" w:sz="4" w:space="0" w:color="000000"/>
              <w:bottom w:val="single" w:sz="4" w:space="0" w:color="000000"/>
              <w:right w:val="single" w:sz="4" w:space="0" w:color="000000"/>
            </w:tcBorders>
          </w:tcPr>
          <w:p w14:paraId="4737ACBE" w14:textId="77777777" w:rsidR="009446D0" w:rsidRPr="00EB75F0" w:rsidRDefault="0084596B">
            <w:pPr>
              <w:spacing w:before="60" w:after="60" w:line="240" w:lineRule="auto"/>
              <w:rPr>
                <w:sz w:val="14"/>
              </w:rPr>
            </w:pPr>
            <w:r w:rsidRPr="00EB75F0">
              <w:rPr>
                <w:sz w:val="14"/>
              </w:rPr>
              <w:t>Not reported</w:t>
            </w:r>
          </w:p>
        </w:tc>
      </w:tr>
      <w:tr w:rsidR="009446D0" w:rsidRPr="00EB75F0" w14:paraId="10A2F541" w14:textId="77777777">
        <w:tc>
          <w:tcPr>
            <w:tcW w:w="485" w:type="pct"/>
            <w:tcBorders>
              <w:top w:val="single" w:sz="4" w:space="0" w:color="000000"/>
              <w:left w:val="single" w:sz="4" w:space="0" w:color="000000"/>
              <w:bottom w:val="single" w:sz="4" w:space="0" w:color="000000"/>
              <w:right w:val="single" w:sz="4" w:space="0" w:color="000000"/>
            </w:tcBorders>
          </w:tcPr>
          <w:p w14:paraId="737F0C6C" w14:textId="6881CFF1" w:rsidR="009446D0" w:rsidRPr="00EB75F0" w:rsidRDefault="0084596B">
            <w:pPr>
              <w:spacing w:before="60" w:after="60" w:line="240" w:lineRule="auto"/>
              <w:rPr>
                <w:sz w:val="14"/>
              </w:rPr>
            </w:pPr>
            <w:r w:rsidRPr="00EB75F0">
              <w:rPr>
                <w:sz w:val="14"/>
              </w:rPr>
              <w:t>Kane 2007</w:t>
            </w:r>
            <w:r w:rsidR="0031308D" w:rsidRPr="00EB75F0">
              <w:fldChar w:fldCharType="begin"/>
            </w:r>
            <w:r w:rsidR="00452EF4">
              <w:instrText xml:space="preserve"> ADDIN EN.CITE &lt;EndNote&gt;&lt;Cite&gt;&lt;Author&gt;Kane&lt;/Author&gt;&lt;Year&gt;2007&lt;/Year&gt;&lt;RecNum&gt;65&lt;/RecNum&gt;&lt;DisplayText&gt;&lt;style face="superscript"&gt;68&lt;/style&gt;&lt;/DisplayText&gt;&lt;record&gt;&lt;rec-number&gt;65&lt;/rec-number&gt;&lt;foreign-keys&gt;&lt;key app="EN" db-id="9ttaxzax2p0tr7ewzt55atews50zvxaaa5rz" timestamp="1764068839"&gt;65&lt;/key&gt;&lt;/foreign-keys&gt;&lt;ref-type name="Journal Article"&gt;17&lt;/ref-type&gt;&lt;contributors&gt;&lt;authors&gt;&lt;author&gt;Kane, J&lt;/author&gt;&lt;author&gt;Canas, F&lt;/author&gt;&lt;author&gt;Kramer, M&lt;/author&gt;&lt;author&gt;Ford, L&lt;/author&gt;&lt;author&gt;Gassmann-Mayer, C&lt;/author&gt;&lt;author&gt;Lim, P&lt;/author&gt;&lt;author&gt;Eerdekens, M&lt;/author&gt;&lt;/authors&gt;&lt;/contributors&gt;&lt;titles&gt;&lt;title&gt;Treatment of schizophrenia with paliperidone extended-release tablets: a 6-week placebo-controlled trial&lt;/title&gt;&lt;secondary-title&gt;Schizophrenia Research&lt;/secondary-title&gt;&lt;/titles&gt;&lt;periodical&gt;&lt;full-title&gt;Schizophrenia Research&lt;/full-title&gt;&lt;/periodical&gt;&lt;pages&gt;147-161&lt;/pages&gt;&lt;volume&gt;90&lt;/volume&gt;&lt;number&gt;1-3&lt;/number&gt;&lt;dates&gt;&lt;year&gt;2007&lt;/year&gt;&lt;/dates&gt;&lt;isbn&gt;0920-9964&lt;/isbn&gt;&lt;urls&gt;&lt;/urls&gt;&lt;/record&gt;&lt;/Cite&gt;&lt;/EndNote&gt;</w:instrText>
            </w:r>
            <w:r w:rsidR="0031308D" w:rsidRPr="00EB75F0">
              <w:fldChar w:fldCharType="separate"/>
            </w:r>
            <w:r w:rsidR="00452EF4" w:rsidRPr="00452EF4">
              <w:rPr>
                <w:noProof/>
                <w:vertAlign w:val="superscript"/>
              </w:rPr>
              <w:t>68</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6C0C72DC" w14:textId="77777777" w:rsidR="009446D0" w:rsidRPr="00EB75F0" w:rsidRDefault="0084596B">
            <w:pPr>
              <w:spacing w:before="60" w:after="60" w:line="240" w:lineRule="auto"/>
              <w:rPr>
                <w:sz w:val="14"/>
              </w:rPr>
            </w:pPr>
            <w:r w:rsidRPr="00EB75F0">
              <w:rPr>
                <w:sz w:val="14"/>
              </w:rPr>
              <w:t>DSM-IV Criteria diagnosis of schizophrenia</w:t>
            </w:r>
          </w:p>
        </w:tc>
        <w:tc>
          <w:tcPr>
            <w:tcW w:w="293" w:type="pct"/>
            <w:tcBorders>
              <w:top w:val="single" w:sz="4" w:space="0" w:color="000000"/>
              <w:left w:val="single" w:sz="4" w:space="0" w:color="000000"/>
              <w:bottom w:val="single" w:sz="4" w:space="0" w:color="000000"/>
              <w:right w:val="single" w:sz="4" w:space="0" w:color="000000"/>
            </w:tcBorders>
          </w:tcPr>
          <w:p w14:paraId="349F43DB" w14:textId="77777777" w:rsidR="009446D0" w:rsidRPr="00EB75F0" w:rsidRDefault="0084596B">
            <w:pPr>
              <w:spacing w:before="60" w:after="60" w:line="240" w:lineRule="auto"/>
              <w:rPr>
                <w:sz w:val="14"/>
              </w:rPr>
            </w:pPr>
            <w:r w:rsidRPr="00EB75F0">
              <w:rPr>
                <w:sz w:val="14"/>
              </w:rPr>
              <w:t>18+</w:t>
            </w:r>
          </w:p>
        </w:tc>
        <w:tc>
          <w:tcPr>
            <w:tcW w:w="557" w:type="pct"/>
            <w:tcBorders>
              <w:top w:val="single" w:sz="4" w:space="0" w:color="000000"/>
              <w:left w:val="single" w:sz="4" w:space="0" w:color="000000"/>
              <w:bottom w:val="single" w:sz="4" w:space="0" w:color="000000"/>
              <w:right w:val="single" w:sz="4" w:space="0" w:color="000000"/>
            </w:tcBorders>
          </w:tcPr>
          <w:p w14:paraId="5CFAEB9E" w14:textId="77777777" w:rsidR="009446D0" w:rsidRPr="00EB75F0" w:rsidRDefault="0084596B">
            <w:pPr>
              <w:spacing w:before="60" w:after="60" w:line="240" w:lineRule="auto"/>
              <w:rPr>
                <w:sz w:val="14"/>
              </w:rPr>
            </w:pPr>
            <w:r w:rsidRPr="00EB75F0">
              <w:rPr>
                <w:sz w:val="14"/>
              </w:rPr>
              <w:t>Patients must have been diagnosed with schizophrenia for at least 1 year prior to screening for inclusion</w:t>
            </w:r>
          </w:p>
        </w:tc>
        <w:tc>
          <w:tcPr>
            <w:tcW w:w="448" w:type="pct"/>
            <w:tcBorders>
              <w:top w:val="single" w:sz="4" w:space="0" w:color="000000"/>
              <w:left w:val="single" w:sz="4" w:space="0" w:color="000000"/>
              <w:bottom w:val="single" w:sz="4" w:space="0" w:color="000000"/>
              <w:right w:val="single" w:sz="4" w:space="0" w:color="000000"/>
            </w:tcBorders>
          </w:tcPr>
          <w:p w14:paraId="212DFC0B" w14:textId="77777777" w:rsidR="009446D0" w:rsidRPr="00EB75F0" w:rsidRDefault="0084596B">
            <w:pPr>
              <w:spacing w:before="60" w:after="60" w:line="240" w:lineRule="auto"/>
              <w:rPr>
                <w:sz w:val="14"/>
              </w:rPr>
            </w:pPr>
            <w:r w:rsidRPr="00EB75F0">
              <w:rPr>
                <w:sz w:val="14"/>
              </w:rPr>
              <w:t>Patients experiencing an acute episode of schizophrenia were included</w:t>
            </w:r>
          </w:p>
        </w:tc>
        <w:tc>
          <w:tcPr>
            <w:tcW w:w="694" w:type="pct"/>
            <w:tcBorders>
              <w:top w:val="single" w:sz="4" w:space="0" w:color="000000"/>
              <w:left w:val="single" w:sz="4" w:space="0" w:color="000000"/>
              <w:bottom w:val="single" w:sz="4" w:space="0" w:color="000000"/>
              <w:right w:val="single" w:sz="4" w:space="0" w:color="000000"/>
            </w:tcBorders>
          </w:tcPr>
          <w:p w14:paraId="7C2AFE32" w14:textId="77777777" w:rsidR="009446D0" w:rsidRPr="00EB75F0" w:rsidRDefault="0084596B">
            <w:pPr>
              <w:spacing w:before="60" w:after="60" w:line="240" w:lineRule="auto"/>
              <w:rPr>
                <w:sz w:val="14"/>
              </w:rPr>
            </w:pPr>
            <w:r w:rsidRPr="00EB75F0">
              <w:rPr>
                <w:sz w:val="14"/>
              </w:rPr>
              <w:t>Patients receiving a depot antipsychotic within 120 days or paliperidone palmitate as part of a clinical trial within 10 months before screening, and the use of antidepressants (unless on a stable dose for 3 months prior to the study) or mood stabilizers within the 2 weeks prior to screening</w:t>
            </w:r>
          </w:p>
        </w:tc>
        <w:tc>
          <w:tcPr>
            <w:tcW w:w="531" w:type="pct"/>
            <w:tcBorders>
              <w:top w:val="single" w:sz="4" w:space="0" w:color="000000"/>
              <w:left w:val="single" w:sz="4" w:space="0" w:color="000000"/>
              <w:bottom w:val="single" w:sz="4" w:space="0" w:color="000000"/>
              <w:right w:val="single" w:sz="4" w:space="0" w:color="000000"/>
            </w:tcBorders>
          </w:tcPr>
          <w:p w14:paraId="1866B9F4" w14:textId="77777777" w:rsidR="009446D0" w:rsidRPr="00EB75F0" w:rsidRDefault="0084596B">
            <w:pPr>
              <w:spacing w:before="60" w:after="60" w:line="240" w:lineRule="auto"/>
              <w:rPr>
                <w:sz w:val="14"/>
              </w:rPr>
            </w:pPr>
            <w:r w:rsidRPr="00EB75F0">
              <w:rPr>
                <w:sz w:val="14"/>
              </w:rPr>
              <w:t>Benzodiazepine use was also permitted provided the patient had been receiving a stable dose for at least 3 months.</w:t>
            </w:r>
          </w:p>
        </w:tc>
        <w:tc>
          <w:tcPr>
            <w:tcW w:w="651" w:type="pct"/>
            <w:tcBorders>
              <w:top w:val="single" w:sz="4" w:space="0" w:color="000000"/>
              <w:left w:val="single" w:sz="4" w:space="0" w:color="000000"/>
              <w:bottom w:val="single" w:sz="4" w:space="0" w:color="000000"/>
              <w:right w:val="single" w:sz="4" w:space="0" w:color="000000"/>
            </w:tcBorders>
          </w:tcPr>
          <w:p w14:paraId="37F88DCC" w14:textId="77777777" w:rsidR="009446D0" w:rsidRPr="00EB75F0" w:rsidRDefault="0084596B">
            <w:pPr>
              <w:spacing w:before="60" w:after="60" w:line="240" w:lineRule="auto"/>
              <w:rPr>
                <w:sz w:val="14"/>
              </w:rPr>
            </w:pPr>
            <w:r w:rsidRPr="00EB75F0">
              <w:rPr>
                <w:sz w:val="14"/>
              </w:rPr>
              <w:t>Patients were included if PANSS total score between 70 and 120</w:t>
            </w:r>
          </w:p>
        </w:tc>
        <w:tc>
          <w:tcPr>
            <w:tcW w:w="658" w:type="pct"/>
            <w:tcBorders>
              <w:top w:val="single" w:sz="4" w:space="0" w:color="000000"/>
              <w:left w:val="single" w:sz="4" w:space="0" w:color="000000"/>
              <w:bottom w:val="single" w:sz="4" w:space="0" w:color="000000"/>
              <w:right w:val="single" w:sz="4" w:space="0" w:color="000000"/>
            </w:tcBorders>
          </w:tcPr>
          <w:p w14:paraId="5564A1E0" w14:textId="77777777" w:rsidR="009446D0" w:rsidRPr="00EB75F0" w:rsidRDefault="0084596B">
            <w:pPr>
              <w:spacing w:before="60" w:after="60" w:line="240" w:lineRule="auto"/>
              <w:rPr>
                <w:sz w:val="14"/>
              </w:rPr>
            </w:pPr>
            <w:r w:rsidRPr="00EB75F0">
              <w:rPr>
                <w:sz w:val="14"/>
              </w:rPr>
              <w:t>A history of tardive dyskinesia or neuroleptic malignant syndrome, being at significant risk for suicide or violent behavior were excluded</w:t>
            </w:r>
          </w:p>
        </w:tc>
      </w:tr>
      <w:tr w:rsidR="009446D0" w:rsidRPr="00EB75F0" w14:paraId="1E9B9DA5" w14:textId="77777777">
        <w:tc>
          <w:tcPr>
            <w:tcW w:w="485" w:type="pct"/>
            <w:tcBorders>
              <w:top w:val="single" w:sz="4" w:space="0" w:color="000000"/>
              <w:left w:val="single" w:sz="4" w:space="0" w:color="000000"/>
              <w:bottom w:val="single" w:sz="4" w:space="0" w:color="000000"/>
              <w:right w:val="single" w:sz="4" w:space="0" w:color="000000"/>
            </w:tcBorders>
          </w:tcPr>
          <w:p w14:paraId="56A78126" w14:textId="6BFAF4D7" w:rsidR="009446D0" w:rsidRPr="00EB75F0" w:rsidRDefault="0084596B">
            <w:pPr>
              <w:spacing w:before="60" w:after="60" w:line="240" w:lineRule="auto"/>
              <w:rPr>
                <w:sz w:val="14"/>
              </w:rPr>
            </w:pPr>
            <w:r w:rsidRPr="00EB75F0">
              <w:rPr>
                <w:sz w:val="14"/>
              </w:rPr>
              <w:lastRenderedPageBreak/>
              <w:t>Davidson 2007</w:t>
            </w:r>
            <w:r w:rsidR="0031308D" w:rsidRPr="00EB75F0">
              <w:fldChar w:fldCharType="begin"/>
            </w:r>
            <w:r w:rsidR="00452EF4">
              <w:instrText xml:space="preserve"> ADDIN EN.CITE &lt;EndNote&gt;&lt;Cite&gt;&lt;Author&gt;Davidson&lt;/Author&gt;&lt;Year&gt;2007&lt;/Year&gt;&lt;RecNum&gt;66&lt;/RecNum&gt;&lt;DisplayText&gt;&lt;style face="superscript"&gt;69&lt;/style&gt;&lt;/DisplayText&gt;&lt;record&gt;&lt;rec-number&gt;66&lt;/rec-number&gt;&lt;foreign-keys&gt;&lt;key app="EN" db-id="9ttaxzax2p0tr7ewzt55atews50zvxaaa5rz" timestamp="1764068839"&gt;66&lt;/key&gt;&lt;/foreign-keys&gt;&lt;ref-type name="Journal Article"&gt;17&lt;/ref-type&gt;&lt;contributors&gt;&lt;authors&gt;&lt;author&gt;Davidson, Michael&lt;/author&gt;&lt;author&gt;Emsley, Robin&lt;/author&gt;&lt;author&gt;Kramer, Michelle&lt;/author&gt;&lt;author&gt;Ford, Lisa&lt;/author&gt;&lt;author&gt;Pan, Guohua&lt;/author&gt;&lt;author&gt;Lim, Pilar&lt;/author&gt;&lt;author&gt;Eerdekens, Mariëlle&lt;/author&gt;&lt;/authors&gt;&lt;/contributors&gt;&lt;titles&gt;&lt;title&gt;Efficacy, safety and early response of paliperidone extended-release tablets (paliperidone ER): results of a 6-week, randomized, placebo-controlled study&lt;/title&gt;&lt;secondary-title&gt;Schizophrenia research&lt;/secondary-title&gt;&lt;/titles&gt;&lt;periodical&gt;&lt;full-title&gt;Schizophrenia Research&lt;/full-title&gt;&lt;/periodical&gt;&lt;pages&gt;117-130&lt;/pages&gt;&lt;volume&gt;93&lt;/volume&gt;&lt;number&gt;1-3&lt;/number&gt;&lt;dates&gt;&lt;year&gt;2007&lt;/year&gt;&lt;/dates&gt;&lt;isbn&gt;0920-9964&lt;/isbn&gt;&lt;urls&gt;&lt;/urls&gt;&lt;/record&gt;&lt;/Cite&gt;&lt;/EndNote&gt;</w:instrText>
            </w:r>
            <w:r w:rsidR="0031308D" w:rsidRPr="00EB75F0">
              <w:fldChar w:fldCharType="separate"/>
            </w:r>
            <w:r w:rsidR="00452EF4" w:rsidRPr="00452EF4">
              <w:rPr>
                <w:noProof/>
                <w:vertAlign w:val="superscript"/>
              </w:rPr>
              <w:t>69</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73127408" w14:textId="77777777" w:rsidR="009446D0" w:rsidRPr="00EB75F0" w:rsidRDefault="0084596B">
            <w:pPr>
              <w:spacing w:before="60" w:after="60" w:line="240" w:lineRule="auto"/>
              <w:rPr>
                <w:sz w:val="14"/>
              </w:rPr>
            </w:pPr>
            <w:r w:rsidRPr="00EB75F0">
              <w:rPr>
                <w:sz w:val="14"/>
              </w:rPr>
              <w:t>DSM-IV Criteria diagnosis of schizophrenia</w:t>
            </w:r>
          </w:p>
        </w:tc>
        <w:tc>
          <w:tcPr>
            <w:tcW w:w="293" w:type="pct"/>
            <w:tcBorders>
              <w:top w:val="single" w:sz="4" w:space="0" w:color="000000"/>
              <w:left w:val="single" w:sz="4" w:space="0" w:color="000000"/>
              <w:bottom w:val="single" w:sz="4" w:space="0" w:color="000000"/>
              <w:right w:val="single" w:sz="4" w:space="0" w:color="000000"/>
            </w:tcBorders>
          </w:tcPr>
          <w:p w14:paraId="25FA3FF5" w14:textId="77777777" w:rsidR="009446D0" w:rsidRPr="00EB75F0" w:rsidRDefault="0084596B">
            <w:pPr>
              <w:spacing w:before="60" w:after="60" w:line="240" w:lineRule="auto"/>
              <w:rPr>
                <w:sz w:val="14"/>
              </w:rPr>
            </w:pPr>
            <w:r w:rsidRPr="00EB75F0">
              <w:rPr>
                <w:sz w:val="14"/>
              </w:rPr>
              <w:t>18+</w:t>
            </w:r>
          </w:p>
        </w:tc>
        <w:tc>
          <w:tcPr>
            <w:tcW w:w="557" w:type="pct"/>
            <w:tcBorders>
              <w:top w:val="single" w:sz="4" w:space="0" w:color="000000"/>
              <w:left w:val="single" w:sz="4" w:space="0" w:color="000000"/>
              <w:bottom w:val="single" w:sz="4" w:space="0" w:color="000000"/>
              <w:right w:val="single" w:sz="4" w:space="0" w:color="000000"/>
            </w:tcBorders>
          </w:tcPr>
          <w:p w14:paraId="0C7466F5" w14:textId="77777777" w:rsidR="009446D0" w:rsidRPr="00EB75F0" w:rsidRDefault="0084596B">
            <w:pPr>
              <w:spacing w:before="60" w:after="60" w:line="240" w:lineRule="auto"/>
              <w:rPr>
                <w:sz w:val="14"/>
              </w:rPr>
            </w:pPr>
            <w:r w:rsidRPr="00EB75F0">
              <w:rPr>
                <w:sz w:val="14"/>
              </w:rPr>
              <w:t>Patients must have been diagnosed with schizophrenia for at least 1 year prior to screening for inclusion</w:t>
            </w:r>
          </w:p>
        </w:tc>
        <w:tc>
          <w:tcPr>
            <w:tcW w:w="448" w:type="pct"/>
            <w:tcBorders>
              <w:top w:val="single" w:sz="4" w:space="0" w:color="000000"/>
              <w:left w:val="single" w:sz="4" w:space="0" w:color="000000"/>
              <w:bottom w:val="single" w:sz="4" w:space="0" w:color="000000"/>
              <w:right w:val="single" w:sz="4" w:space="0" w:color="000000"/>
            </w:tcBorders>
          </w:tcPr>
          <w:p w14:paraId="689E8D62" w14:textId="77777777" w:rsidR="009446D0" w:rsidRPr="00EB75F0" w:rsidRDefault="0084596B">
            <w:pPr>
              <w:spacing w:before="60" w:after="60" w:line="240" w:lineRule="auto"/>
              <w:rPr>
                <w:sz w:val="14"/>
              </w:rPr>
            </w:pPr>
            <w:r w:rsidRPr="00EB75F0">
              <w:rPr>
                <w:sz w:val="14"/>
              </w:rPr>
              <w:t>Patients experiencing an acute episode of schizophrenia were included</w:t>
            </w:r>
          </w:p>
        </w:tc>
        <w:tc>
          <w:tcPr>
            <w:tcW w:w="694" w:type="pct"/>
            <w:tcBorders>
              <w:top w:val="single" w:sz="4" w:space="0" w:color="000000"/>
              <w:left w:val="single" w:sz="4" w:space="0" w:color="000000"/>
              <w:bottom w:val="single" w:sz="4" w:space="0" w:color="000000"/>
              <w:right w:val="single" w:sz="4" w:space="0" w:color="000000"/>
            </w:tcBorders>
          </w:tcPr>
          <w:p w14:paraId="25A2D447" w14:textId="77777777" w:rsidR="009446D0" w:rsidRPr="00EB75F0" w:rsidRDefault="0084596B">
            <w:pPr>
              <w:spacing w:before="60" w:after="60" w:line="240" w:lineRule="auto"/>
              <w:rPr>
                <w:sz w:val="14"/>
              </w:rPr>
            </w:pPr>
            <w:r w:rsidRPr="00EB75F0">
              <w:rPr>
                <w:sz w:val="14"/>
              </w:rPr>
              <w:t>Patients receiving a depot antipsychotic within 120 days or paliperidone palmitate as part of a clinical trial within 10 months before screening, and the use of antidepressants (unless on a stable dose for 3 months prior to the study) or mood stabilizers within the 2 weeks prior to screening</w:t>
            </w:r>
          </w:p>
        </w:tc>
        <w:tc>
          <w:tcPr>
            <w:tcW w:w="531" w:type="pct"/>
            <w:tcBorders>
              <w:top w:val="single" w:sz="4" w:space="0" w:color="000000"/>
              <w:left w:val="single" w:sz="4" w:space="0" w:color="000000"/>
              <w:bottom w:val="single" w:sz="4" w:space="0" w:color="000000"/>
              <w:right w:val="single" w:sz="4" w:space="0" w:color="000000"/>
            </w:tcBorders>
          </w:tcPr>
          <w:p w14:paraId="72B65BF1" w14:textId="77777777" w:rsidR="009446D0" w:rsidRPr="00EB75F0" w:rsidRDefault="0084596B">
            <w:pPr>
              <w:spacing w:before="60" w:after="60" w:line="240" w:lineRule="auto"/>
              <w:rPr>
                <w:sz w:val="14"/>
              </w:rPr>
            </w:pPr>
            <w:r w:rsidRPr="00EB75F0">
              <w:rPr>
                <w:sz w:val="14"/>
              </w:rPr>
              <w:t>Benzodiazepine use was also permitted provided the patient had been receiving a stable dose for at least 3 months.</w:t>
            </w:r>
          </w:p>
        </w:tc>
        <w:tc>
          <w:tcPr>
            <w:tcW w:w="651" w:type="pct"/>
            <w:tcBorders>
              <w:top w:val="single" w:sz="4" w:space="0" w:color="000000"/>
              <w:left w:val="single" w:sz="4" w:space="0" w:color="000000"/>
              <w:bottom w:val="single" w:sz="4" w:space="0" w:color="000000"/>
              <w:right w:val="single" w:sz="4" w:space="0" w:color="000000"/>
            </w:tcBorders>
          </w:tcPr>
          <w:p w14:paraId="58F21693" w14:textId="77777777" w:rsidR="009446D0" w:rsidRPr="00EB75F0" w:rsidRDefault="0084596B">
            <w:pPr>
              <w:spacing w:before="60" w:after="60" w:line="240" w:lineRule="auto"/>
              <w:rPr>
                <w:sz w:val="14"/>
              </w:rPr>
            </w:pPr>
            <w:r w:rsidRPr="00EB75F0">
              <w:rPr>
                <w:sz w:val="14"/>
              </w:rPr>
              <w:t>Patients were included if PANSS total score between 70 and 120</w:t>
            </w:r>
          </w:p>
        </w:tc>
        <w:tc>
          <w:tcPr>
            <w:tcW w:w="658" w:type="pct"/>
            <w:tcBorders>
              <w:top w:val="single" w:sz="4" w:space="0" w:color="000000"/>
              <w:left w:val="single" w:sz="4" w:space="0" w:color="000000"/>
              <w:bottom w:val="single" w:sz="4" w:space="0" w:color="000000"/>
              <w:right w:val="single" w:sz="4" w:space="0" w:color="000000"/>
            </w:tcBorders>
          </w:tcPr>
          <w:p w14:paraId="5A58E024" w14:textId="77777777" w:rsidR="009446D0" w:rsidRPr="00EB75F0" w:rsidRDefault="0084596B">
            <w:pPr>
              <w:spacing w:before="60" w:after="60" w:line="240" w:lineRule="auto"/>
              <w:rPr>
                <w:sz w:val="14"/>
              </w:rPr>
            </w:pPr>
            <w:r w:rsidRPr="00EB75F0">
              <w:rPr>
                <w:sz w:val="14"/>
              </w:rPr>
              <w:t>A history of tardive dyskinesia or neuroleptic malignant syndrome, being at significant risk for suicide or violent behavior were excluded</w:t>
            </w:r>
          </w:p>
        </w:tc>
      </w:tr>
      <w:tr w:rsidR="009446D0" w:rsidRPr="00EB75F0" w14:paraId="607560DC" w14:textId="77777777">
        <w:tc>
          <w:tcPr>
            <w:tcW w:w="485" w:type="pct"/>
            <w:tcBorders>
              <w:top w:val="single" w:sz="4" w:space="0" w:color="000000"/>
              <w:left w:val="single" w:sz="4" w:space="0" w:color="000000"/>
              <w:bottom w:val="single" w:sz="4" w:space="0" w:color="000000"/>
              <w:right w:val="single" w:sz="4" w:space="0" w:color="000000"/>
            </w:tcBorders>
          </w:tcPr>
          <w:p w14:paraId="52FB913E" w14:textId="6FEDDE13" w:rsidR="009446D0" w:rsidRPr="00EB75F0" w:rsidRDefault="0084596B">
            <w:pPr>
              <w:spacing w:before="60" w:after="60" w:line="240" w:lineRule="auto"/>
              <w:rPr>
                <w:sz w:val="14"/>
              </w:rPr>
            </w:pPr>
            <w:proofErr w:type="spellStart"/>
            <w:r w:rsidRPr="00EB75F0">
              <w:rPr>
                <w:sz w:val="14"/>
              </w:rPr>
              <w:t>Bugarski-Kirola</w:t>
            </w:r>
            <w:proofErr w:type="spellEnd"/>
            <w:r w:rsidRPr="00EB75F0">
              <w:rPr>
                <w:sz w:val="14"/>
              </w:rPr>
              <w:t xml:space="preserve"> 2014</w:t>
            </w:r>
            <w:r w:rsidR="0031308D" w:rsidRPr="00EB75F0">
              <w:fldChar w:fldCharType="begin"/>
            </w:r>
            <w:r w:rsidR="00452EF4">
              <w:instrText xml:space="preserve"> ADDIN EN.CITE &lt;EndNote&gt;&lt;Cite&gt;&lt;Author&gt;Bugarski-Kirola&lt;/Author&gt;&lt;Year&gt;2014&lt;/Year&gt;&lt;RecNum&gt;67&lt;/RecNum&gt;&lt;DisplayText&gt;&lt;style face="superscript"&gt;70&lt;/style&gt;&lt;/DisplayText&gt;&lt;record&gt;&lt;rec-number&gt;67&lt;/rec-number&gt;&lt;foreign-keys&gt;&lt;key app="EN" db-id="9ttaxzax2p0tr7ewzt55atews50zvxaaa5rz" timestamp="1764068839"&gt;67&lt;/key&gt;&lt;/foreign-keys&gt;&lt;ref-type name="Journal Article"&gt;17&lt;/ref-type&gt;&lt;contributors&gt;&lt;authors&gt;&lt;author&gt;Bugarski-Kirola, D.&lt;/author&gt;&lt;author&gt;Wang, A.&lt;/author&gt;&lt;author&gt;Abi-Saab, D.&lt;/author&gt;&lt;author&gt;Blattler, T.&lt;/author&gt;&lt;/authors&gt;&lt;/contributors&gt;&lt;titles&gt;&lt;title&gt;A phase II/III trial of bitopertin monotherapy compared with placebo in patients with an acute exacerbation of schizophrenia - results from the CandleLyte study&lt;/title&gt;&lt;secondary-title&gt;Eur Neuropsychopharmacol&lt;/secondary-title&gt;&lt;/titles&gt;&lt;periodical&gt;&lt;full-title&gt;Eur Neuropsychopharmacol&lt;/full-title&gt;&lt;/periodical&gt;&lt;pages&gt;1024-36&lt;/pages&gt;&lt;volume&gt;24&lt;/volume&gt;&lt;number&gt;7&lt;/number&gt;&lt;dates&gt;&lt;year&gt;2014&lt;/year&gt;&lt;pub-dates&gt;&lt;date&gt;20140329&lt;/date&gt;&lt;/pub-dates&gt;&lt;/dates&gt;&lt;pub-location&gt;F. Hoffmann-La Roche Ltd, Basel, Switzerland. Electronic address: dragana.bugarski-kirola@roche.com. Roche (China) Holding Ltd, Shanghai, China. F. Hoffmann-La Roche Ltd, Basel, Switzerland.&lt;/pub-location&gt;&lt;isbn&gt;1873-7862 (Electronic) 0924-977X (Linking)&lt;/isbn&gt;&lt;urls&gt;&lt;related-urls&gt;&lt;url&gt;https://www.ncbi.nlm.nih.gov/pubmed/24735806&lt;/url&gt;&lt;/related-urls&gt;&lt;/urls&gt;&lt;electronic-resource-num&gt;10.1016/j.euroneuro.2014.03.007&lt;/electronic-resource-num&gt;&lt;/record&gt;&lt;/Cite&gt;&lt;/EndNote&gt;</w:instrText>
            </w:r>
            <w:r w:rsidR="0031308D" w:rsidRPr="00EB75F0">
              <w:fldChar w:fldCharType="separate"/>
            </w:r>
            <w:r w:rsidR="00452EF4" w:rsidRPr="00452EF4">
              <w:rPr>
                <w:noProof/>
                <w:vertAlign w:val="superscript"/>
              </w:rPr>
              <w:t>70</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17FFCA3F"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4AFE9ABE"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24834C48" w14:textId="77777777" w:rsidR="009446D0" w:rsidRPr="00EB75F0" w:rsidRDefault="0084596B">
            <w:pPr>
              <w:spacing w:before="60" w:after="60" w:line="240" w:lineRule="auto"/>
              <w:rPr>
                <w:sz w:val="14"/>
              </w:rPr>
            </w:pPr>
            <w:r w:rsidRPr="00EB75F0">
              <w:rPr>
                <w:sz w:val="14"/>
              </w:rPr>
              <w:t>Patients with treatment-resistant SCZ; and a primary movement disorder that could affect ratings on the extrapyramidal symptoms (EPS) scales (e.g. Parkinson's disease) were excluded</w:t>
            </w:r>
          </w:p>
        </w:tc>
        <w:tc>
          <w:tcPr>
            <w:tcW w:w="448" w:type="pct"/>
            <w:tcBorders>
              <w:top w:val="single" w:sz="4" w:space="0" w:color="000000"/>
              <w:left w:val="single" w:sz="4" w:space="0" w:color="000000"/>
              <w:bottom w:val="single" w:sz="4" w:space="0" w:color="000000"/>
              <w:right w:val="single" w:sz="4" w:space="0" w:color="000000"/>
            </w:tcBorders>
          </w:tcPr>
          <w:p w14:paraId="5C123727" w14:textId="77777777" w:rsidR="009446D0" w:rsidRPr="00EB75F0" w:rsidRDefault="0084596B">
            <w:pPr>
              <w:spacing w:before="60" w:after="60" w:line="240" w:lineRule="auto"/>
              <w:rPr>
                <w:sz w:val="14"/>
              </w:rPr>
            </w:pPr>
            <w:r w:rsidRPr="00EB75F0">
              <w:rPr>
                <w:sz w:val="14"/>
              </w:rPr>
              <w:t>Acute exacerbation of SCZ that began within the previous 8 weeks as evidenced by increased hostility, tension, suspiciousness or aggressive behavior were included</w:t>
            </w:r>
          </w:p>
        </w:tc>
        <w:tc>
          <w:tcPr>
            <w:tcW w:w="694" w:type="pct"/>
            <w:tcBorders>
              <w:top w:val="single" w:sz="4" w:space="0" w:color="000000"/>
              <w:left w:val="single" w:sz="4" w:space="0" w:color="000000"/>
              <w:bottom w:val="single" w:sz="4" w:space="0" w:color="000000"/>
              <w:right w:val="single" w:sz="4" w:space="0" w:color="000000"/>
            </w:tcBorders>
          </w:tcPr>
          <w:p w14:paraId="41DABA92" w14:textId="77777777" w:rsidR="009446D0" w:rsidRPr="00EB75F0" w:rsidRDefault="0084596B">
            <w:pPr>
              <w:spacing w:before="60" w:after="60" w:line="240" w:lineRule="auto"/>
              <w:rPr>
                <w:sz w:val="14"/>
              </w:rPr>
            </w:pPr>
            <w:r w:rsidRPr="00EB75F0">
              <w:rPr>
                <w:sz w:val="14"/>
              </w:rPr>
              <w:t>Patients who had previous treatment with a GlyT1 inhibitor or any other investigational drug or; electroconvulsive therapy within 6 months of the trial; current or previous treatment with clozapine; previously experienced a lack of response or adverse event (AE) to olanzapine were excluded</w:t>
            </w:r>
          </w:p>
        </w:tc>
        <w:tc>
          <w:tcPr>
            <w:tcW w:w="531" w:type="pct"/>
            <w:tcBorders>
              <w:top w:val="single" w:sz="4" w:space="0" w:color="000000"/>
              <w:left w:val="single" w:sz="4" w:space="0" w:color="000000"/>
              <w:bottom w:val="single" w:sz="4" w:space="0" w:color="000000"/>
              <w:right w:val="single" w:sz="4" w:space="0" w:color="000000"/>
            </w:tcBorders>
          </w:tcPr>
          <w:p w14:paraId="7F343FFD"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1287BBA8" w14:textId="043CD3A1" w:rsidR="009446D0" w:rsidRPr="00EB75F0" w:rsidRDefault="0084596B">
            <w:pPr>
              <w:spacing w:before="60" w:after="60" w:line="240" w:lineRule="auto"/>
              <w:rPr>
                <w:sz w:val="14"/>
              </w:rPr>
            </w:pPr>
            <w:r w:rsidRPr="00EB75F0">
              <w:rPr>
                <w:sz w:val="14"/>
              </w:rPr>
              <w:t>Positive and Negative Syndrome Scale (PANSS) total score of between 80 and 120, including a score of = 4 (moderate or worse) on = 2 of the following PANSS items - delusions, conceptual disorganization, unusual thought content, hallucinatory behavior, suspiciousness/ persecution; a Clinical Global Impression</w:t>
            </w:r>
            <w:r w:rsidR="00EC44F3">
              <w:rPr>
                <w:sz w:val="14"/>
              </w:rPr>
              <w:t>s</w:t>
            </w:r>
            <w:r w:rsidRPr="00EB75F0">
              <w:rPr>
                <w:sz w:val="14"/>
              </w:rPr>
              <w:t xml:space="preserve"> </w:t>
            </w:r>
            <w:r w:rsidR="00EC44F3">
              <w:rPr>
                <w:sz w:val="14"/>
              </w:rPr>
              <w:t>–</w:t>
            </w:r>
            <w:r w:rsidRPr="00EB75F0">
              <w:rPr>
                <w:sz w:val="14"/>
              </w:rPr>
              <w:t xml:space="preserve"> Severity (CGI-S) score of =4 (moderate or worse) were included</w:t>
            </w:r>
          </w:p>
        </w:tc>
        <w:tc>
          <w:tcPr>
            <w:tcW w:w="658" w:type="pct"/>
            <w:tcBorders>
              <w:top w:val="single" w:sz="4" w:space="0" w:color="000000"/>
              <w:left w:val="single" w:sz="4" w:space="0" w:color="000000"/>
              <w:bottom w:val="single" w:sz="4" w:space="0" w:color="000000"/>
              <w:right w:val="single" w:sz="4" w:space="0" w:color="000000"/>
            </w:tcBorders>
          </w:tcPr>
          <w:p w14:paraId="7C36E17D" w14:textId="77777777" w:rsidR="009446D0" w:rsidRPr="00EB75F0" w:rsidRDefault="0084596B">
            <w:pPr>
              <w:spacing w:before="60" w:after="60" w:line="240" w:lineRule="auto"/>
              <w:rPr>
                <w:sz w:val="14"/>
              </w:rPr>
            </w:pPr>
            <w:r w:rsidRPr="00EB75F0">
              <w:rPr>
                <w:sz w:val="14"/>
              </w:rPr>
              <w:t>Patients with a blood hemoglobin (Hb) level of &lt; 13.0 g/dL (males) or &lt; 12.0 g/dL (females) or a history of haemoglobinopathy were excluded;</w:t>
            </w:r>
            <w:r w:rsidRPr="00EB75F0">
              <w:rPr>
                <w:sz w:val="14"/>
              </w:rPr>
              <w:br/>
            </w:r>
            <w:r w:rsidRPr="00EB75F0">
              <w:rPr>
                <w:sz w:val="14"/>
              </w:rPr>
              <w:br/>
              <w:t>Patients experiencing their first psychotic break were excluded</w:t>
            </w:r>
          </w:p>
        </w:tc>
      </w:tr>
      <w:tr w:rsidR="009446D0" w:rsidRPr="00EB75F0" w14:paraId="71F275FE" w14:textId="77777777">
        <w:tc>
          <w:tcPr>
            <w:tcW w:w="485" w:type="pct"/>
            <w:tcBorders>
              <w:top w:val="single" w:sz="4" w:space="0" w:color="000000"/>
              <w:left w:val="single" w:sz="4" w:space="0" w:color="000000"/>
              <w:bottom w:val="single" w:sz="4" w:space="0" w:color="000000"/>
              <w:right w:val="single" w:sz="4" w:space="0" w:color="000000"/>
            </w:tcBorders>
          </w:tcPr>
          <w:p w14:paraId="1211B9DB" w14:textId="62F207CD" w:rsidR="009446D0" w:rsidRPr="00EB75F0" w:rsidRDefault="0084596B">
            <w:pPr>
              <w:spacing w:before="60" w:after="60" w:line="240" w:lineRule="auto"/>
              <w:rPr>
                <w:sz w:val="14"/>
              </w:rPr>
            </w:pPr>
            <w:r w:rsidRPr="00EB75F0">
              <w:rPr>
                <w:sz w:val="14"/>
              </w:rPr>
              <w:t>Riedel 2007</w:t>
            </w:r>
            <w:r w:rsidR="0031308D" w:rsidRPr="00EB75F0">
              <w:fldChar w:fldCharType="begin"/>
            </w:r>
            <w:r w:rsidR="00452EF4">
              <w:instrText xml:space="preserve"> ADDIN EN.CITE &lt;EndNote&gt;&lt;Cite&gt;&lt;Author&gt;Riedel&lt;/Author&gt;&lt;Year&gt;2007&lt;/Year&gt;&lt;RecNum&gt;68&lt;/RecNum&gt;&lt;DisplayText&gt;&lt;style face="superscript"&gt;71&lt;/style&gt;&lt;/DisplayText&gt;&lt;record&gt;&lt;rec-number&gt;68&lt;/rec-number&gt;&lt;foreign-keys&gt;&lt;key app="EN" db-id="9ttaxzax2p0tr7ewzt55atews50zvxaaa5rz" timestamp="1764068839"&gt;68&lt;/key&gt;&lt;/foreign-keys&gt;&lt;ref-type name="Journal Article"&gt;17&lt;/ref-type&gt;&lt;contributors&gt;&lt;authors&gt;&lt;author&gt;Riedel, M.&lt;/author&gt;&lt;author&gt;Muller, N.&lt;/author&gt;&lt;author&gt;Spellmann, I.&lt;/author&gt;&lt;author&gt;Engel, R. R.&lt;/author&gt;&lt;author&gt;Musil, R.&lt;/author&gt;&lt;author&gt;Valdevit, R.&lt;/author&gt;&lt;author&gt;Dehning, S.&lt;/author&gt;&lt;author&gt;Douhet, A.&lt;/author&gt;&lt;author&gt;Cerovecki, A.&lt;/author&gt;&lt;author&gt;Strassnig, M.&lt;/author&gt;&lt;author&gt;Moller, H. J.&lt;/author&gt;&lt;/authors&gt;&lt;/contributors&gt;&lt;titles&gt;&lt;title&gt;Efficacy of olanzapine versus quetiapine on cognitive dysfunctions in patients with an acute episode of schizophrenia&lt;/title&gt;&lt;secondary-title&gt;Eur Arch Psychiatry Clin Neurosci&lt;/secondary-title&gt;&lt;/titles&gt;&lt;periodical&gt;&lt;full-title&gt;Eur Arch Psychiatry Clin Neurosci&lt;/full-title&gt;&lt;/periodical&gt;&lt;pages&gt;402-12&lt;/pages&gt;&lt;volume&gt;257&lt;/volume&gt;&lt;number&gt;7&lt;/number&gt;&lt;dates&gt;&lt;year&gt;2007&lt;/year&gt;&lt;pub-dates&gt;&lt;date&gt;Oct&lt;/date&gt;&lt;/pub-dates&gt;&lt;/dates&gt;&lt;pub-location&gt;Dept. of Psychiatry and Psychotherapy, Ludwig-Maximilians-University of Munich, Nussbaumstrasse 7, 80336 Munich, Germany.&lt;/pub-location&gt;&lt;isbn&gt;0940-1334 (Print) 0940-1334 (Linking)&lt;/isbn&gt;&lt;urls&gt;&lt;related-urls&gt;&lt;url&gt;https://www.ncbi.nlm.nih.gov/pubmed/17629725&lt;/url&gt;&lt;/related-urls&gt;&lt;/urls&gt;&lt;electronic-resource-num&gt;10.1007/s00406-007-0748-9&lt;/electronic-resource-num&gt;&lt;/record&gt;&lt;/Cite&gt;&lt;/EndNote&gt;</w:instrText>
            </w:r>
            <w:r w:rsidR="0031308D" w:rsidRPr="00EB75F0">
              <w:fldChar w:fldCharType="separate"/>
            </w:r>
            <w:r w:rsidR="00452EF4" w:rsidRPr="00452EF4">
              <w:rPr>
                <w:noProof/>
                <w:vertAlign w:val="superscript"/>
              </w:rPr>
              <w:t>71</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4D13C98B"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0B27C22D"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0F50E250"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2D06BFC0" w14:textId="77777777" w:rsidR="009446D0" w:rsidRPr="00EB75F0" w:rsidRDefault="0084596B">
            <w:pPr>
              <w:spacing w:before="60" w:after="60" w:line="240" w:lineRule="auto"/>
              <w:rPr>
                <w:sz w:val="14"/>
              </w:rPr>
            </w:pPr>
            <w:r w:rsidRPr="00EB75F0">
              <w:rPr>
                <w:sz w:val="14"/>
              </w:rPr>
              <w:t>Acute episode of schizophrenia for inclusion</w:t>
            </w:r>
          </w:p>
        </w:tc>
        <w:tc>
          <w:tcPr>
            <w:tcW w:w="694" w:type="pct"/>
            <w:tcBorders>
              <w:top w:val="single" w:sz="4" w:space="0" w:color="000000"/>
              <w:left w:val="single" w:sz="4" w:space="0" w:color="000000"/>
              <w:bottom w:val="single" w:sz="4" w:space="0" w:color="000000"/>
              <w:right w:val="single" w:sz="4" w:space="0" w:color="000000"/>
            </w:tcBorders>
          </w:tcPr>
          <w:p w14:paraId="76F6F46D" w14:textId="77777777" w:rsidR="009446D0" w:rsidRPr="00EB75F0" w:rsidRDefault="0084596B">
            <w:pPr>
              <w:spacing w:before="60" w:after="60" w:line="240" w:lineRule="auto"/>
              <w:rPr>
                <w:sz w:val="14"/>
              </w:rPr>
            </w:pPr>
            <w:r w:rsidRPr="00EB75F0">
              <w:rPr>
                <w:sz w:val="14"/>
              </w:rPr>
              <w:t>Patients receiving previous, non-depot antipsychotic treatment underwent a 2–7 days washout period before randomization to reach baseline dopamine receptor occupancy levels and reduce the possibility of illness deterioration and were included.</w:t>
            </w:r>
            <w:r w:rsidRPr="00EB75F0">
              <w:br/>
            </w:r>
            <w:r w:rsidRPr="00EB75F0">
              <w:br/>
            </w:r>
            <w:r w:rsidRPr="00EB75F0">
              <w:rPr>
                <w:sz w:val="14"/>
              </w:rPr>
              <w:t>Patients treated with clozapine within 4 weeks of enrollment were excluded</w:t>
            </w:r>
          </w:p>
        </w:tc>
        <w:tc>
          <w:tcPr>
            <w:tcW w:w="531" w:type="pct"/>
            <w:tcBorders>
              <w:top w:val="single" w:sz="4" w:space="0" w:color="000000"/>
              <w:left w:val="single" w:sz="4" w:space="0" w:color="000000"/>
              <w:bottom w:val="single" w:sz="4" w:space="0" w:color="000000"/>
              <w:right w:val="single" w:sz="4" w:space="0" w:color="000000"/>
            </w:tcBorders>
          </w:tcPr>
          <w:p w14:paraId="7B0BE4F7" w14:textId="77777777" w:rsidR="009446D0" w:rsidRPr="00EB75F0" w:rsidRDefault="0084596B">
            <w:pPr>
              <w:spacing w:before="60" w:after="60" w:line="240" w:lineRule="auto"/>
              <w:rPr>
                <w:sz w:val="14"/>
              </w:rPr>
            </w:pPr>
            <w:r w:rsidRPr="00EB75F0">
              <w:rPr>
                <w:sz w:val="14"/>
              </w:rPr>
              <w:t>Lorazepam, Zopiclone</w:t>
            </w:r>
          </w:p>
        </w:tc>
        <w:tc>
          <w:tcPr>
            <w:tcW w:w="651" w:type="pct"/>
            <w:tcBorders>
              <w:top w:val="single" w:sz="4" w:space="0" w:color="000000"/>
              <w:left w:val="single" w:sz="4" w:space="0" w:color="000000"/>
              <w:bottom w:val="single" w:sz="4" w:space="0" w:color="000000"/>
              <w:right w:val="single" w:sz="4" w:space="0" w:color="000000"/>
            </w:tcBorders>
          </w:tcPr>
          <w:p w14:paraId="125BE32D" w14:textId="77777777" w:rsidR="009446D0" w:rsidRPr="00EB75F0" w:rsidRDefault="0084596B">
            <w:pPr>
              <w:spacing w:before="60" w:after="60" w:line="240" w:lineRule="auto"/>
              <w:rPr>
                <w:sz w:val="14"/>
              </w:rPr>
            </w:pPr>
            <w:r w:rsidRPr="00EB75F0">
              <w:rPr>
                <w:sz w:val="14"/>
              </w:rPr>
              <w:t>CGI score &gt;4 and a PANSS total score &gt;60</w:t>
            </w:r>
          </w:p>
        </w:tc>
        <w:tc>
          <w:tcPr>
            <w:tcW w:w="658" w:type="pct"/>
            <w:tcBorders>
              <w:top w:val="single" w:sz="4" w:space="0" w:color="000000"/>
              <w:left w:val="single" w:sz="4" w:space="0" w:color="000000"/>
              <w:bottom w:val="single" w:sz="4" w:space="0" w:color="000000"/>
              <w:right w:val="single" w:sz="4" w:space="0" w:color="000000"/>
            </w:tcBorders>
          </w:tcPr>
          <w:p w14:paraId="6A26EA2B" w14:textId="77777777" w:rsidR="009446D0" w:rsidRPr="00EB75F0" w:rsidRDefault="0084596B">
            <w:pPr>
              <w:spacing w:before="60" w:after="60" w:line="240" w:lineRule="auto"/>
              <w:rPr>
                <w:sz w:val="14"/>
              </w:rPr>
            </w:pPr>
            <w:r w:rsidRPr="00EB75F0">
              <w:rPr>
                <w:sz w:val="14"/>
              </w:rPr>
              <w:t xml:space="preserve">Substance abuse, dependence or intoxication, suicidal tendencies, significant medical history (head trauma, epilepsy, </w:t>
            </w:r>
            <w:proofErr w:type="spellStart"/>
            <w:r w:rsidRPr="00EB75F0">
              <w:rPr>
                <w:sz w:val="14"/>
              </w:rPr>
              <w:t>meningo</w:t>
            </w:r>
            <w:proofErr w:type="spellEnd"/>
            <w:r w:rsidRPr="00EB75F0">
              <w:rPr>
                <w:sz w:val="14"/>
              </w:rPr>
              <w:t>-encephalitis were excluded</w:t>
            </w:r>
          </w:p>
        </w:tc>
      </w:tr>
      <w:tr w:rsidR="009446D0" w:rsidRPr="00EB75F0" w14:paraId="2B8BBD48" w14:textId="77777777">
        <w:tc>
          <w:tcPr>
            <w:tcW w:w="485" w:type="pct"/>
            <w:tcBorders>
              <w:top w:val="single" w:sz="4" w:space="0" w:color="000000"/>
              <w:left w:val="single" w:sz="4" w:space="0" w:color="000000"/>
              <w:bottom w:val="single" w:sz="4" w:space="0" w:color="000000"/>
              <w:right w:val="single" w:sz="4" w:space="0" w:color="000000"/>
            </w:tcBorders>
          </w:tcPr>
          <w:p w14:paraId="7DA59392" w14:textId="1DEDD98E" w:rsidR="009446D0" w:rsidRPr="00EB75F0" w:rsidRDefault="0084596B">
            <w:pPr>
              <w:spacing w:before="60" w:after="60" w:line="240" w:lineRule="auto"/>
              <w:rPr>
                <w:sz w:val="14"/>
              </w:rPr>
            </w:pPr>
            <w:r w:rsidRPr="00EB75F0">
              <w:rPr>
                <w:sz w:val="14"/>
              </w:rPr>
              <w:t>McDonnell 2018</w:t>
            </w:r>
            <w:r w:rsidR="0031308D" w:rsidRPr="00EB75F0">
              <w:fldChar w:fldCharType="begin"/>
            </w:r>
            <w:r w:rsidR="00452EF4">
              <w:instrText xml:space="preserve"> ADDIN EN.CITE &lt;EndNote&gt;&lt;Cite&gt;&lt;Author&gt;McDonnell&lt;/Author&gt;&lt;Year&gt;2018&lt;/Year&gt;&lt;RecNum&gt;69&lt;/RecNum&gt;&lt;DisplayText&gt;&lt;style face="superscript"&gt;72&lt;/style&gt;&lt;/DisplayText&gt;&lt;record&gt;&lt;rec-number&gt;69&lt;/rec-number&gt;&lt;foreign-keys&gt;&lt;key app="EN" db-id="9ttaxzax2p0tr7ewzt55atews50zvxaaa5rz" timestamp="1764068839"&gt;69&lt;/key&gt;&lt;/foreign-keys&gt;&lt;ref-type name="Journal Article"&gt;17&lt;/ref-type&gt;&lt;contributors&gt;&lt;authors&gt;&lt;author&gt;McDonnell, David&lt;/author&gt;&lt;author&gt;Potkin, Steven G&lt;/author&gt;&lt;author&gt;Simmons, Adam&lt;/author&gt;&lt;author&gt;Jiang, Ying&lt;/author&gt;&lt;author&gt;DiPetrillo, Lauren&lt;/author&gt;&lt;author&gt;Silverman, Bernard&lt;/author&gt;&lt;/authors&gt;&lt;/contributors&gt;&lt;titles&gt;&lt;title&gt;F232. A phase 3 study to determine the antipsychotic efficacy and safety of ALKS 3831 in adult patients with acute exacerbation of schizophrenia&lt;/title&gt;&lt;secondary-title&gt;Schizophrenia Bulletin&lt;/secondary-title&gt;&lt;/titles&gt;&lt;periodical&gt;&lt;full-title&gt;Schizophrenia bulletin&lt;/full-title&gt;&lt;/periodical&gt;&lt;pages&gt;S312&lt;/pages&gt;&lt;volume&gt;44&lt;/volume&gt;&lt;number&gt;Suppl 1&lt;/number&gt;&lt;dates&gt;&lt;year&gt;2018&lt;/year&gt;&lt;/dates&gt;&lt;urls&gt;&lt;/urls&gt;&lt;/record&gt;&lt;/Cite&gt;&lt;/EndNote&gt;</w:instrText>
            </w:r>
            <w:r w:rsidR="0031308D" w:rsidRPr="00EB75F0">
              <w:fldChar w:fldCharType="separate"/>
            </w:r>
            <w:r w:rsidR="00452EF4" w:rsidRPr="00452EF4">
              <w:rPr>
                <w:noProof/>
                <w:vertAlign w:val="superscript"/>
              </w:rPr>
              <w:t>72</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541B4372" w14:textId="77777777" w:rsidR="009446D0" w:rsidRPr="00732701" w:rsidRDefault="0084596B">
            <w:pPr>
              <w:spacing w:before="60" w:after="60" w:line="240" w:lineRule="auto"/>
              <w:rPr>
                <w:sz w:val="14"/>
                <w:lang w:val="nl-NL"/>
              </w:rPr>
            </w:pPr>
            <w:r w:rsidRPr="00732701">
              <w:rPr>
                <w:sz w:val="14"/>
                <w:lang w:val="nl-NL"/>
              </w:rPr>
              <w:t xml:space="preserve">DSM-V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34F74C8C" w14:textId="77777777" w:rsidR="009446D0" w:rsidRPr="00EB75F0" w:rsidRDefault="0084596B">
            <w:pPr>
              <w:spacing w:before="60" w:after="60" w:line="240" w:lineRule="auto"/>
              <w:rPr>
                <w:sz w:val="14"/>
              </w:rPr>
            </w:pPr>
            <w:r w:rsidRPr="00EB75F0">
              <w:rPr>
                <w:sz w:val="14"/>
              </w:rPr>
              <w:t>18-70</w:t>
            </w:r>
          </w:p>
        </w:tc>
        <w:tc>
          <w:tcPr>
            <w:tcW w:w="557" w:type="pct"/>
            <w:tcBorders>
              <w:top w:val="single" w:sz="4" w:space="0" w:color="000000"/>
              <w:left w:val="single" w:sz="4" w:space="0" w:color="000000"/>
              <w:bottom w:val="single" w:sz="4" w:space="0" w:color="000000"/>
              <w:right w:val="single" w:sz="4" w:space="0" w:color="000000"/>
            </w:tcBorders>
          </w:tcPr>
          <w:p w14:paraId="0E40726D"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597271B9" w14:textId="77777777" w:rsidR="009446D0" w:rsidRPr="00EB75F0" w:rsidRDefault="0084596B">
            <w:pPr>
              <w:spacing w:before="60" w:after="60" w:line="240" w:lineRule="auto"/>
              <w:rPr>
                <w:sz w:val="14"/>
              </w:rPr>
            </w:pPr>
            <w:r w:rsidRPr="00EB75F0">
              <w:rPr>
                <w:sz w:val="14"/>
              </w:rPr>
              <w:t>Participants with acute exacerbation or relapse of schizophrenia symptoms</w:t>
            </w:r>
          </w:p>
        </w:tc>
        <w:tc>
          <w:tcPr>
            <w:tcW w:w="694" w:type="pct"/>
            <w:tcBorders>
              <w:top w:val="single" w:sz="4" w:space="0" w:color="000000"/>
              <w:left w:val="single" w:sz="4" w:space="0" w:color="000000"/>
              <w:bottom w:val="single" w:sz="4" w:space="0" w:color="000000"/>
              <w:right w:val="single" w:sz="4" w:space="0" w:color="000000"/>
            </w:tcBorders>
          </w:tcPr>
          <w:p w14:paraId="1681B3E8" w14:textId="77777777" w:rsidR="009446D0" w:rsidRPr="00EB75F0" w:rsidRDefault="0084596B">
            <w:pPr>
              <w:spacing w:before="60" w:after="60" w:line="240" w:lineRule="auto"/>
              <w:rPr>
                <w:sz w:val="14"/>
              </w:rPr>
            </w:pPr>
            <w:r w:rsidRPr="00EB75F0">
              <w:rPr>
                <w:sz w:val="14"/>
              </w:rPr>
              <w:t>Patients were excluded if they initiated first antipsychotic treatment within the past 12 months, &lt; 1 year had elapsed since the initial onset of active-phase of schizophrenia symptoms, or if they received clozapine within 6 months prior to screening.</w:t>
            </w:r>
            <w:r w:rsidRPr="00EB75F0">
              <w:br/>
            </w:r>
            <w:r w:rsidRPr="00EB75F0">
              <w:br/>
            </w:r>
            <w:r w:rsidRPr="00EB75F0">
              <w:rPr>
                <w:sz w:val="14"/>
              </w:rPr>
              <w:t xml:space="preserve">Patients with a history of clozapine use for treatment-resistant schizophrenia or an inadequate response to </w:t>
            </w:r>
            <w:r w:rsidRPr="00EB75F0">
              <w:rPr>
                <w:sz w:val="14"/>
              </w:rPr>
              <w:lastRenderedPageBreak/>
              <w:t>treatment with olanzapine were excluded</w:t>
            </w:r>
          </w:p>
        </w:tc>
        <w:tc>
          <w:tcPr>
            <w:tcW w:w="531" w:type="pct"/>
            <w:tcBorders>
              <w:top w:val="single" w:sz="4" w:space="0" w:color="000000"/>
              <w:left w:val="single" w:sz="4" w:space="0" w:color="000000"/>
              <w:bottom w:val="single" w:sz="4" w:space="0" w:color="000000"/>
              <w:right w:val="single" w:sz="4" w:space="0" w:color="000000"/>
            </w:tcBorders>
          </w:tcPr>
          <w:p w14:paraId="08DF7BC3" w14:textId="77777777" w:rsidR="009446D0" w:rsidRPr="00EB75F0" w:rsidRDefault="0084596B">
            <w:pPr>
              <w:spacing w:before="60" w:after="60" w:line="240" w:lineRule="auto"/>
              <w:rPr>
                <w:sz w:val="14"/>
              </w:rPr>
            </w:pPr>
            <w:r w:rsidRPr="00EB75F0">
              <w:rPr>
                <w:sz w:val="14"/>
              </w:rPr>
              <w:lastRenderedPageBreak/>
              <w:t>Not reported</w:t>
            </w:r>
          </w:p>
        </w:tc>
        <w:tc>
          <w:tcPr>
            <w:tcW w:w="651" w:type="pct"/>
            <w:tcBorders>
              <w:top w:val="single" w:sz="4" w:space="0" w:color="000000"/>
              <w:left w:val="single" w:sz="4" w:space="0" w:color="000000"/>
              <w:bottom w:val="single" w:sz="4" w:space="0" w:color="000000"/>
              <w:right w:val="single" w:sz="4" w:space="0" w:color="000000"/>
            </w:tcBorders>
          </w:tcPr>
          <w:p w14:paraId="009BAF53" w14:textId="77777777" w:rsidR="009446D0" w:rsidRPr="00EB75F0" w:rsidRDefault="0084596B">
            <w:pPr>
              <w:spacing w:before="60" w:after="60" w:line="240" w:lineRule="auto"/>
              <w:rPr>
                <w:sz w:val="14"/>
              </w:rPr>
            </w:pPr>
            <w:r w:rsidRPr="00EB75F0">
              <w:rPr>
                <w:sz w:val="14"/>
              </w:rPr>
              <w:t>PANSS score = 80 with a score = 4 on at least 3 of the following items from the PANSS: Item 1, delusions; Item 2, conceptual disorganization; Item 3, hallucinatory behavior; and Item 6, suspiciousness/ persecution, and a CGI-S score = 4 at baseline and screening, for inclusion</w:t>
            </w:r>
          </w:p>
        </w:tc>
        <w:tc>
          <w:tcPr>
            <w:tcW w:w="658" w:type="pct"/>
            <w:tcBorders>
              <w:top w:val="single" w:sz="4" w:space="0" w:color="000000"/>
              <w:left w:val="single" w:sz="4" w:space="0" w:color="000000"/>
              <w:bottom w:val="single" w:sz="4" w:space="0" w:color="000000"/>
              <w:right w:val="single" w:sz="4" w:space="0" w:color="000000"/>
            </w:tcBorders>
          </w:tcPr>
          <w:p w14:paraId="6FA1C191" w14:textId="77777777" w:rsidR="009446D0" w:rsidRPr="00EB75F0" w:rsidRDefault="0084596B">
            <w:pPr>
              <w:spacing w:before="60" w:after="60" w:line="240" w:lineRule="auto"/>
              <w:rPr>
                <w:sz w:val="14"/>
              </w:rPr>
            </w:pPr>
            <w:r w:rsidRPr="00EB75F0">
              <w:rPr>
                <w:sz w:val="14"/>
              </w:rPr>
              <w:t>Presence of a clinically significant or unstable medical illness, condition, or disorder, History of diabetes; moderate or severe alcohol or drug use disorder were excluded</w:t>
            </w:r>
          </w:p>
        </w:tc>
      </w:tr>
      <w:tr w:rsidR="009446D0" w:rsidRPr="00EB75F0" w14:paraId="318608C5" w14:textId="77777777">
        <w:tc>
          <w:tcPr>
            <w:tcW w:w="485" w:type="pct"/>
            <w:tcBorders>
              <w:top w:val="single" w:sz="4" w:space="0" w:color="000000"/>
              <w:left w:val="single" w:sz="4" w:space="0" w:color="000000"/>
              <w:bottom w:val="single" w:sz="4" w:space="0" w:color="000000"/>
              <w:right w:val="single" w:sz="4" w:space="0" w:color="000000"/>
            </w:tcBorders>
          </w:tcPr>
          <w:p w14:paraId="2AE93DDD" w14:textId="087A7A35" w:rsidR="009446D0" w:rsidRPr="00EB75F0" w:rsidRDefault="0084596B">
            <w:pPr>
              <w:spacing w:before="60" w:after="60" w:line="240" w:lineRule="auto"/>
              <w:rPr>
                <w:sz w:val="14"/>
              </w:rPr>
            </w:pPr>
            <w:r w:rsidRPr="00EB75F0">
              <w:rPr>
                <w:sz w:val="14"/>
              </w:rPr>
              <w:t>Schmidt 2012</w:t>
            </w:r>
            <w:r w:rsidR="0031308D" w:rsidRPr="00EB75F0">
              <w:fldChar w:fldCharType="begin"/>
            </w:r>
            <w:r w:rsidR="00452EF4">
              <w:instrText xml:space="preserve"> ADDIN EN.CITE &lt;EndNote&gt;&lt;Cite&gt;&lt;Author&gt;Schmidt&lt;/Author&gt;&lt;Year&gt;2012&lt;/Year&gt;&lt;RecNum&gt;71&lt;/RecNum&gt;&lt;DisplayText&gt;&lt;style face="superscript"&gt;74&lt;/style&gt;&lt;/DisplayText&gt;&lt;record&gt;&lt;rec-number&gt;71&lt;/rec-number&gt;&lt;foreign-keys&gt;&lt;key app="EN" db-id="9ttaxzax2p0tr7ewzt55atews50zvxaaa5rz" timestamp="1764068840"&gt;71&lt;/key&gt;&lt;/foreign-keys&gt;&lt;ref-type name="Journal Article"&gt;17&lt;/ref-type&gt;&lt;contributors&gt;&lt;authors&gt;&lt;author&gt;Schmidt, M. E.&lt;/author&gt;&lt;author&gt;Kent, J. M.&lt;/author&gt;&lt;author&gt;Daly, E.&lt;/author&gt;&lt;author&gt;Janssens, L.&lt;/author&gt;&lt;author&gt;Van Osselaer, N.&lt;/author&gt;&lt;author&gt;Husken, G.&lt;/author&gt;&lt;author&gt;Anghelescu, I. G.&lt;/author&gt;&lt;author&gt;Van Nueten, L.&lt;/author&gt;&lt;/authors&gt;&lt;/contributors&gt;&lt;titles&gt;&lt;title&gt;A double-blind, randomized, placebo-controlled study with JNJ-37822681, a novel, highly selective, fast dissociating D(2) receptor antagonist in the treatment of acute exacerbation of schizophrenia&lt;/title&gt;&lt;secondary-title&gt;Eur Neuropsychopharmacol&lt;/secondary-title&gt;&lt;/titles&gt;&lt;periodical&gt;&lt;full-title&gt;Eur Neuropsychopharmacol&lt;/full-title&gt;&lt;/periodical&gt;&lt;pages&gt;721-33&lt;/pages&gt;&lt;volume&gt;22&lt;/volume&gt;&lt;number&gt;10&lt;/number&gt;&lt;dates&gt;&lt;year&gt;2012&lt;/year&gt;&lt;pub-dates&gt;&lt;date&gt;20120331&lt;/date&gt;&lt;/pub-dates&gt;&lt;/dates&gt;&lt;pub-location&gt;Janssen Research &amp;amp; Development, a division of Janssen Pharmaceutica NV, Beerse, Belgium. mschmid4@its.jnj.com&lt;/pub-location&gt;&lt;isbn&gt;1873-7862 (Electronic) 0924-977X (Linking)&lt;/isbn&gt;&lt;urls&gt;&lt;related-urls&gt;&lt;url&gt;https://www.ncbi.nlm.nih.gov/pubmed/22464973&lt;/url&gt;&lt;/related-urls&gt;&lt;/urls&gt;&lt;electronic-resource-num&gt;10.1016/j.euroneuro.2012.02.007&lt;/electronic-resource-num&gt;&lt;/record&gt;&lt;/Cite&gt;&lt;/EndNote&gt;</w:instrText>
            </w:r>
            <w:r w:rsidR="0031308D" w:rsidRPr="00EB75F0">
              <w:fldChar w:fldCharType="separate"/>
            </w:r>
            <w:r w:rsidR="00452EF4" w:rsidRPr="00452EF4">
              <w:rPr>
                <w:noProof/>
                <w:vertAlign w:val="superscript"/>
              </w:rPr>
              <w:t>74</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50F6FE6F"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2E8BB62D"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40D8AB9F" w14:textId="77777777" w:rsidR="009446D0" w:rsidRPr="00EB75F0" w:rsidRDefault="0084596B">
            <w:pPr>
              <w:spacing w:before="60" w:after="60" w:line="240" w:lineRule="auto"/>
              <w:rPr>
                <w:sz w:val="14"/>
              </w:rPr>
            </w:pPr>
            <w:r w:rsidRPr="00EB75F0">
              <w:rPr>
                <w:sz w:val="14"/>
              </w:rPr>
              <w:t>Patients included if had schizophrenia 1 year before screening, Unstable disease, Neuroleptic malignant syndrome</w:t>
            </w:r>
          </w:p>
        </w:tc>
        <w:tc>
          <w:tcPr>
            <w:tcW w:w="448" w:type="pct"/>
            <w:tcBorders>
              <w:top w:val="single" w:sz="4" w:space="0" w:color="000000"/>
              <w:left w:val="single" w:sz="4" w:space="0" w:color="000000"/>
              <w:bottom w:val="single" w:sz="4" w:space="0" w:color="000000"/>
              <w:right w:val="single" w:sz="4" w:space="0" w:color="000000"/>
            </w:tcBorders>
          </w:tcPr>
          <w:p w14:paraId="533CD358" w14:textId="77777777" w:rsidR="009446D0" w:rsidRPr="00EB75F0" w:rsidRDefault="0084596B">
            <w:pPr>
              <w:spacing w:before="60" w:after="60" w:line="240" w:lineRule="auto"/>
              <w:rPr>
                <w:sz w:val="14"/>
              </w:rPr>
            </w:pPr>
            <w:r w:rsidRPr="00EB75F0">
              <w:rPr>
                <w:sz w:val="14"/>
              </w:rPr>
              <w:t>Acute exacerbation of disease for less than 6 months duration for inclusion</w:t>
            </w:r>
          </w:p>
        </w:tc>
        <w:tc>
          <w:tcPr>
            <w:tcW w:w="694" w:type="pct"/>
            <w:tcBorders>
              <w:top w:val="single" w:sz="4" w:space="0" w:color="000000"/>
              <w:left w:val="single" w:sz="4" w:space="0" w:color="000000"/>
              <w:bottom w:val="single" w:sz="4" w:space="0" w:color="000000"/>
              <w:right w:val="single" w:sz="4" w:space="0" w:color="000000"/>
            </w:tcBorders>
          </w:tcPr>
          <w:p w14:paraId="5F84B5FA" w14:textId="77777777" w:rsidR="009446D0" w:rsidRPr="00EB75F0" w:rsidRDefault="0084596B">
            <w:pPr>
              <w:spacing w:before="60" w:after="60" w:line="240" w:lineRule="auto"/>
              <w:rPr>
                <w:sz w:val="14"/>
              </w:rPr>
            </w:pPr>
            <w:r w:rsidRPr="00EB75F0">
              <w:rPr>
                <w:sz w:val="14"/>
              </w:rPr>
              <w:t xml:space="preserve">Patients who have never been treated with an </w:t>
            </w:r>
            <w:proofErr w:type="spellStart"/>
            <w:r w:rsidRPr="00EB75F0">
              <w:rPr>
                <w:sz w:val="14"/>
              </w:rPr>
              <w:t>anti psychotic</w:t>
            </w:r>
            <w:proofErr w:type="spellEnd"/>
            <w:r w:rsidRPr="00EB75F0">
              <w:rPr>
                <w:sz w:val="14"/>
              </w:rPr>
              <w:t>; had history of lack of response to antipsychotic therapy when acutely psychotic or had used clozapine for the indications of treatment resistance or reduction of suicidal risk, were excluded from the study. Patients who used monoamine oxidase inhibitors within 4 weeks before screening, fluoxetine within 5 weeks before screening, any other marketed antidepressants within 2 weeks before screening, or mood stabilizers within 2 weeks before baseline were also excluded from the study. Injection of a depot antipsychotic could not have occurred within 120 days before screening or use of paliperidone palmitate within 10 months before screening were also excluded.</w:t>
            </w:r>
          </w:p>
        </w:tc>
        <w:tc>
          <w:tcPr>
            <w:tcW w:w="531" w:type="pct"/>
            <w:tcBorders>
              <w:top w:val="single" w:sz="4" w:space="0" w:color="000000"/>
              <w:left w:val="single" w:sz="4" w:space="0" w:color="000000"/>
              <w:bottom w:val="single" w:sz="4" w:space="0" w:color="000000"/>
              <w:right w:val="single" w:sz="4" w:space="0" w:color="000000"/>
            </w:tcBorders>
          </w:tcPr>
          <w:p w14:paraId="01461DF4" w14:textId="77777777" w:rsidR="009446D0" w:rsidRPr="00EB75F0" w:rsidRDefault="0084596B">
            <w:pPr>
              <w:spacing w:before="60" w:after="60" w:line="240" w:lineRule="auto"/>
              <w:rPr>
                <w:sz w:val="14"/>
              </w:rPr>
            </w:pPr>
            <w:r w:rsidRPr="00EB75F0">
              <w:rPr>
                <w:sz w:val="14"/>
              </w:rPr>
              <w:t>Oral benzodiazepines were allowed for the treatment of agitation, anxiety, or sleep difficulties; however, the daily dose of the benzodiazepine was not to exceed an equivalent of 6 mg daily of oral lorazepam at screening and during the first 2 weeks; and an equivalent dose of 3 mg daily of lorazepam thereafter.</w:t>
            </w:r>
          </w:p>
        </w:tc>
        <w:tc>
          <w:tcPr>
            <w:tcW w:w="651" w:type="pct"/>
            <w:tcBorders>
              <w:top w:val="single" w:sz="4" w:space="0" w:color="000000"/>
              <w:left w:val="single" w:sz="4" w:space="0" w:color="000000"/>
              <w:bottom w:val="single" w:sz="4" w:space="0" w:color="000000"/>
              <w:right w:val="single" w:sz="4" w:space="0" w:color="000000"/>
            </w:tcBorders>
          </w:tcPr>
          <w:p w14:paraId="79F7BCDB" w14:textId="77777777" w:rsidR="009446D0" w:rsidRPr="00EB75F0" w:rsidRDefault="0084596B">
            <w:pPr>
              <w:spacing w:before="60" w:after="60" w:line="240" w:lineRule="auto"/>
              <w:rPr>
                <w:sz w:val="14"/>
              </w:rPr>
            </w:pPr>
            <w:r w:rsidRPr="00EB75F0">
              <w:rPr>
                <w:sz w:val="14"/>
              </w:rPr>
              <w:t>Positive and Negative Syndrome Scale (PANSS) total score between 70 and 120 (inclusive) at screening and 60 and 120 (inclusive) at baseline were included</w:t>
            </w:r>
          </w:p>
        </w:tc>
        <w:tc>
          <w:tcPr>
            <w:tcW w:w="658" w:type="pct"/>
            <w:tcBorders>
              <w:top w:val="single" w:sz="4" w:space="0" w:color="000000"/>
              <w:left w:val="single" w:sz="4" w:space="0" w:color="000000"/>
              <w:bottom w:val="single" w:sz="4" w:space="0" w:color="000000"/>
              <w:right w:val="single" w:sz="4" w:space="0" w:color="000000"/>
            </w:tcBorders>
          </w:tcPr>
          <w:p w14:paraId="301505A3" w14:textId="77777777" w:rsidR="009446D0" w:rsidRPr="00EB75F0" w:rsidRDefault="0084596B">
            <w:pPr>
              <w:spacing w:before="60" w:after="60" w:line="240" w:lineRule="auto"/>
              <w:rPr>
                <w:sz w:val="14"/>
              </w:rPr>
            </w:pPr>
            <w:r w:rsidRPr="00EB75F0">
              <w:rPr>
                <w:sz w:val="14"/>
              </w:rPr>
              <w:t>Substance dependence, history of any significant or unstable disease; history of neuroleptic malignant syndrome, significant risk of suicidal or violent behavior and treatment with electroconvulsive therapy within 3 months before screening were excluded.</w:t>
            </w:r>
          </w:p>
        </w:tc>
      </w:tr>
      <w:tr w:rsidR="009446D0" w:rsidRPr="00EB75F0" w14:paraId="4DED3240" w14:textId="77777777">
        <w:tc>
          <w:tcPr>
            <w:tcW w:w="485" w:type="pct"/>
            <w:tcBorders>
              <w:top w:val="single" w:sz="4" w:space="0" w:color="000000"/>
              <w:left w:val="single" w:sz="4" w:space="0" w:color="000000"/>
              <w:bottom w:val="single" w:sz="4" w:space="0" w:color="000000"/>
              <w:right w:val="single" w:sz="4" w:space="0" w:color="000000"/>
            </w:tcBorders>
          </w:tcPr>
          <w:p w14:paraId="7E0B3D23" w14:textId="376A697D" w:rsidR="009446D0" w:rsidRPr="00EB75F0" w:rsidRDefault="0084596B">
            <w:pPr>
              <w:spacing w:before="60" w:after="60" w:line="240" w:lineRule="auto"/>
              <w:rPr>
                <w:sz w:val="14"/>
              </w:rPr>
            </w:pPr>
            <w:r w:rsidRPr="00EB75F0">
              <w:rPr>
                <w:sz w:val="14"/>
              </w:rPr>
              <w:t>Shen 2014</w:t>
            </w:r>
            <w:r w:rsidR="0031308D" w:rsidRPr="00EB75F0">
              <w:fldChar w:fldCharType="begin"/>
            </w:r>
            <w:r w:rsidR="00452EF4">
              <w:instrText xml:space="preserve"> ADDIN EN.CITE &lt;EndNote&gt;&lt;Cite&gt;&lt;Author&gt;Shen&lt;/Author&gt;&lt;Year&gt;2014&lt;/Year&gt;&lt;RecNum&gt;72&lt;/RecNum&gt;&lt;DisplayText&gt;&lt;style face="superscript"&gt;75&lt;/style&gt;&lt;/DisplayText&gt;&lt;record&gt;&lt;rec-number&gt;72&lt;/rec-number&gt;&lt;foreign-keys&gt;&lt;key app="EN" db-id="9ttaxzax2p0tr7ewzt55atews50zvxaaa5rz" timestamp="1764068840"&gt;72&lt;/key&gt;&lt;/foreign-keys&gt;&lt;ref-type name="Journal Article"&gt;17&lt;/ref-type&gt;&lt;contributors&gt;&lt;authors&gt;&lt;author&gt;Shen, J. H.&lt;/author&gt;&lt;author&gt;Zhao, Y.&lt;/author&gt;&lt;author&gt;Rosenzweig-Lipson, S.&lt;/author&gt;&lt;author&gt;Popp, D.&lt;/author&gt;&lt;author&gt;Williams, J. B.&lt;/author&gt;&lt;author&gt;Giller, E.&lt;/author&gt;&lt;author&gt;Detke, M. J.&lt;/author&gt;&lt;author&gt;Kane, J. M.&lt;/author&gt;&lt;/authors&gt;&lt;/contributors&gt;&lt;titles&gt;&lt;title&gt;A 6-week randomized, double-blind, placebo-controlled, comparator referenced trial of vabicaserin in acute schizophrenia&lt;/title&gt;&lt;secondary-title&gt;J Psychiatr Res&lt;/secondary-title&gt;&lt;/titles&gt;&lt;periodical&gt;&lt;full-title&gt;J Psychiatr Res&lt;/full-title&gt;&lt;/periodical&gt;&lt;pages&gt;14-22&lt;/pages&gt;&lt;volume&gt;53&lt;/volume&gt;&lt;dates&gt;&lt;year&gt;2014&lt;/year&gt;&lt;pub-dates&gt;&lt;date&gt;20140224&lt;/date&gt;&lt;/pub-dates&gt;&lt;/dates&gt;&lt;pub-location&gt;Hengrui Medicine Co., Ltd, Shanghai, China. Skyview Research, Pennsylvania, USA. IVS Pharma Consulting, USA. MedAvante Inc, Hamilton, NJ, USA. MedAvante Inc, Hamilton, NJ, USA; College of Physicians and Surgeons, Columbia University, USA. Electronic address: jwilliams@medavante.com. Detke Biopharma Consulting LLC, Carmel, IN, USA; Indiana University School of Medicine, USA. The Zucker Hillside Hospital, Glen Oaks, NY, USA; The Albert Einstein College of Medicine, Bronx, NY, USA.&lt;/pub-location&gt;&lt;isbn&gt;1879-1379 (Electronic) 0022-3956 (Linking)&lt;/isbn&gt;&lt;urls&gt;&lt;related-urls&gt;&lt;url&gt;https://www.ncbi.nlm.nih.gov/pubmed/24613032&lt;/url&gt;&lt;/related-urls&gt;&lt;/urls&gt;&lt;electronic-resource-num&gt;10.1016/j.jpsychires.2014.02.012&lt;/electronic-resource-num&gt;&lt;/record&gt;&lt;/Cite&gt;&lt;/EndNote&gt;</w:instrText>
            </w:r>
            <w:r w:rsidR="0031308D" w:rsidRPr="00EB75F0">
              <w:fldChar w:fldCharType="separate"/>
            </w:r>
            <w:r w:rsidR="00452EF4" w:rsidRPr="00452EF4">
              <w:rPr>
                <w:noProof/>
                <w:vertAlign w:val="superscript"/>
              </w:rPr>
              <w:t>75</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1035642D" w14:textId="77777777" w:rsidR="009446D0" w:rsidRPr="00732701" w:rsidRDefault="0084596B">
            <w:pPr>
              <w:spacing w:before="60" w:after="60" w:line="240" w:lineRule="auto"/>
              <w:rPr>
                <w:sz w:val="14"/>
                <w:lang w:val="nl-NL"/>
              </w:rPr>
            </w:pPr>
            <w:r w:rsidRPr="00732701">
              <w:rPr>
                <w:sz w:val="14"/>
                <w:lang w:val="nl-NL"/>
              </w:rPr>
              <w:t xml:space="preserve">DSM-IV-TR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6B50BA95" w14:textId="77777777" w:rsidR="009446D0" w:rsidRPr="00EB75F0" w:rsidRDefault="0084596B">
            <w:pPr>
              <w:spacing w:before="60" w:after="60" w:line="240" w:lineRule="auto"/>
              <w:rPr>
                <w:sz w:val="14"/>
              </w:rPr>
            </w:pPr>
            <w:r w:rsidRPr="00EB75F0">
              <w:rPr>
                <w:sz w:val="14"/>
              </w:rPr>
              <w:t>20-63</w:t>
            </w:r>
          </w:p>
        </w:tc>
        <w:tc>
          <w:tcPr>
            <w:tcW w:w="557" w:type="pct"/>
            <w:tcBorders>
              <w:top w:val="single" w:sz="4" w:space="0" w:color="000000"/>
              <w:left w:val="single" w:sz="4" w:space="0" w:color="000000"/>
              <w:bottom w:val="single" w:sz="4" w:space="0" w:color="000000"/>
              <w:right w:val="single" w:sz="4" w:space="0" w:color="000000"/>
            </w:tcBorders>
          </w:tcPr>
          <w:p w14:paraId="1312D4BA" w14:textId="77777777" w:rsidR="009446D0" w:rsidRPr="00EB75F0" w:rsidRDefault="0084596B">
            <w:pPr>
              <w:spacing w:before="60" w:after="60" w:line="240" w:lineRule="auto"/>
              <w:rPr>
                <w:sz w:val="14"/>
              </w:rPr>
            </w:pPr>
            <w:r w:rsidRPr="00EB75F0">
              <w:rPr>
                <w:sz w:val="14"/>
              </w:rPr>
              <w:t>Subjects with current Axis I primary psychiatric diagnosis other than schizophrenia were excluded</w:t>
            </w:r>
          </w:p>
        </w:tc>
        <w:tc>
          <w:tcPr>
            <w:tcW w:w="448" w:type="pct"/>
            <w:tcBorders>
              <w:top w:val="single" w:sz="4" w:space="0" w:color="000000"/>
              <w:left w:val="single" w:sz="4" w:space="0" w:color="000000"/>
              <w:bottom w:val="single" w:sz="4" w:space="0" w:color="000000"/>
              <w:right w:val="single" w:sz="4" w:space="0" w:color="000000"/>
            </w:tcBorders>
          </w:tcPr>
          <w:p w14:paraId="54779AF1" w14:textId="77777777" w:rsidR="009446D0" w:rsidRPr="00EB75F0" w:rsidRDefault="0084596B">
            <w:pPr>
              <w:spacing w:before="60" w:after="60" w:line="240" w:lineRule="auto"/>
              <w:rPr>
                <w:sz w:val="14"/>
              </w:rPr>
            </w:pPr>
            <w:r w:rsidRPr="00EB75F0">
              <w:rPr>
                <w:sz w:val="14"/>
              </w:rPr>
              <w:t>Adult subjects with acute exacerbation of schizophrenia were included</w:t>
            </w:r>
          </w:p>
        </w:tc>
        <w:tc>
          <w:tcPr>
            <w:tcW w:w="694" w:type="pct"/>
            <w:tcBorders>
              <w:top w:val="single" w:sz="4" w:space="0" w:color="000000"/>
              <w:left w:val="single" w:sz="4" w:space="0" w:color="000000"/>
              <w:bottom w:val="single" w:sz="4" w:space="0" w:color="000000"/>
              <w:right w:val="single" w:sz="4" w:space="0" w:color="000000"/>
            </w:tcBorders>
          </w:tcPr>
          <w:p w14:paraId="0B7FF24F" w14:textId="77777777" w:rsidR="009446D0" w:rsidRPr="00EB75F0" w:rsidRDefault="0084596B">
            <w:pPr>
              <w:spacing w:before="60" w:after="60" w:line="240" w:lineRule="auto"/>
              <w:rPr>
                <w:sz w:val="14"/>
              </w:rPr>
            </w:pPr>
            <w:r w:rsidRPr="00EB75F0">
              <w:rPr>
                <w:sz w:val="14"/>
              </w:rPr>
              <w:t>Subjects who had used olanzapine within the past 30 days or had a known history of resistance to antipsychotic treatment were excluded</w:t>
            </w:r>
          </w:p>
        </w:tc>
        <w:tc>
          <w:tcPr>
            <w:tcW w:w="531" w:type="pct"/>
            <w:tcBorders>
              <w:top w:val="single" w:sz="4" w:space="0" w:color="000000"/>
              <w:left w:val="single" w:sz="4" w:space="0" w:color="000000"/>
              <w:bottom w:val="single" w:sz="4" w:space="0" w:color="000000"/>
              <w:right w:val="single" w:sz="4" w:space="0" w:color="000000"/>
            </w:tcBorders>
          </w:tcPr>
          <w:p w14:paraId="467F839C" w14:textId="77777777" w:rsidR="009446D0" w:rsidRPr="00EB75F0" w:rsidRDefault="0084596B">
            <w:pPr>
              <w:spacing w:before="60" w:after="60" w:line="240" w:lineRule="auto"/>
              <w:rPr>
                <w:sz w:val="14"/>
              </w:rPr>
            </w:pPr>
            <w:r w:rsidRPr="00EB75F0">
              <w:rPr>
                <w:sz w:val="14"/>
              </w:rPr>
              <w:t xml:space="preserve">Lorazepam, clorazepate dipotassium, benztropine, biperiden, trihexyphenidyl HCl, zaleplon, and zolpidem were allowed; Other anxiolytics, antiparkinsonian agents, or sedative-hypnotics, antidepressants, MAOIs, analgesics (opioid), anticonvulsants, electroconvulsive therapy, psychostimulants or sympathomimetics, psychotropic drugs or substances, psychotherapy, lithium, barbiturates, drugs known to influence dopamine or serotonin neurotransmission, and </w:t>
            </w:r>
            <w:r w:rsidRPr="00EB75F0">
              <w:rPr>
                <w:sz w:val="14"/>
              </w:rPr>
              <w:lastRenderedPageBreak/>
              <w:t>drugs known to prolong the QT/QTc interval. were prohibited</w:t>
            </w:r>
          </w:p>
        </w:tc>
        <w:tc>
          <w:tcPr>
            <w:tcW w:w="651" w:type="pct"/>
            <w:tcBorders>
              <w:top w:val="single" w:sz="4" w:space="0" w:color="000000"/>
              <w:left w:val="single" w:sz="4" w:space="0" w:color="000000"/>
              <w:bottom w:val="single" w:sz="4" w:space="0" w:color="000000"/>
              <w:right w:val="single" w:sz="4" w:space="0" w:color="000000"/>
            </w:tcBorders>
          </w:tcPr>
          <w:p w14:paraId="24E8D961" w14:textId="77777777" w:rsidR="009446D0" w:rsidRPr="00EB75F0" w:rsidRDefault="0084596B">
            <w:pPr>
              <w:spacing w:before="60" w:after="60" w:line="240" w:lineRule="auto"/>
              <w:rPr>
                <w:sz w:val="14"/>
              </w:rPr>
            </w:pPr>
            <w:r w:rsidRPr="00EB75F0">
              <w:rPr>
                <w:sz w:val="14"/>
              </w:rPr>
              <w:lastRenderedPageBreak/>
              <w:t>PANSS total score &gt;=70 and &lt;=120, a PANSS Positive Symptoms Subscale score &gt;=20, and scores of &gt;=4 on at least two of the following PANSS items: delusions, conceptual disorganization, hallucinatory behavior, suspiciousness, and unusual thought content. Subjects must have had CGI-S scores &gt;=4 at both screening and baseline for inclusion</w:t>
            </w:r>
          </w:p>
        </w:tc>
        <w:tc>
          <w:tcPr>
            <w:tcW w:w="658" w:type="pct"/>
            <w:tcBorders>
              <w:top w:val="single" w:sz="4" w:space="0" w:color="000000"/>
              <w:left w:val="single" w:sz="4" w:space="0" w:color="000000"/>
              <w:bottom w:val="single" w:sz="4" w:space="0" w:color="000000"/>
              <w:right w:val="single" w:sz="4" w:space="0" w:color="000000"/>
            </w:tcBorders>
          </w:tcPr>
          <w:p w14:paraId="13E832AF" w14:textId="77777777" w:rsidR="009446D0" w:rsidRPr="00EB75F0" w:rsidRDefault="0084596B">
            <w:pPr>
              <w:spacing w:before="60" w:after="60" w:line="240" w:lineRule="auto"/>
              <w:rPr>
                <w:sz w:val="14"/>
              </w:rPr>
            </w:pPr>
            <w:r w:rsidRPr="00EB75F0">
              <w:rPr>
                <w:sz w:val="14"/>
              </w:rPr>
              <w:t>Current Axis I primary psychiatric diagnosis other than schizophrenia, substance dependence, significant suicide risk or having a CDSS score of 3 on the suicide item were excluded</w:t>
            </w:r>
          </w:p>
        </w:tc>
      </w:tr>
      <w:tr w:rsidR="009446D0" w:rsidRPr="00EB75F0" w14:paraId="70500B23" w14:textId="77777777">
        <w:tc>
          <w:tcPr>
            <w:tcW w:w="485" w:type="pct"/>
            <w:tcBorders>
              <w:top w:val="single" w:sz="4" w:space="0" w:color="000000"/>
              <w:left w:val="single" w:sz="4" w:space="0" w:color="000000"/>
              <w:bottom w:val="single" w:sz="4" w:space="0" w:color="000000"/>
              <w:right w:val="single" w:sz="4" w:space="0" w:color="000000"/>
            </w:tcBorders>
          </w:tcPr>
          <w:p w14:paraId="1FAD9074" w14:textId="7B054FCE" w:rsidR="009446D0" w:rsidRPr="00EB75F0" w:rsidRDefault="0084596B">
            <w:pPr>
              <w:spacing w:before="60" w:after="60" w:line="240" w:lineRule="auto"/>
              <w:rPr>
                <w:sz w:val="14"/>
              </w:rPr>
            </w:pPr>
            <w:r w:rsidRPr="00EB75F0">
              <w:rPr>
                <w:sz w:val="14"/>
              </w:rPr>
              <w:t>Marder 2007</w:t>
            </w:r>
            <w:r w:rsidR="0031308D" w:rsidRPr="00EB75F0">
              <w:fldChar w:fldCharType="begin"/>
            </w:r>
            <w:r w:rsidR="00452EF4">
              <w:instrText xml:space="preserve"> ADDIN EN.CITE &lt;EndNote&gt;&lt;Cite&gt;&lt;Author&gt;Marder&lt;/Author&gt;&lt;Year&gt;2007&lt;/Year&gt;&lt;RecNum&gt;73&lt;/RecNum&gt;&lt;DisplayText&gt;&lt;style face="superscript"&gt;76&lt;/style&gt;&lt;/DisplayText&gt;&lt;record&gt;&lt;rec-number&gt;73&lt;/rec-number&gt;&lt;foreign-keys&gt;&lt;key app="EN" db-id="9ttaxzax2p0tr7ewzt55atews50zvxaaa5rz" timestamp="1764068840"&gt;73&lt;/key&gt;&lt;/foreign-keys&gt;&lt;ref-type name="Journal Article"&gt;17&lt;/ref-type&gt;&lt;contributors&gt;&lt;authors&gt;&lt;author&gt;Marder, S. R.&lt;/author&gt;&lt;author&gt;Kramer, M.&lt;/author&gt;&lt;author&gt;Ford, L.&lt;/author&gt;&lt;author&gt;Eerdekens, E.&lt;/author&gt;&lt;author&gt;Lim, P.&lt;/author&gt;&lt;author&gt;Eerdekens, M.&lt;/author&gt;&lt;author&gt;Lowy, A.&lt;/author&gt;&lt;/authors&gt;&lt;/contributors&gt;&lt;titles&gt;&lt;title&gt;Efficacy and safety of paliperidone extended-release tablets: results of a 6-week, randomized, placebo-controlled study&lt;/title&gt;&lt;secondary-title&gt;Biol Psychiatry&lt;/secondary-title&gt;&lt;/titles&gt;&lt;periodical&gt;&lt;full-title&gt;Biol Psychiatry&lt;/full-title&gt;&lt;/periodical&gt;&lt;pages&gt;1363-70&lt;/pages&gt;&lt;volume&gt;62&lt;/volume&gt;&lt;number&gt;12&lt;/number&gt;&lt;dates&gt;&lt;year&gt;2007&lt;/year&gt;&lt;pub-dates&gt;&lt;date&gt;Dec 15 2007&lt;/date&gt;&lt;/pub-dates&gt;&lt;/dates&gt;&lt;pub-location&gt;Veteran&amp;apos;s Affairs Veteran&amp;apos;s Integrated Service Networks 22 Mental Illness Research, Education, and Clinical Center, Los Angeles, California 90073, USA. marder@ucla.edu&lt;/pub-location&gt;&lt;isbn&gt;1873-2402 (Electronic) 0006-3223 (Linking)&lt;/isbn&gt;&lt;urls&gt;&lt;related-urls&gt;&lt;url&gt;https://www.ncbi.nlm.nih.gov/pubmed/17601495&lt;/url&gt;&lt;/related-urls&gt;&lt;/urls&gt;&lt;electronic-resource-num&gt;10.1016/j.biopsych.2007.01.017&lt;/electronic-resource-num&gt;&lt;/record&gt;&lt;/Cite&gt;&lt;/EndNote&gt;</w:instrText>
            </w:r>
            <w:r w:rsidR="0031308D" w:rsidRPr="00EB75F0">
              <w:fldChar w:fldCharType="separate"/>
            </w:r>
            <w:r w:rsidR="00452EF4" w:rsidRPr="00452EF4">
              <w:rPr>
                <w:noProof/>
                <w:vertAlign w:val="superscript"/>
              </w:rPr>
              <w:t>76</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608B6564"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5EBD9075" w14:textId="77777777" w:rsidR="009446D0" w:rsidRPr="00EB75F0" w:rsidRDefault="0084596B">
            <w:pPr>
              <w:spacing w:before="60" w:after="60" w:line="240" w:lineRule="auto"/>
              <w:rPr>
                <w:sz w:val="14"/>
              </w:rPr>
            </w:pPr>
            <w:r w:rsidRPr="00EB75F0">
              <w:rPr>
                <w:sz w:val="14"/>
              </w:rPr>
              <w:t>18+</w:t>
            </w:r>
          </w:p>
        </w:tc>
        <w:tc>
          <w:tcPr>
            <w:tcW w:w="557" w:type="pct"/>
            <w:tcBorders>
              <w:top w:val="single" w:sz="4" w:space="0" w:color="000000"/>
              <w:left w:val="single" w:sz="4" w:space="0" w:color="000000"/>
              <w:bottom w:val="single" w:sz="4" w:space="0" w:color="000000"/>
              <w:right w:val="single" w:sz="4" w:space="0" w:color="000000"/>
            </w:tcBorders>
          </w:tcPr>
          <w:p w14:paraId="295BBE42"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3F9EB714" w14:textId="77777777" w:rsidR="009446D0" w:rsidRPr="00EB75F0" w:rsidRDefault="0084596B">
            <w:pPr>
              <w:spacing w:before="60" w:after="60" w:line="240" w:lineRule="auto"/>
              <w:rPr>
                <w:sz w:val="14"/>
              </w:rPr>
            </w:pPr>
            <w:r w:rsidRPr="00EB75F0">
              <w:rPr>
                <w:sz w:val="14"/>
              </w:rPr>
              <w:t>Patients experiencing an acute episode of schizophrenia were included</w:t>
            </w:r>
          </w:p>
        </w:tc>
        <w:tc>
          <w:tcPr>
            <w:tcW w:w="694" w:type="pct"/>
            <w:tcBorders>
              <w:top w:val="single" w:sz="4" w:space="0" w:color="000000"/>
              <w:left w:val="single" w:sz="4" w:space="0" w:color="000000"/>
              <w:bottom w:val="single" w:sz="4" w:space="0" w:color="000000"/>
              <w:right w:val="single" w:sz="4" w:space="0" w:color="000000"/>
            </w:tcBorders>
          </w:tcPr>
          <w:p w14:paraId="46E25095" w14:textId="77777777" w:rsidR="009446D0" w:rsidRPr="00EB75F0" w:rsidRDefault="0084596B">
            <w:pPr>
              <w:spacing w:before="60" w:after="60" w:line="240" w:lineRule="auto"/>
              <w:rPr>
                <w:sz w:val="14"/>
              </w:rPr>
            </w:pPr>
            <w:r w:rsidRPr="00EB75F0">
              <w:rPr>
                <w:sz w:val="14"/>
              </w:rPr>
              <w:t>Patients were excluded if receiving a depot antipsychotic within 120 days or paliperidone palmitate as part of a clinical trial within 10 months before screening. A history of drug sensitivity or allergy, including hypersensitivity to risperidone, paliperidone, or olanzapine, or a history of unresponsiveness to antipsychotic agents also resulted in exclusion from the study.</w:t>
            </w:r>
          </w:p>
        </w:tc>
        <w:tc>
          <w:tcPr>
            <w:tcW w:w="531" w:type="pct"/>
            <w:tcBorders>
              <w:top w:val="single" w:sz="4" w:space="0" w:color="000000"/>
              <w:left w:val="single" w:sz="4" w:space="0" w:color="000000"/>
              <w:bottom w:val="single" w:sz="4" w:space="0" w:color="000000"/>
              <w:right w:val="single" w:sz="4" w:space="0" w:color="000000"/>
            </w:tcBorders>
          </w:tcPr>
          <w:p w14:paraId="733A478E" w14:textId="77777777" w:rsidR="009446D0" w:rsidRPr="00EB75F0" w:rsidRDefault="0084596B">
            <w:pPr>
              <w:spacing w:before="60" w:after="60" w:line="240" w:lineRule="auto"/>
              <w:rPr>
                <w:sz w:val="14"/>
              </w:rPr>
            </w:pPr>
            <w:r w:rsidRPr="00EB75F0">
              <w:rPr>
                <w:sz w:val="14"/>
              </w:rPr>
              <w:t xml:space="preserve">Benzodiazepine, Antidepressants, Paracetamol, Ibuprofen and </w:t>
            </w:r>
            <w:proofErr w:type="spellStart"/>
            <w:r w:rsidRPr="00EB75F0">
              <w:rPr>
                <w:sz w:val="14"/>
              </w:rPr>
              <w:t>Benzatropine</w:t>
            </w:r>
            <w:proofErr w:type="spellEnd"/>
            <w:r w:rsidRPr="00EB75F0">
              <w:rPr>
                <w:sz w:val="14"/>
              </w:rPr>
              <w:t xml:space="preserve"> mesylate</w:t>
            </w:r>
          </w:p>
        </w:tc>
        <w:tc>
          <w:tcPr>
            <w:tcW w:w="651" w:type="pct"/>
            <w:tcBorders>
              <w:top w:val="single" w:sz="4" w:space="0" w:color="000000"/>
              <w:left w:val="single" w:sz="4" w:space="0" w:color="000000"/>
              <w:bottom w:val="single" w:sz="4" w:space="0" w:color="000000"/>
              <w:right w:val="single" w:sz="4" w:space="0" w:color="000000"/>
            </w:tcBorders>
          </w:tcPr>
          <w:p w14:paraId="1DD81437" w14:textId="77777777" w:rsidR="009446D0" w:rsidRPr="00EB75F0" w:rsidRDefault="0084596B">
            <w:pPr>
              <w:spacing w:before="60" w:after="60" w:line="240" w:lineRule="auto"/>
              <w:rPr>
                <w:sz w:val="14"/>
              </w:rPr>
            </w:pPr>
            <w:r w:rsidRPr="00EB75F0">
              <w:rPr>
                <w:sz w:val="14"/>
              </w:rPr>
              <w:t>Positive and Negative Syndrome Scale (PANSS) total score of 70 –120 for inclusion</w:t>
            </w:r>
          </w:p>
        </w:tc>
        <w:tc>
          <w:tcPr>
            <w:tcW w:w="658" w:type="pct"/>
            <w:tcBorders>
              <w:top w:val="single" w:sz="4" w:space="0" w:color="000000"/>
              <w:left w:val="single" w:sz="4" w:space="0" w:color="000000"/>
              <w:bottom w:val="single" w:sz="4" w:space="0" w:color="000000"/>
              <w:right w:val="single" w:sz="4" w:space="0" w:color="000000"/>
            </w:tcBorders>
          </w:tcPr>
          <w:p w14:paraId="058C3EC0" w14:textId="77777777" w:rsidR="009446D0" w:rsidRPr="00EB75F0" w:rsidRDefault="0084596B">
            <w:pPr>
              <w:spacing w:before="60" w:after="60" w:line="240" w:lineRule="auto"/>
              <w:rPr>
                <w:sz w:val="14"/>
              </w:rPr>
            </w:pPr>
            <w:r w:rsidRPr="00EB75F0">
              <w:rPr>
                <w:sz w:val="14"/>
              </w:rPr>
              <w:t>Tardive dyskinesia, Neuroleptic malignant syndrome</w:t>
            </w:r>
            <w:r w:rsidRPr="00EB75F0">
              <w:rPr>
                <w:sz w:val="14"/>
              </w:rPr>
              <w:br/>
            </w:r>
            <w:r w:rsidRPr="00EB75F0">
              <w:rPr>
                <w:sz w:val="14"/>
              </w:rPr>
              <w:br/>
              <w:t>Diagnosis of substance dependence within the previous 6 months; medical conditions affecting absorption, metabolism, or excretion of the study drug were excluded</w:t>
            </w:r>
          </w:p>
        </w:tc>
      </w:tr>
      <w:tr w:rsidR="009446D0" w:rsidRPr="00EB75F0" w14:paraId="3132CDB1" w14:textId="77777777">
        <w:tc>
          <w:tcPr>
            <w:tcW w:w="485" w:type="pct"/>
            <w:tcBorders>
              <w:top w:val="single" w:sz="4" w:space="0" w:color="000000"/>
              <w:left w:val="single" w:sz="4" w:space="0" w:color="000000"/>
              <w:bottom w:val="single" w:sz="4" w:space="0" w:color="000000"/>
              <w:right w:val="single" w:sz="4" w:space="0" w:color="000000"/>
            </w:tcBorders>
          </w:tcPr>
          <w:p w14:paraId="49C8312E" w14:textId="6631351B" w:rsidR="009446D0" w:rsidRPr="00EB75F0" w:rsidRDefault="0084596B">
            <w:pPr>
              <w:spacing w:before="60" w:after="60" w:line="240" w:lineRule="auto"/>
              <w:rPr>
                <w:sz w:val="14"/>
              </w:rPr>
            </w:pPr>
            <w:r w:rsidRPr="00EB75F0">
              <w:rPr>
                <w:sz w:val="14"/>
              </w:rPr>
              <w:t>Hatta 2013</w:t>
            </w:r>
            <w:r w:rsidR="0031308D" w:rsidRPr="00EB75F0">
              <w:fldChar w:fldCharType="begin"/>
            </w:r>
            <w:r w:rsidR="00452EF4">
              <w:instrText xml:space="preserve"> ADDIN EN.CITE &lt;EndNote&gt;&lt;Cite&gt;&lt;Author&gt;Hatta&lt;/Author&gt;&lt;Year&gt;2013&lt;/Year&gt;&lt;RecNum&gt;74&lt;/RecNum&gt;&lt;DisplayText&gt;&lt;style face="superscript"&gt;77&lt;/style&gt;&lt;/DisplayText&gt;&lt;record&gt;&lt;rec-number&gt;74&lt;/rec-number&gt;&lt;foreign-keys&gt;&lt;key app="EN" db-id="9ttaxzax2p0tr7ewzt55atews50zvxaaa5rz" timestamp="1764068841"&gt;74&lt;/key&gt;&lt;/foreign-keys&gt;&lt;ref-type name="Journal Article"&gt;17&lt;/ref-type&gt;&lt;contributors&gt;&lt;authors&gt;&lt;author&gt;Hatta, K.&lt;/author&gt;&lt;author&gt;Takebayashi, H.&lt;/author&gt;&lt;author&gt;Sudo, Y.&lt;/author&gt;&lt;author&gt;Katayama, S.&lt;/author&gt;&lt;author&gt;Kasuya, M.&lt;/author&gt;&lt;author&gt;Shirai, Y.&lt;/author&gt;&lt;author&gt;Morikawa, F.&lt;/author&gt;&lt;author&gt;Nakase, R.&lt;/author&gt;&lt;author&gt;Nakamura, M.&lt;/author&gt;&lt;author&gt;Ito, S.&lt;/author&gt;&lt;author&gt;Kuga, H.&lt;/author&gt;&lt;author&gt;Nakamura, M.&lt;/author&gt;&lt;author&gt;Ohnuma, T.&lt;/author&gt;&lt;author&gt;Usui, C.&lt;/author&gt;&lt;author&gt;Nakamura, H.&lt;/author&gt;&lt;author&gt;Hirata, T.&lt;/author&gt;&lt;author&gt;Sawa, Y.&lt;/author&gt;&lt;author&gt;Jast study group&lt;/author&gt;&lt;/authors&gt;&lt;/contributors&gt;&lt;titles&gt;&lt;title&gt;The possibility that requiring high-dose olanzapine cannot be explained by pharmacokinetics in the treatment of acute-phase schizophrenia&lt;/title&gt;&lt;secondary-title&gt;Psychiatry Res&lt;/secondary-title&gt;&lt;/titles&gt;&lt;periodical&gt;&lt;full-title&gt;Psychiatry Res&lt;/full-title&gt;&lt;/periodical&gt;&lt;pages&gt;396-401&lt;/pages&gt;&lt;volume&gt;210&lt;/volume&gt;&lt;number&gt;2&lt;/number&gt;&lt;dates&gt;&lt;year&gt;2013&lt;/year&gt;&lt;pub-dates&gt;&lt;date&gt;Dec 15 2013&lt;/date&gt;&lt;/pub-dates&gt;&lt;/dates&gt;&lt;pub-location&gt;Department of Psychiatry, Juntendo University Nerima Hospital, Tokyo, Japan. Electronic address: khatta@juntendo.ac.jp.&lt;/pub-location&gt;&lt;isbn&gt;1872-7123 (Electronic) 0165-1781 (Linking)&lt;/isbn&gt;&lt;urls&gt;&lt;related-urls&gt;&lt;url&gt;https://www.ncbi.nlm.nih.gov/pubmed/23919898&lt;/url&gt;&lt;/related-urls&gt;&lt;/urls&gt;&lt;electronic-resource-num&gt;10.1016/j.psychres.2013.07.005&lt;/electronic-resource-num&gt;&lt;/record&gt;&lt;/Cite&gt;&lt;/EndNote&gt;</w:instrText>
            </w:r>
            <w:r w:rsidR="0031308D" w:rsidRPr="00EB75F0">
              <w:fldChar w:fldCharType="separate"/>
            </w:r>
            <w:r w:rsidR="00452EF4" w:rsidRPr="00452EF4">
              <w:rPr>
                <w:noProof/>
                <w:vertAlign w:val="superscript"/>
              </w:rPr>
              <w:t>77</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2013881B" w14:textId="77777777" w:rsidR="009446D0" w:rsidRPr="00EB75F0" w:rsidRDefault="0084596B">
            <w:pPr>
              <w:spacing w:before="60" w:after="60" w:line="240" w:lineRule="auto"/>
              <w:rPr>
                <w:sz w:val="14"/>
              </w:rPr>
            </w:pPr>
            <w:r w:rsidRPr="00EB75F0">
              <w:rPr>
                <w:sz w:val="14"/>
              </w:rPr>
              <w:t>DSM-IV-TR diagnosis of schizophrenia, schizophreniform, schizoaffective disorder.</w:t>
            </w:r>
          </w:p>
        </w:tc>
        <w:tc>
          <w:tcPr>
            <w:tcW w:w="293" w:type="pct"/>
            <w:tcBorders>
              <w:top w:val="single" w:sz="4" w:space="0" w:color="000000"/>
              <w:left w:val="single" w:sz="4" w:space="0" w:color="000000"/>
              <w:bottom w:val="single" w:sz="4" w:space="0" w:color="000000"/>
              <w:right w:val="single" w:sz="4" w:space="0" w:color="000000"/>
            </w:tcBorders>
          </w:tcPr>
          <w:p w14:paraId="285937D8" w14:textId="77777777" w:rsidR="009446D0" w:rsidRPr="00EB75F0" w:rsidRDefault="0084596B">
            <w:pPr>
              <w:spacing w:before="60" w:after="60" w:line="240" w:lineRule="auto"/>
              <w:rPr>
                <w:sz w:val="14"/>
              </w:rPr>
            </w:pPr>
            <w:r w:rsidRPr="00EB75F0">
              <w:rPr>
                <w:sz w:val="14"/>
              </w:rPr>
              <w:t>18-64</w:t>
            </w:r>
          </w:p>
        </w:tc>
        <w:tc>
          <w:tcPr>
            <w:tcW w:w="557" w:type="pct"/>
            <w:tcBorders>
              <w:top w:val="single" w:sz="4" w:space="0" w:color="000000"/>
              <w:left w:val="single" w:sz="4" w:space="0" w:color="000000"/>
              <w:bottom w:val="single" w:sz="4" w:space="0" w:color="000000"/>
              <w:right w:val="single" w:sz="4" w:space="0" w:color="000000"/>
            </w:tcBorders>
          </w:tcPr>
          <w:p w14:paraId="01C0309D"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4515B407" w14:textId="77777777" w:rsidR="009446D0" w:rsidRPr="00EB75F0" w:rsidRDefault="0084596B">
            <w:pPr>
              <w:spacing w:before="60" w:after="60" w:line="240" w:lineRule="auto"/>
              <w:rPr>
                <w:sz w:val="14"/>
              </w:rPr>
            </w:pPr>
            <w:r w:rsidRPr="00EB75F0">
              <w:rPr>
                <w:sz w:val="14"/>
              </w:rPr>
              <w:t>Patients with acute phase schizophrenia were included</w:t>
            </w:r>
          </w:p>
        </w:tc>
        <w:tc>
          <w:tcPr>
            <w:tcW w:w="694" w:type="pct"/>
            <w:tcBorders>
              <w:top w:val="single" w:sz="4" w:space="0" w:color="000000"/>
              <w:left w:val="single" w:sz="4" w:space="0" w:color="000000"/>
              <w:bottom w:val="single" w:sz="4" w:space="0" w:color="000000"/>
              <w:right w:val="single" w:sz="4" w:space="0" w:color="000000"/>
            </w:tcBorders>
          </w:tcPr>
          <w:p w14:paraId="6CA844D6" w14:textId="77777777" w:rsidR="009446D0" w:rsidRPr="00EB75F0" w:rsidRDefault="0084596B">
            <w:pPr>
              <w:spacing w:before="60" w:after="60" w:line="240" w:lineRule="auto"/>
              <w:rPr>
                <w:sz w:val="14"/>
              </w:rPr>
            </w:pPr>
            <w:r w:rsidRPr="00EB75F0">
              <w:rPr>
                <w:sz w:val="14"/>
              </w:rPr>
              <w:t>Not reported</w:t>
            </w:r>
          </w:p>
        </w:tc>
        <w:tc>
          <w:tcPr>
            <w:tcW w:w="531" w:type="pct"/>
            <w:tcBorders>
              <w:top w:val="single" w:sz="4" w:space="0" w:color="000000"/>
              <w:left w:val="single" w:sz="4" w:space="0" w:color="000000"/>
              <w:bottom w:val="single" w:sz="4" w:space="0" w:color="000000"/>
              <w:right w:val="single" w:sz="4" w:space="0" w:color="000000"/>
            </w:tcBorders>
          </w:tcPr>
          <w:p w14:paraId="0E65C3DA"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71172A47"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20BDECD1" w14:textId="77777777" w:rsidR="009446D0" w:rsidRPr="00EB75F0" w:rsidRDefault="0084596B">
            <w:pPr>
              <w:spacing w:before="60" w:after="60" w:line="240" w:lineRule="auto"/>
              <w:rPr>
                <w:sz w:val="14"/>
              </w:rPr>
            </w:pPr>
            <w:r w:rsidRPr="00EB75F0">
              <w:rPr>
                <w:sz w:val="14"/>
              </w:rPr>
              <w:t>Patients with liver dysfunction, renal dysfunction, heart failure, respiratory failure, or diabetes mellitus were excluded</w:t>
            </w:r>
          </w:p>
        </w:tc>
      </w:tr>
      <w:tr w:rsidR="009446D0" w:rsidRPr="00EB75F0" w14:paraId="585816D4" w14:textId="77777777">
        <w:tc>
          <w:tcPr>
            <w:tcW w:w="485" w:type="pct"/>
            <w:tcBorders>
              <w:top w:val="single" w:sz="4" w:space="0" w:color="000000"/>
              <w:left w:val="single" w:sz="4" w:space="0" w:color="000000"/>
              <w:bottom w:val="single" w:sz="4" w:space="0" w:color="000000"/>
              <w:right w:val="single" w:sz="4" w:space="0" w:color="000000"/>
            </w:tcBorders>
          </w:tcPr>
          <w:p w14:paraId="0509C8E2" w14:textId="03904FD1" w:rsidR="009446D0" w:rsidRPr="00EB75F0" w:rsidRDefault="0084596B">
            <w:pPr>
              <w:spacing w:before="60" w:after="60" w:line="240" w:lineRule="auto"/>
              <w:rPr>
                <w:sz w:val="14"/>
              </w:rPr>
            </w:pPr>
            <w:r w:rsidRPr="00EB75F0">
              <w:rPr>
                <w:sz w:val="14"/>
              </w:rPr>
              <w:t>Egan 2013</w:t>
            </w:r>
            <w:r w:rsidR="0031308D" w:rsidRPr="00EB75F0">
              <w:fldChar w:fldCharType="begin"/>
            </w:r>
            <w:r w:rsidR="00452EF4">
              <w:instrText xml:space="preserve"> ADDIN EN.CITE &lt;EndNote&gt;&lt;Cite&gt;&lt;Author&gt;Egan&lt;/Author&gt;&lt;Year&gt;2013&lt;/Year&gt;&lt;RecNum&gt;75&lt;/RecNum&gt;&lt;DisplayText&gt;&lt;style face="superscript"&gt;78&lt;/style&gt;&lt;/DisplayText&gt;&lt;record&gt;&lt;rec-number&gt;75&lt;/rec-number&gt;&lt;foreign-keys&gt;&lt;key app="EN" db-id="9ttaxzax2p0tr7ewzt55atews50zvxaaa5rz" timestamp="1764068841"&gt;75&lt;/key&gt;&lt;/foreign-keys&gt;&lt;ref-type name="Journal Article"&gt;17&lt;/ref-type&gt;&lt;contributors&gt;&lt;authors&gt;&lt;author&gt;Egan, M. F.&lt;/author&gt;&lt;author&gt;Zhao, X.&lt;/author&gt;&lt;author&gt;Smith, A.&lt;/author&gt;&lt;author&gt;Troyer, M. D.&lt;/author&gt;&lt;author&gt;Uebele, V. N.&lt;/author&gt;&lt;author&gt;Pidkorytov, V.&lt;/author&gt;&lt;author&gt;Cox, K.&lt;/author&gt;&lt;author&gt;Murphy, M.&lt;/author&gt;&lt;author&gt;Snavely, D.&lt;/author&gt;&lt;author&gt;Lines, C.&lt;/author&gt;&lt;author&gt;Michelson, D.&lt;/author&gt;&lt;/authors&gt;&lt;/contributors&gt;&lt;titles&gt;&lt;title&gt;Randomized controlled study of the T-type calcium channel antagonist MK-8998 for the treatment of acute psychosis in patients with schizophrenia&lt;/title&gt;&lt;secondary-title&gt;Hum Psychopharmacol&lt;/secondary-title&gt;&lt;/titles&gt;&lt;periodical&gt;&lt;full-title&gt;Hum Psychopharmacol&lt;/full-title&gt;&lt;/periodical&gt;&lt;pages&gt;124-33&lt;/pages&gt;&lt;volume&gt;28&lt;/volume&gt;&lt;number&gt;2&lt;/number&gt;&lt;dates&gt;&lt;year&gt;2013&lt;/year&gt;&lt;pub-dates&gt;&lt;date&gt;Mar&lt;/date&gt;&lt;/pub-dates&gt;&lt;/dates&gt;&lt;pub-location&gt;Merck Sharp &amp;amp; Dohme Corp., Whitehouse, Station, NJ, USA. michael.egan@merck.com&lt;/pub-location&gt;&lt;isbn&gt;1099-1077 (Electronic) 0885-6222 (Linking)&lt;/isbn&gt;&lt;urls&gt;&lt;related-urls&gt;&lt;url&gt;https://www.ncbi.nlm.nih.gov/pubmed/23532746&lt;/url&gt;&lt;/related-urls&gt;&lt;/urls&gt;&lt;electronic-resource-num&gt;10.1002/hup.2289&lt;/electronic-resource-num&gt;&lt;/record&gt;&lt;/Cite&gt;&lt;/EndNote&gt;</w:instrText>
            </w:r>
            <w:r w:rsidR="0031308D" w:rsidRPr="00EB75F0">
              <w:fldChar w:fldCharType="separate"/>
            </w:r>
            <w:r w:rsidR="00452EF4" w:rsidRPr="00452EF4">
              <w:rPr>
                <w:noProof/>
                <w:vertAlign w:val="superscript"/>
              </w:rPr>
              <w:t>78</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636C47D0" w14:textId="77777777" w:rsidR="009446D0" w:rsidRPr="00732701" w:rsidRDefault="0084596B">
            <w:pPr>
              <w:spacing w:before="60" w:after="60" w:line="240" w:lineRule="auto"/>
              <w:rPr>
                <w:sz w:val="14"/>
                <w:lang w:val="nl-NL"/>
              </w:rPr>
            </w:pPr>
            <w:r w:rsidRPr="00732701">
              <w:rPr>
                <w:sz w:val="14"/>
                <w:lang w:val="nl-NL"/>
              </w:rPr>
              <w:t xml:space="preserve">DSM-IV-TR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4C0BDBDD" w14:textId="77777777" w:rsidR="009446D0" w:rsidRPr="00EB75F0" w:rsidRDefault="0084596B">
            <w:pPr>
              <w:spacing w:before="60" w:after="60" w:line="240" w:lineRule="auto"/>
              <w:rPr>
                <w:sz w:val="14"/>
              </w:rPr>
            </w:pPr>
            <w:r w:rsidRPr="00EB75F0">
              <w:rPr>
                <w:sz w:val="14"/>
              </w:rPr>
              <w:t>18-55</w:t>
            </w:r>
          </w:p>
        </w:tc>
        <w:tc>
          <w:tcPr>
            <w:tcW w:w="557" w:type="pct"/>
            <w:tcBorders>
              <w:top w:val="single" w:sz="4" w:space="0" w:color="000000"/>
              <w:left w:val="single" w:sz="4" w:space="0" w:color="000000"/>
              <w:bottom w:val="single" w:sz="4" w:space="0" w:color="000000"/>
              <w:right w:val="single" w:sz="4" w:space="0" w:color="000000"/>
            </w:tcBorders>
          </w:tcPr>
          <w:p w14:paraId="7DFE9D4D" w14:textId="77777777" w:rsidR="009446D0" w:rsidRPr="00EB75F0" w:rsidRDefault="0084596B">
            <w:pPr>
              <w:spacing w:before="60" w:after="60" w:line="240" w:lineRule="auto"/>
              <w:rPr>
                <w:sz w:val="14"/>
              </w:rPr>
            </w:pPr>
            <w:r w:rsidRPr="00EB75F0">
              <w:rPr>
                <w:sz w:val="14"/>
              </w:rPr>
              <w:t>Schizophrenia, with a diagnosis duration greater than 1 year were included</w:t>
            </w:r>
          </w:p>
        </w:tc>
        <w:tc>
          <w:tcPr>
            <w:tcW w:w="448" w:type="pct"/>
            <w:tcBorders>
              <w:top w:val="single" w:sz="4" w:space="0" w:color="000000"/>
              <w:left w:val="single" w:sz="4" w:space="0" w:color="000000"/>
              <w:bottom w:val="single" w:sz="4" w:space="0" w:color="000000"/>
              <w:right w:val="single" w:sz="4" w:space="0" w:color="000000"/>
            </w:tcBorders>
          </w:tcPr>
          <w:p w14:paraId="2BE58205" w14:textId="77777777" w:rsidR="009446D0" w:rsidRPr="00EB75F0" w:rsidRDefault="0084596B">
            <w:pPr>
              <w:spacing w:before="60" w:after="60" w:line="240" w:lineRule="auto"/>
              <w:rPr>
                <w:sz w:val="14"/>
              </w:rPr>
            </w:pPr>
            <w:r w:rsidRPr="00EB75F0">
              <w:rPr>
                <w:sz w:val="14"/>
              </w:rPr>
              <w:t>Acute exacerbation of psychotic symptoms of at least 3 days but no longer than 6 weeks and marked deterioration of function were included</w:t>
            </w:r>
          </w:p>
        </w:tc>
        <w:tc>
          <w:tcPr>
            <w:tcW w:w="694" w:type="pct"/>
            <w:tcBorders>
              <w:top w:val="single" w:sz="4" w:space="0" w:color="000000"/>
              <w:left w:val="single" w:sz="4" w:space="0" w:color="000000"/>
              <w:bottom w:val="single" w:sz="4" w:space="0" w:color="000000"/>
              <w:right w:val="single" w:sz="4" w:space="0" w:color="000000"/>
            </w:tcBorders>
          </w:tcPr>
          <w:p w14:paraId="1EB9B4CA" w14:textId="77777777" w:rsidR="009446D0" w:rsidRPr="00EB75F0" w:rsidRDefault="0084596B">
            <w:pPr>
              <w:spacing w:before="60" w:after="60" w:line="240" w:lineRule="auto"/>
              <w:rPr>
                <w:sz w:val="14"/>
              </w:rPr>
            </w:pPr>
            <w:r w:rsidRPr="00EB75F0">
              <w:rPr>
                <w:sz w:val="14"/>
              </w:rPr>
              <w:t>Participants with history of poor tolerability or poor response to olanzapine, refractory to antipsychotic treatment, define as failure to respond (with substantial symptom reduction) to =&gt;2 marketed antipsychotic agents from two different classes, given at an adequate dose for =&gt;8 weeks over the last year were excluded</w:t>
            </w:r>
          </w:p>
        </w:tc>
        <w:tc>
          <w:tcPr>
            <w:tcW w:w="531" w:type="pct"/>
            <w:tcBorders>
              <w:top w:val="single" w:sz="4" w:space="0" w:color="000000"/>
              <w:left w:val="single" w:sz="4" w:space="0" w:color="000000"/>
              <w:bottom w:val="single" w:sz="4" w:space="0" w:color="000000"/>
              <w:right w:val="single" w:sz="4" w:space="0" w:color="000000"/>
            </w:tcBorders>
          </w:tcPr>
          <w:p w14:paraId="55595AFC"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600458D3" w14:textId="77777777" w:rsidR="009446D0" w:rsidRPr="00EB75F0" w:rsidRDefault="0084596B">
            <w:pPr>
              <w:spacing w:before="60" w:after="60" w:line="240" w:lineRule="auto"/>
              <w:rPr>
                <w:sz w:val="14"/>
              </w:rPr>
            </w:pPr>
            <w:r w:rsidRPr="00EB75F0">
              <w:rPr>
                <w:sz w:val="14"/>
              </w:rPr>
              <w:t>Positive and Negative Syndrome Scale (PANSS) total score =&gt;70 and a score =&gt;4 on two or more of the following PANSS items: delusions, conceptual disorganization, hallucinatory behavior, suspiciousness, and unusual thought content.  Patients also had to have a score =&gt; 4 on the Clinical Global Impression—Severity (CGI-S) at screening and baseline visits.</w:t>
            </w:r>
          </w:p>
        </w:tc>
        <w:tc>
          <w:tcPr>
            <w:tcW w:w="658" w:type="pct"/>
            <w:tcBorders>
              <w:top w:val="single" w:sz="4" w:space="0" w:color="000000"/>
              <w:left w:val="single" w:sz="4" w:space="0" w:color="000000"/>
              <w:bottom w:val="single" w:sz="4" w:space="0" w:color="000000"/>
              <w:right w:val="single" w:sz="4" w:space="0" w:color="000000"/>
            </w:tcBorders>
          </w:tcPr>
          <w:p w14:paraId="21D08A58" w14:textId="77777777" w:rsidR="009446D0" w:rsidRPr="00EB75F0" w:rsidRDefault="0084596B">
            <w:pPr>
              <w:spacing w:before="60" w:after="60" w:line="240" w:lineRule="auto"/>
              <w:rPr>
                <w:sz w:val="14"/>
              </w:rPr>
            </w:pPr>
            <w:r w:rsidRPr="00EB75F0">
              <w:rPr>
                <w:sz w:val="14"/>
              </w:rPr>
              <w:t>Patients were excluded if had imminent risk of suicide or injury to self or others or history of significant suicide attempt within the last 12 months, episode of major depression in the past 6months, other significant disorders that might pose a risk to the patient or confound the results of the study.</w:t>
            </w:r>
            <w:r w:rsidRPr="00EB75F0">
              <w:br/>
            </w:r>
            <w:r w:rsidRPr="00EB75F0">
              <w:br/>
            </w:r>
            <w:r w:rsidRPr="00EB75F0">
              <w:rPr>
                <w:sz w:val="14"/>
              </w:rPr>
              <w:t>Patients were also excluded if they had history of alcohol/ drug dependence within 3 months or alcohol/drug abuse within 1month of screening based on DSM-IV-TR criteria.</w:t>
            </w:r>
          </w:p>
        </w:tc>
      </w:tr>
      <w:tr w:rsidR="009446D0" w:rsidRPr="00EB75F0" w14:paraId="66216604" w14:textId="77777777">
        <w:tc>
          <w:tcPr>
            <w:tcW w:w="485" w:type="pct"/>
            <w:tcBorders>
              <w:top w:val="single" w:sz="4" w:space="0" w:color="000000"/>
              <w:left w:val="single" w:sz="4" w:space="0" w:color="000000"/>
              <w:bottom w:val="single" w:sz="4" w:space="0" w:color="000000"/>
              <w:right w:val="single" w:sz="4" w:space="0" w:color="000000"/>
            </w:tcBorders>
          </w:tcPr>
          <w:p w14:paraId="46709A15" w14:textId="4FB1AED0" w:rsidR="009446D0" w:rsidRPr="00EB75F0" w:rsidRDefault="0084596B">
            <w:pPr>
              <w:spacing w:before="60" w:after="60" w:line="240" w:lineRule="auto"/>
              <w:rPr>
                <w:sz w:val="14"/>
              </w:rPr>
            </w:pPr>
            <w:proofErr w:type="spellStart"/>
            <w:r w:rsidRPr="00EB75F0">
              <w:rPr>
                <w:sz w:val="14"/>
              </w:rPr>
              <w:t>Kinon</w:t>
            </w:r>
            <w:proofErr w:type="spellEnd"/>
            <w:r w:rsidRPr="00EB75F0">
              <w:rPr>
                <w:sz w:val="14"/>
              </w:rPr>
              <w:t xml:space="preserve"> 2011</w:t>
            </w:r>
            <w:r w:rsidR="0031308D" w:rsidRPr="00EB75F0">
              <w:fldChar w:fldCharType="begin"/>
            </w:r>
            <w:r w:rsidR="00452EF4">
              <w:instrText xml:space="preserve"> ADDIN EN.CITE &lt;EndNote&gt;&lt;Cite&gt;&lt;Author&gt;Egan&lt;/Author&gt;&lt;Year&gt;2013&lt;/Year&gt;&lt;RecNum&gt;75&lt;/RecNum&gt;&lt;DisplayText&gt;&lt;style face="superscript"&gt;78&lt;/style&gt;&lt;/DisplayText&gt;&lt;record&gt;&lt;rec-number&gt;75&lt;/rec-number&gt;&lt;foreign-keys&gt;&lt;key app="EN" db-id="9ttaxzax2p0tr7ewzt55atews50zvxaaa5rz" timestamp="1764068841"&gt;75&lt;/key&gt;&lt;/foreign-keys&gt;&lt;ref-type name="Journal Article"&gt;17&lt;/ref-type&gt;&lt;contributors&gt;&lt;authors&gt;&lt;author&gt;Egan, M. F.&lt;/author&gt;&lt;author&gt;Zhao, X.&lt;/author&gt;&lt;author&gt;Smith, A.&lt;/author&gt;&lt;author&gt;Troyer, M. D.&lt;/author&gt;&lt;author&gt;Uebele, V. N.&lt;/author&gt;&lt;author&gt;Pidkorytov, V.&lt;/author&gt;&lt;author&gt;Cox, K.&lt;/author&gt;&lt;author&gt;Murphy, M.&lt;/author&gt;&lt;author&gt;Snavely, D.&lt;/author&gt;&lt;author&gt;Lines, C.&lt;/author&gt;&lt;author&gt;Michelson, D.&lt;/author&gt;&lt;/authors&gt;&lt;/contributors&gt;&lt;titles&gt;&lt;title&gt;Randomized controlled study of the T-type calcium channel antagonist MK-8998 for the treatment of acute psychosis in patients with schizophrenia&lt;/title&gt;&lt;secondary-title&gt;Hum Psychopharmacol&lt;/secondary-title&gt;&lt;/titles&gt;&lt;periodical&gt;&lt;full-title&gt;Hum Psychopharmacol&lt;/full-title&gt;&lt;/periodical&gt;&lt;pages&gt;124-33&lt;/pages&gt;&lt;volume&gt;28&lt;/volume&gt;&lt;number&gt;2&lt;/number&gt;&lt;dates&gt;&lt;year&gt;2013&lt;/year&gt;&lt;pub-dates&gt;&lt;date&gt;Mar&lt;/date&gt;&lt;/pub-dates&gt;&lt;/dates&gt;&lt;pub-location&gt;Merck Sharp &amp;amp; Dohme Corp., Whitehouse, Station, NJ, USA. michael.egan@merck.com&lt;/pub-location&gt;&lt;isbn&gt;1099-1077 (Electronic) 0885-6222 (Linking)&lt;/isbn&gt;&lt;urls&gt;&lt;related-urls&gt;&lt;url&gt;https://www.ncbi.nlm.nih.gov/pubmed/23532746&lt;/url&gt;&lt;/related-urls&gt;&lt;/urls&gt;&lt;electronic-resource-num&gt;10.1002/hup.2289&lt;/electronic-resource-num&gt;&lt;/record&gt;&lt;/Cite&gt;&lt;/EndNote&gt;</w:instrText>
            </w:r>
            <w:r w:rsidR="0031308D" w:rsidRPr="00EB75F0">
              <w:fldChar w:fldCharType="separate"/>
            </w:r>
            <w:r w:rsidR="00452EF4" w:rsidRPr="00452EF4">
              <w:rPr>
                <w:noProof/>
                <w:vertAlign w:val="superscript"/>
              </w:rPr>
              <w:t>78</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68D3F403"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264515DF"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4364CC60"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0D0159D7" w14:textId="77777777" w:rsidR="009446D0" w:rsidRPr="00EB75F0" w:rsidRDefault="0084596B">
            <w:pPr>
              <w:spacing w:before="60" w:after="60" w:line="240" w:lineRule="auto"/>
              <w:rPr>
                <w:sz w:val="14"/>
              </w:rPr>
            </w:pPr>
            <w:r w:rsidRPr="00EB75F0">
              <w:rPr>
                <w:sz w:val="14"/>
              </w:rPr>
              <w:t>Not reported</w:t>
            </w:r>
          </w:p>
        </w:tc>
        <w:tc>
          <w:tcPr>
            <w:tcW w:w="694" w:type="pct"/>
            <w:tcBorders>
              <w:top w:val="single" w:sz="4" w:space="0" w:color="000000"/>
              <w:left w:val="single" w:sz="4" w:space="0" w:color="000000"/>
              <w:bottom w:val="single" w:sz="4" w:space="0" w:color="000000"/>
              <w:right w:val="single" w:sz="4" w:space="0" w:color="000000"/>
            </w:tcBorders>
          </w:tcPr>
          <w:p w14:paraId="07E05437" w14:textId="77777777" w:rsidR="009446D0" w:rsidRPr="00EB75F0" w:rsidRDefault="0084596B">
            <w:pPr>
              <w:spacing w:before="60" w:after="60" w:line="240" w:lineRule="auto"/>
              <w:rPr>
                <w:sz w:val="14"/>
              </w:rPr>
            </w:pPr>
            <w:r w:rsidRPr="00EB75F0">
              <w:rPr>
                <w:sz w:val="14"/>
              </w:rPr>
              <w:t>Patients were excluded if using Olanzapine within 6 weeks before screening, or having relative or absolutely clinical contraindication for treatment with OL, LY2140023, or placebo</w:t>
            </w:r>
            <w:r w:rsidRPr="00EB75F0">
              <w:br/>
            </w:r>
            <w:r w:rsidRPr="00EB75F0">
              <w:br/>
            </w:r>
            <w:r w:rsidRPr="00EB75F0">
              <w:rPr>
                <w:sz w:val="14"/>
              </w:rPr>
              <w:t>Patients were excluded if taking any depot antipsychotic within 4 weeks before screening</w:t>
            </w:r>
          </w:p>
        </w:tc>
        <w:tc>
          <w:tcPr>
            <w:tcW w:w="531" w:type="pct"/>
            <w:tcBorders>
              <w:top w:val="single" w:sz="4" w:space="0" w:color="000000"/>
              <w:left w:val="single" w:sz="4" w:space="0" w:color="000000"/>
              <w:bottom w:val="single" w:sz="4" w:space="0" w:color="000000"/>
              <w:right w:val="single" w:sz="4" w:space="0" w:color="000000"/>
            </w:tcBorders>
          </w:tcPr>
          <w:p w14:paraId="440B83EB"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08D0A238" w14:textId="38BCB1CB" w:rsidR="009446D0" w:rsidRPr="00EB75F0" w:rsidRDefault="0084596B">
            <w:pPr>
              <w:spacing w:before="60" w:after="60" w:line="240" w:lineRule="auto"/>
              <w:rPr>
                <w:sz w:val="14"/>
              </w:rPr>
            </w:pPr>
            <w:r w:rsidRPr="00EB75F0">
              <w:rPr>
                <w:sz w:val="14"/>
              </w:rPr>
              <w:t xml:space="preserve">Brief Psychiatric Rating Scale (BPRS) total score, extracted from the Positive and Negative Syndrome Scale (PANSS) of at least 45 (18-item version, in which 1 indicates ‘‘absent’’ and 7 indicates ‘‘severe’’); item scores of at least 4 (moderate) were required on 2 of the following BPRS items: conceptual disorganization, </w:t>
            </w:r>
            <w:r w:rsidRPr="00EB75F0">
              <w:rPr>
                <w:sz w:val="14"/>
              </w:rPr>
              <w:lastRenderedPageBreak/>
              <w:t>suspiciousness, hallucinatory behavior, and/or unusual thought content; and (2) a minimum score of 4 (moderately ill) on the Clinical Global Impression</w:t>
            </w:r>
            <w:r w:rsidR="00EC44F3">
              <w:rPr>
                <w:sz w:val="14"/>
              </w:rPr>
              <w:t>s</w:t>
            </w:r>
            <w:r w:rsidRPr="00EB75F0">
              <w:rPr>
                <w:sz w:val="14"/>
              </w:rPr>
              <w:t xml:space="preserve"> </w:t>
            </w:r>
            <w:r w:rsidR="00EC44F3">
              <w:rPr>
                <w:sz w:val="14"/>
              </w:rPr>
              <w:t xml:space="preserve">– </w:t>
            </w:r>
            <w:r w:rsidRPr="00EB75F0">
              <w:rPr>
                <w:sz w:val="14"/>
              </w:rPr>
              <w:t>Severity (CGI-S) scale.</w:t>
            </w:r>
          </w:p>
        </w:tc>
        <w:tc>
          <w:tcPr>
            <w:tcW w:w="658" w:type="pct"/>
            <w:tcBorders>
              <w:top w:val="single" w:sz="4" w:space="0" w:color="000000"/>
              <w:left w:val="single" w:sz="4" w:space="0" w:color="000000"/>
              <w:bottom w:val="single" w:sz="4" w:space="0" w:color="000000"/>
              <w:right w:val="single" w:sz="4" w:space="0" w:color="000000"/>
            </w:tcBorders>
          </w:tcPr>
          <w:p w14:paraId="46EBFBA3" w14:textId="77777777" w:rsidR="009446D0" w:rsidRPr="00EB75F0" w:rsidRDefault="0084596B">
            <w:pPr>
              <w:spacing w:before="60" w:after="60" w:line="240" w:lineRule="auto"/>
              <w:rPr>
                <w:sz w:val="14"/>
              </w:rPr>
            </w:pPr>
            <w:r w:rsidRPr="00EB75F0">
              <w:rPr>
                <w:sz w:val="14"/>
              </w:rPr>
              <w:lastRenderedPageBreak/>
              <w:t>Not reported</w:t>
            </w:r>
          </w:p>
        </w:tc>
      </w:tr>
      <w:tr w:rsidR="009446D0" w:rsidRPr="00EB75F0" w14:paraId="355C6D0C" w14:textId="77777777">
        <w:tc>
          <w:tcPr>
            <w:tcW w:w="485" w:type="pct"/>
            <w:tcBorders>
              <w:top w:val="single" w:sz="4" w:space="0" w:color="000000"/>
              <w:left w:val="single" w:sz="4" w:space="0" w:color="000000"/>
              <w:bottom w:val="single" w:sz="4" w:space="0" w:color="000000"/>
              <w:right w:val="single" w:sz="4" w:space="0" w:color="000000"/>
            </w:tcBorders>
          </w:tcPr>
          <w:p w14:paraId="2A53A46F" w14:textId="23D15477" w:rsidR="009446D0" w:rsidRPr="00EB75F0" w:rsidRDefault="0084596B">
            <w:pPr>
              <w:spacing w:before="60" w:after="60" w:line="240" w:lineRule="auto"/>
              <w:rPr>
                <w:sz w:val="14"/>
              </w:rPr>
            </w:pPr>
            <w:r w:rsidRPr="00EB75F0">
              <w:rPr>
                <w:sz w:val="14"/>
              </w:rPr>
              <w:t>Casey 2009</w:t>
            </w:r>
            <w:r w:rsidR="0031308D" w:rsidRPr="00EB75F0">
              <w:fldChar w:fldCharType="begin"/>
            </w:r>
            <w:r w:rsidR="00452EF4">
              <w:instrText xml:space="preserve"> ADDIN EN.CITE &lt;EndNote&gt;&lt;Cite&gt;&lt;Author&gt;Casey&lt;/Author&gt;&lt;Year&gt;2009&lt;/Year&gt;&lt;RecNum&gt;77&lt;/RecNum&gt;&lt;DisplayText&gt;&lt;style face="superscript"&gt;80&lt;/style&gt;&lt;/DisplayText&gt;&lt;record&gt;&lt;rec-number&gt;77&lt;/rec-number&gt;&lt;foreign-keys&gt;&lt;key app="EN" db-id="9ttaxzax2p0tr7ewzt55atews50zvxaaa5rz" timestamp="1764068841"&gt;77&lt;/key&gt;&lt;/foreign-keys&gt;&lt;ref-type name="Journal Article"&gt;17&lt;/ref-type&gt;&lt;contributors&gt;&lt;authors&gt;&lt;author&gt;Casey, Daniel E&lt;/author&gt;&lt;author&gt;Daniel, David G&lt;/author&gt;&lt;author&gt;Tamminga, Carol&lt;/author&gt;&lt;author&gt;Kane, John M&lt;/author&gt;&lt;author&gt;Tran-Johnson, Tram&lt;/author&gt;&lt;author&gt;Wozniak, Patricia&lt;/author&gt;&lt;author&gt;Abi-Saab, Walid&lt;/author&gt;&lt;author&gt;Baker, Jeff&lt;/author&gt;&lt;author&gt;Redden, Laura&lt;/author&gt;&lt;author&gt;Greco, Nicholas&lt;/author&gt;&lt;/authors&gt;&lt;/contributors&gt;&lt;titles&gt;&lt;title&gt;Divalproex ER combined with olanzapine or risperidone for treatment of acute exacerbations of schizophrenia&lt;/title&gt;&lt;secondary-title&gt;Neuropsychopharmacology&lt;/secondary-title&gt;&lt;/titles&gt;&lt;periodical&gt;&lt;full-title&gt;Neuropsychopharmacology&lt;/full-title&gt;&lt;/periodical&gt;&lt;pages&gt;1330-1338&lt;/pages&gt;&lt;volume&gt;34&lt;/volume&gt;&lt;number&gt;5&lt;/number&gt;&lt;dates&gt;&lt;year&gt;2009&lt;/year&gt;&lt;/dates&gt;&lt;isbn&gt;1740-634X&lt;/isbn&gt;&lt;urls&gt;&lt;/urls&gt;&lt;/record&gt;&lt;/Cite&gt;&lt;/EndNote&gt;</w:instrText>
            </w:r>
            <w:r w:rsidR="0031308D" w:rsidRPr="00EB75F0">
              <w:fldChar w:fldCharType="separate"/>
            </w:r>
            <w:r w:rsidR="00452EF4" w:rsidRPr="00452EF4">
              <w:rPr>
                <w:noProof/>
                <w:vertAlign w:val="superscript"/>
              </w:rPr>
              <w:t>80</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65D80F43" w14:textId="77777777" w:rsidR="009446D0" w:rsidRPr="00EB75F0" w:rsidRDefault="0084596B">
            <w:pPr>
              <w:spacing w:before="60" w:after="60" w:line="240" w:lineRule="auto"/>
              <w:rPr>
                <w:sz w:val="14"/>
              </w:rPr>
            </w:pPr>
            <w:r w:rsidRPr="00EB75F0">
              <w:rPr>
                <w:sz w:val="14"/>
              </w:rPr>
              <w:t>DSM-IV-TR diagnosis of schizophrenia, confirmed by a Structured Clinical Interview for DSM-IV-TR</w:t>
            </w:r>
          </w:p>
        </w:tc>
        <w:tc>
          <w:tcPr>
            <w:tcW w:w="293" w:type="pct"/>
            <w:tcBorders>
              <w:top w:val="single" w:sz="4" w:space="0" w:color="000000"/>
              <w:left w:val="single" w:sz="4" w:space="0" w:color="000000"/>
              <w:bottom w:val="single" w:sz="4" w:space="0" w:color="000000"/>
              <w:right w:val="single" w:sz="4" w:space="0" w:color="000000"/>
            </w:tcBorders>
          </w:tcPr>
          <w:p w14:paraId="2CCE6E7C"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0671492B"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431099FD" w14:textId="77777777" w:rsidR="009446D0" w:rsidRPr="00EB75F0" w:rsidRDefault="0084596B">
            <w:pPr>
              <w:spacing w:before="60" w:after="60" w:line="240" w:lineRule="auto"/>
              <w:rPr>
                <w:sz w:val="14"/>
              </w:rPr>
            </w:pPr>
            <w:r w:rsidRPr="00EB75F0">
              <w:rPr>
                <w:sz w:val="14"/>
              </w:rPr>
              <w:t>Patients with an acute exacerbation of schizophrenia</w:t>
            </w:r>
          </w:p>
        </w:tc>
        <w:tc>
          <w:tcPr>
            <w:tcW w:w="694" w:type="pct"/>
            <w:tcBorders>
              <w:top w:val="single" w:sz="4" w:space="0" w:color="000000"/>
              <w:left w:val="single" w:sz="4" w:space="0" w:color="000000"/>
              <w:bottom w:val="single" w:sz="4" w:space="0" w:color="000000"/>
              <w:right w:val="single" w:sz="4" w:space="0" w:color="000000"/>
            </w:tcBorders>
          </w:tcPr>
          <w:p w14:paraId="6EF04E8E" w14:textId="77777777" w:rsidR="009446D0" w:rsidRPr="00EB75F0" w:rsidRDefault="0084596B">
            <w:pPr>
              <w:spacing w:before="60" w:after="60" w:line="240" w:lineRule="auto"/>
              <w:rPr>
                <w:sz w:val="14"/>
              </w:rPr>
            </w:pPr>
            <w:r w:rsidRPr="00EB75F0">
              <w:rPr>
                <w:sz w:val="14"/>
              </w:rPr>
              <w:t>For inclusion, a patient must have had, in the investigator’s opinion, a positive response to treatment with antipsychotics within the previous 2 years</w:t>
            </w:r>
          </w:p>
        </w:tc>
        <w:tc>
          <w:tcPr>
            <w:tcW w:w="531" w:type="pct"/>
            <w:tcBorders>
              <w:top w:val="single" w:sz="4" w:space="0" w:color="000000"/>
              <w:left w:val="single" w:sz="4" w:space="0" w:color="000000"/>
              <w:bottom w:val="single" w:sz="4" w:space="0" w:color="000000"/>
              <w:right w:val="single" w:sz="4" w:space="0" w:color="000000"/>
            </w:tcBorders>
          </w:tcPr>
          <w:p w14:paraId="1402A103"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43E7BAA5" w14:textId="77777777" w:rsidR="009446D0" w:rsidRPr="00EB75F0" w:rsidRDefault="0084596B">
            <w:pPr>
              <w:spacing w:before="60" w:after="60" w:line="240" w:lineRule="auto"/>
              <w:rPr>
                <w:sz w:val="14"/>
              </w:rPr>
            </w:pPr>
            <w:r w:rsidRPr="00EB75F0">
              <w:rPr>
                <w:sz w:val="14"/>
              </w:rPr>
              <w:t>Positive and Negative Syndrome Scale (PANSS) total score &gt;70 (based on a 1–7-point scale for each measure), (2) a score totaling &gt;8 on any two of the four items from the psychosis cluster of the Brief Psychiatric Rating Scale-derived (</w:t>
            </w:r>
            <w:proofErr w:type="spellStart"/>
            <w:r w:rsidRPr="00EB75F0">
              <w:rPr>
                <w:sz w:val="14"/>
              </w:rPr>
              <w:t>BPRSd</w:t>
            </w:r>
            <w:proofErr w:type="spellEnd"/>
            <w:r w:rsidRPr="00EB75F0">
              <w:rPr>
                <w:sz w:val="14"/>
              </w:rPr>
              <w:t xml:space="preserve">), and (3) a total score &gt;6 on either hostility and uncooperativeness or excitement and tension items from the </w:t>
            </w:r>
            <w:proofErr w:type="spellStart"/>
            <w:r w:rsidRPr="00EB75F0">
              <w:rPr>
                <w:sz w:val="14"/>
              </w:rPr>
              <w:t>BPRSd</w:t>
            </w:r>
            <w:proofErr w:type="spellEnd"/>
            <w:r w:rsidRPr="00EB75F0">
              <w:rPr>
                <w:sz w:val="14"/>
              </w:rPr>
              <w:t>.</w:t>
            </w:r>
          </w:p>
        </w:tc>
        <w:tc>
          <w:tcPr>
            <w:tcW w:w="658" w:type="pct"/>
            <w:tcBorders>
              <w:top w:val="single" w:sz="4" w:space="0" w:color="000000"/>
              <w:left w:val="single" w:sz="4" w:space="0" w:color="000000"/>
              <w:bottom w:val="single" w:sz="4" w:space="0" w:color="000000"/>
              <w:right w:val="single" w:sz="4" w:space="0" w:color="000000"/>
            </w:tcBorders>
          </w:tcPr>
          <w:p w14:paraId="2BF01B84" w14:textId="77777777" w:rsidR="009446D0" w:rsidRPr="00EB75F0" w:rsidRDefault="0084596B">
            <w:pPr>
              <w:spacing w:before="60" w:after="60" w:line="240" w:lineRule="auto"/>
              <w:rPr>
                <w:sz w:val="14"/>
              </w:rPr>
            </w:pPr>
            <w:r w:rsidRPr="00EB75F0">
              <w:rPr>
                <w:sz w:val="14"/>
              </w:rPr>
              <w:t>Patients were excluded from the study if they had a current diagnosis of schizoaffective disorder, drug-induced psychosis, manic episode, or major depressive episode, as were those who had serious violent, homicidal, or suicidal ideation, or had more than three psychiatric hospitalizations in the previous 6 months or more than 8 weeks of psychiatric hospitalization in the previous 12 months.</w:t>
            </w:r>
          </w:p>
        </w:tc>
      </w:tr>
      <w:tr w:rsidR="009446D0" w:rsidRPr="00EB75F0" w14:paraId="348ADF71" w14:textId="77777777">
        <w:tc>
          <w:tcPr>
            <w:tcW w:w="485" w:type="pct"/>
            <w:tcBorders>
              <w:top w:val="single" w:sz="4" w:space="0" w:color="000000"/>
              <w:left w:val="single" w:sz="4" w:space="0" w:color="000000"/>
              <w:bottom w:val="single" w:sz="4" w:space="0" w:color="000000"/>
              <w:right w:val="single" w:sz="4" w:space="0" w:color="000000"/>
            </w:tcBorders>
          </w:tcPr>
          <w:p w14:paraId="35D033E3" w14:textId="594BEF9C" w:rsidR="009446D0" w:rsidRPr="00EB75F0" w:rsidRDefault="0084596B">
            <w:pPr>
              <w:spacing w:before="60" w:after="60" w:line="240" w:lineRule="auto"/>
              <w:rPr>
                <w:sz w:val="14"/>
              </w:rPr>
            </w:pPr>
            <w:r w:rsidRPr="00EB75F0">
              <w:rPr>
                <w:sz w:val="14"/>
              </w:rPr>
              <w:t>Loebel 2013</w:t>
            </w:r>
            <w:r w:rsidR="0031308D" w:rsidRPr="00EB75F0">
              <w:fldChar w:fldCharType="begin"/>
            </w:r>
            <w:r w:rsidR="00452EF4">
              <w:instrText xml:space="preserve"> ADDIN EN.CITE &lt;EndNote&gt;&lt;Cite&gt;&lt;Author&gt;Loebel&lt;/Author&gt;&lt;Year&gt;2013&lt;/Year&gt;&lt;RecNum&gt;79&lt;/RecNum&gt;&lt;DisplayText&gt;&lt;style face="superscript"&gt;82&lt;/style&gt;&lt;/DisplayText&gt;&lt;record&gt;&lt;rec-number&gt;79&lt;/rec-number&gt;&lt;foreign-keys&gt;&lt;key app="EN" db-id="9ttaxzax2p0tr7ewzt55atews50zvxaaa5rz" timestamp="1764068842"&gt;79&lt;/key&gt;&lt;/foreign-keys&gt;&lt;ref-type name="Journal Article"&gt;17&lt;/ref-type&gt;&lt;contributors&gt;&lt;authors&gt;&lt;author&gt;Loebel, Antony&lt;/author&gt;&lt;author&gt;Cucchiaro, Josephine&lt;/author&gt;&lt;author&gt;Sarma, Kaushik&lt;/author&gt;&lt;author&gt;Xu, Lei&lt;/author&gt;&lt;author&gt;Hsu, Chuanchieh&lt;/author&gt;&lt;author&gt;Kalali, Amir H&lt;/author&gt;&lt;author&gt;Pikalov, Andrei&lt;/author&gt;&lt;author&gt;Potkin, Steven G&lt;/author&gt;&lt;/authors&gt;&lt;/contributors&gt;&lt;titles&gt;&lt;title&gt;Efficacy and safety of lurasidone 80 mg/day and 160 mg/day in the treatment of schizophrenia: a randomized, double-blind, placebo-and active-controlled trial&lt;/title&gt;&lt;secondary-title&gt;Schizophrenia research&lt;/secondary-title&gt;&lt;/titles&gt;&lt;periodical&gt;&lt;full-title&gt;Schizophrenia Research&lt;/full-title&gt;&lt;/periodical&gt;&lt;pages&gt;101-109&lt;/pages&gt;&lt;volume&gt;145&lt;/volume&gt;&lt;number&gt;1-3&lt;/number&gt;&lt;dates&gt;&lt;year&gt;2013&lt;/year&gt;&lt;/dates&gt;&lt;isbn&gt;0920-9964&lt;/isbn&gt;&lt;urls&gt;&lt;/urls&gt;&lt;/record&gt;&lt;/Cite&gt;&lt;/EndNote&gt;</w:instrText>
            </w:r>
            <w:r w:rsidR="0031308D" w:rsidRPr="00EB75F0">
              <w:fldChar w:fldCharType="separate"/>
            </w:r>
            <w:r w:rsidR="00452EF4" w:rsidRPr="00452EF4">
              <w:rPr>
                <w:noProof/>
                <w:vertAlign w:val="superscript"/>
              </w:rPr>
              <w:t>82</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0F634CBB" w14:textId="77777777" w:rsidR="009446D0" w:rsidRPr="00732701" w:rsidRDefault="0084596B">
            <w:pPr>
              <w:spacing w:before="60" w:after="60" w:line="240" w:lineRule="auto"/>
              <w:rPr>
                <w:sz w:val="14"/>
                <w:lang w:val="nl-NL"/>
              </w:rPr>
            </w:pPr>
            <w:r w:rsidRPr="00732701">
              <w:rPr>
                <w:sz w:val="14"/>
                <w:lang w:val="nl-NL"/>
              </w:rPr>
              <w:t xml:space="preserve">DSM-IV-TR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6F835D6D" w14:textId="77777777" w:rsidR="009446D0" w:rsidRPr="00EB75F0" w:rsidRDefault="0084596B">
            <w:pPr>
              <w:spacing w:before="60" w:after="60" w:line="240" w:lineRule="auto"/>
              <w:rPr>
                <w:sz w:val="14"/>
              </w:rPr>
            </w:pPr>
            <w:r w:rsidRPr="00EB75F0">
              <w:rPr>
                <w:sz w:val="14"/>
              </w:rPr>
              <w:t>18-75</w:t>
            </w:r>
          </w:p>
        </w:tc>
        <w:tc>
          <w:tcPr>
            <w:tcW w:w="557" w:type="pct"/>
            <w:tcBorders>
              <w:top w:val="single" w:sz="4" w:space="0" w:color="000000"/>
              <w:left w:val="single" w:sz="4" w:space="0" w:color="000000"/>
              <w:bottom w:val="single" w:sz="4" w:space="0" w:color="000000"/>
              <w:right w:val="single" w:sz="4" w:space="0" w:color="000000"/>
            </w:tcBorders>
          </w:tcPr>
          <w:p w14:paraId="1DA400FB" w14:textId="77777777" w:rsidR="009446D0" w:rsidRPr="00EB75F0" w:rsidRDefault="0084596B">
            <w:pPr>
              <w:spacing w:before="60" w:after="60" w:line="240" w:lineRule="auto"/>
              <w:rPr>
                <w:sz w:val="14"/>
              </w:rPr>
            </w:pPr>
            <w:r w:rsidRPr="00EB75F0">
              <w:rPr>
                <w:sz w:val="14"/>
              </w:rPr>
              <w:t>Subjects were required to have an illness duration greater than 1 year for inclusion</w:t>
            </w:r>
          </w:p>
        </w:tc>
        <w:tc>
          <w:tcPr>
            <w:tcW w:w="448" w:type="pct"/>
            <w:tcBorders>
              <w:top w:val="single" w:sz="4" w:space="0" w:color="000000"/>
              <w:left w:val="single" w:sz="4" w:space="0" w:color="000000"/>
              <w:bottom w:val="single" w:sz="4" w:space="0" w:color="000000"/>
              <w:right w:val="single" w:sz="4" w:space="0" w:color="000000"/>
            </w:tcBorders>
          </w:tcPr>
          <w:p w14:paraId="37C663B1" w14:textId="77777777" w:rsidR="009446D0" w:rsidRPr="00EB75F0" w:rsidRDefault="0084596B">
            <w:pPr>
              <w:spacing w:before="60" w:after="60" w:line="240" w:lineRule="auto"/>
              <w:rPr>
                <w:sz w:val="14"/>
              </w:rPr>
            </w:pPr>
            <w:r w:rsidRPr="00EB75F0">
              <w:rPr>
                <w:sz w:val="14"/>
              </w:rPr>
              <w:t>Current acute exacerbation of psychotic symptoms no longer than 2 months for inclusion</w:t>
            </w:r>
          </w:p>
        </w:tc>
        <w:tc>
          <w:tcPr>
            <w:tcW w:w="694" w:type="pct"/>
            <w:tcBorders>
              <w:top w:val="single" w:sz="4" w:space="0" w:color="000000"/>
              <w:left w:val="single" w:sz="4" w:space="0" w:color="000000"/>
              <w:bottom w:val="single" w:sz="4" w:space="0" w:color="000000"/>
              <w:right w:val="single" w:sz="4" w:space="0" w:color="000000"/>
            </w:tcBorders>
          </w:tcPr>
          <w:p w14:paraId="50EB5438" w14:textId="77777777" w:rsidR="009446D0" w:rsidRPr="00EB75F0" w:rsidRDefault="0084596B">
            <w:pPr>
              <w:spacing w:before="60" w:after="60" w:line="240" w:lineRule="auto"/>
              <w:rPr>
                <w:sz w:val="14"/>
              </w:rPr>
            </w:pPr>
            <w:r w:rsidRPr="00EB75F0">
              <w:rPr>
                <w:sz w:val="14"/>
              </w:rPr>
              <w:t>Patients excluded if used investigational compound within 30 days</w:t>
            </w:r>
          </w:p>
        </w:tc>
        <w:tc>
          <w:tcPr>
            <w:tcW w:w="531" w:type="pct"/>
            <w:tcBorders>
              <w:top w:val="single" w:sz="4" w:space="0" w:color="000000"/>
              <w:left w:val="single" w:sz="4" w:space="0" w:color="000000"/>
              <w:bottom w:val="single" w:sz="4" w:space="0" w:color="000000"/>
              <w:right w:val="single" w:sz="4" w:space="0" w:color="000000"/>
            </w:tcBorders>
          </w:tcPr>
          <w:p w14:paraId="6F0AB6CB"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09136A68" w14:textId="77777777" w:rsidR="009446D0" w:rsidRPr="00EB75F0" w:rsidRDefault="0084596B">
            <w:pPr>
              <w:spacing w:before="60" w:after="60" w:line="240" w:lineRule="auto"/>
              <w:rPr>
                <w:sz w:val="14"/>
              </w:rPr>
            </w:pPr>
            <w:r w:rsidRPr="00EB75F0">
              <w:rPr>
                <w:sz w:val="14"/>
              </w:rPr>
              <w:t>Clinical Global Impression, Severity (CGI-S) score &gt;=4 (moderate or greater) and a Positive and Negative Syndrome Scale (PANSS) total score &gt;=80, including a score =&gt;4 (moderate) on two or more of the following PANSS items: delusions, conceptual disorganization, hallucinations, unusual thought content, and suspiciousness, at the Screening and Baseline visits were included</w:t>
            </w:r>
          </w:p>
        </w:tc>
        <w:tc>
          <w:tcPr>
            <w:tcW w:w="658" w:type="pct"/>
            <w:tcBorders>
              <w:top w:val="single" w:sz="4" w:space="0" w:color="000000"/>
              <w:left w:val="single" w:sz="4" w:space="0" w:color="000000"/>
              <w:bottom w:val="single" w:sz="4" w:space="0" w:color="000000"/>
              <w:right w:val="single" w:sz="4" w:space="0" w:color="000000"/>
            </w:tcBorders>
          </w:tcPr>
          <w:p w14:paraId="48E5D78C" w14:textId="77777777" w:rsidR="009446D0" w:rsidRPr="00EB75F0" w:rsidRDefault="0084596B">
            <w:pPr>
              <w:spacing w:before="60" w:after="60" w:line="240" w:lineRule="auto"/>
              <w:rPr>
                <w:sz w:val="14"/>
              </w:rPr>
            </w:pPr>
            <w:r w:rsidRPr="00EB75F0">
              <w:rPr>
                <w:sz w:val="14"/>
              </w:rPr>
              <w:t>Patients with a risk of suicide or injury to self, others, or property, any chronic organic disease of the CNS (other than schizophrenia) along with, clinically significant or history of alcohol abuse/alcoholism or drug abuse/dependence within the last 6 months were excluded.</w:t>
            </w:r>
          </w:p>
        </w:tc>
      </w:tr>
      <w:tr w:rsidR="009446D0" w:rsidRPr="00EB75F0" w14:paraId="57EDD1A9" w14:textId="77777777">
        <w:tc>
          <w:tcPr>
            <w:tcW w:w="485" w:type="pct"/>
            <w:tcBorders>
              <w:top w:val="single" w:sz="4" w:space="0" w:color="000000"/>
              <w:left w:val="single" w:sz="4" w:space="0" w:color="000000"/>
              <w:bottom w:val="single" w:sz="4" w:space="0" w:color="000000"/>
              <w:right w:val="single" w:sz="4" w:space="0" w:color="000000"/>
            </w:tcBorders>
          </w:tcPr>
          <w:p w14:paraId="4EAAB3C3" w14:textId="5A0AF09E" w:rsidR="009446D0" w:rsidRPr="00EB75F0" w:rsidRDefault="0084596B">
            <w:pPr>
              <w:spacing w:before="60" w:after="60" w:line="240" w:lineRule="auto"/>
              <w:rPr>
                <w:sz w:val="14"/>
              </w:rPr>
            </w:pPr>
            <w:r w:rsidRPr="00EB75F0">
              <w:rPr>
                <w:sz w:val="14"/>
              </w:rPr>
              <w:t>Lindenmayer 2008</w:t>
            </w:r>
            <w:r w:rsidR="0031308D" w:rsidRPr="00EB75F0">
              <w:fldChar w:fldCharType="begin"/>
            </w:r>
            <w:r w:rsidR="00452EF4">
              <w:instrText xml:space="preserve"> ADDIN EN.CITE &lt;EndNote&gt;&lt;Cite&gt;&lt;Author&gt;Lindenmayer&lt;/Author&gt;&lt;Year&gt;2008&lt;/Year&gt;&lt;RecNum&gt;80&lt;/RecNum&gt;&lt;DisplayText&gt;&lt;style face="superscript"&gt;83&lt;/style&gt;&lt;/DisplayText&gt;&lt;record&gt;&lt;rec-number&gt;80&lt;/rec-number&gt;&lt;foreign-keys&gt;&lt;key app="EN" db-id="9ttaxzax2p0tr7ewzt55atews50zvxaaa5rz" timestamp="1764068842"&gt;80&lt;/key&gt;&lt;/foreign-keys&gt;&lt;ref-type name="Journal Article"&gt;17&lt;/ref-type&gt;&lt;contributors&gt;&lt;authors&gt;&lt;author&gt;Lindenmayer, Jean-Pierre&lt;/author&gt;&lt;author&gt;Brown, David&lt;/author&gt;&lt;author&gt;Liu, Sherry&lt;/author&gt;&lt;author&gt;Brecher, Martin&lt;/author&gt;&lt;author&gt;Meulien, Didier&lt;/author&gt;&lt;/authors&gt;&lt;/contributors&gt;&lt;titles&gt;&lt;title&gt;The efficacy and tolerability of once-daily extended release quetiapine fumarate in hospitalized patients with acute schizophrenia: a 6-week randomized, double-blind, placebo-controlled study&lt;/title&gt;&lt;secondary-title&gt;Psychopharmacology bulletin&lt;/secondary-title&gt;&lt;/titles&gt;&lt;periodical&gt;&lt;full-title&gt;Psychopharmacology bulletin&lt;/full-title&gt;&lt;/periodical&gt;&lt;pages&gt;11-35&lt;/pages&gt;&lt;volume&gt;41&lt;/volume&gt;&lt;number&gt;3&lt;/number&gt;&lt;dates&gt;&lt;year&gt;2008&lt;/year&gt;&lt;/dates&gt;&lt;isbn&gt;0048-5764&lt;/isbn&gt;&lt;urls&gt;&lt;/urls&gt;&lt;/record&gt;&lt;/Cite&gt;&lt;/EndNote&gt;</w:instrText>
            </w:r>
            <w:r w:rsidR="0031308D" w:rsidRPr="00EB75F0">
              <w:fldChar w:fldCharType="separate"/>
            </w:r>
            <w:r w:rsidR="00452EF4" w:rsidRPr="00452EF4">
              <w:rPr>
                <w:noProof/>
                <w:vertAlign w:val="superscript"/>
              </w:rPr>
              <w:t>83</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05BF2526" w14:textId="77777777" w:rsidR="009446D0" w:rsidRPr="00EB75F0" w:rsidRDefault="0084596B">
            <w:pPr>
              <w:spacing w:before="60" w:after="60" w:line="240" w:lineRule="auto"/>
              <w:rPr>
                <w:sz w:val="14"/>
              </w:rPr>
            </w:pPr>
            <w:r w:rsidRPr="00EB75F0">
              <w:rPr>
                <w:sz w:val="14"/>
              </w:rPr>
              <w:t>DSM-IV diagnosis of schizophrenia-catatonic (DSM-IV diagnostic code 295.20); disorganized (295.10); paranoid (295.30); or undifferentiated (295.90)</w:t>
            </w:r>
          </w:p>
        </w:tc>
        <w:tc>
          <w:tcPr>
            <w:tcW w:w="293" w:type="pct"/>
            <w:tcBorders>
              <w:top w:val="single" w:sz="4" w:space="0" w:color="000000"/>
              <w:left w:val="single" w:sz="4" w:space="0" w:color="000000"/>
              <w:bottom w:val="single" w:sz="4" w:space="0" w:color="000000"/>
              <w:right w:val="single" w:sz="4" w:space="0" w:color="000000"/>
            </w:tcBorders>
          </w:tcPr>
          <w:p w14:paraId="1100C619"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65BC75C3"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09FE9B07" w14:textId="77777777" w:rsidR="009446D0" w:rsidRPr="00EB75F0" w:rsidRDefault="0084596B">
            <w:pPr>
              <w:spacing w:before="60" w:after="60" w:line="240" w:lineRule="auto"/>
              <w:rPr>
                <w:sz w:val="14"/>
              </w:rPr>
            </w:pPr>
            <w:r w:rsidRPr="00EB75F0">
              <w:rPr>
                <w:sz w:val="14"/>
              </w:rPr>
              <w:t>A worsening of the patient’s condition in the previous 3 weeks for inclusion.</w:t>
            </w:r>
          </w:p>
        </w:tc>
        <w:tc>
          <w:tcPr>
            <w:tcW w:w="694" w:type="pct"/>
            <w:tcBorders>
              <w:top w:val="single" w:sz="4" w:space="0" w:color="000000"/>
              <w:left w:val="single" w:sz="4" w:space="0" w:color="000000"/>
              <w:bottom w:val="single" w:sz="4" w:space="0" w:color="000000"/>
              <w:right w:val="single" w:sz="4" w:space="0" w:color="000000"/>
            </w:tcBorders>
          </w:tcPr>
          <w:p w14:paraId="078DFF36" w14:textId="77777777" w:rsidR="009446D0" w:rsidRPr="00EB75F0" w:rsidRDefault="0084596B">
            <w:pPr>
              <w:spacing w:before="60" w:after="60" w:line="240" w:lineRule="auto"/>
              <w:rPr>
                <w:sz w:val="14"/>
              </w:rPr>
            </w:pPr>
            <w:r w:rsidRPr="00EB75F0">
              <w:rPr>
                <w:sz w:val="14"/>
              </w:rPr>
              <w:t>Patients who may have been treatment resistant were also excluded, including those with known lack of response to previous treatment with quetiapine; known lack of response to clozapine, use of clozapine for symptom control, or treated with clozapine within 1 month of randomization; or a lack of response to antipsychotic medications in the opinion of the investigator</w:t>
            </w:r>
          </w:p>
        </w:tc>
        <w:tc>
          <w:tcPr>
            <w:tcW w:w="531" w:type="pct"/>
            <w:tcBorders>
              <w:top w:val="single" w:sz="4" w:space="0" w:color="000000"/>
              <w:left w:val="single" w:sz="4" w:space="0" w:color="000000"/>
              <w:bottom w:val="single" w:sz="4" w:space="0" w:color="000000"/>
              <w:right w:val="single" w:sz="4" w:space="0" w:color="000000"/>
            </w:tcBorders>
          </w:tcPr>
          <w:p w14:paraId="6D847FC6" w14:textId="77777777" w:rsidR="009446D0" w:rsidRPr="00EB75F0" w:rsidRDefault="0084596B">
            <w:pPr>
              <w:spacing w:before="60" w:after="60" w:line="240" w:lineRule="auto"/>
              <w:rPr>
                <w:sz w:val="14"/>
              </w:rPr>
            </w:pPr>
            <w:r w:rsidRPr="00EB75F0">
              <w:rPr>
                <w:sz w:val="14"/>
              </w:rPr>
              <w:t xml:space="preserve">Use of any antipsychotic medication other than study therapy was not allowed; all previously administered antipsychotic or psychoactive medication was discontinued =48 hours before randomization. Depot antipsychotics were discontinued at least one dosing interval before randomization. During </w:t>
            </w:r>
            <w:r w:rsidRPr="00EB75F0">
              <w:rPr>
                <w:sz w:val="14"/>
              </w:rPr>
              <w:lastRenderedPageBreak/>
              <w:t>Days 1-6 only, lorazepam (= 4 mg/day, Days 1-3 =2 mg/day, Days 4-6) could be used to treat agitation. Patients could continue medication for sleep if it was taken at bedtime. Anticholinergics were discontinued = 48 hours before randomization and thereafter were only permitted as treatment for emergent extrapyramidal symptoms (EPS), if required. No other psychoactive medication was permitted.</w:t>
            </w:r>
          </w:p>
        </w:tc>
        <w:tc>
          <w:tcPr>
            <w:tcW w:w="651" w:type="pct"/>
            <w:tcBorders>
              <w:top w:val="single" w:sz="4" w:space="0" w:color="000000"/>
              <w:left w:val="single" w:sz="4" w:space="0" w:color="000000"/>
              <w:bottom w:val="single" w:sz="4" w:space="0" w:color="000000"/>
              <w:right w:val="single" w:sz="4" w:space="0" w:color="000000"/>
            </w:tcBorders>
          </w:tcPr>
          <w:p w14:paraId="0F26C1DF" w14:textId="77777777" w:rsidR="009446D0" w:rsidRPr="00EB75F0" w:rsidRDefault="0084596B">
            <w:pPr>
              <w:spacing w:before="60" w:after="60" w:line="240" w:lineRule="auto"/>
              <w:rPr>
                <w:sz w:val="14"/>
              </w:rPr>
            </w:pPr>
            <w:r w:rsidRPr="00EB75F0">
              <w:rPr>
                <w:sz w:val="14"/>
              </w:rPr>
              <w:lastRenderedPageBreak/>
              <w:t>Positive and Negative Syndrome Scale (PANSS) total score &gt;= 60; a score of &gt;=4 for at least one of the PANSS items of delusions, conceptual disorganization, hallucinatory behavior, and suspiciousness/persecution; a Clinical Global Impressions-Severity of Illness (CGI-S) score &gt;=4 (at least moderately ill) were included</w:t>
            </w:r>
          </w:p>
        </w:tc>
        <w:tc>
          <w:tcPr>
            <w:tcW w:w="658" w:type="pct"/>
            <w:tcBorders>
              <w:top w:val="single" w:sz="4" w:space="0" w:color="000000"/>
              <w:left w:val="single" w:sz="4" w:space="0" w:color="000000"/>
              <w:bottom w:val="single" w:sz="4" w:space="0" w:color="000000"/>
              <w:right w:val="single" w:sz="4" w:space="0" w:color="000000"/>
            </w:tcBorders>
          </w:tcPr>
          <w:p w14:paraId="5CE85410" w14:textId="77777777" w:rsidR="009446D0" w:rsidRPr="00EB75F0" w:rsidRDefault="0084596B">
            <w:pPr>
              <w:spacing w:before="60" w:after="60" w:line="240" w:lineRule="auto"/>
              <w:rPr>
                <w:sz w:val="14"/>
              </w:rPr>
            </w:pPr>
            <w:r w:rsidRPr="00EB75F0">
              <w:rPr>
                <w:sz w:val="14"/>
              </w:rPr>
              <w:t>Patients satisfying criteria for an Axis I DSM-IV diagnosis such as mental retardation, or alcohol or substance abuse or dependence not in full remission, treatment resistant patients and any clinically relevant other diseases (such as renal or hepatic impairment, significant coronary artery disease) were excluded.</w:t>
            </w:r>
          </w:p>
        </w:tc>
      </w:tr>
      <w:tr w:rsidR="009446D0" w:rsidRPr="00EB75F0" w14:paraId="4C8A137B" w14:textId="77777777">
        <w:tc>
          <w:tcPr>
            <w:tcW w:w="485" w:type="pct"/>
            <w:tcBorders>
              <w:top w:val="single" w:sz="4" w:space="0" w:color="000000"/>
              <w:left w:val="single" w:sz="4" w:space="0" w:color="000000"/>
              <w:bottom w:val="single" w:sz="4" w:space="0" w:color="000000"/>
              <w:right w:val="single" w:sz="4" w:space="0" w:color="000000"/>
            </w:tcBorders>
          </w:tcPr>
          <w:p w14:paraId="59913728" w14:textId="03D5F49A" w:rsidR="009446D0" w:rsidRPr="00EB75F0" w:rsidRDefault="0084596B">
            <w:pPr>
              <w:spacing w:before="60" w:after="60" w:line="240" w:lineRule="auto"/>
              <w:rPr>
                <w:sz w:val="14"/>
              </w:rPr>
            </w:pPr>
            <w:r w:rsidRPr="00EB75F0">
              <w:rPr>
                <w:sz w:val="14"/>
              </w:rPr>
              <w:t>Kahn 2007</w:t>
            </w:r>
            <w:r w:rsidR="0031308D" w:rsidRPr="00EB75F0">
              <w:fldChar w:fldCharType="begin"/>
            </w:r>
            <w:r w:rsidR="00452EF4">
              <w:instrText xml:space="preserve"> ADDIN EN.CITE &lt;EndNote&gt;&lt;Cite&gt;&lt;Author&gt;Kahn&lt;/Author&gt;&lt;Year&gt;2007&lt;/Year&gt;&lt;RecNum&gt;81&lt;/RecNum&gt;&lt;DisplayText&gt;&lt;style face="superscript"&gt;84&lt;/style&gt;&lt;/DisplayText&gt;&lt;record&gt;&lt;rec-number&gt;81&lt;/rec-number&gt;&lt;foreign-keys&gt;&lt;key app="EN" db-id="9ttaxzax2p0tr7ewzt55atews50zvxaaa5rz" timestamp="1764068842"&gt;81&lt;/key&gt;&lt;/foreign-keys&gt;&lt;ref-type name="Journal Article"&gt;17&lt;/ref-type&gt;&lt;contributors&gt;&lt;authors&gt;&lt;author&gt;Kahn, René S&lt;/author&gt;&lt;author&gt;Schulz, S Charles&lt;/author&gt;&lt;author&gt;Palazov, Veselin D&lt;/author&gt;&lt;author&gt;Reyes, Efren B&lt;/author&gt;&lt;author&gt;Brecher, Martin&lt;/author&gt;&lt;author&gt;Svensson, Ola&lt;/author&gt;&lt;author&gt;Andersson, Henrik M&lt;/author&gt;&lt;author&gt;Meulien, Didier&lt;/author&gt;&lt;/authors&gt;&lt;/contributors&gt;&lt;titles&gt;&lt;title&gt;Efficacy and tolerability of once-daily extended release quetiapine fumarate in acute schizophrenia: a randomized, double-blind, placebo-controlled study&lt;/title&gt;&lt;secondary-title&gt;Journal of Clinical Psychiatry&lt;/secondary-title&gt;&lt;/titles&gt;&lt;periodical&gt;&lt;full-title&gt;Journal of Clinical Psychiatry&lt;/full-title&gt;&lt;/periodical&gt;&lt;pages&gt;832-842&lt;/pages&gt;&lt;volume&gt;68&lt;/volume&gt;&lt;number&gt;6&lt;/number&gt;&lt;dates&gt;&lt;year&gt;2007&lt;/year&gt;&lt;/dates&gt;&lt;isbn&gt;0160-6689&lt;/isbn&gt;&lt;urls&gt;&lt;/urls&gt;&lt;/record&gt;&lt;/Cite&gt;&lt;/EndNote&gt;</w:instrText>
            </w:r>
            <w:r w:rsidR="0031308D" w:rsidRPr="00EB75F0">
              <w:fldChar w:fldCharType="separate"/>
            </w:r>
            <w:r w:rsidR="00452EF4" w:rsidRPr="00452EF4">
              <w:rPr>
                <w:noProof/>
                <w:vertAlign w:val="superscript"/>
              </w:rPr>
              <w:t>84</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32FDCF8D" w14:textId="77777777" w:rsidR="009446D0" w:rsidRPr="00732701" w:rsidRDefault="0084596B">
            <w:pPr>
              <w:spacing w:before="60" w:after="60" w:line="240" w:lineRule="auto"/>
              <w:rPr>
                <w:sz w:val="14"/>
                <w:lang w:val="nl-NL"/>
              </w:rPr>
            </w:pPr>
            <w:r w:rsidRPr="00732701">
              <w:rPr>
                <w:sz w:val="14"/>
                <w:lang w:val="nl-NL"/>
              </w:rPr>
              <w:t xml:space="preserve">DSM-IV diagnosis of acute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4E101BC7"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5B068D0A"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255D9A1E" w14:textId="77777777" w:rsidR="009446D0" w:rsidRPr="00EB75F0" w:rsidRDefault="0084596B">
            <w:pPr>
              <w:spacing w:before="60" w:after="60" w:line="240" w:lineRule="auto"/>
              <w:rPr>
                <w:sz w:val="14"/>
              </w:rPr>
            </w:pPr>
            <w:r w:rsidRPr="00EB75F0">
              <w:rPr>
                <w:sz w:val="14"/>
              </w:rPr>
              <w:t>Not reported</w:t>
            </w:r>
          </w:p>
        </w:tc>
        <w:tc>
          <w:tcPr>
            <w:tcW w:w="694" w:type="pct"/>
            <w:tcBorders>
              <w:top w:val="single" w:sz="4" w:space="0" w:color="000000"/>
              <w:left w:val="single" w:sz="4" w:space="0" w:color="000000"/>
              <w:bottom w:val="single" w:sz="4" w:space="0" w:color="000000"/>
              <w:right w:val="single" w:sz="4" w:space="0" w:color="000000"/>
            </w:tcBorders>
          </w:tcPr>
          <w:p w14:paraId="12EE3071" w14:textId="77777777" w:rsidR="009446D0" w:rsidRPr="00EB75F0" w:rsidRDefault="0084596B">
            <w:pPr>
              <w:spacing w:before="60" w:after="60" w:line="240" w:lineRule="auto"/>
              <w:rPr>
                <w:sz w:val="14"/>
              </w:rPr>
            </w:pPr>
            <w:r w:rsidRPr="00EB75F0">
              <w:rPr>
                <w:sz w:val="14"/>
              </w:rPr>
              <w:t>Patients with administration of a depot antipsychotic within 1 dosing interval before the start of the study were excluded</w:t>
            </w:r>
            <w:r w:rsidRPr="00EB75F0">
              <w:rPr>
                <w:sz w:val="14"/>
              </w:rPr>
              <w:br/>
            </w:r>
            <w:r w:rsidRPr="00EB75F0">
              <w:rPr>
                <w:sz w:val="14"/>
              </w:rPr>
              <w:br/>
              <w:t>Patients who were  treatment-resistant were excluded which also included: Lack of response to adequate doses of 2 or more antipsychotics given for at least 4 weeks; patients with known lack of response to previous treatment with quetiapine; patients who required clozapine treatment for symptom control; and patients treated with clozapine within 1 month of randomization</w:t>
            </w:r>
          </w:p>
        </w:tc>
        <w:tc>
          <w:tcPr>
            <w:tcW w:w="531" w:type="pct"/>
            <w:tcBorders>
              <w:top w:val="single" w:sz="4" w:space="0" w:color="000000"/>
              <w:left w:val="single" w:sz="4" w:space="0" w:color="000000"/>
              <w:bottom w:val="single" w:sz="4" w:space="0" w:color="000000"/>
              <w:right w:val="single" w:sz="4" w:space="0" w:color="000000"/>
            </w:tcBorders>
          </w:tcPr>
          <w:p w14:paraId="56C513B9"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619294A5" w14:textId="77777777" w:rsidR="009446D0" w:rsidRPr="00EB75F0" w:rsidRDefault="0084596B">
            <w:pPr>
              <w:spacing w:before="60" w:after="60" w:line="240" w:lineRule="auto"/>
              <w:rPr>
                <w:sz w:val="14"/>
              </w:rPr>
            </w:pPr>
            <w:r w:rsidRPr="00EB75F0">
              <w:rPr>
                <w:sz w:val="14"/>
              </w:rPr>
              <w:t>Subjects with Positive and Negative Syndrome Scale (PANSS) ) total score of 70 or above; a Clinical Global Impressions-Severity of Illness scale (CGI-S) score of 4 or above (moderate to severe) and, in the opinion of the investigator, a worsening of the patient’s condition in the previous 3 weeks; and a PANSS score of 4 or above for at least 1 of the following items: delusions, conceptual disorganization, hallucinatory behavior, or suspiciousness/persecution were included</w:t>
            </w:r>
          </w:p>
        </w:tc>
        <w:tc>
          <w:tcPr>
            <w:tcW w:w="658" w:type="pct"/>
            <w:tcBorders>
              <w:top w:val="single" w:sz="4" w:space="0" w:color="000000"/>
              <w:left w:val="single" w:sz="4" w:space="0" w:color="000000"/>
              <w:bottom w:val="single" w:sz="4" w:space="0" w:color="000000"/>
              <w:right w:val="single" w:sz="4" w:space="0" w:color="000000"/>
            </w:tcBorders>
          </w:tcPr>
          <w:p w14:paraId="4F5D621F" w14:textId="77777777" w:rsidR="009446D0" w:rsidRPr="00EB75F0" w:rsidRDefault="0084596B">
            <w:pPr>
              <w:spacing w:before="60" w:after="60" w:line="240" w:lineRule="auto"/>
              <w:rPr>
                <w:sz w:val="14"/>
              </w:rPr>
            </w:pPr>
            <w:r w:rsidRPr="00EB75F0">
              <w:rPr>
                <w:sz w:val="14"/>
              </w:rPr>
              <w:t>Participants with clinically relevant other diseases (e.g. renal or hepatic impairment, significant coronary artery disease) and diabetes mellitus were excluded</w:t>
            </w:r>
          </w:p>
        </w:tc>
      </w:tr>
      <w:tr w:rsidR="009446D0" w:rsidRPr="00EB75F0" w14:paraId="5880310A" w14:textId="77777777">
        <w:tc>
          <w:tcPr>
            <w:tcW w:w="485" w:type="pct"/>
            <w:tcBorders>
              <w:top w:val="single" w:sz="4" w:space="0" w:color="000000"/>
              <w:left w:val="single" w:sz="4" w:space="0" w:color="000000"/>
              <w:bottom w:val="single" w:sz="4" w:space="0" w:color="000000"/>
              <w:right w:val="single" w:sz="4" w:space="0" w:color="000000"/>
            </w:tcBorders>
          </w:tcPr>
          <w:p w14:paraId="681A35D1" w14:textId="12E61074" w:rsidR="009446D0" w:rsidRPr="00EB75F0" w:rsidRDefault="0084596B">
            <w:pPr>
              <w:spacing w:before="60" w:after="60" w:line="240" w:lineRule="auto"/>
              <w:rPr>
                <w:sz w:val="14"/>
              </w:rPr>
            </w:pPr>
            <w:r w:rsidRPr="00EB75F0">
              <w:rPr>
                <w:sz w:val="14"/>
              </w:rPr>
              <w:t>Nair 1998</w:t>
            </w:r>
            <w:r w:rsidR="0031308D" w:rsidRPr="00EB75F0">
              <w:fldChar w:fldCharType="begin"/>
            </w:r>
            <w:r w:rsidR="00452EF4">
              <w:instrText xml:space="preserve"> ADDIN EN.CITE &lt;EndNote&gt;&lt;Cite&gt;&lt;Author&gt;Nair&lt;/Author&gt;&lt;Year&gt;1998&lt;/Year&gt;&lt;RecNum&gt;82&lt;/RecNum&gt;&lt;DisplayText&gt;&lt;style face="superscript"&gt;85&lt;/style&gt;&lt;/DisplayText&gt;&lt;record&gt;&lt;rec-number&gt;82&lt;/rec-number&gt;&lt;foreign-keys&gt;&lt;key app="EN" db-id="9ttaxzax2p0tr7ewzt55atews50zvxaaa5rz" timestamp="1764068843"&gt;82&lt;/key&gt;&lt;/foreign-keys&gt;&lt;ref-type name="Journal Article"&gt;17&lt;/ref-type&gt;&lt;contributors&gt;&lt;authors&gt;&lt;author&gt;Nair, NPV&lt;/author&gt;&lt;/authors&gt;&lt;/contributors&gt;&lt;titles&gt;&lt;title&gt;Therapeutic equivalence of risperidone given once daily and twice daily in patients with schizophrenia&lt;/title&gt;&lt;secondary-title&gt;Journal of clinical psychopharmacology&lt;/secondary-title&gt;&lt;/titles&gt;&lt;periodical&gt;&lt;full-title&gt;Journal of clinical psychopharmacology&lt;/full-title&gt;&lt;/periodical&gt;&lt;pages&gt;103-110&lt;/pages&gt;&lt;volume&gt;18&lt;/volume&gt;&lt;number&gt;2&lt;/number&gt;&lt;dates&gt;&lt;year&gt;1998&lt;/year&gt;&lt;/dates&gt;&lt;isbn&gt;0271-0749&lt;/isbn&gt;&lt;urls&gt;&lt;/urls&gt;&lt;/record&gt;&lt;/Cite&gt;&lt;/EndNote&gt;</w:instrText>
            </w:r>
            <w:r w:rsidR="0031308D" w:rsidRPr="00EB75F0">
              <w:fldChar w:fldCharType="separate"/>
            </w:r>
            <w:r w:rsidR="00452EF4" w:rsidRPr="00452EF4">
              <w:rPr>
                <w:noProof/>
                <w:vertAlign w:val="superscript"/>
              </w:rPr>
              <w:t>85</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508F6E7D" w14:textId="77777777" w:rsidR="009446D0" w:rsidRPr="00EB75F0" w:rsidRDefault="0084596B">
            <w:pPr>
              <w:spacing w:before="60" w:after="60" w:line="240" w:lineRule="auto"/>
              <w:rPr>
                <w:sz w:val="14"/>
              </w:rPr>
            </w:pPr>
            <w:r w:rsidRPr="00EB75F0">
              <w:rPr>
                <w:sz w:val="14"/>
              </w:rPr>
              <w:t xml:space="preserve">DSM-III-R criteria for </w:t>
            </w:r>
            <w:proofErr w:type="spellStart"/>
            <w:r w:rsidRPr="00EB75F0">
              <w:rPr>
                <w:sz w:val="14"/>
              </w:rPr>
              <w:t>subchronic</w:t>
            </w:r>
            <w:proofErr w:type="spellEnd"/>
            <w:r w:rsidRPr="00EB75F0">
              <w:rPr>
                <w:sz w:val="14"/>
              </w:rPr>
              <w:t xml:space="preserve"> or chronic schizophrenia.</w:t>
            </w:r>
          </w:p>
        </w:tc>
        <w:tc>
          <w:tcPr>
            <w:tcW w:w="293" w:type="pct"/>
            <w:tcBorders>
              <w:top w:val="single" w:sz="4" w:space="0" w:color="000000"/>
              <w:left w:val="single" w:sz="4" w:space="0" w:color="000000"/>
              <w:bottom w:val="single" w:sz="4" w:space="0" w:color="000000"/>
              <w:right w:val="single" w:sz="4" w:space="0" w:color="000000"/>
            </w:tcBorders>
          </w:tcPr>
          <w:p w14:paraId="298E89E7"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5C4D2A40"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175AB018" w14:textId="77777777" w:rsidR="009446D0" w:rsidRPr="00EB75F0" w:rsidRDefault="0084596B">
            <w:pPr>
              <w:spacing w:before="60" w:after="60" w:line="240" w:lineRule="auto"/>
              <w:rPr>
                <w:sz w:val="14"/>
              </w:rPr>
            </w:pPr>
            <w:r w:rsidRPr="00EB75F0">
              <w:rPr>
                <w:sz w:val="14"/>
              </w:rPr>
              <w:t xml:space="preserve">Patients with </w:t>
            </w:r>
            <w:proofErr w:type="spellStart"/>
            <w:r w:rsidRPr="00EB75F0">
              <w:rPr>
                <w:sz w:val="14"/>
              </w:rPr>
              <w:t>subchronic</w:t>
            </w:r>
            <w:proofErr w:type="spellEnd"/>
            <w:r w:rsidRPr="00EB75F0">
              <w:rPr>
                <w:sz w:val="14"/>
              </w:rPr>
              <w:t xml:space="preserve"> or chronic schizophrenia, according to DSM-III-R criteria, and an acute exacerbation requiring treatment with an antipsychotic</w:t>
            </w:r>
          </w:p>
        </w:tc>
        <w:tc>
          <w:tcPr>
            <w:tcW w:w="694" w:type="pct"/>
            <w:tcBorders>
              <w:top w:val="single" w:sz="4" w:space="0" w:color="000000"/>
              <w:left w:val="single" w:sz="4" w:space="0" w:color="000000"/>
              <w:bottom w:val="single" w:sz="4" w:space="0" w:color="000000"/>
              <w:right w:val="single" w:sz="4" w:space="0" w:color="000000"/>
            </w:tcBorders>
          </w:tcPr>
          <w:p w14:paraId="0D225034" w14:textId="77777777" w:rsidR="009446D0" w:rsidRPr="00EB75F0" w:rsidRDefault="0084596B">
            <w:pPr>
              <w:spacing w:before="60" w:after="60" w:line="240" w:lineRule="auto"/>
              <w:rPr>
                <w:sz w:val="14"/>
              </w:rPr>
            </w:pPr>
            <w:r w:rsidRPr="00EB75F0">
              <w:rPr>
                <w:sz w:val="14"/>
              </w:rPr>
              <w:t>Patients excluded if they were acutely agitated, refused treatment with an oral antipsychotic, had received an injection of a depot neuroleptic within one treatment cycle at the time of selection, had participated in a trial of an investigational drug during the 4 weeks preceding the trial,</w:t>
            </w:r>
          </w:p>
        </w:tc>
        <w:tc>
          <w:tcPr>
            <w:tcW w:w="531" w:type="pct"/>
            <w:tcBorders>
              <w:top w:val="single" w:sz="4" w:space="0" w:color="000000"/>
              <w:left w:val="single" w:sz="4" w:space="0" w:color="000000"/>
              <w:bottom w:val="single" w:sz="4" w:space="0" w:color="000000"/>
              <w:right w:val="single" w:sz="4" w:space="0" w:color="000000"/>
            </w:tcBorders>
          </w:tcPr>
          <w:p w14:paraId="786B994E"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52E52AF0" w14:textId="77777777" w:rsidR="009446D0" w:rsidRPr="00EB75F0" w:rsidRDefault="0084596B">
            <w:pPr>
              <w:spacing w:before="60" w:after="60" w:line="240" w:lineRule="auto"/>
              <w:rPr>
                <w:sz w:val="14"/>
              </w:rPr>
            </w:pPr>
            <w:r w:rsidRPr="00EB75F0">
              <w:rPr>
                <w:sz w:val="14"/>
              </w:rPr>
              <w:t>Patients were also required to have a total score of at least 80 on the Positive and Negative Syndrome Scale (PANSS).</w:t>
            </w:r>
          </w:p>
        </w:tc>
        <w:tc>
          <w:tcPr>
            <w:tcW w:w="658" w:type="pct"/>
            <w:tcBorders>
              <w:top w:val="single" w:sz="4" w:space="0" w:color="000000"/>
              <w:left w:val="single" w:sz="4" w:space="0" w:color="000000"/>
              <w:bottom w:val="single" w:sz="4" w:space="0" w:color="000000"/>
              <w:right w:val="single" w:sz="4" w:space="0" w:color="000000"/>
            </w:tcBorders>
          </w:tcPr>
          <w:p w14:paraId="3CAD1EB7" w14:textId="77777777" w:rsidR="009446D0" w:rsidRPr="00EB75F0" w:rsidRDefault="0084596B">
            <w:pPr>
              <w:spacing w:before="60" w:after="60" w:line="240" w:lineRule="auto"/>
              <w:rPr>
                <w:sz w:val="14"/>
              </w:rPr>
            </w:pPr>
            <w:r w:rsidRPr="00EB75F0">
              <w:rPr>
                <w:sz w:val="14"/>
              </w:rPr>
              <w:t>Patients were excluded if clinically relevant organic or neurologic disease, abnormal laboratory test results, or abnormal electrocardiographic findings at selection.</w:t>
            </w:r>
          </w:p>
        </w:tc>
      </w:tr>
      <w:tr w:rsidR="009446D0" w:rsidRPr="00EB75F0" w14:paraId="6E3DED2B" w14:textId="77777777">
        <w:tc>
          <w:tcPr>
            <w:tcW w:w="485" w:type="pct"/>
            <w:tcBorders>
              <w:top w:val="single" w:sz="4" w:space="0" w:color="000000"/>
              <w:left w:val="single" w:sz="4" w:space="0" w:color="000000"/>
              <w:bottom w:val="single" w:sz="4" w:space="0" w:color="000000"/>
              <w:right w:val="single" w:sz="4" w:space="0" w:color="000000"/>
            </w:tcBorders>
          </w:tcPr>
          <w:p w14:paraId="48E62F50" w14:textId="5B8774FA" w:rsidR="009446D0" w:rsidRPr="00EB75F0" w:rsidRDefault="0084596B">
            <w:pPr>
              <w:spacing w:before="60" w:after="60" w:line="240" w:lineRule="auto"/>
              <w:rPr>
                <w:sz w:val="14"/>
              </w:rPr>
            </w:pPr>
            <w:proofErr w:type="spellStart"/>
            <w:r w:rsidRPr="00EB75F0">
              <w:rPr>
                <w:sz w:val="14"/>
              </w:rPr>
              <w:t>Potkin</w:t>
            </w:r>
            <w:proofErr w:type="spellEnd"/>
            <w:r w:rsidRPr="00EB75F0">
              <w:rPr>
                <w:sz w:val="14"/>
              </w:rPr>
              <w:t xml:space="preserve"> 2006</w:t>
            </w:r>
            <w:r w:rsidR="0031308D" w:rsidRPr="00EB75F0">
              <w:fldChar w:fldCharType="begin"/>
            </w:r>
            <w:r w:rsidR="00452EF4">
              <w:instrText xml:space="preserve"> ADDIN EN.CITE &lt;EndNote&gt;&lt;Cite&gt;&lt;Author&gt;Potkin&lt;/Author&gt;&lt;Year&gt;2006&lt;/Year&gt;&lt;RecNum&gt;86&lt;/RecNum&gt;&lt;DisplayText&gt;&lt;style face="superscript"&gt;89&lt;/style&gt;&lt;/DisplayText&gt;&lt;record&gt;&lt;rec-number&gt;86&lt;/rec-number&gt;&lt;foreign-keys&gt;&lt;key app="EN" db-id="9ttaxzax2p0tr7ewzt55atews50zvxaaa5rz" timestamp="1764068844"&gt;86&lt;/key&gt;&lt;/foreign-keys&gt;&lt;ref-type name="Journal Article"&gt;17&lt;/ref-type&gt;&lt;contributors&gt;&lt;authors&gt;&lt;author&gt;Potkin, S. G.&lt;/author&gt;&lt;author&gt;Gharabawi, G. M.&lt;/author&gt;&lt;author&gt;Greenspan, A. J.&lt;/author&gt;&lt;author&gt;Mahmoud, R.&lt;/author&gt;&lt;author&gt;Kosik-Gonzalez, C.&lt;/author&gt;&lt;author&gt;Rupnow, M. F.&lt;/author&gt;&lt;author&gt;Bossie, C. A.&lt;/author&gt;&lt;author&gt;Davidson, M.&lt;/author&gt;&lt;author&gt;Burtea, V.&lt;/author&gt;&lt;author&gt;Zhu, Y.&lt;/author&gt;&lt;author&gt;Trivedi, J. K.&lt;/author&gt;&lt;/authors&gt;&lt;/contributors&gt;&lt;titles&gt;&lt;title&gt;A double-blind comparison of risperidone, quetiapine and placebo in patients with schizophrenia experiencing an acute exacerbation requiring hospitalization&lt;/title&gt;&lt;secondary-title&gt;Schizophr Res&lt;/secondary-title&gt;&lt;/titles&gt;&lt;periodical&gt;&lt;full-title&gt;Schizophr Res&lt;/full-title&gt;&lt;/periodical&gt;&lt;pages&gt;254-65&lt;/pages&gt;&lt;volume&gt;85&lt;/volume&gt;&lt;number&gt;1-3&lt;/number&gt;&lt;dates&gt;&lt;year&gt;2006&lt;/year&gt;&lt;pub-dates&gt;&lt;date&gt;20060621&lt;/date&gt;&lt;/pub-dates&gt;&lt;/dates&gt;&lt;pub-location&gt;University of California, Irvine, Orange, 92696, USA. sgpotkin@uci.edu&lt;/pub-location&gt;&lt;isbn&gt;0920-9964 (Print) 0920-9964 (Linking)&lt;/isbn&gt;&lt;urls&gt;&lt;related-urls&gt;&lt;url&gt;https://www.ncbi.nlm.nih.gov/pubmed/16797162&lt;/url&gt;&lt;/related-urls&gt;&lt;/urls&gt;&lt;electronic-resource-num&gt;10.1016/j.schres.2006.03.027&lt;/electronic-resource-num&gt;&lt;/record&gt;&lt;/Cite&gt;&lt;/EndNote&gt;</w:instrText>
            </w:r>
            <w:r w:rsidR="0031308D" w:rsidRPr="00EB75F0">
              <w:fldChar w:fldCharType="separate"/>
            </w:r>
            <w:r w:rsidR="00452EF4" w:rsidRPr="00452EF4">
              <w:rPr>
                <w:noProof/>
                <w:vertAlign w:val="superscript"/>
              </w:rPr>
              <w:t>89</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41B1F25E"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62ABE5F9" w14:textId="77777777" w:rsidR="009446D0" w:rsidRPr="00EB75F0" w:rsidRDefault="0084596B">
            <w:pPr>
              <w:spacing w:before="60" w:after="60" w:line="240" w:lineRule="auto"/>
              <w:rPr>
                <w:sz w:val="14"/>
              </w:rPr>
            </w:pPr>
            <w:r w:rsidRPr="00EB75F0">
              <w:rPr>
                <w:sz w:val="14"/>
              </w:rPr>
              <w:t>18-64</w:t>
            </w:r>
          </w:p>
        </w:tc>
        <w:tc>
          <w:tcPr>
            <w:tcW w:w="557" w:type="pct"/>
            <w:tcBorders>
              <w:top w:val="single" w:sz="4" w:space="0" w:color="000000"/>
              <w:left w:val="single" w:sz="4" w:space="0" w:color="000000"/>
              <w:bottom w:val="single" w:sz="4" w:space="0" w:color="000000"/>
              <w:right w:val="single" w:sz="4" w:space="0" w:color="000000"/>
            </w:tcBorders>
          </w:tcPr>
          <w:p w14:paraId="77A27BE3"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2F77AC07" w14:textId="77777777" w:rsidR="009446D0" w:rsidRPr="00EB75F0" w:rsidRDefault="0084596B">
            <w:pPr>
              <w:spacing w:before="60" w:after="60" w:line="240" w:lineRule="auto"/>
              <w:rPr>
                <w:sz w:val="14"/>
              </w:rPr>
            </w:pPr>
            <w:r w:rsidRPr="00EB75F0">
              <w:rPr>
                <w:sz w:val="14"/>
              </w:rPr>
              <w:t xml:space="preserve">Patients were experiencing an acute exacerbation of illness of recent </w:t>
            </w:r>
            <w:r w:rsidRPr="00EB75F0">
              <w:rPr>
                <w:sz w:val="14"/>
              </w:rPr>
              <w:lastRenderedPageBreak/>
              <w:t>onset (within 4 weeks)</w:t>
            </w:r>
          </w:p>
        </w:tc>
        <w:tc>
          <w:tcPr>
            <w:tcW w:w="694" w:type="pct"/>
            <w:tcBorders>
              <w:top w:val="single" w:sz="4" w:space="0" w:color="000000"/>
              <w:left w:val="single" w:sz="4" w:space="0" w:color="000000"/>
              <w:bottom w:val="single" w:sz="4" w:space="0" w:color="000000"/>
              <w:right w:val="single" w:sz="4" w:space="0" w:color="000000"/>
            </w:tcBorders>
          </w:tcPr>
          <w:p w14:paraId="1D0F4610" w14:textId="77777777" w:rsidR="009446D0" w:rsidRPr="00EB75F0" w:rsidRDefault="0084596B">
            <w:pPr>
              <w:spacing w:before="60" w:after="60" w:line="240" w:lineRule="auto"/>
              <w:rPr>
                <w:sz w:val="14"/>
              </w:rPr>
            </w:pPr>
            <w:r w:rsidRPr="00EB75F0">
              <w:rPr>
                <w:sz w:val="14"/>
              </w:rPr>
              <w:lastRenderedPageBreak/>
              <w:t xml:space="preserve">Patients having received a depot antipsychotic within one dosing cycle prior to baseline; having received risperidone or </w:t>
            </w:r>
            <w:r w:rsidRPr="00EB75F0">
              <w:rPr>
                <w:sz w:val="14"/>
              </w:rPr>
              <w:lastRenderedPageBreak/>
              <w:t>quetiapine within 7 days prior to baseline were excluded.</w:t>
            </w:r>
          </w:p>
        </w:tc>
        <w:tc>
          <w:tcPr>
            <w:tcW w:w="531" w:type="pct"/>
            <w:tcBorders>
              <w:top w:val="single" w:sz="4" w:space="0" w:color="000000"/>
              <w:left w:val="single" w:sz="4" w:space="0" w:color="000000"/>
              <w:bottom w:val="single" w:sz="4" w:space="0" w:color="000000"/>
              <w:right w:val="single" w:sz="4" w:space="0" w:color="000000"/>
            </w:tcBorders>
          </w:tcPr>
          <w:p w14:paraId="6DFF8C28" w14:textId="77777777" w:rsidR="009446D0" w:rsidRPr="00EB75F0" w:rsidRDefault="0084596B">
            <w:pPr>
              <w:spacing w:before="60" w:after="60" w:line="240" w:lineRule="auto"/>
              <w:rPr>
                <w:sz w:val="14"/>
              </w:rPr>
            </w:pPr>
            <w:r w:rsidRPr="00EB75F0">
              <w:rPr>
                <w:sz w:val="14"/>
              </w:rPr>
              <w:lastRenderedPageBreak/>
              <w:t>Not reported</w:t>
            </w:r>
          </w:p>
        </w:tc>
        <w:tc>
          <w:tcPr>
            <w:tcW w:w="651" w:type="pct"/>
            <w:tcBorders>
              <w:top w:val="single" w:sz="4" w:space="0" w:color="000000"/>
              <w:left w:val="single" w:sz="4" w:space="0" w:color="000000"/>
              <w:bottom w:val="single" w:sz="4" w:space="0" w:color="000000"/>
              <w:right w:val="single" w:sz="4" w:space="0" w:color="000000"/>
            </w:tcBorders>
          </w:tcPr>
          <w:p w14:paraId="7FB0CB25" w14:textId="77777777" w:rsidR="009446D0" w:rsidRPr="00EB75F0" w:rsidRDefault="0084596B">
            <w:pPr>
              <w:spacing w:before="60" w:after="60" w:line="240" w:lineRule="auto"/>
              <w:rPr>
                <w:sz w:val="14"/>
              </w:rPr>
            </w:pPr>
            <w:r w:rsidRPr="00EB75F0">
              <w:rPr>
                <w:sz w:val="14"/>
              </w:rPr>
              <w:t xml:space="preserve">PANSS Total score of = 80 or more and a minimum score of 4 (moderate) on at least two of the four items of </w:t>
            </w:r>
            <w:r w:rsidRPr="00EB75F0">
              <w:rPr>
                <w:sz w:val="14"/>
              </w:rPr>
              <w:lastRenderedPageBreak/>
              <w:t>the PANSS positive subscale. Patients excluded if total PANSS score improved by =30% between screening and baseline</w:t>
            </w:r>
          </w:p>
        </w:tc>
        <w:tc>
          <w:tcPr>
            <w:tcW w:w="658" w:type="pct"/>
            <w:tcBorders>
              <w:top w:val="single" w:sz="4" w:space="0" w:color="000000"/>
              <w:left w:val="single" w:sz="4" w:space="0" w:color="000000"/>
              <w:bottom w:val="single" w:sz="4" w:space="0" w:color="000000"/>
              <w:right w:val="single" w:sz="4" w:space="0" w:color="000000"/>
            </w:tcBorders>
          </w:tcPr>
          <w:p w14:paraId="3C6E4AF2" w14:textId="77777777" w:rsidR="009446D0" w:rsidRPr="00EB75F0" w:rsidRDefault="0084596B">
            <w:pPr>
              <w:spacing w:before="60" w:after="60" w:line="240" w:lineRule="auto"/>
              <w:rPr>
                <w:sz w:val="14"/>
              </w:rPr>
            </w:pPr>
            <w:r w:rsidRPr="00EB75F0">
              <w:rPr>
                <w:sz w:val="14"/>
              </w:rPr>
              <w:lastRenderedPageBreak/>
              <w:t>Patients including a thyroid disorder not stabilized for at least 3 months were excluded.</w:t>
            </w:r>
          </w:p>
        </w:tc>
      </w:tr>
      <w:tr w:rsidR="009446D0" w:rsidRPr="00EB75F0" w14:paraId="79D4251D" w14:textId="77777777">
        <w:tc>
          <w:tcPr>
            <w:tcW w:w="485" w:type="pct"/>
            <w:tcBorders>
              <w:top w:val="single" w:sz="4" w:space="0" w:color="000000"/>
              <w:left w:val="single" w:sz="4" w:space="0" w:color="000000"/>
              <w:bottom w:val="single" w:sz="4" w:space="0" w:color="000000"/>
              <w:right w:val="single" w:sz="4" w:space="0" w:color="000000"/>
            </w:tcBorders>
          </w:tcPr>
          <w:p w14:paraId="58C080DB" w14:textId="5677C6BF" w:rsidR="009446D0" w:rsidRPr="00EB75F0" w:rsidRDefault="0084596B">
            <w:pPr>
              <w:spacing w:before="60" w:after="60" w:line="240" w:lineRule="auto"/>
              <w:rPr>
                <w:sz w:val="14"/>
              </w:rPr>
            </w:pPr>
            <w:r w:rsidRPr="00EB75F0">
              <w:rPr>
                <w:sz w:val="14"/>
              </w:rPr>
              <w:t>NCT00711269</w:t>
            </w:r>
            <w:r w:rsidR="0031308D" w:rsidRPr="00EB75F0">
              <w:fldChar w:fldCharType="begin"/>
            </w:r>
            <w:r w:rsidR="00452EF4">
              <w:instrText xml:space="preserve"> ADDIN EN.CITE &lt;EndNote&gt;&lt;Cite&gt;&lt;Author&gt;NCT00711269&lt;/Author&gt;&lt;Year&gt;2022&lt;/Year&gt;&lt;RecNum&gt;92&lt;/RecNum&gt;&lt;DisplayText&gt;&lt;style face="superscript"&gt;95&lt;/style&gt;&lt;/DisplayText&gt;&lt;record&gt;&lt;rec-number&gt;92&lt;/rec-number&gt;&lt;foreign-keys&gt;&lt;key app="EN" db-id="9ttaxzax2p0tr7ewzt55atews50zvxaaa5rz" timestamp="1764068845"&gt;92&lt;/key&gt;&lt;/foreign-keys&gt;&lt;ref-type name="Journal Article"&gt;17&lt;/ref-type&gt;&lt;contributors&gt;&lt;authors&gt;&lt;author&gt;NCT00711269&lt;/author&gt;&lt;/authors&gt;&lt;/contributors&gt;&lt;titles&gt;&lt;title&gt;Study of SM-13496 (Lurasidone HCl) in Patients With Schizophrenia&lt;/title&gt;&lt;secondary-title&gt;-&lt;/secondary-title&gt;&lt;/titles&gt;&lt;periodical&gt;&lt;full-title&gt;-&lt;/full-title&gt;&lt;/periodical&gt;&lt;pages&gt;-&lt;/pages&gt;&lt;volume&gt;-&lt;/volume&gt;&lt;dates&gt;&lt;year&gt;2022&lt;/year&gt;&lt;/dates&gt;&lt;urls&gt;&lt;/urls&gt;&lt;/record&gt;&lt;/Cite&gt;&lt;/EndNote&gt;</w:instrText>
            </w:r>
            <w:r w:rsidR="0031308D" w:rsidRPr="00EB75F0">
              <w:fldChar w:fldCharType="separate"/>
            </w:r>
            <w:r w:rsidR="00452EF4" w:rsidRPr="00452EF4">
              <w:rPr>
                <w:noProof/>
                <w:vertAlign w:val="superscript"/>
              </w:rPr>
              <w:t>95</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6C1C43AC"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135D0FD4" w14:textId="77777777" w:rsidR="009446D0" w:rsidRPr="00EB75F0" w:rsidRDefault="0084596B">
            <w:pPr>
              <w:spacing w:before="60" w:after="60" w:line="240" w:lineRule="auto"/>
              <w:rPr>
                <w:sz w:val="14"/>
              </w:rPr>
            </w:pPr>
            <w:r w:rsidRPr="00EB75F0">
              <w:rPr>
                <w:sz w:val="14"/>
              </w:rPr>
              <w:t>18-74</w:t>
            </w:r>
          </w:p>
        </w:tc>
        <w:tc>
          <w:tcPr>
            <w:tcW w:w="557" w:type="pct"/>
            <w:tcBorders>
              <w:top w:val="single" w:sz="4" w:space="0" w:color="000000"/>
              <w:left w:val="single" w:sz="4" w:space="0" w:color="000000"/>
              <w:bottom w:val="single" w:sz="4" w:space="0" w:color="000000"/>
              <w:right w:val="single" w:sz="4" w:space="0" w:color="000000"/>
            </w:tcBorders>
          </w:tcPr>
          <w:p w14:paraId="7434F2AE"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2E4F0608" w14:textId="77777777" w:rsidR="009446D0" w:rsidRPr="00EB75F0" w:rsidRDefault="0084596B">
            <w:pPr>
              <w:spacing w:before="60" w:after="60" w:line="240" w:lineRule="auto"/>
              <w:rPr>
                <w:sz w:val="14"/>
              </w:rPr>
            </w:pPr>
            <w:r w:rsidRPr="00EB75F0">
              <w:rPr>
                <w:sz w:val="14"/>
              </w:rPr>
              <w:t>Not reported</w:t>
            </w:r>
          </w:p>
        </w:tc>
        <w:tc>
          <w:tcPr>
            <w:tcW w:w="694" w:type="pct"/>
            <w:tcBorders>
              <w:top w:val="single" w:sz="4" w:space="0" w:color="000000"/>
              <w:left w:val="single" w:sz="4" w:space="0" w:color="000000"/>
              <w:bottom w:val="single" w:sz="4" w:space="0" w:color="000000"/>
              <w:right w:val="single" w:sz="4" w:space="0" w:color="000000"/>
            </w:tcBorders>
          </w:tcPr>
          <w:p w14:paraId="28A72E75" w14:textId="77777777" w:rsidR="009446D0" w:rsidRPr="00EB75F0" w:rsidRDefault="0084596B">
            <w:pPr>
              <w:spacing w:before="60" w:after="60" w:line="240" w:lineRule="auto"/>
              <w:rPr>
                <w:sz w:val="14"/>
              </w:rPr>
            </w:pPr>
            <w:r w:rsidRPr="00EB75F0">
              <w:rPr>
                <w:sz w:val="14"/>
              </w:rPr>
              <w:t>Not reported</w:t>
            </w:r>
          </w:p>
        </w:tc>
        <w:tc>
          <w:tcPr>
            <w:tcW w:w="531" w:type="pct"/>
            <w:tcBorders>
              <w:top w:val="single" w:sz="4" w:space="0" w:color="000000"/>
              <w:left w:val="single" w:sz="4" w:space="0" w:color="000000"/>
              <w:bottom w:val="single" w:sz="4" w:space="0" w:color="000000"/>
              <w:right w:val="single" w:sz="4" w:space="0" w:color="000000"/>
            </w:tcBorders>
          </w:tcPr>
          <w:p w14:paraId="30AE1845"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21E5D9C6"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09E03815" w14:textId="77777777" w:rsidR="009446D0" w:rsidRPr="00EB75F0" w:rsidRDefault="0084596B">
            <w:pPr>
              <w:spacing w:before="60" w:after="60" w:line="240" w:lineRule="auto"/>
              <w:rPr>
                <w:sz w:val="14"/>
              </w:rPr>
            </w:pPr>
            <w:r w:rsidRPr="00EB75F0">
              <w:rPr>
                <w:sz w:val="14"/>
              </w:rPr>
              <w:t>Not reported</w:t>
            </w:r>
          </w:p>
        </w:tc>
      </w:tr>
      <w:tr w:rsidR="009446D0" w:rsidRPr="00EB75F0" w14:paraId="683E8AB9" w14:textId="77777777">
        <w:tc>
          <w:tcPr>
            <w:tcW w:w="485" w:type="pct"/>
            <w:tcBorders>
              <w:top w:val="single" w:sz="4" w:space="0" w:color="000000"/>
              <w:left w:val="single" w:sz="4" w:space="0" w:color="000000"/>
              <w:bottom w:val="single" w:sz="4" w:space="0" w:color="000000"/>
              <w:right w:val="single" w:sz="4" w:space="0" w:color="000000"/>
            </w:tcBorders>
          </w:tcPr>
          <w:p w14:paraId="5AA0BF2C" w14:textId="1600B424" w:rsidR="009446D0" w:rsidRPr="00EB75F0" w:rsidRDefault="0084596B">
            <w:pPr>
              <w:spacing w:before="60" w:after="60" w:line="240" w:lineRule="auto"/>
              <w:rPr>
                <w:sz w:val="14"/>
              </w:rPr>
            </w:pPr>
            <w:r w:rsidRPr="00EB75F0">
              <w:rPr>
                <w:sz w:val="14"/>
              </w:rPr>
              <w:t>NCT03055338</w:t>
            </w:r>
            <w:r w:rsidR="0031308D" w:rsidRPr="00EB75F0">
              <w:fldChar w:fldCharType="begin"/>
            </w:r>
            <w:r w:rsidR="00452EF4">
              <w:instrText xml:space="preserve"> ADDIN EN.CITE &lt;EndNote&gt;&lt;Cite&gt;&lt;Author&gt;NCT03055338&lt;/Author&gt;&lt;Year&gt;2018&lt;/Year&gt;&lt;RecNum&gt;94&lt;/RecNum&gt;&lt;DisplayText&gt;&lt;style face="superscript"&gt;97&lt;/style&gt;&lt;/DisplayText&gt;&lt;record&gt;&lt;rec-number&gt;94&lt;/rec-number&gt;&lt;foreign-keys&gt;&lt;key app="EN" db-id="9ttaxzax2p0tr7ewzt55atews50zvxaaa5rz" timestamp="1764068845"&gt;94&lt;/key&gt;&lt;/foreign-keys&gt;&lt;ref-type name="Journal Article"&gt;17&lt;/ref-type&gt;&lt;contributors&gt;&lt;authors&gt;&lt;author&gt;NCT03055338&lt;/author&gt;&lt;/authors&gt;&lt;/contributors&gt;&lt;titles&gt;&lt;title&gt;An Active-Controlled Early Phase Study of MK-8189 in Adults With Schizophrenia (MK-8189-005)&lt;/title&gt;&lt;secondary-title&gt;-&lt;/secondary-title&gt;&lt;/titles&gt;&lt;periodical&gt;&lt;full-title&gt;-&lt;/full-title&gt;&lt;/periodical&gt;&lt;pages&gt;-&lt;/pages&gt;&lt;volume&gt;-&lt;/volume&gt;&lt;dates&gt;&lt;year&gt;2018&lt;/year&gt;&lt;/dates&gt;&lt;urls&gt;&lt;/urls&gt;&lt;/record&gt;&lt;/Cite&gt;&lt;/EndNote&gt;</w:instrText>
            </w:r>
            <w:r w:rsidR="0031308D" w:rsidRPr="00EB75F0">
              <w:fldChar w:fldCharType="separate"/>
            </w:r>
            <w:r w:rsidR="00452EF4" w:rsidRPr="00452EF4">
              <w:rPr>
                <w:noProof/>
                <w:vertAlign w:val="superscript"/>
              </w:rPr>
              <w:t>97</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63D2DBB7" w14:textId="77777777" w:rsidR="009446D0" w:rsidRPr="00732701" w:rsidRDefault="0084596B">
            <w:pPr>
              <w:spacing w:before="60" w:after="60" w:line="240" w:lineRule="auto"/>
              <w:rPr>
                <w:sz w:val="14"/>
                <w:lang w:val="nl-NL"/>
              </w:rPr>
            </w:pPr>
            <w:r w:rsidRPr="00732701">
              <w:rPr>
                <w:sz w:val="14"/>
                <w:lang w:val="nl-NL"/>
              </w:rPr>
              <w:t xml:space="preserve">DSM-V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2B43E86E" w14:textId="77777777" w:rsidR="009446D0" w:rsidRPr="00EB75F0" w:rsidRDefault="0084596B">
            <w:pPr>
              <w:spacing w:before="60" w:after="60" w:line="240" w:lineRule="auto"/>
              <w:rPr>
                <w:sz w:val="14"/>
              </w:rPr>
            </w:pPr>
            <w:r w:rsidRPr="00EB75F0">
              <w:rPr>
                <w:sz w:val="14"/>
              </w:rPr>
              <w:t>18-50</w:t>
            </w:r>
          </w:p>
        </w:tc>
        <w:tc>
          <w:tcPr>
            <w:tcW w:w="557" w:type="pct"/>
            <w:tcBorders>
              <w:top w:val="single" w:sz="4" w:space="0" w:color="000000"/>
              <w:left w:val="single" w:sz="4" w:space="0" w:color="000000"/>
              <w:bottom w:val="single" w:sz="4" w:space="0" w:color="000000"/>
              <w:right w:val="single" w:sz="4" w:space="0" w:color="000000"/>
            </w:tcBorders>
          </w:tcPr>
          <w:p w14:paraId="67387B7B" w14:textId="77777777" w:rsidR="009446D0" w:rsidRPr="00EB75F0" w:rsidRDefault="0084596B">
            <w:pPr>
              <w:spacing w:before="60" w:after="60" w:line="240" w:lineRule="auto"/>
              <w:rPr>
                <w:sz w:val="14"/>
              </w:rPr>
            </w:pPr>
            <w:r w:rsidRPr="00EB75F0">
              <w:rPr>
                <w:sz w:val="14"/>
              </w:rPr>
              <w:t>Participants were included if had onset of the first episode being &gt;=1 year prior to study entry, and has illness duration of &lt;=20 years.</w:t>
            </w:r>
          </w:p>
        </w:tc>
        <w:tc>
          <w:tcPr>
            <w:tcW w:w="448" w:type="pct"/>
            <w:tcBorders>
              <w:top w:val="single" w:sz="4" w:space="0" w:color="000000"/>
              <w:left w:val="single" w:sz="4" w:space="0" w:color="000000"/>
              <w:bottom w:val="single" w:sz="4" w:space="0" w:color="000000"/>
              <w:right w:val="single" w:sz="4" w:space="0" w:color="000000"/>
            </w:tcBorders>
          </w:tcPr>
          <w:p w14:paraId="7CE60E5F" w14:textId="77777777" w:rsidR="009446D0" w:rsidRPr="00EB75F0" w:rsidRDefault="0084596B">
            <w:pPr>
              <w:spacing w:before="60" w:after="60" w:line="240" w:lineRule="auto"/>
              <w:rPr>
                <w:sz w:val="14"/>
              </w:rPr>
            </w:pPr>
            <w:r w:rsidRPr="00EB75F0">
              <w:rPr>
                <w:sz w:val="14"/>
              </w:rPr>
              <w:t>Experiencing an acute episode of schizophrenia</w:t>
            </w:r>
          </w:p>
        </w:tc>
        <w:tc>
          <w:tcPr>
            <w:tcW w:w="694" w:type="pct"/>
            <w:tcBorders>
              <w:top w:val="single" w:sz="4" w:space="0" w:color="000000"/>
              <w:left w:val="single" w:sz="4" w:space="0" w:color="000000"/>
              <w:bottom w:val="single" w:sz="4" w:space="0" w:color="000000"/>
              <w:right w:val="single" w:sz="4" w:space="0" w:color="000000"/>
            </w:tcBorders>
          </w:tcPr>
          <w:p w14:paraId="20C259E9" w14:textId="77777777" w:rsidR="009446D0" w:rsidRPr="00EB75F0" w:rsidRDefault="0084596B">
            <w:pPr>
              <w:spacing w:before="60" w:after="60" w:line="240" w:lineRule="auto"/>
              <w:rPr>
                <w:sz w:val="14"/>
              </w:rPr>
            </w:pPr>
            <w:r w:rsidRPr="00EB75F0">
              <w:rPr>
                <w:sz w:val="14"/>
              </w:rPr>
              <w:t>Participants has responded positively to an antipsychotic medication other than clozapine in a prior psychotic episode</w:t>
            </w:r>
          </w:p>
        </w:tc>
        <w:tc>
          <w:tcPr>
            <w:tcW w:w="531" w:type="pct"/>
            <w:tcBorders>
              <w:top w:val="single" w:sz="4" w:space="0" w:color="000000"/>
              <w:left w:val="single" w:sz="4" w:space="0" w:color="000000"/>
              <w:bottom w:val="single" w:sz="4" w:space="0" w:color="000000"/>
              <w:right w:val="single" w:sz="4" w:space="0" w:color="000000"/>
            </w:tcBorders>
          </w:tcPr>
          <w:p w14:paraId="5AFFFBD0"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296C2EEF" w14:textId="77777777" w:rsidR="009446D0" w:rsidRPr="00EB75F0" w:rsidRDefault="0084596B">
            <w:pPr>
              <w:spacing w:before="60" w:after="60" w:line="240" w:lineRule="auto"/>
              <w:rPr>
                <w:sz w:val="14"/>
              </w:rPr>
            </w:pPr>
            <w:r w:rsidRPr="00EB75F0">
              <w:rPr>
                <w:sz w:val="14"/>
              </w:rPr>
              <w:t>Participants having PANSS score = 80 at Screening. Has a score of &gt;=4 in 3 or more of the following items (delusions, conceptual disorganization, hallucinatory behavior, grandiosity, suspiciousness/persecution) in the positive subscale of the PANSS at Screening. Has a CGI-S score &gt;= 4 at Screening were included</w:t>
            </w:r>
          </w:p>
        </w:tc>
        <w:tc>
          <w:tcPr>
            <w:tcW w:w="658" w:type="pct"/>
            <w:tcBorders>
              <w:top w:val="single" w:sz="4" w:space="0" w:color="000000"/>
              <w:left w:val="single" w:sz="4" w:space="0" w:color="000000"/>
              <w:bottom w:val="single" w:sz="4" w:space="0" w:color="000000"/>
              <w:right w:val="single" w:sz="4" w:space="0" w:color="000000"/>
            </w:tcBorders>
          </w:tcPr>
          <w:p w14:paraId="36514E88" w14:textId="77777777" w:rsidR="009446D0" w:rsidRPr="00EB75F0" w:rsidRDefault="0084596B">
            <w:pPr>
              <w:spacing w:before="60" w:after="60" w:line="240" w:lineRule="auto"/>
              <w:rPr>
                <w:sz w:val="14"/>
              </w:rPr>
            </w:pPr>
            <w:r w:rsidRPr="00EB75F0">
              <w:rPr>
                <w:sz w:val="14"/>
              </w:rPr>
              <w:t>Participants with Hepatic, cardiovascular, or renal disease, or of untreated narrow-angle glaucoma, epilepsy, or any seizure disorder beyond one childhood febrile seizure will be excluded</w:t>
            </w:r>
            <w:r w:rsidRPr="00EB75F0">
              <w:br/>
            </w:r>
            <w:r w:rsidRPr="00EB75F0">
              <w:br/>
            </w:r>
            <w:r w:rsidRPr="00EB75F0">
              <w:rPr>
                <w:sz w:val="14"/>
              </w:rPr>
              <w:t xml:space="preserve"> Patients with history of malignancy &lt;= 5 years except for adequately treated basal cell or squamous cell skin cancer or in situ cervical cancer,  neuroleptic malignant syndrome, borderline personality disorder, antisocial personality disorder, or bipolar disorder, traumatic brain injury, or Alzheimer's disease or another form of dementia were excluded</w:t>
            </w:r>
          </w:p>
        </w:tc>
      </w:tr>
      <w:tr w:rsidR="009446D0" w:rsidRPr="00EB75F0" w14:paraId="62CAC542" w14:textId="77777777">
        <w:tc>
          <w:tcPr>
            <w:tcW w:w="485" w:type="pct"/>
            <w:tcBorders>
              <w:top w:val="single" w:sz="4" w:space="0" w:color="000000"/>
              <w:left w:val="single" w:sz="4" w:space="0" w:color="000000"/>
              <w:bottom w:val="single" w:sz="4" w:space="0" w:color="000000"/>
              <w:right w:val="single" w:sz="4" w:space="0" w:color="000000"/>
            </w:tcBorders>
          </w:tcPr>
          <w:p w14:paraId="425CDACF" w14:textId="4DEB4C2C" w:rsidR="009446D0" w:rsidRPr="00EB75F0" w:rsidRDefault="0084596B">
            <w:pPr>
              <w:spacing w:before="60" w:after="60" w:line="240" w:lineRule="auto"/>
              <w:rPr>
                <w:sz w:val="14"/>
              </w:rPr>
            </w:pPr>
            <w:r w:rsidRPr="00EB75F0">
              <w:rPr>
                <w:sz w:val="14"/>
              </w:rPr>
              <w:t>NCT00563706</w:t>
            </w:r>
            <w:r w:rsidR="0031308D" w:rsidRPr="00EB75F0">
              <w:fldChar w:fldCharType="begin"/>
            </w:r>
            <w:r w:rsidR="00452EF4">
              <w:instrText xml:space="preserve"> ADDIN EN.CITE &lt;EndNote&gt;&lt;Cite&gt;&lt;Author&gt;NCT00563706&lt;/Author&gt;&lt;Year&gt;2014&lt;/Year&gt;&lt;RecNum&gt;95&lt;/RecNum&gt;&lt;DisplayText&gt;&lt;style face="superscript"&gt;98&lt;/style&gt;&lt;/DisplayText&gt;&lt;record&gt;&lt;rec-number&gt;95&lt;/rec-number&gt;&lt;foreign-keys&gt;&lt;key app="EN" db-id="9ttaxzax2p0tr7ewzt55atews50zvxaaa5rz" timestamp="1764068846"&gt;95&lt;/key&gt;&lt;/foreign-keys&gt;&lt;ref-type name="Journal Article"&gt;17&lt;/ref-type&gt;&lt;contributors&gt;&lt;authors&gt;&lt;author&gt;NCT00563706&lt;/author&gt;&lt;/authors&gt;&lt;/contributors&gt;&lt;titles&gt;&lt;title&gt;Study evaluating vabicaserin in subjects with schizophrenia&lt;/title&gt;&lt;secondary-title&gt;-&lt;/secondary-title&gt;&lt;/titles&gt;&lt;periodical&gt;&lt;full-title&gt;-&lt;/full-title&gt;&lt;/periodical&gt;&lt;pages&gt;-&lt;/pages&gt;&lt;volume&gt;-&lt;/volume&gt;&lt;dates&gt;&lt;year&gt;2014&lt;/year&gt;&lt;/dates&gt;&lt;urls&gt;&lt;/urls&gt;&lt;/record&gt;&lt;/Cite&gt;&lt;/EndNote&gt;</w:instrText>
            </w:r>
            <w:r w:rsidR="0031308D" w:rsidRPr="00EB75F0">
              <w:fldChar w:fldCharType="separate"/>
            </w:r>
            <w:r w:rsidR="00452EF4" w:rsidRPr="00452EF4">
              <w:rPr>
                <w:noProof/>
                <w:vertAlign w:val="superscript"/>
              </w:rPr>
              <w:t>98</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7F431DD9" w14:textId="77777777" w:rsidR="009446D0" w:rsidRPr="00732701" w:rsidRDefault="0084596B">
            <w:pPr>
              <w:spacing w:before="60" w:after="60" w:line="240" w:lineRule="auto"/>
              <w:rPr>
                <w:sz w:val="14"/>
                <w:lang w:val="nl-NL"/>
              </w:rPr>
            </w:pPr>
            <w:r w:rsidRPr="00732701">
              <w:rPr>
                <w:sz w:val="14"/>
                <w:lang w:val="nl-NL"/>
              </w:rPr>
              <w:t xml:space="preserve">DSM-IV-TR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4CDD0831"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56900B1A" w14:textId="77777777" w:rsidR="009446D0" w:rsidRPr="00EB75F0" w:rsidRDefault="0084596B">
            <w:pPr>
              <w:spacing w:before="60" w:after="60" w:line="240" w:lineRule="auto"/>
              <w:rPr>
                <w:sz w:val="14"/>
              </w:rPr>
            </w:pPr>
            <w:r w:rsidRPr="00EB75F0">
              <w:rPr>
                <w:sz w:val="14"/>
              </w:rPr>
              <w:t>Diagnosis of schizophrenia established greater than 1 year for inclusion</w:t>
            </w:r>
          </w:p>
        </w:tc>
        <w:tc>
          <w:tcPr>
            <w:tcW w:w="448" w:type="pct"/>
            <w:tcBorders>
              <w:top w:val="single" w:sz="4" w:space="0" w:color="000000"/>
              <w:left w:val="single" w:sz="4" w:space="0" w:color="000000"/>
              <w:bottom w:val="single" w:sz="4" w:space="0" w:color="000000"/>
              <w:right w:val="single" w:sz="4" w:space="0" w:color="000000"/>
            </w:tcBorders>
          </w:tcPr>
          <w:p w14:paraId="6F06D356" w14:textId="77777777" w:rsidR="009446D0" w:rsidRPr="00EB75F0" w:rsidRDefault="0084596B">
            <w:pPr>
              <w:spacing w:before="60" w:after="60" w:line="240" w:lineRule="auto"/>
              <w:rPr>
                <w:sz w:val="14"/>
              </w:rPr>
            </w:pPr>
            <w:r w:rsidRPr="00EB75F0">
              <w:rPr>
                <w:sz w:val="14"/>
              </w:rPr>
              <w:t>Patients were included Hospitalization because of an acute exacerbation of schizophrenia with a diagnosis of schizophrenia established greater than 1 year</w:t>
            </w:r>
          </w:p>
        </w:tc>
        <w:tc>
          <w:tcPr>
            <w:tcW w:w="694" w:type="pct"/>
            <w:tcBorders>
              <w:top w:val="single" w:sz="4" w:space="0" w:color="000000"/>
              <w:left w:val="single" w:sz="4" w:space="0" w:color="000000"/>
              <w:bottom w:val="single" w:sz="4" w:space="0" w:color="000000"/>
              <w:right w:val="single" w:sz="4" w:space="0" w:color="000000"/>
            </w:tcBorders>
          </w:tcPr>
          <w:p w14:paraId="73E683D9" w14:textId="77777777" w:rsidR="009446D0" w:rsidRPr="00EB75F0" w:rsidRDefault="0084596B">
            <w:pPr>
              <w:spacing w:before="60" w:after="60" w:line="240" w:lineRule="auto"/>
              <w:rPr>
                <w:sz w:val="14"/>
              </w:rPr>
            </w:pPr>
            <w:r w:rsidRPr="00EB75F0">
              <w:rPr>
                <w:sz w:val="14"/>
              </w:rPr>
              <w:t>Not reported</w:t>
            </w:r>
          </w:p>
        </w:tc>
        <w:tc>
          <w:tcPr>
            <w:tcW w:w="531" w:type="pct"/>
            <w:tcBorders>
              <w:top w:val="single" w:sz="4" w:space="0" w:color="000000"/>
              <w:left w:val="single" w:sz="4" w:space="0" w:color="000000"/>
              <w:bottom w:val="single" w:sz="4" w:space="0" w:color="000000"/>
              <w:right w:val="single" w:sz="4" w:space="0" w:color="000000"/>
            </w:tcBorders>
          </w:tcPr>
          <w:p w14:paraId="6D5D148A" w14:textId="77777777" w:rsidR="009446D0" w:rsidRPr="00EB75F0" w:rsidRDefault="0084596B">
            <w:pPr>
              <w:spacing w:before="60" w:after="60" w:line="240" w:lineRule="auto"/>
              <w:rPr>
                <w:sz w:val="14"/>
              </w:rPr>
            </w:pPr>
            <w:r w:rsidRPr="00EB75F0">
              <w:rPr>
                <w:sz w:val="14"/>
              </w:rPr>
              <w:t>Subjects taking high or chronic doses of benzodiazepine at the screening evaluation who, in the investigator's judgment, would be likely to have severe withdrawal symptoms upon discontinuation were excluded</w:t>
            </w:r>
          </w:p>
        </w:tc>
        <w:tc>
          <w:tcPr>
            <w:tcW w:w="651" w:type="pct"/>
            <w:tcBorders>
              <w:top w:val="single" w:sz="4" w:space="0" w:color="000000"/>
              <w:left w:val="single" w:sz="4" w:space="0" w:color="000000"/>
              <w:bottom w:val="single" w:sz="4" w:space="0" w:color="000000"/>
              <w:right w:val="single" w:sz="4" w:space="0" w:color="000000"/>
            </w:tcBorders>
          </w:tcPr>
          <w:p w14:paraId="26E9E3F3"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75DAB7D1" w14:textId="77777777" w:rsidR="009446D0" w:rsidRPr="00EB75F0" w:rsidRDefault="0084596B">
            <w:pPr>
              <w:spacing w:before="60" w:after="60" w:line="240" w:lineRule="auto"/>
              <w:rPr>
                <w:sz w:val="14"/>
              </w:rPr>
            </w:pPr>
            <w:r w:rsidRPr="00EB75F0">
              <w:rPr>
                <w:sz w:val="14"/>
              </w:rPr>
              <w:t>Current Axis I primary psychiatric diagnosis other than schizophrenia were excluded.</w:t>
            </w:r>
            <w:r w:rsidRPr="00EB75F0">
              <w:rPr>
                <w:sz w:val="14"/>
              </w:rPr>
              <w:br/>
            </w:r>
            <w:r w:rsidRPr="00EB75F0">
              <w:rPr>
                <w:sz w:val="14"/>
              </w:rPr>
              <w:br/>
              <w:t>Current diagnosis or history of substance abuse or dependence (DSM-IV-TR criteria), including alcohol (except for nicotine), within 3 months before baseline (day -1) were excluded</w:t>
            </w:r>
          </w:p>
        </w:tc>
      </w:tr>
      <w:tr w:rsidR="009446D0" w:rsidRPr="00EB75F0" w14:paraId="7F68AF0C" w14:textId="77777777">
        <w:tc>
          <w:tcPr>
            <w:tcW w:w="485" w:type="pct"/>
            <w:tcBorders>
              <w:top w:val="single" w:sz="4" w:space="0" w:color="000000"/>
              <w:left w:val="single" w:sz="4" w:space="0" w:color="000000"/>
              <w:bottom w:val="single" w:sz="4" w:space="0" w:color="000000"/>
              <w:right w:val="single" w:sz="4" w:space="0" w:color="000000"/>
            </w:tcBorders>
          </w:tcPr>
          <w:p w14:paraId="17FE6A64" w14:textId="3F6A19A7" w:rsidR="009446D0" w:rsidRPr="00EB75F0" w:rsidRDefault="0084596B">
            <w:pPr>
              <w:spacing w:before="60" w:after="60" w:line="240" w:lineRule="auto"/>
              <w:rPr>
                <w:sz w:val="14"/>
              </w:rPr>
            </w:pPr>
            <w:r w:rsidRPr="00EB75F0">
              <w:rPr>
                <w:sz w:val="14"/>
              </w:rPr>
              <w:t>Casey 2008</w:t>
            </w:r>
            <w:r w:rsidR="0031308D" w:rsidRPr="00EB75F0">
              <w:fldChar w:fldCharType="begin"/>
            </w:r>
            <w:r w:rsidR="00452EF4">
              <w:instrText xml:space="preserve"> ADDIN EN.CITE &lt;EndNote&gt;&lt;Cite&gt;&lt;Author&gt;Casey&lt;/Author&gt;&lt;Year&gt;2008&lt;/Year&gt;&lt;RecNum&gt;97&lt;/RecNum&gt;&lt;DisplayText&gt;&lt;style face="superscript"&gt;100&lt;/style&gt;&lt;/DisplayText&gt;&lt;record&gt;&lt;rec-number&gt;97&lt;/rec-number&gt;&lt;foreign-keys&gt;&lt;key app="EN" db-id="9ttaxzax2p0tr7ewzt55atews50zvxaaa5rz" timestamp="1764068846"&gt;97&lt;/key&gt;&lt;/foreign-keys&gt;&lt;ref-type name="Journal Article"&gt;17&lt;/ref-type&gt;&lt;contributors&gt;&lt;authors&gt;&lt;author&gt;Casey, D. E.&lt;/author&gt;&lt;author&gt;Sands, E. E.&lt;/author&gt;&lt;author&gt;Heisterberg, J.&lt;/author&gt;&lt;author&gt;Yang, H. M.&lt;/author&gt;&lt;/authors&gt;&lt;/contributors&gt;&lt;titles&gt;&lt;title&gt;Efficacy and safety of bifeprunox in patients with an acute exacerbation of schizophrenia: results from a randomized, double-blind, placebo-controlled, multicenter, dose-finding study&lt;/title&gt;&lt;secondary-title&gt;Psychopharmacology (Berl)&lt;/secondary-title&gt;&lt;/titles&gt;&lt;periodical&gt;&lt;full-title&gt;Psychopharmacology (Berl)&lt;/full-title&gt;&lt;/periodical&gt;&lt;pages&gt;317-31&lt;/pages&gt;&lt;volume&gt;200&lt;/volume&gt;&lt;number&gt;3&lt;/number&gt;&lt;dates&gt;&lt;year&gt;2008&lt;/year&gt;&lt;pub-dates&gt;&lt;date&gt;20080704&lt;/date&gt;&lt;/pub-dates&gt;&lt;/dates&gt;&lt;pub-location&gt;UHN 80 Department of Psychiatry, Oregon Health and Science University, 3181 SW Sam Jackson Park Road, Portland, OR 97239, USA. caseyd@ohsu.edu&lt;/pub-location&gt;&lt;isbn&gt;0033-3158 (Print) 0033-3158 (Linking)&lt;/isbn&gt;&lt;urls&gt;&lt;related-urls&gt;&lt;url&gt;https://www.ncbi.nlm.nih.gov/pubmed/18597078&lt;/url&gt;&lt;/related-urls&gt;&lt;/urls&gt;&lt;electronic-resource-num&gt;10.1007/s00213-008-1207-7&lt;/electronic-resource-num&gt;&lt;/record&gt;&lt;/Cite&gt;&lt;/EndNote&gt;</w:instrText>
            </w:r>
            <w:r w:rsidR="0031308D" w:rsidRPr="00EB75F0">
              <w:fldChar w:fldCharType="separate"/>
            </w:r>
            <w:r w:rsidR="00452EF4" w:rsidRPr="00452EF4">
              <w:rPr>
                <w:noProof/>
                <w:vertAlign w:val="superscript"/>
              </w:rPr>
              <w:t>100</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16444A02" w14:textId="77777777" w:rsidR="009446D0" w:rsidRPr="00732701" w:rsidRDefault="0084596B">
            <w:pPr>
              <w:spacing w:before="60" w:after="60" w:line="240" w:lineRule="auto"/>
              <w:rPr>
                <w:sz w:val="14"/>
                <w:lang w:val="nl-NL"/>
              </w:rPr>
            </w:pPr>
            <w:r w:rsidRPr="00732701">
              <w:rPr>
                <w:sz w:val="14"/>
                <w:lang w:val="nl-NL"/>
              </w:rPr>
              <w:t xml:space="preserve">DSM-IV-TR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54D7F3BC"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7BAE584C"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6A7E561D" w14:textId="77777777" w:rsidR="009446D0" w:rsidRPr="00EB75F0" w:rsidRDefault="0084596B">
            <w:pPr>
              <w:spacing w:before="60" w:after="60" w:line="240" w:lineRule="auto"/>
              <w:rPr>
                <w:sz w:val="14"/>
              </w:rPr>
            </w:pPr>
            <w:r w:rsidRPr="00EB75F0">
              <w:rPr>
                <w:sz w:val="14"/>
              </w:rPr>
              <w:t>Patients with an acute exacerbation of schizophrenia were included</w:t>
            </w:r>
          </w:p>
        </w:tc>
        <w:tc>
          <w:tcPr>
            <w:tcW w:w="694" w:type="pct"/>
            <w:tcBorders>
              <w:top w:val="single" w:sz="4" w:space="0" w:color="000000"/>
              <w:left w:val="single" w:sz="4" w:space="0" w:color="000000"/>
              <w:bottom w:val="single" w:sz="4" w:space="0" w:color="000000"/>
              <w:right w:val="single" w:sz="4" w:space="0" w:color="000000"/>
            </w:tcBorders>
          </w:tcPr>
          <w:p w14:paraId="0BBA9624" w14:textId="77777777" w:rsidR="009446D0" w:rsidRPr="00EB75F0" w:rsidRDefault="0084596B">
            <w:pPr>
              <w:spacing w:before="60" w:after="60" w:line="240" w:lineRule="auto"/>
              <w:rPr>
                <w:sz w:val="14"/>
              </w:rPr>
            </w:pPr>
            <w:r w:rsidRPr="00EB75F0">
              <w:rPr>
                <w:sz w:val="14"/>
              </w:rPr>
              <w:t>Patients who had failed to respond to adequate courses of treatment (with reference to dose and duration) with two or more antipsychotic compounds belonging to different classes, were hospitalized with the current psychotic episode for &gt;4 weeks were excluded</w:t>
            </w:r>
          </w:p>
        </w:tc>
        <w:tc>
          <w:tcPr>
            <w:tcW w:w="531" w:type="pct"/>
            <w:tcBorders>
              <w:top w:val="single" w:sz="4" w:space="0" w:color="000000"/>
              <w:left w:val="single" w:sz="4" w:space="0" w:color="000000"/>
              <w:bottom w:val="single" w:sz="4" w:space="0" w:color="000000"/>
              <w:right w:val="single" w:sz="4" w:space="0" w:color="000000"/>
            </w:tcBorders>
          </w:tcPr>
          <w:p w14:paraId="101EA35F"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026E2126" w14:textId="4EDE5E6B" w:rsidR="009446D0" w:rsidRPr="00EB75F0" w:rsidRDefault="0084596B">
            <w:pPr>
              <w:spacing w:before="60" w:after="60" w:line="240" w:lineRule="auto"/>
              <w:rPr>
                <w:sz w:val="14"/>
              </w:rPr>
            </w:pPr>
            <w:r w:rsidRPr="00EB75F0">
              <w:rPr>
                <w:sz w:val="14"/>
              </w:rPr>
              <w:t>Patients with PANSS score between 70 and 120; a baseline (day 1) ≥4 score on at least two of the following PANSS items: conceptual disorganization, hallucinatory behavior, suspiciousness, or unusual thought content; and a Clinical Global Impression</w:t>
            </w:r>
            <w:r w:rsidR="00F24C48">
              <w:rPr>
                <w:sz w:val="14"/>
              </w:rPr>
              <w:t xml:space="preserve">s – </w:t>
            </w:r>
            <w:r w:rsidRPr="00EB75F0">
              <w:rPr>
                <w:sz w:val="14"/>
              </w:rPr>
              <w:t xml:space="preserve">Severity (CGI-S) score ≥4, </w:t>
            </w:r>
            <w:r w:rsidRPr="00EB75F0">
              <w:rPr>
                <w:sz w:val="14"/>
              </w:rPr>
              <w:lastRenderedPageBreak/>
              <w:t>indicating at least moderate illness were included</w:t>
            </w:r>
          </w:p>
        </w:tc>
        <w:tc>
          <w:tcPr>
            <w:tcW w:w="658" w:type="pct"/>
            <w:tcBorders>
              <w:top w:val="single" w:sz="4" w:space="0" w:color="000000"/>
              <w:left w:val="single" w:sz="4" w:space="0" w:color="000000"/>
              <w:bottom w:val="single" w:sz="4" w:space="0" w:color="000000"/>
              <w:right w:val="single" w:sz="4" w:space="0" w:color="000000"/>
            </w:tcBorders>
          </w:tcPr>
          <w:p w14:paraId="55FA53AB" w14:textId="77777777" w:rsidR="009446D0" w:rsidRPr="00EB75F0" w:rsidRDefault="0084596B">
            <w:pPr>
              <w:spacing w:before="60" w:after="60" w:line="240" w:lineRule="auto"/>
              <w:rPr>
                <w:sz w:val="14"/>
              </w:rPr>
            </w:pPr>
            <w:r w:rsidRPr="00EB75F0">
              <w:rPr>
                <w:sz w:val="14"/>
              </w:rPr>
              <w:lastRenderedPageBreak/>
              <w:t xml:space="preserve">Patients having current psychiatric diagnosis other than schizophrenia that was expected to interfere with the study, had a current diagnosis or history of substance abuse (except for cannabinoid, nicotine, and caffeine) or alcohol abuse within 6 months before </w:t>
            </w:r>
            <w:r w:rsidRPr="00EB75F0">
              <w:rPr>
                <w:sz w:val="14"/>
              </w:rPr>
              <w:lastRenderedPageBreak/>
              <w:t>baseline (day 1), were at significant risk of suicide or violent behavior, uncontrolled major medical illnesses, ischemic heart disease, history of myocardial infarction, coronary bypass surgery, coronary angioplasty, or clinically relevant electrocardiographic (ECG) abnormalities, were excluded</w:t>
            </w:r>
          </w:p>
        </w:tc>
      </w:tr>
      <w:tr w:rsidR="009446D0" w:rsidRPr="00EB75F0" w14:paraId="242776BF" w14:textId="77777777">
        <w:tc>
          <w:tcPr>
            <w:tcW w:w="485" w:type="pct"/>
            <w:tcBorders>
              <w:top w:val="single" w:sz="4" w:space="0" w:color="000000"/>
              <w:left w:val="single" w:sz="4" w:space="0" w:color="000000"/>
              <w:bottom w:val="single" w:sz="4" w:space="0" w:color="000000"/>
              <w:right w:val="single" w:sz="4" w:space="0" w:color="000000"/>
            </w:tcBorders>
          </w:tcPr>
          <w:p w14:paraId="6E104DBA" w14:textId="37724E91" w:rsidR="009446D0" w:rsidRPr="00EB75F0" w:rsidRDefault="0084596B">
            <w:pPr>
              <w:spacing w:before="60" w:after="60" w:line="240" w:lineRule="auto"/>
              <w:rPr>
                <w:sz w:val="14"/>
              </w:rPr>
            </w:pPr>
            <w:r w:rsidRPr="00EB75F0">
              <w:rPr>
                <w:sz w:val="14"/>
              </w:rPr>
              <w:lastRenderedPageBreak/>
              <w:t>Li 2012</w:t>
            </w:r>
            <w:r w:rsidR="0031308D" w:rsidRPr="00EB75F0">
              <w:fldChar w:fldCharType="begin"/>
            </w:r>
            <w:r w:rsidR="00452EF4">
              <w:instrText xml:space="preserve"> ADDIN EN.CITE &lt;EndNote&gt;&lt;Cite&gt;&lt;Author&gt;Li&lt;/Author&gt;&lt;Year&gt;2012&lt;/Year&gt;&lt;RecNum&gt;99&lt;/RecNum&gt;&lt;DisplayText&gt;&lt;style face="superscript"&gt;102&lt;/style&gt;&lt;/DisplayText&gt;&lt;record&gt;&lt;rec-number&gt;99&lt;/rec-number&gt;&lt;foreign-keys&gt;&lt;key app="EN" db-id="9ttaxzax2p0tr7ewzt55atews50zvxaaa5rz" timestamp="1764068846"&gt;99&lt;/key&gt;&lt;/foreign-keys&gt;&lt;ref-type name="Journal Article"&gt;17&lt;/ref-type&gt;&lt;contributors&gt;&lt;authors&gt;&lt;author&gt;Li, Y.&lt;/author&gt;&lt;author&gt;Li, H.&lt;/author&gt;&lt;author&gt;Liu, Y.&lt;/author&gt;&lt;author&gt;Yan, X.&lt;/author&gt;&lt;author&gt;Yue, Y.&lt;/author&gt;&lt;author&gt;Qian, M.&lt;/author&gt;&lt;/authors&gt;&lt;/contributors&gt;&lt;titles&gt;&lt;title&gt;Comparison of quetiapine and risperidone in Chinese Han patients with schizophrenia: results of a single-blind, randomized study&lt;/title&gt;&lt;secondary-title&gt;Curr Med Res Opin&lt;/secondary-title&gt;&lt;/titles&gt;&lt;periodical&gt;&lt;full-title&gt;Curr Med Res Opin&lt;/full-title&gt;&lt;/periodical&gt;&lt;pages&gt;1725-32&lt;/pages&gt;&lt;volume&gt;28&lt;/volume&gt;&lt;number&gt;10&lt;/number&gt;&lt;dates&gt;&lt;year&gt;2012&lt;/year&gt;&lt;pub-dates&gt;&lt;date&gt;20121002&lt;/date&gt;&lt;/pub-dates&gt;&lt;/dates&gt;&lt;pub-location&gt;Shanghai Mental Health Center, Shanghai Jiao Tong University School of Medicine, Shanghai, China.&lt;/pub-location&gt;&lt;isbn&gt;1473-4877 (Electronic) 0300-7995 (Linking)&lt;/isbn&gt;&lt;urls&gt;&lt;related-urls&gt;&lt;url&gt;https://www.ncbi.nlm.nih.gov/pubmed/22978771&lt;/url&gt;&lt;/related-urls&gt;&lt;/urls&gt;&lt;electronic-resource-num&gt;10.1185/03007995.2012.728524&lt;/electronic-resource-num&gt;&lt;/record&gt;&lt;/Cite&gt;&lt;/EndNote&gt;</w:instrText>
            </w:r>
            <w:r w:rsidR="0031308D" w:rsidRPr="00EB75F0">
              <w:fldChar w:fldCharType="separate"/>
            </w:r>
            <w:r w:rsidR="00452EF4" w:rsidRPr="00452EF4">
              <w:rPr>
                <w:noProof/>
                <w:vertAlign w:val="superscript"/>
              </w:rPr>
              <w:t>102</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0282C7D8" w14:textId="77777777" w:rsidR="009446D0" w:rsidRPr="00EB75F0" w:rsidRDefault="0084596B">
            <w:pPr>
              <w:spacing w:before="60" w:after="60" w:line="240" w:lineRule="auto"/>
              <w:rPr>
                <w:sz w:val="14"/>
              </w:rPr>
            </w:pPr>
            <w:r w:rsidRPr="00EB75F0">
              <w:rPr>
                <w:sz w:val="14"/>
              </w:rPr>
              <w:t>DSM-IV criteria for schizophrenia: 295.20 (Schizophrenia, Catatonic Type), 295.10 (Schizophrenia, Disorganized Type), 295.30 (Schizophrenia, Paranoid Type), 295.60 (Schizophrenia, Residual Type), and 296.90 (Mood Disorder NOS)</w:t>
            </w:r>
          </w:p>
        </w:tc>
        <w:tc>
          <w:tcPr>
            <w:tcW w:w="293" w:type="pct"/>
            <w:tcBorders>
              <w:top w:val="single" w:sz="4" w:space="0" w:color="000000"/>
              <w:left w:val="single" w:sz="4" w:space="0" w:color="000000"/>
              <w:bottom w:val="single" w:sz="4" w:space="0" w:color="000000"/>
              <w:right w:val="single" w:sz="4" w:space="0" w:color="000000"/>
            </w:tcBorders>
          </w:tcPr>
          <w:p w14:paraId="6E3952E7"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282E52EB"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142FDA9D" w14:textId="77777777" w:rsidR="009446D0" w:rsidRPr="00EB75F0" w:rsidRDefault="0084596B">
            <w:pPr>
              <w:spacing w:before="60" w:after="60" w:line="240" w:lineRule="auto"/>
              <w:rPr>
                <w:sz w:val="14"/>
              </w:rPr>
            </w:pPr>
            <w:r w:rsidRPr="00EB75F0">
              <w:rPr>
                <w:sz w:val="14"/>
              </w:rPr>
              <w:t>Moderately to severely ill, with patients in the two groups having mean total PANSS scores &gt;80, CGI-S scores &gt;5.0 and CDSS scores &gt;1.9 at baseline for inclusion</w:t>
            </w:r>
          </w:p>
        </w:tc>
        <w:tc>
          <w:tcPr>
            <w:tcW w:w="694" w:type="pct"/>
            <w:tcBorders>
              <w:top w:val="single" w:sz="4" w:space="0" w:color="000000"/>
              <w:left w:val="single" w:sz="4" w:space="0" w:color="000000"/>
              <w:bottom w:val="single" w:sz="4" w:space="0" w:color="000000"/>
              <w:right w:val="single" w:sz="4" w:space="0" w:color="000000"/>
            </w:tcBorders>
          </w:tcPr>
          <w:p w14:paraId="0AE27954" w14:textId="77777777" w:rsidR="009446D0" w:rsidRPr="00EB75F0" w:rsidRDefault="0084596B">
            <w:pPr>
              <w:spacing w:before="60" w:after="60" w:line="240" w:lineRule="auto"/>
              <w:rPr>
                <w:sz w:val="14"/>
              </w:rPr>
            </w:pPr>
            <w:r w:rsidRPr="00EB75F0">
              <w:rPr>
                <w:sz w:val="14"/>
              </w:rPr>
              <w:t>Patients who were undergoing combination treatment with quetiapine and risperidone during the 28 days before the study were excluded</w:t>
            </w:r>
          </w:p>
        </w:tc>
        <w:tc>
          <w:tcPr>
            <w:tcW w:w="531" w:type="pct"/>
            <w:tcBorders>
              <w:top w:val="single" w:sz="4" w:space="0" w:color="000000"/>
              <w:left w:val="single" w:sz="4" w:space="0" w:color="000000"/>
              <w:bottom w:val="single" w:sz="4" w:space="0" w:color="000000"/>
              <w:right w:val="single" w:sz="4" w:space="0" w:color="000000"/>
            </w:tcBorders>
          </w:tcPr>
          <w:p w14:paraId="2D553926"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397E3209" w14:textId="77777777" w:rsidR="009446D0" w:rsidRPr="00EB75F0" w:rsidRDefault="0084596B">
            <w:pPr>
              <w:spacing w:before="60" w:after="60" w:line="240" w:lineRule="auto"/>
              <w:rPr>
                <w:sz w:val="14"/>
              </w:rPr>
            </w:pPr>
            <w:r w:rsidRPr="00EB75F0">
              <w:rPr>
                <w:sz w:val="14"/>
              </w:rPr>
              <w:t>PANSS baseline score of 70 or more for inclusion</w:t>
            </w:r>
          </w:p>
        </w:tc>
        <w:tc>
          <w:tcPr>
            <w:tcW w:w="658" w:type="pct"/>
            <w:tcBorders>
              <w:top w:val="single" w:sz="4" w:space="0" w:color="000000"/>
              <w:left w:val="single" w:sz="4" w:space="0" w:color="000000"/>
              <w:bottom w:val="single" w:sz="4" w:space="0" w:color="000000"/>
              <w:right w:val="single" w:sz="4" w:space="0" w:color="000000"/>
            </w:tcBorders>
          </w:tcPr>
          <w:p w14:paraId="395244D5" w14:textId="77777777" w:rsidR="009446D0" w:rsidRPr="00EB75F0" w:rsidRDefault="0084596B">
            <w:pPr>
              <w:spacing w:before="60" w:after="60" w:line="240" w:lineRule="auto"/>
              <w:rPr>
                <w:sz w:val="14"/>
              </w:rPr>
            </w:pPr>
            <w:r w:rsidRPr="00EB75F0">
              <w:rPr>
                <w:sz w:val="14"/>
              </w:rPr>
              <w:t>Patients who had a diagnosis other than schizophrenia, and patients who had apparent suicidal intentions/self-injury risks were excluded</w:t>
            </w:r>
          </w:p>
        </w:tc>
      </w:tr>
      <w:tr w:rsidR="009446D0" w:rsidRPr="00EB75F0" w14:paraId="30C4AFB7" w14:textId="77777777">
        <w:tc>
          <w:tcPr>
            <w:tcW w:w="485" w:type="pct"/>
            <w:tcBorders>
              <w:top w:val="single" w:sz="4" w:space="0" w:color="000000"/>
              <w:left w:val="single" w:sz="4" w:space="0" w:color="000000"/>
              <w:bottom w:val="single" w:sz="4" w:space="0" w:color="000000"/>
              <w:right w:val="single" w:sz="4" w:space="0" w:color="000000"/>
            </w:tcBorders>
          </w:tcPr>
          <w:p w14:paraId="19034F49" w14:textId="2045430F" w:rsidR="009446D0" w:rsidRPr="00EB75F0" w:rsidRDefault="0084596B">
            <w:pPr>
              <w:spacing w:before="60" w:after="60" w:line="240" w:lineRule="auto"/>
              <w:rPr>
                <w:sz w:val="14"/>
              </w:rPr>
            </w:pPr>
            <w:r w:rsidRPr="00EB75F0">
              <w:rPr>
                <w:sz w:val="14"/>
              </w:rPr>
              <w:t>NCT01175135</w:t>
            </w:r>
            <w:r w:rsidR="0031308D" w:rsidRPr="00EB75F0">
              <w:fldChar w:fldCharType="begin"/>
            </w:r>
            <w:r w:rsidR="00452EF4">
              <w:instrText xml:space="preserve"> ADDIN EN.CITE &lt;EndNote&gt;&lt;Cite&gt;&lt;Author&gt;NCT01175135&lt;/Author&gt;&lt;Year&gt;2018&lt;/Year&gt;&lt;RecNum&gt;100&lt;/RecNum&gt;&lt;DisplayText&gt;&lt;style face="superscript"&gt;103&lt;/style&gt;&lt;/DisplayText&gt;&lt;record&gt;&lt;rec-number&gt;100&lt;/rec-number&gt;&lt;foreign-keys&gt;&lt;key app="EN" db-id="9ttaxzax2p0tr7ewzt55atews50zvxaaa5rz" timestamp="1764068847"&gt;100&lt;/key&gt;&lt;/foreign-keys&gt;&lt;ref-type name="Journal Article"&gt;17&lt;/ref-type&gt;&lt;contributors&gt;&lt;authors&gt;&lt;author&gt;NCT01175135&lt;/author&gt;&lt;/authors&gt;&lt;/contributors&gt;&lt;titles&gt;&lt;title&gt;An Inpatient Study Of The Efficacy, Safety, And Tolerability Of PF-02545920 In The Treatment Of Acute Exacerbation Of Schizophrenia&lt;/title&gt;&lt;secondary-title&gt;-&lt;/secondary-title&gt;&lt;/titles&gt;&lt;periodical&gt;&lt;full-title&gt;-&lt;/full-title&gt;&lt;/periodical&gt;&lt;pages&gt;-&lt;/pages&gt;&lt;volume&gt;-&lt;/volume&gt;&lt;dates&gt;&lt;year&gt;2018&lt;/year&gt;&lt;/dates&gt;&lt;urls&gt;&lt;/urls&gt;&lt;/record&gt;&lt;/Cite&gt;&lt;/EndNote&gt;</w:instrText>
            </w:r>
            <w:r w:rsidR="0031308D" w:rsidRPr="00EB75F0">
              <w:fldChar w:fldCharType="separate"/>
            </w:r>
            <w:r w:rsidR="00452EF4" w:rsidRPr="00452EF4">
              <w:rPr>
                <w:noProof/>
                <w:vertAlign w:val="superscript"/>
              </w:rPr>
              <w:t>103</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2F056B74" w14:textId="77777777" w:rsidR="009446D0" w:rsidRPr="00732701" w:rsidRDefault="0084596B">
            <w:pPr>
              <w:spacing w:before="60" w:after="60" w:line="240" w:lineRule="auto"/>
              <w:rPr>
                <w:sz w:val="14"/>
                <w:lang w:val="nl-NL"/>
              </w:rPr>
            </w:pPr>
            <w:r w:rsidRPr="00732701">
              <w:rPr>
                <w:sz w:val="14"/>
                <w:lang w:val="nl-NL"/>
              </w:rPr>
              <w:t xml:space="preserve">DSM-IV-TR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7DF80300"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2E980A3E"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19CDAE17" w14:textId="77777777" w:rsidR="009446D0" w:rsidRPr="00EB75F0" w:rsidRDefault="0084596B">
            <w:pPr>
              <w:spacing w:before="60" w:after="60" w:line="240" w:lineRule="auto"/>
              <w:rPr>
                <w:sz w:val="14"/>
              </w:rPr>
            </w:pPr>
            <w:r w:rsidRPr="00EB75F0">
              <w:rPr>
                <w:sz w:val="14"/>
              </w:rPr>
              <w:t>Participants experiencing an acute exacerbation of schizophrenia that altered their ability to function for inclusion</w:t>
            </w:r>
          </w:p>
        </w:tc>
        <w:tc>
          <w:tcPr>
            <w:tcW w:w="694" w:type="pct"/>
            <w:tcBorders>
              <w:top w:val="single" w:sz="4" w:space="0" w:color="000000"/>
              <w:left w:val="single" w:sz="4" w:space="0" w:color="000000"/>
              <w:bottom w:val="single" w:sz="4" w:space="0" w:color="000000"/>
              <w:right w:val="single" w:sz="4" w:space="0" w:color="000000"/>
            </w:tcBorders>
          </w:tcPr>
          <w:p w14:paraId="029C595D" w14:textId="77777777" w:rsidR="009446D0" w:rsidRPr="00EB75F0" w:rsidRDefault="0084596B">
            <w:pPr>
              <w:spacing w:before="60" w:after="60" w:line="240" w:lineRule="auto"/>
              <w:rPr>
                <w:sz w:val="14"/>
              </w:rPr>
            </w:pPr>
            <w:r w:rsidRPr="00EB75F0">
              <w:rPr>
                <w:sz w:val="14"/>
              </w:rPr>
              <w:t>Patients who received clozapine 6 months prior to randomization, depot antipsychotic medication 3 months prior to randomization, or electroconvulsive therapy within 6 months prior to randomization were excluded</w:t>
            </w:r>
          </w:p>
        </w:tc>
        <w:tc>
          <w:tcPr>
            <w:tcW w:w="531" w:type="pct"/>
            <w:tcBorders>
              <w:top w:val="single" w:sz="4" w:space="0" w:color="000000"/>
              <w:left w:val="single" w:sz="4" w:space="0" w:color="000000"/>
              <w:bottom w:val="single" w:sz="4" w:space="0" w:color="000000"/>
              <w:right w:val="single" w:sz="4" w:space="0" w:color="000000"/>
            </w:tcBorders>
          </w:tcPr>
          <w:p w14:paraId="431CF052"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483C41B9" w14:textId="39FD9C40" w:rsidR="009446D0" w:rsidRPr="00EB75F0" w:rsidRDefault="0084596B">
            <w:pPr>
              <w:spacing w:before="60" w:after="60" w:line="240" w:lineRule="auto"/>
              <w:rPr>
                <w:sz w:val="14"/>
              </w:rPr>
            </w:pPr>
            <w:r w:rsidRPr="00EB75F0">
              <w:rPr>
                <w:sz w:val="14"/>
              </w:rPr>
              <w:t>A total Positive and Negative Syndrome Scale (PANSS-derived) Brief Psychiatric Rating Scale (BPRS) score of &gt;=45 at screening and &gt;=4 (moderate) on at least 2 of the 4 core psychosis items (items 4 [conceptual disorganization], 11 [hallucinatory behavior], 12 [suspiciousness], and 15 [unusual thought content]) at screening and baseline, a total score of &gt;= 12 on the 4 BPRS core psychosis items at screening and baseline, and a Clinical Global Impression</w:t>
            </w:r>
            <w:r w:rsidR="00EC44F3">
              <w:rPr>
                <w:sz w:val="14"/>
              </w:rPr>
              <w:t>s</w:t>
            </w:r>
            <w:r w:rsidRPr="00EB75F0">
              <w:rPr>
                <w:sz w:val="14"/>
              </w:rPr>
              <w:t xml:space="preserve"> </w:t>
            </w:r>
            <w:r w:rsidR="00EC44F3">
              <w:rPr>
                <w:sz w:val="14"/>
              </w:rPr>
              <w:t>–</w:t>
            </w:r>
            <w:r w:rsidRPr="00EB75F0">
              <w:rPr>
                <w:sz w:val="14"/>
              </w:rPr>
              <w:t xml:space="preserve"> Severity (CGI-S) score of &gt;=4 (moderately ill) at screening and baseline were included.</w:t>
            </w:r>
          </w:p>
        </w:tc>
        <w:tc>
          <w:tcPr>
            <w:tcW w:w="658" w:type="pct"/>
            <w:tcBorders>
              <w:top w:val="single" w:sz="4" w:space="0" w:color="000000"/>
              <w:left w:val="single" w:sz="4" w:space="0" w:color="000000"/>
              <w:bottom w:val="single" w:sz="4" w:space="0" w:color="000000"/>
              <w:right w:val="single" w:sz="4" w:space="0" w:color="000000"/>
            </w:tcBorders>
          </w:tcPr>
          <w:p w14:paraId="4AB22F12" w14:textId="77777777" w:rsidR="009446D0" w:rsidRPr="00EB75F0" w:rsidRDefault="0084596B">
            <w:pPr>
              <w:spacing w:before="60" w:after="60" w:line="240" w:lineRule="auto"/>
              <w:rPr>
                <w:sz w:val="14"/>
              </w:rPr>
            </w:pPr>
            <w:r w:rsidRPr="00EB75F0">
              <w:rPr>
                <w:sz w:val="14"/>
              </w:rPr>
              <w:t>Participants having  history of clinically significant hematological, renal, endocrine, pulmonary, gastrointestinal, oncologic, dermatologic, cardiovascular disease, or immunologic disease; significant neurological disorder or hepatic disorder; acquired immune deficiency syndrome (AIDS), human immunodeficiency virus (HIV) positive test; and history of either treatment-resistant schizophrenia, myeloproliferative disorder or clozapine-induced agranulocytosis or granulocytopenia, Neuroleptic Malignant Syndrome, clinically significant tardive dyskinesia, non-nicotine psychoactive substance dependence within 12 months of screening or substance abuse within 3 months prior to screening were excluded</w:t>
            </w:r>
          </w:p>
        </w:tc>
      </w:tr>
      <w:tr w:rsidR="009446D0" w:rsidRPr="00EB75F0" w14:paraId="2795B600" w14:textId="77777777">
        <w:tc>
          <w:tcPr>
            <w:tcW w:w="485" w:type="pct"/>
            <w:tcBorders>
              <w:top w:val="single" w:sz="4" w:space="0" w:color="000000"/>
              <w:left w:val="single" w:sz="4" w:space="0" w:color="000000"/>
              <w:bottom w:val="single" w:sz="4" w:space="0" w:color="000000"/>
              <w:right w:val="single" w:sz="4" w:space="0" w:color="000000"/>
            </w:tcBorders>
          </w:tcPr>
          <w:p w14:paraId="0495C1B9" w14:textId="77777777" w:rsidR="009446D0" w:rsidRPr="00EB75F0" w:rsidRDefault="0084596B">
            <w:pPr>
              <w:spacing w:before="60" w:after="60" w:line="240" w:lineRule="auto"/>
              <w:rPr>
                <w:sz w:val="14"/>
              </w:rPr>
            </w:pPr>
            <w:r w:rsidRPr="00EB75F0">
              <w:rPr>
                <w:sz w:val="14"/>
              </w:rPr>
              <w:t>Downing 2014</w:t>
            </w:r>
          </w:p>
        </w:tc>
        <w:tc>
          <w:tcPr>
            <w:tcW w:w="681" w:type="pct"/>
            <w:tcBorders>
              <w:top w:val="single" w:sz="4" w:space="0" w:color="000000"/>
              <w:left w:val="single" w:sz="4" w:space="0" w:color="000000"/>
              <w:bottom w:val="single" w:sz="4" w:space="0" w:color="000000"/>
              <w:right w:val="single" w:sz="4" w:space="0" w:color="000000"/>
            </w:tcBorders>
          </w:tcPr>
          <w:p w14:paraId="00357934"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1E776CB3"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6691DA54" w14:textId="77777777" w:rsidR="009446D0" w:rsidRPr="00EB75F0" w:rsidRDefault="0084596B">
            <w:pPr>
              <w:spacing w:before="60" w:after="60" w:line="240" w:lineRule="auto"/>
              <w:rPr>
                <w:sz w:val="14"/>
              </w:rPr>
            </w:pPr>
            <w:r w:rsidRPr="00EB75F0">
              <w:rPr>
                <w:sz w:val="14"/>
              </w:rPr>
              <w:t xml:space="preserve">1 year history of Schizophrenia prior to </w:t>
            </w:r>
            <w:r w:rsidRPr="00EB75F0">
              <w:rPr>
                <w:sz w:val="14"/>
              </w:rPr>
              <w:lastRenderedPageBreak/>
              <w:t>entering the study for inclusion</w:t>
            </w:r>
          </w:p>
        </w:tc>
        <w:tc>
          <w:tcPr>
            <w:tcW w:w="448" w:type="pct"/>
            <w:tcBorders>
              <w:top w:val="single" w:sz="4" w:space="0" w:color="000000"/>
              <w:left w:val="single" w:sz="4" w:space="0" w:color="000000"/>
              <w:bottom w:val="single" w:sz="4" w:space="0" w:color="000000"/>
              <w:right w:val="single" w:sz="4" w:space="0" w:color="000000"/>
            </w:tcBorders>
          </w:tcPr>
          <w:p w14:paraId="0471C5CD" w14:textId="77777777" w:rsidR="009446D0" w:rsidRPr="00EB75F0" w:rsidRDefault="0084596B">
            <w:pPr>
              <w:spacing w:before="60" w:after="60" w:line="240" w:lineRule="auto"/>
              <w:rPr>
                <w:sz w:val="14"/>
              </w:rPr>
            </w:pPr>
            <w:r w:rsidRPr="00EB75F0">
              <w:rPr>
                <w:sz w:val="14"/>
              </w:rPr>
              <w:lastRenderedPageBreak/>
              <w:t xml:space="preserve">Patients included if experienced an exacerbation of </w:t>
            </w:r>
            <w:r w:rsidRPr="00EB75F0">
              <w:rPr>
                <w:sz w:val="14"/>
              </w:rPr>
              <w:lastRenderedPageBreak/>
              <w:t>their illness 2 weeks prior to study entry (Visit 1)</w:t>
            </w:r>
          </w:p>
        </w:tc>
        <w:tc>
          <w:tcPr>
            <w:tcW w:w="694" w:type="pct"/>
            <w:tcBorders>
              <w:top w:val="single" w:sz="4" w:space="0" w:color="000000"/>
              <w:left w:val="single" w:sz="4" w:space="0" w:color="000000"/>
              <w:bottom w:val="single" w:sz="4" w:space="0" w:color="000000"/>
              <w:right w:val="single" w:sz="4" w:space="0" w:color="000000"/>
            </w:tcBorders>
          </w:tcPr>
          <w:p w14:paraId="1BBDF190" w14:textId="77777777" w:rsidR="009446D0" w:rsidRPr="00EB75F0" w:rsidRDefault="0084596B">
            <w:pPr>
              <w:spacing w:before="60" w:after="60" w:line="240" w:lineRule="auto"/>
              <w:rPr>
                <w:sz w:val="14"/>
              </w:rPr>
            </w:pPr>
            <w:r w:rsidRPr="00EB75F0">
              <w:rPr>
                <w:sz w:val="14"/>
              </w:rPr>
              <w:lastRenderedPageBreak/>
              <w:t xml:space="preserve">Patients could be antipsychotic treatment naive or have had prior exposure to antipsychotic </w:t>
            </w:r>
            <w:r w:rsidRPr="00EB75F0">
              <w:rPr>
                <w:sz w:val="14"/>
              </w:rPr>
              <w:lastRenderedPageBreak/>
              <w:t xml:space="preserve">medications and were not treatment refractory in the opinion of the investigator for inclusion  </w:t>
            </w:r>
            <w:r w:rsidRPr="00EB75F0">
              <w:rPr>
                <w:sz w:val="14"/>
              </w:rPr>
              <w:br/>
            </w:r>
            <w:r w:rsidRPr="00EB75F0">
              <w:rPr>
                <w:sz w:val="14"/>
              </w:rPr>
              <w:br/>
              <w:t>Patients were excluded if they received a study related medication in the 6 months prior to Visit 1, were treatment refractory, or had demonstrated an inadequate response to treatment with risperidone, or for whom treatment with risperidone, LY2140023, or placebo was contraindicated</w:t>
            </w:r>
          </w:p>
        </w:tc>
        <w:tc>
          <w:tcPr>
            <w:tcW w:w="531" w:type="pct"/>
            <w:tcBorders>
              <w:top w:val="single" w:sz="4" w:space="0" w:color="000000"/>
              <w:left w:val="single" w:sz="4" w:space="0" w:color="000000"/>
              <w:bottom w:val="single" w:sz="4" w:space="0" w:color="000000"/>
              <w:right w:val="single" w:sz="4" w:space="0" w:color="000000"/>
            </w:tcBorders>
          </w:tcPr>
          <w:p w14:paraId="60E8DB9B" w14:textId="77777777" w:rsidR="009446D0" w:rsidRPr="00EB75F0" w:rsidRDefault="0084596B">
            <w:pPr>
              <w:spacing w:before="60" w:after="60" w:line="240" w:lineRule="auto"/>
              <w:rPr>
                <w:sz w:val="14"/>
              </w:rPr>
            </w:pPr>
            <w:r w:rsidRPr="00EB75F0">
              <w:rPr>
                <w:sz w:val="14"/>
              </w:rPr>
              <w:lastRenderedPageBreak/>
              <w:t>Not reported</w:t>
            </w:r>
          </w:p>
        </w:tc>
        <w:tc>
          <w:tcPr>
            <w:tcW w:w="651" w:type="pct"/>
            <w:tcBorders>
              <w:top w:val="single" w:sz="4" w:space="0" w:color="000000"/>
              <w:left w:val="single" w:sz="4" w:space="0" w:color="000000"/>
              <w:bottom w:val="single" w:sz="4" w:space="0" w:color="000000"/>
              <w:right w:val="single" w:sz="4" w:space="0" w:color="000000"/>
            </w:tcBorders>
          </w:tcPr>
          <w:p w14:paraId="603DAF49" w14:textId="77777777" w:rsidR="009446D0" w:rsidRPr="00EB75F0" w:rsidRDefault="0084596B">
            <w:pPr>
              <w:spacing w:before="60" w:after="60" w:line="240" w:lineRule="auto"/>
              <w:rPr>
                <w:sz w:val="14"/>
              </w:rPr>
            </w:pPr>
            <w:r w:rsidRPr="00EB75F0">
              <w:rPr>
                <w:sz w:val="14"/>
              </w:rPr>
              <w:t>Not reported</w:t>
            </w:r>
          </w:p>
        </w:tc>
        <w:tc>
          <w:tcPr>
            <w:tcW w:w="658" w:type="pct"/>
            <w:tcBorders>
              <w:top w:val="single" w:sz="4" w:space="0" w:color="000000"/>
              <w:left w:val="single" w:sz="4" w:space="0" w:color="000000"/>
              <w:bottom w:val="single" w:sz="4" w:space="0" w:color="000000"/>
              <w:right w:val="single" w:sz="4" w:space="0" w:color="000000"/>
            </w:tcBorders>
          </w:tcPr>
          <w:p w14:paraId="397A6587" w14:textId="77777777" w:rsidR="009446D0" w:rsidRPr="00EB75F0" w:rsidRDefault="0084596B">
            <w:pPr>
              <w:spacing w:before="60" w:after="60" w:line="240" w:lineRule="auto"/>
              <w:rPr>
                <w:sz w:val="14"/>
              </w:rPr>
            </w:pPr>
            <w:r w:rsidRPr="00EB75F0">
              <w:rPr>
                <w:sz w:val="14"/>
              </w:rPr>
              <w:t xml:space="preserve">Patients were excluded from study participation if they had any other current Axis I </w:t>
            </w:r>
            <w:r w:rsidRPr="00EB75F0">
              <w:rPr>
                <w:sz w:val="14"/>
              </w:rPr>
              <w:lastRenderedPageBreak/>
              <w:t>psychiatric diagnoses in addition to schizophrenia, a diagnosis of substance dependence or substance abuse, a history of one or more seizures, answered yes to any suicide related behaviors within 1 month of Visit 1</w:t>
            </w:r>
          </w:p>
        </w:tc>
      </w:tr>
      <w:tr w:rsidR="009446D0" w:rsidRPr="00EB75F0" w14:paraId="5CDD956E" w14:textId="77777777">
        <w:tc>
          <w:tcPr>
            <w:tcW w:w="485" w:type="pct"/>
            <w:tcBorders>
              <w:top w:val="single" w:sz="4" w:space="0" w:color="000000"/>
              <w:left w:val="single" w:sz="4" w:space="0" w:color="000000"/>
              <w:bottom w:val="single" w:sz="4" w:space="0" w:color="000000"/>
              <w:right w:val="single" w:sz="4" w:space="0" w:color="000000"/>
            </w:tcBorders>
          </w:tcPr>
          <w:p w14:paraId="3573DC31" w14:textId="61998529" w:rsidR="009446D0" w:rsidRPr="00EB75F0" w:rsidRDefault="0084596B">
            <w:pPr>
              <w:spacing w:before="60" w:after="60" w:line="240" w:lineRule="auto"/>
              <w:rPr>
                <w:sz w:val="14"/>
              </w:rPr>
            </w:pPr>
            <w:r w:rsidRPr="00EB75F0">
              <w:rPr>
                <w:sz w:val="14"/>
              </w:rPr>
              <w:lastRenderedPageBreak/>
              <w:t>Marder 1994</w:t>
            </w:r>
            <w:r w:rsidR="0031308D" w:rsidRPr="00EB75F0">
              <w:fldChar w:fldCharType="begin"/>
            </w:r>
            <w:r w:rsidR="00452EF4">
              <w:instrText xml:space="preserve"> ADDIN EN.CITE &lt;EndNote&gt;&lt;Cite&gt;&lt;Author&gt;Downing&lt;/Author&gt;&lt;Year&gt;2014&lt;/Year&gt;&lt;RecNum&gt;102&lt;/RecNum&gt;&lt;DisplayText&gt;&lt;style face="superscript"&gt;105&lt;/style&gt;&lt;/DisplayText&gt;&lt;record&gt;&lt;rec-number&gt;102&lt;/rec-number&gt;&lt;foreign-keys&gt;&lt;key app="EN" db-id="9ttaxzax2p0tr7ewzt55atews50zvxaaa5rz" timestamp="1764068847"&gt;102&lt;/key&gt;&lt;/foreign-keys&gt;&lt;ref-type name="Journal Article"&gt;17&lt;/ref-type&gt;&lt;contributors&gt;&lt;authors&gt;&lt;author&gt;Downing, AnnCatherine M&lt;/author&gt;&lt;author&gt;Kinon, Bruce J&lt;/author&gt;&lt;author&gt;Millen, Brian A&lt;/author&gt;&lt;author&gt;Zhang, Lu&lt;/author&gt;&lt;author&gt;Liu, Lin&lt;/author&gt;&lt;author&gt;Morozova, Margarita A&lt;/author&gt;&lt;author&gt;Brenner, Ronald&lt;/author&gt;&lt;author&gt;Rayle, Tami Jo&lt;/author&gt;&lt;author&gt;Nisenbaum, Laura&lt;/author&gt;&lt;author&gt;Zhao, Fangyi&lt;/author&gt;&lt;/authors&gt;&lt;/contributors&gt;&lt;titles&gt;&lt;title&gt;A double-blind, placebo-controlled comparator study of LY2140023 monohydrate in patients with schizophrenia&lt;/title&gt;&lt;secondary-title&gt;BMC psychiatry&lt;/secondary-title&gt;&lt;/titles&gt;&lt;periodical&gt;&lt;full-title&gt;BMC psychiatry&lt;/full-title&gt;&lt;/periodical&gt;&lt;pages&gt;1-12&lt;/pages&gt;&lt;volume&gt;14&lt;/volume&gt;&lt;dates&gt;&lt;year&gt;2014&lt;/year&gt;&lt;/dates&gt;&lt;urls&gt;&lt;/urls&gt;&lt;/record&gt;&lt;/Cite&gt;&lt;/EndNote&gt;</w:instrText>
            </w:r>
            <w:r w:rsidR="0031308D" w:rsidRPr="00EB75F0">
              <w:fldChar w:fldCharType="separate"/>
            </w:r>
            <w:r w:rsidR="00452EF4" w:rsidRPr="00452EF4">
              <w:rPr>
                <w:noProof/>
                <w:vertAlign w:val="superscript"/>
              </w:rPr>
              <w:t>105</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38D31480" w14:textId="77777777" w:rsidR="009446D0" w:rsidRPr="00732701" w:rsidRDefault="0084596B">
            <w:pPr>
              <w:spacing w:before="60" w:after="60" w:line="240" w:lineRule="auto"/>
              <w:rPr>
                <w:sz w:val="14"/>
                <w:lang w:val="nl-NL"/>
              </w:rPr>
            </w:pPr>
            <w:r w:rsidRPr="00732701">
              <w:rPr>
                <w:sz w:val="14"/>
                <w:lang w:val="nl-NL"/>
              </w:rPr>
              <w:t xml:space="preserve">DSM-III-R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14C63E08" w14:textId="77777777" w:rsidR="009446D0" w:rsidRPr="00EB75F0" w:rsidRDefault="0084596B">
            <w:pPr>
              <w:spacing w:before="60" w:after="60" w:line="240" w:lineRule="auto"/>
              <w:rPr>
                <w:sz w:val="14"/>
              </w:rPr>
            </w:pPr>
            <w:r w:rsidRPr="00EB75F0">
              <w:rPr>
                <w:sz w:val="14"/>
              </w:rPr>
              <w:t>18+</w:t>
            </w:r>
          </w:p>
        </w:tc>
        <w:tc>
          <w:tcPr>
            <w:tcW w:w="557" w:type="pct"/>
            <w:tcBorders>
              <w:top w:val="single" w:sz="4" w:space="0" w:color="000000"/>
              <w:left w:val="single" w:sz="4" w:space="0" w:color="000000"/>
              <w:bottom w:val="single" w:sz="4" w:space="0" w:color="000000"/>
              <w:right w:val="single" w:sz="4" w:space="0" w:color="000000"/>
            </w:tcBorders>
          </w:tcPr>
          <w:p w14:paraId="14466FFB"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6D42B710" w14:textId="77777777" w:rsidR="009446D0" w:rsidRPr="00EB75F0" w:rsidRDefault="0084596B">
            <w:pPr>
              <w:spacing w:before="60" w:after="60" w:line="240" w:lineRule="auto"/>
              <w:rPr>
                <w:sz w:val="14"/>
              </w:rPr>
            </w:pPr>
            <w:r w:rsidRPr="00EB75F0">
              <w:rPr>
                <w:sz w:val="14"/>
              </w:rPr>
              <w:t>Patients whose symptoms were acutely exacerbated after 3 days of placebo were randomly assigned.</w:t>
            </w:r>
          </w:p>
        </w:tc>
        <w:tc>
          <w:tcPr>
            <w:tcW w:w="694" w:type="pct"/>
            <w:tcBorders>
              <w:top w:val="single" w:sz="4" w:space="0" w:color="000000"/>
              <w:left w:val="single" w:sz="4" w:space="0" w:color="000000"/>
              <w:bottom w:val="single" w:sz="4" w:space="0" w:color="000000"/>
              <w:right w:val="single" w:sz="4" w:space="0" w:color="000000"/>
            </w:tcBorders>
          </w:tcPr>
          <w:p w14:paraId="3375DA92" w14:textId="77777777" w:rsidR="009446D0" w:rsidRPr="00EB75F0" w:rsidRDefault="0084596B">
            <w:pPr>
              <w:spacing w:before="60" w:after="60" w:line="240" w:lineRule="auto"/>
              <w:rPr>
                <w:sz w:val="14"/>
              </w:rPr>
            </w:pPr>
            <w:r w:rsidRPr="00EB75F0">
              <w:rPr>
                <w:sz w:val="14"/>
              </w:rPr>
              <w:t>Not reported</w:t>
            </w:r>
          </w:p>
        </w:tc>
        <w:tc>
          <w:tcPr>
            <w:tcW w:w="531" w:type="pct"/>
            <w:tcBorders>
              <w:top w:val="single" w:sz="4" w:space="0" w:color="000000"/>
              <w:left w:val="single" w:sz="4" w:space="0" w:color="000000"/>
              <w:bottom w:val="single" w:sz="4" w:space="0" w:color="000000"/>
              <w:right w:val="single" w:sz="4" w:space="0" w:color="000000"/>
            </w:tcBorders>
          </w:tcPr>
          <w:p w14:paraId="4B4EF352"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2ED97A4A" w14:textId="77777777" w:rsidR="009446D0" w:rsidRPr="00EB75F0" w:rsidRDefault="0084596B">
            <w:pPr>
              <w:spacing w:before="60" w:after="60" w:line="240" w:lineRule="auto"/>
              <w:rPr>
                <w:sz w:val="14"/>
              </w:rPr>
            </w:pPr>
            <w:r w:rsidRPr="00EB75F0">
              <w:rPr>
                <w:sz w:val="14"/>
              </w:rPr>
              <w:t>Total score on the Positive and Negative Syndrome Scale of no less than 60 and no greater than 120 for inclusion</w:t>
            </w:r>
          </w:p>
        </w:tc>
        <w:tc>
          <w:tcPr>
            <w:tcW w:w="658" w:type="pct"/>
            <w:tcBorders>
              <w:top w:val="single" w:sz="4" w:space="0" w:color="000000"/>
              <w:left w:val="single" w:sz="4" w:space="0" w:color="000000"/>
              <w:bottom w:val="single" w:sz="4" w:space="0" w:color="000000"/>
              <w:right w:val="single" w:sz="4" w:space="0" w:color="000000"/>
            </w:tcBorders>
          </w:tcPr>
          <w:p w14:paraId="68353921" w14:textId="77777777" w:rsidR="009446D0" w:rsidRPr="00EB75F0" w:rsidRDefault="0084596B">
            <w:pPr>
              <w:spacing w:before="60" w:after="60" w:line="240" w:lineRule="auto"/>
              <w:rPr>
                <w:sz w:val="14"/>
              </w:rPr>
            </w:pPr>
            <w:r w:rsidRPr="00EB75F0">
              <w:rPr>
                <w:sz w:val="14"/>
              </w:rPr>
              <w:t>Patients with schizoaffective disorder were excluded.</w:t>
            </w:r>
          </w:p>
        </w:tc>
      </w:tr>
      <w:tr w:rsidR="009446D0" w:rsidRPr="00EB75F0" w14:paraId="55E3BAA2" w14:textId="77777777">
        <w:tc>
          <w:tcPr>
            <w:tcW w:w="485" w:type="pct"/>
            <w:tcBorders>
              <w:top w:val="single" w:sz="4" w:space="0" w:color="000000"/>
              <w:left w:val="single" w:sz="4" w:space="0" w:color="000000"/>
              <w:bottom w:val="single" w:sz="4" w:space="0" w:color="000000"/>
              <w:right w:val="single" w:sz="4" w:space="0" w:color="000000"/>
            </w:tcBorders>
          </w:tcPr>
          <w:p w14:paraId="3BBA9320" w14:textId="4E85E98C" w:rsidR="009446D0" w:rsidRPr="00EB75F0" w:rsidRDefault="0084596B">
            <w:pPr>
              <w:spacing w:before="60" w:after="60" w:line="240" w:lineRule="auto"/>
              <w:rPr>
                <w:sz w:val="14"/>
              </w:rPr>
            </w:pPr>
            <w:proofErr w:type="spellStart"/>
            <w:r w:rsidRPr="00EB75F0">
              <w:rPr>
                <w:sz w:val="14"/>
              </w:rPr>
              <w:t>Potkin</w:t>
            </w:r>
            <w:proofErr w:type="spellEnd"/>
            <w:r w:rsidRPr="00EB75F0">
              <w:rPr>
                <w:sz w:val="14"/>
              </w:rPr>
              <w:t xml:space="preserve"> 2007</w:t>
            </w:r>
            <w:r w:rsidR="0031308D" w:rsidRPr="00EB75F0">
              <w:fldChar w:fldCharType="begin"/>
            </w:r>
            <w:r w:rsidR="00452EF4">
              <w:instrText xml:space="preserve"> ADDIN EN.CITE &lt;EndNote&gt;&lt;Cite&gt;&lt;Author&gt;Potkin&lt;/Author&gt;&lt;Year&gt;2007&lt;/Year&gt;&lt;RecNum&gt;105&lt;/RecNum&gt;&lt;DisplayText&gt;&lt;style face="superscript"&gt;108&lt;/style&gt;&lt;/DisplayText&gt;&lt;record&gt;&lt;rec-number&gt;105&lt;/rec-number&gt;&lt;foreign-keys&gt;&lt;key app="EN" db-id="9ttaxzax2p0tr7ewzt55atews50zvxaaa5rz" timestamp="1764068848"&gt;105&lt;/key&gt;&lt;/foreign-keys&gt;&lt;ref-type name="Journal Article"&gt;17&lt;/ref-type&gt;&lt;contributors&gt;&lt;authors&gt;&lt;author&gt;Potkin, Steven G&lt;/author&gt;&lt;author&gt;Cohen, Miriam&lt;/author&gt;&lt;author&gt;Panagides, John&lt;/author&gt;&lt;/authors&gt;&lt;/contributors&gt;&lt;titles&gt;&lt;title&gt;Efficacy and tolerability of asenapine in acute schizophrenia: a placebo-and risperidone-controlled trial&lt;/title&gt;&lt;secondary-title&gt;Journal of Clinical Psychiatry&lt;/secondary-title&gt;&lt;/titles&gt;&lt;periodical&gt;&lt;full-title&gt;Journal of Clinical Psychiatry&lt;/full-title&gt;&lt;/periodical&gt;&lt;pages&gt;1492-1500&lt;/pages&gt;&lt;volume&gt;68&lt;/volume&gt;&lt;number&gt;10&lt;/number&gt;&lt;dates&gt;&lt;year&gt;2007&lt;/year&gt;&lt;/dates&gt;&lt;isbn&gt;0160-6689&lt;/isbn&gt;&lt;urls&gt;&lt;/urls&gt;&lt;/record&gt;&lt;/Cite&gt;&lt;/EndNote&gt;</w:instrText>
            </w:r>
            <w:r w:rsidR="0031308D" w:rsidRPr="00EB75F0">
              <w:fldChar w:fldCharType="separate"/>
            </w:r>
            <w:r w:rsidR="00452EF4" w:rsidRPr="00452EF4">
              <w:rPr>
                <w:noProof/>
                <w:vertAlign w:val="superscript"/>
              </w:rPr>
              <w:t>108</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7FAAF741" w14:textId="77777777" w:rsidR="009446D0" w:rsidRPr="00732701" w:rsidRDefault="0084596B">
            <w:pPr>
              <w:spacing w:before="60" w:after="60" w:line="240" w:lineRule="auto"/>
              <w:rPr>
                <w:sz w:val="14"/>
                <w:lang w:val="nl-NL"/>
              </w:rPr>
            </w:pPr>
            <w:r w:rsidRPr="00732701">
              <w:rPr>
                <w:sz w:val="14"/>
                <w:lang w:val="nl-NL"/>
              </w:rPr>
              <w:t xml:space="preserve">DSM-IV diagnosis of </w:t>
            </w:r>
            <w:proofErr w:type="spellStart"/>
            <w:r w:rsidRPr="00732701">
              <w:rPr>
                <w:sz w:val="14"/>
                <w:lang w:val="nl-NL"/>
              </w:rPr>
              <w:t>schizophrenia</w:t>
            </w:r>
            <w:proofErr w:type="spellEnd"/>
          </w:p>
        </w:tc>
        <w:tc>
          <w:tcPr>
            <w:tcW w:w="293" w:type="pct"/>
            <w:tcBorders>
              <w:top w:val="single" w:sz="4" w:space="0" w:color="000000"/>
              <w:left w:val="single" w:sz="4" w:space="0" w:color="000000"/>
              <w:bottom w:val="single" w:sz="4" w:space="0" w:color="000000"/>
              <w:right w:val="single" w:sz="4" w:space="0" w:color="000000"/>
            </w:tcBorders>
          </w:tcPr>
          <w:p w14:paraId="5CDC8780" w14:textId="77777777" w:rsidR="009446D0" w:rsidRPr="00EB75F0" w:rsidRDefault="0084596B">
            <w:pPr>
              <w:spacing w:before="60" w:after="60" w:line="240" w:lineRule="auto"/>
              <w:rPr>
                <w:sz w:val="14"/>
              </w:rPr>
            </w:pPr>
            <w:r w:rsidRPr="00EB75F0">
              <w:rPr>
                <w:sz w:val="14"/>
              </w:rPr>
              <w:t>18+</w:t>
            </w:r>
          </w:p>
        </w:tc>
        <w:tc>
          <w:tcPr>
            <w:tcW w:w="557" w:type="pct"/>
            <w:tcBorders>
              <w:top w:val="single" w:sz="4" w:space="0" w:color="000000"/>
              <w:left w:val="single" w:sz="4" w:space="0" w:color="000000"/>
              <w:bottom w:val="single" w:sz="4" w:space="0" w:color="000000"/>
              <w:right w:val="single" w:sz="4" w:space="0" w:color="000000"/>
            </w:tcBorders>
          </w:tcPr>
          <w:p w14:paraId="13472254"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2AFCA86A" w14:textId="77777777" w:rsidR="009446D0" w:rsidRPr="00EB75F0" w:rsidRDefault="0084596B">
            <w:pPr>
              <w:spacing w:before="60" w:after="60" w:line="240" w:lineRule="auto"/>
              <w:rPr>
                <w:sz w:val="14"/>
              </w:rPr>
            </w:pPr>
            <w:r w:rsidRPr="00EB75F0">
              <w:rPr>
                <w:sz w:val="14"/>
              </w:rPr>
              <w:t>Acute exacerbation of schizophrenia at inclusion</w:t>
            </w:r>
          </w:p>
        </w:tc>
        <w:tc>
          <w:tcPr>
            <w:tcW w:w="694" w:type="pct"/>
            <w:tcBorders>
              <w:top w:val="single" w:sz="4" w:space="0" w:color="000000"/>
              <w:left w:val="single" w:sz="4" w:space="0" w:color="000000"/>
              <w:bottom w:val="single" w:sz="4" w:space="0" w:color="000000"/>
              <w:right w:val="single" w:sz="4" w:space="0" w:color="000000"/>
            </w:tcBorders>
          </w:tcPr>
          <w:p w14:paraId="39D5B151" w14:textId="77777777" w:rsidR="009446D0" w:rsidRPr="00EB75F0" w:rsidRDefault="0084596B">
            <w:pPr>
              <w:spacing w:before="60" w:after="60" w:line="240" w:lineRule="auto"/>
              <w:rPr>
                <w:sz w:val="14"/>
              </w:rPr>
            </w:pPr>
            <w:r w:rsidRPr="00EB75F0">
              <w:rPr>
                <w:sz w:val="14"/>
              </w:rPr>
              <w:t>Patients were excluded if they had taken any experimental medication within 30 days before baseline</w:t>
            </w:r>
          </w:p>
        </w:tc>
        <w:tc>
          <w:tcPr>
            <w:tcW w:w="531" w:type="pct"/>
            <w:tcBorders>
              <w:top w:val="single" w:sz="4" w:space="0" w:color="000000"/>
              <w:left w:val="single" w:sz="4" w:space="0" w:color="000000"/>
              <w:bottom w:val="single" w:sz="4" w:space="0" w:color="000000"/>
              <w:right w:val="single" w:sz="4" w:space="0" w:color="000000"/>
            </w:tcBorders>
          </w:tcPr>
          <w:p w14:paraId="56003CDA"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622B5B86" w14:textId="77777777" w:rsidR="009446D0" w:rsidRPr="00EB75F0" w:rsidRDefault="0084596B">
            <w:pPr>
              <w:spacing w:before="60" w:after="60" w:line="240" w:lineRule="auto"/>
              <w:rPr>
                <w:sz w:val="14"/>
              </w:rPr>
            </w:pPr>
            <w:r w:rsidRPr="00EB75F0">
              <w:rPr>
                <w:sz w:val="14"/>
              </w:rPr>
              <w:t>Clinical Global Impressions-Severity of Illness (CGI-S) score 4 (at least moderately ill) and a Positive and Negative Syndrome Scale (PANSS) total score &gt;=60. In addition, baseline scores&gt;= 4 were re quired on &gt;=2 items of the PANSS positive subscale (delusions, conceptual disorganization, hallucinatory behavior, grandiosity, and suspiciousness/persecution), and the baseline PANSS total score had to be =&gt;80% of that at prior visits</w:t>
            </w:r>
          </w:p>
        </w:tc>
        <w:tc>
          <w:tcPr>
            <w:tcW w:w="658" w:type="pct"/>
            <w:tcBorders>
              <w:top w:val="single" w:sz="4" w:space="0" w:color="000000"/>
              <w:left w:val="single" w:sz="4" w:space="0" w:color="000000"/>
              <w:bottom w:val="single" w:sz="4" w:space="0" w:color="000000"/>
              <w:right w:val="single" w:sz="4" w:space="0" w:color="000000"/>
            </w:tcBorders>
          </w:tcPr>
          <w:p w14:paraId="346305D6" w14:textId="77777777" w:rsidR="009446D0" w:rsidRPr="00EB75F0" w:rsidRDefault="0084596B">
            <w:pPr>
              <w:spacing w:before="60" w:after="60" w:line="240" w:lineRule="auto"/>
              <w:rPr>
                <w:sz w:val="14"/>
              </w:rPr>
            </w:pPr>
            <w:r w:rsidRPr="00EB75F0">
              <w:rPr>
                <w:sz w:val="14"/>
              </w:rPr>
              <w:t>Residual-type schizophrenia (295.60), schizophreniform disorder (295.40), or schizoaffective disorder (295.70); or a primary psychiatric diagnosis other than schizophrenia were excluded.</w:t>
            </w:r>
            <w:r w:rsidRPr="00EB75F0">
              <w:br/>
            </w:r>
            <w:r w:rsidRPr="00EB75F0">
              <w:br/>
            </w:r>
            <w:r w:rsidRPr="00EB75F0">
              <w:rPr>
                <w:sz w:val="14"/>
              </w:rPr>
              <w:t xml:space="preserve">Patients with a history of neurologic illness (including seizures, previous use of anticonvulsants, &gt; 1 childhood febrile convulsion) or previous exposure to </w:t>
            </w:r>
            <w:proofErr w:type="spellStart"/>
            <w:r w:rsidRPr="00EB75F0">
              <w:rPr>
                <w:sz w:val="14"/>
              </w:rPr>
              <w:t>asenapine</w:t>
            </w:r>
            <w:proofErr w:type="spellEnd"/>
            <w:r w:rsidRPr="00EB75F0">
              <w:rPr>
                <w:sz w:val="14"/>
              </w:rPr>
              <w:t xml:space="preserve"> were also excluded</w:t>
            </w:r>
            <w:r w:rsidRPr="00EB75F0">
              <w:br/>
            </w:r>
            <w:r w:rsidRPr="00EB75F0">
              <w:br/>
            </w:r>
            <w:r w:rsidRPr="00EB75F0">
              <w:rPr>
                <w:sz w:val="14"/>
              </w:rPr>
              <w:t>Patients with  untreated or clinically significant renal, endocrine, hepatic, respiratory, cardiovascular, hematologic, immunologic, malignant, or cerebrovascular disease were excluded</w:t>
            </w:r>
          </w:p>
        </w:tc>
      </w:tr>
      <w:tr w:rsidR="009446D0" w:rsidRPr="00EB75F0" w14:paraId="434E08CA" w14:textId="77777777">
        <w:tc>
          <w:tcPr>
            <w:tcW w:w="485" w:type="pct"/>
            <w:tcBorders>
              <w:top w:val="single" w:sz="4" w:space="0" w:color="000000"/>
              <w:left w:val="single" w:sz="4" w:space="0" w:color="000000"/>
              <w:bottom w:val="single" w:sz="4" w:space="0" w:color="000000"/>
              <w:right w:val="single" w:sz="4" w:space="0" w:color="000000"/>
            </w:tcBorders>
          </w:tcPr>
          <w:p w14:paraId="1C7BB52A" w14:textId="5EF2DC9F" w:rsidR="009446D0" w:rsidRPr="00EB75F0" w:rsidRDefault="0084596B">
            <w:pPr>
              <w:keepNext/>
              <w:spacing w:before="60" w:after="60" w:line="240" w:lineRule="auto"/>
              <w:rPr>
                <w:sz w:val="14"/>
              </w:rPr>
            </w:pPr>
            <w:r w:rsidRPr="00EB75F0">
              <w:rPr>
                <w:sz w:val="14"/>
              </w:rPr>
              <w:lastRenderedPageBreak/>
              <w:t>NCT04512066</w:t>
            </w:r>
            <w:r w:rsidR="0031308D" w:rsidRPr="00EB75F0">
              <w:fldChar w:fldCharType="begin"/>
            </w:r>
            <w:r w:rsidR="00452EF4">
              <w:instrText xml:space="preserve"> ADDIN EN.CITE &lt;EndNote&gt;&lt;Cite&gt;&lt;Author&gt;NCT04512066&lt;/Author&gt;&lt;Year&gt;2023&lt;/Year&gt;&lt;RecNum&gt;107&lt;/RecNum&gt;&lt;DisplayText&gt;&lt;style face="superscript"&gt;110&lt;/style&gt;&lt;/DisplayText&gt;&lt;record&gt;&lt;rec-number&gt;107&lt;/rec-number&gt;&lt;foreign-keys&gt;&lt;key app="EN" db-id="9ttaxzax2p0tr7ewzt55atews50zvxaaa5rz" timestamp="1764068848"&gt;107&lt;/key&gt;&lt;/foreign-keys&gt;&lt;ref-type name="Journal Article"&gt;17&lt;/ref-type&gt;&lt;contributors&gt;&lt;authors&gt;&lt;author&gt;NCT04512066&lt;/author&gt;&lt;/authors&gt;&lt;/contributors&gt;&lt;titles&gt;&lt;title&gt;A Trial of the Efficacy and the Safety of RO6889450 (Ralmitaront) vs Placebo in Patients With an Acute Exacerbation of Schizophrenia or Schizoaffective Disorder&lt;/title&gt;&lt;secondary-title&gt;-&lt;/secondary-title&gt;&lt;/titles&gt;&lt;periodical&gt;&lt;full-title&gt;-&lt;/full-title&gt;&lt;/periodical&gt;&lt;pages&gt;-&lt;/pages&gt;&lt;volume&gt;-&lt;/volume&gt;&lt;dates&gt;&lt;year&gt;2023&lt;/year&gt;&lt;/dates&gt;&lt;urls&gt;&lt;/urls&gt;&lt;/record&gt;&lt;/Cite&gt;&lt;/EndNote&gt;</w:instrText>
            </w:r>
            <w:r w:rsidR="0031308D" w:rsidRPr="00EB75F0">
              <w:fldChar w:fldCharType="separate"/>
            </w:r>
            <w:r w:rsidR="00452EF4" w:rsidRPr="00452EF4">
              <w:rPr>
                <w:noProof/>
                <w:vertAlign w:val="superscript"/>
              </w:rPr>
              <w:t>110</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50E1DDB4" w14:textId="77777777" w:rsidR="009446D0" w:rsidRPr="00EB75F0" w:rsidRDefault="0084596B">
            <w:pPr>
              <w:spacing w:before="60" w:after="60" w:line="240" w:lineRule="auto"/>
              <w:rPr>
                <w:sz w:val="14"/>
              </w:rPr>
            </w:pPr>
            <w:r w:rsidRPr="00EB75F0">
              <w:rPr>
                <w:sz w:val="14"/>
              </w:rPr>
              <w:t>DSM-V diagnosis of schizophrenia or schizoaffective disorder as confirmed by the Mini International Neuropsychiatric Interview (MINI)</w:t>
            </w:r>
          </w:p>
        </w:tc>
        <w:tc>
          <w:tcPr>
            <w:tcW w:w="293" w:type="pct"/>
            <w:tcBorders>
              <w:top w:val="single" w:sz="4" w:space="0" w:color="000000"/>
              <w:left w:val="single" w:sz="4" w:space="0" w:color="000000"/>
              <w:bottom w:val="single" w:sz="4" w:space="0" w:color="000000"/>
              <w:right w:val="single" w:sz="4" w:space="0" w:color="000000"/>
            </w:tcBorders>
          </w:tcPr>
          <w:p w14:paraId="04032D3E" w14:textId="77777777" w:rsidR="009446D0" w:rsidRPr="00EB75F0" w:rsidRDefault="0084596B">
            <w:pPr>
              <w:spacing w:before="60" w:after="60" w:line="240" w:lineRule="auto"/>
              <w:rPr>
                <w:sz w:val="14"/>
              </w:rPr>
            </w:pPr>
            <w:r w:rsidRPr="00EB75F0">
              <w:rPr>
                <w:sz w:val="14"/>
              </w:rPr>
              <w:t>18-45</w:t>
            </w:r>
          </w:p>
        </w:tc>
        <w:tc>
          <w:tcPr>
            <w:tcW w:w="557" w:type="pct"/>
            <w:tcBorders>
              <w:top w:val="single" w:sz="4" w:space="0" w:color="000000"/>
              <w:left w:val="single" w:sz="4" w:space="0" w:color="000000"/>
              <w:bottom w:val="single" w:sz="4" w:space="0" w:color="000000"/>
              <w:right w:val="single" w:sz="4" w:space="0" w:color="000000"/>
            </w:tcBorders>
          </w:tcPr>
          <w:p w14:paraId="08EB57C1" w14:textId="77777777" w:rsidR="009446D0" w:rsidRPr="00EB75F0" w:rsidRDefault="0084596B">
            <w:pPr>
              <w:spacing w:before="60" w:after="60" w:line="240" w:lineRule="auto"/>
              <w:rPr>
                <w:sz w:val="14"/>
              </w:rPr>
            </w:pPr>
            <w:r w:rsidRPr="00EB75F0">
              <w:rPr>
                <w:sz w:val="14"/>
              </w:rPr>
              <w:t>Patient needed to have disease duration &lt;/=10 years for inclusion, patients needed to be medically stable over a period of 3 months (non-psychiatric conditions)</w:t>
            </w:r>
          </w:p>
        </w:tc>
        <w:tc>
          <w:tcPr>
            <w:tcW w:w="448" w:type="pct"/>
            <w:tcBorders>
              <w:top w:val="single" w:sz="4" w:space="0" w:color="000000"/>
              <w:left w:val="single" w:sz="4" w:space="0" w:color="000000"/>
              <w:bottom w:val="single" w:sz="4" w:space="0" w:color="000000"/>
              <w:right w:val="single" w:sz="4" w:space="0" w:color="000000"/>
            </w:tcBorders>
          </w:tcPr>
          <w:p w14:paraId="47922B61" w14:textId="77777777" w:rsidR="009446D0" w:rsidRPr="00EB75F0" w:rsidRDefault="0084596B">
            <w:pPr>
              <w:spacing w:before="60" w:after="60" w:line="240" w:lineRule="auto"/>
              <w:rPr>
                <w:sz w:val="14"/>
              </w:rPr>
            </w:pPr>
            <w:r w:rsidRPr="00EB75F0">
              <w:rPr>
                <w:sz w:val="14"/>
              </w:rPr>
              <w:t>Patient needs to have a current acute exacerbation of schizophrenia of no more than 8 weeks before screening.</w:t>
            </w:r>
          </w:p>
        </w:tc>
        <w:tc>
          <w:tcPr>
            <w:tcW w:w="694" w:type="pct"/>
            <w:tcBorders>
              <w:top w:val="single" w:sz="4" w:space="0" w:color="000000"/>
              <w:left w:val="single" w:sz="4" w:space="0" w:color="000000"/>
              <w:bottom w:val="single" w:sz="4" w:space="0" w:color="000000"/>
              <w:right w:val="single" w:sz="4" w:space="0" w:color="000000"/>
            </w:tcBorders>
          </w:tcPr>
          <w:p w14:paraId="4D96FEC8" w14:textId="77777777" w:rsidR="009446D0" w:rsidRPr="00EB75F0" w:rsidRDefault="0084596B">
            <w:pPr>
              <w:spacing w:before="60" w:after="60" w:line="240" w:lineRule="auto"/>
              <w:rPr>
                <w:sz w:val="14"/>
              </w:rPr>
            </w:pPr>
            <w:r w:rsidRPr="00EB75F0">
              <w:rPr>
                <w:sz w:val="14"/>
              </w:rPr>
              <w:t>In previous exacerbations and hospitalizations, the subject has shown a pattern of response to appropriate antipsychotic treatment were allowed to participate.</w:t>
            </w:r>
            <w:r w:rsidRPr="00EB75F0">
              <w:br/>
            </w:r>
            <w:r w:rsidRPr="00EB75F0">
              <w:br/>
            </w:r>
            <w:r w:rsidRPr="00EB75F0">
              <w:rPr>
                <w:sz w:val="14"/>
              </w:rPr>
              <w:t>Participant were excluded for whom risperidone is contraindicated or who have a documented history of lack of response or intolerance to risperidone or paliperidone or participants with known hypersensitivity to risperidone, paliperidone, or to any excipients in Risperdal.</w:t>
            </w:r>
            <w:r w:rsidRPr="00EB75F0">
              <w:br/>
            </w:r>
            <w:r w:rsidRPr="00EB75F0">
              <w:br/>
            </w:r>
            <w:r w:rsidRPr="00EB75F0">
              <w:rPr>
                <w:sz w:val="14"/>
              </w:rPr>
              <w:t>Participant also excluded if treated with a long acting injectable antipsychotic or other antipsychotics that cannot be washed-out within the allotted screening period</w:t>
            </w:r>
            <w:r w:rsidRPr="00EB75F0">
              <w:br/>
            </w:r>
            <w:r w:rsidRPr="00EB75F0">
              <w:br/>
            </w:r>
            <w:r w:rsidRPr="00EB75F0">
              <w:rPr>
                <w:sz w:val="14"/>
              </w:rPr>
              <w:t>History of electro-convulsive therapy (ECT) for any reason.</w:t>
            </w:r>
            <w:r w:rsidRPr="00EB75F0">
              <w:br/>
            </w:r>
            <w:r w:rsidRPr="00EB75F0">
              <w:br/>
            </w:r>
            <w:r w:rsidRPr="00EB75F0">
              <w:rPr>
                <w:sz w:val="14"/>
              </w:rPr>
              <w:t>Participant were excluded if treated with clozapine at any dose within 12 months of screening visit or participants treated with clozapine at 200 mg/day or above at any time; low dose (&lt; 200mg/day) use for insomnia or dyskinesia longer than 12 months prior to screening visit is permitted</w:t>
            </w:r>
            <w:r w:rsidRPr="00EB75F0">
              <w:br/>
            </w:r>
            <w:r w:rsidRPr="00EB75F0">
              <w:br/>
            </w:r>
            <w:r w:rsidRPr="00EB75F0">
              <w:rPr>
                <w:sz w:val="14"/>
              </w:rPr>
              <w:t>Participant has previously received RO6889450 or received an investigational drug within 28 days or five times the half-life of the investigational drug prior to the first study drug administration were excluded.</w:t>
            </w:r>
          </w:p>
        </w:tc>
        <w:tc>
          <w:tcPr>
            <w:tcW w:w="531" w:type="pct"/>
            <w:tcBorders>
              <w:top w:val="single" w:sz="4" w:space="0" w:color="000000"/>
              <w:left w:val="single" w:sz="4" w:space="0" w:color="000000"/>
              <w:bottom w:val="single" w:sz="4" w:space="0" w:color="000000"/>
              <w:right w:val="single" w:sz="4" w:space="0" w:color="000000"/>
            </w:tcBorders>
          </w:tcPr>
          <w:p w14:paraId="34B910A1" w14:textId="77777777" w:rsidR="009446D0" w:rsidRPr="00EB75F0" w:rsidRDefault="0084596B">
            <w:pPr>
              <w:spacing w:before="60" w:after="60" w:line="240" w:lineRule="auto"/>
              <w:rPr>
                <w:sz w:val="14"/>
              </w:rPr>
            </w:pPr>
            <w:r w:rsidRPr="00EB75F0">
              <w:rPr>
                <w:sz w:val="14"/>
              </w:rPr>
              <w:t>Participant treated with clozapine at any dose within 12 months of screening visit or participants treated with clozapine at 200 mg/day or above at any time; low dose (&lt; 200mg/day) use for insomnia or dyskinesia longer than 12 months prior to screening visit is permitted</w:t>
            </w:r>
            <w:r w:rsidRPr="00EB75F0">
              <w:rPr>
                <w:sz w:val="14"/>
              </w:rPr>
              <w:br/>
            </w:r>
            <w:r w:rsidRPr="00EB75F0">
              <w:rPr>
                <w:sz w:val="14"/>
              </w:rPr>
              <w:br/>
              <w:t>Participants currently receiving a psychotropic or other medication used as a psychotropic, which cannot be discontinued during the screening period</w:t>
            </w:r>
            <w:r w:rsidRPr="00EB75F0">
              <w:rPr>
                <w:sz w:val="14"/>
              </w:rPr>
              <w:br/>
            </w:r>
            <w:r w:rsidRPr="00EB75F0">
              <w:rPr>
                <w:sz w:val="14"/>
              </w:rPr>
              <w:br/>
              <w:t>Positive urine drug screen for amphetamines, methamphetamines, opiates, buprenorphine, methadone, cocaine and barbiturates. In case of positive urine drug screen for cannabinoids, the participant may be allowed to enter the study if approved by Medical Monitor.</w:t>
            </w:r>
          </w:p>
        </w:tc>
        <w:tc>
          <w:tcPr>
            <w:tcW w:w="651" w:type="pct"/>
            <w:tcBorders>
              <w:top w:val="single" w:sz="4" w:space="0" w:color="000000"/>
              <w:left w:val="single" w:sz="4" w:space="0" w:color="000000"/>
              <w:bottom w:val="single" w:sz="4" w:space="0" w:color="000000"/>
              <w:right w:val="single" w:sz="4" w:space="0" w:color="000000"/>
            </w:tcBorders>
          </w:tcPr>
          <w:p w14:paraId="3ABFBF63" w14:textId="77777777" w:rsidR="009446D0" w:rsidRPr="00EB75F0" w:rsidRDefault="0084596B">
            <w:pPr>
              <w:spacing w:before="60" w:after="60" w:line="240" w:lineRule="auto"/>
              <w:rPr>
                <w:sz w:val="14"/>
              </w:rPr>
            </w:pPr>
            <w:r w:rsidRPr="00EB75F0">
              <w:rPr>
                <w:sz w:val="14"/>
              </w:rPr>
              <w:t>Participants included if, screening and baseline CGI-S &gt;/=4 (moderate or worse), screening and baseline PANSS total score &gt;= 80, based on screening and baseline PANSS, scores of &gt;/= 4 (moderate or worse) on 2 or more of the following items: delusions, conceptual disorganization, unusual thought content, hallucinatory behavior, or suspiciousness/persecution</w:t>
            </w:r>
          </w:p>
        </w:tc>
        <w:tc>
          <w:tcPr>
            <w:tcW w:w="658" w:type="pct"/>
            <w:tcBorders>
              <w:top w:val="single" w:sz="4" w:space="0" w:color="000000"/>
              <w:left w:val="single" w:sz="4" w:space="0" w:color="000000"/>
              <w:bottom w:val="single" w:sz="4" w:space="0" w:color="000000"/>
              <w:right w:val="single" w:sz="4" w:space="0" w:color="000000"/>
            </w:tcBorders>
          </w:tcPr>
          <w:p w14:paraId="691E1D11" w14:textId="77777777" w:rsidR="009446D0" w:rsidRPr="00EB75F0" w:rsidRDefault="0084596B">
            <w:pPr>
              <w:spacing w:before="60" w:after="60" w:line="240" w:lineRule="auto"/>
              <w:rPr>
                <w:sz w:val="14"/>
              </w:rPr>
            </w:pPr>
            <w:r w:rsidRPr="00EB75F0">
              <w:rPr>
                <w:sz w:val="14"/>
              </w:rPr>
              <w:t xml:space="preserve">Participants were excluded if had: </w:t>
            </w:r>
            <w:r w:rsidRPr="00EB75F0">
              <w:br/>
            </w:r>
            <w:r w:rsidRPr="00EB75F0">
              <w:br/>
            </w:r>
            <w:r w:rsidRPr="00EB75F0">
              <w:rPr>
                <w:sz w:val="14"/>
              </w:rPr>
              <w:t>1. Suicidal behavior, Lifetime history of homicidal behavior</w:t>
            </w:r>
            <w:r w:rsidRPr="00EB75F0">
              <w:br/>
            </w:r>
            <w:r w:rsidRPr="00EB75F0">
              <w:br/>
            </w:r>
            <w:r w:rsidRPr="00EB75F0">
              <w:rPr>
                <w:sz w:val="14"/>
              </w:rPr>
              <w:t>2. Moderate to severe substance use disorder within six months (excluding nicotine) as defined by DSM-5</w:t>
            </w:r>
            <w:r w:rsidRPr="00EB75F0">
              <w:br/>
            </w:r>
            <w:r w:rsidRPr="00EB75F0">
              <w:br/>
            </w:r>
            <w:r w:rsidRPr="00EB75F0">
              <w:rPr>
                <w:sz w:val="14"/>
              </w:rPr>
              <w:t>3. Other current DSM-5 diagnosis (e.g. bipolar disorder, major depressive disorder)</w:t>
            </w:r>
            <w:r w:rsidRPr="00EB75F0">
              <w:br/>
            </w:r>
            <w:r w:rsidRPr="00EB75F0">
              <w:br/>
            </w:r>
            <w:r w:rsidRPr="00EB75F0">
              <w:rPr>
                <w:sz w:val="14"/>
              </w:rPr>
              <w:t>4. A prior or current general medical condition that might be impairing cognition or other psychiatric functioning (e.g. migraine headaches requiring prophylaxis treatment, head trauma, dementia, seizure disorder, stroke; or neurodegenerative, inflammatory, infectious, neoplastic, toxic, metabolic, or endocrine conditions)</w:t>
            </w:r>
            <w:r w:rsidRPr="00EB75F0">
              <w:br/>
            </w:r>
            <w:r w:rsidRPr="00EB75F0">
              <w:br/>
            </w:r>
            <w:r w:rsidRPr="00EB75F0">
              <w:rPr>
                <w:sz w:val="14"/>
              </w:rPr>
              <w:t>5. Clinically significant abnormalities in laboratory safety test results (including hepatic and renal panels, complete blood count, chemistry panel and urinalysis), including a) Aspartate aminotransferase (AST), OR alanine aminotransferase (ALT) 2 x upper limit of normal (ULN), OR total bilirubin &gt; 1.5 ULN with the exception of known Gilbert syndrome. b) Serum creatinine &gt; 1.5 ULN</w:t>
            </w:r>
            <w:r w:rsidRPr="00EB75F0">
              <w:br/>
            </w:r>
            <w:r w:rsidRPr="00EB75F0">
              <w:br/>
            </w:r>
            <w:r w:rsidRPr="00EB75F0">
              <w:rPr>
                <w:sz w:val="14"/>
              </w:rPr>
              <w:t xml:space="preserve">6. Positive result at screening for hepatitis B surface antigen (HBsAg), hepatitis C virus (HCV, untreated), or human immunodeficiency virus (HIV)-1 and -2. HCV participants who have been successfully treated and who test negative for HCV RNA </w:t>
            </w:r>
            <w:r w:rsidRPr="00EB75F0">
              <w:rPr>
                <w:sz w:val="14"/>
              </w:rPr>
              <w:lastRenderedPageBreak/>
              <w:t>are eligible for entry into the study</w:t>
            </w:r>
            <w:r w:rsidRPr="00EB75F0">
              <w:br/>
            </w:r>
            <w:r w:rsidRPr="00EB75F0">
              <w:br/>
            </w:r>
            <w:r w:rsidRPr="00EB75F0">
              <w:rPr>
                <w:sz w:val="14"/>
              </w:rPr>
              <w:t>7. Tardive dyskinesia that is moderate to severe or requires treatment</w:t>
            </w:r>
            <w:r w:rsidRPr="00EB75F0">
              <w:br/>
            </w:r>
            <w:r w:rsidRPr="00EB75F0">
              <w:br/>
            </w:r>
            <w:r w:rsidRPr="00EB75F0">
              <w:rPr>
                <w:sz w:val="14"/>
              </w:rPr>
              <w:t>8. History of neuroleptic malignant syndrome</w:t>
            </w:r>
            <w:r w:rsidRPr="00EB75F0">
              <w:br/>
            </w:r>
            <w:r w:rsidRPr="00EB75F0">
              <w:br/>
            </w:r>
            <w:r w:rsidRPr="00EB75F0">
              <w:rPr>
                <w:sz w:val="14"/>
              </w:rPr>
              <w:t xml:space="preserve">9. Average triplicate </w:t>
            </w:r>
            <w:proofErr w:type="spellStart"/>
            <w:r w:rsidRPr="00EB75F0">
              <w:rPr>
                <w:sz w:val="14"/>
              </w:rPr>
              <w:t>QTcF</w:t>
            </w:r>
            <w:proofErr w:type="spellEnd"/>
            <w:r w:rsidRPr="00EB75F0">
              <w:rPr>
                <w:sz w:val="14"/>
              </w:rPr>
              <w:t xml:space="preserve"> interval greater than 450 msec for males and 470 msec for females or other clinically significant abnormality on screening ECG based on centralized reading</w:t>
            </w:r>
          </w:p>
        </w:tc>
      </w:tr>
      <w:tr w:rsidR="009446D0" w:rsidRPr="00EB75F0" w14:paraId="64DD9975" w14:textId="77777777">
        <w:tc>
          <w:tcPr>
            <w:tcW w:w="485" w:type="pct"/>
            <w:tcBorders>
              <w:top w:val="single" w:sz="4" w:space="0" w:color="000000"/>
              <w:left w:val="single" w:sz="4" w:space="0" w:color="000000"/>
              <w:bottom w:val="single" w:sz="4" w:space="0" w:color="000000"/>
              <w:right w:val="single" w:sz="4" w:space="0" w:color="000000"/>
            </w:tcBorders>
          </w:tcPr>
          <w:p w14:paraId="23B411A4" w14:textId="0C6F2B35" w:rsidR="009446D0" w:rsidRPr="00EB75F0" w:rsidRDefault="0084596B">
            <w:pPr>
              <w:spacing w:before="60" w:after="60" w:line="240" w:lineRule="auto"/>
              <w:rPr>
                <w:sz w:val="14"/>
              </w:rPr>
            </w:pPr>
            <w:r w:rsidRPr="00EB75F0">
              <w:rPr>
                <w:sz w:val="14"/>
              </w:rPr>
              <w:lastRenderedPageBreak/>
              <w:t>Canuso 2009</w:t>
            </w:r>
            <w:r w:rsidR="0031308D" w:rsidRPr="00EB75F0">
              <w:fldChar w:fldCharType="begin"/>
            </w:r>
            <w:r w:rsidR="00452EF4">
              <w:instrText xml:space="preserve"> ADDIN EN.CITE &lt;EndNote&gt;&lt;Cite&gt;&lt;Author&gt;Canuso&lt;/Author&gt;&lt;Year&gt;2009&lt;/Year&gt;&lt;RecNum&gt;109&lt;/RecNum&gt;&lt;DisplayText&gt;&lt;style face="superscript"&gt;112&lt;/style&gt;&lt;/DisplayText&gt;&lt;record&gt;&lt;rec-number&gt;109&lt;/rec-number&gt;&lt;foreign-keys&gt;&lt;key app="EN" db-id="9ttaxzax2p0tr7ewzt55atews50zvxaaa5rz" timestamp="1764068849"&gt;109&lt;/key&gt;&lt;/foreign-keys&gt;&lt;ref-type name="Journal Article"&gt;17&lt;/ref-type&gt;&lt;contributors&gt;&lt;authors&gt;&lt;author&gt;Canuso, Carla M&lt;/author&gt;&lt;author&gt;Dirks, Bryan&lt;/author&gt;&lt;author&gt;Carothers, Jennifer&lt;/author&gt;&lt;author&gt;Kosik-Gonzalez, Colette&lt;/author&gt;&lt;author&gt;Bossie, Cynthia A&lt;/author&gt;&lt;author&gt;Zhu, Young&lt;/author&gt;&lt;author&gt;Damaraju, CV&lt;/author&gt;&lt;author&gt;Kalali, Amir H&lt;/author&gt;&lt;author&gt;Mahmoud, Ramy&lt;/author&gt;&lt;/authors&gt;&lt;/contributors&gt;&lt;titles&gt;&lt;title&gt;Randomized, double-blind, placebo-controlled study of paliperidone extended-release and quetiapine in inpatients with recently exacerbated schizophrenia&lt;/title&gt;&lt;secondary-title&gt;American Journal of Psychiatry&lt;/secondary-title&gt;&lt;/titles&gt;&lt;periodical&gt;&lt;full-title&gt;American Journal of Psychiatry&lt;/full-title&gt;&lt;/periodical&gt;&lt;pages&gt;691-701&lt;/pages&gt;&lt;volume&gt;166&lt;/volume&gt;&lt;number&gt;6&lt;/number&gt;&lt;dates&gt;&lt;year&gt;2009&lt;/year&gt;&lt;/dates&gt;&lt;isbn&gt;0002-953X&lt;/isbn&gt;&lt;urls&gt;&lt;/urls&gt;&lt;/record&gt;&lt;/Cite&gt;&lt;/EndNote&gt;</w:instrText>
            </w:r>
            <w:r w:rsidR="0031308D" w:rsidRPr="00EB75F0">
              <w:fldChar w:fldCharType="separate"/>
            </w:r>
            <w:r w:rsidR="00452EF4" w:rsidRPr="00452EF4">
              <w:rPr>
                <w:noProof/>
                <w:vertAlign w:val="superscript"/>
              </w:rPr>
              <w:t>112</w:t>
            </w:r>
            <w:r w:rsidR="0031308D" w:rsidRPr="00EB75F0">
              <w:fldChar w:fldCharType="end"/>
            </w:r>
          </w:p>
        </w:tc>
        <w:tc>
          <w:tcPr>
            <w:tcW w:w="681" w:type="pct"/>
            <w:tcBorders>
              <w:top w:val="single" w:sz="4" w:space="0" w:color="000000"/>
              <w:left w:val="single" w:sz="4" w:space="0" w:color="000000"/>
              <w:bottom w:val="single" w:sz="4" w:space="0" w:color="000000"/>
              <w:right w:val="single" w:sz="4" w:space="0" w:color="000000"/>
            </w:tcBorders>
          </w:tcPr>
          <w:p w14:paraId="4E157567" w14:textId="77777777" w:rsidR="009446D0" w:rsidRPr="00EB75F0" w:rsidRDefault="0084596B">
            <w:pPr>
              <w:spacing w:before="60" w:after="60" w:line="240" w:lineRule="auto"/>
              <w:rPr>
                <w:sz w:val="14"/>
              </w:rPr>
            </w:pPr>
            <w:r w:rsidRPr="00EB75F0">
              <w:rPr>
                <w:sz w:val="14"/>
              </w:rPr>
              <w:t>DSM-IV criteria diagnosis of schizophrenia (paranoid, disorganized, or undifferentiated types) and confirmed by the Mini-International Neuropsychiatric Interview–Plus Version.</w:t>
            </w:r>
          </w:p>
        </w:tc>
        <w:tc>
          <w:tcPr>
            <w:tcW w:w="293" w:type="pct"/>
            <w:tcBorders>
              <w:top w:val="single" w:sz="4" w:space="0" w:color="000000"/>
              <w:left w:val="single" w:sz="4" w:space="0" w:color="000000"/>
              <w:bottom w:val="single" w:sz="4" w:space="0" w:color="000000"/>
              <w:right w:val="single" w:sz="4" w:space="0" w:color="000000"/>
            </w:tcBorders>
          </w:tcPr>
          <w:p w14:paraId="2845CC6F" w14:textId="77777777" w:rsidR="009446D0" w:rsidRPr="00EB75F0" w:rsidRDefault="0084596B">
            <w:pPr>
              <w:spacing w:before="60" w:after="60" w:line="240" w:lineRule="auto"/>
              <w:rPr>
                <w:sz w:val="14"/>
              </w:rPr>
            </w:pPr>
            <w:r w:rsidRPr="00EB75F0">
              <w:rPr>
                <w:sz w:val="14"/>
              </w:rPr>
              <w:t>18-65</w:t>
            </w:r>
          </w:p>
        </w:tc>
        <w:tc>
          <w:tcPr>
            <w:tcW w:w="557" w:type="pct"/>
            <w:tcBorders>
              <w:top w:val="single" w:sz="4" w:space="0" w:color="000000"/>
              <w:left w:val="single" w:sz="4" w:space="0" w:color="000000"/>
              <w:bottom w:val="single" w:sz="4" w:space="0" w:color="000000"/>
              <w:right w:val="single" w:sz="4" w:space="0" w:color="000000"/>
            </w:tcBorders>
          </w:tcPr>
          <w:p w14:paraId="18C073E7" w14:textId="77777777" w:rsidR="009446D0" w:rsidRPr="00EB75F0" w:rsidRDefault="0084596B">
            <w:pPr>
              <w:spacing w:before="60" w:after="60" w:line="240" w:lineRule="auto"/>
              <w:rPr>
                <w:sz w:val="14"/>
              </w:rPr>
            </w:pPr>
            <w:r w:rsidRPr="00EB75F0">
              <w:rPr>
                <w:sz w:val="14"/>
              </w:rPr>
              <w:t>Not reported</w:t>
            </w:r>
          </w:p>
        </w:tc>
        <w:tc>
          <w:tcPr>
            <w:tcW w:w="448" w:type="pct"/>
            <w:tcBorders>
              <w:top w:val="single" w:sz="4" w:space="0" w:color="000000"/>
              <w:left w:val="single" w:sz="4" w:space="0" w:color="000000"/>
              <w:bottom w:val="single" w:sz="4" w:space="0" w:color="000000"/>
              <w:right w:val="single" w:sz="4" w:space="0" w:color="000000"/>
            </w:tcBorders>
          </w:tcPr>
          <w:p w14:paraId="2A2B1386" w14:textId="77777777" w:rsidR="009446D0" w:rsidRPr="00EB75F0" w:rsidRDefault="0084596B">
            <w:pPr>
              <w:spacing w:before="60" w:after="60" w:line="240" w:lineRule="auto"/>
              <w:rPr>
                <w:sz w:val="14"/>
              </w:rPr>
            </w:pPr>
            <w:r w:rsidRPr="00EB75F0">
              <w:rPr>
                <w:sz w:val="14"/>
              </w:rPr>
              <w:t>Patients with acute exacerbation for less than 4 weeks but more than 4 days were included</w:t>
            </w:r>
          </w:p>
        </w:tc>
        <w:tc>
          <w:tcPr>
            <w:tcW w:w="694" w:type="pct"/>
            <w:tcBorders>
              <w:top w:val="single" w:sz="4" w:space="0" w:color="000000"/>
              <w:left w:val="single" w:sz="4" w:space="0" w:color="000000"/>
              <w:bottom w:val="single" w:sz="4" w:space="0" w:color="000000"/>
              <w:right w:val="single" w:sz="4" w:space="0" w:color="000000"/>
            </w:tcBorders>
          </w:tcPr>
          <w:p w14:paraId="5198D4C5" w14:textId="77777777" w:rsidR="009446D0" w:rsidRPr="00EB75F0" w:rsidRDefault="0084596B">
            <w:pPr>
              <w:spacing w:before="60" w:after="60" w:line="240" w:lineRule="auto"/>
              <w:rPr>
                <w:sz w:val="14"/>
              </w:rPr>
            </w:pPr>
            <w:r w:rsidRPr="00EB75F0">
              <w:rPr>
                <w:sz w:val="14"/>
              </w:rPr>
              <w:t>Treatment with quetiapine, paliperidone extended-release, or risperidone for 7 or more days prior to assessment for study entry; sensitivity to paliperidone extended-release, risperidone, or quetiapine; depot antipsychotic treatment within one cycle before baseline were excluded</w:t>
            </w:r>
          </w:p>
        </w:tc>
        <w:tc>
          <w:tcPr>
            <w:tcW w:w="531" w:type="pct"/>
            <w:tcBorders>
              <w:top w:val="single" w:sz="4" w:space="0" w:color="000000"/>
              <w:left w:val="single" w:sz="4" w:space="0" w:color="000000"/>
              <w:bottom w:val="single" w:sz="4" w:space="0" w:color="000000"/>
              <w:right w:val="single" w:sz="4" w:space="0" w:color="000000"/>
            </w:tcBorders>
          </w:tcPr>
          <w:p w14:paraId="6F276247" w14:textId="77777777" w:rsidR="009446D0" w:rsidRPr="00EB75F0" w:rsidRDefault="0084596B">
            <w:pPr>
              <w:spacing w:before="60" w:after="60" w:line="240" w:lineRule="auto"/>
              <w:rPr>
                <w:sz w:val="14"/>
              </w:rPr>
            </w:pPr>
            <w:r w:rsidRPr="00EB75F0">
              <w:rPr>
                <w:sz w:val="14"/>
              </w:rPr>
              <w:t>Not reported</w:t>
            </w:r>
          </w:p>
        </w:tc>
        <w:tc>
          <w:tcPr>
            <w:tcW w:w="651" w:type="pct"/>
            <w:tcBorders>
              <w:top w:val="single" w:sz="4" w:space="0" w:color="000000"/>
              <w:left w:val="single" w:sz="4" w:space="0" w:color="000000"/>
              <w:bottom w:val="single" w:sz="4" w:space="0" w:color="000000"/>
              <w:right w:val="single" w:sz="4" w:space="0" w:color="000000"/>
            </w:tcBorders>
          </w:tcPr>
          <w:p w14:paraId="54F24064" w14:textId="77777777" w:rsidR="009446D0" w:rsidRPr="00EB75F0" w:rsidRDefault="0084596B">
            <w:pPr>
              <w:spacing w:before="60" w:after="60" w:line="240" w:lineRule="auto"/>
              <w:rPr>
                <w:sz w:val="14"/>
              </w:rPr>
            </w:pPr>
            <w:r w:rsidRPr="00EB75F0">
              <w:rPr>
                <w:sz w:val="14"/>
              </w:rPr>
              <w:t>Patients with symptom scores =&gt;4 (at least moderate) on at least two of the Positive and Negative Syndrome Scale (PANSS) items of hostility, excitement, tension, uncooperativeness, and poor impulse control, and a total combined score &gt;=17 for these items. Patients had a score =&gt;5 (at least markedly ill) on the severity scale of the Clinical Global Impressions scale were included</w:t>
            </w:r>
          </w:p>
        </w:tc>
        <w:tc>
          <w:tcPr>
            <w:tcW w:w="658" w:type="pct"/>
            <w:tcBorders>
              <w:top w:val="single" w:sz="4" w:space="0" w:color="000000"/>
              <w:left w:val="single" w:sz="4" w:space="0" w:color="000000"/>
              <w:bottom w:val="single" w:sz="4" w:space="0" w:color="000000"/>
              <w:right w:val="single" w:sz="4" w:space="0" w:color="000000"/>
            </w:tcBorders>
          </w:tcPr>
          <w:p w14:paraId="6C9D2D3E" w14:textId="77777777" w:rsidR="009446D0" w:rsidRPr="00EB75F0" w:rsidRDefault="0084596B">
            <w:pPr>
              <w:spacing w:before="60" w:after="60" w:line="240" w:lineRule="auto"/>
              <w:rPr>
                <w:sz w:val="14"/>
              </w:rPr>
            </w:pPr>
            <w:r w:rsidRPr="00EB75F0">
              <w:rPr>
                <w:sz w:val="14"/>
              </w:rPr>
              <w:t>Patients with DSM-IV axis I diagnosis (except for schizophrenia and substance abuse); an axis II diagnosis of mental retardation or borderline personality disorder; acute psychotic symptoms explained by substance use or medical illness; evidence for imminent risk of self-harm; a history of treatment resistance were excluded</w:t>
            </w:r>
          </w:p>
        </w:tc>
      </w:tr>
      <w:tr w:rsidR="009446D0" w:rsidRPr="00EB75F0" w14:paraId="396EA63C" w14:textId="77777777">
        <w:tc>
          <w:tcPr>
            <w:tcW w:w="5000" w:type="pct"/>
            <w:gridSpan w:val="9"/>
            <w:tcBorders>
              <w:top w:val="single" w:sz="4" w:space="0" w:color="000000"/>
              <w:left w:val="single" w:sz="4" w:space="0" w:color="000000"/>
              <w:bottom w:val="single" w:sz="4" w:space="0" w:color="000000"/>
              <w:right w:val="single" w:sz="4" w:space="0" w:color="000000"/>
            </w:tcBorders>
          </w:tcPr>
          <w:p w14:paraId="24551A1D" w14:textId="51294EB1" w:rsidR="009446D0" w:rsidRPr="00EB75F0" w:rsidRDefault="0084596B">
            <w:pPr>
              <w:pStyle w:val="Legend"/>
              <w:rPr>
                <w:sz w:val="14"/>
              </w:rPr>
            </w:pPr>
            <w:r w:rsidRPr="00EB75F0">
              <w:rPr>
                <w:b/>
                <w:sz w:val="14"/>
              </w:rPr>
              <w:t xml:space="preserve">Key: </w:t>
            </w:r>
            <w:r w:rsidRPr="00EB75F0">
              <w:rPr>
                <w:sz w:val="14"/>
              </w:rPr>
              <w:t>BPRS, Brief Psychiatric Rating Scale; CGI-I, Clinical Global Impression</w:t>
            </w:r>
            <w:r w:rsidR="00EC44F3">
              <w:rPr>
                <w:sz w:val="14"/>
              </w:rPr>
              <w:t>s</w:t>
            </w:r>
            <w:r w:rsidRPr="00EB75F0">
              <w:rPr>
                <w:sz w:val="14"/>
              </w:rPr>
              <w:t xml:space="preserve"> </w:t>
            </w:r>
            <w:r w:rsidR="00EC44F3">
              <w:rPr>
                <w:sz w:val="14"/>
              </w:rPr>
              <w:t>–</w:t>
            </w:r>
            <w:r w:rsidRPr="00EB75F0">
              <w:rPr>
                <w:sz w:val="14"/>
              </w:rPr>
              <w:t xml:space="preserve"> Improvement; CGI-S, Clinical Global Impression</w:t>
            </w:r>
            <w:r w:rsidR="00EC44F3">
              <w:rPr>
                <w:sz w:val="14"/>
              </w:rPr>
              <w:t>s</w:t>
            </w:r>
            <w:r w:rsidRPr="00EB75F0">
              <w:rPr>
                <w:sz w:val="14"/>
              </w:rPr>
              <w:t xml:space="preserve"> </w:t>
            </w:r>
            <w:r w:rsidR="00EC44F3">
              <w:rPr>
                <w:sz w:val="14"/>
              </w:rPr>
              <w:t>–</w:t>
            </w:r>
            <w:r w:rsidRPr="00EB75F0">
              <w:rPr>
                <w:sz w:val="14"/>
              </w:rPr>
              <w:t xml:space="preserve"> Severity; DSM, Diagnostic and Statistical Manual of Mental Disorders; ECT, Electroconvulsive therapy; ICD, International Classification of Diseases; MDD, Major Depressive Disorder; NR, not reported; PANSS, Positive and Negative Syndrome Scale; TR, text revision.</w:t>
            </w:r>
          </w:p>
          <w:p w14:paraId="6FD780A1" w14:textId="5BF6213A" w:rsidR="009446D0" w:rsidRPr="00EB75F0" w:rsidRDefault="0084596B">
            <w:pPr>
              <w:pStyle w:val="Legend"/>
              <w:rPr>
                <w:sz w:val="14"/>
              </w:rPr>
            </w:pPr>
            <w:r w:rsidRPr="00EB75F0">
              <w:rPr>
                <w:b/>
                <w:sz w:val="14"/>
              </w:rPr>
              <w:t xml:space="preserve">Note: </w:t>
            </w:r>
            <w:r w:rsidRPr="00EB75F0">
              <w:rPr>
                <w:sz w:val="14"/>
              </w:rPr>
              <w:t xml:space="preserve">This table contains data for studies not excluded in </w:t>
            </w:r>
            <w:r w:rsidRPr="00EB75F0">
              <w:rPr>
                <w:sz w:val="14"/>
              </w:rPr>
              <w:fldChar w:fldCharType="begin"/>
            </w:r>
            <w:r w:rsidRPr="00EB75F0">
              <w:rPr>
                <w:sz w:val="14"/>
              </w:rPr>
              <w:instrText>REF _Ref14317048 \h \r</w:instrText>
            </w:r>
            <w:r w:rsidR="00B46C60" w:rsidRPr="00EB75F0">
              <w:rPr>
                <w:sz w:val="14"/>
              </w:rPr>
              <w:instrText xml:space="preserve"> \* MERGEFORMAT </w:instrText>
            </w:r>
            <w:r w:rsidRPr="00EB75F0">
              <w:rPr>
                <w:sz w:val="14"/>
              </w:rPr>
            </w:r>
            <w:r w:rsidRPr="00EB75F0">
              <w:rPr>
                <w:sz w:val="14"/>
              </w:rPr>
              <w:fldChar w:fldCharType="separate"/>
            </w:r>
            <w:r w:rsidR="004B2F28">
              <w:rPr>
                <w:sz w:val="14"/>
              </w:rPr>
              <w:t>Appendix 1</w:t>
            </w:r>
            <w:r w:rsidRPr="00EB75F0">
              <w:rPr>
                <w:sz w:val="14"/>
              </w:rPr>
              <w:fldChar w:fldCharType="end"/>
            </w:r>
            <w:r w:rsidRPr="00EB75F0">
              <w:rPr>
                <w:sz w:val="14"/>
              </w:rPr>
              <w:t xml:space="preserve"> (i.e., 65 studies).</w:t>
            </w:r>
          </w:p>
        </w:tc>
      </w:tr>
    </w:tbl>
    <w:p w14:paraId="64EC2E7A" w14:textId="77777777" w:rsidR="009446D0" w:rsidRPr="00EB75F0" w:rsidRDefault="009446D0">
      <w:pPr>
        <w:sectPr w:rsidR="009446D0" w:rsidRPr="00EB75F0">
          <w:pgSz w:w="16838" w:h="11906" w:orient="landscape"/>
          <w:pgMar w:top="1134" w:right="1134" w:bottom="1134" w:left="1134" w:header="567" w:footer="567" w:gutter="0"/>
          <w:cols w:space="708"/>
          <w:docGrid w:linePitch="360"/>
        </w:sectPr>
      </w:pPr>
    </w:p>
    <w:p w14:paraId="53BFE0A0" w14:textId="3D8548BE" w:rsidR="009446D0" w:rsidRPr="00541089" w:rsidRDefault="0084596B">
      <w:pPr>
        <w:pStyle w:val="Heading2"/>
        <w:rPr>
          <w:color w:val="1E1E1E"/>
        </w:rPr>
      </w:pPr>
      <w:bookmarkStart w:id="43" w:name="_Ref14228669"/>
      <w:bookmarkStart w:id="44" w:name="_Ref14821597"/>
      <w:r w:rsidRPr="00541089">
        <w:rPr>
          <w:color w:val="1E1E1E"/>
        </w:rPr>
        <w:lastRenderedPageBreak/>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1</w:t>
      </w:r>
      <w:r w:rsidR="00D36D51">
        <w:rPr>
          <w:color w:val="1E1E1E"/>
        </w:rPr>
        <w:fldChar w:fldCharType="end"/>
      </w:r>
      <w:bookmarkEnd w:id="43"/>
      <w:bookmarkEnd w:id="44"/>
      <w:r w:rsidRPr="00541089">
        <w:rPr>
          <w:color w:val="1E1E1E"/>
        </w:rPr>
        <w:t>: Baseline Age</w:t>
      </w:r>
    </w:p>
    <w:p w14:paraId="03193FF5" w14:textId="77777777" w:rsidR="009446D0" w:rsidRPr="00EB75F0" w:rsidRDefault="0084596B">
      <w:r w:rsidRPr="00EB75F0">
        <w:rPr>
          <w:noProof/>
        </w:rPr>
        <w:drawing>
          <wp:inline distT="0" distB="0" distL="0" distR="0" wp14:anchorId="2DAD0983" wp14:editId="68D42ADB">
            <wp:extent cx="6119977" cy="3671570"/>
            <wp:effectExtent l="0" t="0" r="0" b="5080"/>
            <wp:docPr id="10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25"/>
                    <a:stretch>
                      <a:fillRect/>
                    </a:stretch>
                  </pic:blipFill>
                  <pic:spPr>
                    <a:xfrm>
                      <a:off x="0" y="0"/>
                      <a:ext cx="6119977" cy="3671570"/>
                    </a:xfrm>
                    <a:prstGeom prst="rect">
                      <a:avLst/>
                    </a:prstGeom>
                  </pic:spPr>
                </pic:pic>
              </a:graphicData>
            </a:graphic>
          </wp:inline>
        </w:drawing>
      </w:r>
    </w:p>
    <w:p w14:paraId="7AB747B5" w14:textId="77777777" w:rsidR="009446D0" w:rsidRPr="00EB75F0" w:rsidRDefault="0084596B">
      <w:pPr>
        <w:pStyle w:val="Legend"/>
      </w:pPr>
      <w:r w:rsidRPr="00EB75F0">
        <w:rPr>
          <w:b/>
        </w:rPr>
        <w:t xml:space="preserve">Key: </w:t>
      </w:r>
      <w:r w:rsidRPr="00EB75F0">
        <w:t>SE, standard error.</w:t>
      </w:r>
    </w:p>
    <w:p w14:paraId="6446E350" w14:textId="2EA5C11C" w:rsidR="009446D0" w:rsidRPr="00EB75F0" w:rsidRDefault="0084596B">
      <w:pPr>
        <w:pStyle w:val="Legend"/>
      </w:pPr>
      <w:r w:rsidRPr="00EB75F0">
        <w:rPr>
          <w:b/>
          <w:color w:val="000000"/>
        </w:rPr>
        <w:t>Note:</w:t>
      </w:r>
      <w:r w:rsidRPr="00EB75F0">
        <w:rPr>
          <w:color w:val="000000"/>
        </w:rPr>
        <w:t xml:space="preserve"> This figure contains summary for studies not excluded in </w:t>
      </w:r>
      <w:r w:rsidRPr="00EB75F0">
        <w:fldChar w:fldCharType="begin"/>
      </w:r>
      <w:r w:rsidRPr="00EB75F0">
        <w:instrText>REF _Ref14368043 \h \r</w:instrText>
      </w:r>
      <w:r w:rsidRPr="00EB75F0">
        <w:fldChar w:fldCharType="separate"/>
      </w:r>
      <w:r w:rsidR="004B2F28">
        <w:t>Appendix 1</w:t>
      </w:r>
      <w:r w:rsidRPr="00EB75F0">
        <w:fldChar w:fldCharType="end"/>
      </w:r>
      <w:r w:rsidRPr="00EB75F0">
        <w:rPr>
          <w:color w:val="000000"/>
        </w:rPr>
        <w:t xml:space="preserve"> (i.e., 65 studies).</w:t>
      </w:r>
    </w:p>
    <w:p w14:paraId="0E8B6EE0" w14:textId="77777777" w:rsidR="009446D0" w:rsidRPr="00EB75F0" w:rsidRDefault="009446D0">
      <w:pPr>
        <w:pStyle w:val="Legend"/>
        <w:spacing w:line="360" w:lineRule="auto"/>
        <w:rPr>
          <w:b/>
          <w:color w:val="1E1E1E"/>
          <w:sz w:val="24"/>
        </w:rPr>
      </w:pPr>
    </w:p>
    <w:p w14:paraId="16292FB0" w14:textId="7DA3328E" w:rsidR="009446D0" w:rsidRPr="00541089" w:rsidRDefault="0084596B">
      <w:pPr>
        <w:pStyle w:val="Heading2"/>
        <w:rPr>
          <w:color w:val="1E1E1E"/>
        </w:rPr>
      </w:pPr>
      <w:bookmarkStart w:id="45" w:name="_Ref14544050"/>
      <w:bookmarkStart w:id="46" w:name="_Ref14169932"/>
      <w:r w:rsidRPr="00541089">
        <w:rPr>
          <w:color w:val="1E1E1E"/>
        </w:rPr>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2</w:t>
      </w:r>
      <w:r w:rsidR="00D36D51">
        <w:rPr>
          <w:color w:val="1E1E1E"/>
        </w:rPr>
        <w:fldChar w:fldCharType="end"/>
      </w:r>
      <w:bookmarkEnd w:id="45"/>
      <w:bookmarkEnd w:id="46"/>
      <w:r w:rsidRPr="00541089">
        <w:rPr>
          <w:color w:val="1E1E1E"/>
        </w:rPr>
        <w:t>: Participant sex</w:t>
      </w:r>
    </w:p>
    <w:p w14:paraId="45174223" w14:textId="77777777" w:rsidR="009446D0" w:rsidRPr="00EB75F0" w:rsidRDefault="0084596B">
      <w:r w:rsidRPr="00EB75F0">
        <w:rPr>
          <w:noProof/>
        </w:rPr>
        <w:drawing>
          <wp:inline distT="0" distB="0" distL="0" distR="0" wp14:anchorId="1A14E000" wp14:editId="4C5DDDEC">
            <wp:extent cx="6120130" cy="3059201"/>
            <wp:effectExtent l="0" t="0" r="0" b="8255"/>
            <wp:docPr id="10001" name="Picture 1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26"/>
                    <a:stretch>
                      <a:fillRect/>
                    </a:stretch>
                  </pic:blipFill>
                  <pic:spPr>
                    <a:xfrm>
                      <a:off x="0" y="0"/>
                      <a:ext cx="6120130" cy="3059201"/>
                    </a:xfrm>
                    <a:prstGeom prst="rect">
                      <a:avLst/>
                    </a:prstGeom>
                  </pic:spPr>
                </pic:pic>
              </a:graphicData>
            </a:graphic>
          </wp:inline>
        </w:drawing>
      </w:r>
    </w:p>
    <w:p w14:paraId="28511255" w14:textId="75B0F4E1" w:rsidR="009446D0" w:rsidRPr="00EB75F0" w:rsidRDefault="0084596B">
      <w:pPr>
        <w:pStyle w:val="Legend"/>
        <w:rPr>
          <w:color w:val="000000"/>
        </w:rPr>
      </w:pPr>
      <w:r w:rsidRPr="00EB75F0">
        <w:rPr>
          <w:b/>
          <w:color w:val="000000"/>
        </w:rPr>
        <w:t>Note:</w:t>
      </w:r>
      <w:r w:rsidRPr="00EB75F0">
        <w:rPr>
          <w:color w:val="000000"/>
        </w:rPr>
        <w:t xml:space="preserve"> This figure contains summary for studies not excluded in </w:t>
      </w:r>
      <w:r w:rsidRPr="00EB75F0">
        <w:fldChar w:fldCharType="begin"/>
      </w:r>
      <w:r w:rsidRPr="00EB75F0">
        <w:instrText>REF _Ref14347904 \h \r</w:instrText>
      </w:r>
      <w:r w:rsidRPr="00EB75F0">
        <w:fldChar w:fldCharType="separate"/>
      </w:r>
      <w:r w:rsidR="004B2F28">
        <w:t>Appendix 1</w:t>
      </w:r>
      <w:r w:rsidRPr="00EB75F0">
        <w:fldChar w:fldCharType="end"/>
      </w:r>
      <w:r w:rsidRPr="00EB75F0">
        <w:rPr>
          <w:color w:val="000000"/>
        </w:rPr>
        <w:t xml:space="preserve"> (i.e., 65 studies).</w:t>
      </w:r>
    </w:p>
    <w:p w14:paraId="493903A5" w14:textId="4FE09017" w:rsidR="009446D0" w:rsidRPr="00541089" w:rsidRDefault="0084596B">
      <w:pPr>
        <w:pStyle w:val="Heading2"/>
        <w:rPr>
          <w:color w:val="1E1E1E"/>
        </w:rPr>
      </w:pPr>
      <w:bookmarkStart w:id="47" w:name="_Ref14428369"/>
      <w:r w:rsidRPr="00541089">
        <w:rPr>
          <w:color w:val="1E1E1E"/>
        </w:rPr>
        <w:lastRenderedPageBreak/>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3</w:t>
      </w:r>
      <w:r w:rsidR="00D36D51">
        <w:rPr>
          <w:color w:val="1E1E1E"/>
        </w:rPr>
        <w:fldChar w:fldCharType="end"/>
      </w:r>
      <w:bookmarkEnd w:id="47"/>
      <w:r w:rsidRPr="00541089">
        <w:rPr>
          <w:color w:val="1E1E1E"/>
        </w:rPr>
        <w:t>: Participant race</w:t>
      </w:r>
    </w:p>
    <w:p w14:paraId="2B4DB6B2" w14:textId="77777777" w:rsidR="009446D0" w:rsidRPr="00EB75F0" w:rsidRDefault="0084596B">
      <w:r w:rsidRPr="00EB75F0">
        <w:rPr>
          <w:noProof/>
        </w:rPr>
        <w:drawing>
          <wp:inline distT="0" distB="0" distL="0" distR="0" wp14:anchorId="567670F4" wp14:editId="18D8341C">
            <wp:extent cx="6120130" cy="3059201"/>
            <wp:effectExtent l="0" t="0" r="0" b="0"/>
            <wp:docPr id="10002" name="Picture 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pic:nvPicPr>
                  <pic:blipFill>
                    <a:blip r:embed="rId27"/>
                    <a:stretch>
                      <a:fillRect/>
                    </a:stretch>
                  </pic:blipFill>
                  <pic:spPr>
                    <a:xfrm>
                      <a:off x="0" y="0"/>
                      <a:ext cx="6120130" cy="3059201"/>
                    </a:xfrm>
                    <a:prstGeom prst="rect">
                      <a:avLst/>
                    </a:prstGeom>
                  </pic:spPr>
                </pic:pic>
              </a:graphicData>
            </a:graphic>
          </wp:inline>
        </w:drawing>
      </w:r>
    </w:p>
    <w:p w14:paraId="5F6697C4" w14:textId="03B46F4D" w:rsidR="009446D0" w:rsidRPr="00EB75F0" w:rsidRDefault="0084596B">
      <w:pPr>
        <w:pStyle w:val="Legend"/>
        <w:rPr>
          <w:color w:val="000000"/>
        </w:rPr>
      </w:pPr>
      <w:r w:rsidRPr="00EB75F0">
        <w:rPr>
          <w:b/>
          <w:color w:val="000000"/>
        </w:rPr>
        <w:t>Note:</w:t>
      </w:r>
      <w:r w:rsidRPr="00EB75F0">
        <w:rPr>
          <w:color w:val="000000"/>
        </w:rPr>
        <w:t xml:space="preserve"> This figure contains summary for studies not excluded in </w:t>
      </w:r>
      <w:r w:rsidRPr="00EB75F0">
        <w:fldChar w:fldCharType="begin"/>
      </w:r>
      <w:r w:rsidRPr="00EB75F0">
        <w:instrText>REF _Ref14535501 \h \r</w:instrText>
      </w:r>
      <w:r w:rsidRPr="00EB75F0">
        <w:fldChar w:fldCharType="separate"/>
      </w:r>
      <w:r w:rsidR="004B2F28">
        <w:t>Appendix 1</w:t>
      </w:r>
      <w:r w:rsidRPr="00EB75F0">
        <w:fldChar w:fldCharType="end"/>
      </w:r>
      <w:r w:rsidRPr="00EB75F0">
        <w:rPr>
          <w:color w:val="000000"/>
        </w:rPr>
        <w:t xml:space="preserve"> (i.e., 65 studies).</w:t>
      </w:r>
    </w:p>
    <w:p w14:paraId="7DD91084" w14:textId="77777777" w:rsidR="009446D0" w:rsidRPr="00EB75F0" w:rsidRDefault="009446D0"/>
    <w:p w14:paraId="0B5BA1C0" w14:textId="6258E947" w:rsidR="009446D0" w:rsidRPr="00541089" w:rsidRDefault="0084596B">
      <w:pPr>
        <w:pStyle w:val="Heading2"/>
        <w:rPr>
          <w:color w:val="1E1E1E"/>
        </w:rPr>
      </w:pPr>
      <w:bookmarkStart w:id="48" w:name="_Ref14796325"/>
      <w:r w:rsidRPr="00541089">
        <w:rPr>
          <w:color w:val="1E1E1E"/>
        </w:rPr>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4</w:t>
      </w:r>
      <w:r w:rsidR="00D36D51">
        <w:rPr>
          <w:color w:val="1E1E1E"/>
        </w:rPr>
        <w:fldChar w:fldCharType="end"/>
      </w:r>
      <w:bookmarkEnd w:id="48"/>
      <w:r w:rsidRPr="00541089">
        <w:rPr>
          <w:color w:val="1E1E1E"/>
        </w:rPr>
        <w:t>: Baseline BMI</w:t>
      </w:r>
    </w:p>
    <w:p w14:paraId="5558F7B9" w14:textId="77777777" w:rsidR="009446D0" w:rsidRPr="00EB75F0" w:rsidRDefault="0084596B">
      <w:r w:rsidRPr="00EB75F0">
        <w:rPr>
          <w:noProof/>
        </w:rPr>
        <w:drawing>
          <wp:inline distT="0" distB="0" distL="0" distR="0" wp14:anchorId="3953C620" wp14:editId="5DE49D0E">
            <wp:extent cx="6119977" cy="3671570"/>
            <wp:effectExtent l="0" t="0" r="0" b="0"/>
            <wp:docPr id="10003" name="Picture 1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pic:nvPicPr>
                  <pic:blipFill>
                    <a:blip r:embed="rId28"/>
                    <a:stretch>
                      <a:fillRect/>
                    </a:stretch>
                  </pic:blipFill>
                  <pic:spPr>
                    <a:xfrm>
                      <a:off x="0" y="0"/>
                      <a:ext cx="6119977" cy="3671570"/>
                    </a:xfrm>
                    <a:prstGeom prst="rect">
                      <a:avLst/>
                    </a:prstGeom>
                  </pic:spPr>
                </pic:pic>
              </a:graphicData>
            </a:graphic>
          </wp:inline>
        </w:drawing>
      </w:r>
    </w:p>
    <w:p w14:paraId="51245E28" w14:textId="77777777" w:rsidR="009446D0" w:rsidRPr="00EB75F0" w:rsidRDefault="0084596B">
      <w:pPr>
        <w:pStyle w:val="Legend"/>
      </w:pPr>
      <w:r w:rsidRPr="00EB75F0">
        <w:rPr>
          <w:b/>
        </w:rPr>
        <w:t>Key:</w:t>
      </w:r>
      <w:r w:rsidRPr="00EB75F0">
        <w:t xml:space="preserve"> BMI, body mass index; SE, standard error.</w:t>
      </w:r>
    </w:p>
    <w:p w14:paraId="7B3CF839" w14:textId="79EC10B7" w:rsidR="009446D0" w:rsidRPr="00EB75F0" w:rsidRDefault="0084596B">
      <w:pPr>
        <w:pStyle w:val="Legend"/>
        <w:spacing w:line="360" w:lineRule="auto"/>
        <w:rPr>
          <w:sz w:val="22"/>
          <w:u w:val="single"/>
        </w:rPr>
      </w:pPr>
      <w:r w:rsidRPr="00EB75F0">
        <w:rPr>
          <w:b/>
          <w:color w:val="000000"/>
        </w:rPr>
        <w:t>Note:</w:t>
      </w:r>
      <w:r w:rsidRPr="00EB75F0">
        <w:rPr>
          <w:color w:val="000000"/>
        </w:rPr>
        <w:t xml:space="preserve"> This figure contains summary for studies not excluded in </w:t>
      </w:r>
      <w:r w:rsidRPr="00EB75F0">
        <w:fldChar w:fldCharType="begin"/>
      </w:r>
      <w:r w:rsidRPr="00EB75F0">
        <w:instrText>REF _Ref14785608 \h \r</w:instrText>
      </w:r>
      <w:r w:rsidRPr="00EB75F0">
        <w:fldChar w:fldCharType="separate"/>
      </w:r>
      <w:r w:rsidR="004B2F28">
        <w:t>Appendix 1</w:t>
      </w:r>
      <w:r w:rsidRPr="00EB75F0">
        <w:fldChar w:fldCharType="end"/>
      </w:r>
      <w:r w:rsidRPr="00EB75F0">
        <w:rPr>
          <w:color w:val="000000"/>
        </w:rPr>
        <w:t xml:space="preserve"> (i.e., 65 studies).</w:t>
      </w:r>
    </w:p>
    <w:p w14:paraId="6D0B9EC9" w14:textId="665E050E" w:rsidR="009446D0" w:rsidRPr="00541089" w:rsidRDefault="0084596B">
      <w:pPr>
        <w:pStyle w:val="Heading2"/>
        <w:rPr>
          <w:color w:val="1E1E1E"/>
        </w:rPr>
      </w:pPr>
      <w:bookmarkStart w:id="49" w:name="_Ref14848558"/>
      <w:r w:rsidRPr="00541089">
        <w:rPr>
          <w:color w:val="1E1E1E"/>
        </w:rPr>
        <w:lastRenderedPageBreak/>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5</w:t>
      </w:r>
      <w:r w:rsidR="00D36D51">
        <w:rPr>
          <w:color w:val="1E1E1E"/>
        </w:rPr>
        <w:fldChar w:fldCharType="end"/>
      </w:r>
      <w:bookmarkEnd w:id="49"/>
      <w:r w:rsidRPr="00541089">
        <w:rPr>
          <w:color w:val="1E1E1E"/>
        </w:rPr>
        <w:t>: Participant age at first documented schizophrenia</w:t>
      </w:r>
    </w:p>
    <w:p w14:paraId="71D77D6D" w14:textId="77777777" w:rsidR="009446D0" w:rsidRPr="00EB75F0" w:rsidRDefault="0084596B">
      <w:pPr>
        <w:pStyle w:val="Legend"/>
        <w:keepNext/>
        <w:keepLines/>
      </w:pPr>
      <w:r w:rsidRPr="00EB75F0">
        <w:rPr>
          <w:noProof/>
        </w:rPr>
        <w:drawing>
          <wp:inline distT="0" distB="0" distL="0" distR="0" wp14:anchorId="2669FD5A" wp14:editId="4B292250">
            <wp:extent cx="6119977" cy="3671570"/>
            <wp:effectExtent l="0" t="0" r="0" b="0"/>
            <wp:docPr id="10004" name="Picture 1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pic:nvPicPr>
                  <pic:blipFill>
                    <a:blip r:embed="rId29"/>
                    <a:stretch>
                      <a:fillRect/>
                    </a:stretch>
                  </pic:blipFill>
                  <pic:spPr>
                    <a:xfrm>
                      <a:off x="0" y="0"/>
                      <a:ext cx="6119977" cy="3671570"/>
                    </a:xfrm>
                    <a:prstGeom prst="rect">
                      <a:avLst/>
                    </a:prstGeom>
                  </pic:spPr>
                </pic:pic>
              </a:graphicData>
            </a:graphic>
          </wp:inline>
        </w:drawing>
      </w:r>
    </w:p>
    <w:p w14:paraId="72F3BAE7" w14:textId="77777777" w:rsidR="009446D0" w:rsidRPr="00EB75F0" w:rsidRDefault="0084596B">
      <w:pPr>
        <w:pStyle w:val="Legend"/>
        <w:keepNext/>
        <w:keepLines/>
      </w:pPr>
      <w:r w:rsidRPr="00EB75F0">
        <w:rPr>
          <w:b/>
        </w:rPr>
        <w:t>Key:</w:t>
      </w:r>
      <w:r w:rsidRPr="00EB75F0">
        <w:t xml:space="preserve"> SE, standard error.</w:t>
      </w:r>
    </w:p>
    <w:p w14:paraId="0B5616F3" w14:textId="6AFE37A2" w:rsidR="009446D0" w:rsidRPr="00EB75F0" w:rsidRDefault="0084596B">
      <w:pPr>
        <w:pStyle w:val="Legend"/>
        <w:keepNext/>
        <w:keepLines/>
      </w:pPr>
      <w:r w:rsidRPr="00EB75F0">
        <w:rPr>
          <w:b/>
          <w:color w:val="000000"/>
        </w:rPr>
        <w:t>Note:</w:t>
      </w:r>
      <w:r w:rsidRPr="00EB75F0">
        <w:rPr>
          <w:color w:val="000000"/>
        </w:rPr>
        <w:t xml:space="preserve"> This figure contains summary for studies not excluded in </w:t>
      </w:r>
      <w:r w:rsidRPr="00EB75F0">
        <w:fldChar w:fldCharType="begin"/>
      </w:r>
      <w:r w:rsidRPr="00EB75F0">
        <w:instrText>REF _Ref14489688 \h \r</w:instrText>
      </w:r>
      <w:r w:rsidRPr="00EB75F0">
        <w:fldChar w:fldCharType="separate"/>
      </w:r>
      <w:r w:rsidR="004B2F28">
        <w:t>Appendix 1</w:t>
      </w:r>
      <w:r w:rsidRPr="00EB75F0">
        <w:fldChar w:fldCharType="end"/>
      </w:r>
      <w:r w:rsidRPr="00EB75F0">
        <w:rPr>
          <w:color w:val="000000"/>
        </w:rPr>
        <w:t xml:space="preserve"> (i.e., 65 studies).</w:t>
      </w:r>
    </w:p>
    <w:p w14:paraId="00BB1277" w14:textId="77777777" w:rsidR="009446D0" w:rsidRPr="00EB75F0" w:rsidRDefault="009446D0">
      <w:pPr>
        <w:pStyle w:val="Legend"/>
      </w:pPr>
    </w:p>
    <w:p w14:paraId="23C01CD3" w14:textId="5D56ECB0" w:rsidR="009446D0" w:rsidRPr="00541089" w:rsidRDefault="0084596B">
      <w:pPr>
        <w:pStyle w:val="Heading2"/>
        <w:rPr>
          <w:color w:val="1E1E1E"/>
        </w:rPr>
      </w:pPr>
      <w:bookmarkStart w:id="50" w:name="_Ref14864780"/>
      <w:bookmarkStart w:id="51" w:name="_Ref14877063"/>
      <w:r w:rsidRPr="00541089">
        <w:rPr>
          <w:color w:val="1E1E1E"/>
        </w:rPr>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6</w:t>
      </w:r>
      <w:r w:rsidR="00D36D51">
        <w:rPr>
          <w:color w:val="1E1E1E"/>
        </w:rPr>
        <w:fldChar w:fldCharType="end"/>
      </w:r>
      <w:bookmarkEnd w:id="50"/>
      <w:bookmarkEnd w:id="51"/>
      <w:r w:rsidRPr="00541089">
        <w:rPr>
          <w:color w:val="1E1E1E"/>
        </w:rPr>
        <w:t>: Duration of schizophrenia at baseline</w:t>
      </w:r>
    </w:p>
    <w:p w14:paraId="1C1E89F8" w14:textId="77777777" w:rsidR="009446D0" w:rsidRPr="00EB75F0" w:rsidRDefault="0084596B">
      <w:r w:rsidRPr="00EB75F0">
        <w:rPr>
          <w:noProof/>
        </w:rPr>
        <w:drawing>
          <wp:inline distT="0" distB="0" distL="0" distR="0" wp14:anchorId="04162EE2" wp14:editId="62114314">
            <wp:extent cx="6119977" cy="3671570"/>
            <wp:effectExtent l="0" t="0" r="0" b="0"/>
            <wp:docPr id="10005" name="Picture 1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pic:nvPicPr>
                  <pic:blipFill>
                    <a:blip r:embed="rId30"/>
                    <a:stretch>
                      <a:fillRect/>
                    </a:stretch>
                  </pic:blipFill>
                  <pic:spPr>
                    <a:xfrm>
                      <a:off x="0" y="0"/>
                      <a:ext cx="6119977" cy="3671570"/>
                    </a:xfrm>
                    <a:prstGeom prst="rect">
                      <a:avLst/>
                    </a:prstGeom>
                  </pic:spPr>
                </pic:pic>
              </a:graphicData>
            </a:graphic>
          </wp:inline>
        </w:drawing>
      </w:r>
    </w:p>
    <w:p w14:paraId="5A9FC0BA" w14:textId="77777777" w:rsidR="009446D0" w:rsidRPr="00EB75F0" w:rsidRDefault="0084596B">
      <w:pPr>
        <w:pStyle w:val="Legend"/>
      </w:pPr>
      <w:r w:rsidRPr="00EB75F0">
        <w:rPr>
          <w:b/>
        </w:rPr>
        <w:t xml:space="preserve">Key: </w:t>
      </w:r>
      <w:r w:rsidRPr="00EB75F0">
        <w:t>SE, standard error.</w:t>
      </w:r>
    </w:p>
    <w:p w14:paraId="3DB188A8" w14:textId="3564125B" w:rsidR="009446D0" w:rsidRPr="00EB75F0" w:rsidRDefault="0084596B">
      <w:pPr>
        <w:pStyle w:val="Legend"/>
      </w:pPr>
      <w:r w:rsidRPr="00EB75F0">
        <w:rPr>
          <w:b/>
          <w:color w:val="000000"/>
        </w:rPr>
        <w:t>Note:</w:t>
      </w:r>
      <w:r w:rsidRPr="00EB75F0">
        <w:rPr>
          <w:color w:val="000000"/>
        </w:rPr>
        <w:t xml:space="preserve"> This figure contains summary for studies not excluded in </w:t>
      </w:r>
      <w:r w:rsidRPr="00EB75F0">
        <w:fldChar w:fldCharType="begin"/>
      </w:r>
      <w:r w:rsidRPr="00EB75F0">
        <w:instrText>REF _Ref14442232 \h \r</w:instrText>
      </w:r>
      <w:r w:rsidRPr="00EB75F0">
        <w:fldChar w:fldCharType="separate"/>
      </w:r>
      <w:r w:rsidR="004B2F28">
        <w:t>Appendix 1</w:t>
      </w:r>
      <w:r w:rsidRPr="00EB75F0">
        <w:fldChar w:fldCharType="end"/>
      </w:r>
      <w:r w:rsidRPr="00EB75F0">
        <w:rPr>
          <w:color w:val="000000"/>
        </w:rPr>
        <w:t xml:space="preserve"> (i.e., 65 studies).</w:t>
      </w:r>
    </w:p>
    <w:p w14:paraId="5ED47889" w14:textId="6713DEFF" w:rsidR="009446D0" w:rsidRPr="00541089" w:rsidRDefault="0084596B">
      <w:pPr>
        <w:pStyle w:val="Heading2"/>
        <w:rPr>
          <w:color w:val="1E1E1E"/>
        </w:rPr>
      </w:pPr>
      <w:bookmarkStart w:id="52" w:name="_Ref14213885"/>
      <w:bookmarkStart w:id="53" w:name="_Ref14510284"/>
      <w:r w:rsidRPr="00541089">
        <w:rPr>
          <w:color w:val="1E1E1E"/>
        </w:rPr>
        <w:lastRenderedPageBreak/>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7</w:t>
      </w:r>
      <w:r w:rsidR="00D36D51">
        <w:rPr>
          <w:color w:val="1E1E1E"/>
        </w:rPr>
        <w:fldChar w:fldCharType="end"/>
      </w:r>
      <w:bookmarkEnd w:id="52"/>
      <w:bookmarkEnd w:id="53"/>
      <w:r w:rsidRPr="00541089">
        <w:rPr>
          <w:color w:val="1E1E1E"/>
        </w:rPr>
        <w:t>: Baseline PANSS total score</w:t>
      </w:r>
    </w:p>
    <w:p w14:paraId="18210201" w14:textId="77777777" w:rsidR="009446D0" w:rsidRPr="00EB75F0" w:rsidRDefault="0084596B">
      <w:pPr>
        <w:pStyle w:val="Legend"/>
        <w:rPr>
          <w:color w:val="000000"/>
        </w:rPr>
      </w:pPr>
      <w:r w:rsidRPr="00EB75F0">
        <w:rPr>
          <w:noProof/>
          <w:color w:val="000000"/>
        </w:rPr>
        <w:drawing>
          <wp:inline distT="0" distB="0" distL="0" distR="0" wp14:anchorId="4B475232" wp14:editId="0A2932A4">
            <wp:extent cx="6119977" cy="3671570"/>
            <wp:effectExtent l="0" t="0" r="0" b="0"/>
            <wp:docPr id="10006" name="Picture 1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pic:nvPicPr>
                  <pic:blipFill>
                    <a:blip r:embed="rId31"/>
                    <a:stretch>
                      <a:fillRect/>
                    </a:stretch>
                  </pic:blipFill>
                  <pic:spPr>
                    <a:xfrm>
                      <a:off x="0" y="0"/>
                      <a:ext cx="6119977" cy="3671570"/>
                    </a:xfrm>
                    <a:prstGeom prst="rect">
                      <a:avLst/>
                    </a:prstGeom>
                  </pic:spPr>
                </pic:pic>
              </a:graphicData>
            </a:graphic>
          </wp:inline>
        </w:drawing>
      </w:r>
      <w:r w:rsidRPr="00EB75F0">
        <w:rPr>
          <w:b/>
          <w:color w:val="000000"/>
        </w:rPr>
        <w:t>Key:</w:t>
      </w:r>
      <w:r w:rsidRPr="00EB75F0">
        <w:rPr>
          <w:color w:val="000000"/>
        </w:rPr>
        <w:t xml:space="preserve"> PANSS, Positive and Negative Syndrome Scale; SE, standard error.</w:t>
      </w:r>
    </w:p>
    <w:p w14:paraId="455698DC" w14:textId="1CF89865" w:rsidR="009446D0" w:rsidRPr="00EB75F0" w:rsidRDefault="0084596B">
      <w:pPr>
        <w:pStyle w:val="Legend"/>
        <w:rPr>
          <w:color w:val="000000"/>
        </w:rPr>
      </w:pPr>
      <w:r w:rsidRPr="00EB75F0">
        <w:rPr>
          <w:b/>
          <w:color w:val="000000"/>
        </w:rPr>
        <w:t>Note:</w:t>
      </w:r>
      <w:r w:rsidRPr="00EB75F0">
        <w:rPr>
          <w:color w:val="000000"/>
        </w:rPr>
        <w:t xml:space="preserve"> This figure contains summary for studies not excluded in </w:t>
      </w:r>
      <w:r w:rsidRPr="00EB75F0">
        <w:fldChar w:fldCharType="begin"/>
      </w:r>
      <w:r w:rsidRPr="00EB75F0">
        <w:instrText>REF _Ref14219689 \h \r</w:instrText>
      </w:r>
      <w:r w:rsidRPr="00EB75F0">
        <w:fldChar w:fldCharType="separate"/>
      </w:r>
      <w:r w:rsidR="004B2F28">
        <w:t>Appendix 1</w:t>
      </w:r>
      <w:r w:rsidRPr="00EB75F0">
        <w:fldChar w:fldCharType="end"/>
      </w:r>
      <w:r w:rsidRPr="00EB75F0">
        <w:rPr>
          <w:color w:val="000000"/>
        </w:rPr>
        <w:t xml:space="preserve"> (i.e., 65 studies).</w:t>
      </w:r>
    </w:p>
    <w:p w14:paraId="2633081D" w14:textId="77777777" w:rsidR="009446D0" w:rsidRPr="00EB75F0" w:rsidRDefault="009446D0">
      <w:pPr>
        <w:pStyle w:val="Legend"/>
      </w:pPr>
    </w:p>
    <w:p w14:paraId="0ECB125C" w14:textId="50DAB84A" w:rsidR="009446D0" w:rsidRPr="00541089" w:rsidRDefault="0084596B">
      <w:pPr>
        <w:pStyle w:val="Heading2"/>
        <w:rPr>
          <w:color w:val="1E1E1E"/>
        </w:rPr>
      </w:pPr>
      <w:bookmarkStart w:id="54" w:name="_Ref14587888"/>
      <w:r w:rsidRPr="00541089">
        <w:rPr>
          <w:color w:val="1E1E1E"/>
        </w:rPr>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8</w:t>
      </w:r>
      <w:r w:rsidR="00D36D51">
        <w:rPr>
          <w:color w:val="1E1E1E"/>
        </w:rPr>
        <w:fldChar w:fldCharType="end"/>
      </w:r>
      <w:bookmarkEnd w:id="54"/>
      <w:r w:rsidRPr="00541089">
        <w:rPr>
          <w:color w:val="1E1E1E"/>
        </w:rPr>
        <w:t>: Baseline PANSS positive symptoms scale score</w:t>
      </w:r>
    </w:p>
    <w:p w14:paraId="1F8C1463" w14:textId="77777777" w:rsidR="009446D0" w:rsidRPr="00EB75F0" w:rsidRDefault="0084596B">
      <w:pPr>
        <w:pStyle w:val="Caption"/>
      </w:pPr>
      <w:r w:rsidRPr="00EB75F0">
        <w:rPr>
          <w:noProof/>
        </w:rPr>
        <w:drawing>
          <wp:inline distT="0" distB="0" distL="0" distR="0" wp14:anchorId="69887553" wp14:editId="3309D063">
            <wp:extent cx="6119977" cy="3671570"/>
            <wp:effectExtent l="0" t="0" r="0" b="0"/>
            <wp:docPr id="10007" name="Picture 1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pic:nvPicPr>
                  <pic:blipFill>
                    <a:blip r:embed="rId32"/>
                    <a:stretch>
                      <a:fillRect/>
                    </a:stretch>
                  </pic:blipFill>
                  <pic:spPr>
                    <a:xfrm>
                      <a:off x="0" y="0"/>
                      <a:ext cx="6119977" cy="3671570"/>
                    </a:xfrm>
                    <a:prstGeom prst="rect">
                      <a:avLst/>
                    </a:prstGeom>
                  </pic:spPr>
                </pic:pic>
              </a:graphicData>
            </a:graphic>
          </wp:inline>
        </w:drawing>
      </w:r>
    </w:p>
    <w:p w14:paraId="5BF6DFF2" w14:textId="77777777" w:rsidR="009446D0" w:rsidRPr="00EB75F0" w:rsidRDefault="0084596B">
      <w:pPr>
        <w:pStyle w:val="Legend"/>
      </w:pPr>
      <w:r w:rsidRPr="00EB75F0">
        <w:rPr>
          <w:b/>
        </w:rPr>
        <w:t xml:space="preserve">Key: </w:t>
      </w:r>
      <w:r w:rsidRPr="00EB75F0">
        <w:t>PANSS, Positive and Negative Syndrome Scale; SE, standard error.</w:t>
      </w:r>
    </w:p>
    <w:p w14:paraId="28FA39C8" w14:textId="45193C44" w:rsidR="009446D0" w:rsidRPr="00EB75F0" w:rsidRDefault="0084596B">
      <w:pPr>
        <w:pStyle w:val="Legend"/>
      </w:pPr>
      <w:r w:rsidRPr="00EB75F0">
        <w:rPr>
          <w:b/>
          <w:color w:val="000000"/>
        </w:rPr>
        <w:t>Note:</w:t>
      </w:r>
      <w:r w:rsidRPr="00EB75F0">
        <w:rPr>
          <w:color w:val="000000"/>
        </w:rPr>
        <w:t xml:space="preserve"> This figure contains summary for studies not excluded in </w:t>
      </w:r>
      <w:r w:rsidRPr="00EB75F0">
        <w:fldChar w:fldCharType="begin"/>
      </w:r>
      <w:r w:rsidRPr="00EB75F0">
        <w:instrText>REF _Ref14220042 \h \r</w:instrText>
      </w:r>
      <w:r w:rsidRPr="00EB75F0">
        <w:fldChar w:fldCharType="separate"/>
      </w:r>
      <w:r w:rsidR="004B2F28">
        <w:t>Appendix 1</w:t>
      </w:r>
      <w:r w:rsidRPr="00EB75F0">
        <w:fldChar w:fldCharType="end"/>
      </w:r>
      <w:r w:rsidRPr="00EB75F0">
        <w:rPr>
          <w:color w:val="000000"/>
        </w:rPr>
        <w:t xml:space="preserve"> (i.e., 65 studies).</w:t>
      </w:r>
    </w:p>
    <w:p w14:paraId="22877298" w14:textId="1EFF3E0D" w:rsidR="009446D0" w:rsidRPr="00541089" w:rsidRDefault="0084596B">
      <w:pPr>
        <w:pStyle w:val="Heading2"/>
        <w:rPr>
          <w:color w:val="1E1E1E"/>
        </w:rPr>
      </w:pPr>
      <w:bookmarkStart w:id="55" w:name="_Ref14443722"/>
      <w:r w:rsidRPr="00541089">
        <w:rPr>
          <w:color w:val="1E1E1E"/>
        </w:rPr>
        <w:lastRenderedPageBreak/>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9</w:t>
      </w:r>
      <w:r w:rsidR="00D36D51">
        <w:rPr>
          <w:color w:val="1E1E1E"/>
        </w:rPr>
        <w:fldChar w:fldCharType="end"/>
      </w:r>
      <w:bookmarkEnd w:id="55"/>
      <w:r w:rsidRPr="00541089">
        <w:rPr>
          <w:color w:val="1E1E1E"/>
        </w:rPr>
        <w:t xml:space="preserve">: Baseline PANSS negative symptoms scale score </w:t>
      </w:r>
    </w:p>
    <w:p w14:paraId="4143E8E4" w14:textId="77777777" w:rsidR="009446D0" w:rsidRPr="00EB75F0" w:rsidRDefault="0084596B">
      <w:pPr>
        <w:pStyle w:val="Caption"/>
      </w:pPr>
      <w:r w:rsidRPr="00EB75F0">
        <w:rPr>
          <w:noProof/>
        </w:rPr>
        <w:drawing>
          <wp:inline distT="0" distB="0" distL="0" distR="0" wp14:anchorId="1A8C3AA3" wp14:editId="10B23C6F">
            <wp:extent cx="6119977" cy="3671570"/>
            <wp:effectExtent l="0" t="0" r="0" b="0"/>
            <wp:docPr id="10008" name="Picture 1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pic:nvPicPr>
                  <pic:blipFill>
                    <a:blip r:embed="rId33"/>
                    <a:stretch>
                      <a:fillRect/>
                    </a:stretch>
                  </pic:blipFill>
                  <pic:spPr>
                    <a:xfrm>
                      <a:off x="0" y="0"/>
                      <a:ext cx="6119977" cy="3671570"/>
                    </a:xfrm>
                    <a:prstGeom prst="rect">
                      <a:avLst/>
                    </a:prstGeom>
                  </pic:spPr>
                </pic:pic>
              </a:graphicData>
            </a:graphic>
          </wp:inline>
        </w:drawing>
      </w:r>
    </w:p>
    <w:p w14:paraId="654A4B17" w14:textId="77777777" w:rsidR="009446D0" w:rsidRPr="00EB75F0" w:rsidRDefault="0084596B">
      <w:pPr>
        <w:pStyle w:val="Legend"/>
      </w:pPr>
      <w:r w:rsidRPr="00EB75F0">
        <w:rPr>
          <w:b/>
        </w:rPr>
        <w:t xml:space="preserve">Key: </w:t>
      </w:r>
      <w:r w:rsidRPr="00EB75F0">
        <w:t>PANSS, Positive and Negative Syndrome Scale; SE, standard error.</w:t>
      </w:r>
    </w:p>
    <w:p w14:paraId="6E2FB082" w14:textId="06BBE5C8" w:rsidR="009446D0" w:rsidRPr="00EB75F0" w:rsidRDefault="0084596B">
      <w:pPr>
        <w:pStyle w:val="Legend"/>
      </w:pPr>
      <w:r w:rsidRPr="00EB75F0">
        <w:rPr>
          <w:b/>
          <w:color w:val="000000"/>
        </w:rPr>
        <w:t>Note:</w:t>
      </w:r>
      <w:r w:rsidRPr="00EB75F0">
        <w:rPr>
          <w:color w:val="000000"/>
        </w:rPr>
        <w:t xml:space="preserve"> This figure contains summary for studies not excluded in </w:t>
      </w:r>
      <w:r w:rsidRPr="00EB75F0">
        <w:fldChar w:fldCharType="begin"/>
      </w:r>
      <w:r w:rsidRPr="00EB75F0">
        <w:instrText>REF _Ref14951709 \h \r</w:instrText>
      </w:r>
      <w:r w:rsidRPr="00EB75F0">
        <w:fldChar w:fldCharType="separate"/>
      </w:r>
      <w:r w:rsidR="004B2F28">
        <w:t>Appendix 1</w:t>
      </w:r>
      <w:r w:rsidRPr="00EB75F0">
        <w:fldChar w:fldCharType="end"/>
      </w:r>
      <w:r w:rsidRPr="00EB75F0">
        <w:rPr>
          <w:color w:val="000000"/>
        </w:rPr>
        <w:t xml:space="preserve"> (i.e., 65 studies).</w:t>
      </w:r>
    </w:p>
    <w:p w14:paraId="36934E6F" w14:textId="77777777" w:rsidR="009446D0" w:rsidRPr="00EB75F0" w:rsidRDefault="009446D0">
      <w:pPr>
        <w:pStyle w:val="Caption"/>
      </w:pPr>
    </w:p>
    <w:p w14:paraId="4C34BEAE" w14:textId="0F94E06F" w:rsidR="009446D0" w:rsidRPr="00541089" w:rsidRDefault="0084596B">
      <w:pPr>
        <w:pStyle w:val="Heading2"/>
        <w:rPr>
          <w:color w:val="1E1E1E"/>
        </w:rPr>
      </w:pPr>
      <w:bookmarkStart w:id="56" w:name="_Ref14799202"/>
      <w:bookmarkStart w:id="57" w:name="_Ref14291233"/>
      <w:r w:rsidRPr="00541089">
        <w:rPr>
          <w:color w:val="1E1E1E"/>
        </w:rPr>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10</w:t>
      </w:r>
      <w:r w:rsidR="00D36D51">
        <w:rPr>
          <w:color w:val="1E1E1E"/>
        </w:rPr>
        <w:fldChar w:fldCharType="end"/>
      </w:r>
      <w:bookmarkEnd w:id="56"/>
      <w:bookmarkEnd w:id="57"/>
      <w:r w:rsidRPr="00541089">
        <w:rPr>
          <w:color w:val="1E1E1E"/>
        </w:rPr>
        <w:t>: Baseline CGI-S score</w:t>
      </w:r>
    </w:p>
    <w:p w14:paraId="1E84088F" w14:textId="77777777" w:rsidR="009446D0" w:rsidRPr="00EB75F0" w:rsidRDefault="0084596B">
      <w:pPr>
        <w:pStyle w:val="Caption"/>
      </w:pPr>
      <w:r w:rsidRPr="00EB75F0">
        <w:rPr>
          <w:noProof/>
        </w:rPr>
        <w:drawing>
          <wp:inline distT="0" distB="0" distL="0" distR="0" wp14:anchorId="20C5312A" wp14:editId="47FBCCA2">
            <wp:extent cx="6119977" cy="3671570"/>
            <wp:effectExtent l="0" t="0" r="0" b="0"/>
            <wp:docPr id="10009" name="Picture 1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pic:nvPicPr>
                  <pic:blipFill>
                    <a:blip r:embed="rId34"/>
                    <a:stretch>
                      <a:fillRect/>
                    </a:stretch>
                  </pic:blipFill>
                  <pic:spPr>
                    <a:xfrm>
                      <a:off x="0" y="0"/>
                      <a:ext cx="6119977" cy="3671570"/>
                    </a:xfrm>
                    <a:prstGeom prst="rect">
                      <a:avLst/>
                    </a:prstGeom>
                  </pic:spPr>
                </pic:pic>
              </a:graphicData>
            </a:graphic>
          </wp:inline>
        </w:drawing>
      </w:r>
    </w:p>
    <w:p w14:paraId="4A490647" w14:textId="15BCB2B1" w:rsidR="009446D0" w:rsidRPr="00EB75F0" w:rsidRDefault="0084596B">
      <w:pPr>
        <w:pStyle w:val="Legend"/>
      </w:pPr>
      <w:r w:rsidRPr="00EB75F0">
        <w:rPr>
          <w:b/>
        </w:rPr>
        <w:t xml:space="preserve">Key: </w:t>
      </w:r>
      <w:r w:rsidRPr="00EB75F0">
        <w:t>CGI-S, Clinical Global Impression</w:t>
      </w:r>
      <w:r w:rsidR="00EC44F3">
        <w:t>s</w:t>
      </w:r>
      <w:r w:rsidRPr="00EB75F0">
        <w:t xml:space="preserve"> </w:t>
      </w:r>
      <w:r w:rsidR="00EC44F3">
        <w:t>–</w:t>
      </w:r>
      <w:r w:rsidRPr="00EB75F0">
        <w:t xml:space="preserve"> Severity; SE, standard error.</w:t>
      </w:r>
    </w:p>
    <w:p w14:paraId="6E82B1B3" w14:textId="2A3C83D6" w:rsidR="009446D0" w:rsidRPr="00EB75F0" w:rsidRDefault="0084596B">
      <w:pPr>
        <w:pStyle w:val="Legend"/>
      </w:pPr>
      <w:r w:rsidRPr="00EB75F0">
        <w:rPr>
          <w:b/>
          <w:color w:val="000000"/>
        </w:rPr>
        <w:t>Note:</w:t>
      </w:r>
      <w:r w:rsidRPr="00EB75F0">
        <w:rPr>
          <w:color w:val="000000"/>
        </w:rPr>
        <w:t xml:space="preserve"> This figure contains summary for studies not excluded in </w:t>
      </w:r>
      <w:r w:rsidRPr="00EB75F0">
        <w:fldChar w:fldCharType="begin"/>
      </w:r>
      <w:r w:rsidRPr="00EB75F0">
        <w:instrText>REF _Ref14572659 \h \r</w:instrText>
      </w:r>
      <w:r w:rsidRPr="00EB75F0">
        <w:fldChar w:fldCharType="separate"/>
      </w:r>
      <w:r w:rsidR="004B2F28">
        <w:t>Appendix 1</w:t>
      </w:r>
      <w:r w:rsidRPr="00EB75F0">
        <w:fldChar w:fldCharType="end"/>
      </w:r>
      <w:r w:rsidRPr="00EB75F0">
        <w:rPr>
          <w:color w:val="000000"/>
        </w:rPr>
        <w:t xml:space="preserve"> (i.e., 65 studies).</w:t>
      </w:r>
    </w:p>
    <w:p w14:paraId="26E80D0D" w14:textId="1B23776F" w:rsidR="009446D0" w:rsidRPr="00541089" w:rsidRDefault="0084596B">
      <w:pPr>
        <w:pStyle w:val="Heading2"/>
        <w:rPr>
          <w:color w:val="1E1E1E"/>
        </w:rPr>
      </w:pPr>
      <w:bookmarkStart w:id="58" w:name="_Ref14370165"/>
      <w:bookmarkStart w:id="59" w:name="_Ref14909782"/>
      <w:bookmarkStart w:id="60" w:name="_Ref14444225"/>
      <w:r w:rsidRPr="00541089">
        <w:rPr>
          <w:color w:val="1E1E1E"/>
        </w:rPr>
        <w:lastRenderedPageBreak/>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11</w:t>
      </w:r>
      <w:r w:rsidR="00D36D51">
        <w:rPr>
          <w:color w:val="1E1E1E"/>
        </w:rPr>
        <w:fldChar w:fldCharType="end"/>
      </w:r>
      <w:bookmarkEnd w:id="58"/>
      <w:bookmarkEnd w:id="59"/>
      <w:bookmarkEnd w:id="60"/>
      <w:r w:rsidRPr="00541089">
        <w:rPr>
          <w:color w:val="1E1E1E"/>
        </w:rPr>
        <w:t>: Baseline prolactin level</w:t>
      </w:r>
    </w:p>
    <w:p w14:paraId="2F496A4A" w14:textId="77777777" w:rsidR="009446D0" w:rsidRPr="00EB75F0" w:rsidRDefault="0084596B">
      <w:r w:rsidRPr="00EB75F0">
        <w:rPr>
          <w:rFonts w:ascii="Times New Roman" w:hAnsi="Times New Roman"/>
          <w:noProof/>
          <w:color w:val="000000"/>
          <w:sz w:val="24"/>
        </w:rPr>
        <w:drawing>
          <wp:inline distT="0" distB="0" distL="0" distR="0" wp14:anchorId="21E63B6B" wp14:editId="1882462D">
            <wp:extent cx="6120130" cy="3671570"/>
            <wp:effectExtent l="0" t="0" r="0" b="0"/>
            <wp:docPr id="10010" name="Picture 1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pic:nvPicPr>
                  <pic:blipFill>
                    <a:blip r:embed="rId35"/>
                    <a:stretch>
                      <a:fillRect/>
                    </a:stretch>
                  </pic:blipFill>
                  <pic:spPr>
                    <a:xfrm>
                      <a:off x="0" y="0"/>
                      <a:ext cx="6120130" cy="3671570"/>
                    </a:xfrm>
                    <a:prstGeom prst="rect">
                      <a:avLst/>
                    </a:prstGeom>
                  </pic:spPr>
                </pic:pic>
              </a:graphicData>
            </a:graphic>
          </wp:inline>
        </w:drawing>
      </w:r>
    </w:p>
    <w:p w14:paraId="2E7F660F" w14:textId="38168DBA" w:rsidR="009446D0" w:rsidRPr="00EB75F0" w:rsidRDefault="0084596B">
      <w:pPr>
        <w:pStyle w:val="Legend"/>
      </w:pPr>
      <w:r w:rsidRPr="00EB75F0">
        <w:rPr>
          <w:b/>
          <w:color w:val="000000"/>
        </w:rPr>
        <w:t>Note:</w:t>
      </w:r>
      <w:r w:rsidRPr="00EB75F0">
        <w:rPr>
          <w:color w:val="000000"/>
        </w:rPr>
        <w:t xml:space="preserve"> This figure contains summary for studies not excluded in </w:t>
      </w:r>
      <w:r w:rsidRPr="00EB75F0">
        <w:fldChar w:fldCharType="begin"/>
      </w:r>
      <w:r w:rsidRPr="00EB75F0">
        <w:instrText>REF _Ref14959712 \h \r</w:instrText>
      </w:r>
      <w:r w:rsidRPr="00EB75F0">
        <w:fldChar w:fldCharType="separate"/>
      </w:r>
      <w:r w:rsidR="004B2F28">
        <w:t>Appendix 1</w:t>
      </w:r>
      <w:r w:rsidRPr="00EB75F0">
        <w:fldChar w:fldCharType="end"/>
      </w:r>
      <w:r w:rsidRPr="00EB75F0">
        <w:rPr>
          <w:color w:val="000000"/>
        </w:rPr>
        <w:t xml:space="preserve"> (i.e., 65 studies).</w:t>
      </w:r>
    </w:p>
    <w:p w14:paraId="687B2ABC" w14:textId="77777777" w:rsidR="009446D0" w:rsidRPr="00EB75F0" w:rsidRDefault="009446D0"/>
    <w:p w14:paraId="58234D9B" w14:textId="77777777" w:rsidR="009446D0" w:rsidRPr="00EB75F0" w:rsidRDefault="009446D0">
      <w:pPr>
        <w:pStyle w:val="ListParagraph"/>
        <w:numPr>
          <w:ilvl w:val="0"/>
          <w:numId w:val="16"/>
        </w:numPr>
        <w:sectPr w:rsidR="009446D0" w:rsidRPr="00EB75F0">
          <w:pgSz w:w="11906" w:h="16838"/>
          <w:pgMar w:top="1134" w:right="1134" w:bottom="1134" w:left="1134" w:header="567" w:footer="567" w:gutter="0"/>
          <w:cols w:space="708"/>
          <w:docGrid w:linePitch="360"/>
        </w:sectPr>
      </w:pPr>
    </w:p>
    <w:p w14:paraId="654D41C9" w14:textId="77777777" w:rsidR="009446D0" w:rsidRPr="009A27D2" w:rsidRDefault="0084596B">
      <w:pPr>
        <w:pStyle w:val="Heading1"/>
        <w:numPr>
          <w:ilvl w:val="0"/>
          <w:numId w:val="17"/>
        </w:numPr>
        <w:ind w:left="0" w:firstLine="0"/>
        <w:rPr>
          <w:b/>
          <w:sz w:val="24"/>
        </w:rPr>
      </w:pPr>
      <w:bookmarkStart w:id="61" w:name="_Ref14219266"/>
      <w:bookmarkStart w:id="62" w:name="_Ref14660533"/>
      <w:bookmarkStart w:id="63" w:name="_Ref214012735"/>
      <w:r w:rsidRPr="009A27D2">
        <w:rPr>
          <w:b/>
          <w:sz w:val="24"/>
        </w:rPr>
        <w:lastRenderedPageBreak/>
        <w:t>Endpoint availability summary</w:t>
      </w:r>
      <w:bookmarkEnd w:id="61"/>
      <w:bookmarkEnd w:id="62"/>
      <w:bookmarkEnd w:id="63"/>
    </w:p>
    <w:p w14:paraId="4825CB47" w14:textId="1ED4A66C" w:rsidR="00DD13B8" w:rsidRPr="009A27D2" w:rsidRDefault="0084596B">
      <w:pPr>
        <w:rPr>
          <w:color w:val="auto"/>
        </w:rPr>
      </w:pPr>
      <w:r w:rsidRPr="009A27D2">
        <w:rPr>
          <w:color w:val="auto"/>
          <w:szCs w:val="22"/>
        </w:rPr>
        <w:fldChar w:fldCharType="begin"/>
      </w:r>
      <w:r w:rsidRPr="009A27D2">
        <w:rPr>
          <w:color w:val="auto"/>
          <w:szCs w:val="22"/>
        </w:rPr>
        <w:instrText>REF _Ref14198427 \h</w:instrText>
      </w:r>
      <w:r w:rsidR="00C568F7"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Table S5</w:t>
      </w:r>
      <w:r w:rsidR="004B2F28" w:rsidRPr="004B2F28">
        <w:rPr>
          <w:color w:val="auto"/>
          <w:szCs w:val="22"/>
        </w:rPr>
        <w:noBreakHyphen/>
        <w:t>1</w:t>
      </w:r>
      <w:r w:rsidRPr="009A27D2">
        <w:rPr>
          <w:color w:val="auto"/>
          <w:szCs w:val="22"/>
        </w:rPr>
        <w:fldChar w:fldCharType="end"/>
      </w:r>
      <w:r w:rsidRPr="009A27D2">
        <w:rPr>
          <w:color w:val="auto"/>
          <w:szCs w:val="22"/>
        </w:rPr>
        <w:t xml:space="preserve"> summarizes the data availability for each endpoint of interest across the remaining 58 studies </w:t>
      </w:r>
      <w:r w:rsidR="008001D3" w:rsidRPr="009A27D2">
        <w:rPr>
          <w:color w:val="auto"/>
          <w:szCs w:val="22"/>
        </w:rPr>
        <w:t>considered suitable for</w:t>
      </w:r>
      <w:r w:rsidRPr="009A27D2">
        <w:rPr>
          <w:color w:val="auto"/>
          <w:szCs w:val="22"/>
        </w:rPr>
        <w:t xml:space="preserve"> network meta-analysis. </w:t>
      </w:r>
      <w:r w:rsidRPr="009A27D2">
        <w:rPr>
          <w:color w:val="auto"/>
        </w:rPr>
        <w:t>The 12 endpoints of interest include change in Positive and Negative Syndrome Scale (PANSS) scores (total, positive, negative), change in Clinical Global Impressions-Severity (CGI-S) score, ≥ 30% reduction in PANSS total score, CGI-S score response, change in weight (kg), clinically significant weight gain, discontinuation rates (all-cause, adverse event-related), and incidence of sedation and somnolence.</w:t>
      </w:r>
      <w:r w:rsidR="00DD13B8" w:rsidRPr="009A27D2">
        <w:rPr>
          <w:color w:val="auto"/>
        </w:rPr>
        <w:t xml:space="preserve"> </w:t>
      </w:r>
      <w:r w:rsidRPr="009A27D2">
        <w:rPr>
          <w:color w:val="auto"/>
        </w:rPr>
        <w:t>Data were relatively well reported for a majority of the endpoints considered, with the exception of CGI-S response (defined as achieving a CGI-S score of 1 or 2). Only one comparator study (McQuade 2004</w:t>
      </w:r>
      <w:r w:rsidR="0031308D" w:rsidRPr="009A27D2">
        <w:rPr>
          <w:color w:val="auto"/>
        </w:rPr>
        <w:fldChar w:fldCharType="begin"/>
      </w:r>
      <w:r w:rsidR="00452EF4">
        <w:rPr>
          <w:color w:val="auto"/>
        </w:rPr>
        <w:instrText xml:space="preserve"> ADDIN EN.CITE &lt;EndNote&gt;&lt;Cite&gt;&lt;Author&gt;McQuade RD&lt;/Author&gt;&lt;Year&gt;2004&lt;/Year&gt;&lt;RecNum&gt;29&lt;/RecNum&gt;&lt;DisplayText&gt;&lt;style face="superscript"&gt;32&lt;/style&gt;&lt;/DisplayText&gt;&lt;record&gt;&lt;rec-number&gt;29&lt;/rec-number&gt;&lt;foreign-keys&gt;&lt;key app="EN" db-id="9ttaxzax2p0tr7ewzt55atews50zvxaaa5rz" timestamp="1764068829"&gt;29&lt;/key&gt;&lt;/foreign-keys&gt;&lt;ref-type name="Journal Article"&gt;17&lt;/ref-type&gt;&lt;contributors&gt;&lt;authors&gt;&lt;author&gt;McQuade RD, Stock E, Marcus R, Jody D, Gharbia NA, Vanveggel S, Archibald D, Carson WH.&lt;/author&gt;&lt;/authors&gt;&lt;/contributors&gt;&lt;titles&gt;&lt;title&gt;A comparison of weight change during treatment with olanzapine or aripiprazole: results from a randomized, double-blind study.&lt;/title&gt;&lt;secondary-title&gt;J Clin Psychiatry.&lt;/secondary-title&gt;&lt;/titles&gt;&lt;periodical&gt;&lt;full-title&gt;J Clin Psychiatry.&lt;/full-title&gt;&lt;/periodical&gt;&lt;pages&gt;47-56&lt;/pages&gt;&lt;volume&gt;1&lt;/volume&gt;&lt;number&gt;65&lt;/number&gt;&lt;dates&gt;&lt;year&gt;2004&lt;/year&gt;&lt;/dates&gt;&lt;urls&gt;&lt;/urls&gt;&lt;/record&gt;&lt;/Cite&gt;&lt;/EndNote&gt;</w:instrText>
      </w:r>
      <w:r w:rsidR="0031308D" w:rsidRPr="009A27D2">
        <w:rPr>
          <w:color w:val="auto"/>
        </w:rPr>
        <w:fldChar w:fldCharType="separate"/>
      </w:r>
      <w:r w:rsidR="00452EF4" w:rsidRPr="00452EF4">
        <w:rPr>
          <w:noProof/>
          <w:color w:val="auto"/>
          <w:vertAlign w:val="superscript"/>
        </w:rPr>
        <w:t>32</w:t>
      </w:r>
      <w:r w:rsidR="0031308D" w:rsidRPr="009A27D2">
        <w:rPr>
          <w:color w:val="auto"/>
        </w:rPr>
        <w:fldChar w:fldCharType="end"/>
      </w:r>
      <w:r w:rsidRPr="009A27D2">
        <w:rPr>
          <w:color w:val="auto"/>
        </w:rPr>
        <w:t>) reported CGI-S response data within the 4–6 week timepoint range. However, it did not share a common comparator arm with the EMERGENT trials</w:t>
      </w:r>
      <w:r w:rsidR="00E56BB2"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EN.CITE.DATA </w:instrText>
      </w:r>
      <w:r w:rsidR="00452EF4">
        <w:fldChar w:fldCharType="end"/>
      </w:r>
      <w:r w:rsidR="00E56BB2" w:rsidRPr="001F2C70">
        <w:fldChar w:fldCharType="separate"/>
      </w:r>
      <w:r w:rsidR="00452EF4" w:rsidRPr="00452EF4">
        <w:rPr>
          <w:noProof/>
          <w:vertAlign w:val="superscript"/>
        </w:rPr>
        <w:t>7-9</w:t>
      </w:r>
      <w:r w:rsidR="00E56BB2" w:rsidRPr="001F2C70">
        <w:fldChar w:fldCharType="end"/>
      </w:r>
      <w:r w:rsidRPr="009A27D2">
        <w:rPr>
          <w:color w:val="auto"/>
        </w:rPr>
        <w:t xml:space="preserve"> and could not form a connected network. Given these limitations, NMA was not possible for CGI-S response (defined as achieving a CGI-S score of 1 or 2). </w:t>
      </w:r>
    </w:p>
    <w:p w14:paraId="6FB442C2" w14:textId="6CC6A030" w:rsidR="008001D3" w:rsidRPr="009A27D2" w:rsidRDefault="00096694">
      <w:pPr>
        <w:rPr>
          <w:color w:val="auto"/>
        </w:rPr>
        <w:sectPr w:rsidR="008001D3" w:rsidRPr="009A27D2">
          <w:pgSz w:w="11906" w:h="16838"/>
          <w:pgMar w:top="1134" w:right="1134" w:bottom="1134" w:left="1134" w:header="567" w:footer="567" w:gutter="0"/>
          <w:cols w:space="708"/>
          <w:docGrid w:linePitch="360"/>
        </w:sectPr>
      </w:pPr>
      <w:r w:rsidRPr="009A27D2">
        <w:rPr>
          <w:color w:val="auto"/>
        </w:rPr>
        <w:t>Two</w:t>
      </w:r>
      <w:r w:rsidR="0084596B" w:rsidRPr="009A27D2">
        <w:rPr>
          <w:color w:val="auto"/>
          <w:sz w:val="18"/>
        </w:rPr>
        <w:t xml:space="preserve"> </w:t>
      </w:r>
      <w:r w:rsidR="0084596B" w:rsidRPr="009A27D2">
        <w:rPr>
          <w:color w:val="auto"/>
        </w:rPr>
        <w:t>of the 58 studies remaining in the evidence base (Gupta 2018</w:t>
      </w:r>
      <w:r w:rsidR="0031308D" w:rsidRPr="009A27D2">
        <w:rPr>
          <w:color w:val="auto"/>
        </w:rPr>
        <w:fldChar w:fldCharType="begin"/>
      </w:r>
      <w:r w:rsidR="00452EF4">
        <w:rPr>
          <w:color w:val="auto"/>
        </w:rPr>
        <w:instrText xml:space="preserve"> ADDIN EN.CITE &lt;EndNote&gt;&lt;Cite&gt;&lt;Author&gt;Gupta&lt;/Author&gt;&lt;Year&gt;2018&lt;/Year&gt;&lt;RecNum&gt;20&lt;/RecNum&gt;&lt;DisplayText&gt;&lt;style face="superscript"&gt;23&lt;/style&gt;&lt;/DisplayText&gt;&lt;record&gt;&lt;rec-number&gt;20&lt;/rec-number&gt;&lt;foreign-keys&gt;&lt;key app="EN" db-id="9ttaxzax2p0tr7ewzt55atews50zvxaaa5rz" timestamp="1764068827"&gt;20&lt;/key&gt;&lt;/foreign-keys&gt;&lt;ref-type name="Journal Article"&gt;17&lt;/ref-type&gt;&lt;contributors&gt;&lt;authors&gt;&lt;author&gt;Gupta, S.&lt;/author&gt;&lt;author&gt;Gupta, P.&lt;/author&gt;&lt;author&gt;Sharma, M.&lt;/author&gt;&lt;/authors&gt;&lt;/contributors&gt;&lt;titles&gt;&lt;title&gt;Comparative profile of atypical antipsychotics in patients of schizophrenia&lt;/title&gt;&lt;secondary-title&gt;Indian Journal of Psychiatry&lt;/secondary-title&gt;&lt;/titles&gt;&lt;periodical&gt;&lt;full-title&gt;Indian Journal of Psychiatry&lt;/full-title&gt;&lt;/periodical&gt;&lt;pages&gt;S75&lt;/pages&gt;&lt;volume&gt;60&lt;/volume&gt;&lt;number&gt;5 Supplement 1&lt;/number&gt;&lt;dates&gt;&lt;year&gt;2018&lt;/year&gt;&lt;/dates&gt;&lt;pub-location&gt;Netherlands&lt;/pub-location&gt;&lt;publisher&gt;Medknow Publications&lt;/publisher&gt;&lt;isbn&gt;1998-3794&lt;/isbn&gt;&lt;urls&gt;&lt;related-urls&gt;&lt;url&gt;http://ovidsp.ovid.com/ovidweb.cgi?T=JS&amp;amp;PAGE=reference&amp;amp;D=emed19&amp;amp;NEWS=N&amp;amp;AN=621267601&lt;/url&gt;&lt;/related-urls&gt;&lt;/urls&gt;&lt;/record&gt;&lt;/Cite&gt;&lt;/EndNote&gt;</w:instrText>
      </w:r>
      <w:r w:rsidR="0031308D" w:rsidRPr="009A27D2">
        <w:rPr>
          <w:color w:val="auto"/>
        </w:rPr>
        <w:fldChar w:fldCharType="separate"/>
      </w:r>
      <w:r w:rsidR="00452EF4" w:rsidRPr="00452EF4">
        <w:rPr>
          <w:noProof/>
          <w:color w:val="auto"/>
          <w:vertAlign w:val="superscript"/>
        </w:rPr>
        <w:t>23</w:t>
      </w:r>
      <w:r w:rsidR="0031308D" w:rsidRPr="009A27D2">
        <w:rPr>
          <w:color w:val="auto"/>
        </w:rPr>
        <w:fldChar w:fldCharType="end"/>
      </w:r>
      <w:r w:rsidR="0084596B" w:rsidRPr="009A27D2">
        <w:rPr>
          <w:color w:val="auto"/>
        </w:rPr>
        <w:t>, Loza 2006</w:t>
      </w:r>
      <w:r w:rsidR="0031308D" w:rsidRPr="009A27D2">
        <w:rPr>
          <w:color w:val="auto"/>
        </w:rPr>
        <w:fldChar w:fldCharType="begin"/>
      </w:r>
      <w:r w:rsidR="00452EF4">
        <w:rPr>
          <w:color w:val="auto"/>
        </w:rPr>
        <w:instrText xml:space="preserve"> ADDIN EN.CITE &lt;EndNote&gt;&lt;Cite&gt;&lt;Author&gt;Loza&lt;/Author&gt;&lt;Year&gt;2006&lt;/Year&gt;&lt;RecNum&gt;56&lt;/RecNum&gt;&lt;DisplayText&gt;&lt;style face="superscript"&gt;59&lt;/style&gt;&lt;/DisplayText&gt;&lt;record&gt;&lt;rec-number&gt;56&lt;/rec-number&gt;&lt;foreign-keys&gt;&lt;key app="EN" db-id="9ttaxzax2p0tr7ewzt55atews50zvxaaa5rz" timestamp="1764068836"&gt;56&lt;/key&gt;&lt;/foreign-keys&gt;&lt;ref-type name=".Conference Proceedings"&gt;10&lt;/ref-type&gt;&lt;contributors&gt;&lt;authors&gt;&lt;author&gt;Loza, B&lt;/author&gt;&lt;author&gt;Czernikiewicz, A&lt;/author&gt;&lt;author&gt;Roszkowska, A&lt;/author&gt;&lt;author&gt;Szulc, A&lt;/author&gt;&lt;/authors&gt;&lt;/contributors&gt;&lt;titles&gt;&lt;title&gt;Atypical antipsychotics: The prosocial capacity. Double-blind, randomized, prospective study of olanzapine and risperidone treatment of schizophrenia: Cognitive, awareness and quality of life report&lt;/title&gt;&lt;secondary-title&gt;INTERNATIONAL JOURNAL OF NEUROPSYCHOPHARMACOLOGY&lt;/secondary-title&gt;&lt;/titles&gt;&lt;periodical&gt;&lt;full-title&gt;International Journal of Neuropsychopharmacology&lt;/full-title&gt;&lt;/periodical&gt;&lt;pages&gt;S271-S271&lt;/pages&gt;&lt;volume&gt;9&lt;/volume&gt;&lt;dates&gt;&lt;year&gt;2006&lt;/year&gt;&lt;/dates&gt;&lt;publisher&gt;CAMBRIDGE UNIV PRESS 32 AVENUE OF THE AMERICAS, NEW YORK, NY 10013-2473 USA&lt;/publisher&gt;&lt;isbn&gt;1461-1457&lt;/isbn&gt;&lt;urls&gt;&lt;/urls&gt;&lt;/record&gt;&lt;/Cite&gt;&lt;/EndNote&gt;</w:instrText>
      </w:r>
      <w:r w:rsidR="0031308D" w:rsidRPr="009A27D2">
        <w:rPr>
          <w:color w:val="auto"/>
        </w:rPr>
        <w:fldChar w:fldCharType="separate"/>
      </w:r>
      <w:r w:rsidR="00452EF4" w:rsidRPr="00452EF4">
        <w:rPr>
          <w:noProof/>
          <w:color w:val="auto"/>
          <w:vertAlign w:val="superscript"/>
        </w:rPr>
        <w:t>59</w:t>
      </w:r>
      <w:r w:rsidR="0031308D" w:rsidRPr="009A27D2">
        <w:rPr>
          <w:color w:val="auto"/>
        </w:rPr>
        <w:fldChar w:fldCharType="end"/>
      </w:r>
      <w:r w:rsidR="0084596B" w:rsidRPr="009A27D2">
        <w:rPr>
          <w:color w:val="auto"/>
        </w:rPr>
        <w:t>) did not report data for any of the endpoints of interest.</w:t>
      </w:r>
      <w:r w:rsidRPr="009A27D2">
        <w:rPr>
          <w:color w:val="auto"/>
        </w:rPr>
        <w:t xml:space="preserve"> Seven studies (Hatta 2009</w:t>
      </w:r>
      <w:r w:rsidR="0031308D" w:rsidRPr="009A27D2">
        <w:rPr>
          <w:color w:val="auto"/>
        </w:rPr>
        <w:fldChar w:fldCharType="begin"/>
      </w:r>
      <w:r w:rsidR="00452EF4">
        <w:rPr>
          <w:color w:val="auto"/>
        </w:rPr>
        <w:instrText xml:space="preserve"> ADDIN EN.CITE &lt;EndNote&gt;&lt;Cite&gt;&lt;Author&gt;Hatta&lt;/Author&gt;&lt;Year&gt;2009&lt;/Year&gt;&lt;RecNum&gt;21&lt;/RecNum&gt;&lt;DisplayText&gt;&lt;style face="superscript"&gt;24&lt;/style&gt;&lt;/DisplayText&gt;&lt;record&gt;&lt;rec-number&gt;21&lt;/rec-number&gt;&lt;foreign-keys&gt;&lt;key app="EN" db-id="9ttaxzax2p0tr7ewzt55atews50zvxaaa5rz" timestamp="1764068828"&gt;21&lt;/key&gt;&lt;/foreign-keys&gt;&lt;ref-type name="Journal Article"&gt;17&lt;/ref-type&gt;&lt;contributors&gt;&lt;authors&gt;&lt;author&gt;Hatta, K.&lt;/author&gt;&lt;author&gt;Sato, K.&lt;/author&gt;&lt;author&gt;Hamakawa, H.&lt;/author&gt;&lt;author&gt;Takebayashi, H.&lt;/author&gt;&lt;author&gt;Kimura, N.&lt;/author&gt;&lt;author&gt;Ochi, S.&lt;/author&gt;&lt;author&gt;Sudo, Y.&lt;/author&gt;&lt;author&gt;Asukai, N.&lt;/author&gt;&lt;author&gt;Nakamura, H.&lt;/author&gt;&lt;author&gt;Usui, C.&lt;/author&gt;&lt;author&gt;Kawabata, T.&lt;/author&gt;&lt;author&gt;Hirata, T.&lt;/author&gt;&lt;author&gt;Sawa, Y.&lt;/author&gt;&lt;/authors&gt;&lt;/contributors&gt;&lt;titles&gt;&lt;title&gt;Effectiveness of second-generation antipsychotics with acute-phase schizophrenia&lt;/title&gt;&lt;secondary-title&gt;Schizophr Res&lt;/secondary-title&gt;&lt;/titles&gt;&lt;periodical&gt;&lt;full-title&gt;Schizophr Res&lt;/full-title&gt;&lt;/periodical&gt;&lt;pages&gt;49-55&lt;/pages&gt;&lt;volume&gt;113&lt;/volume&gt;&lt;number&gt;1&lt;/number&gt;&lt;dates&gt;&lt;year&gt;2009&lt;/year&gt;&lt;pub-dates&gt;&lt;date&gt;20090624&lt;/date&gt;&lt;/pub-dates&gt;&lt;/dates&gt;&lt;pub-location&gt;Department of Psychiatry, Juntendo University School of Medicine, Tokyo, Japan. khatta@juntendo.ac.jp&lt;/pub-location&gt;&lt;isbn&gt;1573-2509 (Electronic) 0920-9964 (Linking)&lt;/isbn&gt;&lt;urls&gt;&lt;related-urls&gt;&lt;url&gt;https://www.ncbi.nlm.nih.gov/pubmed/19553086&lt;/url&gt;&lt;/related-urls&gt;&lt;/urls&gt;&lt;electronic-resource-num&gt;10.1016/j.schres.2009.05.030&lt;/electronic-resource-num&gt;&lt;/record&gt;&lt;/Cite&gt;&lt;/EndNote&gt;</w:instrText>
      </w:r>
      <w:r w:rsidR="0031308D" w:rsidRPr="009A27D2">
        <w:rPr>
          <w:color w:val="auto"/>
        </w:rPr>
        <w:fldChar w:fldCharType="separate"/>
      </w:r>
      <w:r w:rsidR="00452EF4" w:rsidRPr="00452EF4">
        <w:rPr>
          <w:noProof/>
          <w:color w:val="auto"/>
          <w:vertAlign w:val="superscript"/>
        </w:rPr>
        <w:t>24</w:t>
      </w:r>
      <w:r w:rsidR="0031308D" w:rsidRPr="009A27D2">
        <w:rPr>
          <w:color w:val="auto"/>
        </w:rPr>
        <w:fldChar w:fldCharType="end"/>
      </w:r>
      <w:r w:rsidRPr="009A27D2">
        <w:rPr>
          <w:color w:val="auto"/>
        </w:rPr>
        <w:t>, Naber D 2005</w:t>
      </w:r>
      <w:r w:rsidR="0031308D" w:rsidRPr="009A27D2">
        <w:rPr>
          <w:color w:val="auto"/>
        </w:rPr>
        <w:fldChar w:fldCharType="begin"/>
      </w:r>
      <w:r w:rsidR="00452EF4">
        <w:rPr>
          <w:color w:val="auto"/>
        </w:rPr>
        <w:instrText xml:space="preserve"> ADDIN EN.CITE &lt;EndNote&gt;&lt;Cite&gt;&lt;Author&gt;Naber&lt;/Author&gt;&lt;Year&gt;2005&lt;/Year&gt;&lt;RecNum&gt;46&lt;/RecNum&gt;&lt;DisplayText&gt;&lt;style face="superscript"&gt;49&lt;/style&gt;&lt;/DisplayText&gt;&lt;record&gt;&lt;rec-number&gt;46&lt;/rec-number&gt;&lt;foreign-keys&gt;&lt;key app="EN" db-id="9ttaxzax2p0tr7ewzt55atews50zvxaaa5rz" timestamp="1764068833"&gt;46&lt;/key&gt;&lt;/foreign-keys&gt;&lt;ref-type name="Journal Article"&gt;17&lt;/ref-type&gt;&lt;contributors&gt;&lt;authors&gt;&lt;author&gt;Naber, D.&lt;/author&gt;&lt;author&gt;Riedel, M.&lt;/author&gt;&lt;author&gt;Klimke, A.&lt;/author&gt;&lt;author&gt;Vorbach, E. U.&lt;/author&gt;&lt;author&gt;Lambert, M.&lt;/author&gt;&lt;author&gt;Kuhn, K. U.&lt;/author&gt;&lt;author&gt;Bender, S.&lt;/author&gt;&lt;author&gt;Bandelow, B.&lt;/author&gt;&lt;author&gt;Lemmer, W.&lt;/author&gt;&lt;author&gt;Moritz, S.&lt;/author&gt;&lt;author&gt;Dittmann, R. W.&lt;/author&gt;&lt;/authors&gt;&lt;/contributors&gt;&lt;titles&gt;&lt;title&gt;Randomized double blind comparison of olanzapine vs. clozapine on subjective well-being and clinical outcome in patients with schizophrenia&lt;/title&gt;&lt;secondary-title&gt;Acta Psychiatr Scand&lt;/secondary-title&gt;&lt;/titles&gt;&lt;periodical&gt;&lt;full-title&gt;Acta Psychiatr Scand&lt;/full-title&gt;&lt;/periodical&gt;&lt;pages&gt;106-15&lt;/pages&gt;&lt;volume&gt;111&lt;/volume&gt;&lt;number&gt;2&lt;/number&gt;&lt;dates&gt;&lt;year&gt;2005&lt;/year&gt;&lt;pub-dates&gt;&lt;date&gt;Feb&lt;/date&gt;&lt;/pub-dates&gt;&lt;/dates&gt;&lt;pub-location&gt;Department of Psychiatry and Psychotherapy, University Hospital Hamburg-Eppendorf, Germany. naber@uke.uni-hamburg.de&lt;/pub-location&gt;&lt;isbn&gt;0001-690X (Print) 0001-690X (Linking)&lt;/isbn&gt;&lt;urls&gt;&lt;related-urls&gt;&lt;url&gt;https://www.ncbi.nlm.nih.gov/pubmed/15667429&lt;/url&gt;&lt;/related-urls&gt;&lt;/urls&gt;&lt;electronic-resource-num&gt;10.1111/j.1600-0447.2004.00486.x&lt;/electronic-resource-num&gt;&lt;/record&gt;&lt;/Cite&gt;&lt;/EndNote&gt;</w:instrText>
      </w:r>
      <w:r w:rsidR="0031308D" w:rsidRPr="009A27D2">
        <w:rPr>
          <w:color w:val="auto"/>
        </w:rPr>
        <w:fldChar w:fldCharType="separate"/>
      </w:r>
      <w:r w:rsidR="00452EF4" w:rsidRPr="00452EF4">
        <w:rPr>
          <w:noProof/>
          <w:color w:val="auto"/>
          <w:vertAlign w:val="superscript"/>
        </w:rPr>
        <w:t>49</w:t>
      </w:r>
      <w:r w:rsidR="0031308D" w:rsidRPr="009A27D2">
        <w:rPr>
          <w:color w:val="auto"/>
        </w:rPr>
        <w:fldChar w:fldCharType="end"/>
      </w:r>
      <w:r w:rsidRPr="009A27D2">
        <w:rPr>
          <w:color w:val="auto"/>
        </w:rPr>
        <w:t>, Riedel 2007</w:t>
      </w:r>
      <w:r w:rsidR="0031308D" w:rsidRPr="009A27D2">
        <w:rPr>
          <w:color w:val="auto"/>
        </w:rPr>
        <w:fldChar w:fldCharType="begin"/>
      </w:r>
      <w:r w:rsidR="00452EF4">
        <w:rPr>
          <w:color w:val="auto"/>
        </w:rPr>
        <w:instrText xml:space="preserve"> ADDIN EN.CITE &lt;EndNote&gt;&lt;Cite&gt;&lt;Author&gt;Riedel&lt;/Author&gt;&lt;Year&gt;2007&lt;/Year&gt;&lt;RecNum&gt;68&lt;/RecNum&gt;&lt;DisplayText&gt;&lt;style face="superscript"&gt;71&lt;/style&gt;&lt;/DisplayText&gt;&lt;record&gt;&lt;rec-number&gt;68&lt;/rec-number&gt;&lt;foreign-keys&gt;&lt;key app="EN" db-id="9ttaxzax2p0tr7ewzt55atews50zvxaaa5rz" timestamp="1764068839"&gt;68&lt;/key&gt;&lt;/foreign-keys&gt;&lt;ref-type name="Journal Article"&gt;17&lt;/ref-type&gt;&lt;contributors&gt;&lt;authors&gt;&lt;author&gt;Riedel, M.&lt;/author&gt;&lt;author&gt;Muller, N.&lt;/author&gt;&lt;author&gt;Spellmann, I.&lt;/author&gt;&lt;author&gt;Engel, R. R.&lt;/author&gt;&lt;author&gt;Musil, R.&lt;/author&gt;&lt;author&gt;Valdevit, R.&lt;/author&gt;&lt;author&gt;Dehning, S.&lt;/author&gt;&lt;author&gt;Douhet, A.&lt;/author&gt;&lt;author&gt;Cerovecki, A.&lt;/author&gt;&lt;author&gt;Strassnig, M.&lt;/author&gt;&lt;author&gt;Moller, H. J.&lt;/author&gt;&lt;/authors&gt;&lt;/contributors&gt;&lt;titles&gt;&lt;title&gt;Efficacy of olanzapine versus quetiapine on cognitive dysfunctions in patients with an acute episode of schizophrenia&lt;/title&gt;&lt;secondary-title&gt;Eur Arch Psychiatry Clin Neurosci&lt;/secondary-title&gt;&lt;/titles&gt;&lt;periodical&gt;&lt;full-title&gt;Eur Arch Psychiatry Clin Neurosci&lt;/full-title&gt;&lt;/periodical&gt;&lt;pages&gt;402-12&lt;/pages&gt;&lt;volume&gt;257&lt;/volume&gt;&lt;number&gt;7&lt;/number&gt;&lt;dates&gt;&lt;year&gt;2007&lt;/year&gt;&lt;pub-dates&gt;&lt;date&gt;Oct&lt;/date&gt;&lt;/pub-dates&gt;&lt;/dates&gt;&lt;pub-location&gt;Dept. of Psychiatry and Psychotherapy, Ludwig-Maximilians-University of Munich, Nussbaumstrasse 7, 80336 Munich, Germany.&lt;/pub-location&gt;&lt;isbn&gt;0940-1334 (Print) 0940-1334 (Linking)&lt;/isbn&gt;&lt;urls&gt;&lt;related-urls&gt;&lt;url&gt;https://www.ncbi.nlm.nih.gov/pubmed/17629725&lt;/url&gt;&lt;/related-urls&gt;&lt;/urls&gt;&lt;electronic-resource-num&gt;10.1007/s00406-007-0748-9&lt;/electronic-resource-num&gt;&lt;/record&gt;&lt;/Cite&gt;&lt;/EndNote&gt;</w:instrText>
      </w:r>
      <w:r w:rsidR="0031308D" w:rsidRPr="009A27D2">
        <w:rPr>
          <w:color w:val="auto"/>
        </w:rPr>
        <w:fldChar w:fldCharType="separate"/>
      </w:r>
      <w:r w:rsidR="00452EF4" w:rsidRPr="00452EF4">
        <w:rPr>
          <w:noProof/>
          <w:color w:val="auto"/>
          <w:vertAlign w:val="superscript"/>
        </w:rPr>
        <w:t>71</w:t>
      </w:r>
      <w:r w:rsidR="0031308D" w:rsidRPr="009A27D2">
        <w:rPr>
          <w:color w:val="auto"/>
        </w:rPr>
        <w:fldChar w:fldCharType="end"/>
      </w:r>
      <w:r w:rsidRPr="009A27D2">
        <w:rPr>
          <w:color w:val="auto"/>
        </w:rPr>
        <w:t>, Casey 2009</w:t>
      </w:r>
      <w:r w:rsidR="0031308D" w:rsidRPr="009A27D2">
        <w:rPr>
          <w:color w:val="auto"/>
        </w:rPr>
        <w:fldChar w:fldCharType="begin"/>
      </w:r>
      <w:r w:rsidR="00452EF4">
        <w:rPr>
          <w:color w:val="auto"/>
        </w:rPr>
        <w:instrText xml:space="preserve"> ADDIN EN.CITE &lt;EndNote&gt;&lt;Cite&gt;&lt;Author&gt;Casey&lt;/Author&gt;&lt;Year&gt;2009&lt;/Year&gt;&lt;RecNum&gt;77&lt;/RecNum&gt;&lt;DisplayText&gt;&lt;style face="superscript"&gt;80&lt;/style&gt;&lt;/DisplayText&gt;&lt;record&gt;&lt;rec-number&gt;77&lt;/rec-number&gt;&lt;foreign-keys&gt;&lt;key app="EN" db-id="9ttaxzax2p0tr7ewzt55atews50zvxaaa5rz" timestamp="1764068841"&gt;77&lt;/key&gt;&lt;/foreign-keys&gt;&lt;ref-type name="Journal Article"&gt;17&lt;/ref-type&gt;&lt;contributors&gt;&lt;authors&gt;&lt;author&gt;Casey, Daniel E&lt;/author&gt;&lt;author&gt;Daniel, David G&lt;/author&gt;&lt;author&gt;Tamminga, Carol&lt;/author&gt;&lt;author&gt;Kane, John M&lt;/author&gt;&lt;author&gt;Tran-Johnson, Tram&lt;/author&gt;&lt;author&gt;Wozniak, Patricia&lt;/author&gt;&lt;author&gt;Abi-Saab, Walid&lt;/author&gt;&lt;author&gt;Baker, Jeff&lt;/author&gt;&lt;author&gt;Redden, Laura&lt;/author&gt;&lt;author&gt;Greco, Nicholas&lt;/author&gt;&lt;/authors&gt;&lt;/contributors&gt;&lt;titles&gt;&lt;title&gt;Divalproex ER combined with olanzapine or risperidone for treatment of acute exacerbations of schizophrenia&lt;/title&gt;&lt;secondary-title&gt;Neuropsychopharmacology&lt;/secondary-title&gt;&lt;/titles&gt;&lt;periodical&gt;&lt;full-title&gt;Neuropsychopharmacology&lt;/full-title&gt;&lt;/periodical&gt;&lt;pages&gt;1330-1338&lt;/pages&gt;&lt;volume&gt;34&lt;/volume&gt;&lt;number&gt;5&lt;/number&gt;&lt;dates&gt;&lt;year&gt;2009&lt;/year&gt;&lt;/dates&gt;&lt;isbn&gt;1740-634X&lt;/isbn&gt;&lt;urls&gt;&lt;/urls&gt;&lt;/record&gt;&lt;/Cite&gt;&lt;/EndNote&gt;</w:instrText>
      </w:r>
      <w:r w:rsidR="0031308D" w:rsidRPr="009A27D2">
        <w:rPr>
          <w:color w:val="auto"/>
        </w:rPr>
        <w:fldChar w:fldCharType="separate"/>
      </w:r>
      <w:r w:rsidR="00452EF4" w:rsidRPr="00452EF4">
        <w:rPr>
          <w:noProof/>
          <w:color w:val="auto"/>
          <w:vertAlign w:val="superscript"/>
        </w:rPr>
        <w:t>80</w:t>
      </w:r>
      <w:r w:rsidR="0031308D" w:rsidRPr="009A27D2">
        <w:rPr>
          <w:color w:val="auto"/>
        </w:rPr>
        <w:fldChar w:fldCharType="end"/>
      </w:r>
      <w:r w:rsidRPr="009A27D2">
        <w:rPr>
          <w:color w:val="auto"/>
        </w:rPr>
        <w:t xml:space="preserve">, </w:t>
      </w:r>
      <w:proofErr w:type="spellStart"/>
      <w:r w:rsidRPr="009A27D2">
        <w:rPr>
          <w:color w:val="auto"/>
        </w:rPr>
        <w:t>Potkin</w:t>
      </w:r>
      <w:proofErr w:type="spellEnd"/>
      <w:r w:rsidRPr="009A27D2">
        <w:rPr>
          <w:color w:val="auto"/>
        </w:rPr>
        <w:t xml:space="preserve"> 2006</w:t>
      </w:r>
      <w:r w:rsidR="0031308D" w:rsidRPr="009A27D2">
        <w:rPr>
          <w:color w:val="auto"/>
        </w:rPr>
        <w:fldChar w:fldCharType="begin"/>
      </w:r>
      <w:r w:rsidR="00452EF4">
        <w:rPr>
          <w:color w:val="auto"/>
        </w:rPr>
        <w:instrText xml:space="preserve"> ADDIN EN.CITE &lt;EndNote&gt;&lt;Cite&gt;&lt;Author&gt;Potkin&lt;/Author&gt;&lt;Year&gt;2006&lt;/Year&gt;&lt;RecNum&gt;86&lt;/RecNum&gt;&lt;DisplayText&gt;&lt;style face="superscript"&gt;89&lt;/style&gt;&lt;/DisplayText&gt;&lt;record&gt;&lt;rec-number&gt;86&lt;/rec-number&gt;&lt;foreign-keys&gt;&lt;key app="EN" db-id="9ttaxzax2p0tr7ewzt55atews50zvxaaa5rz" timestamp="1764068844"&gt;86&lt;/key&gt;&lt;/foreign-keys&gt;&lt;ref-type name="Journal Article"&gt;17&lt;/ref-type&gt;&lt;contributors&gt;&lt;authors&gt;&lt;author&gt;Potkin, S. G.&lt;/author&gt;&lt;author&gt;Gharabawi, G. M.&lt;/author&gt;&lt;author&gt;Greenspan, A. J.&lt;/author&gt;&lt;author&gt;Mahmoud, R.&lt;/author&gt;&lt;author&gt;Kosik-Gonzalez, C.&lt;/author&gt;&lt;author&gt;Rupnow, M. F.&lt;/author&gt;&lt;author&gt;Bossie, C. A.&lt;/author&gt;&lt;author&gt;Davidson, M.&lt;/author&gt;&lt;author&gt;Burtea, V.&lt;/author&gt;&lt;author&gt;Zhu, Y.&lt;/author&gt;&lt;author&gt;Trivedi, J. K.&lt;/author&gt;&lt;/authors&gt;&lt;/contributors&gt;&lt;titles&gt;&lt;title&gt;A double-blind comparison of risperidone, quetiapine and placebo in patients with schizophrenia experiencing an acute exacerbation requiring hospitalization&lt;/title&gt;&lt;secondary-title&gt;Schizophr Res&lt;/secondary-title&gt;&lt;/titles&gt;&lt;periodical&gt;&lt;full-title&gt;Schizophr Res&lt;/full-title&gt;&lt;/periodical&gt;&lt;pages&gt;254-65&lt;/pages&gt;&lt;volume&gt;85&lt;/volume&gt;&lt;number&gt;1-3&lt;/number&gt;&lt;dates&gt;&lt;year&gt;2006&lt;/year&gt;&lt;pub-dates&gt;&lt;date&gt;20060621&lt;/date&gt;&lt;/pub-dates&gt;&lt;/dates&gt;&lt;pub-location&gt;University of California, Irvine, Orange, 92696, USA. sgpotkin@uci.edu&lt;/pub-location&gt;&lt;isbn&gt;0920-9964 (Print) 0920-9964 (Linking)&lt;/isbn&gt;&lt;urls&gt;&lt;related-urls&gt;&lt;url&gt;https://www.ncbi.nlm.nih.gov/pubmed/16797162&lt;/url&gt;&lt;/related-urls&gt;&lt;/urls&gt;&lt;electronic-resource-num&gt;10.1016/j.schres.2006.03.027&lt;/electronic-resource-num&gt;&lt;/record&gt;&lt;/Cite&gt;&lt;/EndNote&gt;</w:instrText>
      </w:r>
      <w:r w:rsidR="0031308D" w:rsidRPr="009A27D2">
        <w:rPr>
          <w:color w:val="auto"/>
        </w:rPr>
        <w:fldChar w:fldCharType="separate"/>
      </w:r>
      <w:r w:rsidR="00452EF4" w:rsidRPr="00452EF4">
        <w:rPr>
          <w:noProof/>
          <w:color w:val="auto"/>
          <w:vertAlign w:val="superscript"/>
        </w:rPr>
        <w:t>89</w:t>
      </w:r>
      <w:r w:rsidR="0031308D" w:rsidRPr="009A27D2">
        <w:rPr>
          <w:color w:val="auto"/>
        </w:rPr>
        <w:fldChar w:fldCharType="end"/>
      </w:r>
      <w:r w:rsidRPr="009A27D2">
        <w:rPr>
          <w:color w:val="auto"/>
        </w:rPr>
        <w:t>, and Canuso 2009</w:t>
      </w:r>
      <w:r w:rsidR="0031308D" w:rsidRPr="009A27D2">
        <w:rPr>
          <w:color w:val="auto"/>
        </w:rPr>
        <w:fldChar w:fldCharType="begin"/>
      </w:r>
      <w:r w:rsidR="00452EF4">
        <w:rPr>
          <w:color w:val="auto"/>
        </w:rPr>
        <w:instrText xml:space="preserve"> ADDIN EN.CITE &lt;EndNote&gt;&lt;Cite&gt;&lt;Author&gt;Canuso&lt;/Author&gt;&lt;Year&gt;2009&lt;/Year&gt;&lt;RecNum&gt;109&lt;/RecNum&gt;&lt;DisplayText&gt;&lt;style face="superscript"&gt;112&lt;/style&gt;&lt;/DisplayText&gt;&lt;record&gt;&lt;rec-number&gt;109&lt;/rec-number&gt;&lt;foreign-keys&gt;&lt;key app="EN" db-id="9ttaxzax2p0tr7ewzt55atews50zvxaaa5rz" timestamp="1764068849"&gt;109&lt;/key&gt;&lt;/foreign-keys&gt;&lt;ref-type name="Journal Article"&gt;17&lt;/ref-type&gt;&lt;contributors&gt;&lt;authors&gt;&lt;author&gt;Canuso, Carla M&lt;/author&gt;&lt;author&gt;Dirks, Bryan&lt;/author&gt;&lt;author&gt;Carothers, Jennifer&lt;/author&gt;&lt;author&gt;Kosik-Gonzalez, Colette&lt;/author&gt;&lt;author&gt;Bossie, Cynthia A&lt;/author&gt;&lt;author&gt;Zhu, Young&lt;/author&gt;&lt;author&gt;Damaraju, CV&lt;/author&gt;&lt;author&gt;Kalali, Amir H&lt;/author&gt;&lt;author&gt;Mahmoud, Ramy&lt;/author&gt;&lt;/authors&gt;&lt;/contributors&gt;&lt;titles&gt;&lt;title&gt;Randomized, double-blind, placebo-controlled study of paliperidone extended-release and quetiapine in inpatients with recently exacerbated schizophrenia&lt;/title&gt;&lt;secondary-title&gt;American Journal of Psychiatry&lt;/secondary-title&gt;&lt;/titles&gt;&lt;periodical&gt;&lt;full-title&gt;American Journal of Psychiatry&lt;/full-title&gt;&lt;/periodical&gt;&lt;pages&gt;691-701&lt;/pages&gt;&lt;volume&gt;166&lt;/volume&gt;&lt;number&gt;6&lt;/number&gt;&lt;dates&gt;&lt;year&gt;2009&lt;/year&gt;&lt;/dates&gt;&lt;isbn&gt;0002-953X&lt;/isbn&gt;&lt;urls&gt;&lt;/urls&gt;&lt;/record&gt;&lt;/Cite&gt;&lt;/EndNote&gt;</w:instrText>
      </w:r>
      <w:r w:rsidR="0031308D" w:rsidRPr="009A27D2">
        <w:rPr>
          <w:color w:val="auto"/>
        </w:rPr>
        <w:fldChar w:fldCharType="separate"/>
      </w:r>
      <w:r w:rsidR="00452EF4" w:rsidRPr="00452EF4">
        <w:rPr>
          <w:noProof/>
          <w:color w:val="auto"/>
          <w:vertAlign w:val="superscript"/>
        </w:rPr>
        <w:t>112</w:t>
      </w:r>
      <w:r w:rsidR="0031308D" w:rsidRPr="009A27D2">
        <w:rPr>
          <w:color w:val="auto"/>
        </w:rPr>
        <w:fldChar w:fldCharType="end"/>
      </w:r>
      <w:r w:rsidRPr="009A27D2">
        <w:rPr>
          <w:color w:val="auto"/>
        </w:rPr>
        <w:t>, Hatta 2013</w:t>
      </w:r>
      <w:r w:rsidR="0031308D" w:rsidRPr="009A27D2">
        <w:rPr>
          <w:color w:val="auto"/>
        </w:rPr>
        <w:fldChar w:fldCharType="begin"/>
      </w:r>
      <w:r w:rsidR="00452EF4">
        <w:rPr>
          <w:color w:val="auto"/>
        </w:rPr>
        <w:instrText xml:space="preserve"> ADDIN EN.CITE &lt;EndNote&gt;&lt;Cite&gt;&lt;Author&gt;Hatta&lt;/Author&gt;&lt;Year&gt;2013&lt;/Year&gt;&lt;RecNum&gt;74&lt;/RecNum&gt;&lt;DisplayText&gt;&lt;style face="superscript"&gt;77&lt;/style&gt;&lt;/DisplayText&gt;&lt;record&gt;&lt;rec-number&gt;74&lt;/rec-number&gt;&lt;foreign-keys&gt;&lt;key app="EN" db-id="9ttaxzax2p0tr7ewzt55atews50zvxaaa5rz" timestamp="1764068841"&gt;74&lt;/key&gt;&lt;/foreign-keys&gt;&lt;ref-type name="Journal Article"&gt;17&lt;/ref-type&gt;&lt;contributors&gt;&lt;authors&gt;&lt;author&gt;Hatta, K.&lt;/author&gt;&lt;author&gt;Takebayashi, H.&lt;/author&gt;&lt;author&gt;Sudo, Y.&lt;/author&gt;&lt;author&gt;Katayama, S.&lt;/author&gt;&lt;author&gt;Kasuya, M.&lt;/author&gt;&lt;author&gt;Shirai, Y.&lt;/author&gt;&lt;author&gt;Morikawa, F.&lt;/author&gt;&lt;author&gt;Nakase, R.&lt;/author&gt;&lt;author&gt;Nakamura, M.&lt;/author&gt;&lt;author&gt;Ito, S.&lt;/author&gt;&lt;author&gt;Kuga, H.&lt;/author&gt;&lt;author&gt;Nakamura, M.&lt;/author&gt;&lt;author&gt;Ohnuma, T.&lt;/author&gt;&lt;author&gt;Usui, C.&lt;/author&gt;&lt;author&gt;Nakamura, H.&lt;/author&gt;&lt;author&gt;Hirata, T.&lt;/author&gt;&lt;author&gt;Sawa, Y.&lt;/author&gt;&lt;author&gt;Jast study group&lt;/author&gt;&lt;/authors&gt;&lt;/contributors&gt;&lt;titles&gt;&lt;title&gt;The possibility that requiring high-dose olanzapine cannot be explained by pharmacokinetics in the treatment of acute-phase schizophrenia&lt;/title&gt;&lt;secondary-title&gt;Psychiatry Res&lt;/secondary-title&gt;&lt;/titles&gt;&lt;periodical&gt;&lt;full-title&gt;Psychiatry Res&lt;/full-title&gt;&lt;/periodical&gt;&lt;pages&gt;396-401&lt;/pages&gt;&lt;volume&gt;210&lt;/volume&gt;&lt;number&gt;2&lt;/number&gt;&lt;dates&gt;&lt;year&gt;2013&lt;/year&gt;&lt;pub-dates&gt;&lt;date&gt;Dec 15 2013&lt;/date&gt;&lt;/pub-dates&gt;&lt;/dates&gt;&lt;pub-location&gt;Department of Psychiatry, Juntendo University Nerima Hospital, Tokyo, Japan. Electronic address: khatta@juntendo.ac.jp.&lt;/pub-location&gt;&lt;isbn&gt;1872-7123 (Electronic) 0165-1781 (Linking)&lt;/isbn&gt;&lt;urls&gt;&lt;related-urls&gt;&lt;url&gt;https://www.ncbi.nlm.nih.gov/pubmed/23919898&lt;/url&gt;&lt;/related-urls&gt;&lt;/urls&gt;&lt;electronic-resource-num&gt;10.1016/j.psychres.2013.07.005&lt;/electronic-resource-num&gt;&lt;/record&gt;&lt;/Cite&gt;&lt;/EndNote&gt;</w:instrText>
      </w:r>
      <w:r w:rsidR="0031308D" w:rsidRPr="009A27D2">
        <w:rPr>
          <w:color w:val="auto"/>
        </w:rPr>
        <w:fldChar w:fldCharType="separate"/>
      </w:r>
      <w:r w:rsidR="00452EF4" w:rsidRPr="00452EF4">
        <w:rPr>
          <w:noProof/>
          <w:color w:val="auto"/>
          <w:vertAlign w:val="superscript"/>
        </w:rPr>
        <w:t>77</w:t>
      </w:r>
      <w:r w:rsidR="0031308D" w:rsidRPr="009A27D2">
        <w:rPr>
          <w:color w:val="auto"/>
        </w:rPr>
        <w:fldChar w:fldCharType="end"/>
      </w:r>
      <w:r w:rsidRPr="009A27D2">
        <w:rPr>
          <w:color w:val="auto"/>
        </w:rPr>
        <w:t>) reported data for at least one endpoint at timepoints either before Week 4 or after Week 6 only.</w:t>
      </w:r>
      <w:r w:rsidR="007E3574" w:rsidRPr="009A27D2">
        <w:rPr>
          <w:color w:val="auto"/>
        </w:rPr>
        <w:t xml:space="preserve"> 49 studies therefore are considered suitable for and report appropriate endpoint data to  facilitate NMA of at least one of the 11 endpoints of interest for which NMA is possible. </w:t>
      </w:r>
      <w:r w:rsidR="008001D3" w:rsidRPr="009A27D2">
        <w:rPr>
          <w:color w:val="auto"/>
          <w:szCs w:val="22"/>
        </w:rPr>
        <w:t xml:space="preserve">These 49 studies form the master network shown in Figure 2 of the </w:t>
      </w:r>
      <w:r w:rsidR="00DD13B8" w:rsidRPr="009A27D2">
        <w:rPr>
          <w:color w:val="auto"/>
          <w:szCs w:val="22"/>
        </w:rPr>
        <w:t>manuscript</w:t>
      </w:r>
      <w:r w:rsidR="008001D3" w:rsidRPr="009A27D2">
        <w:rPr>
          <w:color w:val="auto"/>
          <w:szCs w:val="22"/>
        </w:rPr>
        <w:t xml:space="preserve">, from which endpoint-specific networks (see </w:t>
      </w:r>
      <w:r w:rsidR="008001D3" w:rsidRPr="009A27D2">
        <w:rPr>
          <w:color w:val="auto"/>
          <w:szCs w:val="22"/>
        </w:rPr>
        <w:fldChar w:fldCharType="begin"/>
      </w:r>
      <w:r w:rsidR="008001D3" w:rsidRPr="009A27D2">
        <w:rPr>
          <w:color w:val="auto"/>
          <w:szCs w:val="22"/>
        </w:rPr>
        <w:instrText xml:space="preserve">REF _Ref14420070 \h \r \* MERGEFORMAT </w:instrText>
      </w:r>
      <w:r w:rsidR="008001D3" w:rsidRPr="009A27D2">
        <w:rPr>
          <w:color w:val="auto"/>
          <w:szCs w:val="22"/>
        </w:rPr>
      </w:r>
      <w:r w:rsidR="008001D3" w:rsidRPr="009A27D2">
        <w:rPr>
          <w:color w:val="auto"/>
          <w:szCs w:val="22"/>
        </w:rPr>
        <w:fldChar w:fldCharType="separate"/>
      </w:r>
      <w:r w:rsidR="004B2F28">
        <w:rPr>
          <w:color w:val="auto"/>
          <w:szCs w:val="22"/>
        </w:rPr>
        <w:t>Appendix 9</w:t>
      </w:r>
      <w:r w:rsidR="008001D3" w:rsidRPr="009A27D2">
        <w:rPr>
          <w:color w:val="auto"/>
          <w:szCs w:val="22"/>
        </w:rPr>
        <w:fldChar w:fldCharType="end"/>
      </w:r>
      <w:r w:rsidR="008001D3" w:rsidRPr="009A27D2">
        <w:rPr>
          <w:color w:val="auto"/>
          <w:szCs w:val="22"/>
        </w:rPr>
        <w:t>) are produced based on whether each study reported the</w:t>
      </w:r>
      <w:r w:rsidR="008001D3" w:rsidRPr="009A27D2">
        <w:rPr>
          <w:color w:val="auto"/>
        </w:rPr>
        <w:t xml:space="preserve"> required data for each endpoint.</w:t>
      </w:r>
    </w:p>
    <w:p w14:paraId="717208EE" w14:textId="64CC8812" w:rsidR="009446D0" w:rsidRPr="00541089" w:rsidRDefault="0084596B">
      <w:pPr>
        <w:pStyle w:val="Heading2"/>
        <w:rPr>
          <w:color w:val="1E1E1E"/>
        </w:rPr>
      </w:pPr>
      <w:bookmarkStart w:id="64" w:name="_Ref14198427"/>
      <w:r w:rsidRPr="00541089">
        <w:rPr>
          <w:color w:val="1E1E1E"/>
        </w:rPr>
        <w:lastRenderedPageBreak/>
        <w:t>Table S</w:t>
      </w:r>
      <w:r w:rsidR="00EE288E" w:rsidRPr="00541089">
        <w:rPr>
          <w:color w:val="1E1E1E"/>
        </w:rPr>
        <w:fldChar w:fldCharType="begin"/>
      </w:r>
      <w:r w:rsidR="00EE288E" w:rsidRPr="00541089">
        <w:rPr>
          <w:color w:val="1E1E1E"/>
        </w:rPr>
        <w:instrText xml:space="preserve"> STYLEREF 1 \s </w:instrText>
      </w:r>
      <w:r w:rsidR="00EE288E" w:rsidRPr="00541089">
        <w:rPr>
          <w:color w:val="1E1E1E"/>
        </w:rPr>
        <w:fldChar w:fldCharType="separate"/>
      </w:r>
      <w:r w:rsidR="004B2F28">
        <w:rPr>
          <w:noProof/>
          <w:color w:val="1E1E1E"/>
        </w:rPr>
        <w:t>5</w:t>
      </w:r>
      <w:r w:rsidR="00EE288E" w:rsidRPr="00541089">
        <w:rPr>
          <w:color w:val="1E1E1E"/>
        </w:rPr>
        <w:fldChar w:fldCharType="end"/>
      </w:r>
      <w:r w:rsidR="00EE288E" w:rsidRPr="00541089">
        <w:rPr>
          <w:color w:val="1E1E1E"/>
        </w:rPr>
        <w:noBreakHyphen/>
      </w:r>
      <w:r w:rsidR="00EE288E" w:rsidRPr="00541089">
        <w:rPr>
          <w:color w:val="1E1E1E"/>
        </w:rPr>
        <w:fldChar w:fldCharType="begin"/>
      </w:r>
      <w:r w:rsidR="00EE288E" w:rsidRPr="00541089">
        <w:rPr>
          <w:color w:val="1E1E1E"/>
        </w:rPr>
        <w:instrText xml:space="preserve"> SEQ Table \* ARABIC \s 1 </w:instrText>
      </w:r>
      <w:r w:rsidR="00EE288E" w:rsidRPr="00541089">
        <w:rPr>
          <w:color w:val="1E1E1E"/>
        </w:rPr>
        <w:fldChar w:fldCharType="separate"/>
      </w:r>
      <w:r w:rsidR="004B2F28">
        <w:rPr>
          <w:noProof/>
          <w:color w:val="1E1E1E"/>
        </w:rPr>
        <w:t>1</w:t>
      </w:r>
      <w:r w:rsidR="00EE288E" w:rsidRPr="00541089">
        <w:rPr>
          <w:color w:val="1E1E1E"/>
        </w:rPr>
        <w:fldChar w:fldCharType="end"/>
      </w:r>
      <w:bookmarkEnd w:id="64"/>
      <w:r w:rsidRPr="00541089">
        <w:rPr>
          <w:color w:val="1E1E1E"/>
        </w:rPr>
        <w:t xml:space="preserve">: Endpoint availability summary </w:t>
      </w:r>
    </w:p>
    <w:tbl>
      <w:tblPr>
        <w:tblStyle w:val="Table"/>
        <w:tblW w:w="14560" w:type="dxa"/>
        <w:tblInd w:w="0" w:type="dxa"/>
        <w:tblBorders>
          <w:top w:val="single" w:sz="4" w:space="0" w:color="000000"/>
          <w:left w:val="single" w:sz="4" w:space="0" w:color="000000"/>
          <w:bottom w:val="single" w:sz="4" w:space="0" w:color="000000"/>
          <w:right w:val="single" w:sz="4" w:space="0" w:color="000000"/>
        </w:tblBorders>
        <w:tblLayout w:type="fixed"/>
        <w:tblCellMar>
          <w:left w:w="108" w:type="dxa"/>
          <w:right w:w="108" w:type="dxa"/>
        </w:tblCellMar>
        <w:tblLook w:val="04A0" w:firstRow="1" w:lastRow="0" w:firstColumn="1" w:lastColumn="0" w:noHBand="0" w:noVBand="1"/>
      </w:tblPr>
      <w:tblGrid>
        <w:gridCol w:w="1818"/>
        <w:gridCol w:w="877"/>
        <w:gridCol w:w="900"/>
        <w:gridCol w:w="990"/>
        <w:gridCol w:w="720"/>
        <w:gridCol w:w="900"/>
        <w:gridCol w:w="1620"/>
        <w:gridCol w:w="1260"/>
        <w:gridCol w:w="810"/>
        <w:gridCol w:w="810"/>
        <w:gridCol w:w="1170"/>
        <w:gridCol w:w="1260"/>
        <w:gridCol w:w="1425"/>
      </w:tblGrid>
      <w:tr w:rsidR="009446D0" w:rsidRPr="00EB75F0" w14:paraId="6DA337CA" w14:textId="77777777">
        <w:trPr>
          <w:trHeight w:val="145"/>
          <w:tblHeader/>
        </w:trPr>
        <w:tc>
          <w:tcPr>
            <w:tcW w:w="1818" w:type="dxa"/>
            <w:tcBorders>
              <w:top w:val="single" w:sz="4" w:space="0" w:color="000000"/>
              <w:left w:val="single" w:sz="4" w:space="0" w:color="000000"/>
              <w:bottom w:val="single" w:sz="4" w:space="0" w:color="FFFFFF"/>
              <w:right w:val="single" w:sz="4" w:space="0" w:color="FFFFFF"/>
            </w:tcBorders>
            <w:shd w:val="clear" w:color="auto" w:fill="001B2B"/>
          </w:tcPr>
          <w:p w14:paraId="3ECD876D" w14:textId="77777777" w:rsidR="009446D0" w:rsidRPr="00EB75F0" w:rsidRDefault="0084596B">
            <w:pPr>
              <w:spacing w:line="240" w:lineRule="auto"/>
              <w:rPr>
                <w:sz w:val="18"/>
              </w:rPr>
            </w:pPr>
            <w:r w:rsidRPr="00EB75F0">
              <w:rPr>
                <w:b/>
                <w:color w:val="FFFFFF"/>
                <w:sz w:val="18"/>
              </w:rPr>
              <w:t>Study</w:t>
            </w:r>
          </w:p>
        </w:tc>
        <w:tc>
          <w:tcPr>
            <w:tcW w:w="4387" w:type="dxa"/>
            <w:gridSpan w:val="5"/>
            <w:tcBorders>
              <w:top w:val="single" w:sz="4" w:space="0" w:color="FFFFFF"/>
              <w:left w:val="single" w:sz="4" w:space="0" w:color="FFFFFF"/>
              <w:bottom w:val="single" w:sz="4" w:space="0" w:color="FFFFFF"/>
              <w:right w:val="single" w:sz="4" w:space="0" w:color="FFFFFF"/>
            </w:tcBorders>
            <w:shd w:val="clear" w:color="auto" w:fill="001B2B"/>
          </w:tcPr>
          <w:p w14:paraId="6DD128E7" w14:textId="77777777" w:rsidR="009446D0" w:rsidRPr="00EB75F0" w:rsidRDefault="0084596B">
            <w:pPr>
              <w:spacing w:line="240" w:lineRule="auto"/>
              <w:rPr>
                <w:color w:val="FFFFFF"/>
                <w:sz w:val="18"/>
              </w:rPr>
            </w:pPr>
            <w:r w:rsidRPr="00EB75F0">
              <w:rPr>
                <w:b/>
                <w:color w:val="FFFFFF"/>
                <w:sz w:val="18"/>
              </w:rPr>
              <w:t>Change baseline</w:t>
            </w:r>
          </w:p>
        </w:tc>
        <w:tc>
          <w:tcPr>
            <w:tcW w:w="2880" w:type="dxa"/>
            <w:gridSpan w:val="2"/>
            <w:tcBorders>
              <w:top w:val="single" w:sz="4" w:space="0" w:color="FFFFFF"/>
              <w:left w:val="single" w:sz="4" w:space="0" w:color="FFFFFF"/>
              <w:bottom w:val="single" w:sz="4" w:space="0" w:color="FFFFFF"/>
              <w:right w:val="single" w:sz="4" w:space="0" w:color="FFFFFF"/>
            </w:tcBorders>
            <w:shd w:val="clear" w:color="auto" w:fill="001B2B"/>
          </w:tcPr>
          <w:p w14:paraId="0C1B0AA0" w14:textId="77777777" w:rsidR="009446D0" w:rsidRPr="00EB75F0" w:rsidRDefault="0084596B">
            <w:pPr>
              <w:spacing w:line="240" w:lineRule="auto"/>
              <w:rPr>
                <w:color w:val="FFFFFF"/>
                <w:sz w:val="18"/>
              </w:rPr>
            </w:pPr>
            <w:r w:rsidRPr="00EB75F0">
              <w:rPr>
                <w:b/>
                <w:color w:val="FFFFFF"/>
                <w:sz w:val="18"/>
              </w:rPr>
              <w:t>Response</w:t>
            </w:r>
          </w:p>
        </w:tc>
        <w:tc>
          <w:tcPr>
            <w:tcW w:w="1620" w:type="dxa"/>
            <w:gridSpan w:val="2"/>
            <w:tcBorders>
              <w:top w:val="single" w:sz="4" w:space="0" w:color="FFFFFF"/>
              <w:left w:val="single" w:sz="4" w:space="0" w:color="FFFFFF"/>
              <w:bottom w:val="single" w:sz="4" w:space="0" w:color="FFFFFF"/>
              <w:right w:val="single" w:sz="4" w:space="0" w:color="FFFFFF"/>
            </w:tcBorders>
            <w:shd w:val="clear" w:color="auto" w:fill="001B2B"/>
          </w:tcPr>
          <w:p w14:paraId="04735466" w14:textId="77777777" w:rsidR="009446D0" w:rsidRPr="00EB75F0" w:rsidRDefault="0084596B">
            <w:pPr>
              <w:spacing w:line="240" w:lineRule="auto"/>
              <w:rPr>
                <w:color w:val="FFFFFF"/>
                <w:sz w:val="18"/>
              </w:rPr>
            </w:pPr>
            <w:r w:rsidRPr="00EB75F0">
              <w:rPr>
                <w:b/>
                <w:color w:val="FFFFFF"/>
                <w:sz w:val="18"/>
              </w:rPr>
              <w:t>Discontinuation</w:t>
            </w:r>
          </w:p>
        </w:tc>
        <w:tc>
          <w:tcPr>
            <w:tcW w:w="3855" w:type="dxa"/>
            <w:gridSpan w:val="3"/>
            <w:tcBorders>
              <w:top w:val="single" w:sz="4" w:space="0" w:color="FFFFFF"/>
              <w:left w:val="single" w:sz="4" w:space="0" w:color="FFFFFF"/>
              <w:bottom w:val="single" w:sz="4" w:space="0" w:color="FFFFFF"/>
              <w:right w:val="single" w:sz="4" w:space="0" w:color="000000"/>
            </w:tcBorders>
            <w:shd w:val="clear" w:color="auto" w:fill="001B2B"/>
          </w:tcPr>
          <w:p w14:paraId="57799057" w14:textId="77777777" w:rsidR="009446D0" w:rsidRPr="00EB75F0" w:rsidRDefault="0084596B">
            <w:pPr>
              <w:spacing w:line="240" w:lineRule="auto"/>
              <w:rPr>
                <w:color w:val="FFFFFF"/>
                <w:sz w:val="18"/>
              </w:rPr>
            </w:pPr>
            <w:r w:rsidRPr="00EB75F0">
              <w:rPr>
                <w:b/>
                <w:color w:val="FFFFFF"/>
                <w:sz w:val="18"/>
              </w:rPr>
              <w:t>Side effects</w:t>
            </w:r>
          </w:p>
        </w:tc>
      </w:tr>
      <w:tr w:rsidR="009446D0" w:rsidRPr="00EB75F0" w14:paraId="10495298" w14:textId="77777777">
        <w:trPr>
          <w:trHeight w:val="145"/>
          <w:tblHeader/>
        </w:trPr>
        <w:tc>
          <w:tcPr>
            <w:tcW w:w="1818" w:type="dxa"/>
            <w:tcBorders>
              <w:top w:val="single" w:sz="4" w:space="0" w:color="000000"/>
              <w:left w:val="single" w:sz="4" w:space="0" w:color="000000"/>
              <w:bottom w:val="single" w:sz="4" w:space="0" w:color="FFFFFF"/>
              <w:right w:val="single" w:sz="4" w:space="0" w:color="FFFFFF"/>
            </w:tcBorders>
            <w:shd w:val="clear" w:color="auto" w:fill="001B2B"/>
          </w:tcPr>
          <w:p w14:paraId="29A02696" w14:textId="77777777" w:rsidR="009446D0" w:rsidRPr="00EB75F0" w:rsidRDefault="009446D0">
            <w:pPr>
              <w:spacing w:line="240" w:lineRule="auto"/>
              <w:rPr>
                <w:sz w:val="18"/>
              </w:rPr>
            </w:pPr>
          </w:p>
        </w:tc>
        <w:tc>
          <w:tcPr>
            <w:tcW w:w="877" w:type="dxa"/>
            <w:tcBorders>
              <w:top w:val="single" w:sz="4" w:space="0" w:color="FFFFFF"/>
              <w:left w:val="single" w:sz="4" w:space="0" w:color="FFFFFF"/>
              <w:bottom w:val="single" w:sz="4" w:space="0" w:color="FFFFFF"/>
              <w:right w:val="single" w:sz="4" w:space="0" w:color="000000"/>
            </w:tcBorders>
            <w:shd w:val="clear" w:color="auto" w:fill="001B2B"/>
            <w:vAlign w:val="center"/>
          </w:tcPr>
          <w:p w14:paraId="7FF51909" w14:textId="77777777" w:rsidR="009446D0" w:rsidRPr="00EB75F0" w:rsidRDefault="0084596B">
            <w:pPr>
              <w:spacing w:line="240" w:lineRule="auto"/>
              <w:rPr>
                <w:color w:val="FFFFFF"/>
                <w:sz w:val="18"/>
              </w:rPr>
            </w:pPr>
            <w:r w:rsidRPr="00EB75F0">
              <w:rPr>
                <w:b/>
                <w:color w:val="FFFFFF"/>
                <w:sz w:val="18"/>
              </w:rPr>
              <w:t>PANSS total score</w:t>
            </w:r>
          </w:p>
        </w:tc>
        <w:tc>
          <w:tcPr>
            <w:tcW w:w="900" w:type="dxa"/>
            <w:tcBorders>
              <w:top w:val="single" w:sz="4" w:space="0" w:color="FFFFFF"/>
              <w:left w:val="single" w:sz="4" w:space="0" w:color="000000"/>
              <w:bottom w:val="single" w:sz="4" w:space="0" w:color="FFFFFF"/>
              <w:right w:val="single" w:sz="4" w:space="0" w:color="000000"/>
            </w:tcBorders>
            <w:shd w:val="clear" w:color="auto" w:fill="001B2B"/>
          </w:tcPr>
          <w:p w14:paraId="78CE7896" w14:textId="77777777" w:rsidR="009446D0" w:rsidRPr="00EB75F0" w:rsidRDefault="0084596B">
            <w:pPr>
              <w:spacing w:line="240" w:lineRule="auto"/>
              <w:rPr>
                <w:color w:val="FFFFFF"/>
                <w:sz w:val="18"/>
              </w:rPr>
            </w:pPr>
            <w:r w:rsidRPr="00EB75F0">
              <w:rPr>
                <w:b/>
                <w:color w:val="FFFFFF"/>
                <w:sz w:val="18"/>
              </w:rPr>
              <w:t>PANSS positive score</w:t>
            </w:r>
          </w:p>
        </w:tc>
        <w:tc>
          <w:tcPr>
            <w:tcW w:w="990" w:type="dxa"/>
            <w:tcBorders>
              <w:top w:val="single" w:sz="4" w:space="0" w:color="FFFFFF"/>
              <w:left w:val="single" w:sz="4" w:space="0" w:color="000000"/>
              <w:bottom w:val="single" w:sz="4" w:space="0" w:color="FFFFFF"/>
              <w:right w:val="single" w:sz="4" w:space="0" w:color="000000"/>
            </w:tcBorders>
            <w:shd w:val="clear" w:color="auto" w:fill="001B2B"/>
          </w:tcPr>
          <w:p w14:paraId="23F4F852" w14:textId="77777777" w:rsidR="009446D0" w:rsidRPr="00EB75F0" w:rsidRDefault="0084596B">
            <w:pPr>
              <w:spacing w:line="240" w:lineRule="auto"/>
              <w:rPr>
                <w:color w:val="FFFFFF"/>
                <w:sz w:val="18"/>
              </w:rPr>
            </w:pPr>
            <w:r w:rsidRPr="00EB75F0">
              <w:rPr>
                <w:b/>
                <w:color w:val="FFFFFF"/>
                <w:sz w:val="18"/>
              </w:rPr>
              <w:t>PANSS negative score</w:t>
            </w:r>
          </w:p>
        </w:tc>
        <w:tc>
          <w:tcPr>
            <w:tcW w:w="720" w:type="dxa"/>
            <w:tcBorders>
              <w:top w:val="single" w:sz="4" w:space="0" w:color="FFFFFF"/>
              <w:left w:val="single" w:sz="4" w:space="0" w:color="000000"/>
              <w:bottom w:val="single" w:sz="4" w:space="0" w:color="FFFFFF"/>
              <w:right w:val="single" w:sz="4" w:space="0" w:color="000000"/>
            </w:tcBorders>
            <w:shd w:val="clear" w:color="auto" w:fill="001B2B"/>
          </w:tcPr>
          <w:p w14:paraId="07E735F0" w14:textId="77777777" w:rsidR="009446D0" w:rsidRPr="00EB75F0" w:rsidRDefault="0084596B">
            <w:pPr>
              <w:spacing w:line="240" w:lineRule="auto"/>
              <w:rPr>
                <w:color w:val="FFFFFF"/>
                <w:sz w:val="18"/>
              </w:rPr>
            </w:pPr>
            <w:r w:rsidRPr="00EB75F0">
              <w:rPr>
                <w:b/>
                <w:color w:val="FFFFFF"/>
                <w:sz w:val="18"/>
              </w:rPr>
              <w:t>CGI-S score</w:t>
            </w:r>
          </w:p>
        </w:tc>
        <w:tc>
          <w:tcPr>
            <w:tcW w:w="900" w:type="dxa"/>
            <w:tcBorders>
              <w:top w:val="single" w:sz="4" w:space="0" w:color="FFFFFF"/>
              <w:left w:val="single" w:sz="4" w:space="0" w:color="000000"/>
              <w:bottom w:val="single" w:sz="4" w:space="0" w:color="FFFFFF"/>
              <w:right w:val="single" w:sz="4" w:space="0" w:color="FFFFFF"/>
            </w:tcBorders>
            <w:shd w:val="clear" w:color="auto" w:fill="001B2B"/>
          </w:tcPr>
          <w:p w14:paraId="4C0CEAFD" w14:textId="77777777" w:rsidR="009446D0" w:rsidRPr="00EB75F0" w:rsidRDefault="0084596B">
            <w:pPr>
              <w:spacing w:line="240" w:lineRule="auto"/>
              <w:rPr>
                <w:color w:val="FFFFFF"/>
                <w:sz w:val="18"/>
              </w:rPr>
            </w:pPr>
            <w:r w:rsidRPr="00EB75F0">
              <w:rPr>
                <w:b/>
                <w:color w:val="FFFFFF"/>
                <w:sz w:val="18"/>
              </w:rPr>
              <w:t>Weight (kg)</w:t>
            </w:r>
          </w:p>
        </w:tc>
        <w:tc>
          <w:tcPr>
            <w:tcW w:w="1620" w:type="dxa"/>
            <w:tcBorders>
              <w:top w:val="single" w:sz="4" w:space="0" w:color="FFFFFF"/>
              <w:left w:val="single" w:sz="4" w:space="0" w:color="FFFFFF"/>
              <w:bottom w:val="single" w:sz="4" w:space="0" w:color="FFFFFF"/>
              <w:right w:val="single" w:sz="4" w:space="0" w:color="000000"/>
            </w:tcBorders>
            <w:shd w:val="clear" w:color="auto" w:fill="001B2B"/>
          </w:tcPr>
          <w:p w14:paraId="269FCB98" w14:textId="77777777" w:rsidR="009446D0" w:rsidRPr="00EB75F0" w:rsidRDefault="0084596B">
            <w:pPr>
              <w:spacing w:line="240" w:lineRule="auto"/>
              <w:rPr>
                <w:color w:val="FFFFFF"/>
                <w:sz w:val="18"/>
              </w:rPr>
            </w:pPr>
            <w:r w:rsidRPr="00EB75F0">
              <w:rPr>
                <w:b/>
                <w:color w:val="FFFFFF"/>
                <w:sz w:val="18"/>
              </w:rPr>
              <w:t>≥ 30% reduction in PANSS total score</w:t>
            </w:r>
          </w:p>
        </w:tc>
        <w:tc>
          <w:tcPr>
            <w:tcW w:w="1260" w:type="dxa"/>
            <w:tcBorders>
              <w:top w:val="single" w:sz="4" w:space="0" w:color="FFFFFF"/>
              <w:left w:val="single" w:sz="4" w:space="0" w:color="000000"/>
              <w:bottom w:val="single" w:sz="4" w:space="0" w:color="FFFFFF"/>
              <w:right w:val="single" w:sz="4" w:space="0" w:color="FFFFFF"/>
            </w:tcBorders>
            <w:shd w:val="clear" w:color="auto" w:fill="001B2B"/>
          </w:tcPr>
          <w:p w14:paraId="5B525E55" w14:textId="77777777" w:rsidR="009446D0" w:rsidRPr="00EB75F0" w:rsidRDefault="0084596B">
            <w:pPr>
              <w:spacing w:line="240" w:lineRule="auto"/>
              <w:rPr>
                <w:color w:val="FFFFFF"/>
                <w:sz w:val="18"/>
              </w:rPr>
            </w:pPr>
            <w:r w:rsidRPr="00EB75F0">
              <w:rPr>
                <w:b/>
                <w:color w:val="FFFFFF"/>
                <w:sz w:val="18"/>
              </w:rPr>
              <w:t>Achieving CSI-S score of 1 or 2</w:t>
            </w:r>
          </w:p>
        </w:tc>
        <w:tc>
          <w:tcPr>
            <w:tcW w:w="810" w:type="dxa"/>
            <w:tcBorders>
              <w:top w:val="single" w:sz="4" w:space="0" w:color="FFFFFF"/>
              <w:left w:val="single" w:sz="4" w:space="0" w:color="FFFFFF"/>
              <w:bottom w:val="single" w:sz="4" w:space="0" w:color="FFFFFF"/>
              <w:right w:val="single" w:sz="4" w:space="0" w:color="000000"/>
            </w:tcBorders>
            <w:shd w:val="clear" w:color="auto" w:fill="001B2B"/>
          </w:tcPr>
          <w:p w14:paraId="01F9D41A" w14:textId="77777777" w:rsidR="009446D0" w:rsidRPr="00EB75F0" w:rsidRDefault="0084596B">
            <w:pPr>
              <w:spacing w:line="240" w:lineRule="auto"/>
              <w:rPr>
                <w:color w:val="FFFFFF"/>
                <w:sz w:val="18"/>
              </w:rPr>
            </w:pPr>
            <w:r w:rsidRPr="00EB75F0">
              <w:rPr>
                <w:b/>
                <w:color w:val="FFFFFF"/>
                <w:sz w:val="18"/>
              </w:rPr>
              <w:t>All-cause</w:t>
            </w:r>
          </w:p>
        </w:tc>
        <w:tc>
          <w:tcPr>
            <w:tcW w:w="810" w:type="dxa"/>
            <w:tcBorders>
              <w:top w:val="single" w:sz="4" w:space="0" w:color="FFFFFF"/>
              <w:left w:val="single" w:sz="4" w:space="0" w:color="FFFFFF"/>
              <w:bottom w:val="single" w:sz="4" w:space="0" w:color="FFFFFF"/>
              <w:right w:val="single" w:sz="4" w:space="0" w:color="FFFFFF"/>
            </w:tcBorders>
            <w:shd w:val="clear" w:color="auto" w:fill="001B2B"/>
          </w:tcPr>
          <w:p w14:paraId="684A882A" w14:textId="77777777" w:rsidR="009446D0" w:rsidRPr="00EB75F0" w:rsidRDefault="0084596B">
            <w:pPr>
              <w:spacing w:line="240" w:lineRule="auto"/>
              <w:rPr>
                <w:color w:val="FFFFFF"/>
                <w:sz w:val="18"/>
              </w:rPr>
            </w:pPr>
            <w:r w:rsidRPr="00EB75F0">
              <w:rPr>
                <w:b/>
                <w:color w:val="FFFFFF"/>
                <w:sz w:val="18"/>
              </w:rPr>
              <w:t>Due to AEs</w:t>
            </w:r>
          </w:p>
        </w:tc>
        <w:tc>
          <w:tcPr>
            <w:tcW w:w="1170" w:type="dxa"/>
            <w:tcBorders>
              <w:top w:val="single" w:sz="4" w:space="0" w:color="FFFFFF"/>
              <w:left w:val="single" w:sz="4" w:space="0" w:color="FFFFFF"/>
              <w:bottom w:val="single" w:sz="4" w:space="0" w:color="FFFFFF"/>
              <w:right w:val="single" w:sz="4" w:space="0" w:color="001B2B"/>
            </w:tcBorders>
            <w:shd w:val="clear" w:color="auto" w:fill="001B2B"/>
          </w:tcPr>
          <w:p w14:paraId="0E569F3C" w14:textId="77777777" w:rsidR="009446D0" w:rsidRPr="00EB75F0" w:rsidRDefault="0084596B">
            <w:pPr>
              <w:spacing w:line="240" w:lineRule="auto"/>
              <w:rPr>
                <w:color w:val="FFFFFF"/>
                <w:sz w:val="18"/>
              </w:rPr>
            </w:pPr>
            <w:r w:rsidRPr="00EB75F0">
              <w:rPr>
                <w:b/>
                <w:color w:val="FFFFFF"/>
                <w:sz w:val="18"/>
              </w:rPr>
              <w:t>Weight gain (≥ 7% CFB)</w:t>
            </w:r>
          </w:p>
        </w:tc>
        <w:tc>
          <w:tcPr>
            <w:tcW w:w="1260" w:type="dxa"/>
            <w:tcBorders>
              <w:top w:val="single" w:sz="4" w:space="0" w:color="FFFFFF"/>
              <w:left w:val="single" w:sz="4" w:space="0" w:color="001B2B"/>
              <w:bottom w:val="single" w:sz="4" w:space="0" w:color="FFFFFF"/>
              <w:right w:val="single" w:sz="4" w:space="0" w:color="000000"/>
            </w:tcBorders>
            <w:shd w:val="clear" w:color="auto" w:fill="001B2B"/>
          </w:tcPr>
          <w:p w14:paraId="2C278176" w14:textId="77777777" w:rsidR="009446D0" w:rsidRPr="00EB75F0" w:rsidRDefault="0084596B">
            <w:pPr>
              <w:spacing w:line="240" w:lineRule="auto"/>
              <w:rPr>
                <w:color w:val="FFFFFF"/>
                <w:sz w:val="18"/>
              </w:rPr>
            </w:pPr>
            <w:r w:rsidRPr="00EB75F0">
              <w:rPr>
                <w:b/>
                <w:color w:val="FFFFFF"/>
                <w:sz w:val="18"/>
              </w:rPr>
              <w:t xml:space="preserve">Sedation </w:t>
            </w:r>
          </w:p>
        </w:tc>
        <w:tc>
          <w:tcPr>
            <w:tcW w:w="1425" w:type="dxa"/>
            <w:tcBorders>
              <w:top w:val="single" w:sz="4" w:space="0" w:color="FFFFFF"/>
              <w:left w:val="single" w:sz="4" w:space="0" w:color="001B2B"/>
              <w:bottom w:val="single" w:sz="4" w:space="0" w:color="FFFFFF"/>
              <w:right w:val="single" w:sz="4" w:space="0" w:color="000000"/>
            </w:tcBorders>
            <w:shd w:val="clear" w:color="auto" w:fill="001B2B"/>
          </w:tcPr>
          <w:p w14:paraId="029E5C58" w14:textId="77777777" w:rsidR="009446D0" w:rsidRPr="00EB75F0" w:rsidRDefault="0084596B">
            <w:pPr>
              <w:spacing w:line="240" w:lineRule="auto"/>
              <w:rPr>
                <w:color w:val="FFFFFF"/>
                <w:sz w:val="18"/>
              </w:rPr>
            </w:pPr>
            <w:r w:rsidRPr="00EB75F0">
              <w:rPr>
                <w:b/>
                <w:color w:val="FFFFFF"/>
                <w:sz w:val="18"/>
              </w:rPr>
              <w:t>Somnolence</w:t>
            </w:r>
          </w:p>
        </w:tc>
      </w:tr>
      <w:tr w:rsidR="009446D0" w:rsidRPr="00EB75F0" w14:paraId="77567462" w14:textId="77777777">
        <w:trPr>
          <w:trHeight w:val="335"/>
        </w:trPr>
        <w:tc>
          <w:tcPr>
            <w:tcW w:w="1818" w:type="dxa"/>
            <w:tcBorders>
              <w:top w:val="single" w:sz="4" w:space="0" w:color="FFFFFF"/>
              <w:left w:val="single" w:sz="4" w:space="0" w:color="000000"/>
              <w:bottom w:val="single" w:sz="4" w:space="0" w:color="000000"/>
              <w:right w:val="single" w:sz="4" w:space="0" w:color="000000"/>
            </w:tcBorders>
            <w:shd w:val="clear" w:color="auto" w:fill="FFFCCC"/>
            <w:vAlign w:val="bottom"/>
          </w:tcPr>
          <w:p w14:paraId="67F254A8" w14:textId="77777777" w:rsidR="009446D0" w:rsidRPr="00EB75F0" w:rsidRDefault="0084596B">
            <w:pPr>
              <w:pStyle w:val="TableText"/>
              <w:rPr>
                <w:color w:val="000000"/>
                <w:sz w:val="18"/>
              </w:rPr>
            </w:pPr>
            <w:r w:rsidRPr="00EB75F0">
              <w:rPr>
                <w:color w:val="000000"/>
                <w:sz w:val="18"/>
              </w:rPr>
              <w:t>EMERGENT-1</w:t>
            </w:r>
          </w:p>
        </w:tc>
        <w:tc>
          <w:tcPr>
            <w:tcW w:w="877" w:type="dxa"/>
            <w:tcBorders>
              <w:top w:val="single" w:sz="4" w:space="0" w:color="FFFFFF"/>
              <w:left w:val="single" w:sz="4" w:space="0" w:color="000000"/>
              <w:bottom w:val="single" w:sz="4" w:space="0" w:color="000000"/>
              <w:right w:val="single" w:sz="4" w:space="0" w:color="000000"/>
            </w:tcBorders>
            <w:shd w:val="clear" w:color="auto" w:fill="FFFCCC"/>
            <w:vAlign w:val="center"/>
          </w:tcPr>
          <w:p w14:paraId="56A68DCB"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FFFFFF"/>
              <w:left w:val="single" w:sz="4" w:space="0" w:color="000000"/>
              <w:bottom w:val="single" w:sz="4" w:space="0" w:color="000000"/>
              <w:right w:val="single" w:sz="4" w:space="0" w:color="000000"/>
            </w:tcBorders>
            <w:shd w:val="clear" w:color="auto" w:fill="FFFCCC"/>
            <w:vAlign w:val="center"/>
          </w:tcPr>
          <w:p w14:paraId="4E9A79A4"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FFFFFF"/>
              <w:left w:val="single" w:sz="4" w:space="0" w:color="000000"/>
              <w:bottom w:val="single" w:sz="4" w:space="0" w:color="000000"/>
              <w:right w:val="single" w:sz="4" w:space="0" w:color="000000"/>
            </w:tcBorders>
            <w:shd w:val="clear" w:color="auto" w:fill="FFFCCC"/>
            <w:vAlign w:val="center"/>
          </w:tcPr>
          <w:p w14:paraId="17395AB4"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FFFFFF"/>
              <w:left w:val="single" w:sz="4" w:space="0" w:color="000000"/>
              <w:bottom w:val="single" w:sz="4" w:space="0" w:color="000000"/>
              <w:right w:val="single" w:sz="4" w:space="0" w:color="000000"/>
            </w:tcBorders>
            <w:shd w:val="clear" w:color="auto" w:fill="FFFCCC"/>
            <w:vAlign w:val="center"/>
          </w:tcPr>
          <w:p w14:paraId="0E5961DE"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FFFFFF"/>
              <w:left w:val="single" w:sz="4" w:space="0" w:color="000000"/>
              <w:bottom w:val="single" w:sz="4" w:space="0" w:color="000000"/>
              <w:right w:val="single" w:sz="4" w:space="0" w:color="000000"/>
            </w:tcBorders>
            <w:shd w:val="clear" w:color="auto" w:fill="FFFCCC"/>
            <w:vAlign w:val="center"/>
          </w:tcPr>
          <w:p w14:paraId="160C3726"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FFFFFF"/>
              <w:left w:val="single" w:sz="4" w:space="0" w:color="000000"/>
              <w:bottom w:val="single" w:sz="4" w:space="0" w:color="000000"/>
              <w:right w:val="single" w:sz="4" w:space="0" w:color="000000"/>
            </w:tcBorders>
            <w:shd w:val="clear" w:color="auto" w:fill="FFFCCC"/>
            <w:vAlign w:val="center"/>
          </w:tcPr>
          <w:p w14:paraId="6DAC7ACD"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FFFFFF"/>
              <w:left w:val="single" w:sz="4" w:space="0" w:color="000000"/>
              <w:bottom w:val="single" w:sz="4" w:space="0" w:color="000000"/>
              <w:right w:val="single" w:sz="4" w:space="0" w:color="000000"/>
            </w:tcBorders>
            <w:shd w:val="clear" w:color="auto" w:fill="FFFCCC"/>
            <w:vAlign w:val="center"/>
          </w:tcPr>
          <w:p w14:paraId="0CF00E0D"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FFFFFF"/>
              <w:left w:val="single" w:sz="4" w:space="0" w:color="000000"/>
              <w:bottom w:val="single" w:sz="4" w:space="0" w:color="000000"/>
              <w:right w:val="single" w:sz="4" w:space="0" w:color="000000"/>
            </w:tcBorders>
            <w:shd w:val="clear" w:color="auto" w:fill="FFFCCC"/>
            <w:vAlign w:val="center"/>
          </w:tcPr>
          <w:p w14:paraId="7057BAB2"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FFFFFF"/>
              <w:left w:val="single" w:sz="4" w:space="0" w:color="000000"/>
              <w:bottom w:val="single" w:sz="4" w:space="0" w:color="000000"/>
              <w:right w:val="single" w:sz="4" w:space="0" w:color="000000"/>
            </w:tcBorders>
            <w:shd w:val="clear" w:color="auto" w:fill="FFFCCC"/>
            <w:vAlign w:val="center"/>
          </w:tcPr>
          <w:p w14:paraId="70A244C8"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FFFFFF"/>
              <w:left w:val="single" w:sz="4" w:space="0" w:color="000000"/>
              <w:bottom w:val="single" w:sz="4" w:space="0" w:color="000000"/>
              <w:right w:val="single" w:sz="4" w:space="0" w:color="000000"/>
            </w:tcBorders>
            <w:shd w:val="clear" w:color="auto" w:fill="FFFCCC"/>
            <w:vAlign w:val="center"/>
          </w:tcPr>
          <w:p w14:paraId="1C35B242"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FFFFFF"/>
              <w:left w:val="single" w:sz="4" w:space="0" w:color="000000"/>
              <w:bottom w:val="single" w:sz="4" w:space="0" w:color="000000"/>
              <w:right w:val="single" w:sz="4" w:space="0" w:color="000000"/>
            </w:tcBorders>
            <w:shd w:val="clear" w:color="auto" w:fill="FFFCCC"/>
            <w:vAlign w:val="center"/>
          </w:tcPr>
          <w:p w14:paraId="53043C5B"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FFFFFF"/>
              <w:left w:val="single" w:sz="4" w:space="0" w:color="000000"/>
              <w:bottom w:val="single" w:sz="4" w:space="0" w:color="000000"/>
              <w:right w:val="single" w:sz="4" w:space="0" w:color="000000"/>
            </w:tcBorders>
            <w:shd w:val="clear" w:color="auto" w:fill="FFFCCC"/>
            <w:vAlign w:val="center"/>
          </w:tcPr>
          <w:p w14:paraId="648C599B"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7D39BA88"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CCC"/>
            <w:vAlign w:val="bottom"/>
          </w:tcPr>
          <w:p w14:paraId="4ABBD514" w14:textId="345AEEF5" w:rsidR="009446D0" w:rsidRPr="00EB75F0" w:rsidRDefault="0084596B">
            <w:pPr>
              <w:pStyle w:val="TableText"/>
              <w:rPr>
                <w:color w:val="000000"/>
                <w:sz w:val="18"/>
              </w:rPr>
            </w:pPr>
            <w:r w:rsidRPr="00EB75F0">
              <w:rPr>
                <w:color w:val="000000"/>
                <w:sz w:val="18"/>
              </w:rPr>
              <w:t>EMERGENT-2</w:t>
            </w:r>
            <w:r w:rsidR="0031308D" w:rsidRPr="00EB75F0">
              <w:fldChar w:fldCharType="begin"/>
            </w:r>
            <w:r w:rsidR="00452EF4">
              <w:instrText xml:space="preserve"> ADDIN EN.CITE &lt;EndNote&gt;&lt;Cite&gt;&lt;Author&gt;Karuna&lt;/Author&gt;&lt;Year&gt;2023&lt;/Year&gt;&lt;RecNum&gt;19&lt;/RecNum&gt;&lt;DisplayText&gt;&lt;style face="superscript"&gt;22&lt;/style&gt;&lt;/DisplayText&gt;&lt;record&gt;&lt;rec-number&gt;19&lt;/rec-number&gt;&lt;foreign-keys&gt;&lt;key app="EN" db-id="9ttaxzax2p0tr7ewzt55atews50zvxaaa5rz" timestamp="1764068827"&gt;19&lt;/key&gt;&lt;/foreign-keys&gt;&lt;ref-type name="Journal Article"&gt;17&lt;/ref-type&gt;&lt;contributors&gt;&lt;authors&gt;&lt;author&gt;Karuna&lt;/author&gt;&lt;/authors&gt;&lt;/contributors&gt;&lt;titles&gt;&lt;title&gt;EMERGENT-2. A Phase 3, Randomized, Double-Blind, Parallel-Group, Placebo-Controlled, Multicenter Study to Evaluate the Efficacy and Safety of KarXT in Acutely Psychotic Hospitalized Adults with DSM-5 Schizophrenia KAR-007&lt;/title&gt;&lt;secondary-title&gt;Clinical Study Report&lt;/secondary-title&gt;&lt;/titles&gt;&lt;periodical&gt;&lt;full-title&gt;Clinical Study Report&lt;/full-title&gt;&lt;/periodical&gt;&lt;dates&gt;&lt;year&gt;2023&lt;/year&gt;&lt;/dates&gt;&lt;urls&gt;&lt;/urls&gt;&lt;/record&gt;&lt;/Cite&gt;&lt;/EndNote&gt;</w:instrText>
            </w:r>
            <w:r w:rsidR="0031308D" w:rsidRPr="00EB75F0">
              <w:fldChar w:fldCharType="separate"/>
            </w:r>
            <w:r w:rsidR="00452EF4" w:rsidRPr="00452EF4">
              <w:rPr>
                <w:noProof/>
                <w:vertAlign w:val="superscript"/>
              </w:rPr>
              <w:t>22</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22EA3550"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0E0BF7C3"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7C2CA211"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57526926"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0F98C421"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72A8D9FC"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52BF9AFF"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1BAA0B9F"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658C8436"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5AB90753"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075AD0B9"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42060D51"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66CECF4F" w14:textId="77777777">
        <w:trPr>
          <w:trHeight w:val="335"/>
        </w:trPr>
        <w:tc>
          <w:tcPr>
            <w:tcW w:w="1818" w:type="dxa"/>
            <w:tcBorders>
              <w:top w:val="single" w:sz="4" w:space="0" w:color="000000"/>
              <w:left w:val="single" w:sz="4" w:space="0" w:color="000000"/>
              <w:bottom w:val="single" w:sz="4" w:space="0" w:color="000000"/>
              <w:right w:val="single" w:sz="4" w:space="0" w:color="000000"/>
            </w:tcBorders>
            <w:shd w:val="clear" w:color="auto" w:fill="FFFCCC"/>
            <w:vAlign w:val="bottom"/>
          </w:tcPr>
          <w:p w14:paraId="2AB5F901" w14:textId="77777777" w:rsidR="009446D0" w:rsidRPr="00EB75F0" w:rsidRDefault="0084596B">
            <w:pPr>
              <w:pStyle w:val="TableText"/>
              <w:rPr>
                <w:color w:val="000000"/>
                <w:sz w:val="18"/>
              </w:rPr>
            </w:pPr>
            <w:r w:rsidRPr="00EB75F0">
              <w:rPr>
                <w:color w:val="000000"/>
                <w:sz w:val="18"/>
              </w:rPr>
              <w:t>EMERGENT-3</w:t>
            </w:r>
          </w:p>
        </w:tc>
        <w:tc>
          <w:tcPr>
            <w:tcW w:w="877"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221E701C"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04BFA65C"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475DD623"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75ECD7D3"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1A20B510"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73CEE094"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628A8FB1"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78B751F0"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2BCF5FD2"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4D9BCA0A"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6CA2B7CC"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shd w:val="clear" w:color="auto" w:fill="FFFCCC"/>
            <w:vAlign w:val="center"/>
          </w:tcPr>
          <w:p w14:paraId="397208F7"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6C466291"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6F3F2E7" w14:textId="6BA85D5B" w:rsidR="009446D0" w:rsidRPr="00EB75F0" w:rsidRDefault="0084596B">
            <w:pPr>
              <w:pStyle w:val="TableText"/>
              <w:rPr>
                <w:color w:val="000000"/>
                <w:sz w:val="18"/>
              </w:rPr>
            </w:pPr>
            <w:r w:rsidRPr="00EB75F0">
              <w:rPr>
                <w:color w:val="000000"/>
                <w:sz w:val="18"/>
              </w:rPr>
              <w:t>Gupta 2018</w:t>
            </w:r>
            <w:r w:rsidR="0031308D" w:rsidRPr="00EB75F0">
              <w:fldChar w:fldCharType="begin"/>
            </w:r>
            <w:r w:rsidR="00452EF4">
              <w:instrText xml:space="preserve"> ADDIN EN.CITE &lt;EndNote&gt;&lt;Cite&gt;&lt;Author&gt;Gupta&lt;/Author&gt;&lt;Year&gt;2018&lt;/Year&gt;&lt;RecNum&gt;20&lt;/RecNum&gt;&lt;DisplayText&gt;&lt;style face="superscript"&gt;23&lt;/style&gt;&lt;/DisplayText&gt;&lt;record&gt;&lt;rec-number&gt;20&lt;/rec-number&gt;&lt;foreign-keys&gt;&lt;key app="EN" db-id="9ttaxzax2p0tr7ewzt55atews50zvxaaa5rz" timestamp="1764068827"&gt;20&lt;/key&gt;&lt;/foreign-keys&gt;&lt;ref-type name="Journal Article"&gt;17&lt;/ref-type&gt;&lt;contributors&gt;&lt;authors&gt;&lt;author&gt;Gupta, S.&lt;/author&gt;&lt;author&gt;Gupta, P.&lt;/author&gt;&lt;author&gt;Sharma, M.&lt;/author&gt;&lt;/authors&gt;&lt;/contributors&gt;&lt;titles&gt;&lt;title&gt;Comparative profile of atypical antipsychotics in patients of schizophrenia&lt;/title&gt;&lt;secondary-title&gt;Indian Journal of Psychiatry&lt;/secondary-title&gt;&lt;/titles&gt;&lt;periodical&gt;&lt;full-title&gt;Indian Journal of Psychiatry&lt;/full-title&gt;&lt;/periodical&gt;&lt;pages&gt;S75&lt;/pages&gt;&lt;volume&gt;60&lt;/volume&gt;&lt;number&gt;5 Supplement 1&lt;/number&gt;&lt;dates&gt;&lt;year&gt;2018&lt;/year&gt;&lt;/dates&gt;&lt;pub-location&gt;Netherlands&lt;/pub-location&gt;&lt;publisher&gt;Medknow Publications&lt;/publisher&gt;&lt;isbn&gt;1998-3794&lt;/isbn&gt;&lt;urls&gt;&lt;related-urls&gt;&lt;url&gt;http://ovidsp.ovid.com/ovidweb.cgi?T=JS&amp;amp;PAGE=reference&amp;amp;D=emed19&amp;amp;NEWS=N&amp;amp;AN=621267601&lt;/url&gt;&lt;/related-urls&gt;&lt;/urls&gt;&lt;/record&gt;&lt;/Cite&gt;&lt;/EndNote&gt;</w:instrText>
            </w:r>
            <w:r w:rsidR="0031308D" w:rsidRPr="00EB75F0">
              <w:fldChar w:fldCharType="separate"/>
            </w:r>
            <w:r w:rsidR="00452EF4" w:rsidRPr="00452EF4">
              <w:rPr>
                <w:noProof/>
                <w:vertAlign w:val="superscript"/>
              </w:rPr>
              <w:t>23</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A3C4A"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A7E1D0"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8EB703"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0FCEC0"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7B5B5E" w14:textId="77777777" w:rsidR="009446D0" w:rsidRPr="00EB75F0" w:rsidRDefault="0084596B">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CE0CB"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56F8ACB4"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0650E1"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vAlign w:val="center"/>
          </w:tcPr>
          <w:p w14:paraId="16599943" w14:textId="77777777" w:rsidR="009446D0" w:rsidRPr="00EB75F0" w:rsidRDefault="0084596B">
            <w:pPr>
              <w:pStyle w:val="TableText"/>
              <w:jc w:val="center"/>
              <w:rPr>
                <w:color w:val="000000"/>
                <w:sz w:val="18"/>
              </w:rPr>
            </w:pPr>
            <w:r w:rsidRPr="00EB75F0">
              <w:rPr>
                <w:color w:val="000000"/>
                <w:sz w:val="18"/>
              </w:rPr>
              <w:t>N</w:t>
            </w:r>
          </w:p>
        </w:tc>
        <w:tc>
          <w:tcPr>
            <w:tcW w:w="1170" w:type="dxa"/>
            <w:tcBorders>
              <w:top w:val="single" w:sz="4" w:space="0" w:color="000000"/>
              <w:left w:val="single" w:sz="4" w:space="0" w:color="000000"/>
              <w:bottom w:val="single" w:sz="4" w:space="0" w:color="000000"/>
              <w:right w:val="single" w:sz="4" w:space="0" w:color="000000"/>
            </w:tcBorders>
            <w:vAlign w:val="center"/>
          </w:tcPr>
          <w:p w14:paraId="06596ACC"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2F62C437"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7B0E3CFB"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3B2604E8"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3403867" w14:textId="00CD638D" w:rsidR="009446D0" w:rsidRPr="00EB75F0" w:rsidRDefault="0084596B">
            <w:pPr>
              <w:pStyle w:val="TableText"/>
              <w:rPr>
                <w:color w:val="000000"/>
                <w:sz w:val="18"/>
              </w:rPr>
            </w:pPr>
            <w:r w:rsidRPr="00EB75F0">
              <w:rPr>
                <w:color w:val="000000"/>
                <w:sz w:val="18"/>
              </w:rPr>
              <w:t>Hatta 2009</w:t>
            </w:r>
            <w:r w:rsidR="0031308D" w:rsidRPr="00EB75F0">
              <w:fldChar w:fldCharType="begin"/>
            </w:r>
            <w:r w:rsidR="00452EF4">
              <w:instrText xml:space="preserve"> ADDIN EN.CITE &lt;EndNote&gt;&lt;Cite&gt;&lt;Author&gt;Hatta&lt;/Author&gt;&lt;Year&gt;2009&lt;/Year&gt;&lt;RecNum&gt;21&lt;/RecNum&gt;&lt;DisplayText&gt;&lt;style face="superscript"&gt;24&lt;/style&gt;&lt;/DisplayText&gt;&lt;record&gt;&lt;rec-number&gt;21&lt;/rec-number&gt;&lt;foreign-keys&gt;&lt;key app="EN" db-id="9ttaxzax2p0tr7ewzt55atews50zvxaaa5rz" timestamp="1764068828"&gt;21&lt;/key&gt;&lt;/foreign-keys&gt;&lt;ref-type name="Journal Article"&gt;17&lt;/ref-type&gt;&lt;contributors&gt;&lt;authors&gt;&lt;author&gt;Hatta, K.&lt;/author&gt;&lt;author&gt;Sato, K.&lt;/author&gt;&lt;author&gt;Hamakawa, H.&lt;/author&gt;&lt;author&gt;Takebayashi, H.&lt;/author&gt;&lt;author&gt;Kimura, N.&lt;/author&gt;&lt;author&gt;Ochi, S.&lt;/author&gt;&lt;author&gt;Sudo, Y.&lt;/author&gt;&lt;author&gt;Asukai, N.&lt;/author&gt;&lt;author&gt;Nakamura, H.&lt;/author&gt;&lt;author&gt;Usui, C.&lt;/author&gt;&lt;author&gt;Kawabata, T.&lt;/author&gt;&lt;author&gt;Hirata, T.&lt;/author&gt;&lt;author&gt;Sawa, Y.&lt;/author&gt;&lt;/authors&gt;&lt;/contributors&gt;&lt;titles&gt;&lt;title&gt;Effectiveness of second-generation antipsychotics with acute-phase schizophrenia&lt;/title&gt;&lt;secondary-title&gt;Schizophr Res&lt;/secondary-title&gt;&lt;/titles&gt;&lt;periodical&gt;&lt;full-title&gt;Schizophr Res&lt;/full-title&gt;&lt;/periodical&gt;&lt;pages&gt;49-55&lt;/pages&gt;&lt;volume&gt;113&lt;/volume&gt;&lt;number&gt;1&lt;/number&gt;&lt;dates&gt;&lt;year&gt;2009&lt;/year&gt;&lt;pub-dates&gt;&lt;date&gt;20090624&lt;/date&gt;&lt;/pub-dates&gt;&lt;/dates&gt;&lt;pub-location&gt;Department of Psychiatry, Juntendo University School of Medicine, Tokyo, Japan. khatta@juntendo.ac.jp&lt;/pub-location&gt;&lt;isbn&gt;1573-2509 (Electronic) 0920-9964 (Linking)&lt;/isbn&gt;&lt;urls&gt;&lt;related-urls&gt;&lt;url&gt;https://www.ncbi.nlm.nih.gov/pubmed/19553086&lt;/url&gt;&lt;/related-urls&gt;&lt;/urls&gt;&lt;electronic-resource-num&gt;10.1016/j.schres.2009.05.030&lt;/electronic-resource-num&gt;&lt;/record&gt;&lt;/Cite&gt;&lt;/EndNote&gt;</w:instrText>
            </w:r>
            <w:r w:rsidR="0031308D" w:rsidRPr="00EB75F0">
              <w:fldChar w:fldCharType="separate"/>
            </w:r>
            <w:r w:rsidR="00452EF4" w:rsidRPr="00452EF4">
              <w:rPr>
                <w:noProof/>
                <w:vertAlign w:val="superscript"/>
              </w:rPr>
              <w:t>24</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31C0BEA1"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4A5DFFF4"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133108D6"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2CC15F"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5F034C3A"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902A6F"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61B8A43C"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18FAE"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vAlign w:val="center"/>
          </w:tcPr>
          <w:p w14:paraId="1C71BFAF" w14:textId="77777777" w:rsidR="009446D0" w:rsidRPr="00EB75F0" w:rsidRDefault="0084596B">
            <w:pPr>
              <w:pStyle w:val="TableText"/>
              <w:jc w:val="center"/>
              <w:rPr>
                <w:color w:val="000000"/>
                <w:sz w:val="18"/>
              </w:rPr>
            </w:pPr>
            <w:r w:rsidRPr="00EB75F0">
              <w:rPr>
                <w:color w:val="000000"/>
                <w:sz w:val="18"/>
              </w:rPr>
              <w:t>N</w:t>
            </w:r>
          </w:p>
        </w:tc>
        <w:tc>
          <w:tcPr>
            <w:tcW w:w="1170" w:type="dxa"/>
            <w:tcBorders>
              <w:top w:val="single" w:sz="4" w:space="0" w:color="000000"/>
              <w:left w:val="single" w:sz="4" w:space="0" w:color="000000"/>
              <w:bottom w:val="single" w:sz="4" w:space="0" w:color="000000"/>
              <w:right w:val="single" w:sz="4" w:space="0" w:color="000000"/>
            </w:tcBorders>
            <w:vAlign w:val="center"/>
          </w:tcPr>
          <w:p w14:paraId="52D35C43"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11875F51"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11606C43"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121D97F5" w14:textId="77777777">
        <w:trPr>
          <w:trHeight w:val="335"/>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C970575" w14:textId="2C0831D7" w:rsidR="009446D0" w:rsidRPr="00EB75F0" w:rsidRDefault="0084596B">
            <w:pPr>
              <w:pStyle w:val="TableText"/>
              <w:rPr>
                <w:color w:val="000000"/>
                <w:sz w:val="18"/>
              </w:rPr>
            </w:pPr>
            <w:r w:rsidRPr="00EB75F0">
              <w:rPr>
                <w:color w:val="000000"/>
                <w:sz w:val="18"/>
              </w:rPr>
              <w:t>Cantillon 2017</w:t>
            </w:r>
            <w:r w:rsidR="0031308D" w:rsidRPr="00EB75F0">
              <w:fldChar w:fldCharType="begin"/>
            </w:r>
            <w:r w:rsidR="00452EF4">
              <w:instrText xml:space="preserve"> ADDIN EN.CITE &lt;EndNote&gt;&lt;Cite&gt;&lt;Author&gt;Cantillon M&lt;/Author&gt;&lt;Year&gt;2017&lt;/Year&gt;&lt;RecNum&gt;22&lt;/RecNum&gt;&lt;DisplayText&gt;&lt;style face="superscript"&gt;25&lt;/style&gt;&lt;/DisplayText&gt;&lt;record&gt;&lt;rec-number&gt;22&lt;/rec-number&gt;&lt;foreign-keys&gt;&lt;key app="EN" db-id="9ttaxzax2p0tr7ewzt55atews50zvxaaa5rz" timestamp="1764068828"&gt;22&lt;/key&gt;&lt;/foreign-keys&gt;&lt;ref-type name="Journal Article"&gt;17&lt;/ref-type&gt;&lt;contributors&gt;&lt;authors&gt;&lt;author&gt;Cantillon M, Prakash A, Alexander A, Ings R, Sweitzer D, Bhat L&lt;/author&gt;&lt;/authors&gt;&lt;/contributors&gt;&lt;titles&gt;&lt;title&gt;Dopamine serotonin stabilizer RP5063: a randomized, double-blind, placebo-controlled multicenter trial of safety and efficacy in exacerbation of schizophrenia or schizoaffective disorder&lt;/title&gt;&lt;secondary-title&gt;Schizophr. Res.&lt;/secondary-title&gt;&lt;/titles&gt;&lt;periodical&gt;&lt;full-title&gt;Schizophr. Res.&lt;/full-title&gt;&lt;/periodical&gt;&lt;pages&gt;126-33&lt;/pages&gt;&lt;volume&gt;1&lt;/volume&gt;&lt;number&gt;189&lt;/number&gt;&lt;dates&gt;&lt;year&gt;2017&lt;/year&gt;&lt;/dates&gt;&lt;urls&gt;&lt;/urls&gt;&lt;/record&gt;&lt;/Cite&gt;&lt;/EndNote&gt;</w:instrText>
            </w:r>
            <w:r w:rsidR="0031308D" w:rsidRPr="00EB75F0">
              <w:fldChar w:fldCharType="separate"/>
            </w:r>
            <w:r w:rsidR="00452EF4" w:rsidRPr="00452EF4">
              <w:rPr>
                <w:noProof/>
                <w:vertAlign w:val="superscript"/>
              </w:rPr>
              <w:t>25</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B936CB"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77C2B1"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74DBF0"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2665A6"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65484"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32B5232C"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6A1312F1"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CA9E16"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101F9979"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274F6497"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2BD2C016"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4F1FCD8E"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32C4171C"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45B3D8A" w14:textId="7E027D6C" w:rsidR="009446D0" w:rsidRPr="00EB75F0" w:rsidRDefault="0084596B">
            <w:pPr>
              <w:pStyle w:val="TableText"/>
              <w:rPr>
                <w:color w:val="000000"/>
                <w:sz w:val="18"/>
              </w:rPr>
            </w:pPr>
            <w:r w:rsidRPr="00EB75F0">
              <w:rPr>
                <w:color w:val="000000"/>
                <w:sz w:val="18"/>
              </w:rPr>
              <w:t>Chan 2007</w:t>
            </w:r>
            <w:r w:rsidR="0031308D" w:rsidRPr="00EB75F0">
              <w:fldChar w:fldCharType="begin"/>
            </w:r>
            <w:r w:rsidR="00452EF4">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EB75F0">
              <w:fldChar w:fldCharType="separate"/>
            </w:r>
            <w:r w:rsidR="00452EF4" w:rsidRPr="00452EF4">
              <w:rPr>
                <w:noProof/>
                <w:vertAlign w:val="superscript"/>
              </w:rPr>
              <w:t>26</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549F11"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67110A"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057983"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135801"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23E7CB"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778030E2"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0BE03BA6"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5D185C"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727C5F14"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2858846B"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66DCC3FA"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3E57361F"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23BB9547" w14:textId="77777777">
        <w:trPr>
          <w:trHeight w:val="335"/>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7B74A77" w14:textId="32BF22F8" w:rsidR="009446D0" w:rsidRPr="00EB75F0" w:rsidRDefault="0084596B">
            <w:pPr>
              <w:pStyle w:val="TableText"/>
              <w:rPr>
                <w:color w:val="000000"/>
                <w:sz w:val="18"/>
              </w:rPr>
            </w:pPr>
            <w:r w:rsidRPr="00EB75F0">
              <w:rPr>
                <w:color w:val="000000"/>
                <w:sz w:val="18"/>
              </w:rPr>
              <w:t>Cutler 2006</w:t>
            </w:r>
            <w:r w:rsidR="0031308D" w:rsidRPr="00EB75F0">
              <w:fldChar w:fldCharType="begin"/>
            </w:r>
            <w:r w:rsidR="00452EF4">
              <w:instrText xml:space="preserve"> ADDIN EN.CITE &lt;EndNote&gt;&lt;Cite&gt;&lt;Author&gt;Cutler AJ&lt;/Author&gt;&lt;Year&gt;2006&lt;/Year&gt;&lt;RecNum&gt;24&lt;/RecNum&gt;&lt;DisplayText&gt;&lt;style face="superscript"&gt;27&lt;/style&gt;&lt;/DisplayText&gt;&lt;record&gt;&lt;rec-number&gt;24&lt;/rec-number&gt;&lt;foreign-keys&gt;&lt;key app="EN" db-id="9ttaxzax2p0tr7ewzt55atews50zvxaaa5rz" timestamp="1764068828"&gt;24&lt;/key&gt;&lt;/foreign-keys&gt;&lt;ref-type name="Journal Article"&gt;17&lt;/ref-type&gt;&lt;contributors&gt;&lt;authors&gt;&lt;author&gt;Cutler AJ, Marcus RN, Hardy SA, O&amp;apos;Donnell A, Carson WH, McQuade RD&lt;/author&gt;&lt;/authors&gt;&lt;/contributors&gt;&lt;titles&gt;&lt;title&gt;The efficacy and safety of lower doses of aripiprazole for the treatment of patients with acute exacerbation of schizophrenia&lt;/title&gt;&lt;secondary-title&gt;CNS Spectr.&lt;/secondary-title&gt;&lt;/titles&gt;&lt;periodical&gt;&lt;full-title&gt;CNS Spectr.&lt;/full-title&gt;&lt;/periodical&gt;&lt;pages&gt;691-702&lt;/pages&gt;&lt;volume&gt;11&lt;/volume&gt;&lt;number&gt;9&lt;/number&gt;&lt;dates&gt;&lt;year&gt;2006&lt;/year&gt;&lt;/dates&gt;&lt;urls&gt;&lt;/urls&gt;&lt;/record&gt;&lt;/Cite&gt;&lt;/EndNote&gt;</w:instrText>
            </w:r>
            <w:r w:rsidR="0031308D" w:rsidRPr="00EB75F0">
              <w:fldChar w:fldCharType="separate"/>
            </w:r>
            <w:r w:rsidR="00452EF4" w:rsidRPr="00452EF4">
              <w:rPr>
                <w:noProof/>
                <w:vertAlign w:val="superscript"/>
              </w:rPr>
              <w:t>27</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B08109"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530CE3"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223969"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011590"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4F36D" w14:textId="77777777" w:rsidR="009446D0" w:rsidRPr="00EB75F0" w:rsidRDefault="0084596B">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4B1B8CB1"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7AF131F2"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161457"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74171828"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3506AC78"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5C134DD6"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6B9DE734"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2D71721E" w14:textId="77777777">
        <w:trPr>
          <w:trHeight w:val="320"/>
        </w:trPr>
        <w:tc>
          <w:tcPr>
            <w:tcW w:w="1818" w:type="dxa"/>
            <w:tcBorders>
              <w:top w:val="single" w:sz="4" w:space="0" w:color="000000"/>
              <w:left w:val="single" w:sz="4" w:space="0" w:color="000000"/>
              <w:bottom w:val="single" w:sz="4" w:space="0" w:color="000000"/>
              <w:right w:val="single" w:sz="4" w:space="0" w:color="000000"/>
            </w:tcBorders>
            <w:vAlign w:val="bottom"/>
          </w:tcPr>
          <w:p w14:paraId="6E5A811C" w14:textId="5A181D77" w:rsidR="009446D0" w:rsidRPr="00EB75F0" w:rsidRDefault="0084596B">
            <w:pPr>
              <w:pStyle w:val="TableText"/>
              <w:rPr>
                <w:color w:val="000000"/>
                <w:sz w:val="18"/>
              </w:rPr>
            </w:pPr>
            <w:r w:rsidRPr="00EB75F0">
              <w:rPr>
                <w:color w:val="000000"/>
                <w:sz w:val="18"/>
              </w:rPr>
              <w:t>Durgam 2015</w:t>
            </w:r>
            <w:r w:rsidR="0031308D" w:rsidRPr="00EB75F0">
              <w:fldChar w:fldCharType="begin"/>
            </w:r>
            <w:r w:rsidR="00452EF4">
              <w:instrText xml:space="preserve"> ADDIN EN.CITE &lt;EndNote&gt;&lt;Cite&gt;&lt;Author&gt;Durgam S&lt;/Author&gt;&lt;Year&gt;2015&lt;/Year&gt;&lt;RecNum&gt;25&lt;/RecNum&gt;&lt;DisplayText&gt;&lt;style face="superscript"&gt;28&lt;/style&gt;&lt;/DisplayText&gt;&lt;record&gt;&lt;rec-number&gt;25&lt;/rec-number&gt;&lt;foreign-keys&gt;&lt;key app="EN" db-id="9ttaxzax2p0tr7ewzt55atews50zvxaaa5rz" timestamp="1764068828"&gt;25&lt;/key&gt;&lt;/foreign-keys&gt;&lt;ref-type name="Journal Article"&gt;17&lt;/ref-type&gt;&lt;contributors&gt;&lt;authors&gt;&lt;author&gt;Durgam S, Cutler AJ, Lu K, Migliore R, Ruth A, Laszlovszky I, Németh G, Meltzer HY.&lt;/author&gt;&lt;/authors&gt;&lt;/contributors&gt;&lt;titles&gt;&lt;title&gt;Cariprazine in acute exacerbation of schizophrenia: a fixed-dose, phase 3, randomized, double-blind, placebo-and active-controlled trial.&lt;/title&gt;&lt;secondary-title&gt;JCP&lt;/secondary-title&gt;&lt;/titles&gt;&lt;periodical&gt;&lt;full-title&gt;JCP&lt;/full-title&gt;&lt;/periodical&gt;&lt;pages&gt;2310&lt;/pages&gt;&lt;volume&gt;76&lt;/volume&gt;&lt;number&gt;12&lt;/number&gt;&lt;dates&gt;&lt;year&gt;2015&lt;/year&gt;&lt;/dates&gt;&lt;urls&gt;&lt;/urls&gt;&lt;/record&gt;&lt;/Cite&gt;&lt;/EndNote&gt;</w:instrText>
            </w:r>
            <w:r w:rsidR="0031308D" w:rsidRPr="00EB75F0">
              <w:fldChar w:fldCharType="separate"/>
            </w:r>
            <w:r w:rsidR="00452EF4" w:rsidRPr="00452EF4">
              <w:rPr>
                <w:noProof/>
                <w:vertAlign w:val="superscript"/>
              </w:rPr>
              <w:t>28</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17F17B"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97BB26"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374E1"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D78792"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78CFD9"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27CA6936"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1B330AFF"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398BF7"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0ABB4678"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4D8B24DD"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6E11FFC2"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438DAEA3"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00B3A65B" w14:textId="77777777">
        <w:trPr>
          <w:trHeight w:val="335"/>
        </w:trPr>
        <w:tc>
          <w:tcPr>
            <w:tcW w:w="1818" w:type="dxa"/>
            <w:tcBorders>
              <w:top w:val="single" w:sz="4" w:space="0" w:color="000000"/>
              <w:left w:val="single" w:sz="4" w:space="0" w:color="000000"/>
              <w:bottom w:val="single" w:sz="4" w:space="0" w:color="000000"/>
              <w:right w:val="single" w:sz="4" w:space="0" w:color="000000"/>
            </w:tcBorders>
            <w:vAlign w:val="bottom"/>
          </w:tcPr>
          <w:p w14:paraId="7433A6A3" w14:textId="613C9DFC" w:rsidR="009446D0" w:rsidRPr="00EB75F0" w:rsidRDefault="0084596B">
            <w:pPr>
              <w:pStyle w:val="TableText"/>
              <w:rPr>
                <w:color w:val="000000"/>
                <w:sz w:val="18"/>
              </w:rPr>
            </w:pPr>
            <w:r w:rsidRPr="00EB75F0">
              <w:rPr>
                <w:color w:val="000000"/>
                <w:sz w:val="18"/>
              </w:rPr>
              <w:t>Fleischhacker 2009</w:t>
            </w:r>
            <w:r w:rsidR="0031308D" w:rsidRPr="00EB75F0">
              <w:fldChar w:fldCharType="begin"/>
            </w:r>
            <w:r w:rsidR="00452EF4">
              <w:instrText xml:space="preserve"> ADDIN EN.CITE &lt;EndNote&gt;&lt;Cite&gt;&lt;Author&gt;Fleischhacker WW&lt;/Author&gt;&lt;Year&gt;2009&lt;/Year&gt;&lt;RecNum&gt;26&lt;/RecNum&gt;&lt;DisplayText&gt;&lt;style face="superscript"&gt;29&lt;/style&gt;&lt;/DisplayText&gt;&lt;record&gt;&lt;rec-number&gt;26&lt;/rec-number&gt;&lt;foreign-keys&gt;&lt;key app="EN" db-id="9ttaxzax2p0tr7ewzt55atews50zvxaaa5rz" timestamp="1764068829"&gt;26&lt;/key&gt;&lt;/foreign-keys&gt;&lt;ref-type name="Journal Article"&gt;17&lt;/ref-type&gt;&lt;contributors&gt;&lt;authors&gt;&lt;author&gt;Fleischhacker WW, McQuade RD, Marcus RN, Archibald D, Swanink R, Carson WH.&lt;/author&gt;&lt;/authors&gt;&lt;/contributors&gt;&lt;titles&gt;&lt;title&gt;A double-blind, randomized comparative study of aripiprazole and olanzapine in patients with schizophrenia.&lt;/title&gt;&lt;secondary-title&gt;Biol. Psychiatry&lt;/secondary-title&gt;&lt;/titles&gt;&lt;periodical&gt;&lt;full-title&gt;Biol. Psychiatry&lt;/full-title&gt;&lt;/periodical&gt;&lt;pages&gt;510-7&lt;/pages&gt;&lt;volume&gt;65&lt;/volume&gt;&lt;number&gt;6&lt;/number&gt;&lt;dates&gt;&lt;year&gt;2009&lt;/year&gt;&lt;/dates&gt;&lt;urls&gt;&lt;/urls&gt;&lt;/record&gt;&lt;/Cite&gt;&lt;/EndNote&gt;</w:instrText>
            </w:r>
            <w:r w:rsidR="0031308D" w:rsidRPr="00EB75F0">
              <w:fldChar w:fldCharType="separate"/>
            </w:r>
            <w:r w:rsidR="00452EF4" w:rsidRPr="00452EF4">
              <w:rPr>
                <w:noProof/>
                <w:vertAlign w:val="superscript"/>
              </w:rPr>
              <w:t>29</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8CAED3"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1BDF58"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541534"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BE2462"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6C228" w14:textId="77777777" w:rsidR="009446D0" w:rsidRPr="00EB75F0" w:rsidRDefault="0084596B">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19D34A6E"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59DB25E4"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49840E"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vAlign w:val="center"/>
          </w:tcPr>
          <w:p w14:paraId="6A5BD9F6" w14:textId="77777777" w:rsidR="009446D0" w:rsidRPr="00EB75F0" w:rsidRDefault="0084596B">
            <w:pPr>
              <w:pStyle w:val="TableText"/>
              <w:jc w:val="center"/>
              <w:rPr>
                <w:i/>
                <w:color w:val="000000"/>
                <w:sz w:val="18"/>
              </w:rPr>
            </w:pPr>
            <w:r w:rsidRPr="00EB75F0">
              <w:rPr>
                <w:color w:val="000000"/>
                <w:sz w:val="18"/>
              </w:rPr>
              <w:t>N</w:t>
            </w:r>
          </w:p>
        </w:tc>
        <w:tc>
          <w:tcPr>
            <w:tcW w:w="1170" w:type="dxa"/>
            <w:tcBorders>
              <w:top w:val="single" w:sz="4" w:space="0" w:color="000000"/>
              <w:left w:val="single" w:sz="4" w:space="0" w:color="000000"/>
              <w:bottom w:val="single" w:sz="4" w:space="0" w:color="000000"/>
              <w:right w:val="single" w:sz="4" w:space="0" w:color="000000"/>
            </w:tcBorders>
            <w:vAlign w:val="center"/>
          </w:tcPr>
          <w:p w14:paraId="60C59A24"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17B746E0"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6D26B326"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33745F26" w14:textId="77777777">
        <w:trPr>
          <w:trHeight w:val="320"/>
        </w:trPr>
        <w:tc>
          <w:tcPr>
            <w:tcW w:w="1818" w:type="dxa"/>
            <w:tcBorders>
              <w:top w:val="single" w:sz="4" w:space="0" w:color="000000"/>
              <w:left w:val="single" w:sz="4" w:space="0" w:color="000000"/>
              <w:bottom w:val="single" w:sz="4" w:space="0" w:color="000000"/>
              <w:right w:val="single" w:sz="4" w:space="0" w:color="000000"/>
            </w:tcBorders>
            <w:vAlign w:val="bottom"/>
          </w:tcPr>
          <w:p w14:paraId="070193C1" w14:textId="1FAD088F" w:rsidR="009446D0" w:rsidRPr="00EB75F0" w:rsidRDefault="0084596B">
            <w:pPr>
              <w:pStyle w:val="TableText"/>
              <w:rPr>
                <w:color w:val="000000"/>
                <w:sz w:val="18"/>
              </w:rPr>
            </w:pPr>
            <w:r w:rsidRPr="00EB75F0">
              <w:rPr>
                <w:color w:val="000000"/>
                <w:sz w:val="18"/>
              </w:rPr>
              <w:t>McEvoy 2007</w:t>
            </w:r>
            <w:r w:rsidR="0031308D" w:rsidRPr="00EB75F0">
              <w:fldChar w:fldCharType="begin"/>
            </w:r>
            <w:r w:rsidR="00452EF4">
              <w:instrText xml:space="preserve"> ADDIN EN.CITE &lt;EndNote&gt;&lt;Cite&gt;&lt;Author&gt;McEvoy&lt;/Author&gt;&lt;Year&gt;2007&lt;/Year&gt;&lt;RecNum&gt;28&lt;/RecNum&gt;&lt;DisplayText&gt;&lt;style face="superscript"&gt;31&lt;/style&gt;&lt;/DisplayText&gt;&lt;record&gt;&lt;rec-number&gt;28&lt;/rec-number&gt;&lt;foreign-keys&gt;&lt;key app="EN" db-id="9ttaxzax2p0tr7ewzt55atews50zvxaaa5rz" timestamp="1764068829"&gt;28&lt;/key&gt;&lt;/foreign-keys&gt;&lt;ref-type name="Journal Article"&gt;17&lt;/ref-type&gt;&lt;contributors&gt;&lt;authors&gt;&lt;author&gt;McEvoy, J. P.&lt;/author&gt;&lt;author&gt;Daniel, D. G.&lt;/author&gt;&lt;author&gt;Carson, W. H., Jr.&lt;/author&gt;&lt;author&gt;McQuade, R. D.&lt;/author&gt;&lt;author&gt;Marcus, R. N.&lt;/author&gt;&lt;/authors&gt;&lt;/contributors&gt;&lt;titles&gt;&lt;title&gt;A randomized, double-blind, placebo-controlled, study of the efficacy and safety of aripiprazole 10, 15 or 20 mg/day for the treatment of patients with acute exacerbations of schizophrenia&lt;/title&gt;&lt;secondary-title&gt;J Psychiatr Res&lt;/secondary-title&gt;&lt;/titles&gt;&lt;periodical&gt;&lt;full-title&gt;J Psychiatr Res&lt;/full-title&gt;&lt;/periodical&gt;&lt;pages&gt;895-905&lt;/pages&gt;&lt;volume&gt;41&lt;/volume&gt;&lt;number&gt;11&lt;/number&gt;&lt;dates&gt;&lt;year&gt;2007&lt;/year&gt;&lt;pub-dates&gt;&lt;date&gt;20070713&lt;/date&gt;&lt;/pub-dates&gt;&lt;/dates&gt;&lt;pub-location&gt;Duke University Medical Center, John Umstead Hospital (AAU), Butner, NC 27509, USA. jpmcevoy@duke.edu&lt;/pub-location&gt;&lt;isbn&gt;0022-3956 (Print) 0022-3956 (Linking)&lt;/isbn&gt;&lt;urls&gt;&lt;related-urls&gt;&lt;url&gt;https://www.ncbi.nlm.nih.gov/pubmed/17631314&lt;/url&gt;&lt;/related-urls&gt;&lt;/urls&gt;&lt;electronic-resource-num&gt;10.1016/j.jpsychires.2007.05.002&lt;/electronic-resource-num&gt;&lt;/record&gt;&lt;/Cite&gt;&lt;/EndNote&gt;</w:instrText>
            </w:r>
            <w:r w:rsidR="0031308D" w:rsidRPr="00EB75F0">
              <w:fldChar w:fldCharType="separate"/>
            </w:r>
            <w:r w:rsidR="00452EF4" w:rsidRPr="00452EF4">
              <w:rPr>
                <w:noProof/>
                <w:vertAlign w:val="superscript"/>
              </w:rPr>
              <w:t>31</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8E0A69"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32456E"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9E890A"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C3D0C"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BEA4DD"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60C79245"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634345B1"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D59555"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6ACEA549"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14A7BF55"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0263E33E"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4D118050"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6C9EEFF3" w14:textId="77777777" w:rsidTr="001457EC">
        <w:trPr>
          <w:trHeight w:val="335"/>
        </w:trPr>
        <w:tc>
          <w:tcPr>
            <w:tcW w:w="1818" w:type="dxa"/>
            <w:tcBorders>
              <w:top w:val="single" w:sz="4" w:space="0" w:color="000000"/>
              <w:left w:val="single" w:sz="4" w:space="0" w:color="000000"/>
              <w:bottom w:val="single" w:sz="4" w:space="0" w:color="000000"/>
              <w:right w:val="single" w:sz="4" w:space="0" w:color="000000"/>
            </w:tcBorders>
            <w:vAlign w:val="bottom"/>
          </w:tcPr>
          <w:p w14:paraId="1272F65F" w14:textId="243FED22" w:rsidR="009446D0" w:rsidRPr="00EB75F0" w:rsidRDefault="0084596B">
            <w:pPr>
              <w:pStyle w:val="TableText"/>
              <w:rPr>
                <w:color w:val="000000"/>
                <w:sz w:val="18"/>
              </w:rPr>
            </w:pPr>
            <w:r w:rsidRPr="00EB75F0">
              <w:rPr>
                <w:color w:val="000000"/>
                <w:sz w:val="18"/>
              </w:rPr>
              <w:t>McQuade 2004</w:t>
            </w:r>
            <w:r w:rsidR="0031308D" w:rsidRPr="00EB75F0">
              <w:fldChar w:fldCharType="begin"/>
            </w:r>
            <w:r w:rsidR="00452EF4">
              <w:instrText xml:space="preserve"> ADDIN EN.CITE &lt;EndNote&gt;&lt;Cite&gt;&lt;Author&gt;McQuade RD&lt;/Author&gt;&lt;Year&gt;2004&lt;/Year&gt;&lt;RecNum&gt;29&lt;/RecNum&gt;&lt;DisplayText&gt;&lt;style face="superscript"&gt;32&lt;/style&gt;&lt;/DisplayText&gt;&lt;record&gt;&lt;rec-number&gt;29&lt;/rec-number&gt;&lt;foreign-keys&gt;&lt;key app="EN" db-id="9ttaxzax2p0tr7ewzt55atews50zvxaaa5rz" timestamp="1764068829"&gt;29&lt;/key&gt;&lt;/foreign-keys&gt;&lt;ref-type name="Journal Article"&gt;17&lt;/ref-type&gt;&lt;contributors&gt;&lt;authors&gt;&lt;author&gt;McQuade RD, Stock E, Marcus R, Jody D, Gharbia NA, Vanveggel S, Archibald D, Carson WH.&lt;/author&gt;&lt;/authors&gt;&lt;/contributors&gt;&lt;titles&gt;&lt;title&gt;A comparison of weight change during treatment with olanzapine or aripiprazole: results from a randomized, double-blind study.&lt;/title&gt;&lt;secondary-title&gt;J Clin Psychiatry.&lt;/secondary-title&gt;&lt;/titles&gt;&lt;periodical&gt;&lt;full-title&gt;J Clin Psychiatry.&lt;/full-title&gt;&lt;/periodical&gt;&lt;pages&gt;47-56&lt;/pages&gt;&lt;volume&gt;1&lt;/volume&gt;&lt;number&gt;65&lt;/number&gt;&lt;dates&gt;&lt;year&gt;2004&lt;/year&gt;&lt;/dates&gt;&lt;urls&gt;&lt;/urls&gt;&lt;/record&gt;&lt;/Cite&gt;&lt;/EndNote&gt;</w:instrText>
            </w:r>
            <w:r w:rsidR="0031308D" w:rsidRPr="00EB75F0">
              <w:fldChar w:fldCharType="separate"/>
            </w:r>
            <w:r w:rsidR="00452EF4" w:rsidRPr="00452EF4">
              <w:rPr>
                <w:noProof/>
                <w:vertAlign w:val="superscript"/>
              </w:rPr>
              <w:t>32</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24B83"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F7D8D9"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46EB21"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B712DA"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B0213"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466B5451"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1E8E70DC"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8C5BB2"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vAlign w:val="center"/>
          </w:tcPr>
          <w:p w14:paraId="78A6A935" w14:textId="77777777" w:rsidR="009446D0" w:rsidRPr="00EB75F0" w:rsidRDefault="0084596B">
            <w:pPr>
              <w:pStyle w:val="TableText"/>
              <w:jc w:val="center"/>
              <w:rPr>
                <w:i/>
                <w:color w:val="000000"/>
                <w:sz w:val="18"/>
              </w:rPr>
            </w:pPr>
            <w:r w:rsidRPr="00EB75F0">
              <w:rPr>
                <w:color w:val="000000"/>
                <w:sz w:val="18"/>
              </w:rPr>
              <w:t>N</w:t>
            </w:r>
          </w:p>
        </w:tc>
        <w:tc>
          <w:tcPr>
            <w:tcW w:w="1170" w:type="dxa"/>
            <w:tcBorders>
              <w:top w:val="single" w:sz="4" w:space="0" w:color="000000"/>
              <w:left w:val="single" w:sz="4" w:space="0" w:color="000000"/>
              <w:bottom w:val="single" w:sz="4" w:space="0" w:color="000000"/>
              <w:right w:val="single" w:sz="4" w:space="0" w:color="000000"/>
            </w:tcBorders>
            <w:vAlign w:val="center"/>
          </w:tcPr>
          <w:p w14:paraId="2CB64586"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6795F57A"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7EF73450"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5414068C" w14:textId="77777777">
        <w:trPr>
          <w:trHeight w:val="320"/>
        </w:trPr>
        <w:tc>
          <w:tcPr>
            <w:tcW w:w="1818" w:type="dxa"/>
            <w:tcBorders>
              <w:top w:val="single" w:sz="4" w:space="0" w:color="000000"/>
              <w:left w:val="single" w:sz="4" w:space="0" w:color="000000"/>
              <w:bottom w:val="single" w:sz="4" w:space="0" w:color="000000"/>
              <w:right w:val="single" w:sz="4" w:space="0" w:color="000000"/>
            </w:tcBorders>
            <w:vAlign w:val="bottom"/>
          </w:tcPr>
          <w:p w14:paraId="2868261B" w14:textId="3BA9B9AA" w:rsidR="009446D0" w:rsidRPr="00EB75F0" w:rsidRDefault="0084596B">
            <w:pPr>
              <w:pStyle w:val="TableText"/>
              <w:rPr>
                <w:color w:val="000000"/>
                <w:sz w:val="18"/>
              </w:rPr>
            </w:pPr>
            <w:r w:rsidRPr="00EB75F0">
              <w:rPr>
                <w:color w:val="000000"/>
                <w:sz w:val="18"/>
              </w:rPr>
              <w:t>Kane 2002</w:t>
            </w:r>
            <w:r w:rsidR="0031308D" w:rsidRPr="00EB75F0">
              <w:fldChar w:fldCharType="begin"/>
            </w:r>
            <w:r w:rsidR="00452EF4">
              <w:instrText xml:space="preserve"> ADDIN EN.CITE &lt;EndNote&gt;&lt;Cite&gt;&lt;Author&gt;McQuade RD&lt;/Author&gt;&lt;Year&gt;2004&lt;/Year&gt;&lt;RecNum&gt;29&lt;/RecNum&gt;&lt;DisplayText&gt;&lt;style face="superscript"&gt;32&lt;/style&gt;&lt;/DisplayText&gt;&lt;record&gt;&lt;rec-number&gt;29&lt;/rec-number&gt;&lt;foreign-keys&gt;&lt;key app="EN" db-id="9ttaxzax2p0tr7ewzt55atews50zvxaaa5rz" timestamp="1764068829"&gt;29&lt;/key&gt;&lt;/foreign-keys&gt;&lt;ref-type name="Journal Article"&gt;17&lt;/ref-type&gt;&lt;contributors&gt;&lt;authors&gt;&lt;author&gt;McQuade RD, Stock E, Marcus R, Jody D, Gharbia NA, Vanveggel S, Archibald D, Carson WH.&lt;/author&gt;&lt;/authors&gt;&lt;/contributors&gt;&lt;titles&gt;&lt;title&gt;A comparison of weight change during treatment with olanzapine or aripiprazole: results from a randomized, double-blind study.&lt;/title&gt;&lt;secondary-title&gt;J Clin Psychiatry.&lt;/secondary-title&gt;&lt;/titles&gt;&lt;periodical&gt;&lt;full-title&gt;J Clin Psychiatry.&lt;/full-title&gt;&lt;/periodical&gt;&lt;pages&gt;47-56&lt;/pages&gt;&lt;volume&gt;1&lt;/volume&gt;&lt;number&gt;65&lt;/number&gt;&lt;dates&gt;&lt;year&gt;2004&lt;/year&gt;&lt;/dates&gt;&lt;urls&gt;&lt;/urls&gt;&lt;/record&gt;&lt;/Cite&gt;&lt;/EndNote&gt;</w:instrText>
            </w:r>
            <w:r w:rsidR="0031308D" w:rsidRPr="00EB75F0">
              <w:fldChar w:fldCharType="separate"/>
            </w:r>
            <w:r w:rsidR="00452EF4" w:rsidRPr="00452EF4">
              <w:rPr>
                <w:noProof/>
                <w:vertAlign w:val="superscript"/>
              </w:rPr>
              <w:t>32</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8A91C8"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07736E"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E431A1"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50D230"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9C8070"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0BF80C0D"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45F30D83"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5A3CAC"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58D66368"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33B06D37"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125AA80E"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3AEDE918"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4F7C7EF1" w14:textId="77777777">
        <w:trPr>
          <w:trHeight w:val="335"/>
        </w:trPr>
        <w:tc>
          <w:tcPr>
            <w:tcW w:w="1818" w:type="dxa"/>
            <w:tcBorders>
              <w:top w:val="single" w:sz="4" w:space="0" w:color="000000"/>
              <w:left w:val="single" w:sz="4" w:space="0" w:color="000000"/>
              <w:bottom w:val="single" w:sz="4" w:space="0" w:color="000000"/>
              <w:right w:val="single" w:sz="4" w:space="0" w:color="000000"/>
            </w:tcBorders>
            <w:vAlign w:val="bottom"/>
          </w:tcPr>
          <w:p w14:paraId="1F4C17FB" w14:textId="2441ECC6" w:rsidR="009446D0" w:rsidRPr="00EB75F0" w:rsidRDefault="0084596B">
            <w:pPr>
              <w:pStyle w:val="TableText"/>
              <w:rPr>
                <w:color w:val="000000"/>
                <w:sz w:val="18"/>
              </w:rPr>
            </w:pPr>
            <w:r w:rsidRPr="00EB75F0">
              <w:rPr>
                <w:color w:val="000000"/>
                <w:sz w:val="18"/>
              </w:rPr>
              <w:t>Marder 2003</w:t>
            </w:r>
            <w:r w:rsidR="0031308D" w:rsidRPr="00EB75F0">
              <w:fldChar w:fldCharType="begin"/>
            </w:r>
            <w:r w:rsidR="00452EF4">
              <w:instrText xml:space="preserve"> ADDIN EN.CITE &lt;EndNote&gt;&lt;Cite&gt;&lt;Author&gt;Marder SR&lt;/Author&gt;&lt;Year&gt;2003&lt;/Year&gt;&lt;RecNum&gt;32&lt;/RecNum&gt;&lt;DisplayText&gt;&lt;style face="superscript"&gt;35&lt;/style&gt;&lt;/DisplayText&gt;&lt;record&gt;&lt;rec-number&gt;32&lt;/rec-number&gt;&lt;foreign-keys&gt;&lt;key app="EN" db-id="9ttaxzax2p0tr7ewzt55atews50zvxaaa5rz" timestamp="1764068830"&gt;32&lt;/key&gt;&lt;/foreign-keys&gt;&lt;ref-type name="Journal Article"&gt;17&lt;/ref-type&gt;&lt;contributors&gt;&lt;authors&gt;&lt;author&gt;Marder SR, McQuade RD, Stock E, Kaplita S, Marcus R, Safferman AZ, Saha A, Ali M, Iwamoto T&lt;/author&gt;&lt;/authors&gt;&lt;/contributors&gt;&lt;titles&gt;&lt;title&gt;Aripiprazole in the treatment of schizophrenia: safety and tolerability in short-term, placebo-controlled trials&lt;/title&gt;&lt;secondary-title&gt;Schizophr. Res.&lt;/secondary-title&gt;&lt;/titles&gt;&lt;periodical&gt;&lt;full-title&gt;Schizophr. Res.&lt;/full-title&gt;&lt;/periodical&gt;&lt;pages&gt;123-36&lt;/pages&gt;&lt;volume&gt;61&lt;/volume&gt;&lt;number&gt;2-3&lt;/number&gt;&lt;dates&gt;&lt;year&gt;2003&lt;/year&gt;&lt;/dates&gt;&lt;urls&gt;&lt;/urls&gt;&lt;/record&gt;&lt;/Cite&gt;&lt;/EndNote&gt;</w:instrText>
            </w:r>
            <w:r w:rsidR="0031308D" w:rsidRPr="00EB75F0">
              <w:fldChar w:fldCharType="separate"/>
            </w:r>
            <w:r w:rsidR="00452EF4" w:rsidRPr="00452EF4">
              <w:rPr>
                <w:noProof/>
                <w:vertAlign w:val="superscript"/>
              </w:rPr>
              <w:t>35</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40B9F8"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B4B5D"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F71AAF"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C774A2"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D22226"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1274E798"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29E57941"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696D94"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5E9DC518"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659F0CFF"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21C28654"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3EA80960"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3C2540F9" w14:textId="77777777">
        <w:trPr>
          <w:trHeight w:val="320"/>
        </w:trPr>
        <w:tc>
          <w:tcPr>
            <w:tcW w:w="1818" w:type="dxa"/>
            <w:tcBorders>
              <w:top w:val="single" w:sz="4" w:space="0" w:color="000000"/>
              <w:left w:val="single" w:sz="4" w:space="0" w:color="000000"/>
              <w:bottom w:val="single" w:sz="4" w:space="0" w:color="000000"/>
              <w:right w:val="single" w:sz="4" w:space="0" w:color="000000"/>
            </w:tcBorders>
            <w:vAlign w:val="bottom"/>
          </w:tcPr>
          <w:p w14:paraId="761EBFEF" w14:textId="38F2DEE9" w:rsidR="009446D0" w:rsidRPr="00EB75F0" w:rsidRDefault="0084596B">
            <w:pPr>
              <w:pStyle w:val="TableText"/>
              <w:rPr>
                <w:color w:val="000000"/>
                <w:sz w:val="18"/>
              </w:rPr>
            </w:pPr>
            <w:proofErr w:type="spellStart"/>
            <w:r w:rsidRPr="00EB75F0">
              <w:rPr>
                <w:color w:val="000000"/>
                <w:sz w:val="18"/>
              </w:rPr>
              <w:t>Potkin</w:t>
            </w:r>
            <w:proofErr w:type="spellEnd"/>
            <w:r w:rsidRPr="00EB75F0">
              <w:rPr>
                <w:color w:val="000000"/>
                <w:sz w:val="18"/>
              </w:rPr>
              <w:t xml:space="preserve"> 2003</w:t>
            </w:r>
            <w:r w:rsidR="0031308D" w:rsidRPr="00EB75F0">
              <w:fldChar w:fldCharType="begin"/>
            </w:r>
            <w:r w:rsidR="00452EF4">
              <w:instrText xml:space="preserve"> ADDIN EN.CITE &lt;EndNote&gt;&lt;Cite&gt;&lt;Author&gt;Potkin SG&lt;/Author&gt;&lt;Year&gt;2003&lt;/Year&gt;&lt;RecNum&gt;33&lt;/RecNum&gt;&lt;DisplayText&gt;&lt;style face="superscript"&gt;36&lt;/style&gt;&lt;/DisplayText&gt;&lt;record&gt;&lt;rec-number&gt;33&lt;/rec-number&gt;&lt;foreign-keys&gt;&lt;key app="EN" db-id="9ttaxzax2p0tr7ewzt55atews50zvxaaa5rz" timestamp="1764068830"&gt;33&lt;/key&gt;&lt;/foreign-keys&gt;&lt;ref-type name="Journal Article"&gt;17&lt;/ref-type&gt;&lt;contributors&gt;&lt;authors&gt;&lt;author&gt;Potkin SG, Saha AR, Kujawa MJ, Carson WH, Ali M, Stock E, Stringfellow J, Ingenito G, Marder SR.&lt;/author&gt;&lt;/authors&gt;&lt;/contributors&gt;&lt;titles&gt;&lt;title&gt;Aripiprazole, an antipsychotic with a novel mechanism of action, and risperidone vs placebo in patients with schizophrenia and schizoaffective disorder.&lt;/title&gt;&lt;secondary-title&gt;AMA Arch. Gen. Psychiatry&lt;/secondary-title&gt;&lt;/titles&gt;&lt;periodical&gt;&lt;full-title&gt;AMA Arch. Gen. Psychiatry&lt;/full-title&gt;&lt;/periodical&gt;&lt;pages&gt;681-90&lt;/pages&gt;&lt;volume&gt;60&lt;/volume&gt;&lt;number&gt;7&lt;/number&gt;&lt;dates&gt;&lt;year&gt;2003&lt;/year&gt;&lt;/dates&gt;&lt;urls&gt;&lt;/urls&gt;&lt;/record&gt;&lt;/Cite&gt;&lt;/EndNote&gt;</w:instrText>
            </w:r>
            <w:r w:rsidR="0031308D" w:rsidRPr="00EB75F0">
              <w:fldChar w:fldCharType="separate"/>
            </w:r>
            <w:r w:rsidR="00452EF4" w:rsidRPr="00452EF4">
              <w:rPr>
                <w:noProof/>
                <w:vertAlign w:val="superscript"/>
              </w:rPr>
              <w:t>36</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B6329B"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C024AC"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4BB572"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7CC3E3"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739D68"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1C6A4C44"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34FC89FF"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46C571"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511156AB"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2136B710"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4B19AB97"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32D8A456"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2C9AD023" w14:textId="77777777">
        <w:trPr>
          <w:trHeight w:val="335"/>
        </w:trPr>
        <w:tc>
          <w:tcPr>
            <w:tcW w:w="1818" w:type="dxa"/>
            <w:tcBorders>
              <w:top w:val="single" w:sz="4" w:space="0" w:color="000000"/>
              <w:left w:val="single" w:sz="4" w:space="0" w:color="000000"/>
              <w:bottom w:val="single" w:sz="4" w:space="0" w:color="000000"/>
              <w:right w:val="single" w:sz="4" w:space="0" w:color="000000"/>
            </w:tcBorders>
            <w:vAlign w:val="bottom"/>
          </w:tcPr>
          <w:p w14:paraId="7C3A601A" w14:textId="27A03025" w:rsidR="009446D0" w:rsidRPr="00EB75F0" w:rsidRDefault="0084596B">
            <w:pPr>
              <w:pStyle w:val="TableText"/>
              <w:rPr>
                <w:color w:val="000000"/>
                <w:sz w:val="18"/>
              </w:rPr>
            </w:pPr>
            <w:r w:rsidRPr="00EB75F0">
              <w:rPr>
                <w:color w:val="000000"/>
                <w:sz w:val="18"/>
              </w:rPr>
              <w:t>Correll 2016 (NCT00905307)</w:t>
            </w:r>
            <w:r w:rsidR="0031308D" w:rsidRPr="00EB75F0">
              <w:fldChar w:fldCharType="begin"/>
            </w:r>
            <w:r w:rsidR="00452EF4">
              <w:instrText xml:space="preserve"> ADDIN EN.CITE &lt;EndNote&gt;&lt;Cite&gt;&lt;Author&gt;Correll CU&lt;/Author&gt;&lt;Year&gt;2016&lt;/Year&gt;&lt;RecNum&gt;34&lt;/RecNum&gt;&lt;DisplayText&gt;&lt;style face="superscript"&gt;37&lt;/style&gt;&lt;/DisplayText&gt;&lt;record&gt;&lt;rec-number&gt;34&lt;/rec-number&gt;&lt;foreign-keys&gt;&lt;key app="EN" db-id="9ttaxzax2p0tr7ewzt55atews50zvxaaa5rz" timestamp="1764068830"&gt;34&lt;/key&gt;&lt;/foreign-keys&gt;&lt;ref-type name="Journal Article"&gt;17&lt;/ref-type&gt;&lt;contributors&gt;&lt;authors&gt;&lt;author&gt;Correll CU, Skuban A, Hobart M, Ouyang J, Weiller E, Weiss C, Kane JM.&lt;/author&gt;&lt;/authors&gt;&lt;/contributors&gt;&lt;titles&gt;&lt;title&gt;Efficacy of brexpiprazole in patients with acute schizophrenia: review of three randomized, double-blind, placebo-controlled studies.&lt;/title&gt;&lt;secondary-title&gt;Schizophr. Res.&lt;/secondary-title&gt;&lt;/titles&gt;&lt;periodical&gt;&lt;full-title&gt;Schizophr. Res.&lt;/full-title&gt;&lt;/periodical&gt;&lt;pages&gt;82-92&lt;/pages&gt;&lt;volume&gt;174&lt;/volume&gt;&lt;number&gt;1-3&lt;/number&gt;&lt;dates&gt;&lt;year&gt;2016&lt;/year&gt;&lt;/dates&gt;&lt;urls&gt;&lt;/urls&gt;&lt;/record&gt;&lt;/Cite&gt;&lt;/EndNote&gt;</w:instrText>
            </w:r>
            <w:r w:rsidR="0031308D" w:rsidRPr="00EB75F0">
              <w:fldChar w:fldCharType="separate"/>
            </w:r>
            <w:r w:rsidR="00452EF4" w:rsidRPr="00452EF4">
              <w:rPr>
                <w:noProof/>
                <w:vertAlign w:val="superscript"/>
              </w:rPr>
              <w:t>37</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85C8DE"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77DD91"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7BD340"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641457"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6D427E"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379CC366"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140101EA"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B32A07"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456014FA"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12118AC6"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46057A23"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5B2B70FF"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7F8E80EC" w14:textId="77777777">
        <w:trPr>
          <w:trHeight w:val="320"/>
        </w:trPr>
        <w:tc>
          <w:tcPr>
            <w:tcW w:w="1818" w:type="dxa"/>
            <w:tcBorders>
              <w:top w:val="single" w:sz="4" w:space="0" w:color="000000"/>
              <w:left w:val="single" w:sz="4" w:space="0" w:color="000000"/>
              <w:bottom w:val="single" w:sz="4" w:space="0" w:color="000000"/>
              <w:right w:val="single" w:sz="4" w:space="0" w:color="000000"/>
            </w:tcBorders>
            <w:vAlign w:val="bottom"/>
          </w:tcPr>
          <w:p w14:paraId="4A2F9EF6" w14:textId="6E8D1C05" w:rsidR="009446D0" w:rsidRPr="00EB75F0" w:rsidRDefault="0084596B">
            <w:pPr>
              <w:pStyle w:val="TableText"/>
              <w:rPr>
                <w:color w:val="000000"/>
                <w:sz w:val="18"/>
              </w:rPr>
            </w:pPr>
            <w:proofErr w:type="spellStart"/>
            <w:r w:rsidRPr="00EB75F0">
              <w:rPr>
                <w:color w:val="000000"/>
                <w:sz w:val="18"/>
              </w:rPr>
              <w:t>Ishigooka</w:t>
            </w:r>
            <w:proofErr w:type="spellEnd"/>
            <w:r w:rsidRPr="00EB75F0">
              <w:rPr>
                <w:color w:val="000000"/>
                <w:sz w:val="18"/>
              </w:rPr>
              <w:t xml:space="preserve"> 2018</w:t>
            </w:r>
            <w:r w:rsidR="0031308D" w:rsidRPr="00EB75F0">
              <w:fldChar w:fldCharType="begin"/>
            </w:r>
            <w:r w:rsidR="00452EF4">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rPr>
              <w:instrText>‐</w:instrText>
            </w:r>
            <w:r w:rsidR="00452EF4">
              <w:instrText>week, randomized, double</w:instrText>
            </w:r>
            <w:r w:rsidR="00452EF4">
              <w:rPr>
                <w:rFonts w:ascii="Cambria Math" w:hAnsi="Cambria Math" w:cs="Cambria Math"/>
              </w:rPr>
              <w:instrText>‐</w:instrText>
            </w:r>
            <w:r w:rsidR="00452EF4">
              <w:instrText>blind, placebo</w:instrText>
            </w:r>
            <w:r w:rsidR="00452EF4">
              <w:rPr>
                <w:rFonts w:ascii="Cambria Math" w:hAnsi="Cambria Math" w:cs="Cambria Math"/>
              </w:rPr>
              <w:instrText>‐</w:instrText>
            </w:r>
            <w:r w:rsidR="00452EF4">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fldChar w:fldCharType="separate"/>
            </w:r>
            <w:r w:rsidR="00452EF4" w:rsidRPr="00452EF4">
              <w:rPr>
                <w:noProof/>
                <w:vertAlign w:val="superscript"/>
              </w:rPr>
              <w:t>40</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F231D0"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DC85D"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AC5C6B"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625D66"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A5D483"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52D6AA36"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104CC6F1"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78BF8C"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6F59604F"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52D099AE"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27A4801B"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6CD341C1"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45479611" w14:textId="77777777">
        <w:trPr>
          <w:trHeight w:val="335"/>
        </w:trPr>
        <w:tc>
          <w:tcPr>
            <w:tcW w:w="1818" w:type="dxa"/>
            <w:tcBorders>
              <w:top w:val="single" w:sz="4" w:space="0" w:color="000000"/>
              <w:left w:val="single" w:sz="4" w:space="0" w:color="000000"/>
              <w:bottom w:val="single" w:sz="4" w:space="0" w:color="000000"/>
              <w:right w:val="single" w:sz="4" w:space="0" w:color="000000"/>
            </w:tcBorders>
            <w:vAlign w:val="bottom"/>
          </w:tcPr>
          <w:p w14:paraId="18F4C8A9" w14:textId="3EE281BD" w:rsidR="009446D0" w:rsidRPr="00EB75F0" w:rsidRDefault="0084596B">
            <w:pPr>
              <w:pStyle w:val="TableText"/>
              <w:rPr>
                <w:color w:val="000000"/>
                <w:sz w:val="18"/>
              </w:rPr>
            </w:pPr>
            <w:r w:rsidRPr="00EB75F0">
              <w:rPr>
                <w:color w:val="000000"/>
                <w:sz w:val="18"/>
              </w:rPr>
              <w:t>Correll 2015</w:t>
            </w:r>
            <w:r w:rsidR="0031308D" w:rsidRPr="00EB75F0">
              <w:fldChar w:fldCharType="begin"/>
            </w:r>
            <w:r w:rsidR="00452EF4">
              <w:instrText xml:space="preserve"> ADDIN EN.CITE &lt;EndNote&gt;&lt;Cite&gt;&lt;Author&gt;Correll&lt;/Author&gt;&lt;Year&gt;2015&lt;/Year&gt;&lt;RecNum&gt;38&lt;/RecNum&gt;&lt;DisplayText&gt;&lt;style face="superscript"&gt;41&lt;/style&gt;&lt;/DisplayText&gt;&lt;record&gt;&lt;rec-number&gt;38&lt;/rec-number&gt;&lt;foreign-keys&gt;&lt;key app="EN" db-id="9ttaxzax2p0tr7ewzt55atews50zvxaaa5rz" timestamp="1764068831"&gt;38&lt;/key&gt;&lt;/foreign-keys&gt;&lt;ref-type name="Journal Article"&gt;17&lt;/ref-type&gt;&lt;contributors&gt;&lt;authors&gt;&lt;author&gt;Correll, Christoph U&lt;/author&gt;&lt;author&gt;Skuban, Aleksandar&lt;/author&gt;&lt;author&gt;Ouyang, John&lt;/author&gt;&lt;author&gt;Hobart, Mary&lt;/author&gt;&lt;author&gt;Pfister, Stephanie&lt;/author&gt;&lt;author&gt;McQuade, Robert D&lt;/author&gt;&lt;author&gt;Nyilas, Margaretta&lt;/author&gt;&lt;author&gt;Carson, William H&lt;/author&gt;&lt;author&gt;Sanchez, Raymond&lt;/author&gt;&lt;author&gt;Eriksson, Hans&lt;/author&gt;&lt;/authors&gt;&lt;/contributors&gt;&lt;titles&gt;&lt;title&gt;Efficacy and safety of brexpiprazole for the treatment of acute schizophrenia: a 6-week randomized, double-blind, placebo-controlled trial&lt;/title&gt;&lt;secondary-title&gt;American Journal of Psychiatry&lt;/secondary-title&gt;&lt;/titles&gt;&lt;periodical&gt;&lt;full-title&gt;American Journal of Psychiatry&lt;/full-title&gt;&lt;/periodical&gt;&lt;pages&gt;870-880&lt;/pages&gt;&lt;volume&gt;172&lt;/volume&gt;&lt;number&gt;9&lt;/number&gt;&lt;dates&gt;&lt;year&gt;2015&lt;/year&gt;&lt;/dates&gt;&lt;isbn&gt;0002-953X&lt;/isbn&gt;&lt;urls&gt;&lt;/urls&gt;&lt;/record&gt;&lt;/Cite&gt;&lt;/EndNote&gt;</w:instrText>
            </w:r>
            <w:r w:rsidR="0031308D" w:rsidRPr="00EB75F0">
              <w:fldChar w:fldCharType="separate"/>
            </w:r>
            <w:r w:rsidR="00452EF4" w:rsidRPr="00452EF4">
              <w:rPr>
                <w:noProof/>
                <w:vertAlign w:val="superscript"/>
              </w:rPr>
              <w:t>41</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C2B6AB"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E6653C"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C68199"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668A0B"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CAC26E"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1991C829"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08B88A57"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9FDCFC"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51ED7DEC"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1F04A06D"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0F8B3956"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6B235382"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08F9874B" w14:textId="77777777">
        <w:trPr>
          <w:trHeight w:val="320"/>
        </w:trPr>
        <w:tc>
          <w:tcPr>
            <w:tcW w:w="1818" w:type="dxa"/>
            <w:tcBorders>
              <w:top w:val="single" w:sz="4" w:space="0" w:color="000000"/>
              <w:left w:val="single" w:sz="4" w:space="0" w:color="000000"/>
              <w:bottom w:val="single" w:sz="4" w:space="0" w:color="000000"/>
              <w:right w:val="single" w:sz="4" w:space="0" w:color="000000"/>
            </w:tcBorders>
            <w:vAlign w:val="bottom"/>
          </w:tcPr>
          <w:p w14:paraId="6654DD1F" w14:textId="69A4A694" w:rsidR="009446D0" w:rsidRPr="00EB75F0" w:rsidRDefault="0084596B">
            <w:pPr>
              <w:pStyle w:val="TableText"/>
              <w:rPr>
                <w:color w:val="000000"/>
                <w:sz w:val="18"/>
              </w:rPr>
            </w:pPr>
            <w:r w:rsidRPr="00EB75F0">
              <w:rPr>
                <w:color w:val="000000"/>
                <w:sz w:val="18"/>
              </w:rPr>
              <w:t>Kane 2015 (BEACON)</w:t>
            </w:r>
            <w:r w:rsidR="0031308D" w:rsidRPr="00EB75F0">
              <w:fldChar w:fldCharType="begin">
                <w:fldData xml:space="preserve">PEVuZE5vdGU+PENpdGU+PEF1dGhvcj5LYW5lPC9BdXRob3I+PFllYXI+MjAxNTwvWWVhcj48UmVj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</w:fldData>
              </w:fldChar>
            </w:r>
            <w:r w:rsidR="00452EF4">
              <w:instrText xml:space="preserve"> ADDIN EN.CITE </w:instrText>
            </w:r>
            <w:r w:rsidR="00452EF4">
              <w:fldChar w:fldCharType="begin">
                <w:fldData xml:space="preserve">PEVuZE5vdGU+PENpdGU+PEF1dGhvcj5LYW5lPC9BdXRob3I+PFllYXI+MjAxNTwvWWVhcj48UmVj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</w:fldData>
              </w:fldChar>
            </w:r>
            <w:r w:rsidR="00452EF4">
              <w:instrText xml:space="preserve"> ADDIN EN.CITE.DATA </w:instrText>
            </w:r>
            <w:r w:rsidR="00452EF4">
              <w:fldChar w:fldCharType="end"/>
            </w:r>
            <w:r w:rsidR="0031308D" w:rsidRPr="00EB75F0">
              <w:fldChar w:fldCharType="separate"/>
            </w:r>
            <w:r w:rsidR="00452EF4" w:rsidRPr="00452EF4">
              <w:rPr>
                <w:noProof/>
                <w:vertAlign w:val="superscript"/>
              </w:rPr>
              <w:t>42</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B3CB05"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807A12"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7FD07"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12AC04"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5DF150"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0DFF7E6E"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1DA1F8E3"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D5D568"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4B68F8C8"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151CF01E"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1234721D"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010A7364"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7735129C" w14:textId="77777777">
        <w:trPr>
          <w:trHeight w:val="320"/>
        </w:trPr>
        <w:tc>
          <w:tcPr>
            <w:tcW w:w="1818" w:type="dxa"/>
            <w:tcBorders>
              <w:top w:val="single" w:sz="4" w:space="0" w:color="000000"/>
              <w:left w:val="single" w:sz="4" w:space="0" w:color="000000"/>
              <w:bottom w:val="single" w:sz="4" w:space="0" w:color="000000"/>
              <w:right w:val="single" w:sz="4" w:space="0" w:color="000000"/>
            </w:tcBorders>
            <w:vAlign w:val="bottom"/>
          </w:tcPr>
          <w:p w14:paraId="67C7F20E" w14:textId="3A01FA3E" w:rsidR="009446D0" w:rsidRPr="00EB75F0" w:rsidRDefault="0084596B">
            <w:pPr>
              <w:pStyle w:val="TableText"/>
              <w:rPr>
                <w:color w:val="000000"/>
                <w:sz w:val="18"/>
              </w:rPr>
            </w:pPr>
            <w:r w:rsidRPr="00EB75F0">
              <w:rPr>
                <w:color w:val="000000"/>
                <w:sz w:val="18"/>
              </w:rPr>
              <w:lastRenderedPageBreak/>
              <w:t>Marder 2016</w:t>
            </w:r>
            <w:r w:rsidR="0031308D" w:rsidRPr="00EB75F0">
              <w:fldChar w:fldCharType="begin"/>
            </w:r>
            <w:r w:rsidR="00452EF4">
              <w:instrText xml:space="preserve"> ADDIN EN.CITE &lt;EndNote&gt;&lt;Cite&gt;&lt;Author&gt;Marder&lt;/Author&gt;&lt;Year&gt;2016&lt;/Year&gt;&lt;RecNum&gt;40&lt;/RecNum&gt;&lt;DisplayText&gt;&lt;style face="superscript"&gt;43&lt;/style&gt;&lt;/DisplayText&gt;&lt;record&gt;&lt;rec-number&gt;40&lt;/rec-number&gt;&lt;foreign-keys&gt;&lt;key app="EN" db-id="9ttaxzax2p0tr7ewzt55atews50zvxaaa5rz" timestamp="1764068832"&gt;40&lt;/key&gt;&lt;/foreign-keys&gt;&lt;ref-type name="Journal Article"&gt;17&lt;/ref-type&gt;&lt;contributors&gt;&lt;authors&gt;&lt;author&gt;Marder, SR&lt;/author&gt;&lt;author&gt;Hakala, M&lt;/author&gt;&lt;author&gt;Gislum, M&lt;/author&gt;&lt;author&gt;Skuban, A&lt;/author&gt;&lt;author&gt;Weiller, E&lt;/author&gt;&lt;author&gt;Weiss, C&lt;/author&gt;&lt;/authors&gt;&lt;/contributors&gt;&lt;titles&gt;&lt;title&gt;An interventional, multi-center, randomized, double-blind, placebo-controlled, active reference, flexible dose study of brexpiprazole in adults with acute schizophrenia&lt;/title&gt;&lt;secondary-title&gt;European Psychiatry&lt;/secondary-title&gt;&lt;/titles&gt;&lt;periodical&gt;&lt;full-title&gt;European Psychiatry&lt;/full-title&gt;&lt;/periodical&gt;&lt;pages&gt;S99-S99&lt;/pages&gt;&lt;volume&gt;33&lt;/volume&gt;&lt;number&gt;S1&lt;/number&gt;&lt;dates&gt;&lt;year&gt;2016&lt;/year&gt;&lt;/dates&gt;&lt;isbn&gt;0924-9338&lt;/isbn&gt;&lt;urls&gt;&lt;/urls&gt;&lt;/record&gt;&lt;/Cite&gt;&lt;/EndNote&gt;</w:instrText>
            </w:r>
            <w:r w:rsidR="0031308D" w:rsidRPr="00EB75F0">
              <w:fldChar w:fldCharType="separate"/>
            </w:r>
            <w:r w:rsidR="00452EF4" w:rsidRPr="00452EF4">
              <w:rPr>
                <w:noProof/>
                <w:vertAlign w:val="superscript"/>
              </w:rPr>
              <w:t>43</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9DF60F"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F5A66B"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FE3236"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D90535"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A96F96" w14:textId="77777777" w:rsidR="009446D0" w:rsidRPr="00EB75F0" w:rsidRDefault="0084596B">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652AA335"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2FC420AA"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25EFA1"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5466AD1B"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020BD8CD"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1B88EAD8"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6EA6270D"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772D88CD" w14:textId="77777777">
        <w:trPr>
          <w:trHeight w:val="335"/>
        </w:trPr>
        <w:tc>
          <w:tcPr>
            <w:tcW w:w="1818" w:type="dxa"/>
            <w:tcBorders>
              <w:top w:val="single" w:sz="4" w:space="0" w:color="000000"/>
              <w:left w:val="single" w:sz="4" w:space="0" w:color="000000"/>
              <w:bottom w:val="single" w:sz="4" w:space="0" w:color="000000"/>
              <w:right w:val="single" w:sz="4" w:space="0" w:color="000000"/>
            </w:tcBorders>
            <w:vAlign w:val="bottom"/>
          </w:tcPr>
          <w:p w14:paraId="4A17D24C" w14:textId="0FDE4F40" w:rsidR="009446D0" w:rsidRPr="00EB75F0" w:rsidRDefault="0084596B">
            <w:pPr>
              <w:pStyle w:val="TableText"/>
              <w:rPr>
                <w:color w:val="000000"/>
                <w:sz w:val="18"/>
              </w:rPr>
            </w:pPr>
            <w:r w:rsidRPr="00EB75F0">
              <w:rPr>
                <w:color w:val="000000"/>
                <w:sz w:val="18"/>
              </w:rPr>
              <w:t>NCT01625000</w:t>
            </w:r>
            <w:r w:rsidR="0031308D" w:rsidRPr="00EB75F0">
              <w:fldChar w:fldCharType="begin"/>
            </w:r>
            <w:r w:rsidR="00452EF4">
              <w:instrText xml:space="preserve"> ADDIN EN.CITE &lt;EndNote&gt;&lt;Cite&gt;&lt;Author&gt;NCT01625000&lt;/Author&gt;&lt;Year&gt;2021&lt;/Year&gt;&lt;RecNum&gt;41&lt;/RecNum&gt;&lt;DisplayText&gt;&lt;style face="superscript"&gt;44&lt;/style&gt;&lt;/DisplayText&gt;&lt;record&gt;&lt;rec-number&gt;41&lt;/rec-number&gt;&lt;foreign-keys&gt;&lt;key app="EN" db-id="9ttaxzax2p0tr7ewzt55atews50zvxaaa5rz" timestamp="1764068832"&gt;41&lt;/key&gt;&lt;/foreign-keys&gt;&lt;ref-type name="Journal Article"&gt;17&lt;/ref-type&gt;&lt;contributors&gt;&lt;authors&gt;&lt;author&gt;NCT01625000&lt;/author&gt;&lt;/authors&gt;&lt;/contributors&gt;&lt;titles&gt;&lt;title&gt;Safety and Efficacy of MP-214 in Patients With Schizophrenia&lt;/title&gt;&lt;secondary-title&gt;-&lt;/secondary-title&gt;&lt;/titles&gt;&lt;periodical&gt;&lt;full-title&gt;-&lt;/full-title&gt;&lt;/periodical&gt;&lt;pages&gt;-&lt;/pages&gt;&lt;volume&gt;-&lt;/volume&gt;&lt;dates&gt;&lt;year&gt;2021&lt;/year&gt;&lt;/dates&gt;&lt;urls&gt;&lt;/urls&gt;&lt;/record&gt;&lt;/Cite&gt;&lt;/EndNote&gt;</w:instrText>
            </w:r>
            <w:r w:rsidR="0031308D" w:rsidRPr="00EB75F0">
              <w:fldChar w:fldCharType="separate"/>
            </w:r>
            <w:r w:rsidR="00452EF4" w:rsidRPr="00452EF4">
              <w:rPr>
                <w:noProof/>
                <w:vertAlign w:val="superscript"/>
              </w:rPr>
              <w:t>44</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EB8F8B"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EE8A7B"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43795C"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938ED3"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DAE44E" w14:textId="77777777" w:rsidR="009446D0" w:rsidRPr="00EB75F0" w:rsidRDefault="0084596B">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61757241"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71AD135C"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CC91E8"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1E0630E6"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6E8EA332"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7117A57B"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33344450"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597B3127" w14:textId="77777777">
        <w:trPr>
          <w:trHeight w:val="320"/>
        </w:trPr>
        <w:tc>
          <w:tcPr>
            <w:tcW w:w="1818" w:type="dxa"/>
            <w:tcBorders>
              <w:top w:val="single" w:sz="4" w:space="0" w:color="000000"/>
              <w:left w:val="single" w:sz="4" w:space="0" w:color="000000"/>
              <w:bottom w:val="single" w:sz="4" w:space="0" w:color="000000"/>
              <w:right w:val="single" w:sz="4" w:space="0" w:color="000000"/>
            </w:tcBorders>
            <w:vAlign w:val="bottom"/>
          </w:tcPr>
          <w:p w14:paraId="28E61536" w14:textId="483AD050" w:rsidR="009446D0" w:rsidRPr="00EB75F0" w:rsidRDefault="0084596B">
            <w:pPr>
              <w:pStyle w:val="TableText"/>
              <w:rPr>
                <w:color w:val="000000"/>
                <w:sz w:val="18"/>
              </w:rPr>
            </w:pPr>
            <w:r w:rsidRPr="00EB75F0">
              <w:rPr>
                <w:color w:val="000000"/>
                <w:sz w:val="18"/>
              </w:rPr>
              <w:t>Durgam 2016</w:t>
            </w:r>
            <w:r w:rsidR="0031308D" w:rsidRPr="00EB75F0">
              <w:fldChar w:fldCharType="begin"/>
            </w:r>
            <w:r w:rsidR="00452EF4">
              <w:instrText xml:space="preserve"> ADDIN EN.CITE &lt;EndNote&gt;&lt;Cite&gt;&lt;Author&gt;Durgam S&lt;/Author&gt;&lt;Year&gt;2016&lt;/Year&gt;&lt;RecNum&gt;42&lt;/RecNum&gt;&lt;DisplayText&gt;&lt;style face="superscript"&gt;45&lt;/style&gt;&lt;/DisplayText&gt;&lt;record&gt;&lt;rec-number&gt;42&lt;/rec-number&gt;&lt;foreign-keys&gt;&lt;key app="EN" db-id="9ttaxzax2p0tr7ewzt55atews50zvxaaa5rz" timestamp="1764068832"&gt;42&lt;/key&gt;&lt;/foreign-keys&gt;&lt;ref-type name="Journal Article"&gt;17&lt;/ref-type&gt;&lt;contributors&gt;&lt;authors&gt;&lt;author&gt;Durgam S, Litman RE, Papadakis K, Li D, Németh G, Laszlovszky I&lt;/author&gt;&lt;/authors&gt;&lt;/contributors&gt;&lt;titles&gt;&lt;title&gt;Cariprazine in the treatment of schizophrenia: a proof-of-concept trial&lt;/title&gt;&lt;secondary-title&gt;Int. Clin. Psychopharmacol.&lt;/secondary-title&gt;&lt;/titles&gt;&lt;periodical&gt;&lt;full-title&gt;Int. Clin. Psychopharmacol.&lt;/full-title&gt;&lt;/periodical&gt;&lt;pages&gt;61&lt;/pages&gt;&lt;volume&gt;31&lt;/volume&gt;&lt;number&gt;2&lt;/number&gt;&lt;dates&gt;&lt;year&gt;2016&lt;/year&gt;&lt;/dates&gt;&lt;urls&gt;&lt;/urls&gt;&lt;/record&gt;&lt;/Cite&gt;&lt;/EndNote&gt;</w:instrText>
            </w:r>
            <w:r w:rsidR="0031308D" w:rsidRPr="00EB75F0">
              <w:fldChar w:fldCharType="separate"/>
            </w:r>
            <w:r w:rsidR="00452EF4" w:rsidRPr="00452EF4">
              <w:rPr>
                <w:noProof/>
                <w:vertAlign w:val="superscript"/>
              </w:rPr>
              <w:t>45</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C89275"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7642D"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BAEBBC"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F27FE2"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20F338"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7C1F7751"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5E3165AB"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164C15"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7A7177E0"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6E10B9B1"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12B0BC1B"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212D1494"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2614A680" w14:textId="77777777">
        <w:trPr>
          <w:trHeight w:val="320"/>
        </w:trPr>
        <w:tc>
          <w:tcPr>
            <w:tcW w:w="1818" w:type="dxa"/>
            <w:tcBorders>
              <w:top w:val="single" w:sz="4" w:space="0" w:color="000000"/>
              <w:left w:val="single" w:sz="4" w:space="0" w:color="000000"/>
              <w:bottom w:val="single" w:sz="4" w:space="0" w:color="000000"/>
              <w:right w:val="single" w:sz="4" w:space="0" w:color="000000"/>
            </w:tcBorders>
            <w:vAlign w:val="bottom"/>
          </w:tcPr>
          <w:p w14:paraId="661998A1" w14:textId="4DEA0D45" w:rsidR="009446D0" w:rsidRPr="00EB75F0" w:rsidRDefault="0084596B">
            <w:pPr>
              <w:pStyle w:val="TableText"/>
              <w:rPr>
                <w:color w:val="000000"/>
                <w:sz w:val="18"/>
              </w:rPr>
            </w:pPr>
            <w:r w:rsidRPr="00EB75F0">
              <w:rPr>
                <w:color w:val="000000"/>
                <w:sz w:val="18"/>
              </w:rPr>
              <w:t>Durgam 2014</w:t>
            </w:r>
            <w:r w:rsidR="0031308D" w:rsidRPr="00EB75F0">
              <w:fldChar w:fldCharType="begin"/>
            </w:r>
            <w:r w:rsidR="00452EF4">
              <w:instrText xml:space="preserve"> ADDIN EN.CITE &lt;EndNote&gt;&lt;Cite&gt;&lt;Author&gt;Durgam S&lt;/Author&gt;&lt;Year&gt;2014&lt;/Year&gt;&lt;RecNum&gt;43&lt;/RecNum&gt;&lt;DisplayText&gt;&lt;style face="superscript"&gt;46&lt;/style&gt;&lt;/DisplayText&gt;&lt;record&gt;&lt;rec-number&gt;43&lt;/rec-number&gt;&lt;foreign-keys&gt;&lt;key app="EN" db-id="9ttaxzax2p0tr7ewzt55atews50zvxaaa5rz" timestamp="1764068832"&gt;43&lt;/key&gt;&lt;/foreign-keys&gt;&lt;ref-type name="Journal Article"&gt;17&lt;/ref-type&gt;&lt;contributors&gt;&lt;authors&gt;&lt;author&gt;Durgam S, Starace A, Li D, Migliore R, Ruth A, Németh G, Laszlovszky I&lt;/author&gt;&lt;/authors&gt;&lt;/contributors&gt;&lt;titles&gt;&lt;title&gt;An evaluation of the safety and efficacy of cariprazine in patients with acute exacerbation of schizophrenia: a phase II, randomized clinical trial.&lt;/title&gt;&lt;secondary-title&gt;Schizophr. Res.&lt;/secondary-title&gt;&lt;/titles&gt;&lt;periodical&gt;&lt;full-title&gt;Schizophr. Res.&lt;/full-title&gt;&lt;/periodical&gt;&lt;pages&gt;450-7&lt;/pages&gt;&lt;volume&gt;1&lt;/volume&gt;&lt;number&gt;152&lt;/number&gt;&lt;dates&gt;&lt;year&gt;2014&lt;/year&gt;&lt;/dates&gt;&lt;urls&gt;&lt;/urls&gt;&lt;/record&gt;&lt;/Cite&gt;&lt;/EndNote&gt;</w:instrText>
            </w:r>
            <w:r w:rsidR="0031308D" w:rsidRPr="00EB75F0">
              <w:fldChar w:fldCharType="separate"/>
            </w:r>
            <w:r w:rsidR="00452EF4" w:rsidRPr="00452EF4">
              <w:rPr>
                <w:noProof/>
                <w:vertAlign w:val="superscript"/>
              </w:rPr>
              <w:t>46</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01552A"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2D360C"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7F6C0F"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16579"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EADB3"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4EDA5E3B"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2A5DCBBC"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5DBE04"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064F8DAD"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34FAE0D1"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178F89E5"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78A9D31B"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3D955798" w14:textId="77777777">
        <w:trPr>
          <w:trHeight w:val="335"/>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144415D" w14:textId="541C51B1" w:rsidR="009446D0" w:rsidRPr="00EB75F0" w:rsidRDefault="0084596B">
            <w:pPr>
              <w:pStyle w:val="TableText"/>
              <w:rPr>
                <w:color w:val="000000"/>
                <w:sz w:val="18"/>
              </w:rPr>
            </w:pPr>
            <w:r w:rsidRPr="00EB75F0">
              <w:rPr>
                <w:color w:val="000000"/>
                <w:sz w:val="18"/>
              </w:rPr>
              <w:t>Kane 2015</w:t>
            </w:r>
            <w:r w:rsidR="0031308D" w:rsidRPr="00EB75F0">
              <w:fldChar w:fldCharType="begin"/>
            </w:r>
            <w:r w:rsidR="00452EF4">
              <w:instrText xml:space="preserve"> ADDIN EN.CITE &lt;EndNote&gt;&lt;Cite&gt;&lt;Author&gt;Kane JM&lt;/Author&gt;&lt;Year&gt;2015&lt;/Year&gt;&lt;RecNum&gt;44&lt;/RecNum&gt;&lt;DisplayText&gt;&lt;style face="superscript"&gt;47&lt;/style&gt;&lt;/DisplayText&gt;&lt;record&gt;&lt;rec-number&gt;44&lt;/rec-number&gt;&lt;foreign-keys&gt;&lt;key app="EN" db-id="9ttaxzax2p0tr7ewzt55atews50zvxaaa5rz" timestamp="1764068833"&gt;44&lt;/key&gt;&lt;/foreign-keys&gt;&lt;ref-type name="Journal Article"&gt;17&lt;/ref-type&gt;&lt;contributors&gt;&lt;authors&gt;&lt;author&gt;Kane JM, Zukin S, Wang Y, Lu K, Ruth A, Nagy K, Laszlovszky I, Durgam S.&lt;/author&gt;&lt;/authors&gt;&lt;/contributors&gt;&lt;titles&gt;&lt;title&gt;Efficacy and safety of cariprazine in acute exacerbation of schizophrenia: results from an international, phase III clinical trial.&lt;/title&gt;&lt;secondary-title&gt;J. Clin. Psychopharmacol.&lt;/secondary-title&gt;&lt;/titles&gt;&lt;periodical&gt;&lt;full-title&gt;J. Clin. Psychopharmacol.&lt;/full-title&gt;&lt;/periodical&gt;&lt;pages&gt;367-73&lt;/pages&gt;&lt;volume&gt;1&lt;/volume&gt;&lt;number&gt;35&lt;/number&gt;&lt;dates&gt;&lt;year&gt;2015&lt;/year&gt;&lt;/dates&gt;&lt;urls&gt;&lt;/urls&gt;&lt;/record&gt;&lt;/Cite&gt;&lt;/EndNote&gt;</w:instrText>
            </w:r>
            <w:r w:rsidR="0031308D" w:rsidRPr="00EB75F0">
              <w:fldChar w:fldCharType="separate"/>
            </w:r>
            <w:r w:rsidR="00452EF4" w:rsidRPr="00452EF4">
              <w:rPr>
                <w:noProof/>
                <w:vertAlign w:val="superscript"/>
              </w:rPr>
              <w:t>47</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8C3D7D"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1FC0CC"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43606"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097985"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87A806"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6545DDAC"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4455F41D"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2D434"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2613964D"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5879BF6B"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51B15598"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1B2D8D60"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07A5430E"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54E3325" w14:textId="397417CA" w:rsidR="009446D0" w:rsidRPr="00EB75F0" w:rsidRDefault="0084596B">
            <w:pPr>
              <w:pStyle w:val="TableText"/>
              <w:rPr>
                <w:color w:val="000000"/>
                <w:sz w:val="18"/>
              </w:rPr>
            </w:pPr>
            <w:r w:rsidRPr="00EB75F0">
              <w:rPr>
                <w:color w:val="000000"/>
                <w:sz w:val="18"/>
              </w:rPr>
              <w:t>Kluge 2007</w:t>
            </w:r>
            <w:r w:rsidR="0031308D" w:rsidRPr="00EB75F0">
              <w:fldChar w:fldCharType="begin"/>
            </w:r>
            <w:r w:rsidR="00452EF4">
              <w:instrText xml:space="preserve"> ADDIN EN.CITE &lt;EndNote&gt;&lt;Cite&gt;&lt;Author&gt;Kane JM&lt;/Author&gt;&lt;Year&gt;2015&lt;/Year&gt;&lt;RecNum&gt;44&lt;/RecNum&gt;&lt;DisplayText&gt;&lt;style face="superscript"&gt;47&lt;/style&gt;&lt;/DisplayText&gt;&lt;record&gt;&lt;rec-number&gt;44&lt;/rec-number&gt;&lt;foreign-keys&gt;&lt;key app="EN" db-id="9ttaxzax2p0tr7ewzt55atews50zvxaaa5rz" timestamp="1764068833"&gt;44&lt;/key&gt;&lt;/foreign-keys&gt;&lt;ref-type name="Journal Article"&gt;17&lt;/ref-type&gt;&lt;contributors&gt;&lt;authors&gt;&lt;author&gt;Kane JM, Zukin S, Wang Y, Lu K, Ruth A, Nagy K, Laszlovszky I, Durgam S.&lt;/author&gt;&lt;/authors&gt;&lt;/contributors&gt;&lt;titles&gt;&lt;title&gt;Efficacy and safety of cariprazine in acute exacerbation of schizophrenia: results from an international, phase III clinical trial.&lt;/title&gt;&lt;secondary-title&gt;J. Clin. Psychopharmacol.&lt;/secondary-title&gt;&lt;/titles&gt;&lt;periodical&gt;&lt;full-title&gt;J. Clin. Psychopharmacol.&lt;/full-title&gt;&lt;/periodical&gt;&lt;pages&gt;367-73&lt;/pages&gt;&lt;volume&gt;1&lt;/volume&gt;&lt;number&gt;35&lt;/number&gt;&lt;dates&gt;&lt;year&gt;2015&lt;/year&gt;&lt;/dates&gt;&lt;urls&gt;&lt;/urls&gt;&lt;/record&gt;&lt;/Cite&gt;&lt;/EndNote&gt;</w:instrText>
            </w:r>
            <w:r w:rsidR="0031308D" w:rsidRPr="00EB75F0">
              <w:fldChar w:fldCharType="separate"/>
            </w:r>
            <w:r w:rsidR="00452EF4" w:rsidRPr="00452EF4">
              <w:rPr>
                <w:noProof/>
                <w:vertAlign w:val="superscript"/>
              </w:rPr>
              <w:t>47</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0CCC83"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0E8EAA"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83D7C3"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F94308"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8D7906"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5268C367"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181D39A9"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39C9CF"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27FFD3A1"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1C66A1A1"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285364AC"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2249E364"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1D4079A5" w14:textId="77777777" w:rsidTr="00096694">
        <w:trPr>
          <w:trHeight w:val="335"/>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A0A2DC0" w14:textId="6DC3ACC1" w:rsidR="009446D0" w:rsidRPr="00EB75F0" w:rsidRDefault="0084596B">
            <w:pPr>
              <w:pStyle w:val="TableText"/>
              <w:rPr>
                <w:color w:val="000000"/>
                <w:sz w:val="18"/>
              </w:rPr>
            </w:pPr>
            <w:r w:rsidRPr="00EB75F0">
              <w:rPr>
                <w:color w:val="000000"/>
                <w:sz w:val="18"/>
              </w:rPr>
              <w:t>Naber D 2005</w:t>
            </w:r>
            <w:r w:rsidR="0031308D" w:rsidRPr="00EB75F0">
              <w:fldChar w:fldCharType="begin"/>
            </w:r>
            <w:r w:rsidR="00452EF4">
              <w:instrText xml:space="preserve"> ADDIN EN.CITE &lt;EndNote&gt;&lt;Cite&gt;&lt;Author&gt;Naber&lt;/Author&gt;&lt;Year&gt;2005&lt;/Year&gt;&lt;RecNum&gt;46&lt;/RecNum&gt;&lt;DisplayText&gt;&lt;style face="superscript"&gt;49&lt;/style&gt;&lt;/DisplayText&gt;&lt;record&gt;&lt;rec-number&gt;46&lt;/rec-number&gt;&lt;foreign-keys&gt;&lt;key app="EN" db-id="9ttaxzax2p0tr7ewzt55atews50zvxaaa5rz" timestamp="1764068833"&gt;46&lt;/key&gt;&lt;/foreign-keys&gt;&lt;ref-type name="Journal Article"&gt;17&lt;/ref-type&gt;&lt;contributors&gt;&lt;authors&gt;&lt;author&gt;Naber, D.&lt;/author&gt;&lt;author&gt;Riedel, M.&lt;/author&gt;&lt;author&gt;Klimke, A.&lt;/author&gt;&lt;author&gt;Vorbach, E. U.&lt;/author&gt;&lt;author&gt;Lambert, M.&lt;/author&gt;&lt;author&gt;Kuhn, K. U.&lt;/author&gt;&lt;author&gt;Bender, S.&lt;/author&gt;&lt;author&gt;Bandelow, B.&lt;/author&gt;&lt;author&gt;Lemmer, W.&lt;/author&gt;&lt;author&gt;Moritz, S.&lt;/author&gt;&lt;author&gt;Dittmann, R. W.&lt;/author&gt;&lt;/authors&gt;&lt;/contributors&gt;&lt;titles&gt;&lt;title&gt;Randomized double blind comparison of olanzapine vs. clozapine on subjective well-being and clinical outcome in patients with schizophrenia&lt;/title&gt;&lt;secondary-title&gt;Acta Psychiatr Scand&lt;/secondary-title&gt;&lt;/titles&gt;&lt;periodical&gt;&lt;full-title&gt;Acta Psychiatr Scand&lt;/full-title&gt;&lt;/periodical&gt;&lt;pages&gt;106-15&lt;/pages&gt;&lt;volume&gt;111&lt;/volume&gt;&lt;number&gt;2&lt;/number&gt;&lt;dates&gt;&lt;year&gt;2005&lt;/year&gt;&lt;pub-dates&gt;&lt;date&gt;Feb&lt;/date&gt;&lt;/pub-dates&gt;&lt;/dates&gt;&lt;pub-location&gt;Department of Psychiatry and Psychotherapy, University Hospital Hamburg-Eppendorf, Germany. naber@uke.uni-hamburg.de&lt;/pub-location&gt;&lt;isbn&gt;0001-690X (Print) 0001-690X (Linking)&lt;/isbn&gt;&lt;urls&gt;&lt;related-urls&gt;&lt;url&gt;https://www.ncbi.nlm.nih.gov/pubmed/15667429&lt;/url&gt;&lt;/related-urls&gt;&lt;/urls&gt;&lt;electronic-resource-num&gt;10.1111/j.1600-0447.2004.00486.x&lt;/electronic-resource-num&gt;&lt;/record&gt;&lt;/Cite&gt;&lt;/EndNote&gt;</w:instrText>
            </w:r>
            <w:r w:rsidR="0031308D" w:rsidRPr="00EB75F0">
              <w:fldChar w:fldCharType="separate"/>
            </w:r>
            <w:r w:rsidR="00452EF4" w:rsidRPr="00452EF4">
              <w:rPr>
                <w:noProof/>
                <w:vertAlign w:val="superscript"/>
              </w:rPr>
              <w:t>49</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DBE0" w:themeFill="accent6" w:themeFillTint="33"/>
            <w:vAlign w:val="center"/>
          </w:tcPr>
          <w:p w14:paraId="238A0B66"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E40A12"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DBE0" w:themeFill="accent6" w:themeFillTint="33"/>
            <w:vAlign w:val="center"/>
          </w:tcPr>
          <w:p w14:paraId="246308FE"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065CB173"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2D104399"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63FE0E9C"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24836232"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5AE4BD"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vAlign w:val="center"/>
          </w:tcPr>
          <w:p w14:paraId="3D0618ED" w14:textId="77777777" w:rsidR="009446D0" w:rsidRPr="00EB75F0" w:rsidRDefault="0084596B">
            <w:pPr>
              <w:pStyle w:val="TableText"/>
              <w:jc w:val="center"/>
              <w:rPr>
                <w:i/>
                <w:color w:val="000000"/>
                <w:sz w:val="18"/>
              </w:rPr>
            </w:pPr>
            <w:r w:rsidRPr="00EB75F0">
              <w:rPr>
                <w:color w:val="000000"/>
                <w:sz w:val="18"/>
              </w:rPr>
              <w:t>N</w:t>
            </w:r>
          </w:p>
        </w:tc>
        <w:tc>
          <w:tcPr>
            <w:tcW w:w="1170" w:type="dxa"/>
            <w:tcBorders>
              <w:top w:val="single" w:sz="4" w:space="0" w:color="000000"/>
              <w:left w:val="single" w:sz="4" w:space="0" w:color="000000"/>
              <w:bottom w:val="single" w:sz="4" w:space="0" w:color="000000"/>
              <w:right w:val="single" w:sz="4" w:space="0" w:color="000000"/>
            </w:tcBorders>
            <w:vAlign w:val="center"/>
          </w:tcPr>
          <w:p w14:paraId="2DF71603"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7B1449BA"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545D6033" w14:textId="77777777" w:rsidR="009446D0" w:rsidRPr="00EB75F0" w:rsidRDefault="0084596B">
            <w:pPr>
              <w:pStyle w:val="TableText"/>
              <w:jc w:val="center"/>
              <w:rPr>
                <w:color w:val="000000"/>
                <w:sz w:val="18"/>
              </w:rPr>
            </w:pPr>
            <w:r w:rsidRPr="00EB75F0">
              <w:rPr>
                <w:color w:val="000000"/>
                <w:sz w:val="18"/>
              </w:rPr>
              <w:t>N</w:t>
            </w:r>
          </w:p>
        </w:tc>
      </w:tr>
      <w:tr w:rsidR="009D1FA7" w:rsidRPr="00EB75F0" w14:paraId="4BAF36A6" w14:textId="77777777">
        <w:trPr>
          <w:trHeight w:val="335"/>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D875EBF" w14:textId="0A772074" w:rsidR="009D1FA7" w:rsidRPr="00EB75F0" w:rsidRDefault="009D1FA7" w:rsidP="009D1FA7">
            <w:pPr>
              <w:pStyle w:val="TableText"/>
              <w:rPr>
                <w:color w:val="000000"/>
                <w:sz w:val="18"/>
              </w:rPr>
            </w:pPr>
            <w:r w:rsidRPr="00EB75F0">
              <w:rPr>
                <w:color w:val="000000"/>
                <w:sz w:val="18"/>
              </w:rPr>
              <w:t>Heinrich 1994</w:t>
            </w:r>
            <w:r w:rsidR="0031308D" w:rsidRPr="00EB75F0">
              <w:fldChar w:fldCharType="begin"/>
            </w:r>
            <w:r w:rsidR="00452EF4">
              <w:instrText xml:space="preserve"> ADDIN EN.CITE &lt;EndNote&gt;&lt;Cite&gt;&lt;Author&gt;Heinrich&lt;/Author&gt;&lt;Year&gt;1994&lt;/Year&gt;&lt;RecNum&gt;47&lt;/RecNum&gt;&lt;DisplayText&gt;&lt;style face="superscript"&gt;50&lt;/style&gt;&lt;/DisplayText&gt;&lt;record&gt;&lt;rec-number&gt;47&lt;/rec-number&gt;&lt;foreign-keys&gt;&lt;key app="EN" db-id="9ttaxzax2p0tr7ewzt55atews50zvxaaa5rz" timestamp="1764068833"&gt;47&lt;/key&gt;&lt;/foreign-keys&gt;&lt;ref-type name="Journal Article"&gt;17&lt;/ref-type&gt;&lt;contributors&gt;&lt;authors&gt;&lt;author&gt;Heinrich, Kurt&lt;/author&gt;&lt;author&gt;Klieser, Eckhard&lt;/author&gt;&lt;author&gt;Lehmann, Erlo&lt;/author&gt;&lt;author&gt;Ḱinzler, Eckhart&lt;/author&gt;&lt;author&gt;Hruschka, HelgÁ&lt;/author&gt;&lt;/authors&gt;&lt;/contributors&gt;&lt;titles&gt;&lt;title&gt;Risperidone versus clozapine in the treatment of schizophrenic patients with acute symptoms: a double blind, randomized trial&lt;/title&gt;&lt;secondary-title&gt;Progress in Neuro-Psychopharmacology and Biological Psychiatry&lt;/secondary-title&gt;&lt;/titles&gt;&lt;periodical&gt;&lt;full-title&gt;Progress in Neuro-Psychopharmacology and Biological Psychiatry&lt;/full-title&gt;&lt;/periodical&gt;&lt;pages&gt;129-137&lt;/pages&gt;&lt;volume&gt;18&lt;/volume&gt;&lt;number&gt;1&lt;/number&gt;&lt;dates&gt;&lt;year&gt;1994&lt;/year&gt;&lt;/dates&gt;&lt;isbn&gt;0278-5846&lt;/isbn&gt;&lt;urls&gt;&lt;/urls&gt;&lt;/record&gt;&lt;/Cite&gt;&lt;/EndNote&gt;</w:instrText>
            </w:r>
            <w:r w:rsidR="0031308D" w:rsidRPr="00EB75F0">
              <w:fldChar w:fldCharType="separate"/>
            </w:r>
            <w:r w:rsidR="00452EF4" w:rsidRPr="00452EF4">
              <w:rPr>
                <w:noProof/>
                <w:vertAlign w:val="superscript"/>
              </w:rPr>
              <w:t>50</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4A9AE1" w14:textId="77777777" w:rsidR="009D1FA7" w:rsidRPr="00EB75F0" w:rsidRDefault="009D1FA7" w:rsidP="009D1FA7">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248D3F" w14:textId="77777777" w:rsidR="009D1FA7" w:rsidRPr="00EB75F0" w:rsidRDefault="009D1FA7" w:rsidP="009D1FA7">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B65C2" w14:textId="77777777" w:rsidR="009D1FA7" w:rsidRPr="00EB75F0" w:rsidRDefault="009D1FA7" w:rsidP="009D1FA7">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8B7BF9" w14:textId="77777777" w:rsidR="009D1FA7" w:rsidRPr="00EB75F0" w:rsidRDefault="009D1FA7" w:rsidP="009D1FA7">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1FD7A6" w14:textId="77777777" w:rsidR="009D1FA7" w:rsidRPr="00EB75F0" w:rsidRDefault="009D1FA7" w:rsidP="009D1FA7">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14A0CD21" w14:textId="77777777" w:rsidR="009D1FA7" w:rsidRPr="00EB75F0" w:rsidRDefault="009D1FA7" w:rsidP="009D1FA7">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77EA2BF3" w14:textId="77777777" w:rsidR="009D1FA7" w:rsidRPr="00EB75F0" w:rsidRDefault="009D1FA7" w:rsidP="009D1FA7">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A4F59F" w14:textId="3EF00735" w:rsidR="009D1FA7" w:rsidRPr="00EB75F0" w:rsidRDefault="009D1FA7" w:rsidP="009D1FA7">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6C6FC7C6" w14:textId="5DA907B0" w:rsidR="009D1FA7" w:rsidRPr="00EB75F0" w:rsidRDefault="009D1FA7" w:rsidP="009D1FA7">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174FF03E" w14:textId="77777777" w:rsidR="009D1FA7" w:rsidRPr="00EB75F0" w:rsidRDefault="009D1FA7" w:rsidP="009D1FA7">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70C030FE" w14:textId="77777777" w:rsidR="009D1FA7" w:rsidRPr="00EB75F0" w:rsidRDefault="009D1FA7" w:rsidP="009D1FA7">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18248280" w14:textId="77777777" w:rsidR="009D1FA7" w:rsidRPr="00EB75F0" w:rsidRDefault="009D1FA7" w:rsidP="009D1FA7">
            <w:pPr>
              <w:pStyle w:val="TableText"/>
              <w:jc w:val="center"/>
              <w:rPr>
                <w:color w:val="000000"/>
                <w:sz w:val="18"/>
              </w:rPr>
            </w:pPr>
            <w:r w:rsidRPr="00EB75F0">
              <w:rPr>
                <w:color w:val="000000"/>
                <w:sz w:val="18"/>
              </w:rPr>
              <w:t>N</w:t>
            </w:r>
          </w:p>
        </w:tc>
      </w:tr>
      <w:tr w:rsidR="009446D0" w:rsidRPr="00EB75F0" w14:paraId="5DB6E45C"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BD06974" w14:textId="2FBD7455" w:rsidR="009446D0" w:rsidRPr="00EB75F0" w:rsidRDefault="0084596B">
            <w:pPr>
              <w:pStyle w:val="TableText"/>
              <w:rPr>
                <w:color w:val="000000"/>
                <w:sz w:val="18"/>
              </w:rPr>
            </w:pPr>
            <w:r w:rsidRPr="00EB75F0">
              <w:rPr>
                <w:color w:val="000000"/>
                <w:sz w:val="18"/>
              </w:rPr>
              <w:t>Lieberman 2016</w:t>
            </w:r>
            <w:r w:rsidR="0031308D" w:rsidRPr="00EB75F0">
              <w:fldChar w:fldCharType="begin"/>
            </w:r>
            <w:r w:rsidR="00452EF4">
              <w:instrText xml:space="preserve"> ADDIN EN.CITE &lt;EndNote&gt;&lt;Cite&gt;&lt;Author&gt;Lieberman&lt;/Author&gt;&lt;Year&gt;2016&lt;/Year&gt;&lt;RecNum&gt;48&lt;/RecNum&gt;&lt;DisplayText&gt;&lt;style face="superscript"&gt;51&lt;/style&gt;&lt;/DisplayText&gt;&lt;record&gt;&lt;rec-number&gt;48&lt;/rec-number&gt;&lt;foreign-keys&gt;&lt;key app="EN" db-id="9ttaxzax2p0tr7ewzt55atews50zvxaaa5rz" timestamp="1764068834"&gt;48&lt;/key&gt;&lt;/foreign-keys&gt;&lt;ref-type name="Journal Article"&gt;17&lt;/ref-type&gt;&lt;contributors&gt;&lt;authors&gt;&lt;author&gt;Lieberman, Jeffrey A&lt;/author&gt;&lt;author&gt;Davis, Robert E&lt;/author&gt;&lt;author&gt;Correll, Christoph U&lt;/author&gt;&lt;author&gt;Goff, Donald C&lt;/author&gt;&lt;author&gt;Kane, John M&lt;/author&gt;&lt;author&gt;Tamminga, Carol A&lt;/author&gt;&lt;author&gt;Mates, Sharon&lt;/author&gt;&lt;author&gt;Vanover, Kimberly E&lt;/author&gt;&lt;/authors&gt;&lt;/contributors&gt;&lt;titles&gt;&lt;title&gt;ITI-007 for the treatment of schizophrenia: a 4-week randomized, double-blind, controlled trial&lt;/title&gt;&lt;secondary-title&gt;Biological psychiatry&lt;/secondary-title&gt;&lt;/titles&gt;&lt;periodical&gt;&lt;full-title&gt;Biological psychiatry&lt;/full-title&gt;&lt;/periodical&gt;&lt;pages&gt;952-961&lt;/pages&gt;&lt;volume&gt;79&lt;/volume&gt;&lt;number&gt;12&lt;/number&gt;&lt;dates&gt;&lt;year&gt;2016&lt;/year&gt;&lt;/dates&gt;&lt;isbn&gt;0006-3223&lt;/isbn&gt;&lt;urls&gt;&lt;/urls&gt;&lt;/record&gt;&lt;/Cite&gt;&lt;/EndNote&gt;</w:instrText>
            </w:r>
            <w:r w:rsidR="0031308D" w:rsidRPr="00EB75F0">
              <w:fldChar w:fldCharType="separate"/>
            </w:r>
            <w:r w:rsidR="00452EF4" w:rsidRPr="00452EF4">
              <w:rPr>
                <w:noProof/>
                <w:vertAlign w:val="superscript"/>
              </w:rPr>
              <w:t>51</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6A573E"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A19FAA"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773B2A"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257E38"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67FA85"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7002986E"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2E9EA52E"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339ADF"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31C92997" w14:textId="77777777" w:rsidR="009446D0" w:rsidRPr="00EB75F0" w:rsidRDefault="0084596B">
            <w:pPr>
              <w:pStyle w:val="TableText"/>
              <w:jc w:val="center"/>
              <w:rPr>
                <w:i/>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0D4D51C3"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6A465963"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27E029F8"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56547459"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C639262" w14:textId="4FA10FEB" w:rsidR="009446D0" w:rsidRPr="00EB75F0" w:rsidRDefault="0084596B">
            <w:pPr>
              <w:pStyle w:val="TableText"/>
              <w:rPr>
                <w:color w:val="000000"/>
                <w:sz w:val="18"/>
              </w:rPr>
            </w:pPr>
            <w:r w:rsidRPr="00EB75F0">
              <w:rPr>
                <w:color w:val="000000"/>
                <w:sz w:val="18"/>
              </w:rPr>
              <w:t>Correll 2020</w:t>
            </w:r>
            <w:r w:rsidR="0031308D" w:rsidRPr="00EB75F0">
              <w:fldChar w:fldCharType="begin"/>
            </w:r>
            <w:r w:rsidR="00452EF4">
              <w:instrText xml:space="preserve"> ADDIN EN.CITE &lt;EndNote&gt;&lt;Cite&gt;&lt;Author&gt;Correll&lt;/Author&gt;&lt;Year&gt;2020&lt;/Year&gt;&lt;RecNum&gt;49&lt;/RecNum&gt;&lt;DisplayText&gt;&lt;style face="superscript"&gt;52&lt;/style&gt;&lt;/DisplayText&gt;&lt;record&gt;&lt;rec-number&gt;49&lt;/rec-number&gt;&lt;foreign-keys&gt;&lt;key app="EN" db-id="9ttaxzax2p0tr7ewzt55atews50zvxaaa5rz" timestamp="1764068834"&gt;49&lt;/key&gt;&lt;/foreign-keys&gt;&lt;ref-type name="Journal Article"&gt;17&lt;/ref-type&gt;&lt;contributors&gt;&lt;authors&gt;&lt;author&gt;Correll, C. U.&lt;/author&gt;&lt;author&gt;Davis, R. E.&lt;/author&gt;&lt;author&gt;Weingart, M.&lt;/author&gt;&lt;author&gt;Saillard, J.&lt;/author&gt;&lt;author&gt;O&amp;apos;Gorman, C.&lt;/author&gt;&lt;author&gt;Kane, J. M.&lt;/author&gt;&lt;author&gt;Lieberman, J. A.&lt;/author&gt;&lt;author&gt;Tamminga, C. A.&lt;/author&gt;&lt;author&gt;Mates, S.&lt;/author&gt;&lt;author&gt;Vanover, K. E.&lt;/author&gt;&lt;/authors&gt;&lt;/contributors&gt;&lt;titles&gt;&lt;title&gt;Efficacy and Safety of Lumateperone for Treatment of Schizophrenia: a Randomized Clinical Trial&lt;/title&gt;&lt;secondary-title&gt;JAMA psychiatry&lt;/secondary-title&gt;&lt;/titles&gt;&lt;periodical&gt;&lt;full-title&gt;JAMA psychiatry&lt;/full-title&gt;&lt;/periodical&gt;&lt;pages&gt;349</w:instrText>
            </w:r>
            <w:r w:rsidR="00452EF4">
              <w:rPr>
                <w:rFonts w:ascii="Cambria Math" w:hAnsi="Cambria Math" w:cs="Cambria Math"/>
              </w:rPr>
              <w:instrText>‐</w:instrText>
            </w:r>
            <w:r w:rsidR="00452EF4">
              <w:instrText>358&lt;/pages&gt;&lt;volume&gt;77&lt;/volume&gt;&lt;number&gt;4&lt;/number&gt;&lt;dates&gt;&lt;year&gt;2020&lt;/year&gt;&lt;/dates&gt;&lt;work-type&gt;Journal article&lt;/work-type&gt;&lt;urls&gt;&lt;related-urls&gt;&lt;url&gt;https://www.cochranelibrary.com/central/doi/10.1002/central/CN-02073217/full&lt;/url&gt;&lt;/related-urls&gt;&lt;/urls&gt;&lt;electronic-resource-num&gt;10.1001/jamapsychiatry.2019.4379&lt;/electronic-resource-num&gt;&lt;/record&gt;&lt;/Cite&gt;&lt;/EndNote&gt;</w:instrText>
            </w:r>
            <w:r w:rsidR="0031308D" w:rsidRPr="00EB75F0">
              <w:fldChar w:fldCharType="separate"/>
            </w:r>
            <w:r w:rsidR="00452EF4" w:rsidRPr="00452EF4">
              <w:rPr>
                <w:noProof/>
                <w:vertAlign w:val="superscript"/>
              </w:rPr>
              <w:t>52</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F3A833"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8863E5"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D5150"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D52D20"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30EDE8"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3423A97C"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5729C978"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22EF1C"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4C3C024D"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35312B00"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3A4B6F79"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7B0051F1"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344AA898"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1006675" w14:textId="798A18EE" w:rsidR="009446D0" w:rsidRPr="00EB75F0" w:rsidRDefault="0084596B">
            <w:pPr>
              <w:pStyle w:val="TableText"/>
              <w:rPr>
                <w:color w:val="000000"/>
                <w:sz w:val="18"/>
              </w:rPr>
            </w:pPr>
            <w:r w:rsidRPr="00EB75F0">
              <w:rPr>
                <w:color w:val="000000"/>
                <w:sz w:val="18"/>
              </w:rPr>
              <w:t>Sacchetti 2008</w:t>
            </w:r>
            <w:r w:rsidR="0031308D" w:rsidRPr="00EB75F0">
              <w:fldChar w:fldCharType="begin"/>
            </w:r>
            <w:r w:rsidR="00452EF4">
              <w:instrText xml:space="preserve"> ADDIN EN.CITE &lt;EndNote&gt;&lt;Cite&gt;&lt;Author&gt;Correll&lt;/Author&gt;&lt;Year&gt;2020&lt;/Year&gt;&lt;RecNum&gt;49&lt;/RecNum&gt;&lt;DisplayText&gt;&lt;style face="superscript"&gt;52&lt;/style&gt;&lt;/DisplayText&gt;&lt;record&gt;&lt;rec-number&gt;49&lt;/rec-number&gt;&lt;foreign-keys&gt;&lt;key app="EN" db-id="9ttaxzax2p0tr7ewzt55atews50zvxaaa5rz" timestamp="1764068834"&gt;49&lt;/key&gt;&lt;/foreign-keys&gt;&lt;ref-type name="Journal Article"&gt;17&lt;/ref-type&gt;&lt;contributors&gt;&lt;authors&gt;&lt;author&gt;Correll, C. U.&lt;/author&gt;&lt;author&gt;Davis, R. E.&lt;/author&gt;&lt;author&gt;Weingart, M.&lt;/author&gt;&lt;author&gt;Saillard, J.&lt;/author&gt;&lt;author&gt;O&amp;apos;Gorman, C.&lt;/author&gt;&lt;author&gt;Kane, J. M.&lt;/author&gt;&lt;author&gt;Lieberman, J. A.&lt;/author&gt;&lt;author&gt;Tamminga, C. A.&lt;/author&gt;&lt;author&gt;Mates, S.&lt;/author&gt;&lt;author&gt;Vanover, K. E.&lt;/author&gt;&lt;/authors&gt;&lt;/contributors&gt;&lt;titles&gt;&lt;title&gt;Efficacy and Safety of Lumateperone for Treatment of Schizophrenia: a Randomized Clinical Trial&lt;/title&gt;&lt;secondary-title&gt;JAMA psychiatry&lt;/secondary-title&gt;&lt;/titles&gt;&lt;periodical&gt;&lt;full-title&gt;JAMA psychiatry&lt;/full-title&gt;&lt;/periodical&gt;&lt;pages&gt;349</w:instrText>
            </w:r>
            <w:r w:rsidR="00452EF4">
              <w:rPr>
                <w:rFonts w:ascii="Cambria Math" w:hAnsi="Cambria Math" w:cs="Cambria Math"/>
              </w:rPr>
              <w:instrText>‐</w:instrText>
            </w:r>
            <w:r w:rsidR="00452EF4">
              <w:instrText>358&lt;/pages&gt;&lt;volume&gt;77&lt;/volume&gt;&lt;number&gt;4&lt;/number&gt;&lt;dates&gt;&lt;year&gt;2020&lt;/year&gt;&lt;/dates&gt;&lt;work-type&gt;Journal article&lt;/work-type&gt;&lt;urls&gt;&lt;related-urls&gt;&lt;url&gt;https://www.cochranelibrary.com/central/doi/10.1002/central/CN-02073217/full&lt;/url&gt;&lt;/related-urls&gt;&lt;/urls&gt;&lt;electronic-resource-num&gt;10.1001/jamapsychiatry.2019.4379&lt;/electronic-resource-num&gt;&lt;/record&gt;&lt;/Cite&gt;&lt;/EndNote&gt;</w:instrText>
            </w:r>
            <w:r w:rsidR="0031308D" w:rsidRPr="00EB75F0">
              <w:fldChar w:fldCharType="separate"/>
            </w:r>
            <w:r w:rsidR="00452EF4" w:rsidRPr="00452EF4">
              <w:rPr>
                <w:noProof/>
                <w:vertAlign w:val="superscript"/>
              </w:rPr>
              <w:t>52</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674E1B"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2C0CBF"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F1BD70"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FD3CCE"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127522" w14:textId="77777777" w:rsidR="009446D0" w:rsidRPr="00EB75F0" w:rsidRDefault="0084596B">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5E243D5A"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2F529D65"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6CF8DF"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vAlign w:val="center"/>
          </w:tcPr>
          <w:p w14:paraId="629439EF" w14:textId="77777777" w:rsidR="009446D0" w:rsidRPr="00EB75F0" w:rsidRDefault="0084596B">
            <w:pPr>
              <w:pStyle w:val="TableText"/>
              <w:jc w:val="center"/>
              <w:rPr>
                <w:color w:val="000000"/>
                <w:sz w:val="18"/>
              </w:rPr>
            </w:pPr>
            <w:r w:rsidRPr="00EB75F0">
              <w:rPr>
                <w:color w:val="000000"/>
                <w:sz w:val="18"/>
              </w:rPr>
              <w:t>N</w:t>
            </w:r>
          </w:p>
        </w:tc>
        <w:tc>
          <w:tcPr>
            <w:tcW w:w="1170" w:type="dxa"/>
            <w:tcBorders>
              <w:top w:val="single" w:sz="4" w:space="0" w:color="000000"/>
              <w:left w:val="single" w:sz="4" w:space="0" w:color="000000"/>
              <w:bottom w:val="single" w:sz="4" w:space="0" w:color="000000"/>
              <w:right w:val="single" w:sz="4" w:space="0" w:color="000000"/>
            </w:tcBorders>
            <w:vAlign w:val="center"/>
          </w:tcPr>
          <w:p w14:paraId="6B7F6521"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1157A4FE"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6A615D71"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44049A2F"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F32A251" w14:textId="0DE5706D" w:rsidR="009446D0" w:rsidRPr="00EB75F0" w:rsidRDefault="0084596B">
            <w:pPr>
              <w:pStyle w:val="TableText"/>
              <w:rPr>
                <w:color w:val="000000"/>
                <w:sz w:val="18"/>
              </w:rPr>
            </w:pPr>
            <w:r w:rsidRPr="00EB75F0">
              <w:rPr>
                <w:color w:val="000000"/>
                <w:sz w:val="18"/>
              </w:rPr>
              <w:t>Loza 2006</w:t>
            </w:r>
            <w:r w:rsidR="0031308D" w:rsidRPr="00EB75F0">
              <w:fldChar w:fldCharType="begin"/>
            </w:r>
            <w:r w:rsidR="00452EF4">
              <w:instrText xml:space="preserve"> ADDIN EN.CITE &lt;EndNote&gt;&lt;Cite&gt;&lt;Author&gt;Loza&lt;/Author&gt;&lt;Year&gt;2006&lt;/Year&gt;&lt;RecNum&gt;56&lt;/RecNum&gt;&lt;DisplayText&gt;&lt;style face="superscript"&gt;59&lt;/style&gt;&lt;/DisplayText&gt;&lt;record&gt;&lt;rec-number&gt;56&lt;/rec-number&gt;&lt;foreign-keys&gt;&lt;key app="EN" db-id="9ttaxzax2p0tr7ewzt55atews50zvxaaa5rz" timestamp="1764068836"&gt;56&lt;/key&gt;&lt;/foreign-keys&gt;&lt;ref-type name=".Conference Proceedings"&gt;10&lt;/ref-type&gt;&lt;contributors&gt;&lt;authors&gt;&lt;author&gt;Loza, B&lt;/author&gt;&lt;author&gt;Czernikiewicz, A&lt;/author&gt;&lt;author&gt;Roszkowska, A&lt;/author&gt;&lt;author&gt;Szulc, A&lt;/author&gt;&lt;/authors&gt;&lt;/contributors&gt;&lt;titles&gt;&lt;title&gt;Atypical antipsychotics: The prosocial capacity. Double-blind, randomized, prospective study of olanzapine and risperidone treatment of schizophrenia: Cognitive, awareness and quality of life report&lt;/title&gt;&lt;secondary-title&gt;INTERNATIONAL JOURNAL OF NEUROPSYCHOPHARMACOLOGY&lt;/secondary-title&gt;&lt;/titles&gt;&lt;periodical&gt;&lt;full-title&gt;International Journal of Neuropsychopharmacology&lt;/full-title&gt;&lt;/periodical&gt;&lt;pages&gt;S271-S271&lt;/pages&gt;&lt;volume&gt;9&lt;/volume&gt;&lt;dates&gt;&lt;year&gt;2006&lt;/year&gt;&lt;/dates&gt;&lt;publisher&gt;CAMBRIDGE UNIV PRESS 32 AVENUE OF THE AMERICAS, NEW YORK, NY 10013-2473 USA&lt;/publisher&gt;&lt;isbn&gt;1461-1457&lt;/isbn&gt;&lt;urls&gt;&lt;/urls&gt;&lt;/record&gt;&lt;/Cite&gt;&lt;/EndNote&gt;</w:instrText>
            </w:r>
            <w:r w:rsidR="0031308D" w:rsidRPr="00EB75F0">
              <w:fldChar w:fldCharType="separate"/>
            </w:r>
            <w:r w:rsidR="00452EF4" w:rsidRPr="00452EF4">
              <w:rPr>
                <w:noProof/>
                <w:vertAlign w:val="superscript"/>
              </w:rPr>
              <w:t>59</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89C1C3"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DB227D"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C70EA5"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89A5E2"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ADB60F" w14:textId="77777777" w:rsidR="009446D0" w:rsidRPr="00EB75F0" w:rsidRDefault="0084596B">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512E0097"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6CD981F6"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5BA3CA"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vAlign w:val="center"/>
          </w:tcPr>
          <w:p w14:paraId="29A76C1A" w14:textId="77777777" w:rsidR="009446D0" w:rsidRPr="00EB75F0" w:rsidRDefault="0084596B">
            <w:pPr>
              <w:pStyle w:val="TableText"/>
              <w:jc w:val="center"/>
              <w:rPr>
                <w:color w:val="000000"/>
                <w:sz w:val="18"/>
              </w:rPr>
            </w:pPr>
            <w:r w:rsidRPr="00EB75F0">
              <w:rPr>
                <w:color w:val="000000"/>
                <w:sz w:val="18"/>
              </w:rPr>
              <w:t>N</w:t>
            </w:r>
          </w:p>
        </w:tc>
        <w:tc>
          <w:tcPr>
            <w:tcW w:w="1170" w:type="dxa"/>
            <w:tcBorders>
              <w:top w:val="single" w:sz="4" w:space="0" w:color="000000"/>
              <w:left w:val="single" w:sz="4" w:space="0" w:color="000000"/>
              <w:bottom w:val="single" w:sz="4" w:space="0" w:color="000000"/>
              <w:right w:val="single" w:sz="4" w:space="0" w:color="000000"/>
            </w:tcBorders>
            <w:vAlign w:val="center"/>
          </w:tcPr>
          <w:p w14:paraId="16EAF4B2"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4EB9FC92"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501B57D0"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12A6CE5B"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F9BCBD2" w14:textId="1A90C71A" w:rsidR="009446D0" w:rsidRPr="00EB75F0" w:rsidRDefault="0084596B">
            <w:pPr>
              <w:pStyle w:val="TableText"/>
              <w:rPr>
                <w:color w:val="000000"/>
                <w:sz w:val="18"/>
              </w:rPr>
            </w:pPr>
            <w:r w:rsidRPr="00EB75F0">
              <w:rPr>
                <w:color w:val="000000"/>
                <w:sz w:val="18"/>
              </w:rPr>
              <w:t>Corrigan 2004</w:t>
            </w:r>
            <w:r w:rsidR="0031308D" w:rsidRPr="00EB75F0">
              <w:fldChar w:fldCharType="begin"/>
            </w:r>
            <w:r w:rsidR="00452EF4">
              <w:instrText xml:space="preserve"> ADDIN EN.CITE &lt;EndNote&gt;&lt;Cite&gt;&lt;Author&gt;Corrigan&lt;/Author&gt;&lt;Year&gt;2004&lt;/Year&gt;&lt;RecNum&gt;59&lt;/RecNum&gt;&lt;DisplayText&gt;&lt;style face="superscript"&gt;62&lt;/style&gt;&lt;/DisplayText&gt;&lt;record&gt;&lt;rec-number&gt;59&lt;/rec-number&gt;&lt;foreign-keys&gt;&lt;key app="EN" db-id="9ttaxzax2p0tr7ewzt55atews50zvxaaa5rz" timestamp="1764068836"&gt;59&lt;/key&gt;&lt;/foreign-keys&gt;&lt;ref-type name="Journal Article"&gt;17&lt;/ref-type&gt;&lt;contributors&gt;&lt;authors&gt;&lt;author&gt;Corrigan, M. H.&lt;/author&gt;&lt;author&gt;Gallen, C. C.&lt;/author&gt;&lt;author&gt;Bonura, M. L.&lt;/author&gt;&lt;author&gt;Merchant, K. M.&lt;/author&gt;&lt;author&gt;Sonepiprazole Study, Group&lt;/author&gt;&lt;/authors&gt;&lt;/contributors&gt;&lt;titles&gt;&lt;title&gt;Effectiveness of the selective D4 antagonist sonepiprazole in schizophrenia: a placebo-controlled trial&lt;/title&gt;&lt;secondary-title&gt;Biol Psychiatry&lt;/secondary-title&gt;&lt;/titles&gt;&lt;periodical&gt;&lt;full-title&gt;Biol Psychiatry&lt;/full-title&gt;&lt;/periodical&gt;&lt;pages&gt;445-51&lt;/pages&gt;&lt;volume&gt;55&lt;/volume&gt;&lt;number&gt;5&lt;/number&gt;&lt;dates&gt;&lt;year&gt;2004&lt;/year&gt;&lt;pub-dates&gt;&lt;date&gt;Mar 1&lt;/date&gt;&lt;/pub-dates&gt;&lt;/dates&gt;&lt;pub-location&gt;Pharmacia Corporation, Kalamazoo, Michigan 01752, USA.&lt;/pub-location&gt;&lt;isbn&gt;0006-3223 (Print) 0006-3223 (Linking)&lt;/isbn&gt;&lt;urls&gt;&lt;related-urls&gt;&lt;url&gt;https://www.ncbi.nlm.nih.gov/pubmed/15023570&lt;/url&gt;&lt;/related-urls&gt;&lt;/urls&gt;&lt;electronic-resource-num&gt;10.1016/j.biopsych.2003.10.004&lt;/electronic-resource-num&gt;&lt;/record&gt;&lt;/Cite&gt;&lt;/EndNote&gt;</w:instrText>
            </w:r>
            <w:r w:rsidR="0031308D" w:rsidRPr="00EB75F0">
              <w:fldChar w:fldCharType="separate"/>
            </w:r>
            <w:r w:rsidR="00452EF4" w:rsidRPr="00452EF4">
              <w:rPr>
                <w:noProof/>
                <w:vertAlign w:val="superscript"/>
              </w:rPr>
              <w:t>62</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E733D3"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BD4EF"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E49FE7"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D73AE8"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FBB5E4" w14:textId="77777777" w:rsidR="009446D0" w:rsidRPr="00EB75F0" w:rsidRDefault="0084596B">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457DBCFA"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03C791CC"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3103D2"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656C586B"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0888E581"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06D9372B"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56263407"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3AC3CFB1"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4473C6C" w14:textId="670257F8" w:rsidR="009446D0" w:rsidRPr="00EB75F0" w:rsidRDefault="0084596B">
            <w:pPr>
              <w:pStyle w:val="TableText"/>
              <w:rPr>
                <w:color w:val="000000"/>
                <w:sz w:val="18"/>
              </w:rPr>
            </w:pPr>
            <w:proofErr w:type="spellStart"/>
            <w:r w:rsidRPr="00EB75F0">
              <w:rPr>
                <w:color w:val="000000"/>
                <w:sz w:val="18"/>
              </w:rPr>
              <w:t>Landbloom</w:t>
            </w:r>
            <w:proofErr w:type="spellEnd"/>
            <w:r w:rsidRPr="00EB75F0">
              <w:rPr>
                <w:color w:val="000000"/>
                <w:sz w:val="18"/>
              </w:rPr>
              <w:t xml:space="preserve"> 2016</w:t>
            </w:r>
            <w:r w:rsidR="0031308D" w:rsidRPr="00EB75F0">
              <w:fldChar w:fldCharType="begin"/>
            </w:r>
            <w:r w:rsidR="00452EF4">
              <w:instrText xml:space="preserve"> ADDIN EN.CITE &lt;EndNote&gt;&lt;Cite&gt;&lt;Author&gt;Corrigan&lt;/Author&gt;&lt;Year&gt;2004&lt;/Year&gt;&lt;RecNum&gt;59&lt;/RecNum&gt;&lt;DisplayText&gt;&lt;style face="superscript"&gt;62&lt;/style&gt;&lt;/DisplayText&gt;&lt;record&gt;&lt;rec-number&gt;59&lt;/rec-number&gt;&lt;foreign-keys&gt;&lt;key app="EN" db-id="9ttaxzax2p0tr7ewzt55atews50zvxaaa5rz" timestamp="1764068836"&gt;59&lt;/key&gt;&lt;/foreign-keys&gt;&lt;ref-type name="Journal Article"&gt;17&lt;/ref-type&gt;&lt;contributors&gt;&lt;authors&gt;&lt;author&gt;Corrigan, M. H.&lt;/author&gt;&lt;author&gt;Gallen, C. C.&lt;/author&gt;&lt;author&gt;Bonura, M. L.&lt;/author&gt;&lt;author&gt;Merchant, K. M.&lt;/author&gt;&lt;author&gt;Sonepiprazole Study, Group&lt;/author&gt;&lt;/authors&gt;&lt;/contributors&gt;&lt;titles&gt;&lt;title&gt;Effectiveness of the selective D4 antagonist sonepiprazole in schizophrenia: a placebo-controlled trial&lt;/title&gt;&lt;secondary-title&gt;Biol Psychiatry&lt;/secondary-title&gt;&lt;/titles&gt;&lt;periodical&gt;&lt;full-title&gt;Biol Psychiatry&lt;/full-title&gt;&lt;/periodical&gt;&lt;pages&gt;445-51&lt;/pages&gt;&lt;volume&gt;55&lt;/volume&gt;&lt;number&gt;5&lt;/number&gt;&lt;dates&gt;&lt;year&gt;2004&lt;/year&gt;&lt;pub-dates&gt;&lt;date&gt;Mar 1&lt;/date&gt;&lt;/pub-dates&gt;&lt;/dates&gt;&lt;pub-location&gt;Pharmacia Corporation, Kalamazoo, Michigan 01752, USA.&lt;/pub-location&gt;&lt;isbn&gt;0006-3223 (Print) 0006-3223 (Linking)&lt;/isbn&gt;&lt;urls&gt;&lt;related-urls&gt;&lt;url&gt;https://www.ncbi.nlm.nih.gov/pubmed/15023570&lt;/url&gt;&lt;/related-urls&gt;&lt;/urls&gt;&lt;electronic-resource-num&gt;10.1016/j.biopsych.2003.10.004&lt;/electronic-resource-num&gt;&lt;/record&gt;&lt;/Cite&gt;&lt;/EndNote&gt;</w:instrText>
            </w:r>
            <w:r w:rsidR="0031308D" w:rsidRPr="00EB75F0">
              <w:fldChar w:fldCharType="separate"/>
            </w:r>
            <w:r w:rsidR="00452EF4" w:rsidRPr="00452EF4">
              <w:rPr>
                <w:noProof/>
                <w:vertAlign w:val="superscript"/>
              </w:rPr>
              <w:t>62</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E5BA06"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1E5A43"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798D44"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D23C7"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C23401" w14:textId="77777777" w:rsidR="009446D0" w:rsidRPr="00EB75F0" w:rsidRDefault="0084596B">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4751E95D"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2C726BA1"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97C6F8"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25B8FCE0"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44C9DC9D"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0F215891"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0D4F6AE0"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4903B261"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5039B9C" w14:textId="0370F8D8" w:rsidR="009446D0" w:rsidRPr="00EB75F0" w:rsidRDefault="0084596B">
            <w:pPr>
              <w:pStyle w:val="TableText"/>
              <w:rPr>
                <w:color w:val="000000"/>
                <w:sz w:val="18"/>
              </w:rPr>
            </w:pPr>
            <w:r w:rsidRPr="00EB75F0">
              <w:rPr>
                <w:color w:val="000000"/>
                <w:sz w:val="18"/>
              </w:rPr>
              <w:t>Meltzer 2011</w:t>
            </w:r>
            <w:r w:rsidR="0031308D" w:rsidRPr="00EB75F0">
              <w:fldChar w:fldCharType="begin"/>
            </w:r>
            <w:r w:rsidR="00452EF4">
              <w:instrText xml:space="preserve"> ADDIN EN.CITE &lt;EndNote&gt;&lt;Cite&gt;&lt;Author&gt;Meltzer&lt;/Author&gt;&lt;Year&gt;2011&lt;/Year&gt;&lt;RecNum&gt;64&lt;/RecNum&gt;&lt;DisplayText&gt;&lt;style face="superscript"&gt;67&lt;/style&gt;&lt;/DisplayText&gt;&lt;record&gt;&lt;rec-number&gt;64&lt;/rec-number&gt;&lt;foreign-keys&gt;&lt;key app="EN" db-id="9ttaxzax2p0tr7ewzt55atews50zvxaaa5rz" timestamp="1764068838"&gt;64&lt;/key&gt;&lt;/foreign-keys&gt;&lt;ref-type name="Journal Article"&gt;17&lt;/ref-type&gt;&lt;contributors&gt;&lt;authors&gt;&lt;author&gt;Meltzer, Herbert Y&lt;/author&gt;&lt;author&gt;Cucchiaro, Josephine&lt;/author&gt;&lt;author&gt;Silva, Robert&lt;/author&gt;&lt;author&gt;Ogasa, Masaaki&lt;/author&gt;&lt;author&gt;Phillips, Debra&lt;/author&gt;&lt;author&gt;Xu, Jane&lt;/author&gt;&lt;author&gt;Kalali, Amir H&lt;/author&gt;&lt;author&gt;Schweizer, Edward&lt;/author&gt;&lt;author&gt;Pikalov, Andrei&lt;/author&gt;&lt;author&gt;Loebel, Antony&lt;/author&gt;&lt;/authors&gt;&lt;/contributors&gt;&lt;titles&gt;&lt;title&gt;Lurasidone in the treatment of schizophrenia: a randomized, double-blind, placebo-and olanzapine-controlled study&lt;/title&gt;&lt;secondary-title&gt;American Journal of Psychiatry&lt;/secondary-title&gt;&lt;/titles&gt;&lt;periodical&gt;&lt;full-title&gt;American Journal of Psychiatry&lt;/full-title&gt;&lt;/periodical&gt;&lt;pages&gt;957-967&lt;/pages&gt;&lt;volume&gt;168&lt;/volume&gt;&lt;number&gt;9&lt;/number&gt;&lt;dates&gt;&lt;year&gt;2011&lt;/year&gt;&lt;/dates&gt;&lt;isbn&gt;0002-953X&lt;/isbn&gt;&lt;urls&gt;&lt;/urls&gt;&lt;/record&gt;&lt;/Cite&gt;&lt;/EndNote&gt;</w:instrText>
            </w:r>
            <w:r w:rsidR="0031308D" w:rsidRPr="00EB75F0">
              <w:fldChar w:fldCharType="separate"/>
            </w:r>
            <w:r w:rsidR="00452EF4" w:rsidRPr="00452EF4">
              <w:rPr>
                <w:noProof/>
                <w:vertAlign w:val="superscript"/>
              </w:rPr>
              <w:t>67</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756F22"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3565CA"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8EA25E"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F7BB86"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E1F98B"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0D2F18B3"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62D33E47"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090CEC"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3F419F7D"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53904B83"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61ADB6E8"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604EC5B6"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7A923B01"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DDF1638" w14:textId="5F61D408" w:rsidR="009446D0" w:rsidRPr="00EB75F0" w:rsidRDefault="0084596B">
            <w:pPr>
              <w:pStyle w:val="TableText"/>
              <w:rPr>
                <w:color w:val="000000"/>
                <w:sz w:val="18"/>
              </w:rPr>
            </w:pPr>
            <w:r w:rsidRPr="00EB75F0">
              <w:rPr>
                <w:color w:val="000000"/>
                <w:sz w:val="18"/>
              </w:rPr>
              <w:t>Kane 2007</w:t>
            </w:r>
            <w:r w:rsidR="0031308D" w:rsidRPr="00EB75F0">
              <w:fldChar w:fldCharType="begin"/>
            </w:r>
            <w:r w:rsidR="00452EF4">
              <w:instrText xml:space="preserve"> ADDIN EN.CITE &lt;EndNote&gt;&lt;Cite&gt;&lt;Author&gt;Kane&lt;/Author&gt;&lt;Year&gt;2007&lt;/Year&gt;&lt;RecNum&gt;65&lt;/RecNum&gt;&lt;DisplayText&gt;&lt;style face="superscript"&gt;68&lt;/style&gt;&lt;/DisplayText&gt;&lt;record&gt;&lt;rec-number&gt;65&lt;/rec-number&gt;&lt;foreign-keys&gt;&lt;key app="EN" db-id="9ttaxzax2p0tr7ewzt55atews50zvxaaa5rz" timestamp="1764068839"&gt;65&lt;/key&gt;&lt;/foreign-keys&gt;&lt;ref-type name="Journal Article"&gt;17&lt;/ref-type&gt;&lt;contributors&gt;&lt;authors&gt;&lt;author&gt;Kane, J&lt;/author&gt;&lt;author&gt;Canas, F&lt;/author&gt;&lt;author&gt;Kramer, M&lt;/author&gt;&lt;author&gt;Ford, L&lt;/author&gt;&lt;author&gt;Gassmann-Mayer, C&lt;/author&gt;&lt;author&gt;Lim, P&lt;/author&gt;&lt;author&gt;Eerdekens, M&lt;/author&gt;&lt;/authors&gt;&lt;/contributors&gt;&lt;titles&gt;&lt;title&gt;Treatment of schizophrenia with paliperidone extended-release tablets: a 6-week placebo-controlled trial&lt;/title&gt;&lt;secondary-title&gt;Schizophrenia Research&lt;/secondary-title&gt;&lt;/titles&gt;&lt;periodical&gt;&lt;full-title&gt;Schizophrenia Research&lt;/full-title&gt;&lt;/periodical&gt;&lt;pages&gt;147-161&lt;/pages&gt;&lt;volume&gt;90&lt;/volume&gt;&lt;number&gt;1-3&lt;/number&gt;&lt;dates&gt;&lt;year&gt;2007&lt;/year&gt;&lt;/dates&gt;&lt;isbn&gt;0920-9964&lt;/isbn&gt;&lt;urls&gt;&lt;/urls&gt;&lt;/record&gt;&lt;/Cite&gt;&lt;/EndNote&gt;</w:instrText>
            </w:r>
            <w:r w:rsidR="0031308D" w:rsidRPr="00EB75F0">
              <w:fldChar w:fldCharType="separate"/>
            </w:r>
            <w:r w:rsidR="00452EF4" w:rsidRPr="00452EF4">
              <w:rPr>
                <w:noProof/>
                <w:vertAlign w:val="superscript"/>
              </w:rPr>
              <w:t>68</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43A28"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180C3D"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9A55BA"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D7AB0C"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C9A31C"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4483220B"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75BDD4AA"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946157"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6D670984"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24E4EEA9"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7DA49DD6"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2F480FC8"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36F29763"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6EE7CEA" w14:textId="2F454127" w:rsidR="009446D0" w:rsidRPr="00EB75F0" w:rsidRDefault="0084596B">
            <w:pPr>
              <w:pStyle w:val="TableText"/>
              <w:rPr>
                <w:color w:val="000000"/>
                <w:sz w:val="18"/>
              </w:rPr>
            </w:pPr>
            <w:r w:rsidRPr="00EB75F0">
              <w:rPr>
                <w:color w:val="000000"/>
                <w:sz w:val="18"/>
              </w:rPr>
              <w:t>Davidson 2007</w:t>
            </w:r>
            <w:r w:rsidR="0031308D" w:rsidRPr="00EB75F0">
              <w:fldChar w:fldCharType="begin"/>
            </w:r>
            <w:r w:rsidR="00452EF4">
              <w:instrText xml:space="preserve"> ADDIN EN.CITE &lt;EndNote&gt;&lt;Cite&gt;&lt;Author&gt;Davidson&lt;/Author&gt;&lt;Year&gt;2007&lt;/Year&gt;&lt;RecNum&gt;66&lt;/RecNum&gt;&lt;DisplayText&gt;&lt;style face="superscript"&gt;69&lt;/style&gt;&lt;/DisplayText&gt;&lt;record&gt;&lt;rec-number&gt;66&lt;/rec-number&gt;&lt;foreign-keys&gt;&lt;key app="EN" db-id="9ttaxzax2p0tr7ewzt55atews50zvxaaa5rz" timestamp="1764068839"&gt;66&lt;/key&gt;&lt;/foreign-keys&gt;&lt;ref-type name="Journal Article"&gt;17&lt;/ref-type&gt;&lt;contributors&gt;&lt;authors&gt;&lt;author&gt;Davidson, Michael&lt;/author&gt;&lt;author&gt;Emsley, Robin&lt;/author&gt;&lt;author&gt;Kramer, Michelle&lt;/author&gt;&lt;author&gt;Ford, Lisa&lt;/author&gt;&lt;author&gt;Pan, Guohua&lt;/author&gt;&lt;author&gt;Lim, Pilar&lt;/author&gt;&lt;author&gt;Eerdekens, Mariëlle&lt;/author&gt;&lt;/authors&gt;&lt;/contributors&gt;&lt;titles&gt;&lt;title&gt;Efficacy, safety and early response of paliperidone extended-release tablets (paliperidone ER): results of a 6-week, randomized, placebo-controlled study&lt;/title&gt;&lt;secondary-title&gt;Schizophrenia research&lt;/secondary-title&gt;&lt;/titles&gt;&lt;periodical&gt;&lt;full-title&gt;Schizophrenia Research&lt;/full-title&gt;&lt;/periodical&gt;&lt;pages&gt;117-130&lt;/pages&gt;&lt;volume&gt;93&lt;/volume&gt;&lt;number&gt;1-3&lt;/number&gt;&lt;dates&gt;&lt;year&gt;2007&lt;/year&gt;&lt;/dates&gt;&lt;isbn&gt;0920-9964&lt;/isbn&gt;&lt;urls&gt;&lt;/urls&gt;&lt;/record&gt;&lt;/Cite&gt;&lt;/EndNote&gt;</w:instrText>
            </w:r>
            <w:r w:rsidR="0031308D" w:rsidRPr="00EB75F0">
              <w:fldChar w:fldCharType="separate"/>
            </w:r>
            <w:r w:rsidR="00452EF4" w:rsidRPr="00452EF4">
              <w:rPr>
                <w:noProof/>
                <w:vertAlign w:val="superscript"/>
              </w:rPr>
              <w:t>69</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3AF80C"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4AB26F"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AC3081"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CD9929"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797AA3"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1462704C"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1F7AC61D"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0F0A58"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100CBA92"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535E3C65"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613FC1DC"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65FD0696"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6D21433B" w14:textId="77777777" w:rsidTr="001457EC">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14DE0A" w14:textId="47346329" w:rsidR="009446D0" w:rsidRPr="00EB75F0" w:rsidRDefault="0084596B">
            <w:pPr>
              <w:pStyle w:val="TableText"/>
              <w:rPr>
                <w:color w:val="000000"/>
                <w:sz w:val="18"/>
              </w:rPr>
            </w:pPr>
            <w:r w:rsidRPr="00EB75F0">
              <w:rPr>
                <w:color w:val="000000"/>
                <w:sz w:val="18"/>
              </w:rPr>
              <w:t>Riedel 2007</w:t>
            </w:r>
            <w:r w:rsidR="0031308D" w:rsidRPr="00EB75F0">
              <w:fldChar w:fldCharType="begin"/>
            </w:r>
            <w:r w:rsidR="00452EF4">
              <w:instrText xml:space="preserve"> ADDIN EN.CITE &lt;EndNote&gt;&lt;Cite&gt;&lt;Author&gt;Riedel&lt;/Author&gt;&lt;Year&gt;2007&lt;/Year&gt;&lt;RecNum&gt;68&lt;/RecNum&gt;&lt;DisplayText&gt;&lt;style face="superscript"&gt;71&lt;/style&gt;&lt;/DisplayText&gt;&lt;record&gt;&lt;rec-number&gt;68&lt;/rec-number&gt;&lt;foreign-keys&gt;&lt;key app="EN" db-id="9ttaxzax2p0tr7ewzt55atews50zvxaaa5rz" timestamp="1764068839"&gt;68&lt;/key&gt;&lt;/foreign-keys&gt;&lt;ref-type name="Journal Article"&gt;17&lt;/ref-type&gt;&lt;contributors&gt;&lt;authors&gt;&lt;author&gt;Riedel, M.&lt;/author&gt;&lt;author&gt;Muller, N.&lt;/author&gt;&lt;author&gt;Spellmann, I.&lt;/author&gt;&lt;author&gt;Engel, R. R.&lt;/author&gt;&lt;author&gt;Musil, R.&lt;/author&gt;&lt;author&gt;Valdevit, R.&lt;/author&gt;&lt;author&gt;Dehning, S.&lt;/author&gt;&lt;author&gt;Douhet, A.&lt;/author&gt;&lt;author&gt;Cerovecki, A.&lt;/author&gt;&lt;author&gt;Strassnig, M.&lt;/author&gt;&lt;author&gt;Moller, H. J.&lt;/author&gt;&lt;/authors&gt;&lt;/contributors&gt;&lt;titles&gt;&lt;title&gt;Efficacy of olanzapine versus quetiapine on cognitive dysfunctions in patients with an acute episode of schizophrenia&lt;/title&gt;&lt;secondary-title&gt;Eur Arch Psychiatry Clin Neurosci&lt;/secondary-title&gt;&lt;/titles&gt;&lt;periodical&gt;&lt;full-title&gt;Eur Arch Psychiatry Clin Neurosci&lt;/full-title&gt;&lt;/periodical&gt;&lt;pages&gt;402-12&lt;/pages&gt;&lt;volume&gt;257&lt;/volume&gt;&lt;number&gt;7&lt;/number&gt;&lt;dates&gt;&lt;year&gt;2007&lt;/year&gt;&lt;pub-dates&gt;&lt;date&gt;Oct&lt;/date&gt;&lt;/pub-dates&gt;&lt;/dates&gt;&lt;pub-location&gt;Dept. of Psychiatry and Psychotherapy, Ludwig-Maximilians-University of Munich, Nussbaumstrasse 7, 80336 Munich, Germany.&lt;/pub-location&gt;&lt;isbn&gt;0940-1334 (Print) 0940-1334 (Linking)&lt;/isbn&gt;&lt;urls&gt;&lt;related-urls&gt;&lt;url&gt;https://www.ncbi.nlm.nih.gov/pubmed/17629725&lt;/url&gt;&lt;/related-urls&gt;&lt;/urls&gt;&lt;electronic-resource-num&gt;10.1007/s00406-007-0748-9&lt;/electronic-resource-num&gt;&lt;/record&gt;&lt;/Cite&gt;&lt;/EndNote&gt;</w:instrText>
            </w:r>
            <w:r w:rsidR="0031308D" w:rsidRPr="00EB75F0">
              <w:fldChar w:fldCharType="separate"/>
            </w:r>
            <w:r w:rsidR="00452EF4" w:rsidRPr="00452EF4">
              <w:rPr>
                <w:noProof/>
                <w:vertAlign w:val="superscript"/>
              </w:rPr>
              <w:t>71</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6E96FE45"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31A598B3"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38DFD9C7"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7EB27D75"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2083ED5D"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0035C601"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29F9D733"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C19A44"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vAlign w:val="center"/>
          </w:tcPr>
          <w:p w14:paraId="4E4809A7" w14:textId="77777777" w:rsidR="009446D0" w:rsidRPr="00EB75F0" w:rsidRDefault="0084596B">
            <w:pPr>
              <w:pStyle w:val="TableText"/>
              <w:jc w:val="center"/>
              <w:rPr>
                <w:color w:val="000000"/>
                <w:sz w:val="18"/>
              </w:rPr>
            </w:pPr>
            <w:r w:rsidRPr="00EB75F0">
              <w:rPr>
                <w:color w:val="000000"/>
                <w:sz w:val="18"/>
              </w:rPr>
              <w:t>N</w:t>
            </w:r>
          </w:p>
        </w:tc>
        <w:tc>
          <w:tcPr>
            <w:tcW w:w="1170" w:type="dxa"/>
            <w:tcBorders>
              <w:top w:val="single" w:sz="4" w:space="0" w:color="000000"/>
              <w:left w:val="single" w:sz="4" w:space="0" w:color="000000"/>
              <w:bottom w:val="single" w:sz="4" w:space="0" w:color="000000"/>
              <w:right w:val="single" w:sz="4" w:space="0" w:color="000000"/>
            </w:tcBorders>
            <w:vAlign w:val="center"/>
          </w:tcPr>
          <w:p w14:paraId="3CA73BB0"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76A9979D"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632A6994"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6CF73C8C"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01D20ED" w14:textId="26C91E6F" w:rsidR="009446D0" w:rsidRPr="00EB75F0" w:rsidRDefault="0084596B">
            <w:pPr>
              <w:pStyle w:val="TableText"/>
              <w:rPr>
                <w:color w:val="000000"/>
                <w:sz w:val="18"/>
              </w:rPr>
            </w:pPr>
            <w:r w:rsidRPr="00EB75F0">
              <w:rPr>
                <w:color w:val="000000"/>
                <w:sz w:val="18"/>
              </w:rPr>
              <w:t>McDonnell 2018</w:t>
            </w:r>
            <w:r w:rsidR="0031308D" w:rsidRPr="00EB75F0">
              <w:fldChar w:fldCharType="begin"/>
            </w:r>
            <w:r w:rsidR="00452EF4">
              <w:instrText xml:space="preserve"> ADDIN EN.CITE &lt;EndNote&gt;&lt;Cite&gt;&lt;Author&gt;McDonnell&lt;/Author&gt;&lt;Year&gt;2018&lt;/Year&gt;&lt;RecNum&gt;69&lt;/RecNum&gt;&lt;DisplayText&gt;&lt;style face="superscript"&gt;72&lt;/style&gt;&lt;/DisplayText&gt;&lt;record&gt;&lt;rec-number&gt;69&lt;/rec-number&gt;&lt;foreign-keys&gt;&lt;key app="EN" db-id="9ttaxzax2p0tr7ewzt55atews50zvxaaa5rz" timestamp="1764068839"&gt;69&lt;/key&gt;&lt;/foreign-keys&gt;&lt;ref-type name="Journal Article"&gt;17&lt;/ref-type&gt;&lt;contributors&gt;&lt;authors&gt;&lt;author&gt;McDonnell, David&lt;/author&gt;&lt;author&gt;Potkin, Steven G&lt;/author&gt;&lt;author&gt;Simmons, Adam&lt;/author&gt;&lt;author&gt;Jiang, Ying&lt;/author&gt;&lt;author&gt;DiPetrillo, Lauren&lt;/author&gt;&lt;author&gt;Silverman, Bernard&lt;/author&gt;&lt;/authors&gt;&lt;/contributors&gt;&lt;titles&gt;&lt;title&gt;F232. A phase 3 study to determine the antipsychotic efficacy and safety of ALKS 3831 in adult patients with acute exacerbation of schizophrenia&lt;/title&gt;&lt;secondary-title&gt;Schizophrenia Bulletin&lt;/secondary-title&gt;&lt;/titles&gt;&lt;periodical&gt;&lt;full-title&gt;Schizophrenia bulletin&lt;/full-title&gt;&lt;/periodical&gt;&lt;pages&gt;S312&lt;/pages&gt;&lt;volume&gt;44&lt;/volume&gt;&lt;number&gt;Suppl 1&lt;/number&gt;&lt;dates&gt;&lt;year&gt;2018&lt;/year&gt;&lt;/dates&gt;&lt;urls&gt;&lt;/urls&gt;&lt;/record&gt;&lt;/Cite&gt;&lt;/EndNote&gt;</w:instrText>
            </w:r>
            <w:r w:rsidR="0031308D" w:rsidRPr="00EB75F0">
              <w:fldChar w:fldCharType="separate"/>
            </w:r>
            <w:r w:rsidR="00452EF4" w:rsidRPr="00452EF4">
              <w:rPr>
                <w:noProof/>
                <w:vertAlign w:val="superscript"/>
              </w:rPr>
              <w:t>72</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84EC8D"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73CFDD"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FA27AD"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1023F"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500208"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376AA9E6"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1204B0DA"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015BEF"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2430B744"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7BF38491"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483198D9"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31C1A582"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1ED0687B" w14:textId="77777777" w:rsidTr="001457EC">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3DABC45" w14:textId="35659F83" w:rsidR="009446D0" w:rsidRPr="00EB75F0" w:rsidRDefault="0084596B">
            <w:pPr>
              <w:pStyle w:val="TableText"/>
              <w:rPr>
                <w:color w:val="000000"/>
                <w:sz w:val="18"/>
              </w:rPr>
            </w:pPr>
            <w:r w:rsidRPr="00EB75F0">
              <w:rPr>
                <w:color w:val="000000"/>
                <w:sz w:val="18"/>
              </w:rPr>
              <w:t>Schmidt 2012</w:t>
            </w:r>
            <w:r w:rsidR="0031308D" w:rsidRPr="00EB75F0">
              <w:fldChar w:fldCharType="begin"/>
            </w:r>
            <w:r w:rsidR="00452EF4">
              <w:instrText xml:space="preserve"> ADDIN EN.CITE &lt;EndNote&gt;&lt;Cite&gt;&lt;Author&gt;Schmidt&lt;/Author&gt;&lt;Year&gt;2012&lt;/Year&gt;&lt;RecNum&gt;71&lt;/RecNum&gt;&lt;DisplayText&gt;&lt;style face="superscript"&gt;74&lt;/style&gt;&lt;/DisplayText&gt;&lt;record&gt;&lt;rec-number&gt;71&lt;/rec-number&gt;&lt;foreign-keys&gt;&lt;key app="EN" db-id="9ttaxzax2p0tr7ewzt55atews50zvxaaa5rz" timestamp="1764068840"&gt;71&lt;/key&gt;&lt;/foreign-keys&gt;&lt;ref-type name="Journal Article"&gt;17&lt;/ref-type&gt;&lt;contributors&gt;&lt;authors&gt;&lt;author&gt;Schmidt, M. E.&lt;/author&gt;&lt;author&gt;Kent, J. M.&lt;/author&gt;&lt;author&gt;Daly, E.&lt;/author&gt;&lt;author&gt;Janssens, L.&lt;/author&gt;&lt;author&gt;Van Osselaer, N.&lt;/author&gt;&lt;author&gt;Husken, G.&lt;/author&gt;&lt;author&gt;Anghelescu, I. G.&lt;/author&gt;&lt;author&gt;Van Nueten, L.&lt;/author&gt;&lt;/authors&gt;&lt;/contributors&gt;&lt;titles&gt;&lt;title&gt;A double-blind, randomized, placebo-controlled study with JNJ-37822681, a novel, highly selective, fast dissociating D(2) receptor antagonist in the treatment of acute exacerbation of schizophrenia&lt;/title&gt;&lt;secondary-title&gt;Eur Neuropsychopharmacol&lt;/secondary-title&gt;&lt;/titles&gt;&lt;periodical&gt;&lt;full-title&gt;Eur Neuropsychopharmacol&lt;/full-title&gt;&lt;/periodical&gt;&lt;pages&gt;721-33&lt;/pages&gt;&lt;volume&gt;22&lt;/volume&gt;&lt;number&gt;10&lt;/number&gt;&lt;dates&gt;&lt;year&gt;2012&lt;/year&gt;&lt;pub-dates&gt;&lt;date&gt;20120331&lt;/date&gt;&lt;/pub-dates&gt;&lt;/dates&gt;&lt;pub-location&gt;Janssen Research &amp;amp; Development, a division of Janssen Pharmaceutica NV, Beerse, Belgium. mschmid4@its.jnj.com&lt;/pub-location&gt;&lt;isbn&gt;1873-7862 (Electronic) 0924-977X (Linking)&lt;/isbn&gt;&lt;urls&gt;&lt;related-urls&gt;&lt;url&gt;https://www.ncbi.nlm.nih.gov/pubmed/22464973&lt;/url&gt;&lt;/related-urls&gt;&lt;/urls&gt;&lt;electronic-resource-num&gt;10.1016/j.euroneuro.2012.02.007&lt;/electronic-resource-num&gt;&lt;/record&gt;&lt;/Cite&gt;&lt;/EndNote&gt;</w:instrText>
            </w:r>
            <w:r w:rsidR="0031308D" w:rsidRPr="00EB75F0">
              <w:fldChar w:fldCharType="separate"/>
            </w:r>
            <w:r w:rsidR="00452EF4" w:rsidRPr="00452EF4">
              <w:rPr>
                <w:noProof/>
                <w:vertAlign w:val="superscript"/>
              </w:rPr>
              <w:t>74</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75952E"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E8F80E"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80EB9C"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DB6DD3"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1133A9"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65F7A578"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6893ECF2"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5DF87"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vAlign w:val="center"/>
          </w:tcPr>
          <w:p w14:paraId="2C8CE8D4" w14:textId="77777777" w:rsidR="009446D0" w:rsidRPr="00EB75F0" w:rsidRDefault="0084596B">
            <w:pPr>
              <w:pStyle w:val="TableText"/>
              <w:jc w:val="center"/>
              <w:rPr>
                <w:color w:val="000000"/>
                <w:sz w:val="18"/>
              </w:rPr>
            </w:pPr>
            <w:r w:rsidRPr="00EB75F0">
              <w:rPr>
                <w:color w:val="000000"/>
                <w:sz w:val="18"/>
              </w:rPr>
              <w:t>N</w:t>
            </w:r>
          </w:p>
        </w:tc>
        <w:tc>
          <w:tcPr>
            <w:tcW w:w="1170" w:type="dxa"/>
            <w:tcBorders>
              <w:top w:val="single" w:sz="4" w:space="0" w:color="000000"/>
              <w:left w:val="single" w:sz="4" w:space="0" w:color="000000"/>
              <w:bottom w:val="single" w:sz="4" w:space="0" w:color="000000"/>
              <w:right w:val="single" w:sz="4" w:space="0" w:color="000000"/>
            </w:tcBorders>
            <w:vAlign w:val="center"/>
          </w:tcPr>
          <w:p w14:paraId="34CCDBFE"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322063FC"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1FA883AE"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1DB3F673"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C44E7FD" w14:textId="771FB995" w:rsidR="009446D0" w:rsidRPr="00EB75F0" w:rsidRDefault="0084596B">
            <w:pPr>
              <w:pStyle w:val="TableText"/>
              <w:rPr>
                <w:color w:val="000000"/>
                <w:sz w:val="18"/>
              </w:rPr>
            </w:pPr>
            <w:r w:rsidRPr="00EB75F0">
              <w:rPr>
                <w:color w:val="000000"/>
                <w:sz w:val="18"/>
              </w:rPr>
              <w:t>Shen 2014</w:t>
            </w:r>
            <w:r w:rsidR="0031308D" w:rsidRPr="00EB75F0">
              <w:fldChar w:fldCharType="begin"/>
            </w:r>
            <w:r w:rsidR="00452EF4">
              <w:instrText xml:space="preserve"> ADDIN EN.CITE &lt;EndNote&gt;&lt;Cite&gt;&lt;Author&gt;Shen&lt;/Author&gt;&lt;Year&gt;2014&lt;/Year&gt;&lt;RecNum&gt;72&lt;/RecNum&gt;&lt;DisplayText&gt;&lt;style face="superscript"&gt;75&lt;/style&gt;&lt;/DisplayText&gt;&lt;record&gt;&lt;rec-number&gt;72&lt;/rec-number&gt;&lt;foreign-keys&gt;&lt;key app="EN" db-id="9ttaxzax2p0tr7ewzt55atews50zvxaaa5rz" timestamp="1764068840"&gt;72&lt;/key&gt;&lt;/foreign-keys&gt;&lt;ref-type name="Journal Article"&gt;17&lt;/ref-type&gt;&lt;contributors&gt;&lt;authors&gt;&lt;author&gt;Shen, J. H.&lt;/author&gt;&lt;author&gt;Zhao, Y.&lt;/author&gt;&lt;author&gt;Rosenzweig-Lipson, S.&lt;/author&gt;&lt;author&gt;Popp, D.&lt;/author&gt;&lt;author&gt;Williams, J. B.&lt;/author&gt;&lt;author&gt;Giller, E.&lt;/author&gt;&lt;author&gt;Detke, M. J.&lt;/author&gt;&lt;author&gt;Kane, J. M.&lt;/author&gt;&lt;/authors&gt;&lt;/contributors&gt;&lt;titles&gt;&lt;title&gt;A 6-week randomized, double-blind, placebo-controlled, comparator referenced trial of vabicaserin in acute schizophrenia&lt;/title&gt;&lt;secondary-title&gt;J Psychiatr Res&lt;/secondary-title&gt;&lt;/titles&gt;&lt;periodical&gt;&lt;full-title&gt;J Psychiatr Res&lt;/full-title&gt;&lt;/periodical&gt;&lt;pages&gt;14-22&lt;/pages&gt;&lt;volume&gt;53&lt;/volume&gt;&lt;dates&gt;&lt;year&gt;2014&lt;/year&gt;&lt;pub-dates&gt;&lt;date&gt;20140224&lt;/date&gt;&lt;/pub-dates&gt;&lt;/dates&gt;&lt;pub-location&gt;Hengrui Medicine Co., Ltd, Shanghai, China. Skyview Research, Pennsylvania, USA. IVS Pharma Consulting, USA. MedAvante Inc, Hamilton, NJ, USA. MedAvante Inc, Hamilton, NJ, USA; College of Physicians and Surgeons, Columbia University, USA. Electronic address: jwilliams@medavante.com. Detke Biopharma Consulting LLC, Carmel, IN, USA; Indiana University School of Medicine, USA. The Zucker Hillside Hospital, Glen Oaks, NY, USA; The Albert Einstein College of Medicine, Bronx, NY, USA.&lt;/pub-location&gt;&lt;isbn&gt;1879-1379 (Electronic) 0022-3956 (Linking)&lt;/isbn&gt;&lt;urls&gt;&lt;related-urls&gt;&lt;url&gt;https://www.ncbi.nlm.nih.gov/pubmed/24613032&lt;/url&gt;&lt;/related-urls&gt;&lt;/urls&gt;&lt;electronic-resource-num&gt;10.1016/j.jpsychires.2014.02.012&lt;/electronic-resource-num&gt;&lt;/record&gt;&lt;/Cite&gt;&lt;/EndNote&gt;</w:instrText>
            </w:r>
            <w:r w:rsidR="0031308D" w:rsidRPr="00EB75F0">
              <w:fldChar w:fldCharType="separate"/>
            </w:r>
            <w:r w:rsidR="00452EF4" w:rsidRPr="00452EF4">
              <w:rPr>
                <w:noProof/>
                <w:vertAlign w:val="superscript"/>
              </w:rPr>
              <w:t>75</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849C51"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DAD3D"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9BC085"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359379"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6744AD"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6EC271C5"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34938163"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D77F52"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7B3C23C8" w14:textId="77777777" w:rsidR="009446D0" w:rsidRPr="00EB75F0" w:rsidRDefault="0084596B">
            <w:pPr>
              <w:pStyle w:val="TableText"/>
              <w:jc w:val="center"/>
              <w:rPr>
                <w:color w:val="000000"/>
                <w:sz w:val="18"/>
              </w:rPr>
            </w:pPr>
            <w:r w:rsidRPr="00EB75F0">
              <w:rPr>
                <w:color w:val="000000"/>
                <w:sz w:val="18"/>
              </w:rPr>
              <w:t>N</w:t>
            </w:r>
          </w:p>
        </w:tc>
        <w:tc>
          <w:tcPr>
            <w:tcW w:w="1170" w:type="dxa"/>
            <w:tcBorders>
              <w:top w:val="single" w:sz="4" w:space="0" w:color="000000"/>
              <w:left w:val="single" w:sz="4" w:space="0" w:color="000000"/>
              <w:bottom w:val="single" w:sz="4" w:space="0" w:color="000000"/>
              <w:right w:val="single" w:sz="4" w:space="0" w:color="000000"/>
            </w:tcBorders>
            <w:vAlign w:val="center"/>
          </w:tcPr>
          <w:p w14:paraId="4D35BC4C"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21858734"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1AA09655"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0727BC67"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C025CC4" w14:textId="566C42A8" w:rsidR="009446D0" w:rsidRPr="00EB75F0" w:rsidRDefault="0084596B">
            <w:pPr>
              <w:pStyle w:val="TableText"/>
              <w:rPr>
                <w:color w:val="000000"/>
                <w:sz w:val="18"/>
              </w:rPr>
            </w:pPr>
            <w:r w:rsidRPr="00EB75F0">
              <w:rPr>
                <w:color w:val="000000"/>
                <w:sz w:val="18"/>
              </w:rPr>
              <w:t>Marder 2007</w:t>
            </w:r>
            <w:r w:rsidR="0031308D" w:rsidRPr="00EB75F0">
              <w:fldChar w:fldCharType="begin"/>
            </w:r>
            <w:r w:rsidR="00452EF4">
              <w:instrText xml:space="preserve"> ADDIN EN.CITE &lt;EndNote&gt;&lt;Cite&gt;&lt;Author&gt;Marder&lt;/Author&gt;&lt;Year&gt;2007&lt;/Year&gt;&lt;RecNum&gt;73&lt;/RecNum&gt;&lt;DisplayText&gt;&lt;style face="superscript"&gt;76&lt;/style&gt;&lt;/DisplayText&gt;&lt;record&gt;&lt;rec-number&gt;73&lt;/rec-number&gt;&lt;foreign-keys&gt;&lt;key app="EN" db-id="9ttaxzax2p0tr7ewzt55atews50zvxaaa5rz" timestamp="1764068840"&gt;73&lt;/key&gt;&lt;/foreign-keys&gt;&lt;ref-type name="Journal Article"&gt;17&lt;/ref-type&gt;&lt;contributors&gt;&lt;authors&gt;&lt;author&gt;Marder, S. R.&lt;/author&gt;&lt;author&gt;Kramer, M.&lt;/author&gt;&lt;author&gt;Ford, L.&lt;/author&gt;&lt;author&gt;Eerdekens, E.&lt;/author&gt;&lt;author&gt;Lim, P.&lt;/author&gt;&lt;author&gt;Eerdekens, M.&lt;/author&gt;&lt;author&gt;Lowy, A.&lt;/author&gt;&lt;/authors&gt;&lt;/contributors&gt;&lt;titles&gt;&lt;title&gt;Efficacy and safety of paliperidone extended-release tablets: results of a 6-week, randomized, placebo-controlled study&lt;/title&gt;&lt;secondary-title&gt;Biol Psychiatry&lt;/secondary-title&gt;&lt;/titles&gt;&lt;periodical&gt;&lt;full-title&gt;Biol Psychiatry&lt;/full-title&gt;&lt;/periodical&gt;&lt;pages&gt;1363-70&lt;/pages&gt;&lt;volume&gt;62&lt;/volume&gt;&lt;number&gt;12&lt;/number&gt;&lt;dates&gt;&lt;year&gt;2007&lt;/year&gt;&lt;pub-dates&gt;&lt;date&gt;Dec 15 2007&lt;/date&gt;&lt;/pub-dates&gt;&lt;/dates&gt;&lt;pub-location&gt;Veteran&amp;apos;s Affairs Veteran&amp;apos;s Integrated Service Networks 22 Mental Illness Research, Education, and Clinical Center, Los Angeles, California 90073, USA. marder@ucla.edu&lt;/pub-location&gt;&lt;isbn&gt;1873-2402 (Electronic) 0006-3223 (Linking)&lt;/isbn&gt;&lt;urls&gt;&lt;related-urls&gt;&lt;url&gt;https://www.ncbi.nlm.nih.gov/pubmed/17601495&lt;/url&gt;&lt;/related-urls&gt;&lt;/urls&gt;&lt;electronic-resource-num&gt;10.1016/j.biopsych.2007.01.017&lt;/electronic-resource-num&gt;&lt;/record&gt;&lt;/Cite&gt;&lt;/EndNote&gt;</w:instrText>
            </w:r>
            <w:r w:rsidR="0031308D" w:rsidRPr="00EB75F0">
              <w:fldChar w:fldCharType="separate"/>
            </w:r>
            <w:r w:rsidR="00452EF4" w:rsidRPr="00452EF4">
              <w:rPr>
                <w:noProof/>
                <w:vertAlign w:val="superscript"/>
              </w:rPr>
              <w:t>76</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AD8D84"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AD147"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DB5FD8"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F8AD26"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174FD1"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3B5DC391"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172465D3"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630274"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7361FBD2"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1106A5C5"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4712416B"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22649152"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74EC9D30" w14:textId="77777777" w:rsidTr="001457EC">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A736515" w14:textId="6F2A5EA1" w:rsidR="009446D0" w:rsidRPr="00EB75F0" w:rsidRDefault="0084596B">
            <w:pPr>
              <w:pStyle w:val="TableText"/>
              <w:rPr>
                <w:color w:val="000000"/>
                <w:sz w:val="18"/>
              </w:rPr>
            </w:pPr>
            <w:r w:rsidRPr="00EB75F0">
              <w:rPr>
                <w:color w:val="000000"/>
                <w:sz w:val="18"/>
              </w:rPr>
              <w:t>Hatta 2013</w:t>
            </w:r>
            <w:r w:rsidR="0031308D" w:rsidRPr="00EB75F0">
              <w:fldChar w:fldCharType="begin"/>
            </w:r>
            <w:r w:rsidR="00452EF4">
              <w:instrText xml:space="preserve"> ADDIN EN.CITE &lt;EndNote&gt;&lt;Cite&gt;&lt;Author&gt;Hatta&lt;/Author&gt;&lt;Year&gt;2013&lt;/Year&gt;&lt;RecNum&gt;74&lt;/RecNum&gt;&lt;DisplayText&gt;&lt;style face="superscript"&gt;77&lt;/style&gt;&lt;/DisplayText&gt;&lt;record&gt;&lt;rec-number&gt;74&lt;/rec-number&gt;&lt;foreign-keys&gt;&lt;key app="EN" db-id="9ttaxzax2p0tr7ewzt55atews50zvxaaa5rz" timestamp="1764068841"&gt;74&lt;/key&gt;&lt;/foreign-keys&gt;&lt;ref-type name="Journal Article"&gt;17&lt;/ref-type&gt;&lt;contributors&gt;&lt;authors&gt;&lt;author&gt;Hatta, K.&lt;/author&gt;&lt;author&gt;Takebayashi, H.&lt;/author&gt;&lt;author&gt;Sudo, Y.&lt;/author&gt;&lt;author&gt;Katayama, S.&lt;/author&gt;&lt;author&gt;Kasuya, M.&lt;/author&gt;&lt;author&gt;Shirai, Y.&lt;/author&gt;&lt;author&gt;Morikawa, F.&lt;/author&gt;&lt;author&gt;Nakase, R.&lt;/author&gt;&lt;author&gt;Nakamura, M.&lt;/author&gt;&lt;author&gt;Ito, S.&lt;/author&gt;&lt;author&gt;Kuga, H.&lt;/author&gt;&lt;author&gt;Nakamura, M.&lt;/author&gt;&lt;author&gt;Ohnuma, T.&lt;/author&gt;&lt;author&gt;Usui, C.&lt;/author&gt;&lt;author&gt;Nakamura, H.&lt;/author&gt;&lt;author&gt;Hirata, T.&lt;/author&gt;&lt;author&gt;Sawa, Y.&lt;/author&gt;&lt;author&gt;Jast study group&lt;/author&gt;&lt;/authors&gt;&lt;/contributors&gt;&lt;titles&gt;&lt;title&gt;The possibility that requiring high-dose olanzapine cannot be explained by pharmacokinetics in the treatment of acute-phase schizophrenia&lt;/title&gt;&lt;secondary-title&gt;Psychiatry Res&lt;/secondary-title&gt;&lt;/titles&gt;&lt;periodical&gt;&lt;full-title&gt;Psychiatry Res&lt;/full-title&gt;&lt;/periodical&gt;&lt;pages&gt;396-401&lt;/pages&gt;&lt;volume&gt;210&lt;/volume&gt;&lt;number&gt;2&lt;/number&gt;&lt;dates&gt;&lt;year&gt;2013&lt;/year&gt;&lt;pub-dates&gt;&lt;date&gt;Dec 15 2013&lt;/date&gt;&lt;/pub-dates&gt;&lt;/dates&gt;&lt;pub-location&gt;Department of Psychiatry, Juntendo University Nerima Hospital, Tokyo, Japan. Electronic address: khatta@juntendo.ac.jp.&lt;/pub-location&gt;&lt;isbn&gt;1872-7123 (Electronic) 0165-1781 (Linking)&lt;/isbn&gt;&lt;urls&gt;&lt;related-urls&gt;&lt;url&gt;https://www.ncbi.nlm.nih.gov/pubmed/23919898&lt;/url&gt;&lt;/related-urls&gt;&lt;/urls&gt;&lt;electronic-resource-num&gt;10.1016/j.psychres.2013.07.005&lt;/electronic-resource-num&gt;&lt;/record&gt;&lt;/Cite&gt;&lt;/EndNote&gt;</w:instrText>
            </w:r>
            <w:r w:rsidR="0031308D" w:rsidRPr="00EB75F0">
              <w:fldChar w:fldCharType="separate"/>
            </w:r>
            <w:r w:rsidR="00452EF4" w:rsidRPr="00452EF4">
              <w:rPr>
                <w:noProof/>
                <w:vertAlign w:val="superscript"/>
              </w:rPr>
              <w:t>77</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F989CE"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288000"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C34382"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01C552"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FB8E44" w14:textId="77777777" w:rsidR="009446D0" w:rsidRPr="00EB75F0" w:rsidRDefault="0084596B">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288D9860"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5B1B7443"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4822EE"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vAlign w:val="center"/>
          </w:tcPr>
          <w:p w14:paraId="3570D037" w14:textId="77777777" w:rsidR="009446D0" w:rsidRPr="00EB75F0" w:rsidRDefault="0084596B">
            <w:pPr>
              <w:pStyle w:val="TableText"/>
              <w:jc w:val="center"/>
              <w:rPr>
                <w:color w:val="000000"/>
                <w:sz w:val="18"/>
              </w:rPr>
            </w:pPr>
            <w:r w:rsidRPr="00EB75F0">
              <w:rPr>
                <w:color w:val="000000"/>
                <w:sz w:val="18"/>
              </w:rPr>
              <w:t>N</w:t>
            </w:r>
          </w:p>
        </w:tc>
        <w:tc>
          <w:tcPr>
            <w:tcW w:w="1170" w:type="dxa"/>
            <w:tcBorders>
              <w:top w:val="single" w:sz="4" w:space="0" w:color="000000"/>
              <w:left w:val="single" w:sz="4" w:space="0" w:color="000000"/>
              <w:bottom w:val="single" w:sz="4" w:space="0" w:color="000000"/>
              <w:right w:val="single" w:sz="4" w:space="0" w:color="000000"/>
            </w:tcBorders>
            <w:vAlign w:val="center"/>
          </w:tcPr>
          <w:p w14:paraId="43F099F5"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004F2CE4"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7879D4FB"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3A7D8CBB"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573A57" w14:textId="0AE72493" w:rsidR="009446D0" w:rsidRPr="00EB75F0" w:rsidRDefault="0084596B">
            <w:pPr>
              <w:pStyle w:val="TableText"/>
              <w:rPr>
                <w:color w:val="000000"/>
                <w:sz w:val="18"/>
              </w:rPr>
            </w:pPr>
            <w:r w:rsidRPr="00EB75F0">
              <w:rPr>
                <w:color w:val="000000"/>
                <w:sz w:val="18"/>
              </w:rPr>
              <w:lastRenderedPageBreak/>
              <w:t>Egan 2013</w:t>
            </w:r>
            <w:r w:rsidR="0031308D" w:rsidRPr="00EB75F0">
              <w:fldChar w:fldCharType="begin"/>
            </w:r>
            <w:r w:rsidR="00452EF4">
              <w:instrText xml:space="preserve"> ADDIN EN.CITE &lt;EndNote&gt;&lt;Cite&gt;&lt;Author&gt;Egan&lt;/Author&gt;&lt;Year&gt;2013&lt;/Year&gt;&lt;RecNum&gt;75&lt;/RecNum&gt;&lt;DisplayText&gt;&lt;style face="superscript"&gt;78&lt;/style&gt;&lt;/DisplayText&gt;&lt;record&gt;&lt;rec-number&gt;75&lt;/rec-number&gt;&lt;foreign-keys&gt;&lt;key app="EN" db-id="9ttaxzax2p0tr7ewzt55atews50zvxaaa5rz" timestamp="1764068841"&gt;75&lt;/key&gt;&lt;/foreign-keys&gt;&lt;ref-type name="Journal Article"&gt;17&lt;/ref-type&gt;&lt;contributors&gt;&lt;authors&gt;&lt;author&gt;Egan, M. F.&lt;/author&gt;&lt;author&gt;Zhao, X.&lt;/author&gt;&lt;author&gt;Smith, A.&lt;/author&gt;&lt;author&gt;Troyer, M. D.&lt;/author&gt;&lt;author&gt;Uebele, V. N.&lt;/author&gt;&lt;author&gt;Pidkorytov, V.&lt;/author&gt;&lt;author&gt;Cox, K.&lt;/author&gt;&lt;author&gt;Murphy, M.&lt;/author&gt;&lt;author&gt;Snavely, D.&lt;/author&gt;&lt;author&gt;Lines, C.&lt;/author&gt;&lt;author&gt;Michelson, D.&lt;/author&gt;&lt;/authors&gt;&lt;/contributors&gt;&lt;titles&gt;&lt;title&gt;Randomized controlled study of the T-type calcium channel antagonist MK-8998 for the treatment of acute psychosis in patients with schizophrenia&lt;/title&gt;&lt;secondary-title&gt;Hum Psychopharmacol&lt;/secondary-title&gt;&lt;/titles&gt;&lt;periodical&gt;&lt;full-title&gt;Hum Psychopharmacol&lt;/full-title&gt;&lt;/periodical&gt;&lt;pages&gt;124-33&lt;/pages&gt;&lt;volume&gt;28&lt;/volume&gt;&lt;number&gt;2&lt;/number&gt;&lt;dates&gt;&lt;year&gt;2013&lt;/year&gt;&lt;pub-dates&gt;&lt;date&gt;Mar&lt;/date&gt;&lt;/pub-dates&gt;&lt;/dates&gt;&lt;pub-location&gt;Merck Sharp &amp;amp; Dohme Corp., Whitehouse, Station, NJ, USA. michael.egan@merck.com&lt;/pub-location&gt;&lt;isbn&gt;1099-1077 (Electronic) 0885-6222 (Linking)&lt;/isbn&gt;&lt;urls&gt;&lt;related-urls&gt;&lt;url&gt;https://www.ncbi.nlm.nih.gov/pubmed/23532746&lt;/url&gt;&lt;/related-urls&gt;&lt;/urls&gt;&lt;electronic-resource-num&gt;10.1002/hup.2289&lt;/electronic-resource-num&gt;&lt;/record&gt;&lt;/Cite&gt;&lt;/EndNote&gt;</w:instrText>
            </w:r>
            <w:r w:rsidR="0031308D" w:rsidRPr="00EB75F0">
              <w:fldChar w:fldCharType="separate"/>
            </w:r>
            <w:r w:rsidR="00452EF4" w:rsidRPr="00452EF4">
              <w:rPr>
                <w:noProof/>
                <w:vertAlign w:val="superscript"/>
              </w:rPr>
              <w:t>78</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65F7D8"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E1E3F3"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F2A9E1"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6C1D50"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AD7A93" w14:textId="77777777" w:rsidR="009446D0" w:rsidRPr="00EB75F0" w:rsidRDefault="0084596B">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2B44448D"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7506A551"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011B4D"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14810AA7"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35826C8E"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678B4CCA"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660DCCFA"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29E0BF32"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D8CA9B6" w14:textId="12833F2C" w:rsidR="009446D0" w:rsidRPr="00EB75F0" w:rsidRDefault="0084596B">
            <w:pPr>
              <w:pStyle w:val="TableText"/>
              <w:rPr>
                <w:color w:val="000000"/>
                <w:sz w:val="18"/>
              </w:rPr>
            </w:pPr>
            <w:proofErr w:type="spellStart"/>
            <w:r w:rsidRPr="00EB75F0">
              <w:rPr>
                <w:color w:val="000000"/>
                <w:sz w:val="18"/>
              </w:rPr>
              <w:t>Kinon</w:t>
            </w:r>
            <w:proofErr w:type="spellEnd"/>
            <w:r w:rsidRPr="00EB75F0">
              <w:rPr>
                <w:color w:val="000000"/>
                <w:sz w:val="18"/>
              </w:rPr>
              <w:t xml:space="preserve"> 2011</w:t>
            </w:r>
            <w:r w:rsidR="0031308D" w:rsidRPr="00EB75F0">
              <w:fldChar w:fldCharType="begin"/>
            </w:r>
            <w:r w:rsidR="00452EF4">
              <w:instrText xml:space="preserve"> ADDIN EN.CITE &lt;EndNote&gt;&lt;Cite&gt;&lt;Author&gt;Kinon&lt;/Author&gt;&lt;Year&gt;2011&lt;/Year&gt;&lt;RecNum&gt;76&lt;/RecNum&gt;&lt;DisplayText&gt;&lt;style face="superscript"&gt;79&lt;/style&gt;&lt;/DisplayText&gt;&lt;record&gt;&lt;rec-number&gt;76&lt;/rec-number&gt;&lt;foreign-keys&gt;&lt;key app="EN" db-id="9ttaxzax2p0tr7ewzt55atews50zvxaaa5rz" timestamp="1764068841"&gt;76&lt;/key&gt;&lt;/foreign-keys&gt;&lt;ref-type name="Journal Article"&gt;17&lt;/ref-type&gt;&lt;contributors&gt;&lt;authors&gt;&lt;author&gt;Kinon, B. J.&lt;/author&gt;&lt;author&gt;Zhang, L.&lt;/author&gt;&lt;author&gt;Millen, B. A.&lt;/author&gt;&lt;author&gt;Osuntokun, O. O.&lt;/author&gt;&lt;author&gt;Williams, J. E.&lt;/author&gt;&lt;author&gt;Kollack-Walker, S.&lt;/author&gt;&lt;author&gt;Jackson, K.&lt;/author&gt;&lt;author&gt;Kryzhanovskaya, L.&lt;/author&gt;&lt;author&gt;Jarkova, N.&lt;/author&gt;&lt;author&gt;Hbbi Study Group&lt;/author&gt;&lt;/authors&gt;&lt;/contributors&gt;&lt;titles&gt;&lt;title&gt;A multicenter, inpatient, phase 2, double-blind, placebo-controlled dose-ranging study of LY2140023 monohydrate in patients with DSM-IV schizophrenia&lt;/title&gt;&lt;secondary-title&gt;J Clin Psychopharmacol&lt;/secondary-title&gt;&lt;/titles&gt;&lt;periodical&gt;&lt;full-title&gt;J Clin Psychopharmacol&lt;/full-title&gt;&lt;/periodical&gt;&lt;pages&gt;349-55&lt;/pages&gt;&lt;volume&gt;31&lt;/volume&gt;&lt;number&gt;3&lt;/number&gt;&lt;dates&gt;&lt;year&gt;2011&lt;/year&gt;&lt;pub-dates&gt;&lt;date&gt;Jun&lt;/date&gt;&lt;/pub-dates&gt;&lt;/dates&gt;&lt;pub-location&gt;Eli Lilly and Company, Indianapolis, IN, USA.&lt;/pub-location&gt;&lt;isbn&gt;1533-712X (Electronic) 0271-0749 (Linking)&lt;/isbn&gt;&lt;urls&gt;&lt;related-urls&gt;&lt;url&gt;https://www.ncbi.nlm.nih.gov/pubmed/21508856&lt;/url&gt;&lt;/related-urls&gt;&lt;/urls&gt;&lt;electronic-resource-num&gt;10.1097/JCP.0b013e318218dcd5&lt;/electronic-resource-num&gt;&lt;/record&gt;&lt;/Cite&gt;&lt;/EndNote&gt;</w:instrText>
            </w:r>
            <w:r w:rsidR="0031308D" w:rsidRPr="00EB75F0">
              <w:fldChar w:fldCharType="separate"/>
            </w:r>
            <w:r w:rsidR="00452EF4" w:rsidRPr="00452EF4">
              <w:rPr>
                <w:noProof/>
                <w:vertAlign w:val="superscript"/>
              </w:rPr>
              <w:t>79</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57ABC6"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6579C2"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FCF579"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61EF4F"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268710"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451830BA"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4C122716"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7256D3"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1079C2B5"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2A2F5C84"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75FD07B8"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071E20E6"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0DCAEFE4"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E139803" w14:textId="1E38B5DD" w:rsidR="009446D0" w:rsidRPr="00EB75F0" w:rsidRDefault="0084596B">
            <w:pPr>
              <w:pStyle w:val="TableText"/>
              <w:rPr>
                <w:color w:val="000000"/>
                <w:sz w:val="18"/>
              </w:rPr>
            </w:pPr>
            <w:r w:rsidRPr="00EB75F0">
              <w:rPr>
                <w:color w:val="000000"/>
                <w:sz w:val="18"/>
              </w:rPr>
              <w:t>Casey 2009</w:t>
            </w:r>
            <w:r w:rsidR="0031308D" w:rsidRPr="00EB75F0">
              <w:fldChar w:fldCharType="begin"/>
            </w:r>
            <w:r w:rsidR="00452EF4">
              <w:instrText xml:space="preserve"> ADDIN EN.CITE &lt;EndNote&gt;&lt;Cite&gt;&lt;Author&gt;Casey&lt;/Author&gt;&lt;Year&gt;2009&lt;/Year&gt;&lt;RecNum&gt;77&lt;/RecNum&gt;&lt;DisplayText&gt;&lt;style face="superscript"&gt;80&lt;/style&gt;&lt;/DisplayText&gt;&lt;record&gt;&lt;rec-number&gt;77&lt;/rec-number&gt;&lt;foreign-keys&gt;&lt;key app="EN" db-id="9ttaxzax2p0tr7ewzt55atews50zvxaaa5rz" timestamp="1764068841"&gt;77&lt;/key&gt;&lt;/foreign-keys&gt;&lt;ref-type name="Journal Article"&gt;17&lt;/ref-type&gt;&lt;contributors&gt;&lt;authors&gt;&lt;author&gt;Casey, Daniel E&lt;/author&gt;&lt;author&gt;Daniel, David G&lt;/author&gt;&lt;author&gt;Tamminga, Carol&lt;/author&gt;&lt;author&gt;Kane, John M&lt;/author&gt;&lt;author&gt;Tran-Johnson, Tram&lt;/author&gt;&lt;author&gt;Wozniak, Patricia&lt;/author&gt;&lt;author&gt;Abi-Saab, Walid&lt;/author&gt;&lt;author&gt;Baker, Jeff&lt;/author&gt;&lt;author&gt;Redden, Laura&lt;/author&gt;&lt;author&gt;Greco, Nicholas&lt;/author&gt;&lt;/authors&gt;&lt;/contributors&gt;&lt;titles&gt;&lt;title&gt;Divalproex ER combined with olanzapine or risperidone for treatment of acute exacerbations of schizophrenia&lt;/title&gt;&lt;secondary-title&gt;Neuropsychopharmacology&lt;/secondary-title&gt;&lt;/titles&gt;&lt;periodical&gt;&lt;full-title&gt;Neuropsychopharmacology&lt;/full-title&gt;&lt;/periodical&gt;&lt;pages&gt;1330-1338&lt;/pages&gt;&lt;volume&gt;34&lt;/volume&gt;&lt;number&gt;5&lt;/number&gt;&lt;dates&gt;&lt;year&gt;2009&lt;/year&gt;&lt;/dates&gt;&lt;isbn&gt;1740-634X&lt;/isbn&gt;&lt;urls&gt;&lt;/urls&gt;&lt;/record&gt;&lt;/Cite&gt;&lt;/EndNote&gt;</w:instrText>
            </w:r>
            <w:r w:rsidR="0031308D" w:rsidRPr="00EB75F0">
              <w:fldChar w:fldCharType="separate"/>
            </w:r>
            <w:r w:rsidR="00452EF4" w:rsidRPr="00452EF4">
              <w:rPr>
                <w:noProof/>
                <w:vertAlign w:val="superscript"/>
              </w:rPr>
              <w:t>80</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BB836E"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ADF2B7"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55BED"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E48045"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4C19A37E"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0EA1FD1B"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7777B099"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BEDBD6"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vAlign w:val="center"/>
          </w:tcPr>
          <w:p w14:paraId="46047D21" w14:textId="77777777" w:rsidR="009446D0" w:rsidRPr="00EB75F0" w:rsidRDefault="0084596B">
            <w:pPr>
              <w:pStyle w:val="TableText"/>
              <w:jc w:val="center"/>
              <w:rPr>
                <w:color w:val="000000"/>
                <w:sz w:val="18"/>
              </w:rPr>
            </w:pPr>
            <w:r w:rsidRPr="00EB75F0">
              <w:rPr>
                <w:color w:val="000000"/>
                <w:sz w:val="18"/>
              </w:rPr>
              <w:t>N</w:t>
            </w:r>
          </w:p>
        </w:tc>
        <w:tc>
          <w:tcPr>
            <w:tcW w:w="1170" w:type="dxa"/>
            <w:tcBorders>
              <w:top w:val="single" w:sz="4" w:space="0" w:color="000000"/>
              <w:left w:val="single" w:sz="4" w:space="0" w:color="000000"/>
              <w:bottom w:val="single" w:sz="4" w:space="0" w:color="000000"/>
              <w:right w:val="single" w:sz="4" w:space="0" w:color="000000"/>
            </w:tcBorders>
            <w:vAlign w:val="center"/>
          </w:tcPr>
          <w:p w14:paraId="35413368"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215DDD26"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28F9AF68"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5F370448"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D61BFC4" w14:textId="3E881976" w:rsidR="009446D0" w:rsidRPr="00EB75F0" w:rsidRDefault="0084596B">
            <w:pPr>
              <w:pStyle w:val="TableText"/>
              <w:rPr>
                <w:color w:val="000000"/>
                <w:sz w:val="18"/>
              </w:rPr>
            </w:pPr>
            <w:r w:rsidRPr="00EB75F0">
              <w:rPr>
                <w:color w:val="000000"/>
                <w:sz w:val="18"/>
              </w:rPr>
              <w:t>Loebel 2013</w:t>
            </w:r>
            <w:r w:rsidR="0031308D" w:rsidRPr="00EB75F0">
              <w:fldChar w:fldCharType="begin"/>
            </w:r>
            <w:r w:rsidR="00452EF4">
              <w:instrText xml:space="preserve"> ADDIN EN.CITE &lt;EndNote&gt;&lt;Cite&gt;&lt;Author&gt;Loebel&lt;/Author&gt;&lt;Year&gt;2013&lt;/Year&gt;&lt;RecNum&gt;79&lt;/RecNum&gt;&lt;DisplayText&gt;&lt;style face="superscript"&gt;82&lt;/style&gt;&lt;/DisplayText&gt;&lt;record&gt;&lt;rec-number&gt;79&lt;/rec-number&gt;&lt;foreign-keys&gt;&lt;key app="EN" db-id="9ttaxzax2p0tr7ewzt55atews50zvxaaa5rz" timestamp="1764068842"&gt;79&lt;/key&gt;&lt;/foreign-keys&gt;&lt;ref-type name="Journal Article"&gt;17&lt;/ref-type&gt;&lt;contributors&gt;&lt;authors&gt;&lt;author&gt;Loebel, Antony&lt;/author&gt;&lt;author&gt;Cucchiaro, Josephine&lt;/author&gt;&lt;author&gt;Sarma, Kaushik&lt;/author&gt;&lt;author&gt;Xu, Lei&lt;/author&gt;&lt;author&gt;Hsu, Chuanchieh&lt;/author&gt;&lt;author&gt;Kalali, Amir H&lt;/author&gt;&lt;author&gt;Pikalov, Andrei&lt;/author&gt;&lt;author&gt;Potkin, Steven G&lt;/author&gt;&lt;/authors&gt;&lt;/contributors&gt;&lt;titles&gt;&lt;title&gt;Efficacy and safety of lurasidone 80 mg/day and 160 mg/day in the treatment of schizophrenia: a randomized, double-blind, placebo-and active-controlled trial&lt;/title&gt;&lt;secondary-title&gt;Schizophrenia research&lt;/secondary-title&gt;&lt;/titles&gt;&lt;periodical&gt;&lt;full-title&gt;Schizophrenia Research&lt;/full-title&gt;&lt;/periodical&gt;&lt;pages&gt;101-109&lt;/pages&gt;&lt;volume&gt;145&lt;/volume&gt;&lt;number&gt;1-3&lt;/number&gt;&lt;dates&gt;&lt;year&gt;2013&lt;/year&gt;&lt;/dates&gt;&lt;isbn&gt;0920-9964&lt;/isbn&gt;&lt;urls&gt;&lt;/urls&gt;&lt;/record&gt;&lt;/Cite&gt;&lt;/EndNote&gt;</w:instrText>
            </w:r>
            <w:r w:rsidR="0031308D" w:rsidRPr="00EB75F0">
              <w:fldChar w:fldCharType="separate"/>
            </w:r>
            <w:r w:rsidR="00452EF4" w:rsidRPr="00452EF4">
              <w:rPr>
                <w:noProof/>
                <w:vertAlign w:val="superscript"/>
              </w:rPr>
              <w:t>82</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6960C"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B72E04"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D1942"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6ECF98"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ED328"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1A9796AD"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447C28F7"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3C5575"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27A75F85"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5B082803"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62F3EBDB"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42AC188F"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10D166A1"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CAC324B" w14:textId="13B9315A" w:rsidR="009446D0" w:rsidRPr="00EB75F0" w:rsidRDefault="0084596B">
            <w:pPr>
              <w:pStyle w:val="TableText"/>
              <w:rPr>
                <w:color w:val="000000"/>
                <w:sz w:val="18"/>
              </w:rPr>
            </w:pPr>
            <w:r w:rsidRPr="00EB75F0">
              <w:rPr>
                <w:color w:val="000000"/>
                <w:sz w:val="18"/>
              </w:rPr>
              <w:t>Lindenmayer 2008</w:t>
            </w:r>
            <w:r w:rsidR="0031308D" w:rsidRPr="00EB75F0">
              <w:fldChar w:fldCharType="begin"/>
            </w:r>
            <w:r w:rsidR="00452EF4">
              <w:instrText xml:space="preserve"> ADDIN EN.CITE &lt;EndNote&gt;&lt;Cite&gt;&lt;Author&gt;Lindenmayer&lt;/Author&gt;&lt;Year&gt;2008&lt;/Year&gt;&lt;RecNum&gt;80&lt;/RecNum&gt;&lt;DisplayText&gt;&lt;style face="superscript"&gt;83&lt;/style&gt;&lt;/DisplayText&gt;&lt;record&gt;&lt;rec-number&gt;80&lt;/rec-number&gt;&lt;foreign-keys&gt;&lt;key app="EN" db-id="9ttaxzax2p0tr7ewzt55atews50zvxaaa5rz" timestamp="1764068842"&gt;80&lt;/key&gt;&lt;/foreign-keys&gt;&lt;ref-type name="Journal Article"&gt;17&lt;/ref-type&gt;&lt;contributors&gt;&lt;authors&gt;&lt;author&gt;Lindenmayer, Jean-Pierre&lt;/author&gt;&lt;author&gt;Brown, David&lt;/author&gt;&lt;author&gt;Liu, Sherry&lt;/author&gt;&lt;author&gt;Brecher, Martin&lt;/author&gt;&lt;author&gt;Meulien, Didier&lt;/author&gt;&lt;/authors&gt;&lt;/contributors&gt;&lt;titles&gt;&lt;title&gt;The efficacy and tolerability of once-daily extended release quetiapine fumarate in hospitalized patients with acute schizophrenia: a 6-week randomized, double-blind, placebo-controlled study&lt;/title&gt;&lt;secondary-title&gt;Psychopharmacology bulletin&lt;/secondary-title&gt;&lt;/titles&gt;&lt;periodical&gt;&lt;full-title&gt;Psychopharmacology bulletin&lt;/full-title&gt;&lt;/periodical&gt;&lt;pages&gt;11-35&lt;/pages&gt;&lt;volume&gt;41&lt;/volume&gt;&lt;number&gt;3&lt;/number&gt;&lt;dates&gt;&lt;year&gt;2008&lt;/year&gt;&lt;/dates&gt;&lt;isbn&gt;0048-5764&lt;/isbn&gt;&lt;urls&gt;&lt;/urls&gt;&lt;/record&gt;&lt;/Cite&gt;&lt;/EndNote&gt;</w:instrText>
            </w:r>
            <w:r w:rsidR="0031308D" w:rsidRPr="00EB75F0">
              <w:fldChar w:fldCharType="separate"/>
            </w:r>
            <w:r w:rsidR="00452EF4" w:rsidRPr="00452EF4">
              <w:rPr>
                <w:noProof/>
                <w:vertAlign w:val="superscript"/>
              </w:rPr>
              <w:t>83</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255EA"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76D6B6"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17E2C0"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2C967"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D52C3D"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790F065C"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5073EE55"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8B16E9"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14FAAEEE"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7015A278"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0906D6C6"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666A2319"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53440E38"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C5ADB38" w14:textId="4C55E4C9" w:rsidR="009446D0" w:rsidRPr="00EB75F0" w:rsidRDefault="0084596B">
            <w:pPr>
              <w:pStyle w:val="TableText"/>
              <w:rPr>
                <w:color w:val="000000"/>
                <w:sz w:val="18"/>
              </w:rPr>
            </w:pPr>
            <w:r w:rsidRPr="00EB75F0">
              <w:rPr>
                <w:color w:val="000000"/>
                <w:sz w:val="18"/>
              </w:rPr>
              <w:t>Kahn 2007</w:t>
            </w:r>
            <w:r w:rsidR="0031308D" w:rsidRPr="00EB75F0">
              <w:fldChar w:fldCharType="begin"/>
            </w:r>
            <w:r w:rsidR="00452EF4">
              <w:instrText xml:space="preserve"> ADDIN EN.CITE &lt;EndNote&gt;&lt;Cite&gt;&lt;Author&gt;Lindenmayer&lt;/Author&gt;&lt;Year&gt;2008&lt;/Year&gt;&lt;RecNum&gt;80&lt;/RecNum&gt;&lt;DisplayText&gt;&lt;style face="superscript"&gt;83&lt;/style&gt;&lt;/DisplayText&gt;&lt;record&gt;&lt;rec-number&gt;80&lt;/rec-number&gt;&lt;foreign-keys&gt;&lt;key app="EN" db-id="9ttaxzax2p0tr7ewzt55atews50zvxaaa5rz" timestamp="1764068842"&gt;80&lt;/key&gt;&lt;/foreign-keys&gt;&lt;ref-type name="Journal Article"&gt;17&lt;/ref-type&gt;&lt;contributors&gt;&lt;authors&gt;&lt;author&gt;Lindenmayer, Jean-Pierre&lt;/author&gt;&lt;author&gt;Brown, David&lt;/author&gt;&lt;author&gt;Liu, Sherry&lt;/author&gt;&lt;author&gt;Brecher, Martin&lt;/author&gt;&lt;author&gt;Meulien, Didier&lt;/author&gt;&lt;/authors&gt;&lt;/contributors&gt;&lt;titles&gt;&lt;title&gt;The efficacy and tolerability of once-daily extended release quetiapine fumarate in hospitalized patients with acute schizophrenia: a 6-week randomized, double-blind, placebo-controlled study&lt;/title&gt;&lt;secondary-title&gt;Psychopharmacology bulletin&lt;/secondary-title&gt;&lt;/titles&gt;&lt;periodical&gt;&lt;full-title&gt;Psychopharmacology bulletin&lt;/full-title&gt;&lt;/periodical&gt;&lt;pages&gt;11-35&lt;/pages&gt;&lt;volume&gt;41&lt;/volume&gt;&lt;number&gt;3&lt;/number&gt;&lt;dates&gt;&lt;year&gt;2008&lt;/year&gt;&lt;/dates&gt;&lt;isbn&gt;0048-5764&lt;/isbn&gt;&lt;urls&gt;&lt;/urls&gt;&lt;/record&gt;&lt;/Cite&gt;&lt;/EndNote&gt;</w:instrText>
            </w:r>
            <w:r w:rsidR="0031308D" w:rsidRPr="00EB75F0">
              <w:fldChar w:fldCharType="separate"/>
            </w:r>
            <w:r w:rsidR="00452EF4" w:rsidRPr="00452EF4">
              <w:rPr>
                <w:noProof/>
                <w:vertAlign w:val="superscript"/>
              </w:rPr>
              <w:t>83</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98DE0A"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8B18A7"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3D6B2C"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457325"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5F052B"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6C561B55"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3E638E7B"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DCF3E"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05E426BD"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1CAED064"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797D5ADA"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591344D2"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7A989FCC" w14:textId="77777777" w:rsidTr="001457EC">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4E263B1" w14:textId="41FC1CAD" w:rsidR="009446D0" w:rsidRPr="00EB75F0" w:rsidRDefault="0084596B">
            <w:pPr>
              <w:pStyle w:val="TableText"/>
              <w:rPr>
                <w:color w:val="000000"/>
                <w:sz w:val="18"/>
              </w:rPr>
            </w:pPr>
            <w:proofErr w:type="spellStart"/>
            <w:r w:rsidRPr="00EB75F0">
              <w:rPr>
                <w:color w:val="000000"/>
                <w:sz w:val="18"/>
              </w:rPr>
              <w:t>Potkin</w:t>
            </w:r>
            <w:proofErr w:type="spellEnd"/>
            <w:r w:rsidRPr="00EB75F0">
              <w:rPr>
                <w:color w:val="000000"/>
                <w:sz w:val="18"/>
              </w:rPr>
              <w:t xml:space="preserve"> 2006</w:t>
            </w:r>
            <w:r w:rsidR="0031308D" w:rsidRPr="00EB75F0">
              <w:fldChar w:fldCharType="begin"/>
            </w:r>
            <w:r w:rsidR="00452EF4">
              <w:instrText xml:space="preserve"> ADDIN EN.CITE &lt;EndNote&gt;&lt;Cite&gt;&lt;Author&gt;Potkin&lt;/Author&gt;&lt;Year&gt;2006&lt;/Year&gt;&lt;RecNum&gt;86&lt;/RecNum&gt;&lt;DisplayText&gt;&lt;style face="superscript"&gt;89&lt;/style&gt;&lt;/DisplayText&gt;&lt;record&gt;&lt;rec-number&gt;86&lt;/rec-number&gt;&lt;foreign-keys&gt;&lt;key app="EN" db-id="9ttaxzax2p0tr7ewzt55atews50zvxaaa5rz" timestamp="1764068844"&gt;86&lt;/key&gt;&lt;/foreign-keys&gt;&lt;ref-type name="Journal Article"&gt;17&lt;/ref-type&gt;&lt;contributors&gt;&lt;authors&gt;&lt;author&gt;Potkin, S. G.&lt;/author&gt;&lt;author&gt;Gharabawi, G. M.&lt;/author&gt;&lt;author&gt;Greenspan, A. J.&lt;/author&gt;&lt;author&gt;Mahmoud, R.&lt;/author&gt;&lt;author&gt;Kosik-Gonzalez, C.&lt;/author&gt;&lt;author&gt;Rupnow, M. F.&lt;/author&gt;&lt;author&gt;Bossie, C. A.&lt;/author&gt;&lt;author&gt;Davidson, M.&lt;/author&gt;&lt;author&gt;Burtea, V.&lt;/author&gt;&lt;author&gt;Zhu, Y.&lt;/author&gt;&lt;author&gt;Trivedi, J. K.&lt;/author&gt;&lt;/authors&gt;&lt;/contributors&gt;&lt;titles&gt;&lt;title&gt;A double-blind comparison of risperidone, quetiapine and placebo in patients with schizophrenia experiencing an acute exacerbation requiring hospitalization&lt;/title&gt;&lt;secondary-title&gt;Schizophr Res&lt;/secondary-title&gt;&lt;/titles&gt;&lt;periodical&gt;&lt;full-title&gt;Schizophr Res&lt;/full-title&gt;&lt;/periodical&gt;&lt;pages&gt;254-65&lt;/pages&gt;&lt;volume&gt;85&lt;/volume&gt;&lt;number&gt;1-3&lt;/number&gt;&lt;dates&gt;&lt;year&gt;2006&lt;/year&gt;&lt;pub-dates&gt;&lt;date&gt;20060621&lt;/date&gt;&lt;/pub-dates&gt;&lt;/dates&gt;&lt;pub-location&gt;University of California, Irvine, Orange, 92696, USA. sgpotkin@uci.edu&lt;/pub-location&gt;&lt;isbn&gt;0920-9964 (Print) 0920-9964 (Linking)&lt;/isbn&gt;&lt;urls&gt;&lt;related-urls&gt;&lt;url&gt;https://www.ncbi.nlm.nih.gov/pubmed/16797162&lt;/url&gt;&lt;/related-urls&gt;&lt;/urls&gt;&lt;electronic-resource-num&gt;10.1016/j.schres.2006.03.027&lt;/electronic-resource-num&gt;&lt;/record&gt;&lt;/Cite&gt;&lt;/EndNote&gt;</w:instrText>
            </w:r>
            <w:r w:rsidR="0031308D" w:rsidRPr="00EB75F0">
              <w:fldChar w:fldCharType="separate"/>
            </w:r>
            <w:r w:rsidR="00452EF4" w:rsidRPr="00452EF4">
              <w:rPr>
                <w:noProof/>
                <w:vertAlign w:val="superscript"/>
              </w:rPr>
              <w:t>89</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2C1765FA"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AFF839"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D2525D"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6CAE8157"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7DA4D259"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3726A854"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61146C11"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6782A1F0"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198B6542" w14:textId="77777777" w:rsidR="009446D0" w:rsidRPr="00EB75F0" w:rsidRDefault="0084596B">
            <w:pPr>
              <w:pStyle w:val="TableText"/>
              <w:jc w:val="center"/>
              <w:rPr>
                <w:color w:val="000000"/>
                <w:sz w:val="18"/>
              </w:rPr>
            </w:pPr>
            <w:r w:rsidRPr="00EB75F0">
              <w:rPr>
                <w:color w:val="000000"/>
                <w:sz w:val="18"/>
              </w:rPr>
              <w:t>N</w:t>
            </w:r>
          </w:p>
        </w:tc>
        <w:tc>
          <w:tcPr>
            <w:tcW w:w="1170" w:type="dxa"/>
            <w:tcBorders>
              <w:top w:val="single" w:sz="4" w:space="0" w:color="000000"/>
              <w:left w:val="single" w:sz="4" w:space="0" w:color="000000"/>
              <w:bottom w:val="single" w:sz="4" w:space="0" w:color="000000"/>
              <w:right w:val="single" w:sz="4" w:space="0" w:color="000000"/>
            </w:tcBorders>
            <w:vAlign w:val="center"/>
          </w:tcPr>
          <w:p w14:paraId="13B84C20"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204D357A"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4D095898"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0B8DDDBD" w14:textId="77777777" w:rsidTr="001457EC">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C375A7B" w14:textId="511C69A8" w:rsidR="009446D0" w:rsidRPr="00EB75F0" w:rsidRDefault="0084596B">
            <w:pPr>
              <w:pStyle w:val="TableText"/>
              <w:rPr>
                <w:color w:val="000000"/>
                <w:sz w:val="18"/>
              </w:rPr>
            </w:pPr>
            <w:r w:rsidRPr="00EB75F0">
              <w:rPr>
                <w:color w:val="000000"/>
                <w:sz w:val="18"/>
              </w:rPr>
              <w:t>NCT00711269</w:t>
            </w:r>
            <w:r w:rsidR="0031308D" w:rsidRPr="00EB75F0">
              <w:fldChar w:fldCharType="begin"/>
            </w:r>
            <w:r w:rsidR="00452EF4">
              <w:instrText xml:space="preserve"> ADDIN EN.CITE &lt;EndNote&gt;&lt;Cite&gt;&lt;Author&gt;NCT00711269&lt;/Author&gt;&lt;Year&gt;2022&lt;/Year&gt;&lt;RecNum&gt;92&lt;/RecNum&gt;&lt;DisplayText&gt;&lt;style face="superscript"&gt;95&lt;/style&gt;&lt;/DisplayText&gt;&lt;record&gt;&lt;rec-number&gt;92&lt;/rec-number&gt;&lt;foreign-keys&gt;&lt;key app="EN" db-id="9ttaxzax2p0tr7ewzt55atews50zvxaaa5rz" timestamp="1764068845"&gt;92&lt;/key&gt;&lt;/foreign-keys&gt;&lt;ref-type name="Journal Article"&gt;17&lt;/ref-type&gt;&lt;contributors&gt;&lt;authors&gt;&lt;author&gt;NCT00711269&lt;/author&gt;&lt;/authors&gt;&lt;/contributors&gt;&lt;titles&gt;&lt;title&gt;Study of SM-13496 (Lurasidone HCl) in Patients With Schizophrenia&lt;/title&gt;&lt;secondary-title&gt;-&lt;/secondary-title&gt;&lt;/titles&gt;&lt;periodical&gt;&lt;full-title&gt;-&lt;/full-title&gt;&lt;/periodical&gt;&lt;pages&gt;-&lt;/pages&gt;&lt;volume&gt;-&lt;/volume&gt;&lt;dates&gt;&lt;year&gt;2022&lt;/year&gt;&lt;/dates&gt;&lt;urls&gt;&lt;/urls&gt;&lt;/record&gt;&lt;/Cite&gt;&lt;/EndNote&gt;</w:instrText>
            </w:r>
            <w:r w:rsidR="0031308D" w:rsidRPr="00EB75F0">
              <w:fldChar w:fldCharType="separate"/>
            </w:r>
            <w:r w:rsidR="00452EF4" w:rsidRPr="00452EF4">
              <w:rPr>
                <w:noProof/>
                <w:vertAlign w:val="superscript"/>
              </w:rPr>
              <w:t>95</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9706D1"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ED2324"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6A0429"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2E487A"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9F30E9" w14:textId="77777777" w:rsidR="009446D0" w:rsidRPr="00EB75F0" w:rsidRDefault="0084596B">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10243B28"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58FE1F35"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28001E81"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279F0412"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1A6BEBC7"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40DE7A"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3B61B"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7542292F"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C804A6A" w14:textId="29E31B65" w:rsidR="009446D0" w:rsidRPr="00EB75F0" w:rsidRDefault="0084596B">
            <w:pPr>
              <w:pStyle w:val="TableText"/>
              <w:rPr>
                <w:color w:val="000000"/>
                <w:sz w:val="18"/>
              </w:rPr>
            </w:pPr>
            <w:r w:rsidRPr="00EB75F0">
              <w:rPr>
                <w:color w:val="000000"/>
                <w:sz w:val="18"/>
              </w:rPr>
              <w:t>NCT03055338</w:t>
            </w:r>
            <w:r w:rsidR="0031308D" w:rsidRPr="00EB75F0">
              <w:fldChar w:fldCharType="begin"/>
            </w:r>
            <w:r w:rsidR="00452EF4">
              <w:instrText xml:space="preserve"> ADDIN EN.CITE &lt;EndNote&gt;&lt;Cite&gt;&lt;Author&gt;NCT03055338&lt;/Author&gt;&lt;Year&gt;2018&lt;/Year&gt;&lt;RecNum&gt;94&lt;/RecNum&gt;&lt;DisplayText&gt;&lt;style face="superscript"&gt;97&lt;/style&gt;&lt;/DisplayText&gt;&lt;record&gt;&lt;rec-number&gt;94&lt;/rec-number&gt;&lt;foreign-keys&gt;&lt;key app="EN" db-id="9ttaxzax2p0tr7ewzt55atews50zvxaaa5rz" timestamp="1764068845"&gt;94&lt;/key&gt;&lt;/foreign-keys&gt;&lt;ref-type name="Journal Article"&gt;17&lt;/ref-type&gt;&lt;contributors&gt;&lt;authors&gt;&lt;author&gt;NCT03055338&lt;/author&gt;&lt;/authors&gt;&lt;/contributors&gt;&lt;titles&gt;&lt;title&gt;An Active-Controlled Early Phase Study of MK-8189 in Adults With Schizophrenia (MK-8189-005)&lt;/title&gt;&lt;secondary-title&gt;-&lt;/secondary-title&gt;&lt;/titles&gt;&lt;periodical&gt;&lt;full-title&gt;-&lt;/full-title&gt;&lt;/periodical&gt;&lt;pages&gt;-&lt;/pages&gt;&lt;volume&gt;-&lt;/volume&gt;&lt;dates&gt;&lt;year&gt;2018&lt;/year&gt;&lt;/dates&gt;&lt;urls&gt;&lt;/urls&gt;&lt;/record&gt;&lt;/Cite&gt;&lt;/EndNote&gt;</w:instrText>
            </w:r>
            <w:r w:rsidR="0031308D" w:rsidRPr="00EB75F0">
              <w:fldChar w:fldCharType="separate"/>
            </w:r>
            <w:r w:rsidR="00452EF4" w:rsidRPr="00452EF4">
              <w:rPr>
                <w:noProof/>
                <w:vertAlign w:val="superscript"/>
              </w:rPr>
              <w:t>97</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B3AB89"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C8773E"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936282"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36FF06"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2754E" w14:textId="77777777" w:rsidR="009446D0" w:rsidRPr="00EB75F0" w:rsidRDefault="0084596B">
            <w:pPr>
              <w:pStyle w:val="TableText"/>
              <w:jc w:val="center"/>
              <w:rPr>
                <w:color w:val="000000"/>
                <w:sz w:val="18"/>
              </w:rPr>
            </w:pPr>
            <w:r w:rsidRPr="00EB75F0">
              <w:rPr>
                <w:color w:val="000000"/>
                <w:sz w:val="18"/>
              </w:rPr>
              <w:t>Y</w:t>
            </w:r>
            <w:r w:rsidRPr="00EB75F0">
              <w:rPr>
                <w:color w:val="202122"/>
                <w:shd w:val="clear" w:color="auto" w:fill="F8F9FA"/>
                <w:vertAlign w:val="superscript"/>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2BBAE8EF"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3C86EA1F"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D0842D"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406B6ED1"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748711CD"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7CC2E96B"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5C81A920"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28E4DD2D"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632D3E2" w14:textId="28713CEB" w:rsidR="009446D0" w:rsidRPr="00EB75F0" w:rsidRDefault="0084596B">
            <w:pPr>
              <w:pStyle w:val="TableText"/>
              <w:rPr>
                <w:color w:val="000000"/>
                <w:sz w:val="18"/>
              </w:rPr>
            </w:pPr>
            <w:r w:rsidRPr="00EB75F0">
              <w:rPr>
                <w:color w:val="000000"/>
                <w:sz w:val="18"/>
              </w:rPr>
              <w:t>NCT00563706</w:t>
            </w:r>
            <w:r w:rsidR="0031308D" w:rsidRPr="00EB75F0">
              <w:fldChar w:fldCharType="begin"/>
            </w:r>
            <w:r w:rsidR="00452EF4">
              <w:instrText xml:space="preserve"> ADDIN EN.CITE &lt;EndNote&gt;&lt;Cite&gt;&lt;Author&gt;NCT03055338&lt;/Author&gt;&lt;Year&gt;2018&lt;/Year&gt;&lt;RecNum&gt;94&lt;/RecNum&gt;&lt;DisplayText&gt;&lt;style face="superscript"&gt;97&lt;/style&gt;&lt;/DisplayText&gt;&lt;record&gt;&lt;rec-number&gt;94&lt;/rec-number&gt;&lt;foreign-keys&gt;&lt;key app="EN" db-id="9ttaxzax2p0tr7ewzt55atews50zvxaaa5rz" timestamp="1764068845"&gt;94&lt;/key&gt;&lt;/foreign-keys&gt;&lt;ref-type name="Journal Article"&gt;17&lt;/ref-type&gt;&lt;contributors&gt;&lt;authors&gt;&lt;author&gt;NCT03055338&lt;/author&gt;&lt;/authors&gt;&lt;/contributors&gt;&lt;titles&gt;&lt;title&gt;An Active-Controlled Early Phase Study of MK-8189 in Adults With Schizophrenia (MK-8189-005)&lt;/title&gt;&lt;secondary-title&gt;-&lt;/secondary-title&gt;&lt;/titles&gt;&lt;periodical&gt;&lt;full-title&gt;-&lt;/full-title&gt;&lt;/periodical&gt;&lt;pages&gt;-&lt;/pages&gt;&lt;volume&gt;-&lt;/volume&gt;&lt;dates&gt;&lt;year&gt;2018&lt;/year&gt;&lt;/dates&gt;&lt;urls&gt;&lt;/urls&gt;&lt;/record&gt;&lt;/Cite&gt;&lt;/EndNote&gt;</w:instrText>
            </w:r>
            <w:r w:rsidR="0031308D" w:rsidRPr="00EB75F0">
              <w:fldChar w:fldCharType="separate"/>
            </w:r>
            <w:r w:rsidR="00452EF4" w:rsidRPr="00452EF4">
              <w:rPr>
                <w:noProof/>
                <w:vertAlign w:val="superscript"/>
              </w:rPr>
              <w:t>97</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F7367A"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F1DB0F"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6DA824"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D830D0"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D57D32" w14:textId="77777777" w:rsidR="009446D0" w:rsidRPr="00EB75F0" w:rsidRDefault="0084596B">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5B30B4A3"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768ECA5F"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693B3"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348D172A"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23BE77A2"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5D003F5E"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6D8BD7DB"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59758EF7"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F05E17C" w14:textId="3CB1B653" w:rsidR="009446D0" w:rsidRPr="00EB75F0" w:rsidRDefault="0084596B">
            <w:pPr>
              <w:pStyle w:val="TableText"/>
              <w:rPr>
                <w:color w:val="000000"/>
                <w:sz w:val="18"/>
              </w:rPr>
            </w:pPr>
            <w:r w:rsidRPr="00EB75F0">
              <w:rPr>
                <w:color w:val="000000"/>
                <w:sz w:val="18"/>
              </w:rPr>
              <w:t>Casey 2008</w:t>
            </w:r>
            <w:r w:rsidR="0031308D" w:rsidRPr="00EB75F0">
              <w:fldChar w:fldCharType="begin"/>
            </w:r>
            <w:r w:rsidR="00452EF4">
              <w:instrText xml:space="preserve"> ADDIN EN.CITE &lt;EndNote&gt;&lt;Cite&gt;&lt;Author&gt;Casey&lt;/Author&gt;&lt;Year&gt;2008&lt;/Year&gt;&lt;RecNum&gt;97&lt;/RecNum&gt;&lt;DisplayText&gt;&lt;style face="superscript"&gt;100&lt;/style&gt;&lt;/DisplayText&gt;&lt;record&gt;&lt;rec-number&gt;97&lt;/rec-number&gt;&lt;foreign-keys&gt;&lt;key app="EN" db-id="9ttaxzax2p0tr7ewzt55atews50zvxaaa5rz" timestamp="1764068846"&gt;97&lt;/key&gt;&lt;/foreign-keys&gt;&lt;ref-type name="Journal Article"&gt;17&lt;/ref-type&gt;&lt;contributors&gt;&lt;authors&gt;&lt;author&gt;Casey, D. E.&lt;/author&gt;&lt;author&gt;Sands, E. E.&lt;/author&gt;&lt;author&gt;Heisterberg, J.&lt;/author&gt;&lt;author&gt;Yang, H. M.&lt;/author&gt;&lt;/authors&gt;&lt;/contributors&gt;&lt;titles&gt;&lt;title&gt;Efficacy and safety of bifeprunox in patients with an acute exacerbation of schizophrenia: results from a randomized, double-blind, placebo-controlled, multicenter, dose-finding study&lt;/title&gt;&lt;secondary-title&gt;Psychopharmacology (Berl)&lt;/secondary-title&gt;&lt;/titles&gt;&lt;periodical&gt;&lt;full-title&gt;Psychopharmacology (Berl)&lt;/full-title&gt;&lt;/periodical&gt;&lt;pages&gt;317-31&lt;/pages&gt;&lt;volume&gt;200&lt;/volume&gt;&lt;number&gt;3&lt;/number&gt;&lt;dates&gt;&lt;year&gt;2008&lt;/year&gt;&lt;pub-dates&gt;&lt;date&gt;20080704&lt;/date&gt;&lt;/pub-dates&gt;&lt;/dates&gt;&lt;pub-location&gt;UHN 80 Department of Psychiatry, Oregon Health and Science University, 3181 SW Sam Jackson Park Road, Portland, OR 97239, USA. caseyd@ohsu.edu&lt;/pub-location&gt;&lt;isbn&gt;0033-3158 (Print) 0033-3158 (Linking)&lt;/isbn&gt;&lt;urls&gt;&lt;related-urls&gt;&lt;url&gt;https://www.ncbi.nlm.nih.gov/pubmed/18597078&lt;/url&gt;&lt;/related-urls&gt;&lt;/urls&gt;&lt;electronic-resource-num&gt;10.1007/s00213-008-1207-7&lt;/electronic-resource-num&gt;&lt;/record&gt;&lt;/Cite&gt;&lt;/EndNote&gt;</w:instrText>
            </w:r>
            <w:r w:rsidR="0031308D" w:rsidRPr="00EB75F0">
              <w:fldChar w:fldCharType="separate"/>
            </w:r>
            <w:r w:rsidR="00452EF4" w:rsidRPr="00452EF4">
              <w:rPr>
                <w:noProof/>
                <w:vertAlign w:val="superscript"/>
              </w:rPr>
              <w:t>100</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A83F97"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9C7347"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FF2218"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CBA824"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FE5A79"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01E1C0C2"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4CAC7C10"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204464"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40EC5AE3"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466796E6"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0F14C6A1"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2B14D67F"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76BEF1AB"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DFA88DA" w14:textId="3F53775E" w:rsidR="009446D0" w:rsidRPr="00EB75F0" w:rsidRDefault="0084596B">
            <w:pPr>
              <w:pStyle w:val="TableText"/>
              <w:rPr>
                <w:color w:val="000000"/>
                <w:sz w:val="18"/>
              </w:rPr>
            </w:pPr>
            <w:r w:rsidRPr="00EB75F0">
              <w:rPr>
                <w:color w:val="000000"/>
                <w:sz w:val="18"/>
              </w:rPr>
              <w:t>NCT01175135</w:t>
            </w:r>
            <w:r w:rsidR="0031308D" w:rsidRPr="00EB75F0">
              <w:fldChar w:fldCharType="begin"/>
            </w:r>
            <w:r w:rsidR="00452EF4">
              <w:instrText xml:space="preserve"> ADDIN EN.CITE &lt;EndNote&gt;&lt;Cite&gt;&lt;Author&gt;NCT01175135&lt;/Author&gt;&lt;Year&gt;2018&lt;/Year&gt;&lt;RecNum&gt;100&lt;/RecNum&gt;&lt;DisplayText&gt;&lt;style face="superscript"&gt;103&lt;/style&gt;&lt;/DisplayText&gt;&lt;record&gt;&lt;rec-number&gt;100&lt;/rec-number&gt;&lt;foreign-keys&gt;&lt;key app="EN" db-id="9ttaxzax2p0tr7ewzt55atews50zvxaaa5rz" timestamp="1764068847"&gt;100&lt;/key&gt;&lt;/foreign-keys&gt;&lt;ref-type name="Journal Article"&gt;17&lt;/ref-type&gt;&lt;contributors&gt;&lt;authors&gt;&lt;author&gt;NCT01175135&lt;/author&gt;&lt;/authors&gt;&lt;/contributors&gt;&lt;titles&gt;&lt;title&gt;An Inpatient Study Of The Efficacy, Safety, And Tolerability Of PF-02545920 In The Treatment Of Acute Exacerbation Of Schizophrenia&lt;/title&gt;&lt;secondary-title&gt;-&lt;/secondary-title&gt;&lt;/titles&gt;&lt;periodical&gt;&lt;full-title&gt;-&lt;/full-title&gt;&lt;/periodical&gt;&lt;pages&gt;-&lt;/pages&gt;&lt;volume&gt;-&lt;/volume&gt;&lt;dates&gt;&lt;year&gt;2018&lt;/year&gt;&lt;/dates&gt;&lt;urls&gt;&lt;/urls&gt;&lt;/record&gt;&lt;/Cite&gt;&lt;/EndNote&gt;</w:instrText>
            </w:r>
            <w:r w:rsidR="0031308D" w:rsidRPr="00EB75F0">
              <w:fldChar w:fldCharType="separate"/>
            </w:r>
            <w:r w:rsidR="00452EF4" w:rsidRPr="00452EF4">
              <w:rPr>
                <w:noProof/>
                <w:vertAlign w:val="superscript"/>
              </w:rPr>
              <w:t>103</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0D4FB"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78D75"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5A870B"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FB53B1"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C66499"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750E1D5E"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39898C8B"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E191D3"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24A449FC"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4DB7059D"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015F334D" w14:textId="77777777" w:rsidR="009446D0" w:rsidRPr="00EB75F0" w:rsidRDefault="0084596B">
            <w:pPr>
              <w:pStyle w:val="TableT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vAlign w:val="center"/>
          </w:tcPr>
          <w:p w14:paraId="3C3FCD97"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4BA6C327"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64A344B" w14:textId="762EC99A" w:rsidR="009446D0" w:rsidRPr="00EB75F0" w:rsidRDefault="0084596B">
            <w:pPr>
              <w:pStyle w:val="TableText"/>
              <w:rPr>
                <w:color w:val="000000"/>
                <w:sz w:val="18"/>
              </w:rPr>
            </w:pPr>
            <w:r w:rsidRPr="00EB75F0">
              <w:rPr>
                <w:color w:val="000000"/>
                <w:sz w:val="18"/>
              </w:rPr>
              <w:t>Downing 2014</w:t>
            </w:r>
            <w:r w:rsidR="0031308D" w:rsidRPr="00EB75F0">
              <w:fldChar w:fldCharType="begin"/>
            </w:r>
            <w:r w:rsidR="00452EF4">
              <w:instrText xml:space="preserve"> ADDIN EN.CITE &lt;EndNote&gt;&lt;Cite&gt;&lt;Author&gt;Downing&lt;/Author&gt;&lt;Year&gt;2014&lt;/Year&gt;&lt;RecNum&gt;102&lt;/RecNum&gt;&lt;DisplayText&gt;&lt;style face="superscript"&gt;105&lt;/style&gt;&lt;/DisplayText&gt;&lt;record&gt;&lt;rec-number&gt;102&lt;/rec-number&gt;&lt;foreign-keys&gt;&lt;key app="EN" db-id="9ttaxzax2p0tr7ewzt55atews50zvxaaa5rz" timestamp="1764068847"&gt;102&lt;/key&gt;&lt;/foreign-keys&gt;&lt;ref-type name="Journal Article"&gt;17&lt;/ref-type&gt;&lt;contributors&gt;&lt;authors&gt;&lt;author&gt;Downing, AnnCatherine M&lt;/author&gt;&lt;author&gt;Kinon, Bruce J&lt;/author&gt;&lt;author&gt;Millen, Brian A&lt;/author&gt;&lt;author&gt;Zhang, Lu&lt;/author&gt;&lt;author&gt;Liu, Lin&lt;/author&gt;&lt;author&gt;Morozova, Margarita A&lt;/author&gt;&lt;author&gt;Brenner, Ronald&lt;/author&gt;&lt;author&gt;Rayle, Tami Jo&lt;/author&gt;&lt;author&gt;Nisenbaum, Laura&lt;/author&gt;&lt;author&gt;Zhao, Fangyi&lt;/author&gt;&lt;/authors&gt;&lt;/contributors&gt;&lt;titles&gt;&lt;title&gt;A double-blind, placebo-controlled comparator study of LY2140023 monohydrate in patients with schizophrenia&lt;/title&gt;&lt;secondary-title&gt;BMC psychiatry&lt;/secondary-title&gt;&lt;/titles&gt;&lt;periodical&gt;&lt;full-title&gt;BMC psychiatry&lt;/full-title&gt;&lt;/periodical&gt;&lt;pages&gt;1-12&lt;/pages&gt;&lt;volume&gt;14&lt;/volume&gt;&lt;dates&gt;&lt;year&gt;2014&lt;/year&gt;&lt;/dates&gt;&lt;urls&gt;&lt;/urls&gt;&lt;/record&gt;&lt;/Cite&gt;&lt;/EndNote&gt;</w:instrText>
            </w:r>
            <w:r w:rsidR="0031308D" w:rsidRPr="00EB75F0">
              <w:fldChar w:fldCharType="separate"/>
            </w:r>
            <w:r w:rsidR="00452EF4" w:rsidRPr="00452EF4">
              <w:rPr>
                <w:noProof/>
                <w:vertAlign w:val="superscript"/>
              </w:rPr>
              <w:t>105</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C4EECC"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09E1E0" w14:textId="77777777" w:rsidR="009446D0" w:rsidRPr="00EB75F0" w:rsidRDefault="0084596B">
            <w:pPr>
              <w:pStyle w:val="TableT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2B1915" w14:textId="77777777" w:rsidR="009446D0" w:rsidRPr="00EB75F0" w:rsidRDefault="0084596B">
            <w:pPr>
              <w:pStyle w:val="TableT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6DF1C7" w14:textId="77777777" w:rsidR="009446D0" w:rsidRPr="00EB75F0" w:rsidRDefault="0084596B">
            <w:pPr>
              <w:pStyle w:val="TableT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E12D25" w14:textId="77777777" w:rsidR="009446D0" w:rsidRPr="00EB75F0" w:rsidRDefault="0084596B">
            <w:pPr>
              <w:pStyle w:val="TableT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048DB3B8"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4B345410"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9C8D3"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0DEA066B"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66050073"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68EF23DA"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393F4780" w14:textId="77777777" w:rsidR="009446D0" w:rsidRPr="00EB75F0" w:rsidRDefault="0084596B">
            <w:pPr>
              <w:pStyle w:val="TableText"/>
              <w:jc w:val="center"/>
              <w:rPr>
                <w:color w:val="000000"/>
                <w:sz w:val="18"/>
              </w:rPr>
            </w:pPr>
            <w:r w:rsidRPr="00EB75F0">
              <w:rPr>
                <w:color w:val="000000"/>
                <w:sz w:val="18"/>
              </w:rPr>
              <w:t>N</w:t>
            </w:r>
          </w:p>
        </w:tc>
      </w:tr>
      <w:tr w:rsidR="009446D0" w:rsidRPr="00EB75F0" w14:paraId="778BA0F7"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7999E36" w14:textId="35F27C2D" w:rsidR="009446D0" w:rsidRPr="00EB75F0" w:rsidRDefault="0084596B">
            <w:pPr>
              <w:pStyle w:val="TableText"/>
              <w:rPr>
                <w:color w:val="000000"/>
                <w:sz w:val="18"/>
              </w:rPr>
            </w:pPr>
            <w:proofErr w:type="spellStart"/>
            <w:r w:rsidRPr="00EB75F0">
              <w:rPr>
                <w:color w:val="000000"/>
                <w:sz w:val="18"/>
              </w:rPr>
              <w:t>Potkin</w:t>
            </w:r>
            <w:proofErr w:type="spellEnd"/>
            <w:r w:rsidRPr="00EB75F0">
              <w:rPr>
                <w:color w:val="000000"/>
                <w:sz w:val="18"/>
              </w:rPr>
              <w:t xml:space="preserve"> 2007</w:t>
            </w:r>
            <w:r w:rsidR="0031308D" w:rsidRPr="00EB75F0">
              <w:fldChar w:fldCharType="begin"/>
            </w:r>
            <w:r w:rsidR="00452EF4">
              <w:instrText xml:space="preserve"> ADDIN EN.CITE &lt;EndNote&gt;&lt;Cite&gt;&lt;Author&gt;Potkin&lt;/Author&gt;&lt;Year&gt;2007&lt;/Year&gt;&lt;RecNum&gt;105&lt;/RecNum&gt;&lt;DisplayText&gt;&lt;style face="superscript"&gt;108&lt;/style&gt;&lt;/DisplayText&gt;&lt;record&gt;&lt;rec-number&gt;105&lt;/rec-number&gt;&lt;foreign-keys&gt;&lt;key app="EN" db-id="9ttaxzax2p0tr7ewzt55atews50zvxaaa5rz" timestamp="1764068848"&gt;105&lt;/key&gt;&lt;/foreign-keys&gt;&lt;ref-type name="Journal Article"&gt;17&lt;/ref-type&gt;&lt;contributors&gt;&lt;authors&gt;&lt;author&gt;Potkin, Steven G&lt;/author&gt;&lt;author&gt;Cohen, Miriam&lt;/author&gt;&lt;author&gt;Panagides, John&lt;/author&gt;&lt;/authors&gt;&lt;/contributors&gt;&lt;titles&gt;&lt;title&gt;Efficacy and tolerability of asenapine in acute schizophrenia: a placebo-and risperidone-controlled trial&lt;/title&gt;&lt;secondary-title&gt;Journal of Clinical Psychiatry&lt;/secondary-title&gt;&lt;/titles&gt;&lt;periodical&gt;&lt;full-title&gt;Journal of Clinical Psychiatry&lt;/full-title&gt;&lt;/periodical&gt;&lt;pages&gt;1492-1500&lt;/pages&gt;&lt;volume&gt;68&lt;/volume&gt;&lt;number&gt;10&lt;/number&gt;&lt;dates&gt;&lt;year&gt;2007&lt;/year&gt;&lt;/dates&gt;&lt;isbn&gt;0160-6689&lt;/isbn&gt;&lt;urls&gt;&lt;/urls&gt;&lt;/record&gt;&lt;/Cite&gt;&lt;/EndNote&gt;</w:instrText>
            </w:r>
            <w:r w:rsidR="0031308D" w:rsidRPr="00EB75F0">
              <w:fldChar w:fldCharType="separate"/>
            </w:r>
            <w:r w:rsidR="00452EF4" w:rsidRPr="00452EF4">
              <w:rPr>
                <w:noProof/>
                <w:vertAlign w:val="superscript"/>
              </w:rPr>
              <w:t>108</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575ECD"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DCA881" w14:textId="77777777" w:rsidR="009446D0" w:rsidRPr="00EB75F0" w:rsidRDefault="0084596B">
            <w:pPr>
              <w:pStyle w:val="TableT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392206" w14:textId="77777777" w:rsidR="009446D0" w:rsidRPr="00EB75F0" w:rsidRDefault="0084596B">
            <w:pPr>
              <w:pStyle w:val="TableT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DB0CC2" w14:textId="77777777" w:rsidR="009446D0" w:rsidRPr="00EB75F0" w:rsidRDefault="0084596B">
            <w:pPr>
              <w:pStyle w:val="TableT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853A61" w14:textId="77777777" w:rsidR="009446D0" w:rsidRPr="00EB75F0" w:rsidRDefault="0084596B">
            <w:pPr>
              <w:pStyle w:val="TableT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vAlign w:val="center"/>
          </w:tcPr>
          <w:p w14:paraId="4F1D7527" w14:textId="77777777" w:rsidR="009446D0" w:rsidRPr="00EB75F0" w:rsidRDefault="0084596B">
            <w:pPr>
              <w:pStyle w:val="TableT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382431CF" w14:textId="77777777" w:rsidR="009446D0" w:rsidRPr="00EB75F0" w:rsidRDefault="0084596B">
            <w:pPr>
              <w:pStyle w:val="TableT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97A777" w14:textId="77777777" w:rsidR="009446D0" w:rsidRPr="00EB75F0" w:rsidRDefault="0084596B">
            <w:pPr>
              <w:pStyle w:val="TableT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58007531" w14:textId="77777777" w:rsidR="009446D0" w:rsidRPr="00EB75F0" w:rsidRDefault="0084596B">
            <w:pPr>
              <w:pStyle w:val="TableT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249CC766" w14:textId="77777777" w:rsidR="009446D0" w:rsidRPr="00EB75F0" w:rsidRDefault="0084596B">
            <w:pPr>
              <w:pStyle w:val="TableT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2D9A4B6E" w14:textId="77777777" w:rsidR="009446D0" w:rsidRPr="00EB75F0" w:rsidRDefault="0084596B">
            <w:pPr>
              <w:pStyle w:val="TableT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134C775B" w14:textId="77777777" w:rsidR="009446D0" w:rsidRPr="00EB75F0" w:rsidRDefault="0084596B">
            <w:pPr>
              <w:pStyle w:val="TableText"/>
              <w:jc w:val="center"/>
              <w:rPr>
                <w:color w:val="000000"/>
                <w:sz w:val="18"/>
              </w:rPr>
            </w:pPr>
            <w:r w:rsidRPr="00EB75F0">
              <w:rPr>
                <w:color w:val="000000"/>
                <w:sz w:val="18"/>
              </w:rPr>
              <w:t>Y</w:t>
            </w:r>
          </w:p>
        </w:tc>
      </w:tr>
      <w:tr w:rsidR="009446D0" w:rsidRPr="00EB75F0" w14:paraId="5E91C58C" w14:textId="77777777">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2AB2BCD" w14:textId="666F3810" w:rsidR="009446D0" w:rsidRPr="00EB75F0" w:rsidRDefault="0084596B">
            <w:pPr>
              <w:pStyle w:val="TableText"/>
              <w:keepNext/>
              <w:rPr>
                <w:color w:val="000000"/>
                <w:sz w:val="18"/>
              </w:rPr>
            </w:pPr>
            <w:r w:rsidRPr="00EB75F0">
              <w:rPr>
                <w:color w:val="000000"/>
                <w:sz w:val="18"/>
              </w:rPr>
              <w:t>NCT04512066</w:t>
            </w:r>
            <w:r w:rsidR="0031308D" w:rsidRPr="00EB75F0">
              <w:fldChar w:fldCharType="begin"/>
            </w:r>
            <w:r w:rsidR="00452EF4">
              <w:instrText xml:space="preserve"> ADDIN EN.CITE &lt;EndNote&gt;&lt;Cite&gt;&lt;Author&gt;NCT04512066&lt;/Author&gt;&lt;Year&gt;2023&lt;/Year&gt;&lt;RecNum&gt;107&lt;/RecNum&gt;&lt;DisplayText&gt;&lt;style face="superscript"&gt;110&lt;/style&gt;&lt;/DisplayText&gt;&lt;record&gt;&lt;rec-number&gt;107&lt;/rec-number&gt;&lt;foreign-keys&gt;&lt;key app="EN" db-id="9ttaxzax2p0tr7ewzt55atews50zvxaaa5rz" timestamp="1764068848"&gt;107&lt;/key&gt;&lt;/foreign-keys&gt;&lt;ref-type name="Journal Article"&gt;17&lt;/ref-type&gt;&lt;contributors&gt;&lt;authors&gt;&lt;author&gt;NCT04512066&lt;/author&gt;&lt;/authors&gt;&lt;/contributors&gt;&lt;titles&gt;&lt;title&gt;A Trial of the Efficacy and the Safety of RO6889450 (Ralmitaront) vs Placebo in Patients With an Acute Exacerbation of Schizophrenia or Schizoaffective Disorder&lt;/title&gt;&lt;secondary-title&gt;-&lt;/secondary-title&gt;&lt;/titles&gt;&lt;periodical&gt;&lt;full-title&gt;-&lt;/full-title&gt;&lt;/periodical&gt;&lt;pages&gt;-&lt;/pages&gt;&lt;volume&gt;-&lt;/volume&gt;&lt;dates&gt;&lt;year&gt;2023&lt;/year&gt;&lt;/dates&gt;&lt;urls&gt;&lt;/urls&gt;&lt;/record&gt;&lt;/Cite&gt;&lt;/EndNote&gt;</w:instrText>
            </w:r>
            <w:r w:rsidR="0031308D" w:rsidRPr="00EB75F0">
              <w:fldChar w:fldCharType="separate"/>
            </w:r>
            <w:r w:rsidR="00452EF4" w:rsidRPr="00452EF4">
              <w:rPr>
                <w:noProof/>
                <w:vertAlign w:val="superscript"/>
              </w:rPr>
              <w:t>110</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BC2BEB" w14:textId="77777777" w:rsidR="009446D0" w:rsidRPr="00EB75F0" w:rsidRDefault="0084596B">
            <w:pPr>
              <w:pStyle w:val="TableText"/>
              <w:keepN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EDA50C" w14:textId="77777777" w:rsidR="009446D0" w:rsidRPr="00EB75F0" w:rsidRDefault="0084596B">
            <w:pPr>
              <w:pStyle w:val="TableText"/>
              <w:keepNext/>
              <w:jc w:val="center"/>
              <w:rPr>
                <w:color w:val="000000"/>
                <w:sz w:val="18"/>
              </w:rPr>
            </w:pPr>
            <w:r w:rsidRPr="00EB75F0">
              <w:rPr>
                <w:color w:val="000000"/>
                <w:sz w:val="18"/>
              </w:rPr>
              <w:t>Y</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E18C90" w14:textId="77777777" w:rsidR="009446D0" w:rsidRPr="00EB75F0" w:rsidRDefault="0084596B">
            <w:pPr>
              <w:pStyle w:val="TableText"/>
              <w:keepNext/>
              <w:jc w:val="center"/>
              <w:rPr>
                <w:color w:val="000000"/>
                <w:sz w:val="18"/>
              </w:rPr>
            </w:pPr>
            <w:r w:rsidRPr="00EB75F0">
              <w:rPr>
                <w:color w:val="000000"/>
                <w:sz w:val="18"/>
              </w:rPr>
              <w:t>Y</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DA238F" w14:textId="77777777" w:rsidR="009446D0" w:rsidRPr="00EB75F0" w:rsidRDefault="0084596B">
            <w:pPr>
              <w:pStyle w:val="TableText"/>
              <w:keepN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932E72" w14:textId="77777777" w:rsidR="009446D0" w:rsidRPr="00EB75F0" w:rsidRDefault="0084596B">
            <w:pPr>
              <w:pStyle w:val="TableText"/>
              <w:keepNext/>
              <w:jc w:val="center"/>
              <w:rPr>
                <w:color w:val="000000"/>
                <w:sz w:val="18"/>
              </w:rPr>
            </w:pPr>
            <w:r w:rsidRPr="00EB75F0">
              <w:rPr>
                <w:color w:val="000000"/>
                <w:sz w:val="18"/>
              </w:rPr>
              <w:t>N</w:t>
            </w:r>
          </w:p>
        </w:tc>
        <w:tc>
          <w:tcPr>
            <w:tcW w:w="1620" w:type="dxa"/>
            <w:tcBorders>
              <w:top w:val="single" w:sz="4" w:space="0" w:color="000000"/>
              <w:left w:val="single" w:sz="4" w:space="0" w:color="000000"/>
              <w:bottom w:val="single" w:sz="4" w:space="0" w:color="000000"/>
              <w:right w:val="single" w:sz="4" w:space="0" w:color="000000"/>
            </w:tcBorders>
            <w:vAlign w:val="center"/>
          </w:tcPr>
          <w:p w14:paraId="56698AE1" w14:textId="77777777" w:rsidR="009446D0" w:rsidRPr="00EB75F0" w:rsidRDefault="0084596B">
            <w:pPr>
              <w:pStyle w:val="TableText"/>
              <w:keepN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vAlign w:val="center"/>
          </w:tcPr>
          <w:p w14:paraId="2A01ADCF" w14:textId="77777777" w:rsidR="009446D0" w:rsidRPr="00EB75F0" w:rsidRDefault="0084596B">
            <w:pPr>
              <w:pStyle w:val="TableText"/>
              <w:keepN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75B066" w14:textId="77777777" w:rsidR="009446D0" w:rsidRPr="00EB75F0" w:rsidRDefault="0084596B">
            <w:pPr>
              <w:pStyle w:val="TableText"/>
              <w:keepNext/>
              <w:jc w:val="center"/>
              <w:rPr>
                <w:color w:val="000000"/>
                <w:sz w:val="18"/>
              </w:rPr>
            </w:pPr>
            <w:r w:rsidRPr="00EB75F0">
              <w:rPr>
                <w:color w:val="000000"/>
                <w:sz w:val="18"/>
              </w:rPr>
              <w:t>Y</w:t>
            </w:r>
          </w:p>
        </w:tc>
        <w:tc>
          <w:tcPr>
            <w:tcW w:w="810" w:type="dxa"/>
            <w:tcBorders>
              <w:top w:val="single" w:sz="4" w:space="0" w:color="000000"/>
              <w:left w:val="single" w:sz="4" w:space="0" w:color="000000"/>
              <w:bottom w:val="single" w:sz="4" w:space="0" w:color="000000"/>
              <w:right w:val="single" w:sz="4" w:space="0" w:color="000000"/>
            </w:tcBorders>
            <w:vAlign w:val="center"/>
          </w:tcPr>
          <w:p w14:paraId="46FCF67F" w14:textId="77777777" w:rsidR="009446D0" w:rsidRPr="00EB75F0" w:rsidRDefault="0084596B">
            <w:pPr>
              <w:pStyle w:val="TableText"/>
              <w:keepNext/>
              <w:jc w:val="center"/>
              <w:rPr>
                <w:color w:val="000000"/>
                <w:sz w:val="18"/>
              </w:rPr>
            </w:pPr>
            <w:r w:rsidRPr="00EB75F0">
              <w:rPr>
                <w:color w:val="000000"/>
                <w:sz w:val="18"/>
              </w:rPr>
              <w:t>Y</w:t>
            </w:r>
          </w:p>
        </w:tc>
        <w:tc>
          <w:tcPr>
            <w:tcW w:w="1170" w:type="dxa"/>
            <w:tcBorders>
              <w:top w:val="single" w:sz="4" w:space="0" w:color="000000"/>
              <w:left w:val="single" w:sz="4" w:space="0" w:color="000000"/>
              <w:bottom w:val="single" w:sz="4" w:space="0" w:color="000000"/>
              <w:right w:val="single" w:sz="4" w:space="0" w:color="000000"/>
            </w:tcBorders>
            <w:vAlign w:val="center"/>
          </w:tcPr>
          <w:p w14:paraId="71893DE0" w14:textId="77777777" w:rsidR="009446D0" w:rsidRPr="00EB75F0" w:rsidRDefault="0084596B">
            <w:pPr>
              <w:pStyle w:val="TableText"/>
              <w:keepN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3917AF1D" w14:textId="77777777" w:rsidR="009446D0" w:rsidRPr="00EB75F0" w:rsidRDefault="0084596B">
            <w:pPr>
              <w:pStyle w:val="TableText"/>
              <w:keepNext/>
              <w:jc w:val="center"/>
              <w:rPr>
                <w:color w:val="000000"/>
                <w:sz w:val="18"/>
              </w:rPr>
            </w:pPr>
            <w:r w:rsidRPr="00EB75F0">
              <w:rPr>
                <w:color w:val="000000"/>
                <w:sz w:val="18"/>
              </w:rPr>
              <w:t>N</w:t>
            </w:r>
          </w:p>
        </w:tc>
        <w:tc>
          <w:tcPr>
            <w:tcW w:w="1425" w:type="dxa"/>
            <w:tcBorders>
              <w:top w:val="single" w:sz="4" w:space="0" w:color="000000"/>
              <w:left w:val="single" w:sz="4" w:space="0" w:color="000000"/>
              <w:bottom w:val="single" w:sz="4" w:space="0" w:color="000000"/>
              <w:right w:val="single" w:sz="4" w:space="0" w:color="000000"/>
            </w:tcBorders>
            <w:vAlign w:val="center"/>
          </w:tcPr>
          <w:p w14:paraId="5CA5C55F" w14:textId="77777777" w:rsidR="009446D0" w:rsidRPr="00EB75F0" w:rsidRDefault="0084596B">
            <w:pPr>
              <w:pStyle w:val="TableText"/>
              <w:keepNext/>
              <w:jc w:val="center"/>
              <w:rPr>
                <w:color w:val="000000"/>
                <w:sz w:val="18"/>
              </w:rPr>
            </w:pPr>
            <w:r w:rsidRPr="00EB75F0">
              <w:rPr>
                <w:color w:val="000000"/>
                <w:sz w:val="18"/>
              </w:rPr>
              <w:t>N</w:t>
            </w:r>
          </w:p>
        </w:tc>
      </w:tr>
      <w:tr w:rsidR="009446D0" w:rsidRPr="00EB75F0" w14:paraId="188F3CA2" w14:textId="77777777" w:rsidTr="001457EC">
        <w:trPr>
          <w:trHeight w:val="320"/>
        </w:trPr>
        <w:tc>
          <w:tcPr>
            <w:tcW w:w="181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9546540" w14:textId="468FA74F" w:rsidR="009446D0" w:rsidRPr="00EB75F0" w:rsidRDefault="0084596B">
            <w:pPr>
              <w:pStyle w:val="TableText"/>
              <w:keepNext/>
              <w:rPr>
                <w:color w:val="000000"/>
                <w:sz w:val="18"/>
              </w:rPr>
            </w:pPr>
            <w:r w:rsidRPr="00EB75F0">
              <w:rPr>
                <w:color w:val="000000"/>
                <w:sz w:val="18"/>
              </w:rPr>
              <w:t>Canuso 2009</w:t>
            </w:r>
            <w:r w:rsidR="0031308D" w:rsidRPr="00EB75F0">
              <w:fldChar w:fldCharType="begin"/>
            </w:r>
            <w:r w:rsidR="00452EF4">
              <w:instrText xml:space="preserve"> ADDIN EN.CITE &lt;EndNote&gt;&lt;Cite&gt;&lt;Author&gt;Canuso&lt;/Author&gt;&lt;Year&gt;2009&lt;/Year&gt;&lt;RecNum&gt;109&lt;/RecNum&gt;&lt;DisplayText&gt;&lt;style face="superscript"&gt;112&lt;/style&gt;&lt;/DisplayText&gt;&lt;record&gt;&lt;rec-number&gt;109&lt;/rec-number&gt;&lt;foreign-keys&gt;&lt;key app="EN" db-id="9ttaxzax2p0tr7ewzt55atews50zvxaaa5rz" timestamp="1764068849"&gt;109&lt;/key&gt;&lt;/foreign-keys&gt;&lt;ref-type name="Journal Article"&gt;17&lt;/ref-type&gt;&lt;contributors&gt;&lt;authors&gt;&lt;author&gt;Canuso, Carla M&lt;/author&gt;&lt;author&gt;Dirks, Bryan&lt;/author&gt;&lt;author&gt;Carothers, Jennifer&lt;/author&gt;&lt;author&gt;Kosik-Gonzalez, Colette&lt;/author&gt;&lt;author&gt;Bossie, Cynthia A&lt;/author&gt;&lt;author&gt;Zhu, Young&lt;/author&gt;&lt;author&gt;Damaraju, CV&lt;/author&gt;&lt;author&gt;Kalali, Amir H&lt;/author&gt;&lt;author&gt;Mahmoud, Ramy&lt;/author&gt;&lt;/authors&gt;&lt;/contributors&gt;&lt;titles&gt;&lt;title&gt;Randomized, double-blind, placebo-controlled study of paliperidone extended-release and quetiapine in inpatients with recently exacerbated schizophrenia&lt;/title&gt;&lt;secondary-title&gt;American Journal of Psychiatry&lt;/secondary-title&gt;&lt;/titles&gt;&lt;periodical&gt;&lt;full-title&gt;American Journal of Psychiatry&lt;/full-title&gt;&lt;/periodical&gt;&lt;pages&gt;691-701&lt;/pages&gt;&lt;volume&gt;166&lt;/volume&gt;&lt;number&gt;6&lt;/number&gt;&lt;dates&gt;&lt;year&gt;2009&lt;/year&gt;&lt;/dates&gt;&lt;isbn&gt;0002-953X&lt;/isbn&gt;&lt;urls&gt;&lt;/urls&gt;&lt;/record&gt;&lt;/Cite&gt;&lt;/EndNote&gt;</w:instrText>
            </w:r>
            <w:r w:rsidR="0031308D" w:rsidRPr="00EB75F0">
              <w:fldChar w:fldCharType="separate"/>
            </w:r>
            <w:r w:rsidR="00452EF4" w:rsidRPr="00452EF4">
              <w:rPr>
                <w:noProof/>
                <w:vertAlign w:val="superscript"/>
              </w:rPr>
              <w:t>112</w:t>
            </w:r>
            <w:r w:rsidR="0031308D" w:rsidRPr="00EB75F0">
              <w:fldChar w:fldCharType="end"/>
            </w:r>
          </w:p>
        </w:tc>
        <w:tc>
          <w:tcPr>
            <w:tcW w:w="877"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55BD1679" w14:textId="77777777" w:rsidR="009446D0" w:rsidRPr="00EB75F0" w:rsidRDefault="0084596B">
            <w:pPr>
              <w:pStyle w:val="TableText"/>
              <w:keepNext/>
              <w:jc w:val="center"/>
              <w:rPr>
                <w:color w:val="000000"/>
                <w:sz w:val="18"/>
              </w:rPr>
            </w:pPr>
            <w:r w:rsidRPr="00EB75F0">
              <w:rPr>
                <w:color w:val="000000"/>
                <w:sz w:val="18"/>
              </w:rPr>
              <w:t>Y</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141212" w14:textId="77777777" w:rsidR="009446D0" w:rsidRPr="00EB75F0" w:rsidRDefault="0084596B">
            <w:pPr>
              <w:pStyle w:val="TableText"/>
              <w:keepNext/>
              <w:jc w:val="center"/>
              <w:rPr>
                <w:color w:val="000000"/>
                <w:sz w:val="18"/>
              </w:rPr>
            </w:pPr>
            <w:r w:rsidRPr="00EB75F0">
              <w:rPr>
                <w:color w:val="000000"/>
                <w:sz w:val="18"/>
              </w:rPr>
              <w:t>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62EE1" w14:textId="77777777" w:rsidR="009446D0" w:rsidRPr="00EB75F0" w:rsidRDefault="0084596B">
            <w:pPr>
              <w:pStyle w:val="TableText"/>
              <w:keepNext/>
              <w:jc w:val="center"/>
              <w:rPr>
                <w:color w:val="000000"/>
                <w:sz w:val="18"/>
              </w:rPr>
            </w:pPr>
            <w:r w:rsidRPr="00EB75F0">
              <w:rPr>
                <w:color w:val="000000"/>
                <w:sz w:val="18"/>
              </w:rPr>
              <w:t>N</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414E9E" w14:textId="77777777" w:rsidR="009446D0" w:rsidRPr="00EB75F0" w:rsidRDefault="0084596B">
            <w:pPr>
              <w:pStyle w:val="TableText"/>
              <w:keepNext/>
              <w:jc w:val="center"/>
              <w:rPr>
                <w:color w:val="000000"/>
                <w:sz w:val="18"/>
              </w:rPr>
            </w:pPr>
            <w:r w:rsidRPr="00EB75F0">
              <w:rPr>
                <w:color w:val="000000"/>
                <w:sz w:val="18"/>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2B71FE48" w14:textId="77777777" w:rsidR="009446D0" w:rsidRPr="00EB75F0" w:rsidRDefault="0084596B">
            <w:pPr>
              <w:pStyle w:val="TableText"/>
              <w:keepNext/>
              <w:jc w:val="center"/>
              <w:rPr>
                <w:color w:val="000000"/>
                <w:sz w:val="18"/>
              </w:rPr>
            </w:pPr>
            <w:r w:rsidRPr="00EB75F0">
              <w:rPr>
                <w:color w:val="000000"/>
                <w:sz w:val="18"/>
              </w:rPr>
              <w:t>Y</w:t>
            </w:r>
          </w:p>
        </w:tc>
        <w:tc>
          <w:tcPr>
            <w:tcW w:w="162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4F34E5CC" w14:textId="77777777" w:rsidR="009446D0" w:rsidRPr="00EB75F0" w:rsidRDefault="0084596B">
            <w:pPr>
              <w:pStyle w:val="TableText"/>
              <w:keepNext/>
              <w:jc w:val="center"/>
              <w:rPr>
                <w:color w:val="000000"/>
                <w:sz w:val="18"/>
              </w:rPr>
            </w:pPr>
            <w:r w:rsidRPr="00EB75F0">
              <w:rPr>
                <w:color w:val="000000"/>
                <w:sz w:val="18"/>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3B60B48D" w14:textId="77777777" w:rsidR="009446D0" w:rsidRPr="00EB75F0" w:rsidRDefault="0084596B">
            <w:pPr>
              <w:pStyle w:val="TableText"/>
              <w:keepN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B5F37" w14:textId="77777777" w:rsidR="009446D0" w:rsidRPr="00EB75F0" w:rsidRDefault="0084596B">
            <w:pPr>
              <w:pStyle w:val="TableText"/>
              <w:keepNext/>
              <w:jc w:val="center"/>
              <w:rPr>
                <w:color w:val="000000"/>
                <w:sz w:val="18"/>
              </w:rPr>
            </w:pPr>
            <w:r w:rsidRPr="00EB75F0">
              <w:rPr>
                <w:color w:val="000000"/>
                <w:sz w:val="18"/>
              </w:rPr>
              <w:t>N</w:t>
            </w:r>
          </w:p>
        </w:tc>
        <w:tc>
          <w:tcPr>
            <w:tcW w:w="810" w:type="dxa"/>
            <w:tcBorders>
              <w:top w:val="single" w:sz="4" w:space="0" w:color="000000"/>
              <w:left w:val="single" w:sz="4" w:space="0" w:color="000000"/>
              <w:bottom w:val="single" w:sz="4" w:space="0" w:color="000000"/>
              <w:right w:val="single" w:sz="4" w:space="0" w:color="000000"/>
            </w:tcBorders>
            <w:vAlign w:val="center"/>
          </w:tcPr>
          <w:p w14:paraId="51807A3A" w14:textId="77777777" w:rsidR="009446D0" w:rsidRPr="00EB75F0" w:rsidRDefault="0084596B">
            <w:pPr>
              <w:pStyle w:val="TableText"/>
              <w:keepNext/>
              <w:jc w:val="center"/>
              <w:rPr>
                <w:color w:val="000000"/>
                <w:sz w:val="18"/>
              </w:rPr>
            </w:pPr>
            <w:r w:rsidRPr="00EB75F0">
              <w:rPr>
                <w:color w:val="000000"/>
                <w:sz w:val="18"/>
              </w:rPr>
              <w:t>N</w:t>
            </w:r>
          </w:p>
        </w:tc>
        <w:tc>
          <w:tcPr>
            <w:tcW w:w="1170" w:type="dxa"/>
            <w:tcBorders>
              <w:top w:val="single" w:sz="4" w:space="0" w:color="000000"/>
              <w:left w:val="single" w:sz="4" w:space="0" w:color="000000"/>
              <w:bottom w:val="single" w:sz="4" w:space="0" w:color="000000"/>
              <w:right w:val="single" w:sz="4" w:space="0" w:color="000000"/>
            </w:tcBorders>
            <w:vAlign w:val="center"/>
          </w:tcPr>
          <w:p w14:paraId="48DDD438" w14:textId="77777777" w:rsidR="009446D0" w:rsidRPr="00EB75F0" w:rsidRDefault="0084596B">
            <w:pPr>
              <w:pStyle w:val="TableText"/>
              <w:keepNext/>
              <w:jc w:val="center"/>
              <w:rPr>
                <w:color w:val="000000"/>
                <w:sz w:val="18"/>
              </w:rPr>
            </w:pPr>
            <w:r w:rsidRPr="00EB75F0">
              <w:rPr>
                <w:color w:val="000000"/>
                <w:sz w:val="18"/>
              </w:rPr>
              <w:t>N</w:t>
            </w:r>
          </w:p>
        </w:tc>
        <w:tc>
          <w:tcPr>
            <w:tcW w:w="1260"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01233753" w14:textId="77777777" w:rsidR="009446D0" w:rsidRPr="00EB75F0" w:rsidRDefault="0084596B">
            <w:pPr>
              <w:pStyle w:val="TableText"/>
              <w:keepNext/>
              <w:jc w:val="center"/>
              <w:rPr>
                <w:color w:val="000000"/>
                <w:sz w:val="18"/>
              </w:rPr>
            </w:pPr>
            <w:r w:rsidRPr="00EB75F0">
              <w:rPr>
                <w:color w:val="000000"/>
                <w:sz w:val="18"/>
              </w:rPr>
              <w:t>Y</w:t>
            </w:r>
          </w:p>
        </w:tc>
        <w:tc>
          <w:tcPr>
            <w:tcW w:w="1425" w:type="dxa"/>
            <w:tcBorders>
              <w:top w:val="single" w:sz="4" w:space="0" w:color="000000"/>
              <w:left w:val="single" w:sz="4" w:space="0" w:color="000000"/>
              <w:bottom w:val="single" w:sz="4" w:space="0" w:color="000000"/>
              <w:right w:val="single" w:sz="4" w:space="0" w:color="000000"/>
            </w:tcBorders>
            <w:shd w:val="clear" w:color="auto" w:fill="FFDBE0"/>
            <w:vAlign w:val="center"/>
          </w:tcPr>
          <w:p w14:paraId="3F0E0980" w14:textId="77777777" w:rsidR="009446D0" w:rsidRPr="00EB75F0" w:rsidRDefault="0084596B">
            <w:pPr>
              <w:pStyle w:val="TableText"/>
              <w:keepNext/>
              <w:jc w:val="center"/>
              <w:rPr>
                <w:color w:val="000000"/>
                <w:sz w:val="18"/>
              </w:rPr>
            </w:pPr>
            <w:r w:rsidRPr="00EB75F0">
              <w:rPr>
                <w:color w:val="000000"/>
                <w:sz w:val="18"/>
              </w:rPr>
              <w:t>Y</w:t>
            </w:r>
          </w:p>
        </w:tc>
      </w:tr>
      <w:tr w:rsidR="009446D0" w:rsidRPr="00EB75F0" w14:paraId="6400E1DE" w14:textId="77777777">
        <w:trPr>
          <w:trHeight w:val="320"/>
        </w:trPr>
        <w:tc>
          <w:tcPr>
            <w:tcW w:w="14560" w:type="dxa"/>
            <w:gridSpan w:val="13"/>
            <w:tcBorders>
              <w:top w:val="single" w:sz="4" w:space="0" w:color="000000"/>
              <w:left w:val="single" w:sz="4" w:space="0" w:color="000000"/>
              <w:bottom w:val="single" w:sz="4" w:space="0" w:color="000000"/>
              <w:right w:val="single" w:sz="4" w:space="0" w:color="000000"/>
            </w:tcBorders>
            <w:shd w:val="clear" w:color="auto" w:fill="FFFFFF"/>
            <w:vAlign w:val="bottom"/>
          </w:tcPr>
          <w:p w14:paraId="4A15DC95" w14:textId="77777777" w:rsidR="009446D0" w:rsidRPr="00EB75F0" w:rsidRDefault="0084596B">
            <w:pPr>
              <w:pStyle w:val="Legend"/>
              <w:rPr>
                <w:color w:val="000000"/>
              </w:rPr>
            </w:pPr>
            <w:r w:rsidRPr="00EB75F0">
              <w:rPr>
                <w:b/>
                <w:color w:val="000000"/>
              </w:rPr>
              <w:t>Key:</w:t>
            </w:r>
            <w:r w:rsidRPr="00EB75F0">
              <w:rPr>
                <w:color w:val="000000"/>
              </w:rPr>
              <w:t xml:space="preserve">  AE, adverse event; CFB, change from baseline; CGI-S, the Clinical Global Impressions Scale; PANSS, Positive and Negative Syndrome Scale</w:t>
            </w:r>
          </w:p>
          <w:p w14:paraId="43BC0FC7" w14:textId="77777777" w:rsidR="009446D0" w:rsidRPr="00EB75F0" w:rsidRDefault="0084596B">
            <w:pPr>
              <w:pStyle w:val="Legend"/>
              <w:rPr>
                <w:color w:val="202122"/>
              </w:rPr>
            </w:pPr>
            <w:r w:rsidRPr="00EB75F0">
              <w:rPr>
                <w:b/>
              </w:rPr>
              <w:t xml:space="preserve">Notes: </w:t>
            </w:r>
            <w:r w:rsidRPr="00EB75F0">
              <w:rPr>
                <w:color w:val="000000"/>
              </w:rPr>
              <w:t xml:space="preserve">Y data reported; N no data reported; Red highlighted cells indicate where data is only reported for timepoints outside weeks 4 to 6. </w:t>
            </w:r>
            <w:r w:rsidRPr="00EB75F0">
              <w:rPr>
                <w:color w:val="202122"/>
                <w:shd w:val="clear" w:color="auto" w:fill="F8F9FA"/>
              </w:rPr>
              <w:t xml:space="preserve"> </w:t>
            </w:r>
          </w:p>
          <w:p w14:paraId="20B6225B" w14:textId="17199241" w:rsidR="009446D0" w:rsidRPr="00EB75F0" w:rsidRDefault="0084596B">
            <w:pPr>
              <w:pStyle w:val="Legend"/>
              <w:rPr>
                <w:color w:val="000000"/>
              </w:rPr>
            </w:pPr>
            <w:r w:rsidRPr="00EB75F0">
              <w:t>This table contains data for studies not excluded in</w:t>
            </w:r>
            <w:r w:rsidR="00B85C53" w:rsidRPr="00EB75F0">
              <w:t xml:space="preserve"> </w:t>
            </w:r>
            <w:r w:rsidR="00B85C53" w:rsidRPr="00EB75F0">
              <w:fldChar w:fldCharType="begin"/>
            </w:r>
            <w:r w:rsidR="00B85C53" w:rsidRPr="00EB75F0">
              <w:instrText xml:space="preserve"> REF _Ref214017657 \n \h </w:instrText>
            </w:r>
            <w:r w:rsidR="00B85C53" w:rsidRPr="00EB75F0">
              <w:fldChar w:fldCharType="separate"/>
            </w:r>
            <w:r w:rsidR="004B2F28">
              <w:t>Appendix 3</w:t>
            </w:r>
            <w:r w:rsidR="00B85C53" w:rsidRPr="00EB75F0">
              <w:fldChar w:fldCharType="end"/>
            </w:r>
            <w:r w:rsidR="00B85C53" w:rsidRPr="00EB75F0">
              <w:t xml:space="preserve"> and </w:t>
            </w:r>
            <w:r w:rsidR="00B85C53" w:rsidRPr="00EB75F0">
              <w:fldChar w:fldCharType="begin"/>
            </w:r>
            <w:r w:rsidR="00B85C53" w:rsidRPr="00EB75F0">
              <w:instrText xml:space="preserve"> REF _Ref214017662 \n \h </w:instrText>
            </w:r>
            <w:r w:rsidR="00B85C53" w:rsidRPr="00EB75F0">
              <w:fldChar w:fldCharType="separate"/>
            </w:r>
            <w:r w:rsidR="004B2F28">
              <w:t>Appendix 4</w:t>
            </w:r>
            <w:r w:rsidR="00B85C53" w:rsidRPr="00EB75F0">
              <w:fldChar w:fldCharType="end"/>
            </w:r>
            <w:r w:rsidRPr="00EB75F0">
              <w:rPr>
                <w:color w:val="000000"/>
              </w:rPr>
              <w:t>.</w:t>
            </w:r>
          </w:p>
          <w:p w14:paraId="0650C777" w14:textId="77777777" w:rsidR="009446D0" w:rsidRPr="00EB75F0" w:rsidRDefault="0084596B">
            <w:pPr>
              <w:pStyle w:val="Legend"/>
              <w:rPr>
                <w:b/>
                <w:color w:val="000000"/>
              </w:rPr>
            </w:pPr>
            <w:r w:rsidRPr="00EB75F0">
              <w:t>Lieberman 2016 did not report separate results for sedation or somnolence incidence, but only the composite somnolence/sedation incidence at week 4.</w:t>
            </w:r>
          </w:p>
        </w:tc>
      </w:tr>
    </w:tbl>
    <w:p w14:paraId="10E5DFFD" w14:textId="77777777" w:rsidR="009446D0" w:rsidRPr="00EB75F0" w:rsidRDefault="009446D0">
      <w:pPr>
        <w:sectPr w:rsidR="009446D0" w:rsidRPr="00EB75F0">
          <w:pgSz w:w="16838" w:h="11906" w:orient="landscape"/>
          <w:pgMar w:top="1134" w:right="1134" w:bottom="1134" w:left="1134" w:header="567" w:footer="567" w:gutter="0"/>
          <w:cols w:space="708"/>
          <w:docGrid w:linePitch="360"/>
        </w:sectPr>
      </w:pPr>
    </w:p>
    <w:p w14:paraId="5461DA41" w14:textId="77777777" w:rsidR="008001D3" w:rsidRPr="009A27D2" w:rsidRDefault="008001D3" w:rsidP="008001D3">
      <w:pPr>
        <w:pStyle w:val="Heading1"/>
        <w:numPr>
          <w:ilvl w:val="0"/>
          <w:numId w:val="17"/>
        </w:numPr>
        <w:ind w:left="0" w:firstLine="0"/>
        <w:rPr>
          <w:b/>
          <w:sz w:val="24"/>
        </w:rPr>
      </w:pPr>
      <w:bookmarkStart w:id="65" w:name="_Ref14637597"/>
      <w:bookmarkStart w:id="66" w:name="_Ref14542752"/>
      <w:r w:rsidRPr="009A27D2">
        <w:rPr>
          <w:b/>
          <w:sz w:val="24"/>
        </w:rPr>
        <w:lastRenderedPageBreak/>
        <w:t>Reasons for study exclusion during network meta-analysis feasibility assessment</w:t>
      </w:r>
      <w:bookmarkEnd w:id="65"/>
      <w:bookmarkEnd w:id="66"/>
    </w:p>
    <w:p w14:paraId="48FECF4C" w14:textId="6295AF64" w:rsidR="008001D3" w:rsidRPr="009A27D2" w:rsidRDefault="008001D3" w:rsidP="008001D3">
      <w:pPr>
        <w:rPr>
          <w:color w:val="auto"/>
          <w:szCs w:val="22"/>
        </w:rPr>
      </w:pPr>
      <w:r w:rsidRPr="009A27D2">
        <w:rPr>
          <w:color w:val="auto"/>
          <w:szCs w:val="22"/>
        </w:rPr>
        <w:fldChar w:fldCharType="begin"/>
      </w:r>
      <w:r w:rsidRPr="009A27D2">
        <w:rPr>
          <w:color w:val="auto"/>
          <w:szCs w:val="22"/>
        </w:rPr>
        <w:instrText xml:space="preserve">REF _Ref14406485 \h \* MERGEFORMAT </w:instrText>
      </w:r>
      <w:r w:rsidRPr="009A27D2">
        <w:rPr>
          <w:color w:val="auto"/>
          <w:szCs w:val="22"/>
        </w:rPr>
      </w:r>
      <w:r w:rsidRPr="009A27D2">
        <w:rPr>
          <w:color w:val="auto"/>
          <w:szCs w:val="22"/>
        </w:rPr>
        <w:fldChar w:fldCharType="separate"/>
      </w:r>
      <w:r w:rsidR="004B2F28" w:rsidRPr="004B2F28">
        <w:rPr>
          <w:color w:val="auto"/>
          <w:szCs w:val="22"/>
        </w:rPr>
        <w:t>Table S6</w:t>
      </w:r>
      <w:r w:rsidR="004B2F28" w:rsidRPr="004B2F28">
        <w:rPr>
          <w:color w:val="auto"/>
          <w:szCs w:val="22"/>
        </w:rPr>
        <w:noBreakHyphen/>
        <w:t>1</w:t>
      </w:r>
      <w:r w:rsidRPr="009A27D2">
        <w:rPr>
          <w:color w:val="auto"/>
          <w:szCs w:val="22"/>
        </w:rPr>
        <w:fldChar w:fldCharType="end"/>
      </w:r>
      <w:r w:rsidRPr="009A27D2">
        <w:rPr>
          <w:color w:val="auto"/>
          <w:szCs w:val="22"/>
        </w:rPr>
        <w:t xml:space="preserve"> summarizes the reasons for excluding each of the </w:t>
      </w:r>
      <w:r w:rsidR="00FD6F40" w:rsidRPr="009A27D2">
        <w:rPr>
          <w:color w:val="auto"/>
          <w:szCs w:val="22"/>
        </w:rPr>
        <w:t>62</w:t>
      </w:r>
      <w:r w:rsidRPr="009A27D2">
        <w:rPr>
          <w:color w:val="auto"/>
          <w:szCs w:val="22"/>
        </w:rPr>
        <w:t xml:space="preserve"> of the 111 studies included in the NMA feasibility assessment. These exclusions were based on the NMA feasibility assessment detailed in </w:t>
      </w:r>
      <w:r w:rsidR="00A4312E" w:rsidRPr="009A27D2">
        <w:rPr>
          <w:color w:val="auto"/>
          <w:szCs w:val="22"/>
        </w:rPr>
        <w:fldChar w:fldCharType="begin"/>
      </w:r>
      <w:r w:rsidR="00A4312E" w:rsidRPr="009A27D2">
        <w:rPr>
          <w:color w:val="auto"/>
          <w:szCs w:val="22"/>
        </w:rPr>
        <w:instrText xml:space="preserve"> REF _Ref214017657 \w \h </w:instrText>
      </w:r>
      <w:r w:rsidR="00A4312E" w:rsidRPr="009A27D2">
        <w:rPr>
          <w:color w:val="auto"/>
          <w:szCs w:val="22"/>
        </w:rPr>
      </w:r>
      <w:r w:rsidR="00A4312E" w:rsidRPr="009A27D2">
        <w:rPr>
          <w:color w:val="auto"/>
          <w:szCs w:val="22"/>
        </w:rPr>
        <w:fldChar w:fldCharType="separate"/>
      </w:r>
      <w:r w:rsidR="004B2F28">
        <w:rPr>
          <w:color w:val="auto"/>
          <w:szCs w:val="22"/>
        </w:rPr>
        <w:t>Appendix 3</w:t>
      </w:r>
      <w:r w:rsidR="00A4312E" w:rsidRPr="009A27D2">
        <w:rPr>
          <w:color w:val="auto"/>
          <w:szCs w:val="22"/>
        </w:rPr>
        <w:fldChar w:fldCharType="end"/>
      </w:r>
      <w:r w:rsidR="00A4312E" w:rsidRPr="009A27D2">
        <w:rPr>
          <w:color w:val="auto"/>
          <w:szCs w:val="22"/>
        </w:rPr>
        <w:t xml:space="preserve">, </w:t>
      </w:r>
      <w:r w:rsidR="00A4312E" w:rsidRPr="009A27D2">
        <w:rPr>
          <w:color w:val="auto"/>
          <w:szCs w:val="22"/>
        </w:rPr>
        <w:fldChar w:fldCharType="begin"/>
      </w:r>
      <w:r w:rsidR="00A4312E" w:rsidRPr="009A27D2">
        <w:rPr>
          <w:color w:val="auto"/>
          <w:szCs w:val="22"/>
        </w:rPr>
        <w:instrText xml:space="preserve"> REF _Ref214017662 \w \h </w:instrText>
      </w:r>
      <w:r w:rsidR="00A4312E" w:rsidRPr="009A27D2">
        <w:rPr>
          <w:color w:val="auto"/>
          <w:szCs w:val="22"/>
        </w:rPr>
      </w:r>
      <w:r w:rsidR="00A4312E" w:rsidRPr="009A27D2">
        <w:rPr>
          <w:color w:val="auto"/>
          <w:szCs w:val="22"/>
        </w:rPr>
        <w:fldChar w:fldCharType="separate"/>
      </w:r>
      <w:r w:rsidR="004B2F28">
        <w:rPr>
          <w:color w:val="auto"/>
          <w:szCs w:val="22"/>
        </w:rPr>
        <w:t>Appendix 4</w:t>
      </w:r>
      <w:r w:rsidR="00A4312E" w:rsidRPr="009A27D2">
        <w:rPr>
          <w:color w:val="auto"/>
          <w:szCs w:val="22"/>
        </w:rPr>
        <w:fldChar w:fldCharType="end"/>
      </w:r>
      <w:r w:rsidR="00A4312E" w:rsidRPr="009A27D2">
        <w:rPr>
          <w:color w:val="auto"/>
          <w:szCs w:val="22"/>
        </w:rPr>
        <w:t xml:space="preserve">, and </w:t>
      </w:r>
      <w:r w:rsidR="00A4312E" w:rsidRPr="009A27D2">
        <w:rPr>
          <w:color w:val="auto"/>
          <w:szCs w:val="22"/>
        </w:rPr>
        <w:fldChar w:fldCharType="begin"/>
      </w:r>
      <w:r w:rsidR="00A4312E" w:rsidRPr="009A27D2">
        <w:rPr>
          <w:color w:val="auto"/>
          <w:szCs w:val="22"/>
        </w:rPr>
        <w:instrText xml:space="preserve"> REF _Ref14219266 \w \h </w:instrText>
      </w:r>
      <w:r w:rsidR="00A4312E" w:rsidRPr="009A27D2">
        <w:rPr>
          <w:color w:val="auto"/>
          <w:szCs w:val="22"/>
        </w:rPr>
      </w:r>
      <w:r w:rsidR="00A4312E" w:rsidRPr="009A27D2">
        <w:rPr>
          <w:color w:val="auto"/>
          <w:szCs w:val="22"/>
        </w:rPr>
        <w:fldChar w:fldCharType="separate"/>
      </w:r>
      <w:r w:rsidR="004B2F28">
        <w:rPr>
          <w:color w:val="auto"/>
          <w:szCs w:val="22"/>
        </w:rPr>
        <w:t>Appendix 5</w:t>
      </w:r>
      <w:r w:rsidR="00A4312E" w:rsidRPr="009A27D2">
        <w:rPr>
          <w:color w:val="auto"/>
          <w:szCs w:val="22"/>
        </w:rPr>
        <w:fldChar w:fldCharType="end"/>
      </w:r>
      <w:r w:rsidRPr="009A27D2">
        <w:rPr>
          <w:color w:val="auto"/>
          <w:szCs w:val="22"/>
        </w:rPr>
        <w:t xml:space="preserve">. Some studies appear multiple times in </w:t>
      </w:r>
      <w:r w:rsidRPr="009A27D2">
        <w:rPr>
          <w:color w:val="auto"/>
          <w:szCs w:val="22"/>
        </w:rPr>
        <w:fldChar w:fldCharType="begin"/>
      </w:r>
      <w:r w:rsidRPr="009A27D2">
        <w:rPr>
          <w:color w:val="auto"/>
          <w:szCs w:val="22"/>
        </w:rPr>
        <w:instrText xml:space="preserve">REF _Ref14890034 \h \* MERGEFORMAT </w:instrText>
      </w:r>
      <w:r w:rsidRPr="009A27D2">
        <w:rPr>
          <w:color w:val="auto"/>
          <w:szCs w:val="22"/>
        </w:rPr>
      </w:r>
      <w:r w:rsidRPr="009A27D2">
        <w:rPr>
          <w:color w:val="auto"/>
          <w:szCs w:val="22"/>
        </w:rPr>
        <w:fldChar w:fldCharType="separate"/>
      </w:r>
      <w:r w:rsidR="004B2F28" w:rsidRPr="004B2F28">
        <w:rPr>
          <w:color w:val="auto"/>
          <w:szCs w:val="22"/>
        </w:rPr>
        <w:t>Table S6</w:t>
      </w:r>
      <w:r w:rsidR="004B2F28" w:rsidRPr="004B2F28">
        <w:rPr>
          <w:color w:val="auto"/>
          <w:szCs w:val="22"/>
        </w:rPr>
        <w:noBreakHyphen/>
        <w:t>1</w:t>
      </w:r>
      <w:r w:rsidRPr="009A27D2">
        <w:rPr>
          <w:color w:val="auto"/>
          <w:szCs w:val="22"/>
        </w:rPr>
        <w:fldChar w:fldCharType="end"/>
      </w:r>
      <w:r w:rsidRPr="009A27D2">
        <w:rPr>
          <w:color w:val="auto"/>
          <w:szCs w:val="22"/>
        </w:rPr>
        <w:t xml:space="preserve"> because they were excluded for more than one reason during the feasibility assessment, the primary reason for exclusion is listed in Figure 1</w:t>
      </w:r>
      <w:r w:rsidR="00B85C53" w:rsidRPr="009A27D2">
        <w:rPr>
          <w:color w:val="auto"/>
          <w:szCs w:val="22"/>
        </w:rPr>
        <w:t xml:space="preserve"> of the manuscript</w:t>
      </w:r>
      <w:r w:rsidRPr="009A27D2">
        <w:rPr>
          <w:color w:val="auto"/>
          <w:szCs w:val="22"/>
        </w:rPr>
        <w:t xml:space="preserve">. </w:t>
      </w:r>
    </w:p>
    <w:p w14:paraId="72636EB9" w14:textId="625B66BB" w:rsidR="008001D3" w:rsidRPr="00541089" w:rsidRDefault="008001D3" w:rsidP="008001D3">
      <w:pPr>
        <w:pStyle w:val="Heading2"/>
        <w:rPr>
          <w:color w:val="1E1E1E"/>
        </w:rPr>
      </w:pPr>
      <w:bookmarkStart w:id="67" w:name="_Ref14890034"/>
      <w:bookmarkStart w:id="68" w:name="_Ref14406485"/>
      <w:r w:rsidRPr="00541089">
        <w:rPr>
          <w:color w:val="1E1E1E"/>
        </w:rPr>
        <w:t>Table S</w:t>
      </w:r>
      <w:r w:rsidRPr="00541089">
        <w:rPr>
          <w:color w:val="1E1E1E"/>
        </w:rPr>
        <w:fldChar w:fldCharType="begin"/>
      </w:r>
      <w:r w:rsidRPr="00541089">
        <w:rPr>
          <w:color w:val="1E1E1E"/>
        </w:rPr>
        <w:instrText xml:space="preserve"> STYLEREF 1 \s </w:instrText>
      </w:r>
      <w:r w:rsidRPr="00541089">
        <w:rPr>
          <w:color w:val="1E1E1E"/>
        </w:rPr>
        <w:fldChar w:fldCharType="separate"/>
      </w:r>
      <w:r w:rsidR="004B2F28">
        <w:rPr>
          <w:noProof/>
          <w:color w:val="1E1E1E"/>
        </w:rPr>
        <w:t>6</w:t>
      </w:r>
      <w:r w:rsidRPr="00541089">
        <w:rPr>
          <w:color w:val="1E1E1E"/>
        </w:rPr>
        <w:fldChar w:fldCharType="end"/>
      </w:r>
      <w:r w:rsidRPr="00541089">
        <w:rPr>
          <w:color w:val="1E1E1E"/>
        </w:rPr>
        <w:noBreakHyphen/>
      </w:r>
      <w:r w:rsidRPr="00541089">
        <w:rPr>
          <w:color w:val="1E1E1E"/>
        </w:rPr>
        <w:fldChar w:fldCharType="begin"/>
      </w:r>
      <w:r w:rsidRPr="00541089">
        <w:rPr>
          <w:color w:val="1E1E1E"/>
        </w:rPr>
        <w:instrText xml:space="preserve"> SEQ Table \* ARABIC \s 1 </w:instrText>
      </w:r>
      <w:r w:rsidRPr="00541089">
        <w:rPr>
          <w:color w:val="1E1E1E"/>
        </w:rPr>
        <w:fldChar w:fldCharType="separate"/>
      </w:r>
      <w:r w:rsidR="004B2F28">
        <w:rPr>
          <w:noProof/>
          <w:color w:val="1E1E1E"/>
        </w:rPr>
        <w:t>1</w:t>
      </w:r>
      <w:r w:rsidRPr="00541089">
        <w:rPr>
          <w:color w:val="1E1E1E"/>
        </w:rPr>
        <w:fldChar w:fldCharType="end"/>
      </w:r>
      <w:bookmarkEnd w:id="67"/>
      <w:bookmarkEnd w:id="68"/>
      <w:r w:rsidRPr="00541089">
        <w:rPr>
          <w:color w:val="1E1E1E"/>
        </w:rPr>
        <w:t>: Reasons for study exclusion during feasibility assessment</w:t>
      </w:r>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CellMar>
          <w:left w:w="28" w:type="dxa"/>
          <w:right w:w="28" w:type="dxa"/>
        </w:tblCellMar>
        <w:tblLook w:val="04A0" w:firstRow="1" w:lastRow="0" w:firstColumn="1" w:lastColumn="0" w:noHBand="0" w:noVBand="1"/>
      </w:tblPr>
      <w:tblGrid>
        <w:gridCol w:w="3823"/>
        <w:gridCol w:w="3402"/>
        <w:gridCol w:w="2403"/>
      </w:tblGrid>
      <w:tr w:rsidR="008001D3" w:rsidRPr="00EB75F0" w14:paraId="6B7751DB" w14:textId="77777777" w:rsidTr="00C32B29">
        <w:trPr>
          <w:tblHeader/>
        </w:trPr>
        <w:tc>
          <w:tcPr>
            <w:tcW w:w="3823" w:type="dxa"/>
            <w:tcBorders>
              <w:top w:val="single" w:sz="4" w:space="0" w:color="000000"/>
              <w:left w:val="single" w:sz="4" w:space="0" w:color="000000"/>
              <w:bottom w:val="single" w:sz="4" w:space="0" w:color="000000"/>
              <w:right w:val="single" w:sz="4" w:space="0" w:color="000000"/>
            </w:tcBorders>
            <w:shd w:val="clear" w:color="auto" w:fill="001B2B"/>
          </w:tcPr>
          <w:p w14:paraId="6B9BA06C" w14:textId="77777777" w:rsidR="008001D3" w:rsidRPr="00EB75F0" w:rsidRDefault="008001D3" w:rsidP="00C32B29">
            <w:pPr>
              <w:tabs>
                <w:tab w:val="left" w:pos="0"/>
              </w:tabs>
              <w:spacing w:before="60" w:after="60" w:line="240" w:lineRule="auto"/>
              <w:rPr>
                <w:color w:val="FFFFFF" w:themeColor="background1"/>
                <w:sz w:val="20"/>
              </w:rPr>
            </w:pPr>
            <w:r w:rsidRPr="00EB75F0">
              <w:rPr>
                <w:b/>
                <w:color w:val="FFFFFF" w:themeColor="background1"/>
                <w:sz w:val="20"/>
              </w:rPr>
              <w:t xml:space="preserve">Reason for study exclusion </w:t>
            </w:r>
          </w:p>
        </w:tc>
        <w:tc>
          <w:tcPr>
            <w:tcW w:w="3402" w:type="dxa"/>
            <w:tcBorders>
              <w:top w:val="single" w:sz="4" w:space="0" w:color="000000"/>
              <w:left w:val="single" w:sz="4" w:space="0" w:color="000000"/>
              <w:bottom w:val="single" w:sz="4" w:space="0" w:color="000000"/>
              <w:right w:val="single" w:sz="4" w:space="0" w:color="000000"/>
            </w:tcBorders>
            <w:shd w:val="clear" w:color="auto" w:fill="001B2B"/>
          </w:tcPr>
          <w:p w14:paraId="4C663AC2" w14:textId="77777777" w:rsidR="008001D3" w:rsidRPr="00EB75F0" w:rsidRDefault="008001D3" w:rsidP="00C32B29">
            <w:pPr>
              <w:tabs>
                <w:tab w:val="left" w:pos="0"/>
              </w:tabs>
              <w:spacing w:before="60" w:after="60" w:line="240" w:lineRule="auto"/>
              <w:rPr>
                <w:color w:val="FFFFFF"/>
                <w:sz w:val="20"/>
              </w:rPr>
            </w:pPr>
            <w:r w:rsidRPr="00EB75F0">
              <w:rPr>
                <w:b/>
                <w:color w:val="FFFFFF"/>
                <w:sz w:val="20"/>
              </w:rPr>
              <w:t>Studies</w:t>
            </w:r>
          </w:p>
        </w:tc>
        <w:tc>
          <w:tcPr>
            <w:tcW w:w="2403" w:type="dxa"/>
            <w:tcBorders>
              <w:top w:val="single" w:sz="4" w:space="0" w:color="000000"/>
              <w:left w:val="single" w:sz="4" w:space="0" w:color="000000"/>
              <w:bottom w:val="single" w:sz="4" w:space="0" w:color="000000"/>
              <w:right w:val="single" w:sz="4" w:space="0" w:color="000000"/>
            </w:tcBorders>
            <w:shd w:val="clear" w:color="auto" w:fill="001B2B"/>
          </w:tcPr>
          <w:p w14:paraId="08E8F122" w14:textId="77777777" w:rsidR="008001D3" w:rsidRPr="00EB75F0" w:rsidRDefault="008001D3" w:rsidP="00C32B29">
            <w:pPr>
              <w:tabs>
                <w:tab w:val="left" w:pos="0"/>
              </w:tabs>
              <w:spacing w:before="60" w:after="60" w:line="240" w:lineRule="auto"/>
              <w:rPr>
                <w:color w:val="FFFFFF"/>
                <w:sz w:val="20"/>
              </w:rPr>
            </w:pPr>
            <w:r w:rsidRPr="00EB75F0">
              <w:rPr>
                <w:b/>
                <w:color w:val="FFFFFF"/>
                <w:sz w:val="20"/>
              </w:rPr>
              <w:t>Further details</w:t>
            </w:r>
          </w:p>
        </w:tc>
      </w:tr>
      <w:tr w:rsidR="008001D3" w:rsidRPr="00EB75F0" w14:paraId="4BD94C5A" w14:textId="77777777" w:rsidTr="00C32B29">
        <w:tc>
          <w:tcPr>
            <w:tcW w:w="3823" w:type="dxa"/>
            <w:tcBorders>
              <w:top w:val="single" w:sz="4" w:space="0" w:color="000000"/>
              <w:left w:val="single" w:sz="4" w:space="0" w:color="000000"/>
              <w:bottom w:val="single" w:sz="4" w:space="0" w:color="000000"/>
              <w:right w:val="single" w:sz="4" w:space="0" w:color="000000"/>
            </w:tcBorders>
          </w:tcPr>
          <w:p w14:paraId="5B8C3AB7" w14:textId="347021DF" w:rsidR="008001D3" w:rsidRPr="00EB75F0" w:rsidRDefault="008001D3" w:rsidP="00C32B29">
            <w:pPr>
              <w:spacing w:before="60" w:after="60" w:line="240" w:lineRule="auto"/>
              <w:rPr>
                <w:color w:val="000000"/>
                <w:sz w:val="16"/>
              </w:rPr>
            </w:pPr>
            <w:r w:rsidRPr="00EB75F0">
              <w:rPr>
                <w:color w:val="000000"/>
                <w:sz w:val="16"/>
              </w:rPr>
              <w:t xml:space="preserve">The study did not provide additional information on comparisons between any two of the eight active comparators of interest or </w:t>
            </w:r>
            <w:proofErr w:type="spellStart"/>
            <w:r w:rsidR="00EF2D91">
              <w:rPr>
                <w:color w:val="000000"/>
                <w:sz w:val="16"/>
              </w:rPr>
              <w:t>KarXT</w:t>
            </w:r>
            <w:proofErr w:type="spellEnd"/>
            <w:r w:rsidRPr="00EB75F0">
              <w:rPr>
                <w:color w:val="000000"/>
                <w:sz w:val="16"/>
              </w:rPr>
              <w:t xml:space="preserve"> (i.e. contained only redundant treatment comparisons)</w:t>
            </w:r>
          </w:p>
        </w:tc>
        <w:tc>
          <w:tcPr>
            <w:tcW w:w="3402" w:type="dxa"/>
            <w:tcBorders>
              <w:top w:val="single" w:sz="4" w:space="0" w:color="000000"/>
              <w:left w:val="single" w:sz="4" w:space="0" w:color="000000"/>
              <w:bottom w:val="single" w:sz="4" w:space="0" w:color="000000"/>
              <w:right w:val="single" w:sz="4" w:space="0" w:color="000000"/>
            </w:tcBorders>
          </w:tcPr>
          <w:p w14:paraId="2DB55792" w14:textId="7A72BF6F" w:rsidR="008001D3" w:rsidRPr="00EB75F0" w:rsidRDefault="008001D3" w:rsidP="00C32B29">
            <w:pPr>
              <w:spacing w:before="60" w:after="60" w:line="240" w:lineRule="auto"/>
              <w:rPr>
                <w:color w:val="000000"/>
                <w:sz w:val="16"/>
              </w:rPr>
            </w:pPr>
            <w:r w:rsidRPr="00A07E8A">
              <w:rPr>
                <w:color w:val="000000"/>
                <w:sz w:val="16"/>
                <w:lang w:val="it-IT"/>
              </w:rPr>
              <w:t>Addington 2004</w:t>
            </w:r>
            <w:r w:rsidR="0031308D" w:rsidRPr="00EB75F0">
              <w:fldChar w:fldCharType="begin"/>
            </w:r>
            <w:r w:rsidR="00452EF4" w:rsidRPr="008804F1">
              <w:rPr>
                <w:lang w:val="it-IT"/>
              </w:rPr>
              <w:instrText xml:space="preserve"> ADDIN EN.CITE &lt;EndNote&gt;&lt;Cite&gt;&lt;Author&gt;Addington&lt;/Author&gt;&lt;Year&gt;2004&lt;/Year&gt;&lt;RecNum&gt;85&lt;/RecNum&gt;&lt;DisplayText&gt;&lt;style face="superscript"&gt;88&lt;/style&gt;&lt;/DisplayText&gt;&lt;record&gt;&lt;rec-number&gt;85&lt;/rec-number&gt;&lt;foreign-keys&gt;&lt;key app="EN" db-id="9ttaxzax2p0tr7ewzt55atews50zvxaaa5rz" timestamp="1764068843"&gt;85&lt;/key&gt;&lt;/foreign-keys&gt;&lt;ref-type name="Journal Article"&gt;17&lt;/ref-type&gt;&lt;contributors&gt;&lt;authors&gt;&lt;author&gt;Addington, Donald EN&lt;/author&gt;&lt;author&gt;Pantelis, Christos&lt;/author&gt;&lt;author&gt;Dineen, Mary&lt;/author&gt;&lt;author&gt;Benattia, Isma&lt;/author&gt;&lt;author&gt;Romano, Steven J&lt;/author&gt;&lt;/authors&gt;&lt;/contributors&gt;&lt;titles&gt;&lt;title&gt;Efficacy and tolerability of ziprasidone versus risperidone in patients with acute exacerbation of schizophrenia or schizoaffective disorder: an 8-week, double-blind, multicenter trial&lt;/title&gt;&lt;secondary-title&gt;Journal of clinical Psychiatry&lt;/secondary-title&gt;&lt;/titles&gt;&lt;periodical&gt;&lt;full-title&gt;Journal of Clinical Psychiatry&lt;/full-title&gt;&lt;/periodical&gt;&lt;pages&gt;1624-1633&lt;/pages&gt;&lt;volume&gt;65&lt;/volume&gt;&lt;number&gt;12&lt;/number&gt;&lt;dates&gt;&lt;year&gt;2004&lt;/year&gt;&lt;/dates&gt;&lt;isbn&gt;0160-6689&lt;/isbn&gt;&lt;urls&gt;&lt;/urls&gt;&lt;/record&gt;&lt;/Cite&gt;&lt;/EndNote&gt;</w:instrText>
            </w:r>
            <w:r w:rsidR="0031308D" w:rsidRPr="00EB75F0">
              <w:fldChar w:fldCharType="separate"/>
            </w:r>
            <w:r w:rsidR="00452EF4" w:rsidRPr="008804F1">
              <w:rPr>
                <w:noProof/>
                <w:vertAlign w:val="superscript"/>
                <w:lang w:val="it-IT"/>
              </w:rPr>
              <w:t>88</w:t>
            </w:r>
            <w:r w:rsidR="0031308D" w:rsidRPr="00EB75F0">
              <w:fldChar w:fldCharType="end"/>
            </w:r>
            <w:r w:rsidRPr="00A07E8A">
              <w:rPr>
                <w:color w:val="000000"/>
                <w:sz w:val="16"/>
                <w:lang w:val="it-IT"/>
              </w:rPr>
              <w:t>, Alvarez 2012</w:t>
            </w:r>
            <w:r w:rsidR="0031308D" w:rsidRPr="00EB75F0">
              <w:fldChar w:fldCharType="begin"/>
            </w:r>
            <w:r w:rsidR="00452EF4" w:rsidRPr="008804F1">
              <w:rPr>
                <w:lang w:val="it-IT"/>
              </w:rPr>
              <w:instrText xml:space="preserve"> ADDIN EN.CITE &lt;EndNote&gt;&lt;Cite&gt;&lt;Author&gt;Álvarez&lt;/Author&gt;&lt;Year&gt;2012&lt;/Year&gt;&lt;RecNum&gt;50&lt;/RecNum&gt;&lt;DisplayText&gt;&lt;style face="superscript"&gt;53&lt;/style&gt;&lt;/DisplayText&gt;&lt;record&gt;&lt;rec-number&gt;50&lt;/rec-number&gt;&lt;foreign-keys&gt;&lt;key app="EN" db-id="9ttaxzax2p0tr7ewzt55atews50zvxaaa5rz" timestamp="1764068834"&gt;50&lt;/key&gt;&lt;/foreign-keys&gt;&lt;ref-type name="Journal Article"&gt;17&lt;/ref-type&gt;&lt;contributors&gt;&lt;authors&gt;&lt;author&gt;Álvarez, Enric&lt;/author&gt;&lt;author&gt;Bernardo, Miguel&lt;/author&gt;&lt;author&gt;Gutiérrez Casares, José Ramón&lt;/author&gt;&lt;author&gt;Montejo, Ángel L&lt;/author&gt;&lt;/authors&gt;&lt;/contributors&gt;&lt;titles&gt;&lt;title&gt;Ziprasidone versus Olanzapine in the weight gain associated with the treatment of schizophrenia: A six-month double-blind randomized parallel group study&lt;/title&gt;&lt;secondary-title&gt;The European Journal of Psychiatry&lt;/secondary-title&gt;&lt;/titles&gt;&lt;periodical&gt;&lt;full-title&gt;The European Journal of Psychiatry&lt;/full-title&gt;&lt;/periodical&gt;&lt;pages&gt;248-259&lt;/pages&gt;&lt;volume&gt;26&lt;/volume&gt;&lt;number&gt;4&lt;/number&gt;&lt;dates&gt;&lt;year&gt;2012&lt;/year&gt;&lt;/dates&gt;&lt;isbn&gt;0213-6163&lt;/isbn&gt;&lt;urls&gt;&lt;/urls&gt;&lt;/record&gt;&lt;/Cite&gt;&lt;/EndNote&gt;</w:instrText>
            </w:r>
            <w:r w:rsidR="0031308D" w:rsidRPr="00EB75F0">
              <w:fldChar w:fldCharType="separate"/>
            </w:r>
            <w:r w:rsidR="00452EF4" w:rsidRPr="008804F1">
              <w:rPr>
                <w:noProof/>
                <w:vertAlign w:val="superscript"/>
                <w:lang w:val="it-IT"/>
              </w:rPr>
              <w:t>53</w:t>
            </w:r>
            <w:r w:rsidR="0031308D" w:rsidRPr="00EB75F0">
              <w:fldChar w:fldCharType="end"/>
            </w:r>
            <w:r w:rsidRPr="00A07E8A">
              <w:rPr>
                <w:color w:val="000000"/>
                <w:sz w:val="16"/>
                <w:lang w:val="it-IT"/>
              </w:rPr>
              <w:t>, Bernardo 2001</w:t>
            </w:r>
            <w:r w:rsidR="0031308D" w:rsidRPr="00EB75F0">
              <w:fldChar w:fldCharType="begin"/>
            </w:r>
            <w:r w:rsidR="00073331" w:rsidRPr="008804F1">
              <w:rPr>
                <w:lang w:val="it-IT"/>
              </w:rPr>
              <w:instrText xml:space="preserve"> ADDIN EN.CITE &lt;EndNote&gt;&lt;Cite&gt;&lt;Author&gt;Bernardo&lt;/Author&gt;&lt;Year&gt;2001&lt;/Year&gt;&lt;RecNum&gt;2&lt;/RecNum&gt;&lt;DisplayText&gt;&lt;style face="superscript"&gt;2&lt;/style&gt;&lt;/DisplayText&gt;&lt;record&gt;&lt;rec-number&gt;2&lt;/rec-number&gt;&lt;foreign-keys&gt;&lt;key app="EN" db-id="9ttaxzax2p0tr7ewzt55atews50zvxaaa5rz" timestamp="1764068824"&gt;2&lt;/key&gt;&lt;/foreign-keys&gt;&lt;ref-type name="Journal Article"&gt;17&lt;/ref-type&gt;&lt;contributors&gt;&lt;authors&gt;&lt;author&gt;Bernardo, Miquel&lt;/author&gt;&lt;author&gt;Parellada, Eduard&lt;/author&gt;&lt;author&gt;Lomeña, Francisco&lt;/author&gt;&lt;author&gt;Catafau, Ana M&lt;/author&gt;&lt;author&gt;Font, Mireia&lt;/author&gt;&lt;author&gt;Gómez, Juan C&lt;/author&gt;&lt;author&gt;López-Carrero, Carmen&lt;/author&gt;&lt;author&gt;Gutiérrez, Fernando&lt;/author&gt;&lt;author&gt;Pavı́a, Javier&lt;/author&gt;&lt;author&gt;Salamero, Manel&lt;/author&gt;&lt;/authors&gt;&lt;/contributors&gt;&lt;titles&gt;&lt;title&gt;Double-blind olanzapine vs. haloperidol D2 dopamine receptor blockade in schizophrenic patients: a baseline-endpoint [123I] IBZM SPECT study&lt;/title&gt;&lt;secondary-title&gt;Psychiatry Research: Neuroimaging&lt;/secondary-title&gt;&lt;/titles&gt;&lt;periodical&gt;&lt;full-title&gt;Psychiatry Research: Neuroimaging&lt;/full-title&gt;&lt;/periodical&gt;&lt;pages&gt;87-97&lt;/pages&gt;&lt;volume&gt;107&lt;/volume&gt;&lt;number&gt;2&lt;/number&gt;&lt;dates&gt;&lt;year&gt;2001&lt;/year&gt;&lt;/dates&gt;&lt;isbn&gt;0925-4927&lt;/isbn&gt;&lt;urls&gt;&lt;/urls&gt;&lt;/record&gt;&lt;/Cite&gt;&lt;/EndNote&gt;</w:instrText>
            </w:r>
            <w:r w:rsidR="0031308D" w:rsidRPr="00EB75F0">
              <w:fldChar w:fldCharType="separate"/>
            </w:r>
            <w:r w:rsidR="008D3092" w:rsidRPr="008804F1">
              <w:rPr>
                <w:noProof/>
                <w:vertAlign w:val="superscript"/>
                <w:lang w:val="it-IT"/>
              </w:rPr>
              <w:t>2</w:t>
            </w:r>
            <w:r w:rsidR="0031308D" w:rsidRPr="00EB75F0">
              <w:fldChar w:fldCharType="end"/>
            </w:r>
            <w:r w:rsidRPr="00A07E8A">
              <w:rPr>
                <w:color w:val="000000"/>
                <w:sz w:val="16"/>
                <w:lang w:val="it-IT"/>
              </w:rPr>
              <w:t>, Blin 1996</w:t>
            </w:r>
            <w:r w:rsidR="0031308D" w:rsidRPr="00EB75F0">
              <w:fldChar w:fldCharType="begin"/>
            </w:r>
            <w:r w:rsidR="00452EF4" w:rsidRPr="008804F1">
              <w:rPr>
                <w:lang w:val="it-IT"/>
              </w:rPr>
              <w:instrText xml:space="preserve"> ADDIN EN.CITE &lt;EndNote&gt;&lt;Cite&gt;&lt;Author&gt;Blin&lt;/Author&gt;&lt;Year&gt;1996&lt;/Year&gt;&lt;RecNum&gt;98&lt;/RecNum&gt;&lt;DisplayText&gt;&lt;style face="superscript"&gt;101&lt;/style&gt;&lt;/DisplayText&gt;&lt;record&gt;&lt;rec-number&gt;98&lt;/rec-number&gt;&lt;foreign-keys&gt;&lt;key app="EN" db-id="9ttaxzax2p0tr7ewzt55atews50zvxaaa5rz" timestamp="1764068846"&gt;98&lt;/key&gt;&lt;/foreign-keys&gt;&lt;ref-type name="Journal Article"&gt;17&lt;/ref-type&gt;&lt;contributors&gt;&lt;authors&gt;&lt;author&gt;Blin, Olivier&lt;/author&gt;&lt;author&gt;Azorin, Jean Michel&lt;/author&gt;&lt;author&gt;Bouhours, Philippe&lt;/author&gt;&lt;/authors&gt;&lt;/contributors&gt;&lt;titles&gt;&lt;title&gt;Antipsychotic and anxiolytic properties of risperidone, haloperidol, and methotrimeprazine in schizophrenic patients&lt;/title&gt;&lt;secondary-title&gt;Journal of Clinical Psychopharmacology&lt;/secondary-title&gt;&lt;/titles&gt;&lt;periodical&gt;&lt;full-title&gt;Journal of clinical psychopharmacology&lt;/full-title&gt;&lt;/periodical&gt;&lt;pages&gt;38-44&lt;/pages&gt;&lt;volume&gt;16&lt;/volume&gt;&lt;number&gt;1&lt;/number&gt;&lt;dates&gt;&lt;year&gt;1996&lt;/year&gt;&lt;/dates&gt;&lt;isbn&gt;0271-0749&lt;/isbn&gt;&lt;urls&gt;&lt;/urls&gt;&lt;/record&gt;&lt;/Cite&gt;&lt;/EndNote&gt;</w:instrText>
            </w:r>
            <w:r w:rsidR="0031308D" w:rsidRPr="00EB75F0">
              <w:fldChar w:fldCharType="separate"/>
            </w:r>
            <w:r w:rsidR="00452EF4" w:rsidRPr="008804F1">
              <w:rPr>
                <w:noProof/>
                <w:vertAlign w:val="superscript"/>
                <w:lang w:val="it-IT"/>
              </w:rPr>
              <w:t>101</w:t>
            </w:r>
            <w:r w:rsidR="0031308D" w:rsidRPr="00EB75F0">
              <w:fldChar w:fldCharType="end"/>
            </w:r>
            <w:r w:rsidRPr="00A07E8A">
              <w:rPr>
                <w:color w:val="000000"/>
                <w:sz w:val="16"/>
                <w:lang w:val="it-IT"/>
              </w:rPr>
              <w:t xml:space="preserve">, </w:t>
            </w:r>
            <w:proofErr w:type="spellStart"/>
            <w:r w:rsidRPr="00A07E8A">
              <w:rPr>
                <w:color w:val="000000"/>
                <w:sz w:val="16"/>
                <w:lang w:val="it-IT"/>
              </w:rPr>
              <w:t>Ceskova</w:t>
            </w:r>
            <w:proofErr w:type="spellEnd"/>
            <w:r w:rsidRPr="00A07E8A">
              <w:rPr>
                <w:color w:val="000000"/>
                <w:sz w:val="16"/>
                <w:lang w:val="it-IT"/>
              </w:rPr>
              <w:t xml:space="preserve"> 1994</w:t>
            </w:r>
            <w:r w:rsidR="0031308D" w:rsidRPr="00EB75F0">
              <w:fldChar w:fldCharType="begin"/>
            </w:r>
            <w:r w:rsidR="00452EF4" w:rsidRPr="008804F1">
              <w:rPr>
                <w:lang w:val="it-IT"/>
              </w:rPr>
              <w:instrText xml:space="preserve"> ADDIN EN.CITE &lt;EndNote&gt;&lt;Cite&gt;&lt;Author&gt;Ceskova&lt;/Author&gt;&lt;Year&gt;1994&lt;/Year&gt;&lt;RecNum&gt;103&lt;/RecNum&gt;&lt;DisplayText&gt;&lt;style face="superscript"&gt;106&lt;/style&gt;&lt;/DisplayText&gt;&lt;record&gt;&lt;rec-number&gt;103&lt;/rec-number&gt;&lt;foreign-keys&gt;&lt;key app="EN" db-id="9ttaxzax2p0tr7ewzt55atews50zvxaaa5rz" timestamp="1764068847"&gt;103&lt;/key&gt;&lt;/foreign-keys&gt;&lt;ref-type name="Journal Article"&gt;17&lt;/ref-type&gt;&lt;contributors&gt;&lt;authors&gt;&lt;author&gt;Ceskova, E&lt;/author&gt;&lt;author&gt;Svestka, J&lt;/author&gt;&lt;/authors&gt;&lt;/contributors&gt;&lt;titles&gt;&lt;title&gt;Risperidone vs. perphenazine-a double-blind comparison and prolactin plasma levels&lt;/title&gt;&lt;secondary-title&gt;Psychiatria Danubina&lt;/secondary-title&gt;&lt;/titles&gt;&lt;periodical&gt;&lt;full-title&gt;Psychiatria Danubina&lt;/full-title&gt;&lt;/periodical&gt;&lt;pages&gt;151-5&lt;/pages&gt;&lt;volume&gt;6&lt;/volume&gt;&lt;number&gt;3</w:instrText>
            </w:r>
            <w:r w:rsidR="00452EF4" w:rsidRPr="008804F1">
              <w:rPr>
                <w:rFonts w:ascii="Cambria Math" w:hAnsi="Cambria Math" w:cs="Cambria Math"/>
                <w:lang w:val="it-IT"/>
              </w:rPr>
              <w:instrText>‐</w:instrText>
            </w:r>
            <w:r w:rsidR="00452EF4" w:rsidRPr="008804F1">
              <w:rPr>
                <w:lang w:val="it-IT"/>
              </w:rPr>
              <w:instrText>4&lt;/number&gt;&lt;dates&gt;&lt;year&gt;1994&lt;/year&gt;&lt;/dates&gt;&lt;urls&gt;&lt;/urls&gt;&lt;/record&gt;&lt;/Cite&gt;&lt;/EndNote&gt;</w:instrText>
            </w:r>
            <w:r w:rsidR="0031308D" w:rsidRPr="00EB75F0">
              <w:fldChar w:fldCharType="separate"/>
            </w:r>
            <w:r w:rsidR="00452EF4" w:rsidRPr="008804F1">
              <w:rPr>
                <w:noProof/>
                <w:vertAlign w:val="superscript"/>
                <w:lang w:val="it-IT"/>
              </w:rPr>
              <w:t>106</w:t>
            </w:r>
            <w:r w:rsidR="0031308D" w:rsidRPr="00EB75F0">
              <w:fldChar w:fldCharType="end"/>
            </w:r>
            <w:r w:rsidRPr="00A07E8A">
              <w:rPr>
                <w:color w:val="000000"/>
                <w:sz w:val="16"/>
                <w:lang w:val="it-IT"/>
              </w:rPr>
              <w:t>, Feng 2020</w:t>
            </w:r>
            <w:r w:rsidR="0031308D" w:rsidRPr="00EB75F0">
              <w:fldChar w:fldCharType="begin"/>
            </w:r>
            <w:r w:rsidR="00452EF4" w:rsidRPr="008804F1">
              <w:rPr>
                <w:lang w:val="it-IT"/>
              </w:rPr>
              <w:instrText xml:space="preserve"> ADDIN EN.CITE &lt;EndNote&gt;&lt;Cite&gt;&lt;Author&gt;Feng&lt;/Author&gt;&lt;Year&gt;2020&lt;/Year&gt;&lt;RecNum&gt;101&lt;/RecNum&gt;&lt;DisplayText&gt;&lt;style face="superscript"&gt;104&lt;/style&gt;&lt;/DisplayText&gt;&lt;record&gt;&lt;rec-number&gt;101&lt;/rec-number&gt;&lt;foreign-keys&gt;&lt;key app="EN" db-id="9ttaxzax2p0tr7ewzt55atews50zvxaaa5rz" timestamp="1764068847"&gt;101&lt;/key&gt;&lt;/foreign-keys&gt;&lt;ref-type name="Journal Article"&gt;17&lt;/ref-type&gt;&lt;contributors&gt;&lt;authors&gt;&lt;author&gt;Feng, Yuan&lt;/author&gt;&lt;author&gt;Shi, Jianguo&lt;/author&gt;&lt;author&gt;Wang, Lili&lt;/author&gt;&lt;author&gt;Zhang, Xia&lt;/author&gt;&lt;author&gt;Tan, Yunlong&lt;/author&gt;&lt;author&gt;Zhao, Jingyuan&lt;/author&gt;&lt;author&gt;Ning, Yuping&lt;/author&gt;&lt;author&gt;Xie, Shiping&lt;/author&gt;&lt;author&gt;Liu, Xuejun&lt;/author&gt;&lt;author&gt;Liu, Qi&lt;/author&gt;&lt;/authors&gt;&lt;/contributors&gt;&lt;titles&gt;&lt;title&gt;Randomized, double</w:instrText>
            </w:r>
            <w:r w:rsidR="00452EF4" w:rsidRPr="008804F1">
              <w:rPr>
                <w:rFonts w:ascii="Cambria Math" w:hAnsi="Cambria Math" w:cs="Cambria Math"/>
                <w:lang w:val="it-IT"/>
              </w:rPr>
              <w:instrText>‐</w:instrText>
            </w:r>
            <w:r w:rsidR="00452EF4" w:rsidRPr="008804F1">
              <w:rPr>
                <w:lang w:val="it-IT"/>
              </w:rPr>
              <w:instrText>blind, 6</w:instrText>
            </w:r>
            <w:r w:rsidR="00452EF4" w:rsidRPr="008804F1">
              <w:rPr>
                <w:rFonts w:ascii="Cambria Math" w:hAnsi="Cambria Math" w:cs="Cambria Math"/>
                <w:lang w:val="it-IT"/>
              </w:rPr>
              <w:instrText>‐</w:instrText>
            </w:r>
            <w:r w:rsidR="00452EF4" w:rsidRPr="008804F1">
              <w:rPr>
                <w:lang w:val="it-IT"/>
              </w:rPr>
              <w:instrText>week non</w:instrText>
            </w:r>
            <w:r w:rsidR="00452EF4" w:rsidRPr="008804F1">
              <w:rPr>
                <w:rFonts w:ascii="Cambria Math" w:hAnsi="Cambria Math" w:cs="Cambria Math"/>
                <w:lang w:val="it-IT"/>
              </w:rPr>
              <w:instrText>‐</w:instrText>
            </w:r>
            <w:r w:rsidR="00452EF4" w:rsidRPr="008804F1">
              <w:rPr>
                <w:lang w:val="it-IT"/>
              </w:rPr>
              <w:instrText>inferiority study of lurasidone and risperidone for the treatment of schizophrenia&lt;/title&gt;&lt;secondary-title&gt;Psychiatry and Clinical Neurosciences&lt;/secondary-title&gt;&lt;/titles&gt;&lt;periodical&gt;&lt;full-title&gt;Psychiatry and clinical neurosciences&lt;/full-title&gt;&lt;/periodical&gt;&lt;pages&gt;336-343&lt;/pages&gt;&lt;volume&gt;74&lt;/volume&gt;&lt;number&gt;6&lt;/number&gt;&lt;dates&gt;&lt;year&gt;2020&lt;/year&gt;&lt;/dates&gt;&lt;isbn&gt;1323-1316&lt;/isbn&gt;&lt;urls&gt;&lt;/urls&gt;&lt;/record&gt;&lt;/Cite&gt;&lt;/EndNote&gt;</w:instrText>
            </w:r>
            <w:r w:rsidR="0031308D" w:rsidRPr="00EB75F0">
              <w:fldChar w:fldCharType="separate"/>
            </w:r>
            <w:r w:rsidR="00452EF4" w:rsidRPr="008804F1">
              <w:rPr>
                <w:noProof/>
                <w:vertAlign w:val="superscript"/>
                <w:lang w:val="it-IT"/>
              </w:rPr>
              <w:t>104</w:t>
            </w:r>
            <w:r w:rsidR="0031308D" w:rsidRPr="00EB75F0">
              <w:fldChar w:fldCharType="end"/>
            </w:r>
            <w:r w:rsidRPr="00A07E8A">
              <w:rPr>
                <w:color w:val="000000"/>
                <w:sz w:val="16"/>
                <w:lang w:val="it-IT"/>
              </w:rPr>
              <w:t xml:space="preserve">, </w:t>
            </w:r>
            <w:proofErr w:type="spellStart"/>
            <w:r w:rsidRPr="00A07E8A">
              <w:rPr>
                <w:color w:val="000000"/>
                <w:sz w:val="16"/>
                <w:lang w:val="it-IT"/>
              </w:rPr>
              <w:t>Gattaz</w:t>
            </w:r>
            <w:proofErr w:type="spellEnd"/>
            <w:r w:rsidRPr="00A07E8A">
              <w:rPr>
                <w:color w:val="000000"/>
                <w:sz w:val="16"/>
                <w:lang w:val="it-IT"/>
              </w:rPr>
              <w:t xml:space="preserve"> 2004</w:t>
            </w:r>
            <w:r w:rsidR="0031308D" w:rsidRPr="00EB75F0">
              <w:fldChar w:fldCharType="begin"/>
            </w:r>
            <w:r w:rsidR="00452EF4" w:rsidRPr="008804F1">
              <w:rPr>
                <w:lang w:val="it-IT"/>
              </w:rPr>
              <w:instrText xml:space="preserve"> ADDIN EN.CITE &lt;EndNote&gt;&lt;Cite&gt;&lt;Author&gt;Gattaz&lt;/Author&gt;&lt;Year&gt;2004&lt;/Year&gt;&lt;RecNum&gt;55&lt;/RecNum&gt;&lt;DisplayText&gt;&lt;style face="superscript"&gt;58&lt;/style&gt;&lt;/DisplayText&gt;&lt;record&gt;&lt;rec-number&gt;55&lt;/rec-number&gt;&lt;foreign-keys&gt;&lt;key app="EN" db-id="9ttaxzax2p0tr7ewzt55atews50zvxaaa5rz" timestamp="1764068835"&gt;55&lt;/key&gt;&lt;/foreign-keys&gt;&lt;ref-type name="Journal Article"&gt;17&lt;/ref-type&gt;&lt;contributors&gt;&lt;authors&gt;&lt;author&gt;Gattaz, Wagner Farid&lt;/author&gt;&lt;author&gt;Diehl, A&lt;/author&gt;&lt;author&gt;Geuppert, MS&lt;/author&gt;&lt;author&gt;Hubrich, P&lt;/author&gt;&lt;author&gt;Schmitt, A&lt;/author&gt;&lt;author&gt;Linde, I&lt;/author&gt;&lt;author&gt;Maras, A&lt;/author&gt;&lt;author&gt;Dittmann, RW&lt;/author&gt;&lt;/authors&gt;&lt;/contributors&gt;&lt;titles&gt;&lt;title&gt;Olanzapine versus flupenthixol in the treatment of inpatients with schizophrenia: a randomized double-blind trial&lt;/title&gt;&lt;secondary-title&gt;Pharmacopsychiatry&lt;/secondary-title&gt;&lt;/titles&gt;&lt;periodical&gt;&lt;full-title&gt;Pharmacopsychiatry&lt;/full-title&gt;&lt;/periodical&gt;&lt;pages&gt;279-285&lt;/pages&gt;&lt;volume&gt;37&lt;/volume&gt;&lt;number&gt;06&lt;/number&gt;&lt;dates&gt;&lt;year&gt;2004&lt;/year&gt;&lt;/dates&gt;&lt;isbn&gt;0176-3679&lt;/isbn&gt;&lt;urls&gt;&lt;/urls&gt;&lt;/record&gt;&lt;/Cite&gt;&lt;/EndNote&gt;</w:instrText>
            </w:r>
            <w:r w:rsidR="0031308D" w:rsidRPr="00EB75F0">
              <w:fldChar w:fldCharType="separate"/>
            </w:r>
            <w:r w:rsidR="00452EF4" w:rsidRPr="008804F1">
              <w:rPr>
                <w:noProof/>
                <w:vertAlign w:val="superscript"/>
                <w:lang w:val="it-IT"/>
              </w:rPr>
              <w:t>58</w:t>
            </w:r>
            <w:r w:rsidR="0031308D" w:rsidRPr="00EB75F0">
              <w:fldChar w:fldCharType="end"/>
            </w:r>
            <w:r w:rsidRPr="00A07E8A">
              <w:rPr>
                <w:color w:val="000000"/>
                <w:sz w:val="16"/>
                <w:lang w:val="it-IT"/>
              </w:rPr>
              <w:t xml:space="preserve">, </w:t>
            </w:r>
            <w:proofErr w:type="spellStart"/>
            <w:r w:rsidRPr="00A07E8A">
              <w:rPr>
                <w:color w:val="000000"/>
                <w:sz w:val="16"/>
                <w:lang w:val="it-IT"/>
              </w:rPr>
              <w:t>Grootens</w:t>
            </w:r>
            <w:proofErr w:type="spellEnd"/>
            <w:r w:rsidRPr="00A07E8A">
              <w:rPr>
                <w:color w:val="000000"/>
                <w:sz w:val="16"/>
                <w:lang w:val="it-IT"/>
              </w:rPr>
              <w:t xml:space="preserve"> 2011</w:t>
            </w:r>
            <w:r w:rsidR="0031308D" w:rsidRPr="00EB75F0">
              <w:fldChar w:fldCharType="begin"/>
            </w:r>
            <w:r w:rsidR="00073331" w:rsidRPr="008804F1">
              <w:rPr>
                <w:lang w:val="it-IT"/>
              </w:rPr>
              <w:instrText xml:space="preserve"> ADDIN EN.CITE &lt;EndNote&gt;&lt;Cite&gt;&lt;Author&gt;Grootens&lt;/Author&gt;&lt;Year&gt;2011&lt;/Year&gt;&lt;RecNum&gt;4&lt;/RecNum&gt;&lt;DisplayText&gt;&lt;style face="superscript"&gt;4&lt;/style&gt;&lt;/DisplayText&gt;&lt;record&gt;&lt;rec-number&gt;4&lt;/rec-number&gt;&lt;foreign-keys&gt;&lt;key app="EN" db-id="9ttaxzax2p0tr7ewzt55atews50zvxaaa5rz" timestamp="1764068824"&gt;4&lt;/key&gt;&lt;/foreign-keys&gt;&lt;ref-type name="Journal Article"&gt;17&lt;/ref-type&gt;&lt;contributors&gt;&lt;authors&gt;&lt;author&gt;Grootens, KP&lt;/author&gt;&lt;author&gt;Van Veelen, NMJ&lt;/author&gt;&lt;author&gt;Peuskens, J&lt;/author&gt;&lt;author&gt;Sabbe, BGC&lt;/author&gt;&lt;author&gt;Thys, E&lt;/author&gt;&lt;author&gt;Buitelaar, JK&lt;/author&gt;&lt;author&gt;Verkes, RJ&lt;/author&gt;&lt;author&gt;Kahn, RS&lt;/author&gt;&lt;/authors&gt;&lt;/contributors&gt;&lt;titles&gt;&lt;title&gt;Ziprasidone vs olanzapine in recent-onset schizophrenia and schizoaffective disorder: results of an 8-week double-blind randomized controlled trial&lt;/title&gt;&lt;secondary-title&gt;Schizophrenia bulletin&lt;/secondary-title&gt;&lt;/titles&gt;&lt;periodical&gt;&lt;full-title&gt;Schizophrenia bulletin&lt;/full-title&gt;&lt;/periodical&gt;&lt;pages&gt;352-361&lt;/pages&gt;&lt;volume&gt;37&lt;/volume&gt;&lt;number&gt;2&lt;/number&gt;&lt;dates&gt;&lt;year&gt;2011&lt;/year&gt;&lt;/dates&gt;&lt;isbn&gt;1745-1701&lt;/isbn&gt;&lt;urls&gt;&lt;/urls&gt;&lt;/record&gt;&lt;/Cite&gt;&lt;/EndNote&gt;</w:instrText>
            </w:r>
            <w:r w:rsidR="0031308D" w:rsidRPr="00EB75F0">
              <w:fldChar w:fldCharType="separate"/>
            </w:r>
            <w:r w:rsidR="008D3092" w:rsidRPr="008804F1">
              <w:rPr>
                <w:noProof/>
                <w:vertAlign w:val="superscript"/>
                <w:lang w:val="it-IT"/>
              </w:rPr>
              <w:t>4</w:t>
            </w:r>
            <w:r w:rsidR="0031308D" w:rsidRPr="00EB75F0">
              <w:fldChar w:fldCharType="end"/>
            </w:r>
            <w:r w:rsidRPr="00A07E8A">
              <w:rPr>
                <w:color w:val="000000"/>
                <w:sz w:val="16"/>
                <w:lang w:val="it-IT"/>
              </w:rPr>
              <w:t>, Harvey 2019</w:t>
            </w:r>
            <w:r w:rsidR="0031308D" w:rsidRPr="00EB75F0">
              <w:fldChar w:fldCharType="begin"/>
            </w:r>
            <w:r w:rsidR="00452EF4" w:rsidRPr="008804F1">
              <w:rPr>
                <w:lang w:val="it-IT"/>
              </w:rPr>
              <w:instrText xml:space="preserve"> ADDIN EN.CITE &lt;EndNote&gt;&lt;Cite&gt;&lt;Author&gt;Harvey&lt;/Author&gt;&lt;Year&gt;2020&lt;/Year&gt;&lt;RecNum&gt;90&lt;/RecNum&gt;&lt;DisplayText&gt;&lt;style face="superscript"&gt;93&lt;/style&gt;&lt;/DisplayText&gt;&lt;record&gt;&lt;rec-number&gt;90&lt;/rec-number&gt;&lt;foreign-keys&gt;&lt;key app="EN" db-id="9ttaxzax2p0tr7ewzt55atews50zvxaaa5rz" timestamp="1764068844"&gt;90&lt;/key&gt;&lt;/foreign-keys&gt;&lt;ref-type name="Journal Article"&gt;17&lt;/ref-type&gt;&lt;contributors&gt;&lt;authors&gt;&lt;author&gt;Harvey, Philip D&lt;/author&gt;&lt;author&gt;Nakamura, Hiroshi&lt;/author&gt;&lt;author&gt;Miura, Sadanori&lt;/author&gt;&lt;/authors&gt;&lt;/contributors&gt;&lt;titles&gt;&lt;title&gt;Blonanserin vs risperidone in Japanese patients with schizophrenia: A post hoc analysis of a phase 3, 8</w:instrText>
            </w:r>
            <w:r w:rsidR="00452EF4" w:rsidRPr="008804F1">
              <w:rPr>
                <w:rFonts w:ascii="Cambria Math" w:hAnsi="Cambria Math" w:cs="Cambria Math"/>
                <w:lang w:val="it-IT"/>
              </w:rPr>
              <w:instrText>‐</w:instrText>
            </w:r>
            <w:r w:rsidR="00452EF4" w:rsidRPr="008804F1">
              <w:rPr>
                <w:lang w:val="it-IT"/>
              </w:rPr>
              <w:instrText>week, multicenter, double</w:instrText>
            </w:r>
            <w:r w:rsidR="00452EF4" w:rsidRPr="008804F1">
              <w:rPr>
                <w:rFonts w:ascii="Cambria Math" w:hAnsi="Cambria Math" w:cs="Cambria Math"/>
                <w:lang w:val="it-IT"/>
              </w:rPr>
              <w:instrText>‐</w:instrText>
            </w:r>
            <w:r w:rsidR="00452EF4" w:rsidRPr="008804F1">
              <w:rPr>
                <w:lang w:val="it-IT"/>
              </w:rPr>
              <w:instrText>blind, randomized controlled study&lt;/title&gt;&lt;secondary-title&gt;Neuropsychopharmacology reports&lt;/secondary-title&gt;&lt;/titles&gt;&lt;periodical&gt;&lt;full-title&gt;Neuropsychopharmacology reports&lt;/full-title&gt;&lt;/periodical&gt;&lt;pages&gt;63-72&lt;/pages&gt;&lt;volume&gt;40&lt;/volume&gt;&lt;number&gt;1&lt;/number&gt;&lt;dates&gt;&lt;year&gt;2020&lt;/year&gt;&lt;/dates&gt;&lt;isbn&gt;2574-173X&lt;/isbn&gt;&lt;urls&gt;&lt;/urls&gt;&lt;/record&gt;&lt;/Cite&gt;&lt;/EndNote&gt;</w:instrText>
            </w:r>
            <w:r w:rsidR="0031308D" w:rsidRPr="00EB75F0">
              <w:fldChar w:fldCharType="separate"/>
            </w:r>
            <w:r w:rsidR="00452EF4" w:rsidRPr="008804F1">
              <w:rPr>
                <w:noProof/>
                <w:vertAlign w:val="superscript"/>
                <w:lang w:val="it-IT"/>
              </w:rPr>
              <w:t>93</w:t>
            </w:r>
            <w:r w:rsidR="0031308D" w:rsidRPr="00EB75F0">
              <w:fldChar w:fldCharType="end"/>
            </w:r>
            <w:r w:rsidRPr="00A07E8A">
              <w:rPr>
                <w:color w:val="000000"/>
                <w:sz w:val="16"/>
                <w:lang w:val="it-IT"/>
              </w:rPr>
              <w:t>, Huttunen 1995</w:t>
            </w:r>
            <w:r w:rsidR="0031308D" w:rsidRPr="00EB75F0">
              <w:fldChar w:fldCharType="begin"/>
            </w:r>
            <w:r w:rsidR="00452EF4" w:rsidRPr="008804F1">
              <w:rPr>
                <w:lang w:val="it-IT"/>
              </w:rPr>
              <w:instrText xml:space="preserve"> ADDIN EN.CITE &lt;EndNote&gt;&lt;Cite&gt;&lt;Author&gt;Huttunen&lt;/Author&gt;&lt;Year&gt;1995&lt;/Year&gt;&lt;RecNum&gt;88&lt;/RecNum&gt;&lt;DisplayText&gt;&lt;style face="superscript"&gt;91&lt;/style&gt;&lt;/DisplayText&gt;&lt;record&gt;&lt;rec-number&gt;88&lt;/rec-number&gt;&lt;foreign-keys&gt;&lt;key app="EN" db-id="9ttaxzax2p0tr7ewzt55atews50zvxaaa5rz" timestamp="1764068844"&gt;88&lt;/key&gt;&lt;/foreign-keys&gt;&lt;ref-type name="Journal Article"&gt;17&lt;/ref-type&gt;&lt;contributors&gt;&lt;authors&gt;&lt;author&gt;Huttunen, Matti O&lt;/author&gt;&lt;author&gt;Piepponen, T&lt;/author&gt;&lt;author&gt;Rantanen, H&lt;/author&gt;&lt;author&gt;Larmo, I&lt;/author&gt;&lt;author&gt;Nyholm, R&lt;/author&gt;&lt;author&gt;Raitasuo, Virpi&lt;/author&gt;&lt;/authors&gt;&lt;/contributors&gt;&lt;titles&gt;&lt;title&gt;Risperidone versus zuclopenthixol in the treatment of acute schizophrenic episodes: a double</w:instrText>
            </w:r>
            <w:r w:rsidR="00452EF4" w:rsidRPr="008804F1">
              <w:rPr>
                <w:rFonts w:ascii="Cambria Math" w:hAnsi="Cambria Math" w:cs="Cambria Math"/>
                <w:lang w:val="it-IT"/>
              </w:rPr>
              <w:instrText>‐</w:instrText>
            </w:r>
            <w:r w:rsidR="00452EF4" w:rsidRPr="008804F1">
              <w:rPr>
                <w:lang w:val="it-IT"/>
              </w:rPr>
              <w:instrText>blind parallel</w:instrText>
            </w:r>
            <w:r w:rsidR="00452EF4" w:rsidRPr="008804F1">
              <w:rPr>
                <w:rFonts w:ascii="Cambria Math" w:hAnsi="Cambria Math" w:cs="Cambria Math"/>
                <w:lang w:val="it-IT"/>
              </w:rPr>
              <w:instrText>‐</w:instrText>
            </w:r>
            <w:r w:rsidR="00452EF4" w:rsidRPr="008804F1">
              <w:rPr>
                <w:lang w:val="it-IT"/>
              </w:rPr>
              <w:instrText>group trial&lt;/title&gt;&lt;secondary-title&gt;Acta Psychiatrica Scandinavica&lt;/secondary-title&gt;&lt;/titles&gt;&lt;periodical&gt;&lt;full-title&gt;Acta Psychiatrica Scandinavica&lt;/full-title&gt;&lt;/periodical&gt;&lt;pages&gt;271-277&lt;/pages&gt;&lt;volume&gt;91&lt;/volume&gt;&lt;number&gt;4&lt;/number&gt;&lt;dates&gt;&lt;year&gt;1995&lt;/year&gt;&lt;/dates&gt;&lt;isbn&gt;0001-690X&lt;/isbn&gt;&lt;urls&gt;&lt;/urls&gt;&lt;/record&gt;&lt;/Cite&gt;&lt;/EndNote&gt;</w:instrText>
            </w:r>
            <w:r w:rsidR="0031308D" w:rsidRPr="00EB75F0">
              <w:fldChar w:fldCharType="separate"/>
            </w:r>
            <w:r w:rsidR="00452EF4" w:rsidRPr="008804F1">
              <w:rPr>
                <w:noProof/>
                <w:vertAlign w:val="superscript"/>
                <w:lang w:val="it-IT"/>
              </w:rPr>
              <w:t>91</w:t>
            </w:r>
            <w:r w:rsidR="0031308D" w:rsidRPr="00EB75F0">
              <w:fldChar w:fldCharType="end"/>
            </w:r>
            <w:r w:rsidRPr="00A07E8A">
              <w:rPr>
                <w:color w:val="000000"/>
                <w:sz w:val="16"/>
                <w:lang w:val="it-IT"/>
              </w:rPr>
              <w:t>, Hwang 2003</w:t>
            </w:r>
            <w:r w:rsidR="0031308D" w:rsidRPr="00EB75F0">
              <w:fldChar w:fldCharType="begin"/>
            </w:r>
            <w:r w:rsidR="00452EF4" w:rsidRPr="008804F1">
              <w:rPr>
                <w:lang w:val="it-IT"/>
              </w:rPr>
              <w:instrText xml:space="preserve"> ADDIN EN.CITE &lt;EndNote&gt;&lt;Cite&gt;&lt;Author&gt;Hwang&lt;/Author&gt;&lt;Year&gt;2003&lt;/Year&gt;&lt;RecNum&gt;83&lt;/RecNum&gt;&lt;DisplayText&gt;&lt;style face="superscript"&gt;86&lt;/style&gt;&lt;/DisplayText&gt;&lt;record&gt;&lt;rec-number&gt;83&lt;/rec-number&gt;&lt;foreign-keys&gt;&lt;key app="EN" db-id="9ttaxzax2p0tr7ewzt55atews50zvxaaa5rz" timestamp="1764068843"&gt;83&lt;/key&gt;&lt;/foreign-keys&gt;&lt;ref-type name="Journal Article"&gt;17&lt;/ref-type&gt;&lt;contributors&gt;&lt;authors&gt;&lt;author&gt;Hwang, Tzung J&lt;/author&gt;&lt;author&gt;Lee, Shin-Min&lt;/author&gt;&lt;author&gt;Sun, Hsiao-Ju&lt;/author&gt;&lt;author&gt;Lin, Hsin-Nan&lt;/author&gt;&lt;author&gt;Tsai, Shih-Jen&lt;/author&gt;&lt;author&gt;Lee, Ying-Chiao&lt;/author&gt;&lt;author&gt;Chen, Ying-Sheue&lt;/author&gt;&lt;/authors&gt;&lt;/contributors&gt;&lt;titles&gt;&lt;title&gt;Amisulpride versus risperidone in the treatment of schizophrenic patients: a double-blind pilot study in Taiwan&lt;/title&gt;&lt;secondary-title&gt;Journal of the Formosan Medical Association&lt;/secondary-title&gt;&lt;/titles&gt;&lt;periodical&gt;&lt;full-title&gt;Journal of the Formosan Medical Association&lt;/full-title&gt;&lt;/periodical&gt;&lt;pages&gt;30-36&lt;/pages&gt;&lt;volume&gt;102&lt;/volume&gt;&lt;number&gt;1&lt;/number&gt;&lt;dates&gt;&lt;year&gt;2003&lt;/year&gt;&lt;/dates&gt;&lt;isbn&gt;0929-6646&lt;/isbn&gt;&lt;urls&gt;&lt;/urls&gt;&lt;/record&gt;&lt;/Cite&gt;&lt;/EndNote&gt;</w:instrText>
            </w:r>
            <w:r w:rsidR="0031308D" w:rsidRPr="00EB75F0">
              <w:fldChar w:fldCharType="separate"/>
            </w:r>
            <w:r w:rsidR="00452EF4" w:rsidRPr="008804F1">
              <w:rPr>
                <w:noProof/>
                <w:vertAlign w:val="superscript"/>
                <w:lang w:val="it-IT"/>
              </w:rPr>
              <w:t>86</w:t>
            </w:r>
            <w:r w:rsidR="0031308D" w:rsidRPr="00EB75F0">
              <w:fldChar w:fldCharType="end"/>
            </w:r>
            <w:r w:rsidRPr="00A07E8A">
              <w:rPr>
                <w:color w:val="000000"/>
                <w:sz w:val="16"/>
                <w:lang w:val="it-IT"/>
              </w:rPr>
              <w:t>, Kang 2021</w:t>
            </w:r>
            <w:r w:rsidR="0031308D" w:rsidRPr="00EB75F0">
              <w:fldChar w:fldCharType="begin"/>
            </w:r>
            <w:r w:rsidR="00073331" w:rsidRPr="008804F1">
              <w:rPr>
                <w:lang w:val="it-IT"/>
              </w:rPr>
              <w:instrText xml:space="preserve"> ADDIN EN.CITE &lt;EndNote&gt;&lt;Cite&gt;&lt;Author&gt;Kang&lt;/Author&gt;&lt;Year&gt;2021&lt;/Year&gt;&lt;RecNum&gt;3&lt;/RecNum&gt;&lt;DisplayText&gt;&lt;style face="superscript"&gt;3&lt;/style&gt;&lt;/DisplayText&gt;&lt;record&gt;&lt;rec-number&gt;3&lt;/rec-number&gt;&lt;foreign-keys&gt;&lt;key app="EN" db-id="9ttaxzax2p0tr7ewzt55atews50zvxaaa5rz" timestamp="1764068824"&gt;3&lt;/key&gt;&lt;/foreign-keys&gt;&lt;ref-type name="Journal Article"&gt;17&lt;/ref-type&gt;&lt;contributors&gt;&lt;authors&gt;&lt;author&gt;Kang, Dongyu&lt;/author&gt;&lt;author&gt;Zhang, Fengyu&lt;/author&gt;&lt;author&gt;Yang, Ye&lt;/author&gt;&lt;author&gt;Liu, Chenchen&lt;/author&gt;&lt;author&gt;Xiao, Jingmei&lt;/author&gt;&lt;author&gt;Long, Yujun&lt;/author&gt;&lt;author&gt;Huang, Jing&lt;/author&gt;&lt;author&gt;Peng, Xingjie&lt;/author&gt;&lt;author&gt;Wang, Weiyan&lt;/author&gt;&lt;author&gt;Wang, Xiaoyi&lt;/author&gt;&lt;/authors&gt;&lt;/contributors&gt;&lt;titles&gt;&lt;title&gt;Probiotic supplements reduce antipsychotic-induced metabolic disturbances in drug-naïve first-episode schizophrenia&lt;/title&gt;&lt;secondary-title&gt;medRxiv&lt;/secondary-title&gt;&lt;/titles&gt;&lt;periodical&gt;&lt;full-title&gt;medRxiv&lt;/full-title&gt;&lt;/periodical&gt;&lt;pages&gt;2021.02. 16.21251872&lt;/pages&gt;&lt;dates&gt;&lt;year&gt;2021&lt;/year&gt;&lt;/dates&gt;&lt;urls&gt;&lt;/urls&gt;&lt;/record&gt;&lt;/Cite&gt;&lt;/EndNote&gt;</w:instrText>
            </w:r>
            <w:r w:rsidR="0031308D" w:rsidRPr="00EB75F0">
              <w:fldChar w:fldCharType="separate"/>
            </w:r>
            <w:r w:rsidR="008D3092" w:rsidRPr="008804F1">
              <w:rPr>
                <w:noProof/>
                <w:vertAlign w:val="superscript"/>
                <w:lang w:val="it-IT"/>
              </w:rPr>
              <w:t>3</w:t>
            </w:r>
            <w:r w:rsidR="0031308D" w:rsidRPr="00EB75F0">
              <w:fldChar w:fldCharType="end"/>
            </w:r>
            <w:r w:rsidRPr="00A07E8A">
              <w:rPr>
                <w:color w:val="000000"/>
                <w:sz w:val="16"/>
                <w:lang w:val="it-IT"/>
              </w:rPr>
              <w:t>, Lee 2007</w:t>
            </w:r>
            <w:r w:rsidR="0031308D" w:rsidRPr="00EB75F0">
              <w:fldChar w:fldCharType="begin"/>
            </w:r>
            <w:r w:rsidR="00452EF4" w:rsidRPr="008804F1">
              <w:rPr>
                <w:lang w:val="it-IT"/>
              </w:rPr>
              <w:instrText xml:space="preserve"> ADDIN EN.CITE &lt;EndNote&gt;&lt;Cite&gt;&lt;Author&gt;Lee&lt;/Author&gt;&lt;Year&gt;2007&lt;/Year&gt;&lt;RecNum&gt;106&lt;/RecNum&gt;&lt;DisplayText&gt;&lt;style face="superscript"&gt;109&lt;/style&gt;&lt;/DisplayText&gt;&lt;record&gt;&lt;rec-number&gt;106&lt;/rec-number&gt;&lt;foreign-keys&gt;&lt;key app="EN" db-id="9ttaxzax2p0tr7ewzt55atews50zvxaaa5rz" timestamp="1764068848"&gt;106&lt;/key&gt;&lt;/foreign-keys&gt;&lt;ref-type name="Journal Article"&gt;17&lt;/ref-type&gt;&lt;contributors&gt;&lt;authors&gt;&lt;author&gt;Lee, S. M.&lt;/author&gt;&lt;author&gt;Chou, Y. H.&lt;/author&gt;&lt;author&gt;Li, M. H.&lt;/author&gt;&lt;author&gt;Wan, F. J.&lt;/author&gt;&lt;author&gt;Yen, M. H.&lt;/author&gt;&lt;/authors&gt;&lt;/contributors&gt;&lt;titles&gt;&lt;title&gt;Effects of antipsychotics on cognitive performance in drug-naive schizophrenic patients&lt;/title&gt;&lt;secondary-title&gt;Prog Neuropsychopharmacol Biol Psychiatry&lt;/secondary-title&gt;&lt;/titles&gt;&lt;periodical&gt;&lt;full-title&gt;Prog Neuropsychopharmacol Biol Psychiatry&lt;/full-title&gt;&lt;/periodical&gt;&lt;pages&gt;1101-7&lt;/pages&gt;&lt;volume&gt;31&lt;/volume&gt;&lt;number&gt;5&lt;/number&gt;&lt;dates&gt;&lt;year&gt;2007&lt;/year&gt;&lt;pub-dates&gt;&lt;date&gt;Jun 30 2007&lt;/date&gt;&lt;/pub-dates&gt;&lt;/dates&gt;&lt;pub-location&gt;Graduate Institute of Medical Sciences, National Defense Medical Center, Taipei, Taiwan.&lt;/pub-location&gt;&lt;isbn&gt;0278-5846 (Print) 0278-5846 (Linking)&lt;/isbn&gt;&lt;urls&gt;&lt;related-urls&gt;&lt;url&gt;https://www.ncbi.nlm.nih.gov/pubmed/17475386&lt;/url&gt;&lt;/related-urls&gt;&lt;/urls&gt;&lt;electronic-resource-num&gt;10.1016/j.pnpbp.2007.03.016&lt;/electronic-resource-num&gt;&lt;/record&gt;&lt;/Cite&gt;&lt;/EndNote&gt;</w:instrText>
            </w:r>
            <w:r w:rsidR="0031308D" w:rsidRPr="00EB75F0">
              <w:fldChar w:fldCharType="separate"/>
            </w:r>
            <w:r w:rsidR="00452EF4" w:rsidRPr="008804F1">
              <w:rPr>
                <w:noProof/>
                <w:vertAlign w:val="superscript"/>
                <w:lang w:val="it-IT"/>
              </w:rPr>
              <w:t>109</w:t>
            </w:r>
            <w:r w:rsidR="0031308D" w:rsidRPr="00EB75F0">
              <w:fldChar w:fldCharType="end"/>
            </w:r>
            <w:r w:rsidRPr="00A07E8A">
              <w:rPr>
                <w:color w:val="000000"/>
                <w:sz w:val="16"/>
                <w:lang w:val="it-IT"/>
              </w:rPr>
              <w:t>, Li 2015</w:t>
            </w:r>
            <w:r w:rsidR="0031308D" w:rsidRPr="00EB75F0">
              <w:fldChar w:fldCharType="begin"/>
            </w:r>
            <w:r w:rsidR="00452EF4" w:rsidRPr="008804F1">
              <w:rPr>
                <w:lang w:val="it-IT"/>
              </w:rPr>
              <w:instrText xml:space="preserve"> ADDIN EN.CITE &lt;EndNote&gt;&lt;Cite&gt;&lt;Author&gt;Huafang Li a&lt;/Author&gt;&lt;Year&gt;2015&lt;/Year&gt;&lt;RecNum&gt;87&lt;/RecNum&gt;&lt;DisplayText&gt;&lt;style face="superscript"&gt;90&lt;/style&gt;&lt;/DisplayText&gt;&lt;record&gt;&lt;rec-number&gt;87&lt;/rec-number&gt;&lt;foreign-keys&gt;&lt;key app="EN" db-id="9ttaxzax2p0tr7ewzt55atews50zvxaaa5rz" timestamp="1764068844"&gt;87&lt;/key&gt;&lt;/foreign-keys&gt;&lt;ref-type name="Journal Article"&gt;17&lt;/ref-type&gt;&lt;contributors&gt;&lt;authors&gt;&lt;author&gt;Huafang Li a, Chen Yao b, Jianguo Shi c, Fude Yang d, Shuguang Qi e, Lili Wang f, Honggeng Zhang g, Jie Li h, Chuanyue Wang i, Chuansheng Wang j, Cui Liu k, Lehua Li l, Qiang Wang m, Keqing Li n, Xiaoyan Luo o, Niufan Gu&lt;/author&gt;&lt;/authors&gt;&lt;/contributors&gt;&lt;titles&gt;&lt;title&gt;Comparative study of the efficacy and safety between blonanserin and risperidone for the treatment of schizophrenia in Chinese patients: A double-blind, parallel-group multicenter randomized trial&lt;/title&gt;&lt;secondary-title&gt;Journal of Psychiatric Research&lt;/secondary-title&gt;&lt;/titles&gt;&lt;periodical&gt;&lt;full-title&gt;Journal of Psychiatric Research&lt;/full-title&gt;&lt;/periodical&gt;&lt;pages&gt;102-109&lt;/pages&gt;&lt;volume&gt;69&lt;/volume&gt;&lt;dates&gt;&lt;year&gt;2015&lt;/year&gt;&lt;/dates&gt;&lt;urls&gt;&lt;/urls&gt;&lt;/record&gt;&lt;/Cite&gt;&lt;/EndNote&gt;</w:instrText>
            </w:r>
            <w:r w:rsidR="0031308D" w:rsidRPr="00EB75F0">
              <w:fldChar w:fldCharType="separate"/>
            </w:r>
            <w:r w:rsidR="00452EF4" w:rsidRPr="008804F1">
              <w:rPr>
                <w:noProof/>
                <w:vertAlign w:val="superscript"/>
                <w:lang w:val="it-IT"/>
              </w:rPr>
              <w:t>90</w:t>
            </w:r>
            <w:r w:rsidR="0031308D" w:rsidRPr="00EB75F0">
              <w:fldChar w:fldCharType="end"/>
            </w:r>
            <w:r w:rsidRPr="00A07E8A">
              <w:rPr>
                <w:color w:val="000000"/>
                <w:sz w:val="16"/>
                <w:lang w:val="it-IT"/>
              </w:rPr>
              <w:t>, Liu 2000</w:t>
            </w:r>
            <w:r w:rsidR="0031308D" w:rsidRPr="00EB75F0">
              <w:fldChar w:fldCharType="begin"/>
            </w:r>
            <w:r w:rsidR="00452EF4" w:rsidRPr="008804F1">
              <w:rPr>
                <w:lang w:val="it-IT"/>
              </w:rPr>
              <w:instrText xml:space="preserve"> ADDIN EN.CITE &lt;EndNote&gt;&lt;Cite&gt;&lt;Author&gt;Liu&lt;/Author&gt;&lt;Year&gt;2000&lt;/Year&gt;&lt;RecNum&gt;16&lt;/RecNum&gt;&lt;DisplayText&gt;&lt;style face="superscript"&gt;19&lt;/style&gt;&lt;/DisplayText&gt;&lt;record&gt;&lt;rec-number&gt;16&lt;/rec-number&gt;&lt;foreign-keys&gt;&lt;key app="EN" db-id="9ttaxzax2p0tr7ewzt55atews50zvxaaa5rz" timestamp="1764068827"&gt;16&lt;/key&gt;&lt;/foreign-keys&gt;&lt;ref-type name="Journal Article"&gt;17&lt;/ref-type&gt;&lt;contributors&gt;&lt;authors&gt;&lt;author&gt;Liu, Shi K&lt;/author&gt;&lt;author&gt;Chen, Wei J&lt;/author&gt;&lt;author&gt;Chang, Ching-Jui&lt;/author&gt;&lt;author&gt;Lin, Hsin-Nan&lt;/author&gt;&lt;/authors&gt;&lt;/contributors&gt;&lt;titles&gt;&lt;title&gt;Effects of atypical neuroleptics on sustained attention deficits in schizophrenia: a trial of risperidone versus haloperidol&lt;/title&gt;&lt;secondary-title&gt;Neuropsychopharmacology&lt;/secondary-title&gt;&lt;/titles&gt;&lt;periodical&gt;&lt;full-title&gt;Neuropsychopharmacology&lt;/full-title&gt;&lt;/periodical&gt;&lt;pages&gt;311-319&lt;/pages&gt;&lt;volume&gt;22&lt;/volume&gt;&lt;number&gt;3&lt;/number&gt;&lt;dates&gt;&lt;year&gt;2000&lt;/year&gt;&lt;/dates&gt;&lt;isbn&gt;0893-133X&lt;/isbn&gt;&lt;urls&gt;&lt;/urls&gt;&lt;/record&gt;&lt;/Cite&gt;&lt;/EndNote&gt;</w:instrText>
            </w:r>
            <w:r w:rsidR="0031308D" w:rsidRPr="00EB75F0">
              <w:fldChar w:fldCharType="separate"/>
            </w:r>
            <w:r w:rsidR="00452EF4" w:rsidRPr="008804F1">
              <w:rPr>
                <w:noProof/>
                <w:vertAlign w:val="superscript"/>
                <w:lang w:val="it-IT"/>
              </w:rPr>
              <w:t>19</w:t>
            </w:r>
            <w:r w:rsidR="0031308D" w:rsidRPr="00EB75F0">
              <w:fldChar w:fldCharType="end"/>
            </w:r>
            <w:r w:rsidRPr="00A07E8A">
              <w:rPr>
                <w:color w:val="000000"/>
                <w:sz w:val="16"/>
                <w:lang w:val="it-IT"/>
              </w:rPr>
              <w:t>, Loza 1999</w:t>
            </w:r>
            <w:r w:rsidR="0031308D" w:rsidRPr="00EB75F0">
              <w:fldChar w:fldCharType="begin"/>
            </w:r>
            <w:r w:rsidR="00452EF4" w:rsidRPr="008804F1">
              <w:rPr>
                <w:lang w:val="it-IT"/>
              </w:rPr>
              <w:instrText xml:space="preserve"> ADDIN EN.CITE &lt;EndNote&gt;&lt;Cite&gt;&lt;Author&gt;Loza&lt;/Author&gt;&lt;Year&gt;1999&lt;/Year&gt;&lt;RecNum&gt;52&lt;/RecNum&gt;&lt;DisplayText&gt;&lt;style face="superscript"&gt;55&lt;/style&gt;&lt;/DisplayText&gt;&lt;record&gt;&lt;rec-number&gt;52&lt;/rec-number&gt;&lt;foreign-keys&gt;&lt;key app="EN" db-id="9ttaxzax2p0tr7ewzt55atews50zvxaaa5rz" timestamp="1764068835"&gt;52&lt;/key&gt;&lt;/foreign-keys&gt;&lt;ref-type name="Journal Article"&gt;17&lt;/ref-type&gt;&lt;contributors&gt;&lt;authors&gt;&lt;author&gt;Loza, N&lt;/author&gt;&lt;author&gt;El-Dosoky, AM&lt;/author&gt;&lt;author&gt;Okasha, TA&lt;/author&gt;&lt;author&gt;Khalil, AH&lt;/author&gt;&lt;author&gt;Hasan, NM&lt;/author&gt;&lt;author&gt;Kratky, P&lt;/author&gt;&lt;author&gt;Okasha, A&lt;/author&gt;&lt;/authors&gt;&lt;/contributors&gt;&lt;titles&gt;&lt;title&gt;Olanzapine compared to chlorpromazine in acute schizophrenia&lt;/title&gt;&lt;secondary-title&gt;European neuropsychopharmacology&lt;/secondary-title&gt;&lt;/titles&gt;&lt;periodical&gt;&lt;full-title&gt;European Neuropsychopharmacology&lt;/full-title&gt;&lt;/periodical&gt;&lt;pages&gt;291&lt;/pages&gt;&lt;number&gt;9&lt;/number&gt;&lt;dates&gt;&lt;year&gt;1999&lt;/year&gt;&lt;/dates&gt;&lt;isbn&gt;0924-977X&lt;/isbn&gt;&lt;urls&gt;&lt;/urls&gt;&lt;/record&gt;&lt;/Cite&gt;&lt;/EndNote&gt;</w:instrText>
            </w:r>
            <w:r w:rsidR="0031308D" w:rsidRPr="00EB75F0">
              <w:fldChar w:fldCharType="separate"/>
            </w:r>
            <w:r w:rsidR="00452EF4" w:rsidRPr="008804F1">
              <w:rPr>
                <w:noProof/>
                <w:vertAlign w:val="superscript"/>
                <w:lang w:val="it-IT"/>
              </w:rPr>
              <w:t>55</w:t>
            </w:r>
            <w:r w:rsidR="0031308D" w:rsidRPr="00EB75F0">
              <w:fldChar w:fldCharType="end"/>
            </w:r>
            <w:r w:rsidRPr="00A07E8A">
              <w:rPr>
                <w:color w:val="000000"/>
                <w:sz w:val="16"/>
                <w:lang w:val="it-IT"/>
              </w:rPr>
              <w:t>, Martin 2002</w:t>
            </w:r>
            <w:r w:rsidR="0031308D" w:rsidRPr="00EB75F0">
              <w:fldChar w:fldCharType="begin"/>
            </w:r>
            <w:r w:rsidR="00452EF4" w:rsidRPr="008804F1">
              <w:rPr>
                <w:lang w:val="it-IT"/>
              </w:rPr>
              <w:instrText xml:space="preserve"> ADDIN EN.CITE &lt;EndNote&gt;&lt;Cite&gt;&lt;Author&gt;Martin&lt;/Author&gt;&lt;Year&gt;2002&lt;/Year&gt;&lt;RecNum&gt;14&lt;/RecNum&gt;&lt;DisplayText&gt;&lt;style face="superscript"&gt;17&lt;/style&gt;&lt;/DisplayText&gt;&lt;record&gt;&lt;rec-number&gt;14&lt;/rec-number&gt;&lt;foreign-keys&gt;&lt;key app="EN" db-id="9ttaxzax2p0tr7ewzt55atews50zvxaaa5rz" timestamp="1764068826"&gt;14&lt;/key&gt;&lt;/foreign-keys&gt;&lt;ref-type name="Journal Article"&gt;17&lt;/ref-type&gt;&lt;contributors&gt;&lt;authors&gt;&lt;author&gt;Martin, S.&lt;/author&gt;&lt;author&gt;Ljo, H.&lt;/author&gt;&lt;author&gt;Peuskens, J.&lt;/author&gt;&lt;author&gt;Thirumalai, S.&lt;/author&gt;&lt;author&gt;Giudicelli, A.&lt;/author&gt;&lt;author&gt;Fleurot, O.&lt;/author&gt;&lt;author&gt;Rein, W.&lt;/author&gt;&lt;author&gt;Solianol Study Group&lt;/author&gt;&lt;/authors&gt;&lt;/contributors&gt;&lt;titles&gt;&lt;title&gt;A double-blind, randomised comparative trial of amisulpride versus olanzapine in the treatment of schizophrenia: short-term results at two months&lt;/title&gt;&lt;secondary-title&gt;Curr Med Res Opin&lt;/secondary-title&gt;&lt;/titles&gt;&lt;periodical&gt;&lt;full-title&gt;Curr Med Res Opin&lt;/full-title&gt;&lt;/periodical&gt;&lt;pages&gt;355-62&lt;/pages&gt;&lt;volume&gt;18&lt;/volume&gt;&lt;number&gt;6&lt;/number&gt;&lt;dates&gt;&lt;year&gt;2002&lt;/year&gt;&lt;/dates&gt;&lt;pub-location&gt;Alzheimer Disease Research Unit, McGill Centre for Studies in Aging, Verdun, Quebec, Canada. profsmartin@hotmail.com&lt;/pub-location&gt;&lt;isbn&gt;0300-7995 (Print) 0300-7995 (Linking)&lt;/isbn&gt;&lt;urls&gt;&lt;related-urls&gt;&lt;url&gt;https://www.ncbi.nlm.nih.gov/pubmed/12442883&lt;/url&gt;&lt;/related-urls&gt;&lt;/urls&gt;&lt;electronic-resource-num&gt;10.1185/030079902125001128&lt;/electronic-resource-num&gt;&lt;/record&gt;&lt;/Cite&gt;&lt;/EndNote&gt;</w:instrText>
            </w:r>
            <w:r w:rsidR="0031308D" w:rsidRPr="00EB75F0">
              <w:fldChar w:fldCharType="separate"/>
            </w:r>
            <w:r w:rsidR="00452EF4" w:rsidRPr="008804F1">
              <w:rPr>
                <w:noProof/>
                <w:vertAlign w:val="superscript"/>
                <w:lang w:val="it-IT"/>
              </w:rPr>
              <w:t>17</w:t>
            </w:r>
            <w:r w:rsidR="0031308D" w:rsidRPr="00EB75F0">
              <w:fldChar w:fldCharType="end"/>
            </w:r>
            <w:r w:rsidRPr="00A07E8A">
              <w:rPr>
                <w:color w:val="000000"/>
                <w:sz w:val="16"/>
                <w:lang w:val="it-IT"/>
              </w:rPr>
              <w:t>, Parvizi 2019</w:t>
            </w:r>
            <w:r w:rsidR="0031308D" w:rsidRPr="00EB75F0">
              <w:fldChar w:fldCharType="begin"/>
            </w:r>
            <w:r w:rsidR="00452EF4" w:rsidRPr="008804F1">
              <w:rPr>
                <w:lang w:val="it-IT"/>
              </w:rPr>
              <w:instrText xml:space="preserve"> ADDIN EN.CITE &lt;EndNote&gt;&lt;Cite&gt;&lt;Author&gt;Parvizi&lt;/Author&gt;&lt;Year&gt;2019&lt;/Year&gt;&lt;RecNum&gt;89&lt;/RecNum&gt;&lt;DisplayText&gt;&lt;style face="superscript"&gt;92&lt;/style&gt;&lt;/DisplayText&gt;&lt;record&gt;&lt;rec-number&gt;89&lt;/rec-number&gt;&lt;foreign-keys&gt;&lt;key app="EN" db-id="9ttaxzax2p0tr7ewzt55atews50zvxaaa5rz" timestamp="1764068844"&gt;89&lt;/key&gt;&lt;/foreign-keys&gt;&lt;ref-type name="Journal Article"&gt;17&lt;/ref-type&gt;&lt;contributors&gt;&lt;authors&gt;&lt;author&gt;Parvizi, Maedeh&lt;/author&gt;&lt;author&gt;Fadai, Farbod&lt;/author&gt;&lt;author&gt;Khodaei-Ardakani, Moahammad Reza&lt;/author&gt;&lt;author&gt;Amin, Gholamreza&lt;/author&gt;&lt;author&gt;Abdi, Leila&lt;/author&gt;&lt;author&gt;Noroozi, Mehdi&lt;/author&gt;&lt;author&gt;Ansari, Iman&lt;/author&gt;&lt;/authors&gt;&lt;/contributors&gt;&lt;titles&gt;&lt;title&gt;Effect of Cuscuta epithymum acquainted with risperidone on the improvement of clinical symptoms and cognitive impairment in patients with schizophrenia: A triple-blind randomized placebo-controlled trial&lt;/title&gt;&lt;secondary-title&gt;Galen Medical Journal&lt;/secondary-title&gt;&lt;/titles&gt;&lt;periodical&gt;&lt;full-title&gt;Galen Medical Journal&lt;/full-title&gt;&lt;/periodical&gt;&lt;pages&gt;e1334&lt;/pages&gt;&lt;volume&gt;8&lt;/volume&gt;&lt;dates&gt;&lt;year&gt;2019&lt;/year&gt;&lt;/dates&gt;&lt;urls&gt;&lt;/urls&gt;&lt;/record&gt;&lt;/Cite&gt;&lt;/EndNote&gt;</w:instrText>
            </w:r>
            <w:r w:rsidR="0031308D" w:rsidRPr="00EB75F0">
              <w:fldChar w:fldCharType="separate"/>
            </w:r>
            <w:r w:rsidR="00452EF4" w:rsidRPr="008804F1">
              <w:rPr>
                <w:noProof/>
                <w:vertAlign w:val="superscript"/>
                <w:lang w:val="it-IT"/>
              </w:rPr>
              <w:t>92</w:t>
            </w:r>
            <w:r w:rsidR="0031308D" w:rsidRPr="00EB75F0">
              <w:fldChar w:fldCharType="end"/>
            </w:r>
            <w:r w:rsidRPr="00A07E8A">
              <w:rPr>
                <w:color w:val="000000"/>
                <w:sz w:val="16"/>
                <w:lang w:val="it-IT"/>
              </w:rPr>
              <w:t xml:space="preserve">, </w:t>
            </w:r>
            <w:proofErr w:type="spellStart"/>
            <w:r w:rsidRPr="00A07E8A">
              <w:rPr>
                <w:color w:val="000000"/>
                <w:sz w:val="16"/>
                <w:lang w:val="it-IT"/>
              </w:rPr>
              <w:t>Peuskens</w:t>
            </w:r>
            <w:proofErr w:type="spellEnd"/>
            <w:r w:rsidRPr="00A07E8A">
              <w:rPr>
                <w:color w:val="000000"/>
                <w:sz w:val="16"/>
                <w:lang w:val="it-IT"/>
              </w:rPr>
              <w:t xml:space="preserve"> 1999</w:t>
            </w:r>
            <w:r w:rsidR="0031308D" w:rsidRPr="00EB75F0">
              <w:fldChar w:fldCharType="begin"/>
            </w:r>
            <w:r w:rsidR="00452EF4" w:rsidRPr="008804F1">
              <w:rPr>
                <w:lang w:val="it-IT"/>
              </w:rPr>
              <w:instrText xml:space="preserve"> ADDIN EN.CITE &lt;EndNote&gt;&lt;Cite&gt;&lt;Author&gt;Peuskens&lt;/Author&gt;&lt;Year&gt;1999&lt;/Year&gt;&lt;RecNum&gt;96&lt;/RecNum&gt;&lt;DisplayText&gt;&lt;style face="superscript"&gt;99&lt;/style&gt;&lt;/DisplayText&gt;&lt;record&gt;&lt;rec-number&gt;96&lt;/rec-number&gt;&lt;foreign-keys&gt;&lt;key app="EN" db-id="9ttaxzax2p0tr7ewzt55atews50zvxaaa5rz" timestamp="1764068846"&gt;96&lt;/key&gt;&lt;/foreign-keys&gt;&lt;ref-type name="Journal Article"&gt;17&lt;/ref-type&gt;&lt;contributors&gt;&lt;authors&gt;&lt;author&gt;Peuskens, Joseph&lt;/author&gt;&lt;author&gt;Bech, Per&lt;/author&gt;&lt;author&gt;Möller, Hans-Jürgen&lt;/author&gt;&lt;author&gt;Bale, Robert&lt;/author&gt;&lt;author&gt;Fleurot, Odile&lt;/author&gt;&lt;author&gt;Rein, Werner&lt;/author&gt;&lt;author&gt;Amisulpride Study Group&lt;/author&gt;&lt;/authors&gt;&lt;/contributors&gt;&lt;titles&gt;&lt;title&gt;Amisulpride vs. risperidone in the treatment of acute exacerbations of schizophrenia&lt;/title&gt;&lt;secondary-title&gt;Psychiatry research&lt;/secondary-title&gt;&lt;/titles&gt;&lt;periodical&gt;&lt;full-title&gt;Psychiatry research&lt;/full-title&gt;&lt;/periodical&gt;&lt;pages&gt;107-117&lt;/pages&gt;&lt;volume&gt;88&lt;/volume&gt;&lt;number&gt;2&lt;/number&gt;&lt;dates&gt;&lt;year&gt;1999&lt;/year&gt;&lt;/dates&gt;&lt;isbn&gt;0165-1781&lt;/isbn&gt;&lt;urls&gt;&lt;/urls&gt;&lt;/record&gt;&lt;/Cite&gt;&lt;/EndNote&gt;</w:instrText>
            </w:r>
            <w:r w:rsidR="0031308D" w:rsidRPr="00EB75F0">
              <w:fldChar w:fldCharType="separate"/>
            </w:r>
            <w:r w:rsidR="00452EF4" w:rsidRPr="008804F1">
              <w:rPr>
                <w:noProof/>
                <w:vertAlign w:val="superscript"/>
                <w:lang w:val="it-IT"/>
              </w:rPr>
              <w:t>99</w:t>
            </w:r>
            <w:r w:rsidR="0031308D" w:rsidRPr="00EB75F0">
              <w:fldChar w:fldCharType="end"/>
            </w:r>
            <w:r w:rsidRPr="00A07E8A">
              <w:rPr>
                <w:color w:val="000000"/>
                <w:sz w:val="16"/>
                <w:lang w:val="it-IT"/>
              </w:rPr>
              <w:t>, Rosenheck 2003</w:t>
            </w:r>
            <w:r w:rsidR="0031308D" w:rsidRPr="00EB75F0">
              <w:fldChar w:fldCharType="begin"/>
            </w:r>
            <w:r w:rsidR="00452EF4" w:rsidRPr="008804F1">
              <w:rPr>
                <w:lang w:val="it-IT"/>
              </w:rPr>
              <w:instrText xml:space="preserve"> ADDIN EN.CITE &lt;EndNote&gt;&lt;Cite&gt;&lt;Author&gt;Rosenheck&lt;/Author&gt;&lt;Year&gt;2003&lt;/Year&gt;&lt;RecNum&gt;61&lt;/RecNum&gt;&lt;DisplayText&gt;&lt;style face="superscript"&gt;64&lt;/style&gt;&lt;/DisplayText&gt;&lt;record&gt;&lt;rec-number&gt;61&lt;/rec-number&gt;&lt;foreign-keys&gt;&lt;key app="EN" db-id="9ttaxzax2p0tr7ewzt55atews50zvxaaa5rz" timestamp="1764068837"&gt;61&lt;/key&gt;&lt;/foreign-keys&gt;&lt;ref-type name="Journal Article"&gt;17&lt;/ref-type&gt;&lt;contributors&gt;&lt;authors&gt;&lt;author&gt;Rosenheck, Robert&lt;/author&gt;&lt;author&gt;Perlick, Deborah&lt;/author&gt;&lt;author&gt;Bingham, Stephen&lt;/author&gt;&lt;author&gt;Liu-Mares, Wen&lt;/author&gt;&lt;author&gt;Collins, Joseph&lt;/author&gt;&lt;author&gt;Warren, Stuart&lt;/author&gt;&lt;author&gt;Leslie, Douglas&lt;/author&gt;&lt;author&gt;Allan, Edward&lt;/author&gt;&lt;author&gt;Campbell, E Cabrina&lt;/author&gt;&lt;author&gt;Caroff, Stanley&lt;/author&gt;&lt;/authors&gt;&lt;/contributors&gt;&lt;titles&gt;&lt;title&gt;Effectiveness and cost of olanzapine and haloperidol in the treatment of schizophrenia: a randomized controlled trial&lt;/title&gt;&lt;secondary-title&gt;Jama&lt;/secondary-title&gt;&lt;/titles&gt;&lt;periodical&gt;&lt;full-title&gt;Jama&lt;/full-title&gt;&lt;/periodical&gt;&lt;pages&gt;2693-2702&lt;/pages&gt;&lt;volume&gt;290&lt;/volume&gt;&lt;number&gt;20&lt;/number&gt;&lt;dates&gt;&lt;year&gt;2003&lt;/year&gt;&lt;/dates&gt;&lt;isbn&gt;0098-7484&lt;/isbn&gt;&lt;urls&gt;&lt;/urls&gt;&lt;/record&gt;&lt;/Cite&gt;&lt;/EndNote&gt;</w:instrText>
            </w:r>
            <w:r w:rsidR="0031308D" w:rsidRPr="00EB75F0">
              <w:fldChar w:fldCharType="separate"/>
            </w:r>
            <w:r w:rsidR="00452EF4" w:rsidRPr="008804F1">
              <w:rPr>
                <w:noProof/>
                <w:vertAlign w:val="superscript"/>
                <w:lang w:val="it-IT"/>
              </w:rPr>
              <w:t>64</w:t>
            </w:r>
            <w:r w:rsidR="0031308D" w:rsidRPr="00EB75F0">
              <w:fldChar w:fldCharType="end"/>
            </w:r>
            <w:r w:rsidRPr="00A07E8A">
              <w:rPr>
                <w:color w:val="000000"/>
                <w:sz w:val="16"/>
                <w:lang w:val="it-IT"/>
              </w:rPr>
              <w:t>, Schmidt-Kraepelin 2022</w:t>
            </w:r>
            <w:r w:rsidR="0031308D" w:rsidRPr="00EB75F0">
              <w:fldChar w:fldCharType="begin"/>
            </w:r>
            <w:r w:rsidR="00452EF4" w:rsidRPr="008804F1">
              <w:rPr>
                <w:lang w:val="it-IT"/>
              </w:rPr>
              <w:instrText xml:space="preserve"> ADDIN EN.CITE &lt;EndNote&gt;&lt;Cite&gt;&lt;Author&gt;Schmidt-Kraepelin&lt;/Author&gt;&lt;Year&gt;2022&lt;/Year&gt;&lt;RecNum&gt;70&lt;/RecNum&gt;&lt;DisplayText&gt;&lt;style face="superscript"&gt;73&lt;/style&gt;&lt;/DisplayText&gt;&lt;record&gt;&lt;rec-number&gt;70&lt;/rec-number&gt;&lt;foreign-keys&gt;&lt;key app="EN" db-id="9ttaxzax2p0tr7ewzt55atews50zvxaaa5rz" timestamp="1764068840"&gt;70&lt;/key&gt;&lt;/foreign-keys&gt;&lt;ref-type name="Journal Article"&gt;17&lt;/ref-type&gt;&lt;contributors&gt;&lt;authors&gt;&lt;author&gt;C. Schmidt-Kraepelin&lt;/author&gt;&lt;author&gt;S. Feyerabend&lt;/author&gt;&lt;author&gt;C. Engelke&lt;/author&gt;&lt;author&gt;M. Riesbeck&lt;/author&gt;&lt;author&gt;E. Meisenzahl-Lechner&lt;/author&gt;&lt;author&gt;P.-E. Verde&lt;/author&gt;&lt;author&gt;C. U. Correll&lt;/author&gt;&lt;author&gt;M. Kluge&lt;/author&gt;&lt;author&gt;C. Makiol&lt;/author&gt;&lt;author&gt;A. Neff&lt;/author&gt;&lt;author&gt;C. Lange&lt;/author&gt;&lt;author&gt;S. Englisch&lt;/author&gt;&lt;author&gt;M. Zink&lt;/author&gt;&lt;author&gt;B. Langguth&lt;/author&gt;&lt;author&gt;T. B. Poeppl&lt;/author&gt;&lt;author&gt;D. Reske&lt;/author&gt;&lt;author&gt;E. Gouzoulis-Mayfrank&lt;/author&gt;&lt;author&gt;G. Gründer&lt;/author&gt;&lt;author&gt;A. Hasan&lt;/author&gt;&lt;author&gt;A. Brockhaus-Dumke&lt;/author&gt;&lt;author&gt;M. Jäger&lt;/author&gt;&lt;author&gt;J. Baumgärtner&lt;/author&gt;&lt;author&gt;S. Leucht&lt;/author&gt;&lt;author&gt;J. Cordes&lt;/author&gt;&lt;/authors&gt;&lt;/contributors&gt;&lt;titles&gt;&lt;title&gt;Amisulpride and olanzapine combination treatment versus each monotherapy in acutely ill patients with schizophrenia in Germany (COMBINE): A double-blind randomised controlled trial&lt;/title&gt;&lt;secondary-title&gt;The Lancet Psychiatry&lt;/secondary-title&gt;&lt;/titles&gt;&lt;periodical&gt;&lt;full-title&gt;The Lancet Psychiatry&lt;/full-title&gt;&lt;/periodical&gt;&lt;pages&gt;291-306&lt;/pages&gt;&lt;volume&gt;9&lt;/volume&gt;&lt;dates&gt;&lt;year&gt;2022&lt;/year&gt;&lt;/dates&gt;&lt;urls&gt;&lt;/urls&gt;&lt;/record&gt;&lt;/Cite&gt;&lt;/EndNote&gt;</w:instrText>
            </w:r>
            <w:r w:rsidR="0031308D" w:rsidRPr="00EB75F0">
              <w:fldChar w:fldCharType="separate"/>
            </w:r>
            <w:r w:rsidR="00452EF4" w:rsidRPr="008804F1">
              <w:rPr>
                <w:noProof/>
                <w:vertAlign w:val="superscript"/>
                <w:lang w:val="it-IT"/>
              </w:rPr>
              <w:t>73</w:t>
            </w:r>
            <w:r w:rsidR="0031308D" w:rsidRPr="00EB75F0">
              <w:fldChar w:fldCharType="end"/>
            </w:r>
            <w:r w:rsidRPr="00A07E8A">
              <w:rPr>
                <w:color w:val="000000"/>
                <w:sz w:val="16"/>
                <w:lang w:val="it-IT"/>
              </w:rPr>
              <w:t>, Shah 2011</w:t>
            </w:r>
            <w:r w:rsidR="0031308D" w:rsidRPr="00EB75F0">
              <w:fldChar w:fldCharType="begin"/>
            </w:r>
            <w:r w:rsidR="00452EF4" w:rsidRPr="008804F1">
              <w:rPr>
                <w:lang w:val="it-IT"/>
              </w:rPr>
              <w:instrText xml:space="preserve"> ADDIN EN.CITE &lt;EndNote&gt;&lt;Cite&gt;&lt;Author&gt;Shah&lt;/Author&gt;&lt;Year&gt;2011&lt;/Year&gt;&lt;RecNum&gt;57&lt;/RecNum&gt;&lt;DisplayText&gt;&lt;style face="superscript"&gt;60&lt;/style&gt;&lt;/DisplayText&gt;&lt;record&gt;&lt;rec-number&gt;57&lt;/rec-number&gt;&lt;foreign-keys&gt;&lt;key app="EN" db-id="9ttaxzax2p0tr7ewzt55atews50zvxaaa5rz" timestamp="1764068836"&gt;57&lt;/key&gt;&lt;/foreign-keys&gt;&lt;ref-type name="Journal Article"&gt;17&lt;/ref-type&gt;&lt;contributors&gt;&lt;authors&gt;&lt;author&gt;Shah, Sandip&lt;/author&gt;&lt;author&gt;Joshi, Dipti&lt;/author&gt;&lt;/authors&gt;&lt;/contributors&gt;&lt;titles&gt;&lt;title&gt;Tolerability and efficacy of paliperidone ER compared to </w:instrText>
            </w:r>
            <w:r w:rsidR="00452EF4" w:rsidRPr="008804F1">
              <w:instrText>olanzapine in the treatment of schizophrenia: A randomized, double–blind, multicentric trial&lt;/title&gt;&lt;secondary-title&gt;Industrial Psychiatry Journal&lt;/secondary-title&gt;&lt;/titles&gt;&lt;periodical&gt;&lt;full-title&gt;Industrial Psychiatry Journal&lt;/full-title&gt;&lt;/periodical&gt;&lt;pages&gt;25-31&lt;/pages&gt;&lt;volume&gt;20&lt;/volume&gt;&lt;number&gt;1&lt;/number&gt;&lt;dates&gt;&lt;year&gt;2011&lt;/year&gt;&lt;/dates&gt;&lt;isbn&gt;0972-6748&lt;/isbn&gt;&lt;urls&gt;&lt;/urls&gt;&lt;/record&gt;&lt;/Cite&gt;&lt;/EndNote&gt;</w:instrText>
            </w:r>
            <w:r w:rsidR="0031308D" w:rsidRPr="00EB75F0">
              <w:fldChar w:fldCharType="separate"/>
            </w:r>
            <w:r w:rsidR="00452EF4" w:rsidRPr="008804F1">
              <w:rPr>
                <w:noProof/>
                <w:vertAlign w:val="superscript"/>
              </w:rPr>
              <w:t>60</w:t>
            </w:r>
            <w:r w:rsidR="0031308D" w:rsidRPr="00EB75F0">
              <w:fldChar w:fldCharType="end"/>
            </w:r>
            <w:r w:rsidRPr="008804F1">
              <w:rPr>
                <w:color w:val="000000"/>
                <w:sz w:val="16"/>
              </w:rPr>
              <w:t>, Shan 2020</w:t>
            </w:r>
            <w:r w:rsidR="0031308D" w:rsidRPr="00EB75F0">
              <w:fldChar w:fldCharType="begin"/>
            </w:r>
            <w:r w:rsidR="00452EF4" w:rsidRPr="008804F1">
              <w:instrText xml:space="preserve"> ADDIN EN.CITE &lt;EndNote&gt;&lt;Cite&gt;&lt;Author&gt;Shan&lt;/Author&gt;&lt;Year&gt;2020&lt;/Year&gt;&lt;RecNum&gt;54&lt;/RecNum&gt;&lt;DisplayText&gt;&lt;style face="superscript"&gt;57&lt;/style&gt;&lt;/DisplayText&gt;&lt;record&gt;&lt;rec-number&gt;54&lt;/rec-number&gt;&lt;foreign-keys&gt;&lt;key app="EN" db-id="9ttaxzax2p0tr7ewzt55atews50zvxaaa5rz" timestamp="1764068835"&gt;54&lt;/key&gt;&lt;/foreign-keys&gt;&lt;ref-type name="Journal Article"&gt;17&lt;/ref-type&gt;&lt;contributors&gt;&lt;authors&gt;&lt;author&gt;Shan, Xiaoxiao&lt;/author&gt;&lt;author&gt;Liao, Rongyuan&lt;/author&gt;&lt;author&gt;Ou, Yangpan&lt;/author&gt;&lt;author&gt;Ding, Yudan&lt;/author&gt;&lt;author&gt;Liu, Feng&lt;/author&gt;&lt;author&gt;Chen, Jindong&lt;</w:instrText>
            </w:r>
            <w:r w:rsidR="00452EF4">
              <w:instrText>/author&gt;&lt;author&gt;Zhao, Jingping&lt;/author&gt;&lt;author&gt;Guo, Wenbin&lt;/author&gt;&lt;author&gt;He, Yiqun&lt;/author&gt;&lt;/authors&gt;&lt;/contributors&gt;&lt;titles&gt;&lt;title&gt;Metacognitive training modulates default-mode network homogeneity during 8-week olanzapine treatment in patients with schizophrenia&lt;/title&gt;&lt;secondary-title&gt;Frontiers in psychiatry&lt;/secondary-title&gt;&lt;/titles&gt;&lt;periodical&gt;&lt;full-title&gt;Frontiers in psychiatry&lt;/full-title&gt;&lt;/periodical&gt;&lt;pages&gt;234&lt;/pages&gt;&lt;volume&gt;11&lt;/volume&gt;&lt;dates&gt;&lt;year&gt;2020&lt;/year&gt;&lt;/dates&gt;&lt;isbn&gt;1664-0640&lt;/isbn&gt;&lt;urls&gt;&lt;/urls&gt;&lt;/record&gt;&lt;/Cite&gt;&lt;/EndNote&gt;</w:instrText>
            </w:r>
            <w:r w:rsidR="0031308D" w:rsidRPr="00EB75F0">
              <w:fldChar w:fldCharType="separate"/>
            </w:r>
            <w:r w:rsidR="00452EF4" w:rsidRPr="00452EF4">
              <w:rPr>
                <w:noProof/>
                <w:vertAlign w:val="superscript"/>
              </w:rPr>
              <w:t>57</w:t>
            </w:r>
            <w:r w:rsidR="0031308D" w:rsidRPr="00EB75F0">
              <w:fldChar w:fldCharType="end"/>
            </w:r>
            <w:r w:rsidRPr="00EB75F0">
              <w:rPr>
                <w:color w:val="000000"/>
                <w:sz w:val="16"/>
              </w:rPr>
              <w:t>, Simpson 2004</w:t>
            </w:r>
            <w:r w:rsidR="0031308D" w:rsidRPr="00EB75F0">
              <w:fldChar w:fldCharType="begin"/>
            </w:r>
            <w:r w:rsidR="00452EF4">
              <w:instrText xml:space="preserve"> ADDIN EN.CITE &lt;EndNote&gt;&lt;Cite&gt;&lt;Author&gt;Simpson&lt;/Author&gt;&lt;Year&gt;2004&lt;/Year&gt;&lt;RecNum&gt;78&lt;/RecNum&gt;&lt;DisplayText&gt;&lt;style face="superscript"&gt;81&lt;/style&gt;&lt;/DisplayText&gt;&lt;record&gt;&lt;rec-number&gt;78&lt;/rec-number&gt;&lt;foreign-keys&gt;&lt;key app="EN" db-id="9ttaxzax2p0tr7ewzt55atews50zvxaaa5rz" timestamp="1764068842"&gt;78&lt;/key&gt;&lt;/foreign-keys&gt;&lt;ref-type name="Journal Article"&gt;17&lt;/ref-type&gt;&lt;contributors&gt;&lt;authors&gt;&lt;author&gt;Simpson, George M&lt;/author&gt;&lt;author&gt;Glick, Ira D&lt;/author&gt;&lt;author&gt;Weiden, Peter J&lt;/author&gt;&lt;author&gt;Romano, Steven J&lt;/author&gt;&lt;author&gt;Siu, Cynthia O&lt;/author&gt;&lt;/authors&gt;&lt;/contributors&gt;&lt;titles&gt;&lt;title&gt;Randomized, controlled, double-blind multicenter comparison of the efficacy and tolerability of ziprasidone and olanzapine in acutely ill inpatients with schizophrenia or schizoaffective disorder&lt;/title&gt;&lt;secondary-title&gt;American Journal of Psychiatry&lt;/secondary-title&gt;&lt;/titles&gt;&lt;periodical&gt;&lt;full-title&gt;American Journal of Psychiatry&lt;/full-title&gt;&lt;/periodical&gt;&lt;pages&gt;1837-1847&lt;/pages&gt;&lt;volume&gt;161&lt;/volume&gt;&lt;number&gt;10&lt;/number&gt;&lt;dates&gt;&lt;year&gt;2004&lt;/year&gt;&lt;/dates&gt;&lt;isbn&gt;0002-953X&lt;/isbn&gt;&lt;urls&gt;&lt;/urls&gt;&lt;/record&gt;&lt;/Cite&gt;&lt;/EndNote&gt;</w:instrText>
            </w:r>
            <w:r w:rsidR="0031308D" w:rsidRPr="00EB75F0">
              <w:fldChar w:fldCharType="separate"/>
            </w:r>
            <w:r w:rsidR="00452EF4" w:rsidRPr="00452EF4">
              <w:rPr>
                <w:noProof/>
                <w:vertAlign w:val="superscript"/>
              </w:rPr>
              <w:t>81</w:t>
            </w:r>
            <w:r w:rsidR="0031308D" w:rsidRPr="00EB75F0">
              <w:fldChar w:fldCharType="end"/>
            </w:r>
            <w:r w:rsidRPr="00EB75F0">
              <w:rPr>
                <w:color w:val="000000"/>
                <w:sz w:val="16"/>
              </w:rPr>
              <w:t>, Tollefson 1997</w:t>
            </w:r>
            <w:r w:rsidR="0031308D" w:rsidRPr="00EB75F0">
              <w:fldChar w:fldCharType="begin"/>
            </w:r>
            <w:r w:rsidR="00452EF4">
              <w:instrText xml:space="preserve"> ADDIN EN.CITE &lt;EndNote&gt;&lt;Cite&gt;&lt;Author&gt;Tollefson&lt;/Author&gt;&lt;Year&gt;1997&lt;/Year&gt;&lt;RecNum&gt;11&lt;/RecNum&gt;&lt;DisplayText&gt;&lt;style face="superscript"&gt;14&lt;/style&gt;&lt;/DisplayText&gt;&lt;record&gt;&lt;rec-number&gt;11&lt;/rec-number&gt;&lt;foreign-keys&gt;&lt;key app="EN" db-id="9ttaxzax2p0tr7ewzt55atews50zvxaaa5rz" timestamp="1764068825"&gt;11&lt;/key&gt;&lt;/foreign-keys&gt;&lt;ref-type name="Journal Article"&gt;17&lt;/ref-type&gt;&lt;contributors&gt;&lt;authors&gt;&lt;author&gt;Tollefson, Gary D&lt;/author&gt;&lt;author&gt;Beasley Jr, Charles M&lt;/author&gt;&lt;author&gt;Tran, Pierre V&lt;/author&gt;&lt;author&gt;Street, Jamie S&lt;/author&gt;&lt;author&gt;Krueger, John A&lt;/author&gt;&lt;author&gt;Tamura, Roy N&lt;/author&gt;&lt;author&gt;Graffeo, Karin A&lt;/author&gt;&lt;author&gt;Thieme, Martha E&lt;/author&gt;&lt;/authors&gt;&lt;/contributors&gt;&lt;titles&gt;&lt;title&gt;Olanzapine versus haloperidol in the treatment of schizophrenia and schizoaffective and schizophreniform disorders: results of an international collaborative trial&lt;/title&gt;&lt;secondary-title&gt;American Journal of Psychiatry&lt;/secondary-title&gt;&lt;/titles&gt;&lt;periodical&gt;&lt;full-title&gt;American Journal of Psychiatry&lt;/full-title&gt;&lt;/periodical&gt;&lt;pages&gt;457-465&lt;/pages&gt;&lt;volume&gt;154&lt;/volume&gt;&lt;number&gt;4&lt;/number&gt;&lt;dates&gt;&lt;year&gt;1997&lt;/year&gt;&lt;/dates&gt;&lt;isbn&gt;0002-953X&lt;/isbn&gt;&lt;urls&gt;&lt;/urls&gt;&lt;/record&gt;&lt;/Cite&gt;&lt;/EndNote&gt;</w:instrText>
            </w:r>
            <w:r w:rsidR="0031308D" w:rsidRPr="00EB75F0">
              <w:fldChar w:fldCharType="separate"/>
            </w:r>
            <w:r w:rsidR="00452EF4" w:rsidRPr="00452EF4">
              <w:rPr>
                <w:noProof/>
                <w:vertAlign w:val="superscript"/>
              </w:rPr>
              <w:t>14</w:t>
            </w:r>
            <w:r w:rsidR="0031308D" w:rsidRPr="00EB75F0">
              <w:fldChar w:fldCharType="end"/>
            </w:r>
            <w:r w:rsidRPr="00EB75F0">
              <w:rPr>
                <w:color w:val="000000"/>
                <w:sz w:val="16"/>
              </w:rPr>
              <w:t xml:space="preserve">, </w:t>
            </w:r>
            <w:proofErr w:type="spellStart"/>
            <w:r w:rsidRPr="00EB75F0">
              <w:rPr>
                <w:color w:val="000000"/>
                <w:sz w:val="16"/>
              </w:rPr>
              <w:t>Tybura</w:t>
            </w:r>
            <w:proofErr w:type="spellEnd"/>
            <w:r w:rsidRPr="00EB75F0">
              <w:rPr>
                <w:color w:val="000000"/>
                <w:sz w:val="16"/>
              </w:rPr>
              <w:t xml:space="preserve"> 2014</w:t>
            </w:r>
            <w:r w:rsidR="0031308D" w:rsidRPr="00EB75F0">
              <w:fldChar w:fldCharType="begin"/>
            </w:r>
            <w:r w:rsidR="00452EF4">
              <w:instrText xml:space="preserve"> ADDIN EN.CITE &lt;EndNote&gt;&lt;Cite&gt;&lt;Author&gt;Tybura&lt;/Author&gt;&lt;Year&gt;2014&lt;/Year&gt;&lt;RecNum&gt;60&lt;/RecNum&gt;&lt;DisplayText&gt;&lt;style face="superscript"&gt;63&lt;/style&gt;&lt;/DisplayText&gt;&lt;record&gt;&lt;rec-number&gt;60&lt;/rec-number&gt;&lt;foreign-keys&gt;&lt;key app="EN" db-id="9ttaxzax2p0tr7ewzt55atews50zvxaaa5rz" timestamp="1764068837"&gt;60&lt;/key&gt;&lt;/foreign-keys&gt;&lt;ref-type name="Journal Article"&gt;17&lt;/ref-type&gt;&lt;contributors&gt;&lt;authors&gt;&lt;author&gt;Tybura, Piotr&lt;/author&gt;&lt;author&gt;Trześniowska-Drukała, Beata&lt;/author&gt;&lt;author&gt;Bienkowski, Przemyslaw&lt;/author&gt;&lt;author&gt;Beszlej, Aleksander&lt;/author&gt;&lt;author&gt;Frydecka, Dorota&lt;/author&gt;&lt;author&gt;Mierzejewski, Pawel&lt;/author&gt;&lt;author&gt;Samochowiec, Agnieszka&lt;/author&gt;&lt;author&gt;Grzywacz, Anna&lt;/author&gt;&lt;author&gt;Samochowiec, Jerzy&lt;/author&gt;&lt;/authors&gt;&lt;/contributors&gt;&lt;titles&gt;&lt;title&gt;Pharmacogenetics of adverse events in schizophrenia treatment: comparison study of ziprasidone, olanzapine and perazine&lt;/title&gt;&lt;secondary-title&gt;Psychiatry research&lt;/secondary-title&gt;&lt;/titles&gt;&lt;periodical&gt;&lt;full-title&gt;Psychiatry research&lt;/full-title&gt;&lt;/periodical&gt;&lt;pages&gt;261-267&lt;/pages&gt;&lt;volume&gt;219&lt;/volume&gt;&lt;number&gt;2&lt;/number&gt;&lt;dates&gt;&lt;year&gt;2014&lt;/year&gt;&lt;/dates&gt;&lt;isbn&gt;0165-1781&lt;/isbn&gt;&lt;urls&gt;&lt;/urls&gt;&lt;/record&gt;&lt;/Cite&gt;&lt;/EndNote&gt;</w:instrText>
            </w:r>
            <w:r w:rsidR="0031308D" w:rsidRPr="00EB75F0">
              <w:fldChar w:fldCharType="separate"/>
            </w:r>
            <w:r w:rsidR="00452EF4" w:rsidRPr="00452EF4">
              <w:rPr>
                <w:noProof/>
                <w:vertAlign w:val="superscript"/>
              </w:rPr>
              <w:t>63</w:t>
            </w:r>
            <w:r w:rsidR="0031308D" w:rsidRPr="00EB75F0">
              <w:fldChar w:fldCharType="end"/>
            </w:r>
            <w:r w:rsidRPr="00EB75F0">
              <w:rPr>
                <w:color w:val="000000"/>
                <w:sz w:val="16"/>
              </w:rPr>
              <w:t>, Wagner 2005</w:t>
            </w:r>
            <w:r w:rsidR="0031308D" w:rsidRPr="00EB75F0">
              <w:fldChar w:fldCharType="begin"/>
            </w:r>
            <w:r w:rsidR="00452EF4">
              <w:instrText xml:space="preserve"> ADDIN EN.CITE &lt;EndNote&gt;&lt;Cite&gt;&lt;Author&gt;Wagner&lt;/Author&gt;&lt;Year&gt;2005&lt;/Year&gt;&lt;RecNum&gt;63&lt;/RecNum&gt;&lt;DisplayText&gt;&lt;style face="superscript"&gt;66&lt;/style&gt;&lt;/DisplayText&gt;&lt;record&gt;&lt;rec-number&gt;63&lt;/rec-number&gt;&lt;foreign-keys&gt;&lt;key app="EN" db-id="9ttaxzax2p0tr7ewzt55atews50zvxaaa5rz" timestamp="1764068838"&gt;63&lt;/key&gt;&lt;/foreign-keys&gt;&lt;ref-type name="Journal Article"&gt;17&lt;/ref-type&gt;&lt;contributors&gt;&lt;authors&gt;&lt;author&gt;Wagner, Michael&lt;/author&gt;&lt;author&gt;Quednow, Boris B&lt;/author&gt;&lt;author&gt;Westheide, Jens&lt;/author&gt;&lt;author&gt;Schlaepfer, Thomas E&lt;/author&gt;&lt;author&gt;Maier, Wolfgang&lt;/author&gt;&lt;author&gt;Kühn, Kai-Uwe&lt;/author&gt;&lt;/authors&gt;&lt;/contributors&gt;&lt;titles&gt;&lt;title&gt;Cognitive improvement in schizophrenic patients does not require a serotonergic mechanism: randomized controlled trial of olanzapine vs amisulpride&lt;/title&gt;&lt;secondary-title&gt;Neuropsychopharmacology&lt;/secondary-title&gt;&lt;/titles&gt;&lt;periodical&gt;&lt;full-title&gt;Neuropsychopharmacology&lt;/full-title&gt;&lt;/periodical&gt;&lt;pages&gt;381-390&lt;/pages&gt;&lt;volume&gt;30&lt;/volume&gt;&lt;number&gt;2&lt;/number&gt;&lt;dates&gt;&lt;year&gt;2005&lt;/year&gt;&lt;/dates&gt;&lt;isbn&gt;1740-634X&lt;/isbn&gt;&lt;urls&gt;&lt;/urls&gt;&lt;/record&gt;&lt;/Cite&gt;&lt;/EndNote&gt;</w:instrText>
            </w:r>
            <w:r w:rsidR="0031308D" w:rsidRPr="00EB75F0">
              <w:fldChar w:fldCharType="separate"/>
            </w:r>
            <w:r w:rsidR="00452EF4" w:rsidRPr="00452EF4">
              <w:rPr>
                <w:noProof/>
                <w:vertAlign w:val="superscript"/>
              </w:rPr>
              <w:t>66</w:t>
            </w:r>
            <w:r w:rsidR="0031308D" w:rsidRPr="00EB75F0">
              <w:fldChar w:fldCharType="end"/>
            </w:r>
            <w:r w:rsidRPr="00EB75F0">
              <w:rPr>
                <w:color w:val="000000"/>
                <w:sz w:val="16"/>
              </w:rPr>
              <w:t>, Wang 2020</w:t>
            </w:r>
            <w:r w:rsidR="0031308D" w:rsidRPr="00EB75F0">
              <w:fldChar w:fldCharType="begin"/>
            </w:r>
            <w:r w:rsidR="00452EF4">
              <w:instrText xml:space="preserve"> ADDIN EN.CITE &lt;EndNote&gt;&lt;Cite&gt;&lt;Author&gt;Wang&lt;/Author&gt;&lt;Year&gt;2020&lt;/Year&gt;&lt;RecNum&gt;18&lt;/RecNum&gt;&lt;DisplayText&gt;&lt;style face="superscript"&gt;21&lt;/style&gt;&lt;/DisplayText&gt;&lt;record&gt;&lt;rec-number&gt;18&lt;/rec-number&gt;&lt;foreign-keys&gt;&lt;key app="EN" db-id="9ttaxzax2p0tr7ewzt55atews50zvxaaa5rz" timestamp="1764068827"&gt;18&lt;/key&gt;&lt;/foreign-keys&gt;&lt;ref-type name="Journal Article"&gt;17&lt;/ref-type&gt;&lt;contributors&gt;&lt;authors&gt;&lt;author&gt;Wang, Ning&lt;/author&gt;&lt;author&gt;Zheng, Na&lt;/author&gt;&lt;author&gt;Dong, Mei&lt;/author&gt;&lt;author&gt;He, Jin&lt;/author&gt;&lt;/authors&gt;&lt;/contributors&gt;&lt;titles&gt;&lt;title&gt;Paroxetine combined with olanzapine in the treatment of schizophrenia&lt;/title&gt;&lt;secondary-title&gt;Pakistan journal of medical sciences&lt;/secondary-title&gt;&lt;/titles&gt;&lt;periodical&gt;&lt;full-title&gt;Pakistan journal of medical sciences&lt;/full-title&gt;&lt;/periodical&gt;&lt;pages&gt;516&lt;/pages&gt;&lt;volume&gt;36&lt;/volume&gt;&lt;number&gt;3&lt;/number&gt;&lt;dates&gt;&lt;year&gt;2020&lt;/year&gt;&lt;/dates&gt;&lt;urls&gt;&lt;/urls&gt;&lt;/record&gt;&lt;/Cite&gt;&lt;/EndNote&gt;</w:instrText>
            </w:r>
            <w:r w:rsidR="0031308D" w:rsidRPr="00EB75F0">
              <w:fldChar w:fldCharType="separate"/>
            </w:r>
            <w:r w:rsidR="00452EF4" w:rsidRPr="00452EF4">
              <w:rPr>
                <w:noProof/>
                <w:vertAlign w:val="superscript"/>
              </w:rPr>
              <w:t>21</w:t>
            </w:r>
            <w:r w:rsidR="0031308D" w:rsidRPr="00EB75F0">
              <w:fldChar w:fldCharType="end"/>
            </w:r>
            <w:r w:rsidRPr="00EB75F0">
              <w:rPr>
                <w:color w:val="000000"/>
                <w:sz w:val="16"/>
              </w:rPr>
              <w:t>, Wang 2023</w:t>
            </w:r>
            <w:r w:rsidR="0031308D" w:rsidRPr="00EB75F0">
              <w:fldChar w:fldCharType="begin"/>
            </w:r>
            <w:r w:rsidR="00073331">
              <w:instrText xml:space="preserve"> ADDIN EN.CITE &lt;EndNote&gt;&lt;Cite&gt;&lt;Author&gt;Wang&lt;/Author&gt;&lt;Year&gt;2024&lt;/Year&gt;&lt;RecNum&gt;6&lt;/RecNum&gt;&lt;DisplayText&gt;&lt;style face="superscript"&gt;6&lt;/style&gt;&lt;/DisplayText&gt;&lt;record&gt;&lt;rec-number&gt;6&lt;/rec-number&gt;&lt;foreign-keys&gt;&lt;key app="EN" db-id="9ttaxzax2p0tr7ewzt55atews50zvxaaa5rz" timestamp="1764068824"&gt;6&lt;/key&gt;&lt;/foreign-keys&gt;&lt;ref-type name="Journal Article"&gt;17&lt;/ref-type&gt;&lt;contributors&gt;&lt;authors&gt;&lt;author&gt;Wang, Dong-Mei&lt;/author&gt;&lt;author&gt;Chen, Da-Chun&lt;/author&gt;&lt;author&gt;Xiu, Mei-Hong&lt;/author&gt;&lt;author&gt;Wang, Li&lt;/author&gt;&lt;author&gt;Kosten, Thomas R&lt;/author&gt;&lt;author&gt;Zhang, Xiang-Yang&lt;/author&gt;&lt;/authors&gt;&lt;/contributors&gt;&lt;titles&gt;&lt;title&gt;A double-blind, randomized controlled study of the effects of celecoxib on clinical symptoms and cognitive impairment in patients with drug-naïve first episode schizophrenia: pharmacogenetic impact of cyclooxygenase-2 functional polymorphisms&lt;/title&gt;&lt;secondary-title&gt;Neuropsychopharmacology&lt;/secondary-title&gt;&lt;/titles&gt;&lt;periodical&gt;&lt;full-title&gt;Neuropsychopharmacology&lt;/full-title&gt;&lt;/periodical&gt;&lt;pages&gt;893-902&lt;/pages&gt;&lt;volume&gt;49&lt;/volume&gt;&lt;number&gt;5&lt;/number&gt;&lt;dates&gt;&lt;year&gt;2024&lt;/year&gt;&lt;/dates&gt;&lt;isbn&gt;0893-133X&lt;/isbn&gt;&lt;urls&gt;&lt;/urls&gt;&lt;/record&gt;&lt;/Cite&gt;&lt;/EndNote&gt;</w:instrText>
            </w:r>
            <w:r w:rsidR="0031308D" w:rsidRPr="00EB75F0">
              <w:fldChar w:fldCharType="separate"/>
            </w:r>
            <w:r w:rsidR="008D3092" w:rsidRPr="008D3092">
              <w:rPr>
                <w:noProof/>
                <w:vertAlign w:val="superscript"/>
              </w:rPr>
              <w:t>6</w:t>
            </w:r>
            <w:r w:rsidR="0031308D" w:rsidRPr="00EB75F0">
              <w:fldChar w:fldCharType="end"/>
            </w:r>
            <w:r w:rsidRPr="00EB75F0">
              <w:rPr>
                <w:color w:val="000000"/>
                <w:sz w:val="16"/>
              </w:rPr>
              <w:t>, Xiao 2022</w:t>
            </w:r>
            <w:r w:rsidR="0031308D" w:rsidRPr="00EB75F0">
              <w:fldChar w:fldCharType="begin"/>
            </w:r>
            <w:r w:rsidR="00452EF4">
              <w:instrText xml:space="preserve"> ADDIN EN.CITE &lt;EndNote&gt;&lt;Cite&gt;&lt;Author&gt;Xiao&lt;/Author&gt;&lt;Year&gt;2022&lt;/Year&gt;&lt;RecNum&gt;36&lt;/RecNum&gt;&lt;DisplayText&gt;&lt;style face="superscript"&gt;39&lt;/style&gt;&lt;/DisplayText&gt;&lt;record&gt;&lt;rec-number&gt;36&lt;/rec-number&gt;&lt;foreign-keys&gt;&lt;key app="EN" db-id="9ttaxzax2p0tr7ewzt55atews50zvxaaa5rz" timestamp="1764068831"&gt;36&lt;/key&gt;&lt;/foreign-keys&gt;&lt;ref-type name="Journal Article"&gt;17&lt;/ref-type&gt;&lt;contributors&gt;&lt;authors&gt;&lt;author&gt;Xiao, Le&lt;/author&gt;&lt;author&gt;Zhao, Qian&lt;/author&gt;&lt;author&gt;Li, An-ning&lt;/author&gt;&lt;author&gt;Sun, Jushui&lt;/author&gt;&lt;author&gt;Wu, Bin&lt;/author&gt;&lt;author&gt;Wang, Lina&lt;/author&gt;&lt;author&gt;Zhang, Honggeng&lt;/author&gt;&lt;author&gt;Zhang, Ruiling&lt;/author&gt;&lt;author&gt;Li, Keqing&lt;/author&gt;&lt;author&gt;Xu, Xiaojin&lt;/author&gt;&lt;/authors&gt;&lt;/contributors&gt;&lt;titles&gt;&lt;title&gt;Efficacy and safety of aripiprazole once-monthly versus oral aripiprazole in Chinese patients with acute schizophrenia: a multicenter, randomized, double-blind, non-inferiority study&lt;/title&gt;&lt;secondary-title&gt;Psychopharmacology&lt;/secondary-title&gt;&lt;/titles&gt;&lt;periodical&gt;&lt;full-title&gt;Psychopharmacology&lt;/full-title&gt;&lt;/periodical&gt;&lt;pages&gt;243-251&lt;/pages&gt;&lt;volume&gt;239&lt;/volume&gt;&lt;number&gt;1&lt;/number&gt;&lt;dates&gt;&lt;year&gt;2022&lt;/year&gt;&lt;/dates&gt;&lt;isbn&gt;0033-3158&lt;/isbn&gt;&lt;urls&gt;&lt;/urls&gt;&lt;/record&gt;&lt;/Cite&gt;&lt;/EndNote&gt;</w:instrText>
            </w:r>
            <w:r w:rsidR="0031308D" w:rsidRPr="00EB75F0">
              <w:fldChar w:fldCharType="separate"/>
            </w:r>
            <w:r w:rsidR="00452EF4" w:rsidRPr="00452EF4">
              <w:rPr>
                <w:noProof/>
                <w:vertAlign w:val="superscript"/>
              </w:rPr>
              <w:t>39</w:t>
            </w:r>
            <w:r w:rsidR="0031308D" w:rsidRPr="00EB75F0">
              <w:fldChar w:fldCharType="end"/>
            </w:r>
            <w:r w:rsidRPr="00EB75F0">
              <w:rPr>
                <w:color w:val="000000"/>
                <w:sz w:val="16"/>
              </w:rPr>
              <w:t>, Yang 2010</w:t>
            </w:r>
            <w:r w:rsidR="0031308D" w:rsidRPr="00EB75F0">
              <w:fldChar w:fldCharType="begin"/>
            </w:r>
            <w:r w:rsidR="00452EF4">
              <w:instrText xml:space="preserve"> ADDIN EN.CITE &lt;EndNote&gt;&lt;Cite&gt;&lt;Author&gt;Yang&lt;/Author&gt;&lt;Year&gt;2010&lt;/Year&gt;&lt;RecNum&gt;15&lt;/RecNum&gt;&lt;DisplayText&gt;&lt;style face="superscript"&gt;18&lt;/style&gt;&lt;/DisplayText&gt;&lt;record&gt;&lt;rec-number&gt;15&lt;/rec-number&gt;&lt;foreign-keys&gt;&lt;key app="EN" db-id="9ttaxzax2p0tr7ewzt55atews50zvxaaa5rz" timestamp="1764068826"&gt;15&lt;/key&gt;&lt;/foreign-keys&gt;&lt;ref-type name="Journal Article"&gt;17&lt;/ref-type&gt;&lt;contributors&gt;&lt;authors&gt;&lt;author&gt;Yang, Jaewon&lt;/author&gt;&lt;author&gt;Bahk, Won-Myong&lt;/author&gt;&lt;author&gt;Cho, Hyun-Sang&lt;/author&gt;&lt;author&gt;Jeon, Yang-Whan&lt;/author&gt;&lt;author&gt;Jon, Duk-In&lt;/author&gt;&lt;author&gt;Jung, Hee-Yeon&lt;/author&gt;&lt;author&gt;Kim, Chan-Hyung&lt;/author&gt;&lt;author&gt;Kim, Hee-Cheol&lt;/author&gt;&lt;author&gt;Kim, Yong-Ku&lt;/author&gt;&lt;author&gt;Kim, Young-Hoon&lt;/author&gt;&lt;/authors&gt;&lt;/contributors&gt;&lt;titles&gt;&lt;title&gt;Efficacy and tolerability of Blonanserin in the patients with schizophrenia: a randomized, double-blind, risperidone-compared trial&lt;/title&gt;&lt;secondary-title&gt;Clinical neuropharmacology&lt;/secondary-title&gt;&lt;/titles&gt;&lt;periodical&gt;&lt;full-title&gt;Clinical neuropharmacology&lt;/full-title&gt;&lt;/periodical&gt;&lt;pages&gt;169-175&lt;/pages&gt;&lt;volume&gt;33&lt;/volume&gt;&lt;number&gt;4&lt;/number&gt;&lt;dates&gt;&lt;year&gt;2010&lt;/year&gt;&lt;/dates&gt;&lt;isbn&gt;0362-5664&lt;/isbn&gt;&lt;urls&gt;&lt;/urls&gt;&lt;/record&gt;&lt;/Cite&gt;&lt;/EndNote&gt;</w:instrText>
            </w:r>
            <w:r w:rsidR="0031308D" w:rsidRPr="00EB75F0">
              <w:fldChar w:fldCharType="separate"/>
            </w:r>
            <w:r w:rsidR="00452EF4" w:rsidRPr="00452EF4">
              <w:rPr>
                <w:noProof/>
                <w:vertAlign w:val="superscript"/>
              </w:rPr>
              <w:t>18</w:t>
            </w:r>
            <w:r w:rsidR="0031308D" w:rsidRPr="00EB75F0">
              <w:fldChar w:fldCharType="end"/>
            </w:r>
            <w:r w:rsidRPr="00EB75F0">
              <w:rPr>
                <w:color w:val="000000"/>
                <w:sz w:val="16"/>
              </w:rPr>
              <w:t>, Yang 2021</w:t>
            </w:r>
            <w:r w:rsidR="0031308D" w:rsidRPr="00EB75F0">
              <w:fldChar w:fldCharType="begin"/>
            </w:r>
            <w:r w:rsidR="00452EF4">
              <w:instrText xml:space="preserve"> ADDIN EN.CITE &lt;EndNote&gt;&lt;Cite&gt;&lt;Author&gt;Yang&lt;/Author&gt;&lt;Year&gt;2021&lt;/Year&gt;&lt;RecNum&gt;84&lt;/RecNum&gt;&lt;DisplayText&gt;&lt;style face="superscript"&gt;87&lt;/style&gt;&lt;/DisplayText&gt;&lt;record&gt;&lt;rec-number&gt;84&lt;/rec-number&gt;&lt;foreign-keys&gt;&lt;key app="EN" db-id="9ttaxzax2p0tr7ewzt55atews50zvxaaa5rz" timestamp="1764068843"&gt;84&lt;/key&gt;&lt;/foreign-keys&gt;&lt;ref-type name="Journal Article"&gt;17&lt;/ref-type&gt;&lt;contributors&gt;&lt;authors&gt;&lt;author&gt;Yang, Lujie&lt;/author&gt;&lt;author&gt;Qi, Xia&lt;/author&gt;&lt;/authors&gt;&lt;/contributors&gt;&lt;titles&gt;&lt;title&gt;Effect of olanzapine combined with risperidone in the treatment of schizophrenia and its influence on cognitive function&lt;/title&gt;&lt;secondary-title&gt;Pakistan Journal of Medical Sciences&lt;/secondary-title&gt;&lt;/titles&gt;&lt;periodical&gt;&lt;full-title&gt;Pakistan journal of medical sciences&lt;/full-title&gt;&lt;/periodical&gt;&lt;pages&gt;646&lt;/pages&gt;&lt;volume&gt;37&lt;/volume&gt;&lt;number&gt;3&lt;/number&gt;&lt;dates&gt;&lt;year&gt;2021&lt;/year&gt;&lt;/dates&gt;&lt;urls&gt;&lt;/urls&gt;&lt;/record&gt;&lt;/Cite&gt;&lt;/EndNote&gt;</w:instrText>
            </w:r>
            <w:r w:rsidR="0031308D" w:rsidRPr="00EB75F0">
              <w:fldChar w:fldCharType="separate"/>
            </w:r>
            <w:r w:rsidR="00452EF4" w:rsidRPr="00452EF4">
              <w:rPr>
                <w:noProof/>
                <w:vertAlign w:val="superscript"/>
              </w:rPr>
              <w:t>87</w:t>
            </w:r>
            <w:r w:rsidR="0031308D" w:rsidRPr="00EB75F0">
              <w:fldChar w:fldCharType="end"/>
            </w:r>
            <w:r w:rsidRPr="00EB75F0">
              <w:rPr>
                <w:color w:val="000000"/>
                <w:sz w:val="16"/>
              </w:rPr>
              <w:t>, Yen 2004</w:t>
            </w:r>
            <w:r w:rsidR="0031308D" w:rsidRPr="00EB75F0">
              <w:fldChar w:fldCharType="begin"/>
            </w:r>
            <w:r w:rsidR="00452EF4">
              <w:instrText xml:space="preserve"> ADDIN EN.CITE &lt;EndNote&gt;&lt;Cite&gt;&lt;Author&gt;Yen&lt;/Author&gt;&lt;Year&gt;2004&lt;/Year&gt;&lt;RecNum&gt;91&lt;/RecNum&gt;&lt;DisplayText&gt;&lt;style face="superscript"&gt;94&lt;/style&gt;&lt;/DisplayText&gt;&lt;record&gt;&lt;rec-number&gt;91&lt;/rec-number&gt;&lt;foreign-keys&gt;&lt;key app="EN" db-id="9ttaxzax2p0tr7ewzt55atews50zvxaaa5rz" timestamp="1764068845"&gt;91&lt;/key&gt;&lt;/foreign-keys&gt;&lt;ref-type name="Journal Article"&gt;17&lt;/ref-type&gt;&lt;contributors&gt;&lt;authors&gt;&lt;author&gt;Yen, Y. C.&lt;/author&gt;&lt;author&gt;Lung, F. W.&lt;/author&gt;&lt;author&gt;Chong, M. Y.&lt;/author&gt;&lt;/authors&gt;&lt;/contributors&gt;&lt;titles&gt;&lt;title&gt;Adverse effects of risperidone and haloperidol treatment in schizophrenia&lt;/title&gt;&lt;secondary-title&gt;Prog Neuropsychopharmacol Biol Psychiatry&lt;/secondary-title&gt;&lt;/titles&gt;&lt;periodical&gt;&lt;full-title&gt;Prog Neuropsychopharmacol Biol Psychiatry&lt;/full-title&gt;&lt;/periodical&gt;&lt;pages&gt;285-90&lt;/pages&gt;&lt;volume&gt;28&lt;/volume&gt;&lt;number&gt;2&lt;/number&gt;&lt;dates&gt;&lt;year&gt;2004&lt;/year&gt;&lt;pub-dates&gt;&lt;date&gt;Mar&lt;/date&gt;&lt;/pub-dates&gt;&lt;/dates&gt;&lt;pub-location&gt;Department of Psychiatry, Military Kaohsiung General Hospital, 2 Chung Cheng 1st Road, Kaohsiung, 802, Taiwan.&lt;/pub-location&gt;&lt;isbn&gt;0278-5846 (Print) 0278-5846 (Linking)&lt;/isbn&gt;&lt;urls&gt;&lt;related-urls&gt;&lt;url&gt;https://www.ncbi.nlm.nih.gov/pubmed/14751424&lt;/url&gt;&lt;/related-urls&gt;&lt;/urls&gt;&lt;electronic-resource-num&gt;10.1016/j.pnpbp.2003.10.006&lt;/electronic-resource-num&gt;&lt;/record&gt;&lt;/Cite&gt;&lt;/EndNote&gt;</w:instrText>
            </w:r>
            <w:r w:rsidR="0031308D" w:rsidRPr="00EB75F0">
              <w:fldChar w:fldCharType="separate"/>
            </w:r>
            <w:r w:rsidR="00452EF4" w:rsidRPr="00452EF4">
              <w:rPr>
                <w:noProof/>
                <w:vertAlign w:val="superscript"/>
              </w:rPr>
              <w:t>94</w:t>
            </w:r>
            <w:r w:rsidR="0031308D" w:rsidRPr="00EB75F0">
              <w:fldChar w:fldCharType="end"/>
            </w:r>
            <w:r w:rsidRPr="00EB75F0">
              <w:rPr>
                <w:color w:val="000000"/>
                <w:sz w:val="16"/>
              </w:rPr>
              <w:t>, Zhang 2010</w:t>
            </w:r>
            <w:r w:rsidR="0031308D" w:rsidRPr="00EB75F0">
              <w:fldChar w:fldCharType="begin"/>
            </w:r>
            <w:r w:rsidR="00452EF4">
              <w:instrText xml:space="preserve"> ADDIN EN.CITE &lt;EndNote&gt;&lt;Cite&gt;&lt;Author&gt;B&lt;/Author&gt;&lt;Year&gt;2010&lt;/Year&gt;&lt;RecNum&gt;108&lt;/RecNum&gt;&lt;DisplayText&gt;&lt;style face="superscript"&gt;111&lt;/style&gt;&lt;/DisplayText&gt;&lt;record&gt;&lt;rec-number&gt;108&lt;/rec-number&gt;&lt;foreign-keys&gt;&lt;key app="EN" db-id="9ttaxzax2p0tr7ewzt55atews50zvxaaa5rz" timestamp="1764068849"&gt;108&lt;/key&gt;&lt;/foreign-keys&gt;&lt;ref-type name="Journal Article"&gt;17&lt;/ref-type&gt;&lt;contributors&gt;&lt;authors&gt;&lt;author&gt;Zhang B&lt;/author&gt;&lt;/authors&gt;&lt;/contributors&gt;&lt;titles&gt;&lt;title&gt;A 4-week, randomized, rater-blinded, parallelgroup, haloperidol-controlled study to evaluate the efficacy of quetiapine fumarate in improving sleep quality in the patients with schizophrenia&lt;/title&gt;&lt;secondary-title&gt;International Journal of Neuropsychopharmacology&lt;/secondary-title&gt;&lt;/titles&gt;&lt;periodical&gt;&lt;full-title&gt;International Journal of Neuropsychopharmacology&lt;/full-title&gt;&lt;/periodical&gt;&lt;pages&gt;113–4&lt;/pages&gt;&lt;volume&gt;13&lt;/volume&gt;&lt;dates&gt;&lt;year&gt;2010&lt;/year&gt;&lt;/dates&gt;&lt;urls&gt;&lt;/urls&gt;&lt;/record&gt;&lt;/Cite&gt;&lt;/EndNote&gt;</w:instrText>
            </w:r>
            <w:r w:rsidR="0031308D" w:rsidRPr="00EB75F0">
              <w:fldChar w:fldCharType="separate"/>
            </w:r>
            <w:r w:rsidR="00452EF4" w:rsidRPr="00452EF4">
              <w:rPr>
                <w:noProof/>
                <w:vertAlign w:val="superscript"/>
              </w:rPr>
              <w:t>111</w:t>
            </w:r>
            <w:r w:rsidR="0031308D" w:rsidRPr="00EB75F0">
              <w:fldChar w:fldCharType="end"/>
            </w:r>
            <w:r w:rsidRPr="00EB75F0">
              <w:rPr>
                <w:color w:val="000000"/>
                <w:sz w:val="16"/>
              </w:rPr>
              <w:t>, Zhang 2011</w:t>
            </w:r>
            <w:r w:rsidR="0031308D" w:rsidRPr="00EB75F0">
              <w:fldChar w:fldCharType="begin"/>
            </w:r>
            <w:r w:rsidR="00452EF4">
              <w:instrText xml:space="preserve"> ADDIN EN.CITE &lt;EndNote&gt;&lt;Cite&gt;&lt;Author&gt;Zhang&lt;/Author&gt;&lt;Year&gt;2011&lt;/Year&gt;&lt;RecNum&gt;93&lt;/RecNum&gt;&lt;DisplayText&gt;&lt;style face="superscript"&gt;96&lt;/style&gt;&lt;/DisplayText&gt;&lt;record&gt;&lt;rec-number&gt;93&lt;/rec-number&gt;&lt;foreign-keys&gt;&lt;key app="EN" db-id="9ttaxzax2p0tr7ewzt55atews50zvxaaa5rz" timestamp="1764068845"&gt;93&lt;/key&gt;&lt;/foreign-keys&gt;&lt;ref-type name="Journal Article"&gt;17&lt;/ref-type&gt;&lt;contributors&gt;&lt;authors&gt;&lt;author&gt;Zhang, Hongyan&lt;/author&gt;&lt;author&gt;Li, Huafang&lt;/author&gt;&lt;author&gt;Shu, Liang&lt;/author&gt;&lt;author&gt;Gu, Niufan&lt;/author&gt;&lt;author&gt;Wang, Gang&lt;/author&gt;&lt;author&gt;Weng, Yongzhen&lt;/author&gt;&lt;author&gt;Xie, Shiping&lt;/author&gt;&lt;author&gt;Zhang, Xinbao&lt;/author&gt;&lt;author&gt;Li, Ting&lt;/author&gt;&lt;author&gt;Ma, Cui&lt;/author&gt;&lt;/authors&gt;&lt;/contributors&gt;&lt;titles&gt;&lt;title&gt;Double-blind comparison of ziprasidone and risperidone in the treatment of Chinese patients with acute exacerbation of schizophrenia&lt;/title&gt;&lt;secondary-title&gt;Neuropsychiatric disease and treatment&lt;/secondary-title&gt;&lt;/titles&gt;&lt;periodical&gt;&lt;full-title&gt;Neuropsychiatric disease and treatment&lt;/full-title&gt;&lt;/periodical&gt;&lt;pages&gt;77-85&lt;/pages&gt;&lt;dates&gt;&lt;year&gt;2011&lt;/year&gt;&lt;/dates&gt;&lt;isbn&gt;1178-2021&lt;/isbn&gt;&lt;urls&gt;&lt;/urls&gt;&lt;/record&gt;&lt;/Cite&gt;&lt;/EndNote&gt;</w:instrText>
            </w:r>
            <w:r w:rsidR="0031308D" w:rsidRPr="00EB75F0">
              <w:fldChar w:fldCharType="separate"/>
            </w:r>
            <w:r w:rsidR="00452EF4" w:rsidRPr="00452EF4">
              <w:rPr>
                <w:noProof/>
                <w:vertAlign w:val="superscript"/>
              </w:rPr>
              <w:t>96</w:t>
            </w:r>
            <w:r w:rsidR="0031308D" w:rsidRPr="00EB75F0">
              <w:fldChar w:fldCharType="end"/>
            </w:r>
            <w:r w:rsidRPr="00EB75F0">
              <w:rPr>
                <w:color w:val="000000"/>
                <w:sz w:val="16"/>
              </w:rPr>
              <w:t>, Zhang 2021</w:t>
            </w:r>
            <w:r w:rsidR="0031308D" w:rsidRPr="00EB75F0">
              <w:fldChar w:fldCharType="begin"/>
            </w:r>
            <w:r w:rsidR="00073331">
              <w:instrText xml:space="preserve"> ADDIN EN.CITE &lt;EndNote&gt;&lt;Cite&gt;&lt;Author&gt;Zhang&lt;/Author&gt;&lt;Year&gt;2021&lt;/Year&gt;&lt;RecNum&gt;5&lt;/RecNum&gt;&lt;DisplayText&gt;&lt;style face="superscript"&gt;5&lt;/style&gt;&lt;/DisplayText&gt;&lt;record&gt;&lt;rec-number&gt;5&lt;/rec-number&gt;&lt;foreign-keys&gt;&lt;key app="EN" db-id="9ttaxzax2p0tr7ewzt55atews50zvxaaa5rz" timestamp="1764068824"&gt;5&lt;/key&gt;&lt;/foreign-keys&gt;&lt;ref-type name="Journal Article"&gt;17&lt;/ref-type&gt;&lt;contributors&gt;&lt;authors&gt;&lt;author&gt;Zhang, Yan&lt;/author&gt;&lt;author&gt;Shi, Han&lt;/author&gt;&lt;author&gt;Yang, Ge&lt;/author&gt;&lt;author&gt;Yang, Yongfeng&lt;/author&gt;&lt;author&gt;Li, Wenqiang&lt;/author&gt;&lt;author&gt;Song, Meng&lt;/author&gt;&lt;author&gt;Shao, Minglong&lt;/author&gt;&lt;author&gt;Su, Xi&lt;/author&gt;&lt;author&gt;Lv, Luxian&lt;/author&gt;&lt;/authors&gt;&lt;/contributors&gt;&lt;titles&gt;&lt;title&gt;Associations between expression of indoleamine 2, 3-dioxygenase enzyme and inflammatory cytokines in patients with first-episode drug-naive Schizophrenia&lt;/title&gt;&lt;secondary-title&gt;Translational Psychiatry&lt;/secondary-title&gt;&lt;/titles&gt;&lt;periodical&gt;&lt;full-title&gt;Translational Psychiatry&lt;/full-title&gt;&lt;/periodical&gt;&lt;pages&gt;595&lt;/pages&gt;&lt;volume&gt;11&lt;/volume&gt;&lt;number&gt;1&lt;/number&gt;&lt;dates&gt;&lt;year&gt;2021&lt;/year&gt;&lt;/dates&gt;&lt;isbn&gt;2158-3188&lt;/isbn&gt;&lt;urls&gt;&lt;/urls&gt;&lt;/record&gt;&lt;/Cite&gt;&lt;/EndNote&gt;</w:instrText>
            </w:r>
            <w:r w:rsidR="0031308D" w:rsidRPr="00EB75F0">
              <w:fldChar w:fldCharType="separate"/>
            </w:r>
            <w:r w:rsidR="008D3092" w:rsidRPr="008D3092">
              <w:rPr>
                <w:noProof/>
                <w:vertAlign w:val="superscript"/>
              </w:rPr>
              <w:t>5</w:t>
            </w:r>
            <w:r w:rsidR="0031308D" w:rsidRPr="00EB75F0">
              <w:fldChar w:fldCharType="end"/>
            </w:r>
            <w:r w:rsidRPr="00EB75F0">
              <w:rPr>
                <w:color w:val="000000"/>
                <w:sz w:val="16"/>
              </w:rPr>
              <w:t xml:space="preserve">, </w:t>
            </w:r>
            <w:proofErr w:type="spellStart"/>
            <w:r w:rsidRPr="00EB75F0">
              <w:rPr>
                <w:color w:val="000000"/>
                <w:sz w:val="16"/>
              </w:rPr>
              <w:t>Zimbroff</w:t>
            </w:r>
            <w:proofErr w:type="spellEnd"/>
            <w:r w:rsidRPr="00EB75F0">
              <w:rPr>
                <w:color w:val="000000"/>
                <w:sz w:val="16"/>
              </w:rPr>
              <w:t xml:space="preserve"> 2007</w:t>
            </w:r>
            <w:r w:rsidR="0031308D" w:rsidRPr="00EB75F0">
              <w:fldChar w:fldCharType="begin"/>
            </w:r>
            <w:r w:rsidR="00452EF4">
              <w:instrText xml:space="preserve"> ADDIN EN.CITE &lt;EndNote&gt;&lt;Cite&gt;&lt;Author&gt;Zimbroff D&lt;/Author&gt;&lt;Year&gt;2007&lt;/Year&gt;&lt;RecNum&gt;35&lt;/RecNum&gt;&lt;DisplayText&gt;&lt;style face="superscript"&gt;38&lt;/style&gt;&lt;/DisplayText&gt;&lt;record&gt;&lt;rec-number&gt;35&lt;/rec-number&gt;&lt;foreign-keys&gt;&lt;key app="EN" db-id="9ttaxzax2p0tr7ewzt55atews50zvxaaa5rz" timestamp="1764068831"&gt;35&lt;/key&gt;&lt;/foreign-keys&gt;&lt;ref-type name="Journal Article"&gt;17&lt;/ref-type&gt;&lt;contributors&gt;&lt;authors&gt;&lt;author&gt;Zimbroff D, Warrington L, Loebel A, Yang R, Siu C.&lt;/author&gt;&lt;/authors&gt;&lt;/contributors&gt;&lt;titles&gt;&lt;title&gt;Comparison of ziprasidone and aripiprazole in acutely ill patients with schizophrenia or schizoaffective disorder: a randomized, double-blind, 4-week study.&lt;/title&gt;&lt;secondary-title&gt;Int. Clin. Psychopharmacol.&lt;/secondary-title&gt;&lt;/titles&gt;&lt;periodical&gt;&lt;full-title&gt;Int. Clin. Psychopharmacol.&lt;/full-title&gt;&lt;/periodical&gt;&lt;pages&gt;363-70&lt;/pages&gt;&lt;volume&gt;22&lt;/volume&gt;&lt;number&gt;6&lt;/number&gt;&lt;dates&gt;&lt;year&gt;2007&lt;/year&gt;&lt;/dates&gt;&lt;urls&gt;&lt;/urls&gt;&lt;/record&gt;&lt;/Cite&gt;&lt;/EndNote&gt;</w:instrText>
            </w:r>
            <w:r w:rsidR="0031308D" w:rsidRPr="00EB75F0">
              <w:fldChar w:fldCharType="separate"/>
            </w:r>
            <w:r w:rsidR="00452EF4" w:rsidRPr="00452EF4">
              <w:rPr>
                <w:noProof/>
                <w:vertAlign w:val="superscript"/>
              </w:rPr>
              <w:t>38</w:t>
            </w:r>
            <w:r w:rsidR="0031308D" w:rsidRPr="00EB75F0">
              <w:fldChar w:fldCharType="end"/>
            </w:r>
          </w:p>
        </w:tc>
        <w:tc>
          <w:tcPr>
            <w:tcW w:w="2403" w:type="dxa"/>
            <w:tcBorders>
              <w:top w:val="single" w:sz="4" w:space="0" w:color="000000"/>
              <w:left w:val="single" w:sz="4" w:space="0" w:color="000000"/>
              <w:bottom w:val="single" w:sz="4" w:space="0" w:color="000000"/>
              <w:right w:val="single" w:sz="4" w:space="0" w:color="000000"/>
            </w:tcBorders>
          </w:tcPr>
          <w:p w14:paraId="20ED54C2" w14:textId="660234D6" w:rsidR="008001D3" w:rsidRPr="00EB75F0" w:rsidRDefault="008001D3" w:rsidP="00C32B29">
            <w:pPr>
              <w:spacing w:before="60" w:after="60" w:line="240" w:lineRule="auto"/>
              <w:rPr>
                <w:color w:val="000000"/>
                <w:sz w:val="16"/>
              </w:rPr>
            </w:pPr>
            <w:r w:rsidRPr="00EB75F0">
              <w:rPr>
                <w:color w:val="000000"/>
                <w:sz w:val="16"/>
              </w:rPr>
              <w:t xml:space="preserve">See </w:t>
            </w:r>
            <w:r w:rsidRPr="00EB75F0">
              <w:rPr>
                <w:color w:val="000000"/>
                <w:sz w:val="16"/>
              </w:rPr>
              <w:fldChar w:fldCharType="begin"/>
            </w:r>
            <w:r w:rsidRPr="00EB75F0">
              <w:rPr>
                <w:color w:val="000000"/>
                <w:sz w:val="16"/>
              </w:rPr>
              <w:instrText xml:space="preserve">REF _Ref14471507 \h \* MERGEFORMAT </w:instrText>
            </w:r>
            <w:r w:rsidRPr="00EB75F0">
              <w:rPr>
                <w:color w:val="000000"/>
                <w:sz w:val="16"/>
              </w:rPr>
            </w:r>
            <w:r w:rsidRPr="00EB75F0">
              <w:rPr>
                <w:color w:val="000000"/>
                <w:sz w:val="16"/>
              </w:rPr>
              <w:fldChar w:fldCharType="separate"/>
            </w:r>
            <w:r w:rsidR="004B2F28" w:rsidRPr="004B2F28">
              <w:rPr>
                <w:color w:val="000000"/>
                <w:sz w:val="16"/>
              </w:rPr>
              <w:t>Table S3</w:t>
            </w:r>
            <w:r w:rsidR="004B2F28" w:rsidRPr="004B2F28">
              <w:rPr>
                <w:color w:val="000000"/>
                <w:sz w:val="16"/>
              </w:rPr>
              <w:noBreakHyphen/>
              <w:t>2</w:t>
            </w:r>
            <w:r w:rsidRPr="00EB75F0">
              <w:rPr>
                <w:color w:val="000000"/>
                <w:sz w:val="16"/>
              </w:rPr>
              <w:fldChar w:fldCharType="end"/>
            </w:r>
            <w:r w:rsidRPr="00EB75F0">
              <w:rPr>
                <w:color w:val="000000"/>
                <w:sz w:val="16"/>
              </w:rPr>
              <w:t xml:space="preserve"> in  </w:t>
            </w:r>
            <w:r w:rsidRPr="00EB75F0">
              <w:rPr>
                <w:color w:val="000000"/>
                <w:sz w:val="16"/>
              </w:rPr>
              <w:fldChar w:fldCharType="begin"/>
            </w:r>
            <w:r w:rsidRPr="00EB75F0">
              <w:rPr>
                <w:color w:val="000000"/>
                <w:sz w:val="16"/>
              </w:rPr>
              <w:instrText xml:space="preserve">REF _Ref14941523 \h \r \* MERGEFORMAT </w:instrText>
            </w:r>
            <w:r w:rsidRPr="00EB75F0">
              <w:rPr>
                <w:color w:val="000000"/>
                <w:sz w:val="16"/>
              </w:rPr>
            </w:r>
            <w:r w:rsidRPr="00EB75F0">
              <w:rPr>
                <w:color w:val="000000"/>
                <w:sz w:val="16"/>
              </w:rPr>
              <w:fldChar w:fldCharType="separate"/>
            </w:r>
            <w:r w:rsidR="004B2F28">
              <w:rPr>
                <w:color w:val="000000"/>
                <w:sz w:val="16"/>
              </w:rPr>
              <w:t>Appendix 1</w:t>
            </w:r>
            <w:r w:rsidRPr="00EB75F0">
              <w:rPr>
                <w:color w:val="000000"/>
                <w:sz w:val="16"/>
              </w:rPr>
              <w:fldChar w:fldCharType="end"/>
            </w:r>
          </w:p>
        </w:tc>
      </w:tr>
      <w:tr w:rsidR="008001D3" w:rsidRPr="00EB75F0" w14:paraId="6615C6B5" w14:textId="77777777" w:rsidTr="00C32B29">
        <w:tc>
          <w:tcPr>
            <w:tcW w:w="3823" w:type="dxa"/>
            <w:tcBorders>
              <w:top w:val="single" w:sz="4" w:space="0" w:color="000000"/>
              <w:left w:val="single" w:sz="4" w:space="0" w:color="000000"/>
              <w:bottom w:val="single" w:sz="4" w:space="0" w:color="000000"/>
              <w:right w:val="single" w:sz="4" w:space="0" w:color="000000"/>
            </w:tcBorders>
            <w:shd w:val="clear" w:color="auto" w:fill="FFFFFF"/>
          </w:tcPr>
          <w:p w14:paraId="6A52E32C" w14:textId="6CB977F1" w:rsidR="008001D3" w:rsidRPr="00DD2C1A" w:rsidRDefault="008001D3" w:rsidP="00C32B29">
            <w:pPr>
              <w:spacing w:before="60" w:after="60" w:line="240" w:lineRule="auto"/>
              <w:rPr>
                <w:color w:val="000000"/>
                <w:sz w:val="16"/>
                <w:szCs w:val="16"/>
              </w:rPr>
            </w:pPr>
            <w:r w:rsidRPr="00DD2C1A">
              <w:rPr>
                <w:color w:val="000000"/>
                <w:sz w:val="16"/>
                <w:szCs w:val="16"/>
              </w:rPr>
              <w:t>Treatment protocols were deemed sufficiently different enough to warrant exclusion due to differences in inpatient/outpatient settings compared with those in the EMERGENT-1, -2, and -3 trials</w:t>
            </w:r>
            <w:r w:rsidR="00DD2C1A" w:rsidRPr="00DD2C1A">
              <w:rPr>
                <w:sz w:val="16"/>
                <w:szCs w:val="16"/>
              </w:rPr>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rPr>
                <w:sz w:val="16"/>
                <w:szCs w:val="16"/>
              </w:rPr>
              <w:instrText xml:space="preserve"> ADDIN EN.CITE </w:instrText>
            </w:r>
            <w:r w:rsidR="00452EF4">
              <w:rPr>
                <w:sz w:val="16"/>
                <w:szCs w:val="16"/>
              </w:rPr>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rPr>
                <w:sz w:val="16"/>
                <w:szCs w:val="16"/>
              </w:rPr>
              <w:instrText xml:space="preserve"> ADDIN EN.CITE.DATA </w:instrText>
            </w:r>
            <w:r w:rsidR="00452EF4">
              <w:rPr>
                <w:sz w:val="16"/>
                <w:szCs w:val="16"/>
              </w:rPr>
            </w:r>
            <w:r w:rsidR="00452EF4">
              <w:rPr>
                <w:sz w:val="16"/>
                <w:szCs w:val="16"/>
              </w:rPr>
              <w:fldChar w:fldCharType="end"/>
            </w:r>
            <w:r w:rsidR="00DD2C1A" w:rsidRPr="00DD2C1A">
              <w:rPr>
                <w:sz w:val="16"/>
                <w:szCs w:val="16"/>
              </w:rPr>
            </w:r>
            <w:r w:rsidR="00DD2C1A" w:rsidRPr="00DD2C1A">
              <w:rPr>
                <w:sz w:val="16"/>
                <w:szCs w:val="16"/>
              </w:rPr>
              <w:fldChar w:fldCharType="separate"/>
            </w:r>
            <w:r w:rsidR="00452EF4" w:rsidRPr="00452EF4">
              <w:rPr>
                <w:noProof/>
                <w:sz w:val="16"/>
                <w:szCs w:val="16"/>
                <w:vertAlign w:val="superscript"/>
              </w:rPr>
              <w:t>7-9</w:t>
            </w:r>
            <w:r w:rsidR="00DD2C1A" w:rsidRPr="00DD2C1A">
              <w:rPr>
                <w:sz w:val="16"/>
                <w:szCs w:val="16"/>
              </w:rPr>
              <w:fldChar w:fldCharType="end"/>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08E1FDF5" w14:textId="28BE5EE8" w:rsidR="008001D3" w:rsidRPr="00EB75F0" w:rsidRDefault="008001D3" w:rsidP="00C32B29">
            <w:pPr>
              <w:tabs>
                <w:tab w:val="left" w:pos="0"/>
              </w:tabs>
              <w:spacing w:before="60" w:after="60" w:line="240" w:lineRule="auto"/>
              <w:rPr>
                <w:color w:val="000000"/>
                <w:sz w:val="16"/>
              </w:rPr>
            </w:pPr>
            <w:r w:rsidRPr="00EB75F0">
              <w:rPr>
                <w:color w:val="000000"/>
                <w:sz w:val="16"/>
              </w:rPr>
              <w:t>Cutler 2010</w:t>
            </w:r>
            <w:r w:rsidR="0031308D" w:rsidRPr="00EB75F0">
              <w:fldChar w:fldCharType="begin"/>
            </w:r>
            <w:r w:rsidR="00452EF4">
              <w:instrText xml:space="preserve"> ADDIN EN.CITE &lt;EndNote&gt;&lt;Cite&gt;&lt;Author&gt;Cutler&lt;/Author&gt;&lt;Year&gt;2010&lt;/Year&gt;&lt;RecNum&gt;17&lt;/RecNum&gt;&lt;DisplayText&gt;&lt;style face="superscript"&gt;20&lt;/style&gt;&lt;/DisplayText&gt;&lt;record&gt;&lt;rec-number&gt;17&lt;/rec-number&gt;&lt;foreign-keys&gt;&lt;key app="EN" db-id="9ttaxzax2p0tr7ewzt55atews50zvxaaa5rz" timestamp="1764068827"&gt;17&lt;/key&gt;&lt;/foreign-keys&gt;&lt;ref-type name="Journal Article"&gt;17&lt;/ref-type&gt;&lt;contributors&gt;&lt;authors&gt;&lt;author&gt;Cutler, Andrew J&lt;/author&gt;&lt;author&gt;Tran-Johnson, Tram&lt;/author&gt;&lt;author&gt;Kalali, Amir&lt;/author&gt;&lt;author&gt;Aström, Mikael&lt;/author&gt;&lt;author&gt;Brecher, Martin&lt;/author&gt;&lt;author&gt;Meulien, Didier&lt;/author&gt;&lt;/authors&gt;&lt;/contributors&gt;&lt;titles&gt;&lt;title&gt;A failed 6-week, randomized, double-blind, placebo-controlled study of once-daily extended release quetiapine fumarate in patients with acute schizophrenia: lessons learned&lt;/title&gt;&lt;secondary-title&gt;Psychopharmacology bulletin&lt;/secondary-title&gt;&lt;/titles&gt;&lt;periodical&gt;&lt;full-title&gt;Psychopharmacology bulletin&lt;/full-title&gt;&lt;/periodical&gt;&lt;pages&gt;37-69&lt;/pages&gt;&lt;volume&gt;43&lt;/volume&gt;&lt;number&gt;4&lt;/number&gt;&lt;dates&gt;&lt;year&gt;2010&lt;/year&gt;&lt;/dates&gt;&lt;isbn&gt;0048-5764&lt;/isbn&gt;&lt;urls&gt;&lt;/urls&gt;&lt;/record&gt;&lt;/Cite&gt;&lt;/EndNote&gt;</w:instrText>
            </w:r>
            <w:r w:rsidR="0031308D" w:rsidRPr="00EB75F0">
              <w:fldChar w:fldCharType="separate"/>
            </w:r>
            <w:r w:rsidR="00452EF4" w:rsidRPr="00452EF4">
              <w:rPr>
                <w:noProof/>
                <w:vertAlign w:val="superscript"/>
              </w:rPr>
              <w:t>20</w:t>
            </w:r>
            <w:r w:rsidR="0031308D" w:rsidRPr="00EB75F0">
              <w:fldChar w:fldCharType="end"/>
            </w:r>
            <w:r w:rsidRPr="00EB75F0">
              <w:rPr>
                <w:color w:val="000000"/>
                <w:sz w:val="16"/>
              </w:rPr>
              <w:t>, Harvey 2003</w:t>
            </w:r>
            <w:r w:rsidR="0031308D" w:rsidRPr="00EB75F0">
              <w:fldChar w:fldCharType="begin"/>
            </w:r>
            <w:r w:rsidR="00452EF4">
              <w:instrText xml:space="preserve"> ADDIN EN.CITE &lt;EndNote&gt;&lt;Cite&gt;&lt;Author&gt;Harvey&lt;/Author&gt;&lt;Year&gt;2003&lt;/Year&gt;&lt;RecNum&gt;10&lt;/RecNum&gt;&lt;DisplayText&gt;&lt;style face="superscript"&gt;13&lt;/style&gt;&lt;/DisplayText&gt;&lt;record&gt;&lt;rec-number&gt;10&lt;/rec-number&gt;&lt;foreign-keys&gt;&lt;key app="EN" db-id="9ttaxzax2p0tr7ewzt55atews50zvxaaa5rz" timestamp="1764068825"&gt;10&lt;/key&gt;&lt;/foreign-keys&gt;&lt;ref-type name="Journal Article"&gt;17&lt;/ref-type&gt;&lt;contributors&gt;&lt;authors&gt;&lt;author&gt;Harvey, P. D.&lt;/author&gt;&lt;author&gt;Green, M. F.&lt;/author&gt;&lt;author&gt;McGurk, S. R.&lt;/author&gt;&lt;author&gt;Meltzer, H. Y.&lt;/author&gt;&lt;/authors&gt;&lt;/contributors&gt;&lt;titles&gt;&lt;title&gt;Changes in cognitive functioning with risperidone and olanzapine treatment: a large-scale, double-blind, randomized study&lt;/title&gt;&lt;secondary-title&gt;Psychopharmacology (Berl)&lt;/secondary-title&gt;&lt;/titles&gt;&lt;periodical&gt;&lt;full-title&gt;Psychopharmacology (Berl)&lt;/full-title&gt;&lt;/periodical&gt;&lt;pages&gt;404-11&lt;/pages&gt;&lt;volume&gt;169&lt;/volume&gt;&lt;number&gt;3-4&lt;/number&gt;&lt;dates&gt;&lt;year&gt;2003&lt;/year&gt;&lt;pub-dates&gt;&lt;date&gt;20030218&lt;/date&gt;&lt;/pub-dates&gt;&lt;/dates&gt;&lt;pub-location&gt;Department of Psychiatry, Mt. Sinai School of Medicine, Box 1229, New York, NY 10029, USA. pdharvey@compuserve.com&lt;/pub-location&gt;&lt;isbn&gt;0033-3158 (Print) 0033-3158 (Linking)&lt;/isbn&gt;&lt;urls&gt;&lt;related-urls&gt;&lt;url&gt;https://www.ncbi.nlm.nih.gov/pubmed/12590356&lt;/url&gt;&lt;/related-urls&gt;&lt;/urls&gt;&lt;electronic-resource-num&gt;10.1007/s00213-002-1342-5&lt;/electronic-resource-num&gt;&lt;/record&gt;&lt;/Cite&gt;&lt;/EndNote&gt;</w:instrText>
            </w:r>
            <w:r w:rsidR="0031308D" w:rsidRPr="00EB75F0">
              <w:fldChar w:fldCharType="separate"/>
            </w:r>
            <w:r w:rsidR="00452EF4" w:rsidRPr="00452EF4">
              <w:rPr>
                <w:noProof/>
                <w:vertAlign w:val="superscript"/>
              </w:rPr>
              <w:t>13</w:t>
            </w:r>
            <w:r w:rsidR="0031308D" w:rsidRPr="00EB75F0">
              <w:fldChar w:fldCharType="end"/>
            </w:r>
            <w:r w:rsidRPr="00EB75F0">
              <w:rPr>
                <w:color w:val="000000"/>
                <w:sz w:val="16"/>
              </w:rPr>
              <w:t>, Kane 2009</w:t>
            </w:r>
            <w:r w:rsidR="0031308D" w:rsidRPr="00EB75F0">
              <w:fldChar w:fldCharType="begin"/>
            </w:r>
            <w:r w:rsidR="00452EF4">
              <w:instrText xml:space="preserve"> ADDIN EN.CITE &lt;EndNote&gt;&lt;Cite&gt;&lt;Author&gt;Kane JM&lt;/Author&gt;&lt;Year&gt;2009&lt;/Year&gt;&lt;RecNum&gt;8&lt;/RecNum&gt;&lt;DisplayText&gt;&lt;style face="superscript"&gt;11&lt;/style&gt;&lt;/DisplayText&gt;&lt;record&gt;&lt;rec-number&gt;8&lt;/rec-number&gt;&lt;foreign-keys&gt;&lt;key app="EN" db-id="9ttaxzax2p0tr7ewzt55atews50zvxaaa5rz" timestamp="1764068825"&gt;8&lt;/key&gt;&lt;/foreign-keys&gt;&lt;ref-type name="Journal Article"&gt;17&lt;/ref-type&gt;&lt;contributors&gt;&lt;authors&gt;&lt;author&gt;Kane JM, Osuntokun O, Kryzhanovskaya LA, Xu W, Stauffer VL, Watson SB, Breier A&lt;/author&gt;&lt;/authors&gt;&lt;/contributors&gt;&lt;titles&gt;&lt;title&gt;A 28-week, randomized, double-blind study of olanzapine versus aripiprazole in the treatment of schizophrenia.&lt;/title&gt;&lt;secondary-title&gt;JCP&lt;/secondary-title&gt;&lt;/titles&gt;&lt;periodical&gt;&lt;full-title&gt;JCP&lt;/full-title&gt;&lt;/periodical&gt;&lt;pages&gt;572&lt;/pages&gt;&lt;volume&gt;70&lt;/volume&gt;&lt;number&gt;4&lt;/number&gt;&lt;dates&gt;&lt;year&gt;2009&lt;/year&gt;&lt;/dates&gt;&lt;urls&gt;&lt;/urls&gt;&lt;/record&gt;&lt;/Cite&gt;&lt;/EndNote&gt;</w:instrText>
            </w:r>
            <w:r w:rsidR="0031308D" w:rsidRPr="00EB75F0">
              <w:fldChar w:fldCharType="separate"/>
            </w:r>
            <w:r w:rsidR="00452EF4" w:rsidRPr="00452EF4">
              <w:rPr>
                <w:noProof/>
                <w:vertAlign w:val="superscript"/>
              </w:rPr>
              <w:t>11</w:t>
            </w:r>
            <w:r w:rsidR="0031308D" w:rsidRPr="00EB75F0">
              <w:fldChar w:fldCharType="end"/>
            </w:r>
            <w:r w:rsidRPr="00EB75F0">
              <w:rPr>
                <w:color w:val="000000"/>
                <w:sz w:val="16"/>
              </w:rPr>
              <w:t>, Li 2014</w:t>
            </w:r>
            <w:r w:rsidR="0031308D" w:rsidRPr="00EB75F0">
              <w:fldChar w:fldCharType="begin"/>
            </w:r>
            <w:r w:rsidR="00452EF4">
              <w:instrText xml:space="preserve"> ADDIN EN.CITE &lt;EndNote&gt;&lt;Cite&gt;&lt;Author&gt;Li H&lt;/Author&gt;&lt;Year&gt;2014&lt;/Year&gt;&lt;RecNum&gt;9&lt;/RecNum&gt;&lt;DisplayText&gt;&lt;style face="superscript"&gt;12&lt;/style&gt;&lt;/DisplayText&gt;&lt;record&gt;&lt;rec-number&gt;9&lt;/rec-number&gt;&lt;foreign-keys&gt;&lt;key app="EN" db-id="9ttaxzax2p0tr7ewzt55atews50zvxaaa5rz" timestamp="1764068825"&gt;9&lt;/key&gt;&lt;/foreign-keys&gt;&lt;ref-type name="Journal Article"&gt;17&lt;/ref-type&gt;&lt;contributors&gt;&lt;authors&gt;&lt;author&gt;Li H, Luo J, Wang C, Xie S, Xu X, Wang X, Yu W, Gu N, Kane JM.&lt;/author&gt;&lt;/authors&gt;&lt;/contributors&gt;&lt;titles&gt;&lt;title&gt;Efficacy and safety of aripiprazole in Chinese Han schizophrenia subjects: a randomized, double-blind, active parallel-controlled, multicenter clinical trial.&lt;/title&gt;&lt;secondary-title&gt;Schizophr. Res.&lt;/secondary-title&gt;&lt;/titles&gt;&lt;periodical&gt;&lt;full-title&gt;Schizophr. Res.&lt;/full-title&gt;&lt;/periodical&gt;&lt;pages&gt;112-9&lt;/pages&gt;&lt;volume&gt;157&lt;/volume&gt;&lt;number&gt;1-3&lt;/number&gt;&lt;dates&gt;&lt;year&gt;2014&lt;/year&gt;&lt;/dates&gt;&lt;urls&gt;&lt;/urls&gt;&lt;/record&gt;&lt;/Cite&gt;&lt;/EndNote&gt;</w:instrText>
            </w:r>
            <w:r w:rsidR="0031308D" w:rsidRPr="00EB75F0">
              <w:fldChar w:fldCharType="separate"/>
            </w:r>
            <w:r w:rsidR="00452EF4" w:rsidRPr="00452EF4">
              <w:rPr>
                <w:noProof/>
                <w:vertAlign w:val="superscript"/>
              </w:rPr>
              <w:t>12</w:t>
            </w:r>
            <w:r w:rsidR="0031308D" w:rsidRPr="00EB75F0">
              <w:fldChar w:fldCharType="end"/>
            </w:r>
            <w:r w:rsidRPr="00EB75F0">
              <w:rPr>
                <w:color w:val="000000"/>
                <w:sz w:val="16"/>
              </w:rPr>
              <w:t>, Litman 2014</w:t>
            </w:r>
            <w:r w:rsidR="0031308D" w:rsidRPr="00EB75F0">
              <w:fldChar w:fldCharType="begin"/>
            </w:r>
            <w:r w:rsidR="00452EF4">
              <w:instrText xml:space="preserve"> ADDIN EN.CITE &lt;EndNote&gt;&lt;Cite&gt;&lt;Author&gt;Litman&lt;/Author&gt;&lt;Year&gt;2014&lt;/Year&gt;&lt;RecNum&gt;13&lt;/RecNum&gt;&lt;DisplayText&gt;&lt;style face="superscript"&gt;16&lt;/style&gt;&lt;/DisplayText&gt;&lt;record&gt;&lt;rec-number&gt;13&lt;/rec-number&gt;&lt;foreign-keys&gt;&lt;key app="EN" db-id="9ttaxzax2p0tr7ewzt55atews50zvxaaa5rz" timestamp="1764068826"&gt;13&lt;/key&gt;&lt;/foreign-keys&gt;&lt;ref-type name="Journal Article"&gt;17&lt;/ref-type&gt;&lt;contributors&gt;&lt;authors&gt;&lt;author&gt;Litman, R. E.&lt;/author&gt;&lt;author&gt;Smith, M. A.&lt;/author&gt;&lt;author&gt;Desai, D. G.&lt;/author&gt;&lt;author&gt;Simpson, T.&lt;/author&gt;&lt;author&gt;Sweitzer, D.&lt;/author&gt;&lt;author&gt;Kanes, S. J.&lt;/author&gt;&lt;/authors&gt;&lt;/contributors&gt;&lt;titles&gt;&lt;title&gt;The selective neurokinin 3 antagonist AZD2624 does not improve symptoms or cognition in schizophrenia: a proof-of-principle study&lt;/title&gt;&lt;secondary-title&gt;J Clin Psychopharmacol&lt;/secondary-title&gt;&lt;/titles&gt;&lt;periodical&gt;&lt;full-title&gt;J Clin Psychopharmacol&lt;/full-title&gt;&lt;/periodical&gt;&lt;pages&gt;199-204&lt;/pages&gt;&lt;volume&gt;34&lt;/volume&gt;&lt;number&gt;2&lt;/number&gt;&lt;dates&gt;&lt;year&gt;2014&lt;/year&gt;&lt;pub-dates&gt;&lt;date&gt;Apr&lt;/date&gt;&lt;/pub-dates&gt;&lt;/dates&gt;&lt;pub-location&gt;From *CBH Health, LLC, Rockville, MD; daggerGeorgetown University, Washington, DC; and double daggerAstraZeneca, Wilmington, DE.&lt;/pub-location&gt;&lt;isbn&gt;1533-712X (Electronic) 0271-0749 (Linking)&lt;/isbn&gt;&lt;urls&gt;&lt;related-urls&gt;&lt;url&gt;https://www.ncbi.nlm.nih.gov/pubmed/24525659&lt;/url&gt;&lt;/related-urls&gt;&lt;/urls&gt;&lt;electronic-resource-num&gt;10.1097/JCP.0000000000000071&lt;/electronic-resource-num&gt;&lt;/record&gt;&lt;/Cite&gt;&lt;/EndNote&gt;</w:instrText>
            </w:r>
            <w:r w:rsidR="0031308D" w:rsidRPr="00EB75F0">
              <w:fldChar w:fldCharType="separate"/>
            </w:r>
            <w:r w:rsidR="00452EF4" w:rsidRPr="00452EF4">
              <w:rPr>
                <w:noProof/>
                <w:vertAlign w:val="superscript"/>
              </w:rPr>
              <w:t>16</w:t>
            </w:r>
            <w:r w:rsidR="0031308D" w:rsidRPr="00EB75F0">
              <w:fldChar w:fldCharType="end"/>
            </w:r>
            <w:r w:rsidRPr="00EB75F0">
              <w:rPr>
                <w:color w:val="000000"/>
                <w:sz w:val="16"/>
              </w:rPr>
              <w:t>, Liu 2000</w:t>
            </w:r>
            <w:r w:rsidR="0031308D" w:rsidRPr="00EB75F0">
              <w:fldChar w:fldCharType="begin"/>
            </w:r>
            <w:r w:rsidR="00452EF4">
              <w:instrText xml:space="preserve"> ADDIN EN.CITE &lt;EndNote&gt;&lt;Cite&gt;&lt;Author&gt;Liu&lt;/Author&gt;&lt;Year&gt;2000&lt;/Year&gt;&lt;RecNum&gt;16&lt;/RecNum&gt;&lt;DisplayText&gt;&lt;style face="superscript"&gt;19&lt;/style&gt;&lt;/DisplayText&gt;&lt;record&gt;&lt;rec-number&gt;16&lt;/rec-number&gt;&lt;foreign-keys&gt;&lt;key app="EN" db-id="9ttaxzax2p0tr7ewzt55atews50zvxaaa5rz" timestamp="1764068827"&gt;16&lt;/key&gt;&lt;/foreign-keys&gt;&lt;ref-type name="Journal Article"&gt;17&lt;/ref-type&gt;&lt;contributors&gt;&lt;authors&gt;&lt;author&gt;Liu, Shi K&lt;/author&gt;&lt;author&gt;Chen, Wei J&lt;/author&gt;&lt;author&gt;Chang, Ching-Jui&lt;/author&gt;&lt;author&gt;Lin, Hsin-Nan&lt;/author&gt;&lt;/authors&gt;&lt;/contributors&gt;&lt;titles&gt;&lt;title&gt;Effects of atypical neuroleptics on sustained attention deficits in schizophrenia: a trial of risperidone versus haloperidol&lt;/title&gt;&lt;secondary-title&gt;Neuropsychopharmacology&lt;/secondary-title&gt;&lt;/titles&gt;&lt;periodical&gt;&lt;full-title&gt;Neuropsychopharmacology&lt;/full-title&gt;&lt;/periodical&gt;&lt;pages&gt;311-319&lt;/pages&gt;&lt;volume&gt;22&lt;/volume&gt;&lt;number&gt;3&lt;/number&gt;&lt;dates&gt;&lt;year&gt;2000&lt;/year&gt;&lt;/dates&gt;&lt;isbn&gt;0893-133X&lt;/isbn&gt;&lt;urls&gt;&lt;/urls&gt;&lt;/record&gt;&lt;/Cite&gt;&lt;/EndNote&gt;</w:instrText>
            </w:r>
            <w:r w:rsidR="0031308D" w:rsidRPr="00EB75F0">
              <w:fldChar w:fldCharType="separate"/>
            </w:r>
            <w:r w:rsidR="00452EF4" w:rsidRPr="00452EF4">
              <w:rPr>
                <w:noProof/>
                <w:vertAlign w:val="superscript"/>
              </w:rPr>
              <w:t>19</w:t>
            </w:r>
            <w:r w:rsidR="0031308D" w:rsidRPr="00EB75F0">
              <w:fldChar w:fldCharType="end"/>
            </w:r>
            <w:r w:rsidRPr="00EB75F0">
              <w:rPr>
                <w:color w:val="000000"/>
                <w:sz w:val="16"/>
              </w:rPr>
              <w:t>, Martin 2002</w:t>
            </w:r>
            <w:r w:rsidR="0031308D" w:rsidRPr="00EB75F0">
              <w:fldChar w:fldCharType="begin"/>
            </w:r>
            <w:r w:rsidR="00452EF4">
              <w:instrText xml:space="preserve"> ADDIN EN.CITE &lt;EndNote&gt;&lt;Cite&gt;&lt;Author&gt;Martin&lt;/Author&gt;&lt;Year&gt;2002&lt;/Year&gt;&lt;RecNum&gt;14&lt;/RecNum&gt;&lt;DisplayText&gt;&lt;style face="superscript"&gt;17&lt;/style&gt;&lt;/DisplayText&gt;&lt;record&gt;&lt;rec-number&gt;14&lt;/rec-number&gt;&lt;foreign-keys&gt;&lt;key app="EN" db-id="9ttaxzax2p0tr7ewzt55atews50zvxaaa5rz" timestamp="1764068826"&gt;14&lt;/key&gt;&lt;/foreign-keys&gt;&lt;ref-type name="Journal Article"&gt;17&lt;/ref-type&gt;&lt;contributors&gt;&lt;authors&gt;&lt;author&gt;Martin, S.&lt;/author&gt;&lt;author&gt;Ljo, H.&lt;/author&gt;&lt;author&gt;Peuskens, J.&lt;/author&gt;&lt;author&gt;Thirumalai, S.&lt;/author&gt;&lt;author&gt;Giudicelli, A.&lt;/author&gt;&lt;author&gt;Fleurot, O.&lt;/author&gt;&lt;author&gt;Rein, W.&lt;/author&gt;&lt;author&gt;Solianol Study Group&lt;/author&gt;&lt;/authors&gt;&lt;/contributors&gt;&lt;titles&gt;&lt;title&gt;A double-blind, randomised comparative trial of amisulpride versus olanzapine in the treatment of schizophrenia: short-term results at two months&lt;/title&gt;&lt;secondary-title&gt;Curr Med Res Opin&lt;/secondary-title&gt;&lt;/titles&gt;&lt;periodical&gt;&lt;full-title&gt;Curr Med Res Opin&lt;/full-title&gt;&lt;/periodical&gt;&lt;pages&gt;355-62&lt;/pages&gt;&lt;volume&gt;18&lt;/volume&gt;&lt;number&gt;6&lt;/number&gt;&lt;dates&gt;&lt;year&gt;2002&lt;/year&gt;&lt;/dates&gt;&lt;pub-location&gt;Alzheimer Disease Research Unit, McGill Centre for Studies in Aging, Verdun, Quebec, Canada. profsmartin@hotmail.com&lt;/pub-location&gt;&lt;isbn&gt;0300-7995 (Print) 0300-7995 (Linking)&lt;/isbn&gt;&lt;urls&gt;&lt;related-urls&gt;&lt;url&gt;https://www.ncbi.nlm.nih.gov/pubmed/12442883&lt;/url&gt;&lt;/related-urls&gt;&lt;/urls&gt;&lt;electronic-resource-num&gt;10.1185/030079902125001128&lt;/electronic-resource-num&gt;&lt;/record&gt;&lt;/Cite&gt;&lt;/EndNote&gt;</w:instrText>
            </w:r>
            <w:r w:rsidR="0031308D" w:rsidRPr="00EB75F0">
              <w:fldChar w:fldCharType="separate"/>
            </w:r>
            <w:r w:rsidR="00452EF4" w:rsidRPr="00452EF4">
              <w:rPr>
                <w:noProof/>
                <w:vertAlign w:val="superscript"/>
              </w:rPr>
              <w:t>17</w:t>
            </w:r>
            <w:r w:rsidR="0031308D" w:rsidRPr="00EB75F0">
              <w:fldChar w:fldCharType="end"/>
            </w:r>
            <w:r w:rsidRPr="00EB75F0">
              <w:rPr>
                <w:color w:val="000000"/>
                <w:sz w:val="16"/>
              </w:rPr>
              <w:t>, NCT00396565</w:t>
            </w:r>
            <w:r w:rsidR="0031308D" w:rsidRPr="00EB75F0">
              <w:fldChar w:fldCharType="begin"/>
            </w:r>
            <w:r w:rsidR="00452EF4">
              <w:instrText xml:space="preserve"> ADDIN EN.CITE &lt;EndNote&gt;&lt;Cite&gt;&lt;Author&gt;NCT00396565&lt;/Author&gt;&lt;Year&gt;2014&lt;/Year&gt;&lt;RecNum&gt;12&lt;/RecNum&gt;&lt;DisplayText&gt;&lt;style face="superscript"&gt;15&lt;/style&gt;&lt;/DisplayText&gt;&lt;record&gt;&lt;rec-number&gt;12&lt;/rec-number&gt;&lt;foreign-keys&gt;&lt;key app="EN" db-id="9ttaxzax2p0tr7ewzt55atews50zvxaaa5rz" timestamp="1764068826"&gt;12&lt;/key&gt;&lt;/foreign-keys&gt;&lt;ref-type name="Journal Article"&gt;17&lt;/ref-type&gt;&lt;contributors&gt;&lt;authors&gt;&lt;author&gt;NCT00396565&lt;/author&gt;&lt;/authors&gt;&lt;/contributors&gt;&lt;titles&gt;&lt;title&gt;A Study to Evaluate Effectiveness and Safety of ER OROS Paliperidone in Patients With Schizophrenia&lt;/title&gt;&lt;secondary-title&gt;-&lt;/secondary-title&gt;&lt;/titles&gt;&lt;periodical&gt;&lt;full-title&gt;-&lt;/full-title&gt;&lt;/periodical&gt;&lt;pages&gt;-&lt;/pages&gt;&lt;volume&gt;-&lt;/volume&gt;&lt;dates&gt;&lt;year&gt;2014&lt;/year&gt;&lt;/dates&gt;&lt;urls&gt;&lt;/urls&gt;&lt;/record&gt;&lt;/Cite&gt;&lt;/EndNote&gt;</w:instrText>
            </w:r>
            <w:r w:rsidR="0031308D" w:rsidRPr="00EB75F0">
              <w:fldChar w:fldCharType="separate"/>
            </w:r>
            <w:r w:rsidR="00452EF4" w:rsidRPr="00452EF4">
              <w:rPr>
                <w:noProof/>
                <w:vertAlign w:val="superscript"/>
              </w:rPr>
              <w:t>15</w:t>
            </w:r>
            <w:r w:rsidR="0031308D" w:rsidRPr="00EB75F0">
              <w:fldChar w:fldCharType="end"/>
            </w:r>
            <w:r w:rsidRPr="00EB75F0">
              <w:rPr>
                <w:color w:val="000000"/>
                <w:sz w:val="16"/>
              </w:rPr>
              <w:t>, Tollefson 1997</w:t>
            </w:r>
            <w:r w:rsidR="0031308D" w:rsidRPr="00EB75F0">
              <w:fldChar w:fldCharType="begin"/>
            </w:r>
            <w:r w:rsidR="00452EF4">
              <w:instrText xml:space="preserve"> ADDIN EN.CITE &lt;EndNote&gt;&lt;Cite&gt;&lt;Author&gt;Tollefson&lt;/Author&gt;&lt;Year&gt;1997&lt;/Year&gt;&lt;RecNum&gt;11&lt;/RecNum&gt;&lt;DisplayText&gt;&lt;style face="superscript"&gt;14&lt;/style&gt;&lt;/DisplayText&gt;&lt;record&gt;&lt;rec-number&gt;11&lt;/rec-number&gt;&lt;foreign-keys&gt;&lt;key app="EN" db-id="9ttaxzax2p0tr7ewzt55atews50zvxaaa5rz" timestamp="1764068825"&gt;11&lt;/key&gt;&lt;/foreign-keys&gt;&lt;ref-type name="Journal Article"&gt;17&lt;/ref-type&gt;&lt;contributors&gt;&lt;authors&gt;&lt;author&gt;Tollefson, Gary D&lt;/author&gt;&lt;author&gt;Beasley Jr, Charles M&lt;/author&gt;&lt;author&gt;Tran, Pierre V&lt;/author&gt;&lt;author&gt;Street, Jamie S&lt;/author&gt;&lt;author&gt;Krueger, John A&lt;/author&gt;&lt;author&gt;Tamura, Roy N&lt;/author&gt;&lt;author&gt;Graffeo, Karin A&lt;/author&gt;&lt;author&gt;Thieme, Martha E&lt;/author&gt;&lt;/authors&gt;&lt;/contributors&gt;&lt;titles&gt;&lt;title&gt;Olanzapine versus haloperidol in the treatment of schizophrenia and schizoaffective and schizophreniform disorders: results of an international collaborative trial&lt;/title&gt;&lt;secondary-title&gt;American Journal of Psychiatry&lt;/secondary-title&gt;&lt;/titles&gt;&lt;periodical&gt;&lt;full-title&gt;American Journal of Psychiatry&lt;/full-title&gt;&lt;/periodical&gt;&lt;pages&gt;457-465&lt;/pages&gt;&lt;volume&gt;154&lt;/volume&gt;&lt;number&gt;4&lt;/number&gt;&lt;dates&gt;&lt;year&gt;1997&lt;/year&gt;&lt;/dates&gt;&lt;isbn&gt;0002-953X&lt;/isbn&gt;&lt;urls&gt;&lt;/urls&gt;&lt;/record&gt;&lt;/Cite&gt;&lt;/EndNote&gt;</w:instrText>
            </w:r>
            <w:r w:rsidR="0031308D" w:rsidRPr="00EB75F0">
              <w:fldChar w:fldCharType="separate"/>
            </w:r>
            <w:r w:rsidR="00452EF4" w:rsidRPr="00452EF4">
              <w:rPr>
                <w:noProof/>
                <w:vertAlign w:val="superscript"/>
              </w:rPr>
              <w:t>14</w:t>
            </w:r>
            <w:r w:rsidR="0031308D" w:rsidRPr="00EB75F0">
              <w:fldChar w:fldCharType="end"/>
            </w:r>
            <w:r w:rsidRPr="00EB75F0">
              <w:rPr>
                <w:color w:val="000000"/>
                <w:sz w:val="16"/>
              </w:rPr>
              <w:t>, Yang 2010</w:t>
            </w:r>
            <w:r w:rsidR="0031308D" w:rsidRPr="00EB75F0">
              <w:fldChar w:fldCharType="begin"/>
            </w:r>
            <w:r w:rsidR="00452EF4">
              <w:instrText xml:space="preserve"> ADDIN EN.CITE &lt;EndNote&gt;&lt;Cite&gt;&lt;Author&gt;Yang&lt;/Author&gt;&lt;Year&gt;2010&lt;/Year&gt;&lt;RecNum&gt;15&lt;/RecNum&gt;&lt;DisplayText&gt;&lt;style face="superscript"&gt;18&lt;/style&gt;&lt;/DisplayText&gt;&lt;record&gt;&lt;rec-number&gt;15&lt;/rec-number&gt;&lt;foreign-keys&gt;&lt;key app="EN" db-id="9ttaxzax2p0tr7ewzt55atews50zvxaaa5rz" timestamp="1764068826"&gt;15&lt;/key&gt;&lt;/foreign-keys&gt;&lt;ref-type name="Journal Article"&gt;17&lt;/ref-type&gt;&lt;contributors&gt;&lt;authors&gt;&lt;author&gt;Yang, Jaewon&lt;/author&gt;&lt;author&gt;Bahk, Won-Myong&lt;/author&gt;&lt;author&gt;Cho, Hyun-Sang&lt;/author&gt;&lt;author&gt;Jeon, Yang-Whan&lt;/author&gt;&lt;author&gt;Jon, Duk-In&lt;/author&gt;&lt;author&gt;Jung, Hee-Yeon&lt;/author&gt;&lt;author&gt;Kim, Chan-Hyung&lt;/author&gt;&lt;author&gt;Kim, Hee-Cheol&lt;/author&gt;&lt;author&gt;Kim, Yong-Ku&lt;/author&gt;&lt;author&gt;Kim, Young-Hoon&lt;/author&gt;&lt;/authors&gt;&lt;/contributors&gt;&lt;titles&gt;&lt;title&gt;Efficacy and tolerability of Blonanserin in the patients with schizophrenia: a randomized, double-blind, risperidone-compared trial&lt;/title&gt;&lt;secondary-title&gt;Clinical neuropharmacology&lt;/secondary-title&gt;&lt;/titles&gt;&lt;periodical&gt;&lt;full-title&gt;Clinical neuropharmacology&lt;/full-title&gt;&lt;/periodical&gt;&lt;pages&gt;169-175&lt;/pages&gt;&lt;volume&gt;33&lt;/volume&gt;&lt;number&gt;4&lt;/number&gt;&lt;dates&gt;&lt;year&gt;2010&lt;/year&gt;&lt;/dates&gt;&lt;isbn&gt;0362-5664&lt;/isbn&gt;&lt;urls&gt;&lt;/urls&gt;&lt;/record&gt;&lt;/Cite&gt;&lt;/EndNote&gt;</w:instrText>
            </w:r>
            <w:r w:rsidR="0031308D" w:rsidRPr="00EB75F0">
              <w:fldChar w:fldCharType="separate"/>
            </w:r>
            <w:r w:rsidR="00452EF4" w:rsidRPr="00452EF4">
              <w:rPr>
                <w:noProof/>
                <w:vertAlign w:val="superscript"/>
              </w:rPr>
              <w:t>18</w:t>
            </w:r>
            <w:r w:rsidR="0031308D" w:rsidRPr="00EB75F0">
              <w:fldChar w:fldCharType="end"/>
            </w:r>
          </w:p>
        </w:tc>
        <w:tc>
          <w:tcPr>
            <w:tcW w:w="2403" w:type="dxa"/>
            <w:tcBorders>
              <w:top w:val="single" w:sz="4" w:space="0" w:color="000000"/>
              <w:left w:val="single" w:sz="4" w:space="0" w:color="000000"/>
              <w:bottom w:val="single" w:sz="4" w:space="0" w:color="000000"/>
              <w:right w:val="single" w:sz="4" w:space="0" w:color="000000"/>
            </w:tcBorders>
          </w:tcPr>
          <w:p w14:paraId="60D853DA" w14:textId="5F03B743" w:rsidR="008001D3" w:rsidRPr="00EB75F0" w:rsidRDefault="008001D3" w:rsidP="00C32B29">
            <w:pPr>
              <w:spacing w:before="60" w:after="60" w:line="240" w:lineRule="auto"/>
              <w:rPr>
                <w:color w:val="000000"/>
                <w:sz w:val="16"/>
              </w:rPr>
            </w:pPr>
            <w:r w:rsidRPr="00EB75F0">
              <w:rPr>
                <w:color w:val="000000"/>
                <w:sz w:val="16"/>
              </w:rPr>
              <w:t xml:space="preserve">See </w:t>
            </w:r>
            <w:r w:rsidRPr="00EB75F0">
              <w:rPr>
                <w:color w:val="000000"/>
                <w:sz w:val="16"/>
              </w:rPr>
              <w:fldChar w:fldCharType="begin"/>
            </w:r>
            <w:r w:rsidRPr="00EB75F0">
              <w:rPr>
                <w:color w:val="000000"/>
                <w:sz w:val="16"/>
              </w:rPr>
              <w:instrText xml:space="preserve">REF _Ref14789877 \h \* MERGEFORMAT </w:instrText>
            </w:r>
            <w:r w:rsidRPr="00EB75F0">
              <w:rPr>
                <w:color w:val="000000"/>
                <w:sz w:val="16"/>
              </w:rPr>
            </w:r>
            <w:r w:rsidRPr="00EB75F0">
              <w:rPr>
                <w:color w:val="000000"/>
                <w:sz w:val="16"/>
              </w:rPr>
              <w:fldChar w:fldCharType="separate"/>
            </w:r>
            <w:r w:rsidR="004B2F28" w:rsidRPr="004B2F28">
              <w:rPr>
                <w:color w:val="000000"/>
                <w:sz w:val="16"/>
              </w:rPr>
              <w:t>Table S3</w:t>
            </w:r>
            <w:r w:rsidR="004B2F28" w:rsidRPr="004B2F28">
              <w:rPr>
                <w:color w:val="000000"/>
                <w:sz w:val="16"/>
              </w:rPr>
              <w:noBreakHyphen/>
              <w:t>1</w:t>
            </w:r>
            <w:r w:rsidRPr="00EB75F0">
              <w:rPr>
                <w:color w:val="000000"/>
                <w:sz w:val="16"/>
              </w:rPr>
              <w:fldChar w:fldCharType="end"/>
            </w:r>
            <w:r w:rsidRPr="00EB75F0">
              <w:rPr>
                <w:color w:val="000000"/>
                <w:sz w:val="16"/>
              </w:rPr>
              <w:t xml:space="preserve"> in  </w:t>
            </w:r>
            <w:r w:rsidRPr="00EB75F0">
              <w:rPr>
                <w:color w:val="000000"/>
                <w:sz w:val="16"/>
              </w:rPr>
              <w:fldChar w:fldCharType="begin"/>
            </w:r>
            <w:r w:rsidRPr="00EB75F0">
              <w:rPr>
                <w:color w:val="000000"/>
                <w:sz w:val="16"/>
              </w:rPr>
              <w:instrText xml:space="preserve">REF _Ref14652152 \h \r \* MERGEFORMAT </w:instrText>
            </w:r>
            <w:r w:rsidRPr="00EB75F0">
              <w:rPr>
                <w:color w:val="000000"/>
                <w:sz w:val="16"/>
              </w:rPr>
            </w:r>
            <w:r w:rsidRPr="00EB75F0">
              <w:rPr>
                <w:color w:val="000000"/>
                <w:sz w:val="16"/>
              </w:rPr>
              <w:fldChar w:fldCharType="separate"/>
            </w:r>
            <w:r w:rsidR="004B2F28">
              <w:rPr>
                <w:color w:val="000000"/>
                <w:sz w:val="16"/>
              </w:rPr>
              <w:t>Appendix 1</w:t>
            </w:r>
            <w:r w:rsidRPr="00EB75F0">
              <w:rPr>
                <w:color w:val="000000"/>
                <w:sz w:val="16"/>
              </w:rPr>
              <w:fldChar w:fldCharType="end"/>
            </w:r>
          </w:p>
        </w:tc>
      </w:tr>
      <w:tr w:rsidR="008001D3" w:rsidRPr="00EB75F0" w14:paraId="458BC047" w14:textId="77777777" w:rsidTr="00C32B29">
        <w:tc>
          <w:tcPr>
            <w:tcW w:w="3823" w:type="dxa"/>
            <w:tcBorders>
              <w:top w:val="single" w:sz="4" w:space="0" w:color="000000"/>
              <w:left w:val="single" w:sz="4" w:space="0" w:color="000000"/>
              <w:bottom w:val="single" w:sz="4" w:space="0" w:color="000000"/>
              <w:right w:val="single" w:sz="4" w:space="0" w:color="000000"/>
            </w:tcBorders>
            <w:shd w:val="clear" w:color="auto" w:fill="FFFFFF"/>
          </w:tcPr>
          <w:p w14:paraId="6C74F8E6" w14:textId="6C4FFBCE" w:rsidR="008001D3" w:rsidRPr="00DD2C1A" w:rsidRDefault="008001D3" w:rsidP="00C32B29">
            <w:pPr>
              <w:spacing w:before="60" w:after="60" w:line="240" w:lineRule="auto"/>
              <w:rPr>
                <w:sz w:val="16"/>
                <w:szCs w:val="16"/>
              </w:rPr>
            </w:pPr>
            <w:r w:rsidRPr="00DD2C1A">
              <w:rPr>
                <w:color w:val="000000"/>
                <w:sz w:val="16"/>
                <w:szCs w:val="16"/>
              </w:rPr>
              <w:t>All trial arms involve unapproved FDA/EMA doses, despite being active comparators of interest (</w:t>
            </w:r>
            <w:proofErr w:type="spellStart"/>
            <w:r w:rsidR="00EF2D91" w:rsidRPr="00DD2C1A">
              <w:rPr>
                <w:color w:val="000000"/>
                <w:sz w:val="16"/>
                <w:szCs w:val="16"/>
              </w:rPr>
              <w:t>KarXT</w:t>
            </w:r>
            <w:proofErr w:type="spellEnd"/>
            <w:r w:rsidRPr="00DD2C1A">
              <w:rPr>
                <w:color w:val="000000"/>
                <w:sz w:val="16"/>
                <w:szCs w:val="16"/>
              </w:rPr>
              <w:t xml:space="preserve"> or one of the eight comparators of interest)</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5E7D8604" w14:textId="2E518916" w:rsidR="008001D3" w:rsidRPr="00EB75F0" w:rsidRDefault="008001D3" w:rsidP="00C32B29">
            <w:pPr>
              <w:tabs>
                <w:tab w:val="left" w:pos="0"/>
              </w:tabs>
              <w:spacing w:before="60" w:after="60" w:line="240" w:lineRule="auto"/>
              <w:rPr>
                <w:color w:val="000000"/>
                <w:sz w:val="16"/>
              </w:rPr>
            </w:pPr>
            <w:proofErr w:type="spellStart"/>
            <w:r w:rsidRPr="00EB75F0">
              <w:rPr>
                <w:color w:val="000000"/>
                <w:sz w:val="16"/>
              </w:rPr>
              <w:t>Ozguven</w:t>
            </w:r>
            <w:proofErr w:type="spellEnd"/>
            <w:r w:rsidRPr="00EB75F0">
              <w:rPr>
                <w:color w:val="000000"/>
                <w:sz w:val="16"/>
              </w:rPr>
              <w:t xml:space="preserve"> 2011</w:t>
            </w:r>
            <w:r w:rsidR="0031308D" w:rsidRPr="00EB75F0">
              <w:fldChar w:fldCharType="begin"/>
            </w:r>
            <w:r w:rsidR="00452EF4">
              <w:instrText xml:space="preserve"> ADDIN EN.CITE &lt;EndNote&gt;&lt;Cite&gt;&lt;Author&gt;Ozguven&lt;/Author&gt;&lt;Year&gt;2011&lt;/Year&gt;&lt;RecNum&gt;58&lt;/RecNum&gt;&lt;DisplayText&gt;&lt;style face="superscript"&gt;61&lt;/style&gt;&lt;/DisplayText&gt;&lt;record&gt;&lt;rec-number&gt;58&lt;/rec-number&gt;&lt;foreign-keys&gt;&lt;key app="EN" db-id="9ttaxzax2p0tr7ewzt55atews50zvxaaa5rz" timestamp="1764068836"&gt;58&lt;/key&gt;&lt;/foreign-keys&gt;&lt;ref-type name="Journal Article"&gt;17&lt;/ref-type&gt;&lt;contributors&gt;&lt;authors&gt;&lt;author&gt;Ozguven, Halise Devrimci&lt;/author&gt;&lt;author&gt;Baskak, Bora&lt;/author&gt;&lt;author&gt;Oner, Ozgur&lt;/author&gt;&lt;author&gt;Atbasoglu, Cem&lt;/author&gt;&lt;/authors&gt;&lt;/contributors&gt;&lt;titles&gt;&lt;title&gt;Metabolic effects of olanzapine and quetiapine: a six-week randomized, single blind, controlled study&lt;/title&gt;&lt;secondary-title&gt;The Open Neuropsychopharmacology Journal&lt;/secondary-title&gt;&lt;/titles&gt;&lt;periodical&gt;&lt;full-title&gt;The Open Neuropsychopharmacology Journal&lt;/full-title&gt;&lt;/periodical&gt;&lt;volume&gt;4&lt;/volume&gt;&lt;number&gt;1&lt;/number&gt;&lt;dates&gt;&lt;year&gt;2011&lt;/year&gt;&lt;/dates&gt;&lt;urls&gt;&lt;/urls&gt;&lt;/record&gt;&lt;/Cite&gt;&lt;/EndNote&gt;</w:instrText>
            </w:r>
            <w:r w:rsidR="0031308D" w:rsidRPr="00EB75F0">
              <w:fldChar w:fldCharType="separate"/>
            </w:r>
            <w:r w:rsidR="00452EF4" w:rsidRPr="00452EF4">
              <w:rPr>
                <w:noProof/>
                <w:vertAlign w:val="superscript"/>
              </w:rPr>
              <w:t>61</w:t>
            </w:r>
            <w:r w:rsidR="0031308D" w:rsidRPr="00EB75F0">
              <w:fldChar w:fldCharType="end"/>
            </w:r>
          </w:p>
        </w:tc>
        <w:tc>
          <w:tcPr>
            <w:tcW w:w="2403" w:type="dxa"/>
            <w:tcBorders>
              <w:top w:val="single" w:sz="4" w:space="0" w:color="000000"/>
              <w:left w:val="single" w:sz="4" w:space="0" w:color="000000"/>
              <w:bottom w:val="single" w:sz="4" w:space="0" w:color="000000"/>
              <w:right w:val="single" w:sz="4" w:space="0" w:color="000000"/>
            </w:tcBorders>
          </w:tcPr>
          <w:p w14:paraId="108B280A" w14:textId="611BFC6D" w:rsidR="008001D3" w:rsidRPr="00EB75F0" w:rsidRDefault="008001D3" w:rsidP="00C32B29">
            <w:pPr>
              <w:spacing w:before="60" w:after="60" w:line="240" w:lineRule="auto"/>
              <w:rPr>
                <w:color w:val="000000"/>
                <w:sz w:val="16"/>
              </w:rPr>
            </w:pPr>
            <w:r w:rsidRPr="00EB75F0">
              <w:rPr>
                <w:color w:val="000000"/>
                <w:sz w:val="16"/>
              </w:rPr>
              <w:t xml:space="preserve">See </w:t>
            </w:r>
            <w:r w:rsidRPr="00EB75F0">
              <w:rPr>
                <w:color w:val="000000"/>
                <w:sz w:val="16"/>
              </w:rPr>
              <w:fldChar w:fldCharType="begin"/>
            </w:r>
            <w:r w:rsidRPr="00EB75F0">
              <w:rPr>
                <w:color w:val="000000"/>
                <w:sz w:val="16"/>
              </w:rPr>
              <w:instrText xml:space="preserve">REF _Ref14342089 \h \* MERGEFORMAT </w:instrText>
            </w:r>
            <w:r w:rsidRPr="00EB75F0">
              <w:rPr>
                <w:color w:val="000000"/>
                <w:sz w:val="16"/>
              </w:rPr>
            </w:r>
            <w:r w:rsidRPr="00EB75F0">
              <w:rPr>
                <w:color w:val="000000"/>
                <w:sz w:val="16"/>
              </w:rPr>
              <w:fldChar w:fldCharType="separate"/>
            </w:r>
            <w:r w:rsidR="004B2F28" w:rsidRPr="004B2F28">
              <w:rPr>
                <w:color w:val="000000"/>
                <w:sz w:val="16"/>
              </w:rPr>
              <w:t>Table S3</w:t>
            </w:r>
            <w:r w:rsidR="004B2F28" w:rsidRPr="004B2F28">
              <w:rPr>
                <w:color w:val="000000"/>
                <w:sz w:val="16"/>
              </w:rPr>
              <w:noBreakHyphen/>
              <w:t>2</w:t>
            </w:r>
            <w:r w:rsidRPr="00EB75F0">
              <w:rPr>
                <w:color w:val="000000"/>
                <w:sz w:val="16"/>
              </w:rPr>
              <w:fldChar w:fldCharType="end"/>
            </w:r>
            <w:r w:rsidRPr="00EB75F0">
              <w:rPr>
                <w:color w:val="000000"/>
                <w:sz w:val="16"/>
              </w:rPr>
              <w:t xml:space="preserve"> in  </w:t>
            </w:r>
            <w:r w:rsidRPr="00EB75F0">
              <w:rPr>
                <w:color w:val="000000"/>
                <w:sz w:val="16"/>
              </w:rPr>
              <w:fldChar w:fldCharType="begin"/>
            </w:r>
            <w:r w:rsidRPr="00EB75F0">
              <w:rPr>
                <w:color w:val="000000"/>
                <w:sz w:val="16"/>
              </w:rPr>
              <w:instrText xml:space="preserve">REF _Ref14605238 \h \r \* MERGEFORMAT </w:instrText>
            </w:r>
            <w:r w:rsidRPr="00EB75F0">
              <w:rPr>
                <w:color w:val="000000"/>
                <w:sz w:val="16"/>
              </w:rPr>
            </w:r>
            <w:r w:rsidRPr="00EB75F0">
              <w:rPr>
                <w:color w:val="000000"/>
                <w:sz w:val="16"/>
              </w:rPr>
              <w:fldChar w:fldCharType="separate"/>
            </w:r>
            <w:r w:rsidR="004B2F28">
              <w:rPr>
                <w:color w:val="000000"/>
                <w:sz w:val="16"/>
              </w:rPr>
              <w:t>Appendix 1</w:t>
            </w:r>
            <w:r w:rsidRPr="00EB75F0">
              <w:rPr>
                <w:color w:val="000000"/>
                <w:sz w:val="16"/>
              </w:rPr>
              <w:fldChar w:fldCharType="end"/>
            </w:r>
          </w:p>
        </w:tc>
      </w:tr>
      <w:tr w:rsidR="008001D3" w:rsidRPr="00EB75F0" w14:paraId="7A8A6117" w14:textId="77777777" w:rsidTr="00C32B29">
        <w:tc>
          <w:tcPr>
            <w:tcW w:w="3823" w:type="dxa"/>
            <w:tcBorders>
              <w:top w:val="single" w:sz="4" w:space="0" w:color="000000"/>
              <w:left w:val="single" w:sz="4" w:space="0" w:color="000000"/>
              <w:bottom w:val="single" w:sz="4" w:space="0" w:color="000000"/>
              <w:right w:val="single" w:sz="4" w:space="0" w:color="000000"/>
            </w:tcBorders>
            <w:shd w:val="clear" w:color="auto" w:fill="FFFFFF"/>
          </w:tcPr>
          <w:p w14:paraId="1D5C49EC" w14:textId="428D2D92" w:rsidR="008001D3" w:rsidRPr="00DD2C1A" w:rsidRDefault="008001D3" w:rsidP="00C32B29">
            <w:pPr>
              <w:tabs>
                <w:tab w:val="left" w:pos="0"/>
              </w:tabs>
              <w:spacing w:before="60" w:after="60" w:line="240" w:lineRule="auto"/>
              <w:rPr>
                <w:color w:val="000000"/>
                <w:sz w:val="16"/>
                <w:szCs w:val="16"/>
              </w:rPr>
            </w:pPr>
            <w:r w:rsidRPr="00DD2C1A">
              <w:rPr>
                <w:color w:val="000000"/>
                <w:sz w:val="16"/>
                <w:szCs w:val="16"/>
              </w:rPr>
              <w:t>This trial involved patients who experienced their first schizophrenic episode and were therefore excluded, as the EMERGENT-1, -2, and -3 trials</w:t>
            </w:r>
            <w:r w:rsidR="00DD2C1A" w:rsidRPr="00DD2C1A">
              <w:rPr>
                <w:sz w:val="16"/>
                <w:szCs w:val="16"/>
              </w:rPr>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rPr>
                <w:sz w:val="16"/>
                <w:szCs w:val="16"/>
              </w:rPr>
              <w:instrText xml:space="preserve"> ADDIN EN.CITE </w:instrText>
            </w:r>
            <w:r w:rsidR="00452EF4">
              <w:rPr>
                <w:sz w:val="16"/>
                <w:szCs w:val="16"/>
              </w:rPr>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rPr>
                <w:sz w:val="16"/>
                <w:szCs w:val="16"/>
              </w:rPr>
              <w:instrText xml:space="preserve"> ADDIN EN.CITE.DATA </w:instrText>
            </w:r>
            <w:r w:rsidR="00452EF4">
              <w:rPr>
                <w:sz w:val="16"/>
                <w:szCs w:val="16"/>
              </w:rPr>
            </w:r>
            <w:r w:rsidR="00452EF4">
              <w:rPr>
                <w:sz w:val="16"/>
                <w:szCs w:val="16"/>
              </w:rPr>
              <w:fldChar w:fldCharType="end"/>
            </w:r>
            <w:r w:rsidR="00DD2C1A" w:rsidRPr="00DD2C1A">
              <w:rPr>
                <w:sz w:val="16"/>
                <w:szCs w:val="16"/>
              </w:rPr>
            </w:r>
            <w:r w:rsidR="00DD2C1A" w:rsidRPr="00DD2C1A">
              <w:rPr>
                <w:sz w:val="16"/>
                <w:szCs w:val="16"/>
              </w:rPr>
              <w:fldChar w:fldCharType="separate"/>
            </w:r>
            <w:r w:rsidR="00452EF4" w:rsidRPr="00452EF4">
              <w:rPr>
                <w:noProof/>
                <w:sz w:val="16"/>
                <w:szCs w:val="16"/>
                <w:vertAlign w:val="superscript"/>
              </w:rPr>
              <w:t>7-9</w:t>
            </w:r>
            <w:r w:rsidR="00DD2C1A" w:rsidRPr="00DD2C1A">
              <w:rPr>
                <w:sz w:val="16"/>
                <w:szCs w:val="16"/>
              </w:rPr>
              <w:fldChar w:fldCharType="end"/>
            </w:r>
            <w:r w:rsidRPr="00DD2C1A">
              <w:rPr>
                <w:color w:val="000000"/>
                <w:sz w:val="16"/>
                <w:szCs w:val="16"/>
              </w:rPr>
              <w:t xml:space="preserve"> only enrolled patients with a history of schizophrenic episodes</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788CAC50" w14:textId="6BA87F84" w:rsidR="008001D3" w:rsidRPr="00EB75F0" w:rsidRDefault="008001D3" w:rsidP="00C32B29">
            <w:pPr>
              <w:spacing w:before="60" w:after="60" w:line="240" w:lineRule="auto"/>
              <w:rPr>
                <w:color w:val="000000"/>
                <w:sz w:val="16"/>
              </w:rPr>
            </w:pPr>
            <w:proofErr w:type="spellStart"/>
            <w:r w:rsidRPr="00A07E8A">
              <w:rPr>
                <w:color w:val="000000"/>
                <w:sz w:val="16"/>
                <w:lang w:val="nl-NL"/>
              </w:rPr>
              <w:t>Bernardo</w:t>
            </w:r>
            <w:proofErr w:type="spellEnd"/>
            <w:r w:rsidRPr="00A07E8A">
              <w:rPr>
                <w:color w:val="000000"/>
                <w:sz w:val="16"/>
                <w:lang w:val="nl-NL"/>
              </w:rPr>
              <w:t xml:space="preserve"> 2001</w:t>
            </w:r>
            <w:r w:rsidR="0031308D" w:rsidRPr="00EB75F0">
              <w:fldChar w:fldCharType="begin"/>
            </w:r>
            <w:r w:rsidR="00073331" w:rsidRPr="008804F1">
              <w:rPr>
                <w:lang w:val="nl-NL"/>
              </w:rPr>
              <w:instrText xml:space="preserve"> ADDIN EN.CITE &lt;EndNote&gt;&lt;Cite&gt;&lt;Author&gt;Bernardo&lt;/Author&gt;&lt;Year&gt;2001&lt;/Year&gt;&lt;RecNum&gt;2&lt;/RecNum&gt;&lt;DisplayText&gt;&lt;style face="superscript"&gt;2&lt;/style&gt;&lt;/DisplayText&gt;&lt;record&gt;&lt;rec-number&gt;2&lt;/rec-number&gt;&lt;foreign-keys&gt;&lt;key app="EN" db-id="9ttaxzax2p0tr7ewzt55atews50zvxaaa5rz" timestamp="1764068824"&gt;2&lt;/key&gt;&lt;/foreign-keys&gt;&lt;ref-type name="Journal Article"&gt;17&lt;/ref-type&gt;&lt;contributors&gt;&lt;authors&gt;&lt;author&gt;Bernardo, Miquel&lt;/author&gt;&lt;author&gt;Parellada, Eduard&lt;/author&gt;&lt;author&gt;Lomeña, Francisco&lt;/author&gt;&lt;author&gt;Catafau, Ana M&lt;/author&gt;&lt;author&gt;Font, Mireia&lt;/author&gt;&lt;author&gt;Gómez, Juan C&lt;/author&gt;&lt;author&gt;López-Carrero, Carmen&lt;/author&gt;&lt;author&gt;Gutiérrez, Fernando&lt;/author&gt;&lt;author&gt;Pavı́a, Javier&lt;/author&gt;&lt;author&gt;Salamero, Manel&lt;/author&gt;&lt;/authors&gt;&lt;/contributors&gt;&lt;titles&gt;&lt;title&gt;Double-blind olanzapine vs. haloperidol D2 dopamine receptor blockade in schizophrenic patients: a baseline-endpoint [123I] IBZM SPECT study&lt;/title&gt;&lt;secondary-title&gt;Psychiatry Research: Neuroimaging&lt;/secondary-title&gt;&lt;/titles&gt;&lt;periodical&gt;&lt;full-title&gt;Psychiatry Research: Neuroimaging&lt;/full-title&gt;&lt;/periodical&gt;&lt;pages&gt;87-97&lt;/pages&gt;&lt;volume&gt;107&lt;/volume&gt;&lt;number&gt;2&lt;/number&gt;&lt;dates&gt;&lt;year&gt;2001&lt;/year&gt;&lt;/dates&gt;&lt;isbn&gt;0925-4927&lt;/isbn&gt;&lt;urls&gt;&lt;/urls&gt;&lt;/record&gt;&lt;/Cite&gt;&lt;/EndNote&gt;</w:instrText>
            </w:r>
            <w:r w:rsidR="0031308D" w:rsidRPr="00EB75F0">
              <w:fldChar w:fldCharType="separate"/>
            </w:r>
            <w:r w:rsidR="008D3092" w:rsidRPr="008804F1">
              <w:rPr>
                <w:noProof/>
                <w:vertAlign w:val="superscript"/>
                <w:lang w:val="nl-NL"/>
              </w:rPr>
              <w:t>2</w:t>
            </w:r>
            <w:r w:rsidR="0031308D" w:rsidRPr="00EB75F0">
              <w:fldChar w:fldCharType="end"/>
            </w:r>
            <w:r w:rsidRPr="00A07E8A">
              <w:rPr>
                <w:color w:val="000000"/>
                <w:sz w:val="16"/>
                <w:lang w:val="nl-NL"/>
              </w:rPr>
              <w:t xml:space="preserve">, </w:t>
            </w:r>
            <w:proofErr w:type="spellStart"/>
            <w:r w:rsidRPr="00A07E8A">
              <w:rPr>
                <w:color w:val="000000"/>
                <w:sz w:val="16"/>
                <w:lang w:val="nl-NL"/>
              </w:rPr>
              <w:t>Grootens</w:t>
            </w:r>
            <w:proofErr w:type="spellEnd"/>
            <w:r w:rsidRPr="00A07E8A">
              <w:rPr>
                <w:color w:val="000000"/>
                <w:sz w:val="16"/>
                <w:lang w:val="nl-NL"/>
              </w:rPr>
              <w:t xml:space="preserve"> 2011</w:t>
            </w:r>
            <w:r w:rsidR="0031308D" w:rsidRPr="00EB75F0">
              <w:fldChar w:fldCharType="begin"/>
            </w:r>
            <w:r w:rsidR="00073331" w:rsidRPr="008804F1">
              <w:rPr>
                <w:lang w:val="nl-NL"/>
              </w:rPr>
              <w:instrText xml:space="preserve"> ADDIN EN.CITE &lt;EndNote&gt;&lt;Cite&gt;&lt;Author&gt;Grootens&lt;/Author&gt;&lt;Year&gt;2011&lt;/Year&gt;&lt;RecNum&gt;4&lt;/RecNum&gt;&lt;DisplayText&gt;&lt;style face="superscript"&gt;4&lt;/style&gt;&lt;/DisplayText&gt;&lt;record&gt;&lt;rec-number&gt;4&lt;/rec-number&gt;&lt;foreign-keys&gt;&lt;key app="EN" db-id="9ttaxzax2p0tr7ewzt55atews50zvxaaa5rz" timestamp="1764068824"&gt;4&lt;/key&gt;&lt;/foreign-keys&gt;&lt;ref-type name="Journal Article"&gt;17&lt;/ref-type&gt;&lt;contributors&gt;&lt;authors&gt;&lt;author&gt;Grootens, KP&lt;/author&gt;&lt;author&gt;Van Veelen, NMJ&lt;/author&gt;&lt;author&gt;Peuskens, J&lt;/author&gt;&lt;author&gt;Sabbe, BGC&lt;/author&gt;&lt;author&gt;Thys, E&lt;/author&gt;&lt;author&gt;Buitelaar, JK&lt;/author&gt;&lt;author&gt;Verkes, RJ&lt;/author&gt;&lt;author&gt;Kahn, RS&lt;/author&gt;&lt;/authors&gt;&lt;/contributors&gt;&lt;titles&gt;&lt;title&gt;Ziprasidone vs olanzapine in recent-onset schizophrenia and schizoaffective disorder: results of an 8-week double-blind randomized controlled trial&lt;/title&gt;&lt;secondary-title&gt;Schizophrenia bulletin&lt;/secondary-title&gt;&lt;/titles&gt;&lt;periodical&gt;&lt;full-title&gt;Schizophrenia bulletin&lt;/full-title&gt;&lt;/periodical&gt;&lt;pages&gt;352-361&lt;/pages&gt;&lt;volume&gt;37&lt;/volume&gt;&lt;number&gt;2&lt;/number&gt;&lt;dates&gt;&lt;year&gt;2011&lt;/year&gt;&lt;/dates&gt;&lt;isbn&gt;1745-1701&lt;/isbn&gt;&lt;urls&gt;&lt;/urls&gt;&lt;/record&gt;&lt;/Cite&gt;&lt;/EndNote&gt;</w:instrText>
            </w:r>
            <w:r w:rsidR="0031308D" w:rsidRPr="00EB75F0">
              <w:fldChar w:fldCharType="separate"/>
            </w:r>
            <w:r w:rsidR="008D3092" w:rsidRPr="008804F1">
              <w:rPr>
                <w:noProof/>
                <w:vertAlign w:val="superscript"/>
                <w:lang w:val="nl-NL"/>
              </w:rPr>
              <w:t>4</w:t>
            </w:r>
            <w:r w:rsidR="0031308D" w:rsidRPr="00EB75F0">
              <w:fldChar w:fldCharType="end"/>
            </w:r>
            <w:r w:rsidRPr="00A07E8A">
              <w:rPr>
                <w:color w:val="000000"/>
                <w:sz w:val="16"/>
                <w:lang w:val="nl-NL"/>
              </w:rPr>
              <w:t>, Kang 2021</w:t>
            </w:r>
            <w:r w:rsidR="0031308D" w:rsidRPr="00EB75F0">
              <w:fldChar w:fldCharType="begin"/>
            </w:r>
            <w:r w:rsidR="00073331" w:rsidRPr="008804F1">
              <w:rPr>
                <w:lang w:val="nl-NL"/>
              </w:rPr>
              <w:instrText xml:space="preserve"> ADDIN EN.CITE &lt;EndNote&gt;&lt;Cite&gt;&lt;Author&gt;Kang&lt;/Author&gt;&lt;Year&gt;2021&lt;/Year&gt;&lt;RecNum&gt;3&lt;/RecNum&gt;&lt;DisplayText&gt;&lt;style face="superscript"&gt;3&lt;/style&gt;&lt;/DisplayText&gt;&lt;record&gt;&lt;rec-number&gt;3&lt;/rec-number&gt;&lt;foreign-keys&gt;&lt;key app="EN" db-id="9ttaxzax2p0tr7ewzt55atews50zvxaaa5rz" timestamp="1764068824"&gt;3&lt;/key&gt;&lt;/foreign-keys&gt;&lt;ref-type name="Journal Article"&gt;17&lt;/ref-type&gt;&lt;contributors&gt;&lt;authors&gt;&lt;author&gt;Kang, Dongyu&lt;/author&gt;&lt;author&gt;Zhang, Fengyu&lt;/author&gt;&lt;author&gt;Yang, Ye&lt;/author&gt;&lt;author&gt;Liu, Chenchen&lt;/author&gt;&lt;author&gt;Xiao, Jingmei&lt;/author&gt;&lt;author&gt;Long, Yujun&lt;/author&gt;&lt;author&gt;Huang, Jing&lt;/author&gt;&lt;author&gt;Peng, Xingjie&lt;/author&gt;&lt;author&gt;Wang, Weiyan&lt;/author&gt;&lt;author&gt;Wang, Xiaoyi&lt;/author&gt;&lt;/authors&gt;&lt;/contributors&gt;&lt;titles&gt;&lt;title&gt;Probiotic supplements reduce antipsychotic-induced metabolic disturbances in drug-naïve first-episode schizophrenia&lt;/title&gt;&lt;secondary-title&gt;medRxiv&lt;/secondary-title&gt;&lt;/titles&gt;&lt;periodical&gt;&lt;full-title&gt;medRxiv&lt;/full-title&gt;&lt;/periodical&gt;&lt;pages&gt;2021.02. 16.21251872&lt;/pages&gt;&lt;dates&gt;&lt;year&gt;2021&lt;/year&gt;&lt;/dates&gt;&lt;urls&gt;&lt;/urls&gt;&lt;/record&gt;&lt;/Cite&gt;&lt;/EndNote&gt;</w:instrText>
            </w:r>
            <w:r w:rsidR="0031308D" w:rsidRPr="00EB75F0">
              <w:fldChar w:fldCharType="separate"/>
            </w:r>
            <w:r w:rsidR="008D3092" w:rsidRPr="008804F1">
              <w:rPr>
                <w:noProof/>
                <w:vertAlign w:val="superscript"/>
                <w:lang w:val="nl-NL"/>
              </w:rPr>
              <w:t>3</w:t>
            </w:r>
            <w:r w:rsidR="0031308D" w:rsidRPr="00EB75F0">
              <w:fldChar w:fldCharType="end"/>
            </w:r>
            <w:r w:rsidRPr="00A07E8A">
              <w:rPr>
                <w:color w:val="000000"/>
                <w:sz w:val="16"/>
                <w:lang w:val="nl-NL"/>
              </w:rPr>
              <w:t>, Robinson 2015</w:t>
            </w:r>
            <w:r w:rsidR="0031308D" w:rsidRPr="00EB75F0">
              <w:fldChar w:fldCharType="begin"/>
            </w:r>
            <w:r w:rsidR="00073331" w:rsidRPr="008804F1">
              <w:rPr>
                <w:lang w:val="nl-NL"/>
              </w:rPr>
              <w:instrText xml:space="preserve"> ADDIN EN.CITE &lt;EndNote&gt;&lt;Cite&gt;&lt;Author&gt;Robinson DG&lt;/Author&gt;&lt;Year&gt;2015&lt;/Year&gt;&lt;RecNum&gt;1&lt;/RecNum&gt;&lt;DisplayText&gt;&lt;style face="superscript"&gt;1&lt;/style&gt;&lt;/DisplayText&gt;&lt;record&gt;&lt;rec-number&gt;1&lt;/rec-number&gt;&lt;foreign-keys&gt;&lt;key app="EN" db-id="9ttaxzax2p0tr7ewzt55atews50zvxaaa5rz" timestamp="1764068823"&gt;1&lt;/key&gt;&lt;/foreign-keys&gt;&lt;ref-type name="Journal Article"&gt;17&lt;/ref-type&gt;&lt;contributors&gt;&lt;authors&gt;&lt;author&gt;Robinson DG, Gallego JA, John M, Petrides G, Hassoun Y, Zhang JP, Lopez L, Braga RJ, Sevy SM, Addington J, Kellner CH&lt;/author&gt;&lt;/authors&gt;&lt;/contributors&gt;&lt;titles&gt;&lt;title&gt;A randomized comparison of aripiprazole and risperidone for the a</w:instrText>
            </w:r>
            <w:r w:rsidR="00073331" w:rsidRPr="008804F1">
              <w:instrText>cute treatment of first-episode schizophrenia and related disorders: 3-month outcomes.&lt;/title&gt;&lt;secondary-title&gt;Schizophr. Bull.&lt;/secondary-title&gt;&lt;/titles&gt;&lt;periodical&gt;&lt;full-title&gt;Schizophr. Bull.&lt;/full-title&gt;&lt;/periodical&gt;&lt;pages&gt;1227-36&lt;/pages&gt;&lt;volume&gt;41&lt;/volume&gt;&lt;number&gt;6&lt;/number&gt;&lt;dates&gt;&lt;year&gt;2015&lt;/year&gt;&lt;/dates&gt;&lt;urls&gt;&lt;/urls&gt;&lt;/record&gt;&lt;/Cite&gt;&lt;/EndNote&gt;</w:instrText>
            </w:r>
            <w:r w:rsidR="0031308D" w:rsidRPr="00EB75F0">
              <w:fldChar w:fldCharType="separate"/>
            </w:r>
            <w:r w:rsidR="008D3092" w:rsidRPr="008804F1">
              <w:rPr>
                <w:noProof/>
                <w:vertAlign w:val="superscript"/>
              </w:rPr>
              <w:t>1</w:t>
            </w:r>
            <w:r w:rsidR="0031308D" w:rsidRPr="00EB75F0">
              <w:fldChar w:fldCharType="end"/>
            </w:r>
            <w:r w:rsidRPr="008804F1">
              <w:rPr>
                <w:color w:val="000000"/>
                <w:sz w:val="16"/>
              </w:rPr>
              <w:t>, Wang 2023</w:t>
            </w:r>
            <w:r w:rsidR="0031308D" w:rsidRPr="00EB75F0">
              <w:fldChar w:fldCharType="begin"/>
            </w:r>
            <w:r w:rsidR="00073331" w:rsidRPr="008804F1">
              <w:instrText xml:space="preserve"> ADDIN EN.CITE &lt;EndNote&gt;&lt;Cite&gt;&lt;Author&gt;Wang&lt;/Author&gt;&lt;Year&gt;2024&lt;/Year&gt;&lt;RecNum&gt;6&lt;/RecNum&gt;&lt;DisplayText&gt;&lt;style face="superscript"&gt;6&lt;/style&gt;&lt;/DisplayText&gt;&lt;record&gt;&lt;rec-number&gt;6&lt;/rec-number&gt;&lt;foreign-keys&gt;&lt;key app="EN" db-id="9ttaxzax2p0tr7ewzt55atews50zvxaaa5rz" timestamp="1764068824"&gt;6&lt;/key&gt;&lt;/foreign-keys&gt;&lt;ref-type name="Journal Article"&gt;17&lt;/ref-type&gt;&lt;contributors&gt;&lt;authors&gt;&lt;author&gt;Wang, Dong-Mei&lt;/author&gt;&lt;author&gt;Chen, Da-Chun&lt;/author&gt;&lt;author&gt;Xiu, Mei-Hong&lt;/author&gt;&lt;author&gt;Wang, Li&lt;/author&gt;&lt;author&gt;Kosten, T</w:instrText>
            </w:r>
            <w:r w:rsidR="00073331">
              <w:instrText>homas R&lt;/author&gt;&lt;author&gt;Zhang, Xiang-Yang&lt;/author&gt;&lt;/authors&gt;&lt;/contributors&gt;&lt;titles&gt;&lt;title&gt;A double-blind, randomized controlled study of the effects of celecoxib on clinical symptoms and cognitive impairment in patients with drug-naïve first episode schizophrenia: pharmacogenetic impact of cyclooxygenase-2 functional polymorphisms&lt;/title&gt;&lt;secondary-title&gt;Neuropsychopharmacology&lt;/secondary-title&gt;&lt;/titles&gt;&lt;periodical&gt;&lt;full-title&gt;Neuropsychopharmacology&lt;/full-title&gt;&lt;/periodical&gt;&lt;pages&gt;893-902&lt;/pages&gt;&lt;volume&gt;49&lt;/volume&gt;&lt;number&gt;5&lt;/number&gt;&lt;dates&gt;&lt;year&gt;2024&lt;/year&gt;&lt;/dates&gt;&lt;isbn&gt;0893-133X&lt;/isbn&gt;&lt;urls&gt;&lt;/urls&gt;&lt;/record&gt;&lt;/Cite&gt;&lt;/EndNote&gt;</w:instrText>
            </w:r>
            <w:r w:rsidR="0031308D" w:rsidRPr="00EB75F0">
              <w:fldChar w:fldCharType="separate"/>
            </w:r>
            <w:r w:rsidR="008D3092" w:rsidRPr="008D3092">
              <w:rPr>
                <w:noProof/>
                <w:vertAlign w:val="superscript"/>
              </w:rPr>
              <w:t>6</w:t>
            </w:r>
            <w:r w:rsidR="0031308D" w:rsidRPr="00EB75F0">
              <w:fldChar w:fldCharType="end"/>
            </w:r>
            <w:r w:rsidRPr="00EB75F0">
              <w:rPr>
                <w:color w:val="000000"/>
                <w:sz w:val="16"/>
              </w:rPr>
              <w:t>, Zhang 2021</w:t>
            </w:r>
            <w:r w:rsidR="0031308D" w:rsidRPr="00EB75F0">
              <w:fldChar w:fldCharType="begin"/>
            </w:r>
            <w:r w:rsidR="00073331">
              <w:instrText xml:space="preserve"> ADDIN EN.CITE &lt;EndNote&gt;&lt;Cite&gt;&lt;Author&gt;Zhang&lt;/Author&gt;&lt;Year&gt;2021&lt;/Year&gt;&lt;RecNum&gt;5&lt;/RecNum&gt;&lt;DisplayText&gt;&lt;style face="superscript"&gt;5&lt;/style&gt;&lt;/DisplayText&gt;&lt;record&gt;&lt;rec-number&gt;5&lt;/rec-number&gt;&lt;foreign-keys&gt;&lt;key app="EN" db-id="9ttaxzax2p0tr7ewzt55atews50zvxaaa5rz" timestamp="1764068824"&gt;5&lt;/key&gt;&lt;/foreign-keys&gt;&lt;ref-type name="Journal Article"&gt;17&lt;/ref-type&gt;&lt;contributors&gt;&lt;authors&gt;&lt;author&gt;Zhang, Yan&lt;/author&gt;&lt;author&gt;Shi, Han&lt;/author&gt;&lt;author&gt;Yang, Ge&lt;/author&gt;&lt;author&gt;Yang, Yongfeng&lt;/author&gt;&lt;author&gt;Li, Wenqiang&lt;/author&gt;&lt;author&gt;Song, Meng&lt;/author&gt;&lt;author&gt;Shao, Minglong&lt;/author&gt;&lt;author&gt;Su, Xi&lt;/author&gt;&lt;author&gt;Lv, Luxian&lt;/author&gt;&lt;/authors&gt;&lt;/contributors&gt;&lt;titles&gt;&lt;title&gt;Associations between expression of indoleamine 2, 3-dioxygenase enzyme and inflammatory cytokines in patients with first-episode drug-naive Schizophrenia&lt;/title&gt;&lt;secondary-title&gt;Translational Psychiatry&lt;/secondary-title&gt;&lt;/titles&gt;&lt;periodical&gt;&lt;full-title&gt;Translational Psychiatry&lt;/full-title&gt;&lt;/periodical&gt;&lt;pages&gt;595&lt;/pages&gt;&lt;volume&gt;11&lt;/volume&gt;&lt;number&gt;1&lt;/number&gt;&lt;dates&gt;&lt;year&gt;2021&lt;/year&gt;&lt;/dates&gt;&lt;isbn&gt;2158-3188&lt;/isbn&gt;&lt;urls&gt;&lt;/urls&gt;&lt;/record&gt;&lt;/Cite&gt;&lt;/EndNote&gt;</w:instrText>
            </w:r>
            <w:r w:rsidR="0031308D" w:rsidRPr="00EB75F0">
              <w:fldChar w:fldCharType="separate"/>
            </w:r>
            <w:r w:rsidR="008D3092" w:rsidRPr="008D3092">
              <w:rPr>
                <w:noProof/>
                <w:vertAlign w:val="superscript"/>
              </w:rPr>
              <w:t>5</w:t>
            </w:r>
            <w:r w:rsidR="0031308D" w:rsidRPr="00EB75F0">
              <w:fldChar w:fldCharType="end"/>
            </w:r>
          </w:p>
        </w:tc>
        <w:tc>
          <w:tcPr>
            <w:tcW w:w="2403" w:type="dxa"/>
            <w:tcBorders>
              <w:top w:val="single" w:sz="4" w:space="0" w:color="000000"/>
              <w:left w:val="single" w:sz="4" w:space="0" w:color="000000"/>
              <w:bottom w:val="single" w:sz="4" w:space="0" w:color="000000"/>
              <w:right w:val="single" w:sz="4" w:space="0" w:color="000000"/>
            </w:tcBorders>
          </w:tcPr>
          <w:p w14:paraId="47BB6123" w14:textId="3B34177C" w:rsidR="008001D3" w:rsidRPr="00EB75F0" w:rsidRDefault="008001D3" w:rsidP="00C32B29">
            <w:pPr>
              <w:spacing w:before="60" w:after="60" w:line="240" w:lineRule="auto"/>
              <w:rPr>
                <w:color w:val="000000"/>
                <w:sz w:val="16"/>
              </w:rPr>
            </w:pPr>
            <w:r w:rsidRPr="00EB75F0">
              <w:rPr>
                <w:color w:val="000000"/>
                <w:sz w:val="16"/>
              </w:rPr>
              <w:t xml:space="preserve">See </w:t>
            </w:r>
            <w:r w:rsidRPr="00EB75F0">
              <w:rPr>
                <w:color w:val="000000"/>
                <w:sz w:val="16"/>
              </w:rPr>
              <w:fldChar w:fldCharType="begin"/>
            </w:r>
            <w:r w:rsidRPr="00EB75F0">
              <w:rPr>
                <w:color w:val="000000"/>
                <w:sz w:val="16"/>
              </w:rPr>
              <w:instrText xml:space="preserve">REF _Ref14120738 \h \* MERGEFORMAT </w:instrText>
            </w:r>
            <w:r w:rsidRPr="00EB75F0">
              <w:rPr>
                <w:color w:val="000000"/>
                <w:sz w:val="16"/>
              </w:rPr>
            </w:r>
            <w:r w:rsidRPr="00EB75F0">
              <w:rPr>
                <w:color w:val="000000"/>
                <w:sz w:val="16"/>
              </w:rPr>
              <w:fldChar w:fldCharType="separate"/>
            </w:r>
            <w:r w:rsidR="004B2F28" w:rsidRPr="004B2F28">
              <w:rPr>
                <w:color w:val="000000"/>
                <w:sz w:val="16"/>
              </w:rPr>
              <w:t>Table S3</w:t>
            </w:r>
            <w:r w:rsidR="004B2F28" w:rsidRPr="004B2F28">
              <w:rPr>
                <w:color w:val="000000"/>
                <w:sz w:val="16"/>
              </w:rPr>
              <w:noBreakHyphen/>
              <w:t>1</w:t>
            </w:r>
            <w:r w:rsidRPr="00EB75F0">
              <w:rPr>
                <w:color w:val="000000"/>
                <w:sz w:val="16"/>
              </w:rPr>
              <w:fldChar w:fldCharType="end"/>
            </w:r>
            <w:r w:rsidRPr="00EB75F0">
              <w:rPr>
                <w:color w:val="000000"/>
                <w:sz w:val="16"/>
              </w:rPr>
              <w:t xml:space="preserve"> in  </w:t>
            </w:r>
            <w:r w:rsidRPr="00EB75F0">
              <w:rPr>
                <w:color w:val="000000"/>
                <w:sz w:val="16"/>
              </w:rPr>
              <w:fldChar w:fldCharType="begin"/>
            </w:r>
            <w:r w:rsidRPr="00EB75F0">
              <w:rPr>
                <w:color w:val="000000"/>
                <w:sz w:val="16"/>
              </w:rPr>
              <w:instrText xml:space="preserve">REF _Ref14818814 \h \r \* MERGEFORMAT </w:instrText>
            </w:r>
            <w:r w:rsidRPr="00EB75F0">
              <w:rPr>
                <w:color w:val="000000"/>
                <w:sz w:val="16"/>
              </w:rPr>
            </w:r>
            <w:r w:rsidRPr="00EB75F0">
              <w:rPr>
                <w:color w:val="000000"/>
                <w:sz w:val="16"/>
              </w:rPr>
              <w:fldChar w:fldCharType="separate"/>
            </w:r>
            <w:r w:rsidR="004B2F28">
              <w:rPr>
                <w:color w:val="000000"/>
                <w:sz w:val="16"/>
              </w:rPr>
              <w:t>Appendix 1</w:t>
            </w:r>
            <w:r w:rsidRPr="00EB75F0">
              <w:rPr>
                <w:color w:val="000000"/>
                <w:sz w:val="16"/>
              </w:rPr>
              <w:fldChar w:fldCharType="end"/>
            </w:r>
          </w:p>
        </w:tc>
      </w:tr>
      <w:tr w:rsidR="008001D3" w:rsidRPr="00EB75F0" w14:paraId="1931D875" w14:textId="77777777" w:rsidTr="00C32B29">
        <w:tc>
          <w:tcPr>
            <w:tcW w:w="3823" w:type="dxa"/>
            <w:tcBorders>
              <w:top w:val="single" w:sz="4" w:space="0" w:color="000000"/>
              <w:left w:val="single" w:sz="4" w:space="0" w:color="000000"/>
              <w:bottom w:val="single" w:sz="4" w:space="0" w:color="000000"/>
              <w:right w:val="single" w:sz="4" w:space="0" w:color="000000"/>
            </w:tcBorders>
            <w:shd w:val="clear" w:color="auto" w:fill="FFFFFF"/>
          </w:tcPr>
          <w:p w14:paraId="29BBA658" w14:textId="250ECCAB" w:rsidR="008001D3" w:rsidRPr="00DD2C1A" w:rsidRDefault="008001D3" w:rsidP="00C32B29">
            <w:pPr>
              <w:spacing w:before="60" w:after="60" w:line="240" w:lineRule="auto"/>
              <w:rPr>
                <w:color w:val="000000"/>
                <w:sz w:val="16"/>
                <w:szCs w:val="16"/>
              </w:rPr>
            </w:pPr>
            <w:r w:rsidRPr="00DD2C1A">
              <w:rPr>
                <w:color w:val="000000"/>
                <w:sz w:val="16"/>
                <w:szCs w:val="16"/>
              </w:rPr>
              <w:t>The study population had different baseline severity than patients in EMERGENT-1, -2, -3</w:t>
            </w:r>
            <w:r w:rsidR="00DD2C1A" w:rsidRPr="00DD2C1A">
              <w:rPr>
                <w:sz w:val="16"/>
                <w:szCs w:val="16"/>
              </w:rPr>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rPr>
                <w:sz w:val="16"/>
                <w:szCs w:val="16"/>
              </w:rPr>
              <w:instrText xml:space="preserve"> ADDIN EN.CITE </w:instrText>
            </w:r>
            <w:r w:rsidR="00452EF4">
              <w:rPr>
                <w:sz w:val="16"/>
                <w:szCs w:val="16"/>
              </w:rPr>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rPr>
                <w:sz w:val="16"/>
                <w:szCs w:val="16"/>
              </w:rPr>
              <w:instrText xml:space="preserve"> ADDIN EN.CITE.DATA </w:instrText>
            </w:r>
            <w:r w:rsidR="00452EF4">
              <w:rPr>
                <w:sz w:val="16"/>
                <w:szCs w:val="16"/>
              </w:rPr>
            </w:r>
            <w:r w:rsidR="00452EF4">
              <w:rPr>
                <w:sz w:val="16"/>
                <w:szCs w:val="16"/>
              </w:rPr>
              <w:fldChar w:fldCharType="end"/>
            </w:r>
            <w:r w:rsidR="00DD2C1A" w:rsidRPr="00DD2C1A">
              <w:rPr>
                <w:sz w:val="16"/>
                <w:szCs w:val="16"/>
              </w:rPr>
            </w:r>
            <w:r w:rsidR="00DD2C1A" w:rsidRPr="00DD2C1A">
              <w:rPr>
                <w:sz w:val="16"/>
                <w:szCs w:val="16"/>
              </w:rPr>
              <w:fldChar w:fldCharType="separate"/>
            </w:r>
            <w:r w:rsidR="00452EF4" w:rsidRPr="00452EF4">
              <w:rPr>
                <w:noProof/>
                <w:sz w:val="16"/>
                <w:szCs w:val="16"/>
                <w:vertAlign w:val="superscript"/>
              </w:rPr>
              <w:t>7-9</w:t>
            </w:r>
            <w:r w:rsidR="00DD2C1A" w:rsidRPr="00DD2C1A">
              <w:rPr>
                <w:sz w:val="16"/>
                <w:szCs w:val="16"/>
              </w:rPr>
              <w:fldChar w:fldCharType="end"/>
            </w:r>
            <w:r w:rsidRPr="00DD2C1A">
              <w:rPr>
                <w:color w:val="000000"/>
                <w:sz w:val="16"/>
                <w:szCs w:val="16"/>
              </w:rPr>
              <w:t xml:space="preserve"> as determined by substantially higher or lower baseline PANSS (total, positive, or negative) or CGI-S score</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1EE94288" w14:textId="0A6D66FB" w:rsidR="008001D3" w:rsidRPr="00EB75F0" w:rsidRDefault="008001D3" w:rsidP="00C32B29">
            <w:pPr>
              <w:spacing w:before="60" w:after="60" w:line="240" w:lineRule="auto"/>
              <w:rPr>
                <w:color w:val="000000"/>
                <w:sz w:val="16"/>
              </w:rPr>
            </w:pPr>
            <w:proofErr w:type="spellStart"/>
            <w:r w:rsidRPr="008804F1">
              <w:rPr>
                <w:color w:val="000000"/>
                <w:sz w:val="16"/>
                <w:lang w:val="it-IT"/>
              </w:rPr>
              <w:t>Bugarski-Kirola</w:t>
            </w:r>
            <w:proofErr w:type="spellEnd"/>
            <w:r w:rsidRPr="008804F1">
              <w:rPr>
                <w:color w:val="000000"/>
                <w:sz w:val="16"/>
                <w:lang w:val="it-IT"/>
              </w:rPr>
              <w:t xml:space="preserve"> 2014</w:t>
            </w:r>
            <w:r w:rsidR="0031308D" w:rsidRPr="00EB75F0">
              <w:fldChar w:fldCharType="begin"/>
            </w:r>
            <w:r w:rsidR="00452EF4" w:rsidRPr="008804F1">
              <w:rPr>
                <w:lang w:val="it-IT"/>
              </w:rPr>
              <w:instrText xml:space="preserve"> ADDIN EN.CITE &lt;EndNote&gt;&lt;Cite&gt;&lt;Author&gt;Bugarski-Kirola&lt;/Author&gt;&lt;Year&gt;2014&lt;/Year&gt;&lt;RecNum&gt;67&lt;/RecNum&gt;&lt;DisplayText&gt;&lt;style face="superscript"&gt;70&lt;/style&gt;&lt;/DisplayText&gt;&lt;record&gt;&lt;rec-number&gt;67&lt;/rec-number&gt;&lt;foreign-keys&gt;&lt;key app="EN" db-id="9ttaxzax2p0tr7ewzt55atews50zvxaaa5rz" timestamp="1764068839"&gt;67&lt;/key&gt;&lt;/foreign-keys&gt;&lt;ref-type name="Journal Article"&gt;17&lt;/ref-type&gt;&lt;contributors&gt;&lt;authors&gt;&lt;author&gt;Bugarski-Kirola, D.&lt;/author&gt;&lt;author&gt;Wang, A.&lt;/author&gt;&lt;author&gt;Abi-Saab, D.&lt;/author&gt;&lt;author&gt;Blattler, T.&lt;/author&gt;&lt;/authors&gt;&lt;/contributors&gt;&lt;titles&gt;&lt;title&gt;A phase II/III trial of bitopertin monotherapy compared with placebo in patients with an acute exacerbation of schizophrenia - results from the CandleLyte study&lt;/title&gt;&lt;secondary-title&gt;Eur Neuropsychopharmacol&lt;/secondary-title&gt;&lt;/titles&gt;&lt;periodical&gt;&lt;full-title&gt;Eur Neuropsychopharmacol&lt;/full-title&gt;&lt;/periodical&gt;&lt;pages&gt;1024-36&lt;/pages&gt;&lt;volume&gt;24&lt;/volume&gt;&lt;number&gt;7&lt;/number&gt;&lt;dates&gt;&lt;year&gt;2014&lt;/year&gt;&lt;pub-dates&gt;&lt;date&gt;20140329&lt;/date&gt;&lt;/pub-dates&gt;&lt;/dates&gt;&lt;pub-location&gt;F. Hoffmann-La Roche Ltd, Basel, Switzerland. Electronic address: dragana.bugarski-kirola@roche.com. Roche (China) Holding Ltd, Shanghai, China. F. Hoffmann-La Roche Ltd, Basel, Switzerland.&lt;/pub-location&gt;&lt;isbn&gt;1873-7862 (Electronic) 0924-977X (Linking)&lt;/isbn&gt;&lt;urls&gt;&lt;related-urls&gt;&lt;url&gt;https://www.ncbi.nlm.nih.gov/pubmed/24735806&lt;/url&gt;&lt;/related-urls&gt;&lt;/urls&gt;&lt;electronic-resource-num&gt;10.1016/j.euroneuro.2014.03.007&lt;/electronic-resource-num&gt;&lt;/record&gt;&lt;/Cite&gt;&lt;/EndNote&gt;</w:instrText>
            </w:r>
            <w:r w:rsidR="0031308D" w:rsidRPr="00EB75F0">
              <w:fldChar w:fldCharType="separate"/>
            </w:r>
            <w:r w:rsidR="00452EF4" w:rsidRPr="008804F1">
              <w:rPr>
                <w:noProof/>
                <w:vertAlign w:val="superscript"/>
                <w:lang w:val="it-IT"/>
              </w:rPr>
              <w:t>70</w:t>
            </w:r>
            <w:r w:rsidR="0031308D" w:rsidRPr="00EB75F0">
              <w:fldChar w:fldCharType="end"/>
            </w:r>
            <w:r w:rsidRPr="00A07E8A">
              <w:rPr>
                <w:color w:val="000000"/>
                <w:sz w:val="16"/>
                <w:lang w:val="it-IT"/>
              </w:rPr>
              <w:t>, Jindal 2013</w:t>
            </w:r>
            <w:r w:rsidR="0031308D" w:rsidRPr="00EB75F0">
              <w:fldChar w:fldCharType="begin"/>
            </w:r>
            <w:r w:rsidR="00452EF4" w:rsidRPr="008804F1">
              <w:rPr>
                <w:lang w:val="it-IT"/>
              </w:rPr>
              <w:instrText xml:space="preserve"> ADDIN EN.CITE &lt;EndNote&gt;&lt;Cite&gt;&lt;Author&gt;Jindal KC&lt;/Author&gt;&lt;Year&gt;2013&lt;/Year&gt;&lt;RecNum&gt;27&lt;/RecNum&gt;&lt;DisplayText&gt;&lt;style face="superscript"&gt;30&lt;/style&gt;&lt;/DisplayText&gt;&lt;record&gt;&lt;rec-number&gt;27&lt;/rec-number&gt;&lt;foreign-keys&gt;&lt;key app="EN" db-id="9ttaxzax2p0tr7ewzt55atews50zvxaaa5rz" timestamp="1764068829"&gt;27&lt;/key&gt;&lt;/foreign-keys&gt;&lt;ref-type name="Journal Article"&gt;17&lt;/ref-type&gt;&lt;contributors&gt;&lt;authors&gt;&lt;author&gt;Jindal KC, Singh GP, Munjal V.&lt;/author&gt;&lt;/authors&gt;&lt;/contributors&gt;&lt;titles&gt;&lt;title&gt;Aripiprazole versus olanzapine in the treatment of schizophrenia: a clinical study from India.&lt;/title&gt;&lt;secondary-title&gt;Int J Psychiatry Clin Pract&lt;/secondary-title&gt;&lt;/titles&gt;&lt;periodical&gt;&lt;full-title&gt;Int J Psychiatry Clin Pract&lt;/full-title&gt;&lt;/periodical&gt;&lt;pages&gt;21-9&lt;/pages&gt;&lt;volume&gt;17&lt;/volume&gt;&lt;number&gt;1&lt;/number&gt;&lt;dates&gt;&lt;year&gt;2013&lt;/year&gt;&lt;/dates&gt;&lt;urls&gt;&lt;/urls&gt;&lt;/record&gt;&lt;/Cite&gt;&lt;/EndNote&gt;</w:instrText>
            </w:r>
            <w:r w:rsidR="0031308D" w:rsidRPr="00EB75F0">
              <w:fldChar w:fldCharType="separate"/>
            </w:r>
            <w:r w:rsidR="00452EF4" w:rsidRPr="008804F1">
              <w:rPr>
                <w:noProof/>
                <w:vertAlign w:val="superscript"/>
                <w:lang w:val="it-IT"/>
              </w:rPr>
              <w:t>30</w:t>
            </w:r>
            <w:r w:rsidR="0031308D" w:rsidRPr="00EB75F0">
              <w:fldChar w:fldCharType="end"/>
            </w:r>
            <w:r w:rsidRPr="00A07E8A">
              <w:rPr>
                <w:color w:val="000000"/>
                <w:sz w:val="16"/>
                <w:lang w:val="it-IT"/>
              </w:rPr>
              <w:t>, Marder 1994</w:t>
            </w:r>
            <w:r w:rsidR="0031308D" w:rsidRPr="00EB75F0">
              <w:fldChar w:fldCharType="begin"/>
            </w:r>
            <w:r w:rsidR="00452EF4" w:rsidRPr="008804F1">
              <w:rPr>
                <w:lang w:val="it-IT"/>
              </w:rPr>
              <w:instrText xml:space="preserve"> ADDIN EN.CITE &lt;EndNote&gt;&lt;Cite&gt;&lt;Author&gt;Marder&lt;/Author&gt;&lt;Year&gt;1994&lt;/Year&gt;&lt;RecNum&gt;104&lt;/RecNum&gt;&lt;DisplayText&gt;&lt;style face="superscript"&gt;107&lt;/style&gt;&lt;/DisplayText&gt;&lt;record&gt;&lt;rec-number&gt;104&lt;/rec-number&gt;&lt;foreign-keys&gt;&lt;key app="EN" db-id="9ttaxzax2p0tr7ewzt55atews50zvxaaa5rz" timestamp="1764068848"&gt;104&lt;/key&gt;&lt;/foreign-keys&gt;&lt;ref-type name="Journal Article"&gt;17&lt;/ref-type&gt;&lt;contributors&gt;&lt;authors&gt;&lt;author&gt;Marder, Stephen R&lt;/author&gt;&lt;author&gt;Meibach, Richard C&lt;/author&gt;&lt;/authors&gt;&lt;/contributors&gt;&lt;titles&gt;&lt;title&gt;Risperidone in the treatment of schizophrenia&lt;/title&gt;&lt;secondary-title&gt;The American journal of psychiatry&lt;/secondary-title&gt;&lt;/titles&gt;&lt;periodical&gt;&lt;full-title&gt;The American journal of psychiatry&lt;/full-title&gt;&lt;/periodical&gt;&lt;pages&gt;825-835&lt;/pages&gt;&lt;volume&gt;151&lt;/volume&gt;&lt;number&gt;6&lt;/number&gt;&lt;dates&gt;&lt;year&gt;1994&lt;/year&gt;&lt;/dates&gt;&lt;isbn&gt;0002-953X&lt;/isbn&gt;&lt;urls&gt;&lt;/urls&gt;&lt;/record&gt;&lt;/Cite&gt;&lt;/EndNote&gt;</w:instrText>
            </w:r>
            <w:r w:rsidR="0031308D" w:rsidRPr="00EB75F0">
              <w:fldChar w:fldCharType="separate"/>
            </w:r>
            <w:r w:rsidR="00452EF4" w:rsidRPr="008804F1">
              <w:rPr>
                <w:noProof/>
                <w:vertAlign w:val="superscript"/>
                <w:lang w:val="it-IT"/>
              </w:rPr>
              <w:t>107</w:t>
            </w:r>
            <w:r w:rsidR="0031308D" w:rsidRPr="00EB75F0">
              <w:fldChar w:fldCharType="end"/>
            </w:r>
            <w:r w:rsidRPr="00A07E8A">
              <w:rPr>
                <w:color w:val="000000"/>
                <w:sz w:val="16"/>
                <w:lang w:val="it-IT"/>
              </w:rPr>
              <w:t>, Nair 1998</w:t>
            </w:r>
            <w:r w:rsidR="0031308D" w:rsidRPr="00EB75F0">
              <w:fldChar w:fldCharType="begin"/>
            </w:r>
            <w:r w:rsidR="00452EF4" w:rsidRPr="008804F1">
              <w:rPr>
                <w:lang w:val="it-IT"/>
              </w:rPr>
              <w:instrText xml:space="preserve"> ADDIN EN.CITE &lt;EndNote&gt;&lt;Cite&gt;&lt;Author&gt;Nair&lt;/Author&gt;&lt;Year&gt;1998&lt;/Year&gt;&lt;RecNum&gt;82&lt;/RecNum&gt;&lt;DisplayText&gt;&lt;style face="superscript"&gt;85&lt;/style&gt;&lt;/DisplayText&gt;&lt;record&gt;&lt;rec-number&gt;82&lt;/rec-number&gt;&lt;foreign-keys&gt;&lt;key app="EN" db-id="9tt</w:instrText>
            </w:r>
            <w:r w:rsidR="00452EF4" w:rsidRPr="008804F1">
              <w:instrText>axzax2p0tr7ewzt55atews50zvxaaa5rz" timestamp="1764068843"&gt;82&lt;/key&gt;&lt;/foreign-keys&gt;&lt;ref-type name="Journal Article"&gt;17&lt;/ref-type&gt;&lt;contributors&gt;&lt;authors&gt;&lt;author&gt;Nair, NPV&lt;/author&gt;&lt;/authors&gt;&lt;/contributors&gt;&lt;titles&gt;&lt;title&gt;Therapeutic equivalence of risperidone given once daily and twice daily in patients with schizophrenia&lt;/title&gt;&lt;secondary-title&gt;Journal of clinical psychopharmacology&lt;/secondary-title&gt;&lt;/titles&gt;&lt;periodical&gt;&lt;full-title&gt;Journal of clinical psychopharmacology&lt;/full-title&gt;&lt;/periodical&gt;&lt;pages&gt;103-110&lt;/pages&gt;&lt;volume&gt;18&lt;/volume&gt;&lt;number&gt;2&lt;/number&gt;&lt;dates&gt;&lt;year&gt;1998&lt;/year&gt;&lt;/dates&gt;&lt;isbn&gt;0271-0749&lt;/isbn&gt;&lt;urls&gt;&lt;/urls&gt;&lt;/record&gt;&lt;/Cite&gt;&lt;/EndNote&gt;</w:instrText>
            </w:r>
            <w:r w:rsidR="0031308D" w:rsidRPr="00EB75F0">
              <w:fldChar w:fldCharType="separate"/>
            </w:r>
            <w:r w:rsidR="00452EF4" w:rsidRPr="008804F1">
              <w:rPr>
                <w:noProof/>
                <w:vertAlign w:val="superscript"/>
              </w:rPr>
              <w:t>85</w:t>
            </w:r>
            <w:r w:rsidR="0031308D" w:rsidRPr="00EB75F0">
              <w:fldChar w:fldCharType="end"/>
            </w:r>
            <w:r w:rsidRPr="008804F1">
              <w:rPr>
                <w:color w:val="000000"/>
                <w:sz w:val="16"/>
              </w:rPr>
              <w:t xml:space="preserve">, </w:t>
            </w:r>
            <w:proofErr w:type="spellStart"/>
            <w:r w:rsidRPr="008804F1">
              <w:rPr>
                <w:color w:val="000000"/>
                <w:sz w:val="16"/>
              </w:rPr>
              <w:t>Shafti</w:t>
            </w:r>
            <w:proofErr w:type="spellEnd"/>
            <w:r w:rsidRPr="008804F1">
              <w:rPr>
                <w:color w:val="000000"/>
                <w:sz w:val="16"/>
              </w:rPr>
              <w:t xml:space="preserve"> 2016</w:t>
            </w:r>
            <w:r w:rsidR="0031308D" w:rsidRPr="00EB75F0">
              <w:fldChar w:fldCharType="begin"/>
            </w:r>
            <w:r w:rsidR="00452EF4" w:rsidRPr="008804F1">
              <w:instrText xml:space="preserve"> ADDIN EN.CITE &lt;EndNote&gt;&lt;Cite&gt;&lt;Author&gt;S Shafti S&lt;/Author&gt;&lt;Year&gt;2016&lt;/Year&gt;&lt;RecNum&gt;30&lt;/RecNum&gt;&lt;DisplayText&gt;&lt;style face="superscript"&gt;33&lt;/style&gt;&lt;/DisplayText&gt;&lt;record&gt;&lt;rec-number&gt;30&lt;/rec-number&gt;&lt;foreign-keys&gt;&lt;key app="EN" db-id="9ttaxzax2p0tr7ewzt55atews50zvxaaa5rz" timestamp="1764068830"&gt;30&lt;/key&gt;&lt;/foreign-keys&gt;&lt;ref-type name="Journal Article"&gt;17&lt;/ref-type&gt;&lt;contributors&gt;&lt;authors&gt;&lt;author&gt;S Shafti S, Kaviani H.&lt;/author&gt;&lt;/authors&gt;&lt;/contributors&gt;&lt;titles&gt;&lt;title&gt;A comparison between quetiapine and aripiprazole for treatment of schizophrenia: a double blind contras&lt;/title&gt;&lt;secondary-title&gt;Curr. Psy</w:instrText>
            </w:r>
            <w:r w:rsidR="00452EF4">
              <w:instrText>chopharmacol.&lt;/secondary-title&gt;&lt;/titles&gt;&lt;periodical&gt;&lt;full-title&gt;Curr. Psychopharmacol.&lt;/full-title&gt;&lt;/periodical&gt;&lt;pages&gt;13-9&lt;/pages&gt;&lt;volume&gt;5&lt;/volume&gt;&lt;number&gt;1&lt;/number&gt;&lt;dates&gt;&lt;year&gt;2016&lt;/year&gt;&lt;/dates&gt;&lt;urls&gt;&lt;/urls&gt;&lt;/record&gt;&lt;/Cite&gt;&lt;/EndNote&gt;</w:instrText>
            </w:r>
            <w:r w:rsidR="0031308D" w:rsidRPr="00EB75F0">
              <w:fldChar w:fldCharType="separate"/>
            </w:r>
            <w:r w:rsidR="00452EF4" w:rsidRPr="00452EF4">
              <w:rPr>
                <w:noProof/>
                <w:vertAlign w:val="superscript"/>
              </w:rPr>
              <w:t>33</w:t>
            </w:r>
            <w:r w:rsidR="0031308D" w:rsidRPr="00EB75F0">
              <w:fldChar w:fldCharType="end"/>
            </w:r>
          </w:p>
        </w:tc>
        <w:tc>
          <w:tcPr>
            <w:tcW w:w="2403" w:type="dxa"/>
            <w:tcBorders>
              <w:top w:val="single" w:sz="4" w:space="0" w:color="000000"/>
              <w:left w:val="single" w:sz="4" w:space="0" w:color="000000"/>
              <w:bottom w:val="single" w:sz="4" w:space="0" w:color="000000"/>
              <w:right w:val="single" w:sz="4" w:space="0" w:color="000000"/>
            </w:tcBorders>
          </w:tcPr>
          <w:p w14:paraId="75AA1699" w14:textId="5ECF4FBA" w:rsidR="008001D3" w:rsidRPr="00EB75F0" w:rsidRDefault="008001D3" w:rsidP="00C32B29">
            <w:pPr>
              <w:spacing w:before="60" w:after="60" w:line="240" w:lineRule="auto"/>
              <w:rPr>
                <w:color w:val="000000"/>
                <w:sz w:val="16"/>
              </w:rPr>
            </w:pPr>
            <w:r w:rsidRPr="00EB75F0">
              <w:rPr>
                <w:color w:val="000000"/>
                <w:sz w:val="16"/>
              </w:rPr>
              <w:t xml:space="preserve">See </w:t>
            </w:r>
            <w:r w:rsidRPr="00EB75F0">
              <w:rPr>
                <w:color w:val="000000"/>
                <w:sz w:val="16"/>
              </w:rPr>
              <w:fldChar w:fldCharType="begin"/>
            </w:r>
            <w:r w:rsidRPr="00EB75F0">
              <w:rPr>
                <w:color w:val="000000"/>
                <w:sz w:val="16"/>
              </w:rPr>
              <w:instrText xml:space="preserve">REF _Ref14213885 \h \* MERGEFORMAT </w:instrText>
            </w:r>
            <w:r w:rsidRPr="00EB75F0">
              <w:rPr>
                <w:color w:val="000000"/>
                <w:sz w:val="16"/>
              </w:rPr>
            </w:r>
            <w:r w:rsidRPr="00EB75F0">
              <w:rPr>
                <w:color w:val="000000"/>
                <w:sz w:val="16"/>
              </w:rPr>
              <w:fldChar w:fldCharType="separate"/>
            </w:r>
            <w:r w:rsidR="004B2F28" w:rsidRPr="004B2F28">
              <w:rPr>
                <w:color w:val="000000"/>
                <w:sz w:val="16"/>
              </w:rPr>
              <w:t>Figure S7</w:t>
            </w:r>
            <w:r w:rsidRPr="00EB75F0">
              <w:rPr>
                <w:color w:val="000000"/>
                <w:sz w:val="16"/>
              </w:rPr>
              <w:fldChar w:fldCharType="end"/>
            </w:r>
            <w:r w:rsidRPr="00EB75F0">
              <w:rPr>
                <w:color w:val="000000"/>
                <w:sz w:val="16"/>
              </w:rPr>
              <w:t xml:space="preserve"> to </w:t>
            </w:r>
            <w:r w:rsidRPr="00EB75F0">
              <w:rPr>
                <w:color w:val="000000"/>
                <w:sz w:val="16"/>
              </w:rPr>
              <w:fldChar w:fldCharType="begin"/>
            </w:r>
            <w:r w:rsidRPr="00EB75F0">
              <w:rPr>
                <w:color w:val="000000"/>
                <w:sz w:val="16"/>
              </w:rPr>
              <w:instrText xml:space="preserve">REF _Ref14799202 \h \* MERGEFORMAT </w:instrText>
            </w:r>
            <w:r w:rsidRPr="00EB75F0">
              <w:rPr>
                <w:color w:val="000000"/>
                <w:sz w:val="16"/>
              </w:rPr>
            </w:r>
            <w:r w:rsidRPr="00EB75F0">
              <w:rPr>
                <w:color w:val="000000"/>
                <w:sz w:val="16"/>
              </w:rPr>
              <w:fldChar w:fldCharType="separate"/>
            </w:r>
            <w:r w:rsidR="004B2F28" w:rsidRPr="004B2F28">
              <w:rPr>
                <w:color w:val="000000"/>
                <w:sz w:val="16"/>
              </w:rPr>
              <w:t>Figure S10</w:t>
            </w:r>
            <w:r w:rsidRPr="00EB75F0">
              <w:rPr>
                <w:color w:val="000000"/>
                <w:sz w:val="16"/>
              </w:rPr>
              <w:fldChar w:fldCharType="end"/>
            </w:r>
            <w:r w:rsidRPr="00EB75F0">
              <w:rPr>
                <w:color w:val="000000"/>
                <w:sz w:val="16"/>
              </w:rPr>
              <w:t xml:space="preserve"> in </w:t>
            </w:r>
            <w:r w:rsidRPr="00EB75F0">
              <w:rPr>
                <w:color w:val="000000"/>
                <w:sz w:val="16"/>
              </w:rPr>
              <w:fldChar w:fldCharType="begin"/>
            </w:r>
            <w:r w:rsidRPr="00EB75F0">
              <w:rPr>
                <w:color w:val="000000"/>
                <w:sz w:val="16"/>
              </w:rPr>
              <w:instrText xml:space="preserve">REF _Ref14871779 \h \r \* MERGEFORMAT </w:instrText>
            </w:r>
            <w:r w:rsidRPr="00EB75F0">
              <w:rPr>
                <w:color w:val="000000"/>
                <w:sz w:val="16"/>
              </w:rPr>
            </w:r>
            <w:r w:rsidRPr="00EB75F0">
              <w:rPr>
                <w:color w:val="000000"/>
                <w:sz w:val="16"/>
              </w:rPr>
              <w:fldChar w:fldCharType="separate"/>
            </w:r>
            <w:r w:rsidR="004B2F28">
              <w:rPr>
                <w:color w:val="000000"/>
                <w:sz w:val="16"/>
              </w:rPr>
              <w:t>Appendix 4</w:t>
            </w:r>
            <w:r w:rsidRPr="00EB75F0">
              <w:rPr>
                <w:color w:val="000000"/>
                <w:sz w:val="16"/>
              </w:rPr>
              <w:fldChar w:fldCharType="end"/>
            </w:r>
          </w:p>
        </w:tc>
      </w:tr>
      <w:tr w:rsidR="008001D3" w:rsidRPr="00EB75F0" w14:paraId="52C6EFCC" w14:textId="77777777" w:rsidTr="00C32B29">
        <w:tc>
          <w:tcPr>
            <w:tcW w:w="3823" w:type="dxa"/>
            <w:tcBorders>
              <w:top w:val="single" w:sz="4" w:space="0" w:color="000000"/>
              <w:left w:val="single" w:sz="4" w:space="0" w:color="000000"/>
              <w:bottom w:val="single" w:sz="4" w:space="0" w:color="000000"/>
              <w:right w:val="single" w:sz="4" w:space="0" w:color="000000"/>
            </w:tcBorders>
            <w:shd w:val="clear" w:color="auto" w:fill="FFFFFF"/>
          </w:tcPr>
          <w:p w14:paraId="2849B122" w14:textId="4872102A" w:rsidR="008001D3" w:rsidRPr="00DD2C1A" w:rsidRDefault="008001D3" w:rsidP="00C32B29">
            <w:pPr>
              <w:spacing w:before="60" w:after="60" w:line="240" w:lineRule="auto"/>
              <w:rPr>
                <w:color w:val="000000"/>
                <w:sz w:val="16"/>
                <w:szCs w:val="16"/>
              </w:rPr>
            </w:pPr>
            <w:r w:rsidRPr="00DD2C1A">
              <w:rPr>
                <w:color w:val="000000"/>
                <w:sz w:val="16"/>
                <w:szCs w:val="16"/>
              </w:rPr>
              <w:t>The study included only female patients, which is substantially different from the majority male EMERGENT-1, -2, and -3 trials</w:t>
            </w:r>
            <w:r w:rsidR="00DD2C1A" w:rsidRPr="00DD2C1A">
              <w:rPr>
                <w:sz w:val="16"/>
                <w:szCs w:val="16"/>
              </w:rPr>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rPr>
                <w:sz w:val="16"/>
                <w:szCs w:val="16"/>
              </w:rPr>
              <w:instrText xml:space="preserve"> ADDIN EN.CITE </w:instrText>
            </w:r>
            <w:r w:rsidR="00452EF4">
              <w:rPr>
                <w:sz w:val="16"/>
                <w:szCs w:val="16"/>
              </w:rPr>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rPr>
                <w:sz w:val="16"/>
                <w:szCs w:val="16"/>
              </w:rPr>
              <w:instrText xml:space="preserve"> ADDIN EN.CITE.DATA </w:instrText>
            </w:r>
            <w:r w:rsidR="00452EF4">
              <w:rPr>
                <w:sz w:val="16"/>
                <w:szCs w:val="16"/>
              </w:rPr>
            </w:r>
            <w:r w:rsidR="00452EF4">
              <w:rPr>
                <w:sz w:val="16"/>
                <w:szCs w:val="16"/>
              </w:rPr>
              <w:fldChar w:fldCharType="end"/>
            </w:r>
            <w:r w:rsidR="00DD2C1A" w:rsidRPr="00DD2C1A">
              <w:rPr>
                <w:sz w:val="16"/>
                <w:szCs w:val="16"/>
              </w:rPr>
            </w:r>
            <w:r w:rsidR="00DD2C1A" w:rsidRPr="00DD2C1A">
              <w:rPr>
                <w:sz w:val="16"/>
                <w:szCs w:val="16"/>
              </w:rPr>
              <w:fldChar w:fldCharType="separate"/>
            </w:r>
            <w:r w:rsidR="00452EF4" w:rsidRPr="00452EF4">
              <w:rPr>
                <w:noProof/>
                <w:sz w:val="16"/>
                <w:szCs w:val="16"/>
                <w:vertAlign w:val="superscript"/>
              </w:rPr>
              <w:t>7-9</w:t>
            </w:r>
            <w:r w:rsidR="00DD2C1A" w:rsidRPr="00DD2C1A">
              <w:rPr>
                <w:sz w:val="16"/>
                <w:szCs w:val="16"/>
              </w:rPr>
              <w:fldChar w:fldCharType="end"/>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2E1D3AC5" w14:textId="71D8D1FE" w:rsidR="008001D3" w:rsidRPr="00EB75F0" w:rsidRDefault="008001D3" w:rsidP="00C32B29">
            <w:pPr>
              <w:spacing w:before="60" w:after="60" w:line="240" w:lineRule="auto"/>
              <w:rPr>
                <w:color w:val="000000"/>
                <w:sz w:val="16"/>
              </w:rPr>
            </w:pPr>
            <w:proofErr w:type="spellStart"/>
            <w:r w:rsidRPr="00EB75F0">
              <w:rPr>
                <w:color w:val="000000"/>
                <w:sz w:val="16"/>
              </w:rPr>
              <w:t>Shafti</w:t>
            </w:r>
            <w:proofErr w:type="spellEnd"/>
            <w:r w:rsidRPr="00EB75F0">
              <w:rPr>
                <w:color w:val="000000"/>
                <w:sz w:val="16"/>
              </w:rPr>
              <w:t xml:space="preserve"> 2016</w:t>
            </w:r>
            <w:r w:rsidR="0031308D" w:rsidRPr="00EB75F0">
              <w:fldChar w:fldCharType="begin"/>
            </w:r>
            <w:r w:rsidR="00452EF4">
              <w:instrText xml:space="preserve"> ADDIN EN.CITE &lt;EndNote&gt;&lt;Cite&gt;&lt;Author&gt;S Shafti S&lt;/Author&gt;&lt;Year&gt;2016&lt;/Year&gt;&lt;RecNum&gt;30&lt;/RecNum&gt;&lt;DisplayText&gt;&lt;style face="superscript"&gt;33&lt;/style&gt;&lt;/DisplayText&gt;&lt;record&gt;&lt;rec-number&gt;30&lt;/rec-number&gt;&lt;foreign-keys&gt;&lt;key app="EN" db-id="9ttaxzax2p0tr7ewzt55atews50zvxaaa5rz" timestamp="1764068830"&gt;30&lt;/key&gt;&lt;/foreign-keys&gt;&lt;ref-type name="Journal Article"&gt;17&lt;/ref-type&gt;&lt;contributors&gt;&lt;authors&gt;&lt;author&gt;S Shafti S, Kaviani H.&lt;/author&gt;&lt;/authors&gt;&lt;/contributors&gt;&lt;titles&gt;&lt;title&gt;A comparison between quetiapine and aripiprazole for treatment of schizophrenia: a double blind contras&lt;/title&gt;&lt;secondary-title&gt;Curr. Psychopharmacol.&lt;/secondary-title&gt;&lt;/titles&gt;&lt;periodical&gt;&lt;full-title&gt;Curr. Psychopharmacol.&lt;/full-title&gt;&lt;/periodical&gt;&lt;pages&gt;13-9&lt;/pages&gt;&lt;volume&gt;5&lt;/volume&gt;&lt;number&gt;1&lt;/number&gt;&lt;dates&gt;&lt;year&gt;2016&lt;/year&gt;&lt;/dates&gt;&lt;urls&gt;&lt;/urls&gt;&lt;/record&gt;&lt;/Cite&gt;&lt;/EndNote&gt;</w:instrText>
            </w:r>
            <w:r w:rsidR="0031308D" w:rsidRPr="00EB75F0">
              <w:fldChar w:fldCharType="separate"/>
            </w:r>
            <w:r w:rsidR="00452EF4" w:rsidRPr="00452EF4">
              <w:rPr>
                <w:noProof/>
                <w:vertAlign w:val="superscript"/>
              </w:rPr>
              <w:t>33</w:t>
            </w:r>
            <w:r w:rsidR="0031308D" w:rsidRPr="00EB75F0">
              <w:fldChar w:fldCharType="end"/>
            </w:r>
            <w:r w:rsidRPr="00EB75F0">
              <w:rPr>
                <w:color w:val="000000"/>
                <w:sz w:val="16"/>
              </w:rPr>
              <w:t>, Svestka 2003</w:t>
            </w:r>
            <w:r w:rsidR="0031308D" w:rsidRPr="00EB75F0">
              <w:fldChar w:fldCharType="begin"/>
            </w:r>
            <w:r w:rsidR="00452EF4">
              <w:instrText xml:space="preserve"> ADDIN EN.CITE &lt;EndNote&gt;&lt;Cite&gt;&lt;Author&gt;Švestka&lt;/Author&gt;&lt;Year&gt;2003&lt;/Year&gt;&lt;RecNum&gt;51&lt;/RecNum&gt;&lt;DisplayText&gt;&lt;style face="superscript"&gt;54&lt;/style&gt;&lt;/DisplayText&gt;&lt;record&gt;&lt;rec-number&gt;51&lt;/rec-number&gt;&lt;foreign-keys&gt;&lt;key app="EN" db-id="9ttaxzax2p0tr7ewzt55atews50zvxaaa5rz" timestamp="1764068834"&gt;51&lt;/key&gt;&lt;/foreign-keys&gt;&lt;ref-type name="Journal Article"&gt;17&lt;/ref-type&gt;&lt;contributors&gt;&lt;authors&gt;&lt;author&gt;Švestka, Jaromír&lt;/author&gt;&lt;author&gt;Synek, Oldřich&lt;/author&gt;&lt;author&gt;Žourková, Alexandra&lt;/author&gt;&lt;/authors&gt;&lt;/contributors&gt;&lt;titles&gt;&lt;title&gt;A double-blind comparison of olanzapine and quetiapine in treatment of acute exacerbations of schizophrenic or schizoaffective disorders&lt;/title&gt;&lt;secondary-title&gt;European Neuropsychopharmacology&lt;/secondary-title&gt;&lt;/titles&gt;&lt;periodical&gt;&lt;full-title&gt;European Neuropsychopharmacology&lt;/full-title&gt;&lt;/periodical&gt;&lt;dates&gt;&lt;year&gt;2003&lt;/year&gt;&lt;/dates&gt;&lt;isbn&gt;0924-977X&lt;/isbn&gt;&lt;urls&gt;&lt;/urls&gt;&lt;/record&gt;&lt;/Cite&gt;&lt;/EndNote&gt;</w:instrText>
            </w:r>
            <w:r w:rsidR="0031308D" w:rsidRPr="00EB75F0">
              <w:fldChar w:fldCharType="separate"/>
            </w:r>
            <w:r w:rsidR="00452EF4" w:rsidRPr="00452EF4">
              <w:rPr>
                <w:noProof/>
                <w:vertAlign w:val="superscript"/>
              </w:rPr>
              <w:t>54</w:t>
            </w:r>
            <w:r w:rsidR="0031308D" w:rsidRPr="00EB75F0">
              <w:fldChar w:fldCharType="end"/>
            </w:r>
          </w:p>
        </w:tc>
        <w:tc>
          <w:tcPr>
            <w:tcW w:w="2403" w:type="dxa"/>
            <w:tcBorders>
              <w:top w:val="single" w:sz="4" w:space="0" w:color="000000"/>
              <w:left w:val="single" w:sz="4" w:space="0" w:color="000000"/>
              <w:bottom w:val="single" w:sz="4" w:space="0" w:color="000000"/>
              <w:right w:val="single" w:sz="4" w:space="0" w:color="000000"/>
            </w:tcBorders>
          </w:tcPr>
          <w:p w14:paraId="3264741B" w14:textId="221BECB5" w:rsidR="008001D3" w:rsidRPr="00EB75F0" w:rsidRDefault="008001D3" w:rsidP="00C32B29">
            <w:pPr>
              <w:tabs>
                <w:tab w:val="left" w:pos="0"/>
              </w:tabs>
              <w:spacing w:before="60" w:after="60" w:line="240" w:lineRule="auto"/>
              <w:rPr>
                <w:color w:val="000000"/>
                <w:sz w:val="16"/>
              </w:rPr>
            </w:pPr>
            <w:r w:rsidRPr="00EB75F0">
              <w:rPr>
                <w:color w:val="000000"/>
                <w:sz w:val="16"/>
              </w:rPr>
              <w:t xml:space="preserve">See </w:t>
            </w:r>
            <w:r w:rsidRPr="00EB75F0">
              <w:rPr>
                <w:color w:val="000000"/>
                <w:sz w:val="16"/>
              </w:rPr>
              <w:fldChar w:fldCharType="begin"/>
            </w:r>
            <w:r w:rsidRPr="00EB75F0">
              <w:rPr>
                <w:color w:val="000000"/>
                <w:sz w:val="16"/>
              </w:rPr>
              <w:instrText xml:space="preserve">REF _Ref14544050 \h \* MERGEFORMAT </w:instrText>
            </w:r>
            <w:r w:rsidRPr="00EB75F0">
              <w:rPr>
                <w:color w:val="000000"/>
                <w:sz w:val="16"/>
              </w:rPr>
            </w:r>
            <w:r w:rsidRPr="00EB75F0">
              <w:rPr>
                <w:color w:val="000000"/>
                <w:sz w:val="16"/>
              </w:rPr>
              <w:fldChar w:fldCharType="separate"/>
            </w:r>
            <w:r w:rsidR="004B2F28" w:rsidRPr="004B2F28">
              <w:rPr>
                <w:color w:val="000000"/>
                <w:sz w:val="16"/>
              </w:rPr>
              <w:t>Figure S2</w:t>
            </w:r>
            <w:r w:rsidRPr="00EB75F0">
              <w:rPr>
                <w:color w:val="000000"/>
                <w:sz w:val="16"/>
              </w:rPr>
              <w:fldChar w:fldCharType="end"/>
            </w:r>
            <w:r w:rsidRPr="00EB75F0">
              <w:rPr>
                <w:color w:val="000000"/>
                <w:sz w:val="16"/>
              </w:rPr>
              <w:t xml:space="preserve"> in </w:t>
            </w:r>
            <w:r w:rsidRPr="00EB75F0">
              <w:rPr>
                <w:color w:val="000000"/>
                <w:sz w:val="16"/>
              </w:rPr>
              <w:fldChar w:fldCharType="begin"/>
            </w:r>
            <w:r w:rsidRPr="00EB75F0">
              <w:rPr>
                <w:color w:val="000000"/>
                <w:sz w:val="16"/>
              </w:rPr>
              <w:instrText xml:space="preserve">REF _Ref14545143 \h \r \* MERGEFORMAT </w:instrText>
            </w:r>
            <w:r w:rsidRPr="00EB75F0">
              <w:rPr>
                <w:color w:val="000000"/>
                <w:sz w:val="16"/>
              </w:rPr>
            </w:r>
            <w:r w:rsidRPr="00EB75F0">
              <w:rPr>
                <w:color w:val="000000"/>
                <w:sz w:val="16"/>
              </w:rPr>
              <w:fldChar w:fldCharType="separate"/>
            </w:r>
            <w:r w:rsidR="004B2F28">
              <w:rPr>
                <w:color w:val="000000"/>
                <w:sz w:val="16"/>
              </w:rPr>
              <w:t>Appendix 4</w:t>
            </w:r>
            <w:r w:rsidRPr="00EB75F0">
              <w:rPr>
                <w:color w:val="000000"/>
                <w:sz w:val="16"/>
              </w:rPr>
              <w:fldChar w:fldCharType="end"/>
            </w:r>
          </w:p>
        </w:tc>
      </w:tr>
      <w:tr w:rsidR="008001D3" w:rsidRPr="00EB75F0" w14:paraId="72B2BAEA" w14:textId="77777777" w:rsidTr="00C32B29">
        <w:tc>
          <w:tcPr>
            <w:tcW w:w="3823" w:type="dxa"/>
            <w:tcBorders>
              <w:top w:val="single" w:sz="4" w:space="0" w:color="000000"/>
              <w:left w:val="single" w:sz="4" w:space="0" w:color="000000"/>
              <w:bottom w:val="single" w:sz="4" w:space="0" w:color="000000"/>
              <w:right w:val="single" w:sz="4" w:space="0" w:color="000000"/>
            </w:tcBorders>
            <w:shd w:val="clear" w:color="auto" w:fill="FFFFFF"/>
          </w:tcPr>
          <w:p w14:paraId="34EA4398" w14:textId="77777777" w:rsidR="008001D3" w:rsidRPr="00EB75F0" w:rsidRDefault="008001D3" w:rsidP="00C32B29">
            <w:pPr>
              <w:spacing w:before="60" w:after="60" w:line="240" w:lineRule="auto"/>
              <w:rPr>
                <w:color w:val="000000"/>
                <w:sz w:val="16"/>
              </w:rPr>
            </w:pPr>
            <w:r w:rsidRPr="00EB75F0">
              <w:rPr>
                <w:color w:val="000000"/>
                <w:sz w:val="16"/>
              </w:rPr>
              <w:t>The short duration of schizophrenia diagnosis in this trial is substantially different from the average of greater than 5 years in all other studies</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1A2FF9EF" w14:textId="197130B6" w:rsidR="008001D3" w:rsidRPr="00EB75F0" w:rsidRDefault="008001D3" w:rsidP="00C32B29">
            <w:pPr>
              <w:tabs>
                <w:tab w:val="left" w:pos="0"/>
              </w:tabs>
              <w:spacing w:before="60" w:after="60" w:line="240" w:lineRule="auto"/>
              <w:rPr>
                <w:color w:val="000000"/>
                <w:sz w:val="16"/>
              </w:rPr>
            </w:pPr>
            <w:r w:rsidRPr="00EB75F0">
              <w:rPr>
                <w:color w:val="000000"/>
                <w:sz w:val="16"/>
              </w:rPr>
              <w:t>Li 2012</w:t>
            </w:r>
            <w:r w:rsidR="0031308D" w:rsidRPr="00EB75F0">
              <w:fldChar w:fldCharType="begin"/>
            </w:r>
            <w:r w:rsidR="00452EF4">
              <w:instrText xml:space="preserve"> ADDIN EN.CITE &lt;EndNote&gt;&lt;Cite&gt;&lt;Author&gt;Li&lt;/Author&gt;&lt;Year&gt;2012&lt;/Year&gt;&lt;RecNum&gt;99&lt;/RecNum&gt;&lt;DisplayText&gt;&lt;style face="superscript"&gt;102&lt;/style&gt;&lt;/DisplayText&gt;&lt;record&gt;&lt;rec-number&gt;99&lt;/rec-number&gt;&lt;foreign-keys&gt;&lt;key app="EN" db-id="9ttaxzax2p0tr7ewzt55atews50zvxaaa5rz" timestamp="1764068846"&gt;99&lt;/key&gt;&lt;/foreign-keys&gt;&lt;ref-type name="Journal Article"&gt;17&lt;/ref-type&gt;&lt;contributors&gt;&lt;authors&gt;&lt;author&gt;Li, Y.&lt;/author&gt;&lt;author&gt;Li, H.&lt;/author&gt;&lt;author&gt;Liu, Y.&lt;/author&gt;&lt;author&gt;Yan, X.&lt;/author&gt;&lt;author&gt;Yue, Y.&lt;/author&gt;&lt;author&gt;Qian, M.&lt;/author&gt;&lt;/authors&gt;&lt;/contributors&gt;&lt;titles&gt;&lt;title&gt;Comparison of quetiapine and risperidone in Chinese Han patients with schizophrenia: results of a single-blind, randomized study&lt;/title&gt;&lt;secondary-title&gt;Curr Med Res Opin&lt;/secondary-title&gt;&lt;/titles&gt;&lt;periodical&gt;&lt;full-title&gt;Curr Med Res Opin&lt;/full-title&gt;&lt;/periodical&gt;&lt;pages&gt;1725-32&lt;/pages&gt;&lt;volume&gt;28&lt;/volume&gt;&lt;number&gt;10&lt;/number&gt;&lt;dates&gt;&lt;year&gt;2012&lt;/year&gt;&lt;pub-dates&gt;&lt;date&gt;20121002&lt;/date&gt;&lt;/pub-dates&gt;&lt;/dates&gt;&lt;pub-location&gt;Shanghai Mental Health Center, Shanghai Jiao Tong University School of Medicine, Shanghai, China.&lt;/pub-location&gt;&lt;isbn&gt;1473-4877 (Electronic) 0300-7995 (Linking)&lt;/isbn&gt;&lt;urls&gt;&lt;related-urls&gt;&lt;url&gt;https://www.ncbi.nlm.nih.gov/pubmed/22978771&lt;/url&gt;&lt;/related-urls&gt;&lt;/urls&gt;&lt;electronic-resource-num&gt;10.1185/03007995.2012.728524&lt;/electronic-resource-num&gt;&lt;/record&gt;&lt;/Cite&gt;&lt;/EndNote&gt;</w:instrText>
            </w:r>
            <w:r w:rsidR="0031308D" w:rsidRPr="00EB75F0">
              <w:fldChar w:fldCharType="separate"/>
            </w:r>
            <w:r w:rsidR="00452EF4" w:rsidRPr="00452EF4">
              <w:rPr>
                <w:noProof/>
                <w:vertAlign w:val="superscript"/>
              </w:rPr>
              <w:t>102</w:t>
            </w:r>
            <w:r w:rsidR="0031308D" w:rsidRPr="00EB75F0">
              <w:fldChar w:fldCharType="end"/>
            </w:r>
          </w:p>
        </w:tc>
        <w:tc>
          <w:tcPr>
            <w:tcW w:w="2403" w:type="dxa"/>
            <w:tcBorders>
              <w:top w:val="single" w:sz="4" w:space="0" w:color="000000"/>
              <w:left w:val="single" w:sz="4" w:space="0" w:color="000000"/>
              <w:bottom w:val="single" w:sz="4" w:space="0" w:color="000000"/>
              <w:right w:val="single" w:sz="4" w:space="0" w:color="000000"/>
            </w:tcBorders>
          </w:tcPr>
          <w:p w14:paraId="3D9405E3" w14:textId="0710AE09" w:rsidR="008001D3" w:rsidRPr="00EB75F0" w:rsidRDefault="008001D3" w:rsidP="00C32B29">
            <w:pPr>
              <w:tabs>
                <w:tab w:val="left" w:pos="0"/>
              </w:tabs>
              <w:spacing w:before="60" w:after="60" w:line="240" w:lineRule="auto"/>
              <w:rPr>
                <w:color w:val="000000"/>
                <w:sz w:val="16"/>
              </w:rPr>
            </w:pPr>
            <w:r w:rsidRPr="00EB75F0">
              <w:rPr>
                <w:color w:val="000000"/>
                <w:sz w:val="16"/>
              </w:rPr>
              <w:t xml:space="preserve">See </w:t>
            </w:r>
            <w:r w:rsidRPr="00EB75F0">
              <w:rPr>
                <w:color w:val="000000"/>
                <w:sz w:val="16"/>
              </w:rPr>
              <w:fldChar w:fldCharType="begin"/>
            </w:r>
            <w:r w:rsidRPr="00EB75F0">
              <w:rPr>
                <w:color w:val="000000"/>
                <w:sz w:val="16"/>
              </w:rPr>
              <w:instrText xml:space="preserve">REF _Ref14864780 \h \* MERGEFORMAT </w:instrText>
            </w:r>
            <w:r w:rsidRPr="00EB75F0">
              <w:rPr>
                <w:color w:val="000000"/>
                <w:sz w:val="16"/>
              </w:rPr>
            </w:r>
            <w:r w:rsidRPr="00EB75F0">
              <w:rPr>
                <w:color w:val="000000"/>
                <w:sz w:val="16"/>
              </w:rPr>
              <w:fldChar w:fldCharType="separate"/>
            </w:r>
            <w:r w:rsidR="004B2F28" w:rsidRPr="004B2F28">
              <w:rPr>
                <w:color w:val="000000"/>
                <w:sz w:val="16"/>
              </w:rPr>
              <w:t>Figure S6</w:t>
            </w:r>
            <w:r w:rsidRPr="00EB75F0">
              <w:rPr>
                <w:color w:val="000000"/>
                <w:sz w:val="16"/>
              </w:rPr>
              <w:fldChar w:fldCharType="end"/>
            </w:r>
            <w:r w:rsidRPr="00EB75F0">
              <w:rPr>
                <w:color w:val="000000"/>
                <w:sz w:val="16"/>
              </w:rPr>
              <w:t xml:space="preserve"> in </w:t>
            </w:r>
            <w:r w:rsidRPr="00EB75F0">
              <w:rPr>
                <w:color w:val="000000"/>
                <w:sz w:val="16"/>
              </w:rPr>
              <w:fldChar w:fldCharType="begin"/>
            </w:r>
            <w:r w:rsidRPr="00EB75F0">
              <w:rPr>
                <w:color w:val="000000"/>
                <w:sz w:val="16"/>
              </w:rPr>
              <w:instrText xml:space="preserve">REF _Ref14236272 \h \r \* MERGEFORMAT </w:instrText>
            </w:r>
            <w:r w:rsidRPr="00EB75F0">
              <w:rPr>
                <w:color w:val="000000"/>
                <w:sz w:val="16"/>
              </w:rPr>
            </w:r>
            <w:r w:rsidRPr="00EB75F0">
              <w:rPr>
                <w:color w:val="000000"/>
                <w:sz w:val="16"/>
              </w:rPr>
              <w:fldChar w:fldCharType="separate"/>
            </w:r>
            <w:r w:rsidR="004B2F28">
              <w:rPr>
                <w:color w:val="000000"/>
                <w:sz w:val="16"/>
              </w:rPr>
              <w:t>Appendix 4</w:t>
            </w:r>
            <w:r w:rsidRPr="00EB75F0">
              <w:rPr>
                <w:color w:val="000000"/>
                <w:sz w:val="16"/>
              </w:rPr>
              <w:fldChar w:fldCharType="end"/>
            </w:r>
          </w:p>
        </w:tc>
      </w:tr>
      <w:tr w:rsidR="008001D3" w:rsidRPr="00EB75F0" w14:paraId="7B269F76" w14:textId="77777777" w:rsidTr="00C32B29">
        <w:tc>
          <w:tcPr>
            <w:tcW w:w="3823" w:type="dxa"/>
            <w:tcBorders>
              <w:top w:val="single" w:sz="4" w:space="0" w:color="000000"/>
              <w:left w:val="single" w:sz="4" w:space="0" w:color="000000"/>
              <w:bottom w:val="single" w:sz="4" w:space="0" w:color="000000"/>
              <w:right w:val="single" w:sz="4" w:space="0" w:color="000000"/>
            </w:tcBorders>
            <w:shd w:val="clear" w:color="auto" w:fill="FFFFFF"/>
          </w:tcPr>
          <w:p w14:paraId="4DB9A0F6" w14:textId="77777777" w:rsidR="008001D3" w:rsidRPr="00EB75F0" w:rsidRDefault="008001D3" w:rsidP="00C32B29">
            <w:pPr>
              <w:tabs>
                <w:tab w:val="left" w:pos="0"/>
              </w:tabs>
              <w:spacing w:before="60" w:after="60" w:line="240" w:lineRule="auto"/>
              <w:rPr>
                <w:color w:val="000000"/>
                <w:sz w:val="16"/>
              </w:rPr>
            </w:pPr>
            <w:r w:rsidRPr="00EB75F0">
              <w:rPr>
                <w:color w:val="000000"/>
                <w:sz w:val="16"/>
              </w:rPr>
              <w:t>This trial only randomized nine patients and was excluded due to its small sample size</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6560E43E" w14:textId="7F9A39B2" w:rsidR="008001D3" w:rsidRPr="00EB75F0" w:rsidRDefault="008001D3" w:rsidP="00C32B29">
            <w:pPr>
              <w:tabs>
                <w:tab w:val="left" w:pos="0"/>
              </w:tabs>
              <w:spacing w:before="60" w:after="60" w:line="240" w:lineRule="auto"/>
              <w:rPr>
                <w:color w:val="000000"/>
                <w:sz w:val="16"/>
              </w:rPr>
            </w:pPr>
            <w:proofErr w:type="spellStart"/>
            <w:r w:rsidRPr="00EB75F0">
              <w:rPr>
                <w:color w:val="000000"/>
                <w:sz w:val="16"/>
              </w:rPr>
              <w:t>Canive</w:t>
            </w:r>
            <w:proofErr w:type="spellEnd"/>
            <w:r w:rsidRPr="00EB75F0">
              <w:rPr>
                <w:color w:val="000000"/>
                <w:sz w:val="16"/>
              </w:rPr>
              <w:t xml:space="preserve"> 2006</w:t>
            </w:r>
            <w:r w:rsidR="0031308D" w:rsidRPr="00EB75F0">
              <w:fldChar w:fldCharType="begin"/>
            </w:r>
            <w:r w:rsidR="00452EF4">
              <w:instrText xml:space="preserve"> ADDIN EN.CITE &lt;EndNote&gt;&lt;Cite&gt;&lt;Author&gt;Canive&lt;/Author&gt;&lt;Year&gt;2006&lt;/Year&gt;&lt;RecNum&gt;7&lt;/RecNum&gt;&lt;DisplayText&gt;&lt;style face="superscript"&gt;10&lt;/style&gt;&lt;/DisplayText&gt;&lt;record&gt;&lt;rec-number&gt;7&lt;/rec-number&gt;&lt;foreign-keys&gt;&lt;key app="EN" db-id="9ttaxzax2p0tr7ewzt55atews50zvxaaa5rz" timestamp="1764068825"&gt;7&lt;/key&gt;&lt;/foreign-keys&gt;&lt;ref-type name="Journal Article"&gt;17&lt;/ref-type&gt;&lt;contributors&gt;&lt;authors&gt;&lt;author&gt;Canive, Jose M&lt;/author&gt;&lt;author&gt;Miller, Gregory A&lt;/author&gt;&lt;author&gt;Irwin, Jessica G&lt;/author&gt;&lt;author&gt;Moses, Sandra N&lt;/author&gt;&lt;author&gt;Thoma, Robert J&lt;/author&gt;&lt;author&gt;Edgar, J Christopher&lt;/author&gt;&lt;author&gt;Sherwood, Andrea&lt;/author&gt;&lt;author&gt;Torres, Fernando&lt;/author&gt;&lt;author&gt;Lanoue, Marianna&lt;/author&gt;&lt;author&gt;Lewis, Stephen&lt;/author&gt;&lt;/authors&gt;&lt;/contributors&gt;&lt;titles&gt;&lt;title&gt;Efficacy of olanzapine and risperidone in schizophrenia: a randomized double-blind crossover design&lt;/title&gt;&lt;secondary-title&gt;Psychopharmacology bulletin&lt;/secondary-title&gt;&lt;/titles&gt;&lt;periodical&gt;&lt;full-title&gt;Psychopharmacology bulletin&lt;/full-title&gt;&lt;/periodical&gt;&lt;pages&gt;105-116&lt;/pages&gt;&lt;volume&gt;39&lt;/volume&gt;&lt;number&gt;1&lt;/number&gt;&lt;dates&gt;&lt;year&gt;2006&lt;/year&gt;&lt;/dates&gt;&lt;isbn&gt;0048-5764&lt;/isbn&gt;&lt;urls&gt;&lt;/urls&gt;&lt;/record&gt;&lt;/Cite&gt;&lt;/EndNote&gt;</w:instrText>
            </w:r>
            <w:r w:rsidR="0031308D" w:rsidRPr="00EB75F0">
              <w:fldChar w:fldCharType="separate"/>
            </w:r>
            <w:r w:rsidR="00452EF4" w:rsidRPr="00452EF4">
              <w:rPr>
                <w:noProof/>
                <w:vertAlign w:val="superscript"/>
              </w:rPr>
              <w:t>10</w:t>
            </w:r>
            <w:r w:rsidR="0031308D" w:rsidRPr="00EB75F0">
              <w:fldChar w:fldCharType="end"/>
            </w:r>
          </w:p>
        </w:tc>
        <w:tc>
          <w:tcPr>
            <w:tcW w:w="2403" w:type="dxa"/>
            <w:tcBorders>
              <w:top w:val="single" w:sz="4" w:space="0" w:color="000000"/>
              <w:left w:val="single" w:sz="4" w:space="0" w:color="000000"/>
              <w:bottom w:val="single" w:sz="4" w:space="0" w:color="000000"/>
              <w:right w:val="single" w:sz="4" w:space="0" w:color="000000"/>
            </w:tcBorders>
          </w:tcPr>
          <w:p w14:paraId="5121076C" w14:textId="4C76C78F" w:rsidR="008001D3" w:rsidRPr="00EB75F0" w:rsidRDefault="008001D3" w:rsidP="00C32B29">
            <w:pPr>
              <w:spacing w:before="60" w:after="60" w:line="240" w:lineRule="auto"/>
              <w:rPr>
                <w:color w:val="000000"/>
                <w:sz w:val="16"/>
              </w:rPr>
            </w:pPr>
            <w:r w:rsidRPr="00EB75F0">
              <w:rPr>
                <w:color w:val="000000"/>
                <w:sz w:val="16"/>
              </w:rPr>
              <w:t xml:space="preserve">See </w:t>
            </w:r>
            <w:r w:rsidRPr="00EB75F0">
              <w:rPr>
                <w:color w:val="000000"/>
                <w:sz w:val="16"/>
              </w:rPr>
              <w:fldChar w:fldCharType="begin"/>
            </w:r>
            <w:r w:rsidRPr="00EB75F0">
              <w:rPr>
                <w:color w:val="000000"/>
                <w:sz w:val="16"/>
              </w:rPr>
              <w:instrText xml:space="preserve">REF _Ref14496963 \h \* MERGEFORMAT </w:instrText>
            </w:r>
            <w:r w:rsidRPr="00EB75F0">
              <w:rPr>
                <w:color w:val="000000"/>
                <w:sz w:val="16"/>
              </w:rPr>
            </w:r>
            <w:r w:rsidRPr="00EB75F0">
              <w:rPr>
                <w:color w:val="000000"/>
                <w:sz w:val="16"/>
              </w:rPr>
              <w:fldChar w:fldCharType="separate"/>
            </w:r>
            <w:r w:rsidR="004B2F28" w:rsidRPr="004B2F28">
              <w:rPr>
                <w:color w:val="000000"/>
                <w:sz w:val="16"/>
              </w:rPr>
              <w:t>Table S3</w:t>
            </w:r>
            <w:r w:rsidR="004B2F28" w:rsidRPr="004B2F28">
              <w:rPr>
                <w:color w:val="000000"/>
                <w:sz w:val="16"/>
              </w:rPr>
              <w:noBreakHyphen/>
              <w:t>1</w:t>
            </w:r>
            <w:r w:rsidRPr="00EB75F0">
              <w:rPr>
                <w:color w:val="000000"/>
                <w:sz w:val="16"/>
              </w:rPr>
              <w:fldChar w:fldCharType="end"/>
            </w:r>
            <w:r w:rsidRPr="00EB75F0">
              <w:rPr>
                <w:color w:val="000000"/>
                <w:sz w:val="16"/>
              </w:rPr>
              <w:t xml:space="preserve"> in  </w:t>
            </w:r>
            <w:r w:rsidRPr="00EB75F0">
              <w:rPr>
                <w:color w:val="000000"/>
                <w:sz w:val="16"/>
              </w:rPr>
              <w:fldChar w:fldCharType="begin"/>
            </w:r>
            <w:r w:rsidRPr="00EB75F0">
              <w:rPr>
                <w:color w:val="000000"/>
                <w:sz w:val="16"/>
              </w:rPr>
              <w:instrText xml:space="preserve">REF _Ref14503076 \h \r \* MERGEFORMAT </w:instrText>
            </w:r>
            <w:r w:rsidRPr="00EB75F0">
              <w:rPr>
                <w:color w:val="000000"/>
                <w:sz w:val="16"/>
              </w:rPr>
            </w:r>
            <w:r w:rsidRPr="00EB75F0">
              <w:rPr>
                <w:color w:val="000000"/>
                <w:sz w:val="16"/>
              </w:rPr>
              <w:fldChar w:fldCharType="separate"/>
            </w:r>
            <w:r w:rsidR="004B2F28">
              <w:rPr>
                <w:color w:val="000000"/>
                <w:sz w:val="16"/>
              </w:rPr>
              <w:t>Appendix 1</w:t>
            </w:r>
            <w:r w:rsidRPr="00EB75F0">
              <w:rPr>
                <w:color w:val="000000"/>
                <w:sz w:val="16"/>
              </w:rPr>
              <w:fldChar w:fldCharType="end"/>
            </w:r>
          </w:p>
        </w:tc>
      </w:tr>
      <w:tr w:rsidR="00A4312E" w:rsidRPr="00EB75F0" w14:paraId="5A303797" w14:textId="77777777" w:rsidTr="00C32B29">
        <w:tc>
          <w:tcPr>
            <w:tcW w:w="3823" w:type="dxa"/>
            <w:tcBorders>
              <w:top w:val="single" w:sz="4" w:space="0" w:color="000000"/>
              <w:left w:val="single" w:sz="4" w:space="0" w:color="000000"/>
              <w:bottom w:val="single" w:sz="4" w:space="0" w:color="000000"/>
              <w:right w:val="single" w:sz="4" w:space="0" w:color="000000"/>
            </w:tcBorders>
            <w:shd w:val="clear" w:color="auto" w:fill="FFFFFF"/>
          </w:tcPr>
          <w:p w14:paraId="62D870A3" w14:textId="47792A78" w:rsidR="00A4312E" w:rsidRPr="00EB75F0" w:rsidRDefault="00A4312E" w:rsidP="00A4312E">
            <w:pPr>
              <w:tabs>
                <w:tab w:val="left" w:pos="0"/>
              </w:tabs>
              <w:spacing w:before="60" w:after="60" w:line="240" w:lineRule="auto"/>
              <w:rPr>
                <w:color w:val="000000"/>
                <w:sz w:val="16"/>
              </w:rPr>
            </w:pPr>
            <w:r w:rsidRPr="00EB75F0">
              <w:rPr>
                <w:color w:val="000000"/>
                <w:sz w:val="16"/>
              </w:rPr>
              <w:t>This trial enrolled substantially older patients aged 65+</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246602E5" w14:textId="14B8CA35" w:rsidR="00A4312E" w:rsidRPr="00EB75F0" w:rsidRDefault="00A4312E" w:rsidP="00A4312E">
            <w:pPr>
              <w:tabs>
                <w:tab w:val="left" w:pos="0"/>
              </w:tabs>
              <w:spacing w:before="60" w:after="60" w:line="240" w:lineRule="auto"/>
              <w:rPr>
                <w:color w:val="000000"/>
                <w:sz w:val="16"/>
              </w:rPr>
            </w:pPr>
            <w:r w:rsidRPr="00EB75F0">
              <w:rPr>
                <w:color w:val="000000"/>
                <w:sz w:val="16"/>
              </w:rPr>
              <w:t>Wang 2020</w:t>
            </w:r>
            <w:r w:rsidR="0031308D" w:rsidRPr="00EB75F0">
              <w:fldChar w:fldCharType="begin"/>
            </w:r>
            <w:r w:rsidR="00452EF4">
              <w:instrText xml:space="preserve"> ADDIN EN.CITE &lt;EndNote&gt;&lt;Cite&gt;&lt;Author&gt;Wang&lt;/Author&gt;&lt;Year&gt;2020&lt;/Year&gt;&lt;RecNum&gt;18&lt;/RecNum&gt;&lt;DisplayText&gt;&lt;style face="superscript"&gt;21&lt;/style&gt;&lt;/DisplayText&gt;&lt;record&gt;&lt;rec-number&gt;18&lt;/rec-number&gt;&lt;foreign-keys&gt;&lt;key app="EN" db-id="9ttaxzax2p0tr7ewzt55atews50zvxaaa5rz" timestamp="1764068827"&gt;18&lt;/key&gt;&lt;/foreign-keys&gt;&lt;ref-type name="Journal Article"&gt;17&lt;/ref-type&gt;&lt;contributors&gt;&lt;authors&gt;&lt;author&gt;Wang, Ning&lt;/author&gt;&lt;author&gt;Zheng, Na&lt;/author&gt;&lt;author&gt;Dong, Mei&lt;/author&gt;&lt;author&gt;He, Jin&lt;/author&gt;&lt;/authors&gt;&lt;/contributors&gt;&lt;titles&gt;&lt;title&gt;Paroxetine combined with olanzapine in the treatment of schizophrenia&lt;/title&gt;&lt;secondary-title&gt;Pakistan journal of medical sciences&lt;/secondary-title&gt;&lt;/titles&gt;&lt;periodical&gt;&lt;full-title&gt;Pakistan journal of medical sciences&lt;/full-title&gt;&lt;/periodical&gt;&lt;pages&gt;516&lt;/pages&gt;&lt;volume&gt;36&lt;/volume&gt;&lt;number&gt;3&lt;/number&gt;&lt;dates&gt;&lt;year&gt;2020&lt;/year&gt;&lt;/dates&gt;&lt;urls&gt;&lt;/urls&gt;&lt;/record&gt;&lt;/Cite&gt;&lt;/EndNote&gt;</w:instrText>
            </w:r>
            <w:r w:rsidR="0031308D" w:rsidRPr="00EB75F0">
              <w:fldChar w:fldCharType="separate"/>
            </w:r>
            <w:r w:rsidR="00452EF4" w:rsidRPr="00452EF4">
              <w:rPr>
                <w:noProof/>
                <w:vertAlign w:val="superscript"/>
              </w:rPr>
              <w:t>21</w:t>
            </w:r>
            <w:r w:rsidR="0031308D" w:rsidRPr="00EB75F0">
              <w:fldChar w:fldCharType="end"/>
            </w:r>
          </w:p>
        </w:tc>
        <w:tc>
          <w:tcPr>
            <w:tcW w:w="2403" w:type="dxa"/>
            <w:tcBorders>
              <w:top w:val="single" w:sz="4" w:space="0" w:color="000000"/>
              <w:left w:val="single" w:sz="4" w:space="0" w:color="000000"/>
              <w:bottom w:val="single" w:sz="4" w:space="0" w:color="000000"/>
              <w:right w:val="single" w:sz="4" w:space="0" w:color="000000"/>
            </w:tcBorders>
          </w:tcPr>
          <w:p w14:paraId="7889D152" w14:textId="2B397E69" w:rsidR="00A4312E" w:rsidRPr="00EB75F0" w:rsidRDefault="00A4312E" w:rsidP="00A4312E">
            <w:pPr>
              <w:spacing w:before="60" w:after="60" w:line="240" w:lineRule="auto"/>
              <w:rPr>
                <w:color w:val="000000"/>
                <w:sz w:val="16"/>
              </w:rPr>
            </w:pPr>
            <w:r w:rsidRPr="00EB75F0">
              <w:rPr>
                <w:color w:val="000000"/>
                <w:sz w:val="16"/>
              </w:rPr>
              <w:t xml:space="preserve">See </w:t>
            </w:r>
            <w:r w:rsidRPr="00EB75F0">
              <w:rPr>
                <w:color w:val="000000"/>
                <w:sz w:val="16"/>
              </w:rPr>
              <w:fldChar w:fldCharType="begin"/>
            </w:r>
            <w:r w:rsidRPr="00EB75F0">
              <w:rPr>
                <w:color w:val="000000"/>
                <w:sz w:val="16"/>
              </w:rPr>
              <w:instrText xml:space="preserve">REF _Ref14529614 \h \* MERGEFORMAT </w:instrText>
            </w:r>
            <w:r w:rsidRPr="00EB75F0">
              <w:rPr>
                <w:color w:val="000000"/>
                <w:sz w:val="16"/>
              </w:rPr>
            </w:r>
            <w:r w:rsidRPr="00EB75F0">
              <w:rPr>
                <w:color w:val="000000"/>
                <w:sz w:val="16"/>
              </w:rPr>
              <w:fldChar w:fldCharType="separate"/>
            </w:r>
            <w:r w:rsidR="004B2F28" w:rsidRPr="004B2F28">
              <w:rPr>
                <w:color w:val="000000"/>
                <w:sz w:val="16"/>
              </w:rPr>
              <w:t>Table S3</w:t>
            </w:r>
            <w:r w:rsidR="004B2F28" w:rsidRPr="004B2F28">
              <w:rPr>
                <w:color w:val="000000"/>
                <w:sz w:val="16"/>
              </w:rPr>
              <w:noBreakHyphen/>
              <w:t>1</w:t>
            </w:r>
            <w:r w:rsidRPr="00EB75F0">
              <w:rPr>
                <w:color w:val="000000"/>
                <w:sz w:val="16"/>
              </w:rPr>
              <w:fldChar w:fldCharType="end"/>
            </w:r>
            <w:r w:rsidRPr="00EB75F0">
              <w:rPr>
                <w:color w:val="000000"/>
                <w:sz w:val="16"/>
              </w:rPr>
              <w:t xml:space="preserve"> in  </w:t>
            </w:r>
            <w:r w:rsidRPr="00EB75F0">
              <w:rPr>
                <w:color w:val="000000"/>
                <w:sz w:val="16"/>
              </w:rPr>
              <w:fldChar w:fldCharType="begin"/>
            </w:r>
            <w:r w:rsidRPr="00EB75F0">
              <w:rPr>
                <w:color w:val="000000"/>
                <w:sz w:val="16"/>
              </w:rPr>
              <w:instrText xml:space="preserve">REF _Ref14913801 \h \r \* MERGEFORMAT </w:instrText>
            </w:r>
            <w:r w:rsidRPr="00EB75F0">
              <w:rPr>
                <w:color w:val="000000"/>
                <w:sz w:val="16"/>
              </w:rPr>
            </w:r>
            <w:r w:rsidRPr="00EB75F0">
              <w:rPr>
                <w:color w:val="000000"/>
                <w:sz w:val="16"/>
              </w:rPr>
              <w:fldChar w:fldCharType="separate"/>
            </w:r>
            <w:r w:rsidR="004B2F28">
              <w:rPr>
                <w:color w:val="000000"/>
                <w:sz w:val="16"/>
              </w:rPr>
              <w:t>Appendix 1</w:t>
            </w:r>
            <w:r w:rsidRPr="00EB75F0">
              <w:rPr>
                <w:color w:val="000000"/>
                <w:sz w:val="16"/>
              </w:rPr>
              <w:fldChar w:fldCharType="end"/>
            </w:r>
          </w:p>
        </w:tc>
      </w:tr>
      <w:tr w:rsidR="00A4312E" w:rsidRPr="00EB75F0" w14:paraId="50538B14" w14:textId="77777777" w:rsidTr="00C32B29">
        <w:tc>
          <w:tcPr>
            <w:tcW w:w="3823" w:type="dxa"/>
            <w:tcBorders>
              <w:top w:val="single" w:sz="4" w:space="0" w:color="000000"/>
              <w:left w:val="single" w:sz="4" w:space="0" w:color="000000"/>
              <w:bottom w:val="single" w:sz="4" w:space="0" w:color="000000"/>
              <w:right w:val="single" w:sz="4" w:space="0" w:color="000000"/>
            </w:tcBorders>
            <w:shd w:val="clear" w:color="auto" w:fill="FFFFFF"/>
          </w:tcPr>
          <w:p w14:paraId="13C05AEB" w14:textId="3933281D" w:rsidR="00A4312E" w:rsidRPr="00EB75F0" w:rsidRDefault="00E170B3" w:rsidP="00A4312E">
            <w:pPr>
              <w:spacing w:before="60" w:after="60" w:line="240" w:lineRule="auto"/>
              <w:rPr>
                <w:color w:val="000000"/>
                <w:sz w:val="16"/>
              </w:rPr>
            </w:pPr>
            <w:r w:rsidRPr="00EB75F0">
              <w:rPr>
                <w:color w:val="000000"/>
                <w:sz w:val="16"/>
              </w:rPr>
              <w:lastRenderedPageBreak/>
              <w:t>Did not report appropriate</w:t>
            </w:r>
            <w:r w:rsidR="008279E9" w:rsidRPr="00EB75F0">
              <w:rPr>
                <w:color w:val="000000"/>
                <w:sz w:val="16"/>
              </w:rPr>
              <w:t xml:space="preserve"> endpoint</w:t>
            </w:r>
            <w:r w:rsidRPr="00EB75F0">
              <w:rPr>
                <w:color w:val="000000"/>
                <w:sz w:val="16"/>
              </w:rPr>
              <w:t xml:space="preserve"> </w:t>
            </w:r>
            <w:r w:rsidR="00EB26F2" w:rsidRPr="00EB75F0">
              <w:rPr>
                <w:color w:val="000000"/>
                <w:sz w:val="16"/>
              </w:rPr>
              <w:t>data</w:t>
            </w:r>
            <w:r w:rsidR="008279E9" w:rsidRPr="00EB75F0">
              <w:rPr>
                <w:color w:val="000000"/>
                <w:sz w:val="16"/>
              </w:rPr>
              <w:t xml:space="preserve"> (for timepoints between </w:t>
            </w:r>
            <w:r w:rsidR="00AD3A1A" w:rsidRPr="00EB75F0">
              <w:rPr>
                <w:color w:val="000000"/>
                <w:sz w:val="16"/>
              </w:rPr>
              <w:t>weeks 4 and 6)</w:t>
            </w:r>
            <w:r w:rsidR="00EB26F2" w:rsidRPr="00EB75F0">
              <w:rPr>
                <w:color w:val="000000"/>
                <w:sz w:val="16"/>
              </w:rPr>
              <w:t xml:space="preserve"> to facilitate inclusion in </w:t>
            </w:r>
            <w:r w:rsidR="008279E9" w:rsidRPr="00EB75F0">
              <w:rPr>
                <w:color w:val="000000"/>
                <w:sz w:val="16"/>
              </w:rPr>
              <w:t xml:space="preserve">NMA of </w:t>
            </w:r>
            <w:r w:rsidR="00AD3A1A" w:rsidRPr="00EB75F0">
              <w:rPr>
                <w:color w:val="000000"/>
                <w:sz w:val="16"/>
              </w:rPr>
              <w:t>any of the endpoints of interest</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556CB652" w14:textId="513859D9" w:rsidR="00A4312E" w:rsidRPr="00EB75F0" w:rsidRDefault="00377296" w:rsidP="00A4312E">
            <w:pPr>
              <w:tabs>
                <w:tab w:val="left" w:pos="0"/>
              </w:tabs>
              <w:spacing w:before="60" w:after="60" w:line="240" w:lineRule="auto"/>
              <w:rPr>
                <w:color w:val="000000"/>
                <w:sz w:val="16"/>
                <w:szCs w:val="16"/>
              </w:rPr>
            </w:pPr>
            <w:r w:rsidRPr="00A07E8A">
              <w:rPr>
                <w:sz w:val="16"/>
                <w:szCs w:val="16"/>
                <w:lang w:val="it-IT"/>
              </w:rPr>
              <w:t>Gupta 2018</w:t>
            </w:r>
            <w:r w:rsidR="0031308D" w:rsidRPr="00EB75F0">
              <w:rPr>
                <w:sz w:val="16"/>
                <w:szCs w:val="16"/>
              </w:rPr>
              <w:fldChar w:fldCharType="begin"/>
            </w:r>
            <w:r w:rsidR="00452EF4" w:rsidRPr="008804F1">
              <w:rPr>
                <w:sz w:val="16"/>
                <w:szCs w:val="16"/>
                <w:lang w:val="it-IT"/>
              </w:rPr>
              <w:instrText xml:space="preserve"> ADDIN EN.CITE &lt;EndNote&gt;&lt;Cite&gt;&lt;Author&gt;Gupta&lt;/Author&gt;&lt;Year&gt;2018&lt;/Year&gt;&lt;RecNum&gt;20&lt;/RecNum&gt;&lt;DisplayText&gt;&lt;style face="superscript"&gt;23&lt;/style&gt;&lt;/DisplayText&gt;&lt;record&gt;&lt;rec-number&gt;20&lt;/rec-number&gt;&lt;foreign-keys&gt;&lt;key app="EN" db-id="9ttaxzax2p0tr7ewzt55atews50zvxaaa5rz" timestamp="1764068827"&gt;20&lt;/key&gt;&lt;/foreign-keys&gt;&lt;ref-type name="Journal Article"&gt;17&lt;/ref-type&gt;&lt;contributors&gt;&lt;authors&gt;&lt;author&gt;Gupta, S.&lt;/author&gt;&lt;author&gt;Gupta, P.&lt;/author&gt;&lt;author&gt;Sharma, M.&lt;/author&gt;&lt;/authors&gt;&lt;/contributors&gt;&lt;titles&gt;&lt;title&gt;Comparative profile of atypical antipsychotics in patients of schizophrenia&lt;/title&gt;&lt;secondary-title&gt;Indian Journal of Psychiatry&lt;/secondary-title&gt;&lt;/titles&gt;&lt;periodical&gt;&lt;full-title&gt;Indian Journal of Psychiatry&lt;/full-title&gt;&lt;/periodical&gt;&lt;pages&gt;S75&lt;/pages&gt;&lt;volume&gt;60&lt;/volume&gt;&lt;number&gt;5 Supplement 1&lt;/number&gt;&lt;dates&gt;&lt;year&gt;2018&lt;/year&gt;&lt;/dates&gt;&lt;pub-location&gt;Netherlands&lt;/pub-location&gt;&lt;publisher&gt;Medknow Publications&lt;/publisher&gt;&lt;isbn&gt;1998-3794&lt;/isbn&gt;&lt;urls&gt;&lt;related-urls&gt;&lt;url&gt;http://ovidsp.ovid.com/ovidweb.cgi?T=JS&amp;amp;PAGE=reference&amp;amp;D=emed19&amp;amp;NEWS=N&amp;amp;AN=621267601&lt;/url&gt;&lt;/related-urls&gt;&lt;/urls&gt;&lt;/record&gt;&lt;/Cite&gt;&lt;/EndNote&gt;</w:instrText>
            </w:r>
            <w:r w:rsidR="0031308D" w:rsidRPr="00EB75F0">
              <w:rPr>
                <w:sz w:val="16"/>
                <w:szCs w:val="16"/>
              </w:rPr>
              <w:fldChar w:fldCharType="separate"/>
            </w:r>
            <w:r w:rsidR="00452EF4" w:rsidRPr="008804F1">
              <w:rPr>
                <w:noProof/>
                <w:sz w:val="16"/>
                <w:szCs w:val="16"/>
                <w:vertAlign w:val="superscript"/>
                <w:lang w:val="it-IT"/>
              </w:rPr>
              <w:t>23</w:t>
            </w:r>
            <w:r w:rsidR="0031308D" w:rsidRPr="00EB75F0">
              <w:rPr>
                <w:sz w:val="16"/>
                <w:szCs w:val="16"/>
              </w:rPr>
              <w:fldChar w:fldCharType="end"/>
            </w:r>
            <w:r w:rsidRPr="00A07E8A">
              <w:rPr>
                <w:sz w:val="16"/>
                <w:szCs w:val="16"/>
                <w:lang w:val="it-IT"/>
              </w:rPr>
              <w:t>, Loza 2006</w:t>
            </w:r>
            <w:r w:rsidR="0031308D" w:rsidRPr="00EB75F0">
              <w:rPr>
                <w:sz w:val="16"/>
                <w:szCs w:val="16"/>
              </w:rPr>
              <w:fldChar w:fldCharType="begin"/>
            </w:r>
            <w:r w:rsidR="00452EF4" w:rsidRPr="008804F1">
              <w:rPr>
                <w:sz w:val="16"/>
                <w:szCs w:val="16"/>
                <w:lang w:val="it-IT"/>
              </w:rPr>
              <w:instrText xml:space="preserve"> ADDIN EN.CITE &lt;EndNote&gt;&lt;Cite&gt;&lt;Author&gt;Loza&lt;/Author&gt;&lt;Year&gt;2006&lt;/Year&gt;&lt;RecNum&gt;56&lt;/RecNum&gt;&lt;DisplayText&gt;&lt;style face="superscript"&gt;59&lt;/style&gt;&lt;/DisplayText&gt;&lt;record&gt;&lt;rec-number&gt;56&lt;/rec-number&gt;&lt;foreign-keys&gt;&lt;key app="EN" db-id="9ttaxzax2p0tr7ewzt55atews50zvxaaa5rz" timestamp="1764068836"&gt;56&lt;/key&gt;&lt;/foreign-keys&gt;&lt;ref-type name=".Conference Proceedings"&gt;10&lt;/ref-type&gt;&lt;contributors&gt;&lt;authors&gt;&lt;author&gt;Loza, B&lt;/author&gt;&lt;author&gt;Czernikiewicz, A&lt;/author&gt;&lt;author&gt;Roszkowska, A&lt;/author&gt;&lt;author&gt;Szulc, A&lt;/author&gt;&lt;/authors&gt;&lt;/contributors&gt;&lt;titles&gt;&lt;title&gt;Atypical antipsychotics: The prosocial capacity. Double-blind, randomized, prospective study of olanzapine and risperidone treatment of schizophrenia: Cognitive, awareness and quality of life report&lt;/title&gt;&lt;secondary-title&gt;INTERNATIONAL JOURNAL OF NEUROPSYCHOPHARMACOLOGY&lt;/secondary-title&gt;&lt;/titles&gt;&lt;periodical&gt;&lt;full-title&gt;International Journal of Neuropsychopharmacology&lt;/full-title&gt;&lt;/periodical&gt;&lt;pages&gt;S271-S271&lt;/pages&gt;&lt;volume&gt;9&lt;/volume&gt;&lt;dates&gt;&lt;year&gt;2006&lt;/year&gt;&lt;/dates&gt;&lt;publisher&gt;CAMBRIDGE UNIV PRESS 32 AVENUE OF THE AMERICAS, NEW YORK, NY 10013-2473 USA&lt;/publisher&gt;&lt;isbn&gt;1461-1457&lt;/isbn&gt;&lt;urls&gt;&lt;/urls&gt;&lt;/record&gt;&lt;/Cite&gt;&lt;/EndNote&gt;</w:instrText>
            </w:r>
            <w:r w:rsidR="0031308D" w:rsidRPr="00EB75F0">
              <w:rPr>
                <w:sz w:val="16"/>
                <w:szCs w:val="16"/>
              </w:rPr>
              <w:fldChar w:fldCharType="separate"/>
            </w:r>
            <w:r w:rsidR="00452EF4" w:rsidRPr="008804F1">
              <w:rPr>
                <w:noProof/>
                <w:sz w:val="16"/>
                <w:szCs w:val="16"/>
                <w:vertAlign w:val="superscript"/>
                <w:lang w:val="it-IT"/>
              </w:rPr>
              <w:t>59</w:t>
            </w:r>
            <w:r w:rsidR="0031308D" w:rsidRPr="00EB75F0">
              <w:rPr>
                <w:sz w:val="16"/>
                <w:szCs w:val="16"/>
              </w:rPr>
              <w:fldChar w:fldCharType="end"/>
            </w:r>
            <w:r w:rsidR="00816F8E" w:rsidRPr="00A07E8A">
              <w:rPr>
                <w:sz w:val="16"/>
                <w:szCs w:val="16"/>
                <w:lang w:val="it-IT"/>
              </w:rPr>
              <w:t xml:space="preserve">, </w:t>
            </w:r>
            <w:r w:rsidRPr="00A07E8A">
              <w:rPr>
                <w:sz w:val="16"/>
                <w:szCs w:val="16"/>
                <w:lang w:val="it-IT"/>
              </w:rPr>
              <w:t>Hatta 2009</w:t>
            </w:r>
            <w:r w:rsidR="0031308D" w:rsidRPr="00EB75F0">
              <w:rPr>
                <w:sz w:val="16"/>
                <w:szCs w:val="16"/>
              </w:rPr>
              <w:fldChar w:fldCharType="begin"/>
            </w:r>
            <w:r w:rsidR="00452EF4" w:rsidRPr="008804F1">
              <w:rPr>
                <w:sz w:val="16"/>
                <w:szCs w:val="16"/>
                <w:lang w:val="it-IT"/>
              </w:rPr>
              <w:instrText xml:space="preserve"> ADDIN EN.CITE &lt;EndNote&gt;&lt;Cite&gt;&lt;Author&gt;Hatta&lt;/Author&gt;&lt;Year&gt;2009&lt;/Year&gt;&lt;RecNum&gt;21&lt;/RecNum&gt;&lt;DisplayText&gt;&lt;style face="superscript"&gt;24&lt;/style&gt;&lt;/DisplayText&gt;&lt;record&gt;&lt;rec-number&gt;21&lt;/rec-number&gt;&lt;foreign-keys&gt;&lt;key app="EN" db-id="9ttaxzax2p0tr7ewzt55atews50zvxaaa5rz" timestamp="1764068828"&gt;21&lt;/key&gt;&lt;/foreign-keys&gt;&lt;ref-type name="Journal Article"&gt;17&lt;/ref-type&gt;&lt;contributors&gt;&lt;authors&gt;&lt;author&gt;Hatta, K.&lt;/author&gt;&lt;author&gt;Sato, K.&lt;/author&gt;&lt;author&gt;Hamakawa, H.&lt;/author&gt;&lt;author&gt;Takebayashi, H.&lt;/author&gt;&lt;author&gt;Kimura, N.&lt;/author&gt;&lt;author&gt;Ochi, S.&lt;/author&gt;&lt;author&gt;Sudo, Y.&lt;/author&gt;&lt;author&gt;Asukai, N.&lt;/author&gt;&lt;author&gt;Nakamura, H.&lt;/author&gt;&lt;author&gt;Usui, C.&lt;/author&gt;&lt;author&gt;Kawabata, T.&lt;/author&gt;&lt;author&gt;Hirata, T.&lt;/author&gt;&lt;author&gt;Sawa, Y.&lt;/author&gt;&lt;/authors&gt;&lt;/contributors&gt;&lt;titles&gt;&lt;title&gt;Effectiveness of second-generation antipsychotics with acute-phase schizophrenia&lt;/title&gt;&lt;secondary-title&gt;Schizophr Res&lt;/secondary-title&gt;&lt;/titles&gt;&lt;periodical&gt;&lt;full-title&gt;Schizophr Res&lt;/full-title&gt;&lt;/periodical&gt;&lt;pages&gt;49-55&lt;/pages&gt;&lt;volume&gt;113&lt;/volume&gt;&lt;number&gt;1&lt;/number&gt;&lt;dates&gt;&lt;year&gt;2009&lt;/year&gt;&lt;pub-dates&gt;&lt;date&gt;20090624&lt;/date&gt;&lt;/pub-dates&gt;&lt;/dates&gt;&lt;pub-location&gt;Department of Psychiatry, Juntendo University School of Medicine, Tokyo, Japan. khatta@juntendo.ac.jp&lt;/pub-location&gt;&lt;isbn&gt;1573-2509 (Electronic) 0920-9964 (Linking)&lt;/isbn&gt;&lt;urls&gt;&lt;related-urls&gt;&lt;url&gt;https://www.ncbi.nlm.nih.gov/pubmed/19553086&lt;/url&gt;&lt;/related-urls&gt;&lt;/urls&gt;&lt;electronic-resource-num&gt;10.1016/j.schres.2009.05.030&lt;/electronic-resource-num&gt;&lt;/record&gt;&lt;/Cite&gt;&lt;/EndNote&gt;</w:instrText>
            </w:r>
            <w:r w:rsidR="0031308D" w:rsidRPr="00EB75F0">
              <w:rPr>
                <w:sz w:val="16"/>
                <w:szCs w:val="16"/>
              </w:rPr>
              <w:fldChar w:fldCharType="separate"/>
            </w:r>
            <w:r w:rsidR="00452EF4" w:rsidRPr="008804F1">
              <w:rPr>
                <w:noProof/>
                <w:sz w:val="16"/>
                <w:szCs w:val="16"/>
                <w:vertAlign w:val="superscript"/>
                <w:lang w:val="it-IT"/>
              </w:rPr>
              <w:t>24</w:t>
            </w:r>
            <w:r w:rsidR="0031308D" w:rsidRPr="00EB75F0">
              <w:rPr>
                <w:sz w:val="16"/>
                <w:szCs w:val="16"/>
              </w:rPr>
              <w:fldChar w:fldCharType="end"/>
            </w:r>
            <w:r w:rsidRPr="00A07E8A">
              <w:rPr>
                <w:sz w:val="16"/>
                <w:szCs w:val="16"/>
                <w:lang w:val="it-IT"/>
              </w:rPr>
              <w:t>, Naber D 2005</w:t>
            </w:r>
            <w:r w:rsidR="0031308D" w:rsidRPr="00EB75F0">
              <w:rPr>
                <w:sz w:val="16"/>
                <w:szCs w:val="16"/>
              </w:rPr>
              <w:fldChar w:fldCharType="begin"/>
            </w:r>
            <w:r w:rsidR="00452EF4" w:rsidRPr="008804F1">
              <w:rPr>
                <w:sz w:val="16"/>
                <w:szCs w:val="16"/>
                <w:lang w:val="it-IT"/>
              </w:rPr>
              <w:instrText xml:space="preserve"> ADDIN EN.CITE &lt;EndNote&gt;&lt;Cite&gt;&lt;Author&gt;Naber&lt;/Author&gt;&lt;Year&gt;2005&lt;/Year&gt;&lt;RecNum&gt;46&lt;/RecNum&gt;&lt;DisplayText&gt;&lt;style face="superscript"&gt;49&lt;/style&gt;&lt;/DisplayText&gt;&lt;record&gt;&lt;rec-number&gt;46&lt;/rec-number&gt;&lt;foreign-keys&gt;&lt;key app="EN" db-id="9ttaxzax2p0tr7ewzt55atews50zvxaaa5rz" timestamp="1764068833"&gt;46&lt;/key&gt;&lt;/foreign-keys&gt;&lt;ref-type name="Journal Article"&gt;17&lt;/ref-type&gt;&lt;contributors&gt;&lt;authors&gt;&lt;author&gt;Naber, D.&lt;/author&gt;&lt;author&gt;Riedel, M.&lt;/author&gt;&lt;author&gt;Klimke, A.&lt;/author&gt;&lt;author&gt;Vorbach, E. U.&lt;/author&gt;&lt;author&gt;Lambert, M.&lt;/author&gt;&lt;author&gt;Kuhn, K. U.&lt;/author&gt;&lt;author&gt;Bender, S.&lt;/author&gt;&lt;author&gt;Bandelow, B.&lt;/author&gt;&lt;author&gt;Lemmer, W.&lt;/author&gt;&lt;author&gt;Moritz, S.&lt;/author&gt;&lt;author&gt;Dittmann, R. W.&lt;/author&gt;&lt;/authors&gt;&lt;/contributors&gt;&lt;titles&gt;&lt;title&gt;Randomized double blind comparison of olanzapine vs. clozapine on subjective well-being and clinical outcome in patients with schizophrenia&lt;/title&gt;&lt;secondary-title&gt;Acta Psychiatr Scand&lt;/secondary-title&gt;&lt;/titles&gt;&lt;periodical&gt;&lt;full-title&gt;Acta Psychiatr Scand&lt;/full-title&gt;&lt;/periodical&gt;&lt;pages&gt;106-15&lt;/pages&gt;&lt;volume&gt;111&lt;/volume&gt;&lt;number&gt;2&lt;/number&gt;&lt;dates&gt;&lt;year&gt;2005&lt;/year&gt;&lt;pub-dates&gt;&lt;date&gt;Feb&lt;/date&gt;&lt;/pub-dates&gt;&lt;/dates&gt;&lt;pub-location&gt;Department of Psychiatry and Psychotherapy, University Hospital Hamburg-Eppendorf, Germany. naber@uke.uni-hamburg.de&lt;/pub-location&gt;&lt;isbn&gt;0001-690X (Print) 0001-690X (Linking)&lt;/isbn&gt;&lt;urls&gt;&lt;related-urls&gt;&lt;url&gt;https://www.ncbi.nlm.nih.gov/pubmed/15667429&lt;/url&gt;&lt;/related-urls&gt;&lt;/urls&gt;&lt;electronic-resource-num&gt;10.1111/j.1600-0447.2004.00486.</w:instrText>
            </w:r>
            <w:r w:rsidR="00452EF4">
              <w:rPr>
                <w:sz w:val="16"/>
                <w:szCs w:val="16"/>
              </w:rPr>
              <w:instrText>x&lt;/electronic-resource-num&gt;&lt;/record&gt;&lt;/Cite&gt;&lt;/EndNote&gt;</w:instrText>
            </w:r>
            <w:r w:rsidR="0031308D" w:rsidRPr="00EB75F0">
              <w:rPr>
                <w:sz w:val="16"/>
                <w:szCs w:val="16"/>
              </w:rPr>
              <w:fldChar w:fldCharType="separate"/>
            </w:r>
            <w:r w:rsidR="00452EF4" w:rsidRPr="00452EF4">
              <w:rPr>
                <w:noProof/>
                <w:sz w:val="16"/>
                <w:szCs w:val="16"/>
                <w:vertAlign w:val="superscript"/>
              </w:rPr>
              <w:t>49</w:t>
            </w:r>
            <w:r w:rsidR="0031308D" w:rsidRPr="00EB75F0">
              <w:rPr>
                <w:sz w:val="16"/>
                <w:szCs w:val="16"/>
              </w:rPr>
              <w:fldChar w:fldCharType="end"/>
            </w:r>
            <w:r w:rsidRPr="00EB75F0">
              <w:rPr>
                <w:sz w:val="16"/>
                <w:szCs w:val="16"/>
              </w:rPr>
              <w:t>, Riedel 2007</w:t>
            </w:r>
            <w:r w:rsidR="0031308D" w:rsidRPr="00EB75F0">
              <w:rPr>
                <w:sz w:val="16"/>
                <w:szCs w:val="16"/>
              </w:rPr>
              <w:fldChar w:fldCharType="begin"/>
            </w:r>
            <w:r w:rsidR="00452EF4">
              <w:rPr>
                <w:sz w:val="16"/>
                <w:szCs w:val="16"/>
              </w:rPr>
              <w:instrText xml:space="preserve"> ADDIN EN.CITE &lt;EndNote&gt;&lt;Cite&gt;&lt;Author&gt;Riedel&lt;/Author&gt;&lt;Year&gt;2007&lt;/Year&gt;&lt;RecNum&gt;68&lt;/RecNum&gt;&lt;DisplayText&gt;&lt;style face="superscript"&gt;71&lt;/style&gt;&lt;/DisplayText&gt;&lt;record&gt;&lt;rec-number&gt;68&lt;/rec-number&gt;&lt;foreign-keys&gt;&lt;key app="EN" db-id="9ttaxzax2p0tr7ewzt55atews50zvxaaa5rz" timestamp="1764068839"&gt;68&lt;/key&gt;&lt;/foreign-keys&gt;&lt;ref-type name="Journal Article"&gt;17&lt;/ref-type&gt;&lt;contributors&gt;&lt;authors&gt;&lt;author&gt;Riedel, M.&lt;/author&gt;&lt;author&gt;Muller, N.&lt;/author&gt;&lt;author&gt;Spellmann, I.&lt;/author&gt;&lt;author&gt;Engel, R. R.&lt;/author&gt;&lt;author&gt;Musil, R.&lt;/author&gt;&lt;author&gt;Valdevit, R.&lt;/author&gt;&lt;author&gt;Dehning, S.&lt;/author&gt;&lt;author&gt;Douhet, A.&lt;/author&gt;&lt;author&gt;Cerovecki, A.&lt;/author&gt;&lt;author&gt;Strassnig, M.&lt;/author&gt;&lt;author&gt;Moller, H. J.&lt;/author&gt;&lt;/authors&gt;&lt;/contributors&gt;&lt;titles&gt;&lt;title&gt;Efficacy of olanzapine versus quetiapine on cognitive dysfunctions in patients with an acute episode of schizophrenia&lt;/title&gt;&lt;secondary-title&gt;Eur Arch Psychiatry Clin Neurosci&lt;/secondary-title&gt;&lt;/titles&gt;&lt;periodical&gt;&lt;full-title&gt;Eur Arch Psychiatry Clin Neurosci&lt;/full-title&gt;&lt;/periodical&gt;&lt;pages&gt;402-12&lt;/pages&gt;&lt;volume&gt;257&lt;/volume&gt;&lt;number&gt;7&lt;/number&gt;&lt;dates&gt;&lt;year&gt;2007&lt;/year&gt;&lt;pub-dates&gt;&lt;date&gt;Oct&lt;/date&gt;&lt;/pub-dates&gt;&lt;/dates&gt;&lt;pub-location&gt;Dept. of Psychiatry and Psychotherapy, Ludwig-Maximilians-University of Munich, Nussbaumstrasse 7, 80336 Munich, Germany.&lt;/pub-location&gt;&lt;isbn&gt;0940-1334 (Print) 0940-1334 (Linking)&lt;/isbn&gt;&lt;urls&gt;&lt;related-urls&gt;&lt;url&gt;https://www.ncbi.nlm.nih.gov/pubmed/17629725&lt;/url&gt;&lt;/related-urls&gt;&lt;/urls&gt;&lt;electronic-resource-num&gt;10.1007/s00406-007-0748-9&lt;/electronic-resource-num&gt;&lt;/record&gt;&lt;/Cite&gt;&lt;/EndNote&gt;</w:instrText>
            </w:r>
            <w:r w:rsidR="0031308D" w:rsidRPr="00EB75F0">
              <w:rPr>
                <w:sz w:val="16"/>
                <w:szCs w:val="16"/>
              </w:rPr>
              <w:fldChar w:fldCharType="separate"/>
            </w:r>
            <w:r w:rsidR="00452EF4" w:rsidRPr="00452EF4">
              <w:rPr>
                <w:noProof/>
                <w:sz w:val="16"/>
                <w:szCs w:val="16"/>
                <w:vertAlign w:val="superscript"/>
              </w:rPr>
              <w:t>71</w:t>
            </w:r>
            <w:r w:rsidR="0031308D" w:rsidRPr="00EB75F0">
              <w:rPr>
                <w:sz w:val="16"/>
                <w:szCs w:val="16"/>
              </w:rPr>
              <w:fldChar w:fldCharType="end"/>
            </w:r>
            <w:r w:rsidRPr="00EB75F0">
              <w:rPr>
                <w:sz w:val="16"/>
                <w:szCs w:val="16"/>
              </w:rPr>
              <w:t>, Casey 2009</w:t>
            </w:r>
            <w:r w:rsidR="0031308D" w:rsidRPr="00EB75F0">
              <w:rPr>
                <w:sz w:val="16"/>
                <w:szCs w:val="16"/>
              </w:rPr>
              <w:fldChar w:fldCharType="begin"/>
            </w:r>
            <w:r w:rsidR="00452EF4">
              <w:rPr>
                <w:sz w:val="16"/>
                <w:szCs w:val="16"/>
              </w:rPr>
              <w:instrText xml:space="preserve"> ADDIN EN.CITE &lt;EndNote&gt;&lt;Cite&gt;&lt;Author&gt;Casey&lt;/Author&gt;&lt;Year&gt;2009&lt;/Year&gt;&lt;RecNum&gt;77&lt;/RecNum&gt;&lt;DisplayText&gt;&lt;style face="superscript"&gt;80&lt;/style&gt;&lt;/DisplayText&gt;&lt;record&gt;&lt;rec-number&gt;77&lt;/rec-number&gt;&lt;foreign-keys&gt;&lt;key app="EN" db-id="9ttaxzax2p0tr7ewzt55atews50zvxaaa5rz" timestamp="1764068841"&gt;77&lt;/key&gt;&lt;/foreign-keys&gt;&lt;ref-type name="Journal Article"&gt;17&lt;/ref-type&gt;&lt;contributors&gt;&lt;authors&gt;&lt;author&gt;Casey, Daniel E&lt;/author&gt;&lt;author&gt;Daniel, David G&lt;/author&gt;&lt;author&gt;Tamminga, Carol&lt;/author&gt;&lt;author&gt;Kane, John M&lt;/author&gt;&lt;author&gt;Tran-Johnson, Tram&lt;/author&gt;&lt;author&gt;Wozniak, Patricia&lt;/author&gt;&lt;author&gt;Abi-Saab, Walid&lt;/author&gt;&lt;author&gt;Baker, Jeff&lt;/author&gt;&lt;author&gt;Redden, Laura&lt;/author&gt;&lt;author&gt;Greco, Nicholas&lt;/author&gt;&lt;/authors&gt;&lt;/contributors&gt;&lt;titles&gt;&lt;title&gt;Divalproex ER combined with olanzapine or risperidone for treatment of acute exacerbations of schizophrenia&lt;/title&gt;&lt;secondary-title&gt;Neuropsychopharmacology&lt;/secondary-title&gt;&lt;/titles&gt;&lt;periodical&gt;&lt;full-title&gt;Neuropsychopharmacology&lt;/full-title&gt;&lt;/periodical&gt;&lt;pages&gt;1330-1338&lt;/pages&gt;&lt;volume&gt;34&lt;/volume&gt;&lt;number&gt;5&lt;/number&gt;&lt;dates&gt;&lt;year&gt;2009&lt;/year&gt;&lt;/dates&gt;&lt;isbn&gt;1740-634X&lt;/isbn&gt;&lt;urls&gt;&lt;/urls&gt;&lt;/record&gt;&lt;/Cite&gt;&lt;/EndNote&gt;</w:instrText>
            </w:r>
            <w:r w:rsidR="0031308D" w:rsidRPr="00EB75F0">
              <w:rPr>
                <w:sz w:val="16"/>
                <w:szCs w:val="16"/>
              </w:rPr>
              <w:fldChar w:fldCharType="separate"/>
            </w:r>
            <w:r w:rsidR="00452EF4" w:rsidRPr="00452EF4">
              <w:rPr>
                <w:noProof/>
                <w:sz w:val="16"/>
                <w:szCs w:val="16"/>
                <w:vertAlign w:val="superscript"/>
              </w:rPr>
              <w:t>80</w:t>
            </w:r>
            <w:r w:rsidR="0031308D" w:rsidRPr="00EB75F0">
              <w:rPr>
                <w:sz w:val="16"/>
                <w:szCs w:val="16"/>
              </w:rPr>
              <w:fldChar w:fldCharType="end"/>
            </w:r>
            <w:r w:rsidRPr="00EB75F0">
              <w:rPr>
                <w:sz w:val="16"/>
                <w:szCs w:val="16"/>
              </w:rPr>
              <w:t xml:space="preserve">, </w:t>
            </w:r>
            <w:proofErr w:type="spellStart"/>
            <w:r w:rsidRPr="00EB75F0">
              <w:rPr>
                <w:sz w:val="16"/>
                <w:szCs w:val="16"/>
              </w:rPr>
              <w:t>Potkin</w:t>
            </w:r>
            <w:proofErr w:type="spellEnd"/>
            <w:r w:rsidRPr="00EB75F0">
              <w:rPr>
                <w:sz w:val="16"/>
                <w:szCs w:val="16"/>
              </w:rPr>
              <w:t xml:space="preserve"> 2006</w:t>
            </w:r>
            <w:r w:rsidR="0031308D" w:rsidRPr="00EB75F0">
              <w:rPr>
                <w:sz w:val="16"/>
                <w:szCs w:val="16"/>
              </w:rPr>
              <w:fldChar w:fldCharType="begin"/>
            </w:r>
            <w:r w:rsidR="00452EF4">
              <w:rPr>
                <w:sz w:val="16"/>
                <w:szCs w:val="16"/>
              </w:rPr>
              <w:instrText xml:space="preserve"> ADDIN EN.CITE &lt;EndNote&gt;&lt;Cite&gt;&lt;Author&gt;Potkin&lt;/Author&gt;&lt;Year&gt;2006&lt;/Year&gt;&lt;RecNum&gt;86&lt;/RecNum&gt;&lt;DisplayText&gt;&lt;style face="superscript"&gt;89&lt;/style&gt;&lt;/DisplayText&gt;&lt;record&gt;&lt;rec-number&gt;86&lt;/rec-number&gt;&lt;foreign-keys&gt;&lt;key app="EN" db-id="9ttaxzax2p0tr7ewzt55atews50zvxaaa5rz" timestamp="1764068844"&gt;86&lt;/key&gt;&lt;/foreign-keys&gt;&lt;ref-type name="Journal Article"&gt;17&lt;/ref-type&gt;&lt;contributors&gt;&lt;authors&gt;&lt;author&gt;Potkin, S. G.&lt;/author&gt;&lt;author&gt;Gharabawi, G. M.&lt;/author&gt;&lt;author&gt;Greenspan, A. J.&lt;/author&gt;&lt;author&gt;Mahmoud, R.&lt;/author&gt;&lt;author&gt;Kosik-Gonzalez, C.&lt;/author&gt;&lt;author&gt;Rupnow, M. F.&lt;/author&gt;&lt;author&gt;Bossie, C. A.&lt;/author&gt;&lt;author&gt;Davidson, M.&lt;/author&gt;&lt;author&gt;Burtea, V.&lt;/author&gt;&lt;author&gt;Zhu, Y.&lt;/author&gt;&lt;author&gt;Trivedi, J. K.&lt;/author&gt;&lt;/authors&gt;&lt;/contributors&gt;&lt;titles&gt;&lt;title&gt;A double-blind comparison of risperidone, quetiapine and placebo in patients with schizophrenia experiencing an acute exacerbation requiring hospitalization&lt;/title&gt;&lt;secondary-title&gt;Schizophr Res&lt;/secondary-title&gt;&lt;/titles&gt;&lt;periodical&gt;&lt;full-title&gt;Schizophr Res&lt;/full-title&gt;&lt;/periodical&gt;&lt;pages&gt;254-65&lt;/pages&gt;&lt;volume&gt;85&lt;/volume&gt;&lt;number&gt;1-3&lt;/number&gt;&lt;dates&gt;&lt;year&gt;2006&lt;/year&gt;&lt;pub-dates&gt;&lt;date&gt;20060621&lt;/date&gt;&lt;/pub-dates&gt;&lt;/dates&gt;&lt;pub-location&gt;University of California, Irvine, Orange, 92696, USA. sgpotkin@uci.edu&lt;/pub-location&gt;&lt;isbn&gt;0920-9964 (Print) 0920-9964 (Linking)&lt;/isbn&gt;&lt;urls&gt;&lt;related-urls&gt;&lt;url&gt;https://www.ncbi.nlm.nih.gov/pubmed/16797162&lt;/url&gt;&lt;/related-urls&gt;&lt;/urls&gt;&lt;electronic-resource-num&gt;10.1016/j.schres.2006.03.027&lt;/electronic-resource-num&gt;&lt;/record&gt;&lt;/Cite&gt;&lt;/EndNote&gt;</w:instrText>
            </w:r>
            <w:r w:rsidR="0031308D" w:rsidRPr="00EB75F0">
              <w:rPr>
                <w:sz w:val="16"/>
                <w:szCs w:val="16"/>
              </w:rPr>
              <w:fldChar w:fldCharType="separate"/>
            </w:r>
            <w:r w:rsidR="00452EF4" w:rsidRPr="00452EF4">
              <w:rPr>
                <w:noProof/>
                <w:sz w:val="16"/>
                <w:szCs w:val="16"/>
                <w:vertAlign w:val="superscript"/>
              </w:rPr>
              <w:t>89</w:t>
            </w:r>
            <w:r w:rsidR="0031308D" w:rsidRPr="00EB75F0">
              <w:rPr>
                <w:sz w:val="16"/>
                <w:szCs w:val="16"/>
              </w:rPr>
              <w:fldChar w:fldCharType="end"/>
            </w:r>
            <w:r w:rsidRPr="00EB75F0">
              <w:rPr>
                <w:sz w:val="16"/>
                <w:szCs w:val="16"/>
              </w:rPr>
              <w:t>, Canuso 2009</w:t>
            </w:r>
            <w:r w:rsidR="0031308D" w:rsidRPr="00EB75F0">
              <w:rPr>
                <w:sz w:val="16"/>
                <w:szCs w:val="16"/>
              </w:rPr>
              <w:fldChar w:fldCharType="begin"/>
            </w:r>
            <w:r w:rsidR="00452EF4">
              <w:rPr>
                <w:sz w:val="16"/>
                <w:szCs w:val="16"/>
              </w:rPr>
              <w:instrText xml:space="preserve"> ADDIN EN.CITE &lt;EndNote&gt;&lt;Cite&gt;&lt;Author&gt;Canuso&lt;/Author&gt;&lt;Year&gt;2009&lt;/Year&gt;&lt;RecNum&gt;109&lt;/RecNum&gt;&lt;DisplayText&gt;&lt;style face="superscript"&gt;112&lt;/style&gt;&lt;/DisplayText&gt;&lt;record&gt;&lt;rec-number&gt;109&lt;/rec-number&gt;&lt;foreign-keys&gt;&lt;key app="EN" db-id="9ttaxzax2p0tr7ewzt55atews50zvxaaa5rz" timestamp="1764068849"&gt;109&lt;/key&gt;&lt;/foreign-keys&gt;&lt;ref-type name="Journal Article"&gt;17&lt;/ref-type&gt;&lt;contributors&gt;&lt;authors&gt;&lt;author&gt;Canuso, Carla M&lt;/author&gt;&lt;author&gt;Dirks, Bryan&lt;/author&gt;&lt;author&gt;Carothers, Jennifer&lt;/author&gt;&lt;author&gt;Kosik-Gonzalez, Colette&lt;/author&gt;&lt;author&gt;Bossie, Cynthia A&lt;/author&gt;&lt;author&gt;Zhu, Young&lt;/author&gt;&lt;author&gt;Damaraju, CV&lt;/author&gt;&lt;author&gt;Kalali, Amir H&lt;/author&gt;&lt;author&gt;Mahmoud, Ramy&lt;/author&gt;&lt;/authors&gt;&lt;/contributors&gt;&lt;titles&gt;&lt;title&gt;Randomized, double-blind, placebo-controlled study of paliperidone extended-release and quetiapine in inpatients with recently exacerbated schizophrenia&lt;/title&gt;&lt;secondary-title&gt;American Journal of Psychiatry&lt;/secondary-title&gt;&lt;/titles&gt;&lt;periodical&gt;&lt;full-title&gt;American Journal of Psychiatry&lt;/full-title&gt;&lt;/periodical&gt;&lt;pages&gt;691-701&lt;/pages&gt;&lt;volume&gt;166&lt;/volume&gt;&lt;number&gt;6&lt;/number&gt;&lt;dates&gt;&lt;year&gt;2009&lt;/year&gt;&lt;/dates&gt;&lt;isbn&gt;0002-953X&lt;/isbn&gt;&lt;urls&gt;&lt;/urls&gt;&lt;/record&gt;&lt;/Cite&gt;&lt;/EndNote&gt;</w:instrText>
            </w:r>
            <w:r w:rsidR="0031308D" w:rsidRPr="00EB75F0">
              <w:rPr>
                <w:sz w:val="16"/>
                <w:szCs w:val="16"/>
              </w:rPr>
              <w:fldChar w:fldCharType="separate"/>
            </w:r>
            <w:r w:rsidR="00452EF4" w:rsidRPr="00452EF4">
              <w:rPr>
                <w:noProof/>
                <w:sz w:val="16"/>
                <w:szCs w:val="16"/>
                <w:vertAlign w:val="superscript"/>
              </w:rPr>
              <w:t>112</w:t>
            </w:r>
            <w:r w:rsidR="0031308D" w:rsidRPr="00EB75F0">
              <w:rPr>
                <w:sz w:val="16"/>
                <w:szCs w:val="16"/>
              </w:rPr>
              <w:fldChar w:fldCharType="end"/>
            </w:r>
            <w:r w:rsidRPr="00EB75F0">
              <w:rPr>
                <w:sz w:val="16"/>
                <w:szCs w:val="16"/>
              </w:rPr>
              <w:t>, Hatta 2013</w:t>
            </w:r>
            <w:r w:rsidR="0031308D" w:rsidRPr="00EB75F0">
              <w:rPr>
                <w:sz w:val="16"/>
                <w:szCs w:val="16"/>
              </w:rPr>
              <w:fldChar w:fldCharType="begin"/>
            </w:r>
            <w:r w:rsidR="00452EF4">
              <w:rPr>
                <w:sz w:val="16"/>
                <w:szCs w:val="16"/>
              </w:rPr>
              <w:instrText xml:space="preserve"> ADDIN EN.CITE &lt;EndNote&gt;&lt;Cite&gt;&lt;Author&gt;Hatta&lt;/Author&gt;&lt;Year&gt;2013&lt;/Year&gt;&lt;RecNum&gt;74&lt;/RecNum&gt;&lt;DisplayText&gt;&lt;style face="superscript"&gt;77&lt;/style&gt;&lt;/DisplayText&gt;&lt;record&gt;&lt;rec-number&gt;74&lt;/rec-number&gt;&lt;foreign-keys&gt;&lt;key app="EN" db-id="9ttaxzax2p0tr7ewzt55atews50zvxaaa5rz" timestamp="1764068841"&gt;74&lt;/key&gt;&lt;/foreign-keys&gt;&lt;ref-type name="Journal Article"&gt;17&lt;/ref-type&gt;&lt;contributors&gt;&lt;authors&gt;&lt;author&gt;Hatta, K.&lt;/author&gt;&lt;author&gt;Takebayashi, H.&lt;/author&gt;&lt;author&gt;Sudo, Y.&lt;/author&gt;&lt;author&gt;Katayama, S.&lt;/author&gt;&lt;author&gt;Kasuya, M.&lt;/author&gt;&lt;author&gt;Shirai, Y.&lt;/author&gt;&lt;author&gt;Morikawa, F.&lt;/author&gt;&lt;author&gt;Nakase, R.&lt;/author&gt;&lt;author&gt;Nakamura, M.&lt;/author&gt;&lt;author&gt;Ito, S.&lt;/author&gt;&lt;author&gt;Kuga, H.&lt;/author&gt;&lt;author&gt;Nakamura, M.&lt;/author&gt;&lt;author&gt;Ohnuma, T.&lt;/author&gt;&lt;author&gt;Usui, C.&lt;/author&gt;&lt;author&gt;Nakamura, H.&lt;/author&gt;&lt;author&gt;Hirata, T.&lt;/author&gt;&lt;author&gt;Sawa, Y.&lt;/author&gt;&lt;author&gt;Jast study group&lt;/author&gt;&lt;/authors&gt;&lt;/contributors&gt;&lt;titles&gt;&lt;title&gt;The possibility that requiring high-dose olanzapine cannot be explained by pharmacokinetics in the treatment of acute-phase schizophrenia&lt;/title&gt;&lt;secondary-title&gt;Psychiatry Res&lt;/secondary-title&gt;&lt;/titles&gt;&lt;periodical&gt;&lt;full-title&gt;Psychiatry Res&lt;/full-title&gt;&lt;/periodical&gt;&lt;pages&gt;396-401&lt;/pages&gt;&lt;volume&gt;210&lt;/volume&gt;&lt;number&gt;2&lt;/number&gt;&lt;dates&gt;&lt;year&gt;2013&lt;/year&gt;&lt;pub-dates&gt;&lt;date&gt;Dec 15 2013&lt;/date&gt;&lt;/pub-dates&gt;&lt;/dates&gt;&lt;pub-location&gt;Department of Psychiatry, Juntendo University Nerima Hospital, Tokyo, Japan. Electronic address: khatta@juntendo.ac.jp.&lt;/pub-location&gt;&lt;isbn&gt;1872-7123 (Electronic) 0165-1781 (Linking)&lt;/isbn&gt;&lt;urls&gt;&lt;related-urls&gt;&lt;url&gt;https://www.ncbi.nlm.nih.gov/pubmed/23919898&lt;/url&gt;&lt;/related-urls&gt;&lt;/urls&gt;&lt;electronic-resource-num&gt;10.1016/j.psychres.2013.07.005&lt;/electronic-resource-num&gt;&lt;/record&gt;&lt;/Cite&gt;&lt;/EndNote&gt;</w:instrText>
            </w:r>
            <w:r w:rsidR="0031308D" w:rsidRPr="00EB75F0">
              <w:rPr>
                <w:sz w:val="16"/>
                <w:szCs w:val="16"/>
              </w:rPr>
              <w:fldChar w:fldCharType="separate"/>
            </w:r>
            <w:r w:rsidR="00452EF4" w:rsidRPr="00452EF4">
              <w:rPr>
                <w:noProof/>
                <w:sz w:val="16"/>
                <w:szCs w:val="16"/>
                <w:vertAlign w:val="superscript"/>
              </w:rPr>
              <w:t>77</w:t>
            </w:r>
            <w:r w:rsidR="0031308D" w:rsidRPr="00EB75F0">
              <w:rPr>
                <w:sz w:val="16"/>
                <w:szCs w:val="16"/>
              </w:rPr>
              <w:fldChar w:fldCharType="end"/>
            </w:r>
          </w:p>
        </w:tc>
        <w:tc>
          <w:tcPr>
            <w:tcW w:w="2403" w:type="dxa"/>
            <w:tcBorders>
              <w:top w:val="single" w:sz="4" w:space="0" w:color="000000"/>
              <w:left w:val="single" w:sz="4" w:space="0" w:color="000000"/>
              <w:bottom w:val="single" w:sz="4" w:space="0" w:color="000000"/>
              <w:right w:val="single" w:sz="4" w:space="0" w:color="000000"/>
            </w:tcBorders>
          </w:tcPr>
          <w:p w14:paraId="469B5688" w14:textId="6B5CC33A" w:rsidR="00A4312E" w:rsidRPr="00EB75F0" w:rsidRDefault="00B120CC" w:rsidP="00A4312E">
            <w:pPr>
              <w:spacing w:before="60" w:after="60" w:line="240" w:lineRule="auto"/>
              <w:rPr>
                <w:color w:val="000000"/>
                <w:sz w:val="16"/>
              </w:rPr>
            </w:pPr>
            <w:r w:rsidRPr="00EB75F0">
              <w:rPr>
                <w:color w:val="000000"/>
                <w:sz w:val="16"/>
              </w:rPr>
              <w:t xml:space="preserve">See </w:t>
            </w:r>
            <w:r w:rsidRPr="00EB75F0">
              <w:rPr>
                <w:color w:val="000000"/>
                <w:sz w:val="16"/>
              </w:rPr>
              <w:fldChar w:fldCharType="begin"/>
            </w:r>
            <w:r w:rsidRPr="00EB75F0">
              <w:rPr>
                <w:color w:val="000000"/>
                <w:sz w:val="16"/>
              </w:rPr>
              <w:instrText xml:space="preserve"> REF _Ref14198427 \h  \* MERGEFORMAT </w:instrText>
            </w:r>
            <w:r w:rsidRPr="00EB75F0">
              <w:rPr>
                <w:color w:val="000000"/>
                <w:sz w:val="16"/>
              </w:rPr>
            </w:r>
            <w:r w:rsidRPr="00EB75F0">
              <w:rPr>
                <w:color w:val="000000"/>
                <w:sz w:val="16"/>
              </w:rPr>
              <w:fldChar w:fldCharType="separate"/>
            </w:r>
            <w:r w:rsidR="004B2F28" w:rsidRPr="004B2F28">
              <w:rPr>
                <w:color w:val="000000"/>
                <w:sz w:val="16"/>
              </w:rPr>
              <w:t>Table S5</w:t>
            </w:r>
            <w:r w:rsidR="004B2F28" w:rsidRPr="004B2F28">
              <w:rPr>
                <w:color w:val="000000"/>
                <w:sz w:val="16"/>
              </w:rPr>
              <w:noBreakHyphen/>
              <w:t>1</w:t>
            </w:r>
            <w:r w:rsidRPr="00EB75F0">
              <w:rPr>
                <w:color w:val="000000"/>
                <w:sz w:val="16"/>
              </w:rPr>
              <w:fldChar w:fldCharType="end"/>
            </w:r>
            <w:r w:rsidRPr="00EB75F0">
              <w:rPr>
                <w:color w:val="000000"/>
                <w:sz w:val="16"/>
              </w:rPr>
              <w:t xml:space="preserve"> in Appendi</w:t>
            </w:r>
            <w:r w:rsidR="006926BE" w:rsidRPr="00EB75F0">
              <w:rPr>
                <w:color w:val="000000"/>
                <w:sz w:val="16"/>
              </w:rPr>
              <w:t>x 5</w:t>
            </w:r>
          </w:p>
        </w:tc>
      </w:tr>
      <w:tr w:rsidR="00A4312E" w:rsidRPr="00EB75F0" w14:paraId="3E59B451" w14:textId="77777777" w:rsidTr="00C32B29">
        <w:tc>
          <w:tcPr>
            <w:tcW w:w="9628" w:type="dxa"/>
            <w:gridSpan w:val="3"/>
            <w:tcBorders>
              <w:top w:val="single" w:sz="4" w:space="0" w:color="000000"/>
              <w:left w:val="single" w:sz="4" w:space="0" w:color="000000"/>
              <w:bottom w:val="single" w:sz="4" w:space="0" w:color="000000"/>
              <w:right w:val="single" w:sz="4" w:space="0" w:color="000000"/>
            </w:tcBorders>
            <w:shd w:val="clear" w:color="auto" w:fill="FFFFFF"/>
          </w:tcPr>
          <w:p w14:paraId="300B58C8" w14:textId="77777777" w:rsidR="00A4312E" w:rsidRPr="00EB75F0" w:rsidRDefault="00A4312E" w:rsidP="00A4312E">
            <w:pPr>
              <w:tabs>
                <w:tab w:val="left" w:pos="0"/>
              </w:tabs>
              <w:spacing w:before="60" w:after="60" w:line="240" w:lineRule="auto"/>
              <w:rPr>
                <w:b/>
                <w:sz w:val="14"/>
              </w:rPr>
            </w:pPr>
            <w:r w:rsidRPr="00EB75F0">
              <w:rPr>
                <w:b/>
                <w:sz w:val="14"/>
              </w:rPr>
              <w:t>Note</w:t>
            </w:r>
            <w:r w:rsidRPr="00EB75F0">
              <w:rPr>
                <w:sz w:val="14"/>
              </w:rPr>
              <w:t>: Several studies appear more than once in this table as they were excluded for multiple reasons during the feasibility assessment</w:t>
            </w:r>
          </w:p>
        </w:tc>
      </w:tr>
    </w:tbl>
    <w:p w14:paraId="12676218" w14:textId="77777777" w:rsidR="008001D3" w:rsidRPr="00EB75F0" w:rsidRDefault="008001D3" w:rsidP="008001D3"/>
    <w:p w14:paraId="232ADDF4" w14:textId="77777777" w:rsidR="008001D3" w:rsidRPr="00EB75F0" w:rsidRDefault="008001D3" w:rsidP="008001D3">
      <w:pPr>
        <w:pStyle w:val="ListParagraph"/>
        <w:numPr>
          <w:ilvl w:val="0"/>
          <w:numId w:val="16"/>
        </w:numPr>
        <w:sectPr w:rsidR="008001D3" w:rsidRPr="00EB75F0" w:rsidSect="008001D3">
          <w:pgSz w:w="11906" w:h="16838"/>
          <w:pgMar w:top="1134" w:right="1134" w:bottom="1134" w:left="1134" w:header="567" w:footer="567" w:gutter="0"/>
          <w:cols w:space="708"/>
          <w:docGrid w:linePitch="360"/>
        </w:sectPr>
      </w:pPr>
    </w:p>
    <w:p w14:paraId="1915A39B" w14:textId="77777777" w:rsidR="007E3574" w:rsidRPr="00EB75F0" w:rsidRDefault="007E3574" w:rsidP="007E3574">
      <w:pPr>
        <w:pStyle w:val="Heading1"/>
        <w:numPr>
          <w:ilvl w:val="0"/>
          <w:numId w:val="17"/>
        </w:numPr>
        <w:ind w:left="0" w:firstLine="0"/>
        <w:rPr>
          <w:b/>
          <w:color w:val="1E1E1E"/>
          <w:sz w:val="24"/>
        </w:rPr>
      </w:pPr>
      <w:r w:rsidRPr="00EB75F0">
        <w:rPr>
          <w:b/>
          <w:color w:val="1E1E1E"/>
          <w:sz w:val="24"/>
        </w:rPr>
        <w:lastRenderedPageBreak/>
        <w:t>Risk of bias assessment</w:t>
      </w:r>
    </w:p>
    <w:p w14:paraId="6E322F7F" w14:textId="0026412B" w:rsidR="007E3574" w:rsidRPr="00541089" w:rsidRDefault="007E3574" w:rsidP="009A27D2">
      <w:pPr>
        <w:pStyle w:val="Heading2"/>
        <w:rPr>
          <w:color w:val="000000"/>
        </w:rPr>
      </w:pPr>
      <w:bookmarkStart w:id="69" w:name="_Ref213842854"/>
      <w:r w:rsidRPr="00541089">
        <w:rPr>
          <w:color w:val="000000"/>
        </w:rPr>
        <w:t>Table S</w:t>
      </w:r>
      <w:r w:rsidRPr="00541089">
        <w:rPr>
          <w:color w:val="000000"/>
        </w:rPr>
        <w:fldChar w:fldCharType="begin"/>
      </w:r>
      <w:r w:rsidRPr="00541089">
        <w:rPr>
          <w:color w:val="000000"/>
        </w:rPr>
        <w:instrText xml:space="preserve"> STYLEREF 1 \s </w:instrText>
      </w:r>
      <w:r w:rsidRPr="00541089">
        <w:rPr>
          <w:color w:val="000000"/>
        </w:rPr>
        <w:fldChar w:fldCharType="separate"/>
      </w:r>
      <w:r w:rsidR="004B2F28">
        <w:rPr>
          <w:noProof/>
          <w:color w:val="000000"/>
        </w:rPr>
        <w:t>7</w:t>
      </w:r>
      <w:r w:rsidRPr="00541089">
        <w:rPr>
          <w:color w:val="000000"/>
        </w:rPr>
        <w:fldChar w:fldCharType="end"/>
      </w:r>
      <w:r w:rsidRPr="00541089">
        <w:rPr>
          <w:color w:val="000000"/>
        </w:rPr>
        <w:noBreakHyphen/>
      </w:r>
      <w:r w:rsidRPr="00541089">
        <w:rPr>
          <w:color w:val="000000"/>
        </w:rPr>
        <w:fldChar w:fldCharType="begin"/>
      </w:r>
      <w:r w:rsidRPr="00541089">
        <w:rPr>
          <w:color w:val="000000"/>
        </w:rPr>
        <w:instrText xml:space="preserve"> SEQ Table \* ARABIC \s 1 </w:instrText>
      </w:r>
      <w:r w:rsidRPr="00541089">
        <w:rPr>
          <w:color w:val="000000"/>
        </w:rPr>
        <w:fldChar w:fldCharType="separate"/>
      </w:r>
      <w:r w:rsidR="004B2F28">
        <w:rPr>
          <w:noProof/>
          <w:color w:val="000000"/>
        </w:rPr>
        <w:t>1</w:t>
      </w:r>
      <w:r w:rsidRPr="00541089">
        <w:rPr>
          <w:color w:val="000000"/>
        </w:rPr>
        <w:fldChar w:fldCharType="end"/>
      </w:r>
      <w:bookmarkEnd w:id="69"/>
      <w:r w:rsidRPr="00541089">
        <w:rPr>
          <w:color w:val="000000"/>
        </w:rPr>
        <w:t>: Risk of Bias (</w:t>
      </w:r>
      <w:proofErr w:type="spellStart"/>
      <w:r w:rsidRPr="00541089">
        <w:rPr>
          <w:color w:val="000000"/>
        </w:rPr>
        <w:t>RoB</w:t>
      </w:r>
      <w:proofErr w:type="spellEnd"/>
      <w:r w:rsidRPr="00541089">
        <w:rPr>
          <w:color w:val="000000"/>
        </w:rPr>
        <w:t xml:space="preserve"> 2) Assessment of Randomized Controlled Trials Included in the NMA</w:t>
      </w:r>
    </w:p>
    <w:tbl>
      <w:tblPr>
        <w:tblStyle w:val="GridTable4"/>
        <w:tblW w:w="5094" w:type="pct"/>
        <w:tblLayout w:type="fixed"/>
        <w:tblLook w:val="04A0" w:firstRow="1" w:lastRow="0" w:firstColumn="1" w:lastColumn="0" w:noHBand="0" w:noVBand="1"/>
      </w:tblPr>
      <w:tblGrid>
        <w:gridCol w:w="2165"/>
        <w:gridCol w:w="603"/>
        <w:gridCol w:w="606"/>
        <w:gridCol w:w="629"/>
        <w:gridCol w:w="549"/>
        <w:gridCol w:w="546"/>
        <w:gridCol w:w="546"/>
        <w:gridCol w:w="546"/>
        <w:gridCol w:w="546"/>
        <w:gridCol w:w="546"/>
        <w:gridCol w:w="558"/>
        <w:gridCol w:w="505"/>
        <w:gridCol w:w="505"/>
        <w:gridCol w:w="505"/>
        <w:gridCol w:w="508"/>
        <w:gridCol w:w="490"/>
        <w:gridCol w:w="137"/>
        <w:gridCol w:w="353"/>
        <w:gridCol w:w="92"/>
        <w:gridCol w:w="398"/>
        <w:gridCol w:w="56"/>
        <w:gridCol w:w="433"/>
        <w:gridCol w:w="21"/>
        <w:gridCol w:w="469"/>
        <w:gridCol w:w="454"/>
        <w:gridCol w:w="454"/>
        <w:gridCol w:w="457"/>
        <w:gridCol w:w="1167"/>
      </w:tblGrid>
      <w:tr w:rsidR="00436809" w:rsidRPr="00EB75F0" w14:paraId="04C9ACB6" w14:textId="77777777" w:rsidTr="004C1854">
        <w:trPr>
          <w:cnfStyle w:val="100000000000" w:firstRow="1" w:lastRow="0" w:firstColumn="0" w:lastColumn="0" w:oddVBand="0" w:evenVBand="0" w:oddHBand="0" w:evenHBand="0" w:firstRowFirstColumn="0" w:firstRowLastColumn="0" w:lastRowFirstColumn="0" w:lastRowLastColumn="0"/>
          <w:trHeight w:val="74"/>
          <w:tblHeader/>
        </w:trPr>
        <w:tc>
          <w:tcPr>
            <w:cnfStyle w:val="001000000000" w:firstRow="0" w:lastRow="0" w:firstColumn="1" w:lastColumn="0" w:oddVBand="0" w:evenVBand="0" w:oddHBand="0" w:evenHBand="0" w:firstRowFirstColumn="0" w:firstRowLastColumn="0" w:lastRowFirstColumn="0" w:lastRowLastColumn="0"/>
            <w:tcW w:w="729" w:type="pct"/>
            <w:vMerge w:val="restart"/>
            <w:tcBorders>
              <w:top w:val="nil"/>
              <w:left w:val="nil"/>
            </w:tcBorders>
            <w:noWrap/>
          </w:tcPr>
          <w:p w14:paraId="34B5B9DF" w14:textId="77777777" w:rsidR="00436809" w:rsidRPr="00EB75F0" w:rsidRDefault="00436809" w:rsidP="00C32B29">
            <w:pPr>
              <w:spacing w:before="60" w:after="60"/>
              <w:rPr>
                <w:rFonts w:cs="Arial"/>
                <w:b w:val="0"/>
                <w:bCs w:val="0"/>
                <w:color w:val="FFFFFF" w:themeColor="background1"/>
                <w:sz w:val="14"/>
                <w:szCs w:val="14"/>
                <w:lang w:val="en-US"/>
              </w:rPr>
            </w:pPr>
            <w:r w:rsidRPr="00EB75F0">
              <w:rPr>
                <w:rFonts w:cs="Arial"/>
                <w:color w:val="FFFFFF" w:themeColor="background1"/>
                <w:kern w:val="0"/>
                <w:sz w:val="14"/>
                <w:szCs w:val="14"/>
                <w:lang w:val="en-US"/>
                <w14:ligatures w14:val="none"/>
              </w:rPr>
              <w:t>Study name</w:t>
            </w:r>
          </w:p>
        </w:tc>
        <w:tc>
          <w:tcPr>
            <w:tcW w:w="619" w:type="pct"/>
            <w:gridSpan w:val="3"/>
            <w:tcBorders>
              <w:top w:val="nil"/>
            </w:tcBorders>
            <w:vAlign w:val="center"/>
          </w:tcPr>
          <w:p w14:paraId="3AA86971"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Domain 1: Risk of bias arising from the randomization process</w:t>
            </w:r>
          </w:p>
        </w:tc>
        <w:tc>
          <w:tcPr>
            <w:tcW w:w="1292" w:type="pct"/>
            <w:gridSpan w:val="7"/>
            <w:tcBorders>
              <w:top w:val="nil"/>
            </w:tcBorders>
            <w:vAlign w:val="center"/>
          </w:tcPr>
          <w:p w14:paraId="69E1EE30"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Domain 2: Risk of bias due to deviations from the intended interventions</w:t>
            </w:r>
          </w:p>
        </w:tc>
        <w:tc>
          <w:tcPr>
            <w:tcW w:w="681" w:type="pct"/>
            <w:gridSpan w:val="4"/>
            <w:tcBorders>
              <w:top w:val="nil"/>
            </w:tcBorders>
            <w:vAlign w:val="center"/>
          </w:tcPr>
          <w:p w14:paraId="1B7B94FC"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Domain 3: Missing outcome data</w:t>
            </w:r>
          </w:p>
        </w:tc>
        <w:tc>
          <w:tcPr>
            <w:tcW w:w="825" w:type="pct"/>
            <w:gridSpan w:val="9"/>
            <w:tcBorders>
              <w:top w:val="nil"/>
            </w:tcBorders>
            <w:vAlign w:val="center"/>
          </w:tcPr>
          <w:p w14:paraId="6F0F5073"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Domain 4: Risk of bias in measurement of the outcome</w:t>
            </w:r>
          </w:p>
        </w:tc>
        <w:tc>
          <w:tcPr>
            <w:tcW w:w="460" w:type="pct"/>
            <w:gridSpan w:val="3"/>
            <w:tcBorders>
              <w:top w:val="nil"/>
            </w:tcBorders>
            <w:vAlign w:val="center"/>
          </w:tcPr>
          <w:p w14:paraId="398E41DD"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Domain 5: Risk of bias in selection of the reported result</w:t>
            </w:r>
          </w:p>
        </w:tc>
        <w:tc>
          <w:tcPr>
            <w:tcW w:w="393" w:type="pct"/>
            <w:vMerge w:val="restart"/>
            <w:tcBorders>
              <w:top w:val="nil"/>
              <w:right w:val="nil"/>
            </w:tcBorders>
            <w:vAlign w:val="center"/>
          </w:tcPr>
          <w:p w14:paraId="21819F51"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Overall bias Judgement</w:t>
            </w:r>
          </w:p>
        </w:tc>
      </w:tr>
      <w:tr w:rsidR="00436809" w:rsidRPr="00EB75F0" w14:paraId="291AE9D0" w14:textId="77777777" w:rsidTr="00C32B29">
        <w:trPr>
          <w:cnfStyle w:val="100000000000" w:firstRow="1" w:lastRow="0" w:firstColumn="0" w:lastColumn="0" w:oddVBand="0" w:evenVBand="0" w:oddHBand="0" w:evenHBand="0" w:firstRowFirstColumn="0" w:firstRowLastColumn="0" w:lastRowFirstColumn="0" w:lastRowLastColumn="0"/>
          <w:trHeight w:val="74"/>
          <w:tblHeader/>
        </w:trPr>
        <w:tc>
          <w:tcPr>
            <w:cnfStyle w:val="001000000000" w:firstRow="0" w:lastRow="0" w:firstColumn="1" w:lastColumn="0" w:oddVBand="0" w:evenVBand="0" w:oddHBand="0" w:evenHBand="0" w:firstRowFirstColumn="0" w:firstRowLastColumn="0" w:lastRowFirstColumn="0" w:lastRowLastColumn="0"/>
            <w:tcW w:w="729" w:type="pct"/>
            <w:vMerge/>
            <w:tcBorders>
              <w:left w:val="nil"/>
              <w:bottom w:val="nil"/>
            </w:tcBorders>
            <w:noWrap/>
            <w:hideMark/>
          </w:tcPr>
          <w:p w14:paraId="47F38421" w14:textId="77777777" w:rsidR="00436809" w:rsidRPr="00EB75F0" w:rsidRDefault="00436809" w:rsidP="00C32B29">
            <w:pPr>
              <w:rPr>
                <w:rFonts w:cs="Arial"/>
                <w:b w:val="0"/>
                <w:bCs w:val="0"/>
                <w:color w:val="FFFFFF" w:themeColor="background1"/>
                <w:sz w:val="14"/>
                <w:szCs w:val="14"/>
                <w:lang w:val="en-US"/>
              </w:rPr>
            </w:pPr>
          </w:p>
        </w:tc>
        <w:tc>
          <w:tcPr>
            <w:tcW w:w="203" w:type="pct"/>
            <w:tcBorders>
              <w:bottom w:val="nil"/>
            </w:tcBorders>
            <w:vAlign w:val="center"/>
          </w:tcPr>
          <w:p w14:paraId="6420C0CD"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1.1</w:t>
            </w:r>
          </w:p>
        </w:tc>
        <w:tc>
          <w:tcPr>
            <w:tcW w:w="204" w:type="pct"/>
            <w:tcBorders>
              <w:bottom w:val="nil"/>
            </w:tcBorders>
            <w:vAlign w:val="center"/>
          </w:tcPr>
          <w:p w14:paraId="57915801"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1.2</w:t>
            </w:r>
          </w:p>
        </w:tc>
        <w:tc>
          <w:tcPr>
            <w:tcW w:w="212" w:type="pct"/>
            <w:tcBorders>
              <w:bottom w:val="nil"/>
            </w:tcBorders>
            <w:vAlign w:val="center"/>
          </w:tcPr>
          <w:p w14:paraId="7DEA0EE7"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1.3</w:t>
            </w:r>
          </w:p>
        </w:tc>
        <w:tc>
          <w:tcPr>
            <w:tcW w:w="185" w:type="pct"/>
            <w:tcBorders>
              <w:bottom w:val="nil"/>
            </w:tcBorders>
            <w:vAlign w:val="center"/>
          </w:tcPr>
          <w:p w14:paraId="174AAD61"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2.1</w:t>
            </w:r>
          </w:p>
        </w:tc>
        <w:tc>
          <w:tcPr>
            <w:tcW w:w="184" w:type="pct"/>
            <w:tcBorders>
              <w:bottom w:val="nil"/>
            </w:tcBorders>
            <w:vAlign w:val="center"/>
          </w:tcPr>
          <w:p w14:paraId="26EA26A6"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2.2</w:t>
            </w:r>
          </w:p>
        </w:tc>
        <w:tc>
          <w:tcPr>
            <w:tcW w:w="184" w:type="pct"/>
            <w:tcBorders>
              <w:bottom w:val="nil"/>
            </w:tcBorders>
            <w:vAlign w:val="center"/>
          </w:tcPr>
          <w:p w14:paraId="7FD981EC"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2.3</w:t>
            </w:r>
          </w:p>
        </w:tc>
        <w:tc>
          <w:tcPr>
            <w:tcW w:w="184" w:type="pct"/>
            <w:tcBorders>
              <w:bottom w:val="nil"/>
            </w:tcBorders>
            <w:vAlign w:val="center"/>
          </w:tcPr>
          <w:p w14:paraId="565A2FD9"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2.4</w:t>
            </w:r>
          </w:p>
        </w:tc>
        <w:tc>
          <w:tcPr>
            <w:tcW w:w="184" w:type="pct"/>
            <w:tcBorders>
              <w:bottom w:val="nil"/>
            </w:tcBorders>
            <w:vAlign w:val="center"/>
          </w:tcPr>
          <w:p w14:paraId="5CEA6E13"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2.5</w:t>
            </w:r>
          </w:p>
        </w:tc>
        <w:tc>
          <w:tcPr>
            <w:tcW w:w="184" w:type="pct"/>
            <w:tcBorders>
              <w:bottom w:val="nil"/>
            </w:tcBorders>
            <w:vAlign w:val="center"/>
          </w:tcPr>
          <w:p w14:paraId="288DAB5E"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2.6</w:t>
            </w:r>
          </w:p>
        </w:tc>
        <w:tc>
          <w:tcPr>
            <w:tcW w:w="188" w:type="pct"/>
            <w:tcBorders>
              <w:bottom w:val="nil"/>
            </w:tcBorders>
            <w:vAlign w:val="center"/>
          </w:tcPr>
          <w:p w14:paraId="5DF3EE2B"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2.7</w:t>
            </w:r>
          </w:p>
        </w:tc>
        <w:tc>
          <w:tcPr>
            <w:tcW w:w="170" w:type="pct"/>
            <w:tcBorders>
              <w:bottom w:val="nil"/>
            </w:tcBorders>
            <w:vAlign w:val="center"/>
          </w:tcPr>
          <w:p w14:paraId="7204CA39"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3.1</w:t>
            </w:r>
          </w:p>
        </w:tc>
        <w:tc>
          <w:tcPr>
            <w:tcW w:w="170" w:type="pct"/>
            <w:tcBorders>
              <w:bottom w:val="nil"/>
            </w:tcBorders>
            <w:vAlign w:val="center"/>
          </w:tcPr>
          <w:p w14:paraId="3CCEEE69"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3.2</w:t>
            </w:r>
          </w:p>
        </w:tc>
        <w:tc>
          <w:tcPr>
            <w:tcW w:w="170" w:type="pct"/>
            <w:tcBorders>
              <w:bottom w:val="nil"/>
            </w:tcBorders>
            <w:vAlign w:val="center"/>
          </w:tcPr>
          <w:p w14:paraId="699CF5CD"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3.3</w:t>
            </w:r>
          </w:p>
        </w:tc>
        <w:tc>
          <w:tcPr>
            <w:tcW w:w="171" w:type="pct"/>
            <w:tcBorders>
              <w:bottom w:val="nil"/>
            </w:tcBorders>
            <w:vAlign w:val="center"/>
          </w:tcPr>
          <w:p w14:paraId="458EBA80"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3.4</w:t>
            </w:r>
          </w:p>
        </w:tc>
        <w:tc>
          <w:tcPr>
            <w:tcW w:w="211" w:type="pct"/>
            <w:gridSpan w:val="2"/>
            <w:tcBorders>
              <w:bottom w:val="nil"/>
            </w:tcBorders>
            <w:vAlign w:val="center"/>
          </w:tcPr>
          <w:p w14:paraId="0F95921A"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4.1</w:t>
            </w:r>
          </w:p>
        </w:tc>
        <w:tc>
          <w:tcPr>
            <w:tcW w:w="150" w:type="pct"/>
            <w:gridSpan w:val="2"/>
            <w:tcBorders>
              <w:bottom w:val="nil"/>
            </w:tcBorders>
            <w:vAlign w:val="center"/>
          </w:tcPr>
          <w:p w14:paraId="78129B80"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4.2</w:t>
            </w:r>
          </w:p>
        </w:tc>
        <w:tc>
          <w:tcPr>
            <w:tcW w:w="153" w:type="pct"/>
            <w:gridSpan w:val="2"/>
            <w:tcBorders>
              <w:bottom w:val="nil"/>
            </w:tcBorders>
            <w:vAlign w:val="center"/>
          </w:tcPr>
          <w:p w14:paraId="7CE47635"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4.3</w:t>
            </w:r>
          </w:p>
        </w:tc>
        <w:tc>
          <w:tcPr>
            <w:tcW w:w="153" w:type="pct"/>
            <w:gridSpan w:val="2"/>
            <w:tcBorders>
              <w:bottom w:val="nil"/>
            </w:tcBorders>
            <w:vAlign w:val="center"/>
          </w:tcPr>
          <w:p w14:paraId="6397C111"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4.4</w:t>
            </w:r>
          </w:p>
        </w:tc>
        <w:tc>
          <w:tcPr>
            <w:tcW w:w="158" w:type="pct"/>
            <w:tcBorders>
              <w:bottom w:val="nil"/>
            </w:tcBorders>
            <w:vAlign w:val="center"/>
          </w:tcPr>
          <w:p w14:paraId="4FD6A615"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4.5</w:t>
            </w:r>
          </w:p>
        </w:tc>
        <w:tc>
          <w:tcPr>
            <w:tcW w:w="153" w:type="pct"/>
            <w:tcBorders>
              <w:bottom w:val="nil"/>
            </w:tcBorders>
            <w:vAlign w:val="center"/>
          </w:tcPr>
          <w:p w14:paraId="78AE4599"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5.1</w:t>
            </w:r>
          </w:p>
        </w:tc>
        <w:tc>
          <w:tcPr>
            <w:tcW w:w="153" w:type="pct"/>
            <w:tcBorders>
              <w:bottom w:val="nil"/>
            </w:tcBorders>
            <w:vAlign w:val="center"/>
          </w:tcPr>
          <w:p w14:paraId="50B0F3D8"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5.2</w:t>
            </w:r>
          </w:p>
        </w:tc>
        <w:tc>
          <w:tcPr>
            <w:tcW w:w="154" w:type="pct"/>
            <w:tcBorders>
              <w:bottom w:val="nil"/>
            </w:tcBorders>
            <w:vAlign w:val="center"/>
          </w:tcPr>
          <w:p w14:paraId="2F8789A6"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r w:rsidRPr="00EB75F0">
              <w:rPr>
                <w:rFonts w:cs="Arial"/>
                <w:color w:val="FFFFFF" w:themeColor="background1"/>
                <w:sz w:val="14"/>
                <w:szCs w:val="14"/>
                <w:lang w:val="en-US"/>
              </w:rPr>
              <w:t>5.3</w:t>
            </w:r>
          </w:p>
        </w:tc>
        <w:tc>
          <w:tcPr>
            <w:tcW w:w="393" w:type="pct"/>
            <w:vMerge/>
          </w:tcPr>
          <w:p w14:paraId="7DB87985" w14:textId="77777777" w:rsidR="00436809" w:rsidRPr="00EB75F0" w:rsidRDefault="00436809" w:rsidP="00C32B29">
            <w:pP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4"/>
                <w:szCs w:val="14"/>
                <w:lang w:val="en-US"/>
              </w:rPr>
            </w:pPr>
          </w:p>
        </w:tc>
      </w:tr>
      <w:tr w:rsidR="00436809" w:rsidRPr="00EB75F0" w14:paraId="4036040C"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tcBorders>
              <w:top w:val="nil"/>
            </w:tcBorders>
            <w:noWrap/>
            <w:vAlign w:val="center"/>
          </w:tcPr>
          <w:p w14:paraId="0888AC34"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000000"/>
                <w:sz w:val="14"/>
                <w:szCs w:val="14"/>
                <w:lang w:val="en-US"/>
              </w:rPr>
              <w:t>EMERGENT-1</w:t>
            </w:r>
          </w:p>
        </w:tc>
        <w:tc>
          <w:tcPr>
            <w:tcW w:w="203" w:type="pct"/>
            <w:tcBorders>
              <w:top w:val="nil"/>
            </w:tcBorders>
            <w:noWrap/>
            <w:vAlign w:val="center"/>
          </w:tcPr>
          <w:p w14:paraId="7E42FFF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tcBorders>
              <w:top w:val="nil"/>
            </w:tcBorders>
            <w:noWrap/>
            <w:vAlign w:val="center"/>
          </w:tcPr>
          <w:p w14:paraId="6B63501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tcBorders>
              <w:top w:val="nil"/>
            </w:tcBorders>
            <w:noWrap/>
            <w:vAlign w:val="center"/>
          </w:tcPr>
          <w:p w14:paraId="5C058C8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tcBorders>
              <w:top w:val="nil"/>
            </w:tcBorders>
            <w:noWrap/>
            <w:vAlign w:val="center"/>
          </w:tcPr>
          <w:p w14:paraId="5BEDEE9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tcBorders>
              <w:top w:val="nil"/>
            </w:tcBorders>
            <w:noWrap/>
            <w:vAlign w:val="center"/>
          </w:tcPr>
          <w:p w14:paraId="51E6E9E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tcBorders>
              <w:top w:val="nil"/>
            </w:tcBorders>
            <w:noWrap/>
            <w:vAlign w:val="center"/>
          </w:tcPr>
          <w:p w14:paraId="22A71A1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tcBorders>
              <w:top w:val="nil"/>
            </w:tcBorders>
            <w:noWrap/>
            <w:vAlign w:val="center"/>
          </w:tcPr>
          <w:p w14:paraId="7FA14E9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tcBorders>
              <w:top w:val="nil"/>
            </w:tcBorders>
            <w:noWrap/>
            <w:vAlign w:val="center"/>
          </w:tcPr>
          <w:p w14:paraId="6A507C9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tcBorders>
              <w:top w:val="nil"/>
            </w:tcBorders>
            <w:noWrap/>
            <w:vAlign w:val="center"/>
          </w:tcPr>
          <w:p w14:paraId="2CC9DF8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tcBorders>
              <w:top w:val="nil"/>
            </w:tcBorders>
            <w:noWrap/>
            <w:vAlign w:val="center"/>
          </w:tcPr>
          <w:p w14:paraId="5790992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tcBorders>
              <w:top w:val="nil"/>
            </w:tcBorders>
            <w:noWrap/>
            <w:vAlign w:val="center"/>
          </w:tcPr>
          <w:p w14:paraId="6151457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tcBorders>
              <w:top w:val="nil"/>
            </w:tcBorders>
            <w:noWrap/>
            <w:vAlign w:val="center"/>
          </w:tcPr>
          <w:p w14:paraId="05E2B23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tcBorders>
              <w:top w:val="nil"/>
            </w:tcBorders>
            <w:noWrap/>
            <w:vAlign w:val="center"/>
          </w:tcPr>
          <w:p w14:paraId="64DB7C2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tcBorders>
              <w:top w:val="nil"/>
            </w:tcBorders>
            <w:noWrap/>
            <w:vAlign w:val="center"/>
          </w:tcPr>
          <w:p w14:paraId="53361F3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65" w:type="pct"/>
            <w:tcBorders>
              <w:top w:val="nil"/>
            </w:tcBorders>
            <w:noWrap/>
            <w:vAlign w:val="center"/>
          </w:tcPr>
          <w:p w14:paraId="5E59167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tcBorders>
              <w:top w:val="nil"/>
            </w:tcBorders>
            <w:noWrap/>
            <w:vAlign w:val="center"/>
          </w:tcPr>
          <w:p w14:paraId="1ABEB82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tcBorders>
              <w:top w:val="nil"/>
            </w:tcBorders>
            <w:noWrap/>
            <w:vAlign w:val="center"/>
          </w:tcPr>
          <w:p w14:paraId="21AAA3F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tcBorders>
              <w:top w:val="nil"/>
            </w:tcBorders>
            <w:noWrap/>
            <w:vAlign w:val="center"/>
          </w:tcPr>
          <w:p w14:paraId="2A618D6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tcBorders>
              <w:top w:val="nil"/>
            </w:tcBorders>
            <w:noWrap/>
            <w:vAlign w:val="center"/>
          </w:tcPr>
          <w:p w14:paraId="7B7B861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tcBorders>
              <w:top w:val="nil"/>
            </w:tcBorders>
            <w:noWrap/>
            <w:vAlign w:val="center"/>
          </w:tcPr>
          <w:p w14:paraId="4CD4AF2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53" w:type="pct"/>
            <w:tcBorders>
              <w:top w:val="nil"/>
            </w:tcBorders>
            <w:noWrap/>
            <w:vAlign w:val="center"/>
          </w:tcPr>
          <w:p w14:paraId="165009A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tcBorders>
              <w:top w:val="nil"/>
            </w:tcBorders>
            <w:noWrap/>
            <w:vAlign w:val="center"/>
          </w:tcPr>
          <w:p w14:paraId="178F95D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tcPr>
          <w:p w14:paraId="7A739C0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48333E2E"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73462715" w14:textId="096FFAAE"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000000"/>
                <w:sz w:val="14"/>
                <w:szCs w:val="14"/>
                <w:lang w:val="en-US"/>
              </w:rPr>
              <w:t>EMERGENT-2</w:t>
            </w:r>
            <w:r w:rsidR="0031308D" w:rsidRPr="00EB75F0">
              <w:rPr>
                <w:rFonts w:cs="Arial"/>
                <w:sz w:val="14"/>
                <w:szCs w:val="14"/>
              </w:rPr>
              <w:fldChar w:fldCharType="begin"/>
            </w:r>
            <w:r w:rsidR="00452EF4">
              <w:rPr>
                <w:rFonts w:cs="Arial"/>
                <w:sz w:val="14"/>
                <w:szCs w:val="14"/>
              </w:rPr>
              <w:instrText xml:space="preserve"> ADDIN EN.CITE &lt;EndNote&gt;&lt;Cite&gt;&lt;Author&gt;Karuna&lt;/Author&gt;&lt;Year&gt;2023&lt;/Year&gt;&lt;RecNum&gt;19&lt;/RecNum&gt;&lt;DisplayText&gt;&lt;style face="superscript"&gt;22&lt;/style&gt;&lt;/DisplayText&gt;&lt;record&gt;&lt;rec-number&gt;19&lt;/rec-number&gt;&lt;foreign-keys&gt;&lt;key app="EN" db-id="9ttaxzax2p0tr7ewzt55atews50zvxaaa5rz" timestamp="1764068827"&gt;19&lt;/key&gt;&lt;/foreign-keys&gt;&lt;ref-type name="Journal Article"&gt;17&lt;/ref-type&gt;&lt;contributors&gt;&lt;authors&gt;&lt;author&gt;Karuna&lt;/author&gt;&lt;/authors&gt;&lt;/contributors&gt;&lt;titles&gt;&lt;title&gt;EMERGENT-2. A Phase 3, Randomized, Double-Blind, Parallel-Group, Placebo-Controlled, Multicenter Study to Evaluate the Efficacy and Safety of KarXT in Acutely Psychotic Hospitalized Adults with DSM-5 Schizophrenia KAR-007&lt;/title&gt;&lt;secondary-title&gt;Clinical Study Report&lt;/secondary-title&gt;&lt;/titles&gt;&lt;periodical&gt;&lt;full-title&gt;Clinical Study Report&lt;/full-title&gt;&lt;/periodical&gt;&lt;dates&gt;&lt;year&gt;2023&lt;/year&gt;&lt;/dates&gt;&lt;urls&gt;&lt;/urls&gt;&lt;/record&gt;&lt;/Cite&gt;&lt;/EndNote&gt;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22</w:t>
            </w:r>
            <w:r w:rsidR="0031308D" w:rsidRPr="00EB75F0">
              <w:rPr>
                <w:rFonts w:cs="Arial"/>
                <w:sz w:val="14"/>
                <w:szCs w:val="14"/>
              </w:rPr>
              <w:fldChar w:fldCharType="end"/>
            </w:r>
          </w:p>
        </w:tc>
        <w:tc>
          <w:tcPr>
            <w:tcW w:w="203" w:type="pct"/>
            <w:noWrap/>
            <w:vAlign w:val="center"/>
          </w:tcPr>
          <w:p w14:paraId="655651F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3B92EB4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0E58393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6997BE9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7D773E8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62A6D08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349AC54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308E0BE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546B8D1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3D105B9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3797489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noWrap/>
            <w:vAlign w:val="center"/>
          </w:tcPr>
          <w:p w14:paraId="41C979D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noWrap/>
            <w:vAlign w:val="center"/>
          </w:tcPr>
          <w:p w14:paraId="6953050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30F540B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65" w:type="pct"/>
            <w:noWrap/>
            <w:vAlign w:val="center"/>
          </w:tcPr>
          <w:p w14:paraId="4BC0EF3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43A6146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5569A42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50CC871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5166C23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6E366BE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53" w:type="pct"/>
            <w:noWrap/>
            <w:vAlign w:val="center"/>
          </w:tcPr>
          <w:p w14:paraId="38D79E7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42E82C8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tcPr>
          <w:p w14:paraId="600202D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5865C169"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70E54945"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000000"/>
                <w:sz w:val="14"/>
                <w:szCs w:val="14"/>
                <w:lang w:val="en-US"/>
              </w:rPr>
              <w:t>EMERGENT-3</w:t>
            </w:r>
          </w:p>
        </w:tc>
        <w:tc>
          <w:tcPr>
            <w:tcW w:w="203" w:type="pct"/>
            <w:noWrap/>
            <w:vAlign w:val="center"/>
          </w:tcPr>
          <w:p w14:paraId="2738BEC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46FA87C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1437570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2A116AF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7940BED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43E66B1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79A8211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420B066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3C00EE4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0AC25D0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5D78C98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noWrap/>
            <w:vAlign w:val="center"/>
          </w:tcPr>
          <w:p w14:paraId="7DD96D3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noWrap/>
            <w:vAlign w:val="center"/>
          </w:tcPr>
          <w:p w14:paraId="19405B0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54F2143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65" w:type="pct"/>
            <w:noWrap/>
            <w:vAlign w:val="center"/>
          </w:tcPr>
          <w:p w14:paraId="65FE133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5F33F64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677BDEB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161B823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385F8E9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44EDEE1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53" w:type="pct"/>
            <w:noWrap/>
            <w:vAlign w:val="center"/>
          </w:tcPr>
          <w:p w14:paraId="76D34A1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22CDF92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tcPr>
          <w:p w14:paraId="52DBE17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61C67EA5"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316EDC53" w14:textId="0E3F7612" w:rsidR="00436809" w:rsidRPr="00EB75F0" w:rsidRDefault="00436809" w:rsidP="00C32B29">
            <w:pPr>
              <w:spacing w:before="0" w:after="0" w:line="240" w:lineRule="auto"/>
              <w:rPr>
                <w:rFonts w:cs="Arial"/>
                <w:color w:val="000000"/>
                <w:sz w:val="14"/>
                <w:szCs w:val="14"/>
                <w:lang w:val="en-US"/>
              </w:rPr>
            </w:pPr>
            <w:r w:rsidRPr="00EB75F0">
              <w:rPr>
                <w:rFonts w:cs="Arial"/>
                <w:color w:val="000000"/>
                <w:sz w:val="14"/>
                <w:szCs w:val="14"/>
                <w:lang w:val="en-US"/>
              </w:rPr>
              <w:t>Cantillon 2017</w:t>
            </w:r>
            <w:r w:rsidR="0031308D" w:rsidRPr="00EB75F0">
              <w:rPr>
                <w:rFonts w:cs="Arial"/>
                <w:sz w:val="14"/>
                <w:szCs w:val="14"/>
              </w:rPr>
              <w:fldChar w:fldCharType="begin"/>
            </w:r>
            <w:r w:rsidR="00452EF4">
              <w:rPr>
                <w:rFonts w:cs="Arial"/>
                <w:sz w:val="14"/>
                <w:szCs w:val="14"/>
              </w:rPr>
              <w:instrText xml:space="preserve"> ADDIN EN.CITE &lt;EndNote&gt;&lt;Cite&gt;&lt;Author&gt;Cantillon M&lt;/Author&gt;&lt;Year&gt;2017&lt;/Year&gt;&lt;RecNum&gt;22&lt;/RecNum&gt;&lt;DisplayText&gt;&lt;style face="superscript"&gt;25&lt;/style&gt;&lt;/DisplayText&gt;&lt;record&gt;&lt;rec-number&gt;22&lt;/rec-number&gt;&lt;foreign-keys&gt;&lt;key app="EN" db-id="9ttaxzax2p0tr7ewzt55atews50zvxaaa5rz" timestamp="1764068828"&gt;22&lt;/key&gt;&lt;/foreign-keys&gt;&lt;ref-type name="Journal Article"&gt;17&lt;/ref-type&gt;&lt;contributors&gt;&lt;authors&gt;&lt;author&gt;Cantillon M, Prakash A, Alexander A, Ings R, Sweitzer D, Bhat L&lt;/author&gt;&lt;/authors&gt;&lt;/contributors&gt;&lt;titles&gt;&lt;title&gt;Dopamine serotonin stabilizer RP5063: a randomized, double-blind, placebo-controlled multicenter trial of safety and efficacy in exacerbation of schizophrenia or schizoaffective disorder&lt;/title&gt;&lt;secondary-title&gt;Schizophr. Res.&lt;/secondary-title&gt;&lt;/titles&gt;&lt;periodical&gt;&lt;full-title&gt;Schizophr. Res.&lt;/full-title&gt;&lt;/periodical&gt;&lt;pages&gt;126-33&lt;/pages&gt;&lt;volume&gt;1&lt;/volume&gt;&lt;number&gt;189&lt;/number&gt;&lt;dates&gt;&lt;year&gt;2017&lt;/year&gt;&lt;/dates&gt;&lt;urls&gt;&lt;/urls&gt;&lt;/record&gt;&lt;/Cite&gt;&lt;/EndNote&gt;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25</w:t>
            </w:r>
            <w:r w:rsidR="0031308D" w:rsidRPr="00EB75F0">
              <w:rPr>
                <w:rFonts w:cs="Arial"/>
                <w:sz w:val="14"/>
                <w:szCs w:val="14"/>
              </w:rPr>
              <w:fldChar w:fldCharType="end"/>
            </w:r>
          </w:p>
        </w:tc>
        <w:tc>
          <w:tcPr>
            <w:tcW w:w="203" w:type="pct"/>
            <w:noWrap/>
            <w:vAlign w:val="center"/>
          </w:tcPr>
          <w:p w14:paraId="05073B1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01729A2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212" w:type="pct"/>
            <w:noWrap/>
            <w:vAlign w:val="center"/>
          </w:tcPr>
          <w:p w14:paraId="249097D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5A1F075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7369D5A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4" w:type="pct"/>
            <w:noWrap/>
            <w:vAlign w:val="center"/>
          </w:tcPr>
          <w:p w14:paraId="3E367AF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4B18A6D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0BC5F7D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44C1327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42B8FC4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4DB2365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noWrap/>
            <w:vAlign w:val="center"/>
          </w:tcPr>
          <w:p w14:paraId="48DB4A3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1FBB436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6E157FF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65" w:type="pct"/>
            <w:noWrap/>
            <w:vAlign w:val="center"/>
          </w:tcPr>
          <w:p w14:paraId="49DAED6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6ED1D3E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02BAC55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5232849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7715356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03AD8E4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53" w:type="pct"/>
            <w:noWrap/>
            <w:vAlign w:val="center"/>
          </w:tcPr>
          <w:p w14:paraId="3437EA9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602EC66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vAlign w:val="center"/>
          </w:tcPr>
          <w:p w14:paraId="7D7DE4F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0CA573F7"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16F57DC0" w14:textId="57CDF40D" w:rsidR="00436809" w:rsidRPr="00EB75F0" w:rsidRDefault="00436809" w:rsidP="00C32B29">
            <w:pPr>
              <w:spacing w:before="0" w:after="0" w:line="240" w:lineRule="auto"/>
              <w:rPr>
                <w:rFonts w:cs="Arial"/>
                <w:color w:val="000000"/>
                <w:sz w:val="14"/>
                <w:szCs w:val="14"/>
                <w:lang w:val="en-US"/>
              </w:rPr>
            </w:pPr>
            <w:r w:rsidRPr="00EB75F0">
              <w:rPr>
                <w:rFonts w:cs="Arial"/>
                <w:color w:val="000000"/>
                <w:sz w:val="14"/>
                <w:szCs w:val="14"/>
                <w:lang w:val="en-US"/>
              </w:rPr>
              <w:t>Chan 2007</w:t>
            </w:r>
            <w:r w:rsidR="0031308D" w:rsidRPr="00EB75F0">
              <w:rPr>
                <w:rFonts w:cs="Arial"/>
                <w:sz w:val="14"/>
                <w:szCs w:val="14"/>
              </w:rPr>
              <w:fldChar w:fldCharType="begin"/>
            </w:r>
            <w:r w:rsidR="00452EF4">
              <w:rPr>
                <w:rFonts w:cs="Arial"/>
                <w:sz w:val="14"/>
                <w:szCs w:val="14"/>
              </w:rPr>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26</w:t>
            </w:r>
            <w:r w:rsidR="0031308D" w:rsidRPr="00EB75F0">
              <w:rPr>
                <w:rFonts w:cs="Arial"/>
                <w:sz w:val="14"/>
                <w:szCs w:val="14"/>
              </w:rPr>
              <w:fldChar w:fldCharType="end"/>
            </w:r>
          </w:p>
        </w:tc>
        <w:tc>
          <w:tcPr>
            <w:tcW w:w="203" w:type="pct"/>
            <w:noWrap/>
            <w:vAlign w:val="center"/>
          </w:tcPr>
          <w:p w14:paraId="62E5E14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27FF3E6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212" w:type="pct"/>
            <w:noWrap/>
            <w:vAlign w:val="center"/>
          </w:tcPr>
          <w:p w14:paraId="060A9DD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6055E41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5A1C664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4" w:type="pct"/>
            <w:noWrap/>
            <w:vAlign w:val="center"/>
          </w:tcPr>
          <w:p w14:paraId="0E8B96E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1C297DE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7ECFDA2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06F14F8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7284D8F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6D845D4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noWrap/>
            <w:vAlign w:val="center"/>
          </w:tcPr>
          <w:p w14:paraId="09FBA68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1630E11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6C36EFF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noWrap/>
            <w:vAlign w:val="center"/>
          </w:tcPr>
          <w:p w14:paraId="12A19A3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5CA54F8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4CE9907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3758009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461AA4A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072A61D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53" w:type="pct"/>
            <w:noWrap/>
            <w:vAlign w:val="center"/>
          </w:tcPr>
          <w:p w14:paraId="7FF78B0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569C9DC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vAlign w:val="center"/>
          </w:tcPr>
          <w:p w14:paraId="515D8AD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14929716"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425E943C" w14:textId="4B6DB8DF" w:rsidR="00436809" w:rsidRPr="00EB75F0" w:rsidRDefault="00436809" w:rsidP="00C32B29">
            <w:pPr>
              <w:spacing w:before="0" w:after="0" w:line="240" w:lineRule="auto"/>
              <w:rPr>
                <w:rFonts w:cs="Arial"/>
                <w:color w:val="000000"/>
                <w:sz w:val="14"/>
                <w:szCs w:val="14"/>
                <w:lang w:val="en-US"/>
              </w:rPr>
            </w:pPr>
            <w:r w:rsidRPr="00EB75F0">
              <w:rPr>
                <w:rFonts w:cs="Arial"/>
                <w:color w:val="000000"/>
                <w:sz w:val="14"/>
                <w:szCs w:val="14"/>
                <w:lang w:val="en-US"/>
              </w:rPr>
              <w:t>Cutler 2006</w:t>
            </w:r>
            <w:r w:rsidR="0031308D" w:rsidRPr="00EB75F0">
              <w:rPr>
                <w:rFonts w:cs="Arial"/>
                <w:sz w:val="14"/>
                <w:szCs w:val="14"/>
              </w:rPr>
              <w:fldChar w:fldCharType="begin"/>
            </w:r>
            <w:r w:rsidR="00452EF4">
              <w:rPr>
                <w:rFonts w:cs="Arial"/>
                <w:sz w:val="14"/>
                <w:szCs w:val="14"/>
              </w:rPr>
              <w:instrText xml:space="preserve"> ADDIN EN.CITE &lt;EndNote&gt;&lt;Cite&gt;&lt;Author&gt;Cutler AJ&lt;/Author&gt;&lt;Year&gt;2006&lt;/Year&gt;&lt;RecNum&gt;24&lt;/RecNum&gt;&lt;DisplayText&gt;&lt;style face="superscript"&gt;27&lt;/style&gt;&lt;/DisplayText&gt;&lt;record&gt;&lt;rec-number&gt;24&lt;/rec-number&gt;&lt;foreign-keys&gt;&lt;key app="EN" db-id="9ttaxzax2p0tr7ewzt55atews50zvxaaa5rz" timestamp="1764068828"&gt;24&lt;/key&gt;&lt;/foreign-keys&gt;&lt;ref-type name="Journal Article"&gt;17&lt;/ref-type&gt;&lt;contributors&gt;&lt;authors&gt;&lt;author&gt;Cutler AJ, Marcus RN, Hardy SA, O&amp;apos;Donnell A, Carson WH, McQuade RD&lt;/author&gt;&lt;/authors&gt;&lt;/contributors&gt;&lt;titles&gt;&lt;title&gt;The efficacy and safety of lower doses of aripiprazole for the treatment of patients with acute exacerbation of schizophrenia&lt;/title&gt;&lt;secondary-title&gt;CNS Spectr.&lt;/secondary-title&gt;&lt;/titles&gt;&lt;periodical&gt;&lt;full-title&gt;CNS Spectr.&lt;/full-title&gt;&lt;/periodical&gt;&lt;pages&gt;691-702&lt;/pages&gt;&lt;volume&gt;11&lt;/volume&gt;&lt;number&gt;9&lt;/number&gt;&lt;dates&gt;&lt;year&gt;2006&lt;/year&gt;&lt;/dates&gt;&lt;urls&gt;&lt;/urls&gt;&lt;/record&gt;&lt;/Cite&gt;&lt;/EndNote&gt;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27</w:t>
            </w:r>
            <w:r w:rsidR="0031308D" w:rsidRPr="00EB75F0">
              <w:rPr>
                <w:rFonts w:cs="Arial"/>
                <w:sz w:val="14"/>
                <w:szCs w:val="14"/>
              </w:rPr>
              <w:fldChar w:fldCharType="end"/>
            </w:r>
          </w:p>
        </w:tc>
        <w:tc>
          <w:tcPr>
            <w:tcW w:w="203" w:type="pct"/>
            <w:noWrap/>
            <w:vAlign w:val="center"/>
          </w:tcPr>
          <w:p w14:paraId="4169A2E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0C9B615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212" w:type="pct"/>
            <w:noWrap/>
            <w:vAlign w:val="center"/>
          </w:tcPr>
          <w:p w14:paraId="3FF2364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4A18017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15FC8E9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4" w:type="pct"/>
            <w:noWrap/>
            <w:vAlign w:val="center"/>
          </w:tcPr>
          <w:p w14:paraId="14F618D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40237A2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2C11C45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40A5405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88" w:type="pct"/>
            <w:noWrap/>
            <w:vAlign w:val="center"/>
          </w:tcPr>
          <w:p w14:paraId="1EA1956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37EC934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noWrap/>
            <w:vAlign w:val="center"/>
          </w:tcPr>
          <w:p w14:paraId="09DB4AB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3CCCFC6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1" w:type="pct"/>
            <w:noWrap/>
            <w:vAlign w:val="center"/>
          </w:tcPr>
          <w:p w14:paraId="1EFB092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noWrap/>
            <w:vAlign w:val="center"/>
          </w:tcPr>
          <w:p w14:paraId="1F9AF6E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16FFF98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75148D8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30874E7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51D8EE0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0A30B6D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53" w:type="pct"/>
            <w:noWrap/>
            <w:vAlign w:val="center"/>
          </w:tcPr>
          <w:p w14:paraId="09E2712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54" w:type="pct"/>
            <w:noWrap/>
            <w:vAlign w:val="center"/>
          </w:tcPr>
          <w:p w14:paraId="4F1CB1D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393" w:type="pct"/>
            <w:vAlign w:val="center"/>
          </w:tcPr>
          <w:p w14:paraId="1ADFBE4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283CEB9A"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56BAE7CE" w14:textId="775761C4" w:rsidR="00436809" w:rsidRPr="00EB75F0" w:rsidRDefault="00436809" w:rsidP="00C32B29">
            <w:pPr>
              <w:spacing w:before="0" w:after="0" w:line="240" w:lineRule="auto"/>
              <w:rPr>
                <w:rFonts w:cs="Arial"/>
                <w:b w:val="0"/>
                <w:bCs w:val="0"/>
                <w:sz w:val="14"/>
                <w:szCs w:val="14"/>
                <w:lang w:val="en-US"/>
              </w:rPr>
            </w:pPr>
            <w:r w:rsidRPr="00EB75F0">
              <w:rPr>
                <w:rFonts w:cs="Arial"/>
                <w:color w:val="000000"/>
                <w:sz w:val="14"/>
                <w:szCs w:val="14"/>
                <w:lang w:val="en-US"/>
              </w:rPr>
              <w:t>Durgam 2015</w:t>
            </w:r>
            <w:r w:rsidR="0031308D" w:rsidRPr="00EB75F0">
              <w:rPr>
                <w:rFonts w:cs="Arial"/>
                <w:sz w:val="14"/>
                <w:szCs w:val="14"/>
              </w:rPr>
              <w:fldChar w:fldCharType="begin"/>
            </w:r>
            <w:r w:rsidR="00452EF4">
              <w:rPr>
                <w:rFonts w:cs="Arial"/>
                <w:sz w:val="14"/>
                <w:szCs w:val="14"/>
              </w:rPr>
              <w:instrText xml:space="preserve"> ADDIN EN.CITE &lt;EndNote&gt;&lt;Cite&gt;&lt;Author&gt;Durgam S&lt;/Author&gt;&lt;Year&gt;2015&lt;/Year&gt;&lt;RecNum&gt;25&lt;/RecNum&gt;&lt;DisplayText&gt;&lt;style face="superscript"&gt;28&lt;/style&gt;&lt;/DisplayText&gt;&lt;record&gt;&lt;rec-number&gt;25&lt;/rec-number&gt;&lt;foreign-keys&gt;&lt;key app="EN" db-id="9ttaxzax2p0tr7ewzt55atews50zvxaaa5rz" timestamp="1764068828"&gt;25&lt;/key&gt;&lt;/foreign-keys&gt;&lt;ref-type name="Journal Article"&gt;17&lt;/ref-type&gt;&lt;contributors&gt;&lt;authors&gt;&lt;author&gt;Durgam S, Cutler AJ, Lu K, Migliore R, Ruth A, Laszlovszky I, Németh G, Meltzer HY.&lt;/author&gt;&lt;/authors&gt;&lt;/contributors&gt;&lt;titles&gt;&lt;title&gt;Cariprazine in acute exacerbation of schizophrenia: a fixed-dose, phase 3, randomized, double-blind, placebo-and active-controlled trial.&lt;/title&gt;&lt;secondary-title&gt;JCP&lt;/secondary-title&gt;&lt;/titles&gt;&lt;periodical&gt;&lt;full-title&gt;JCP&lt;/full-title&gt;&lt;/periodical&gt;&lt;pages&gt;2310&lt;/pages&gt;&lt;volume&gt;76&lt;/volume&gt;&lt;number&gt;12&lt;/number&gt;&lt;dates&gt;&lt;year&gt;2015&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28</w:t>
            </w:r>
            <w:r w:rsidR="0031308D" w:rsidRPr="00EB75F0">
              <w:rPr>
                <w:rFonts w:cs="Arial"/>
                <w:sz w:val="14"/>
                <w:szCs w:val="14"/>
              </w:rPr>
              <w:fldChar w:fldCharType="end"/>
            </w:r>
          </w:p>
        </w:tc>
        <w:tc>
          <w:tcPr>
            <w:tcW w:w="203" w:type="pct"/>
            <w:noWrap/>
            <w:vAlign w:val="center"/>
          </w:tcPr>
          <w:p w14:paraId="5B5BA83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66524DA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212" w:type="pct"/>
            <w:noWrap/>
            <w:vAlign w:val="center"/>
          </w:tcPr>
          <w:p w14:paraId="7E79040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039CB25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2D72DB8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PN</w:t>
            </w:r>
          </w:p>
        </w:tc>
        <w:tc>
          <w:tcPr>
            <w:tcW w:w="184" w:type="pct"/>
            <w:noWrap/>
            <w:vAlign w:val="center"/>
          </w:tcPr>
          <w:p w14:paraId="2A5C595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NA</w:t>
            </w:r>
          </w:p>
        </w:tc>
        <w:tc>
          <w:tcPr>
            <w:tcW w:w="184" w:type="pct"/>
            <w:noWrap/>
            <w:vAlign w:val="center"/>
          </w:tcPr>
          <w:p w14:paraId="33DBC77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117F821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63AF454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5600F40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7D9F995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70" w:type="pct"/>
            <w:noWrap/>
            <w:vAlign w:val="center"/>
          </w:tcPr>
          <w:p w14:paraId="6EC9CFA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4F2F429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631B1C8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222280A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20AE21B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5350594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4C7DAC9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0C52243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4644679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4947C1C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60E1138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35B6288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7C37E7FA"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44274DC2" w14:textId="05C0CA68" w:rsidR="00436809" w:rsidRPr="00EB75F0" w:rsidRDefault="00436809" w:rsidP="00C32B29">
            <w:pPr>
              <w:spacing w:before="0" w:after="0" w:line="240" w:lineRule="auto"/>
              <w:rPr>
                <w:rFonts w:cs="Arial"/>
                <w:b w:val="0"/>
                <w:bCs w:val="0"/>
                <w:sz w:val="14"/>
                <w:szCs w:val="14"/>
                <w:lang w:val="en-US"/>
              </w:rPr>
            </w:pPr>
            <w:r w:rsidRPr="00EB75F0">
              <w:rPr>
                <w:rFonts w:cs="Arial"/>
                <w:color w:val="000000"/>
                <w:sz w:val="14"/>
                <w:szCs w:val="14"/>
                <w:lang w:val="en-US"/>
              </w:rPr>
              <w:t>Fleischhacker 2009</w:t>
            </w:r>
            <w:r w:rsidR="0031308D" w:rsidRPr="00EB75F0">
              <w:rPr>
                <w:rFonts w:cs="Arial"/>
                <w:sz w:val="14"/>
                <w:szCs w:val="14"/>
              </w:rPr>
              <w:fldChar w:fldCharType="begin"/>
            </w:r>
            <w:r w:rsidR="00452EF4">
              <w:rPr>
                <w:rFonts w:cs="Arial"/>
                <w:sz w:val="14"/>
                <w:szCs w:val="14"/>
              </w:rPr>
              <w:instrText xml:space="preserve"> ADDIN EN.CITE &lt;EndNote&gt;&lt;Cite&gt;&lt;Author&gt;Fleischhacker WW&lt;/Author&gt;&lt;Year&gt;2009&lt;/Year&gt;&lt;RecNum&gt;26&lt;/RecNum&gt;&lt;DisplayText&gt;&lt;style face="superscript"&gt;29&lt;/style&gt;&lt;/DisplayText&gt;&lt;record&gt;&lt;rec-number&gt;26&lt;/rec-number&gt;&lt;foreign-keys&gt;&lt;key app="EN" db-id="9ttaxzax2p0tr7ewzt55atews50zvxaaa5rz" timestamp="1764068829"&gt;26&lt;/key&gt;&lt;/foreign-keys&gt;&lt;ref-type name="Journal Article"&gt;17&lt;/ref-type&gt;&lt;contributors&gt;&lt;authors&gt;&lt;author&gt;Fleischhacker WW, McQuade RD, Marcus RN, Archibald D, Swanink R, Carson WH.&lt;/author&gt;&lt;/authors&gt;&lt;/contributors&gt;&lt;titles&gt;&lt;title&gt;A double-blind, randomized comparative study of aripiprazole and olanzapine in patients with schizophrenia.&lt;/title&gt;&lt;secondary-title&gt;Biol. Psychiatry&lt;/secondary-title&gt;&lt;/titles&gt;&lt;periodical&gt;&lt;full-title&gt;Biol. Psychiatry&lt;/full-title&gt;&lt;/periodical&gt;&lt;pages&gt;510-7&lt;/pages&gt;&lt;volume&gt;65&lt;/volume&gt;&lt;number&gt;6&lt;/number&gt;&lt;dates&gt;&lt;year&gt;2009&lt;/year&gt;&lt;/dates&gt;&lt;urls&gt;&lt;/urls&gt;&lt;/record&gt;&lt;/Cite&gt;&lt;/EndNote&gt;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29</w:t>
            </w:r>
            <w:r w:rsidR="0031308D" w:rsidRPr="00EB75F0">
              <w:rPr>
                <w:rFonts w:cs="Arial"/>
                <w:sz w:val="14"/>
                <w:szCs w:val="14"/>
              </w:rPr>
              <w:fldChar w:fldCharType="end"/>
            </w:r>
          </w:p>
        </w:tc>
        <w:tc>
          <w:tcPr>
            <w:tcW w:w="203" w:type="pct"/>
            <w:noWrap/>
            <w:vAlign w:val="center"/>
          </w:tcPr>
          <w:p w14:paraId="32DEEB0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2CEA9C4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12" w:type="pct"/>
            <w:noWrap/>
            <w:vAlign w:val="center"/>
          </w:tcPr>
          <w:p w14:paraId="3F79D62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4019CD9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38F10CD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128799E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772748E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3924523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41728D0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88" w:type="pct"/>
            <w:noWrap/>
            <w:vAlign w:val="center"/>
          </w:tcPr>
          <w:p w14:paraId="6298195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0011A88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70" w:type="pct"/>
            <w:noWrap/>
            <w:vAlign w:val="center"/>
          </w:tcPr>
          <w:p w14:paraId="407B0F2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4C01D37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7D196FF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53E92F5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33CB24D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1351BB2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4184A51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18BE8E3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6161CD0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0003A6F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272828C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4AB0D06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11455502"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07CB6134" w14:textId="09B6A85D" w:rsidR="00436809" w:rsidRPr="00EB75F0" w:rsidRDefault="00436809" w:rsidP="00C32B29">
            <w:pPr>
              <w:spacing w:before="0" w:after="0" w:line="240" w:lineRule="auto"/>
              <w:rPr>
                <w:rFonts w:cs="Arial"/>
                <w:b w:val="0"/>
                <w:bCs w:val="0"/>
                <w:sz w:val="14"/>
                <w:szCs w:val="14"/>
                <w:lang w:val="en-US"/>
              </w:rPr>
            </w:pPr>
            <w:r w:rsidRPr="00EB75F0">
              <w:rPr>
                <w:rFonts w:cs="Arial"/>
                <w:color w:val="000000"/>
                <w:sz w:val="14"/>
                <w:szCs w:val="14"/>
                <w:lang w:val="en-US"/>
              </w:rPr>
              <w:t>McEvoy 2007</w:t>
            </w:r>
            <w:r w:rsidR="0031308D" w:rsidRPr="00EB75F0">
              <w:rPr>
                <w:rFonts w:cs="Arial"/>
                <w:sz w:val="14"/>
                <w:szCs w:val="14"/>
              </w:rPr>
              <w:fldChar w:fldCharType="begin"/>
            </w:r>
            <w:r w:rsidR="00452EF4">
              <w:rPr>
                <w:rFonts w:cs="Arial"/>
                <w:sz w:val="14"/>
                <w:szCs w:val="14"/>
              </w:rPr>
              <w:instrText xml:space="preserve"> ADDIN EN.CITE &lt;EndNote&gt;&lt;Cite&gt;&lt;Author&gt;McEvoy&lt;/Author&gt;&lt;Year&gt;2007&lt;/Year&gt;&lt;RecNum&gt;28&lt;/RecNum&gt;&lt;DisplayText&gt;&lt;style face="superscript"&gt;31&lt;/style&gt;&lt;/DisplayText&gt;&lt;record&gt;&lt;rec-number&gt;28&lt;/rec-number&gt;&lt;foreign-keys&gt;&lt;key app="EN" db-id="9ttaxzax2p0tr7ewzt55atews50zvxaaa5rz" timestamp="1764068829"&gt;28&lt;/key&gt;&lt;/foreign-keys&gt;&lt;ref-type name="Journal Article"&gt;17&lt;/ref-type&gt;&lt;contributors&gt;&lt;authors&gt;&lt;author&gt;McEvoy, J. P.&lt;/author&gt;&lt;author&gt;Daniel, D. G.&lt;/author&gt;&lt;author&gt;Carson, W. H., Jr.&lt;/author&gt;&lt;author&gt;McQuade, R. D.&lt;/author&gt;&lt;author&gt;Marcus, R. N.&lt;/author&gt;&lt;/authors&gt;&lt;/contributors&gt;&lt;titles&gt;&lt;title&gt;A randomized, double-blind, placebo-controlled, study of the efficacy and safety of aripiprazole 10, 15 or 20 mg/day for the treatment of patients with acute exacerbations of schizophrenia&lt;/title&gt;&lt;secondary-title&gt;J Psychiatr Res&lt;/secondary-title&gt;&lt;/titles&gt;&lt;periodical&gt;&lt;full-title&gt;J Psychiatr Res&lt;/full-title&gt;&lt;/periodical&gt;&lt;pages&gt;895-905&lt;/pages&gt;&lt;volume&gt;41&lt;/volume&gt;&lt;number&gt;11&lt;/number&gt;&lt;dates&gt;&lt;year&gt;2007&lt;/year&gt;&lt;pub-dates&gt;&lt;date&gt;20070713&lt;/date&gt;&lt;/pub-dates&gt;&lt;/dates&gt;&lt;pub-location&gt;Duke University Medical Center, John Umstead Hospital (AAU), Butner, NC 27509, USA. jpmcevoy@duke.edu&lt;/pub-location&gt;&lt;isbn&gt;0022-3956 (Print) 0022-3956 (Linking)&lt;/isbn&gt;&lt;urls&gt;&lt;related-urls&gt;&lt;url&gt;https://www.ncbi.nlm.nih.gov/pubmed/17631314&lt;/url&gt;&lt;/related-urls&gt;&lt;/urls&gt;&lt;electronic-resource-num&gt;10.1016/j.jpsychires.2007.05.002&lt;/electronic-resource-num&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31</w:t>
            </w:r>
            <w:r w:rsidR="0031308D" w:rsidRPr="00EB75F0">
              <w:rPr>
                <w:rFonts w:cs="Arial"/>
                <w:sz w:val="14"/>
                <w:szCs w:val="14"/>
              </w:rPr>
              <w:fldChar w:fldCharType="end"/>
            </w:r>
          </w:p>
        </w:tc>
        <w:tc>
          <w:tcPr>
            <w:tcW w:w="203" w:type="pct"/>
            <w:noWrap/>
            <w:vAlign w:val="center"/>
          </w:tcPr>
          <w:p w14:paraId="205CB34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1F5664C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212" w:type="pct"/>
            <w:noWrap/>
            <w:vAlign w:val="center"/>
          </w:tcPr>
          <w:p w14:paraId="5065637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5CA67E8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7A513C9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198E392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0032A3E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31C65A2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217DCC2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720E0D0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201667A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70" w:type="pct"/>
            <w:noWrap/>
            <w:vAlign w:val="center"/>
          </w:tcPr>
          <w:p w14:paraId="1692A49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12C02C0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71663B8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7A07415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0363DFB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298A08E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2F838FA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652BEE4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61614BD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6CA6A74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506D4A6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0BCB4C9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High</w:t>
            </w:r>
          </w:p>
        </w:tc>
      </w:tr>
      <w:tr w:rsidR="00436809" w:rsidRPr="00EB75F0" w14:paraId="42AF0BD5"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2BDAEAA5" w14:textId="42C9CE85" w:rsidR="00436809" w:rsidRPr="00EB75F0" w:rsidRDefault="00436809" w:rsidP="00C32B29">
            <w:pPr>
              <w:spacing w:before="0" w:after="0" w:line="240" w:lineRule="auto"/>
              <w:rPr>
                <w:rFonts w:cs="Arial"/>
                <w:b w:val="0"/>
                <w:bCs w:val="0"/>
                <w:sz w:val="14"/>
                <w:szCs w:val="14"/>
                <w:lang w:val="en-US"/>
              </w:rPr>
            </w:pPr>
            <w:r w:rsidRPr="00EB75F0">
              <w:rPr>
                <w:rFonts w:cs="Arial"/>
                <w:color w:val="000000"/>
                <w:sz w:val="14"/>
                <w:szCs w:val="14"/>
                <w:lang w:val="en-US"/>
              </w:rPr>
              <w:t>McQuade 2004</w:t>
            </w:r>
            <w:r w:rsidR="0031308D" w:rsidRPr="00EB75F0">
              <w:rPr>
                <w:rFonts w:cs="Arial"/>
                <w:sz w:val="14"/>
                <w:szCs w:val="14"/>
              </w:rPr>
              <w:fldChar w:fldCharType="begin"/>
            </w:r>
            <w:r w:rsidR="00452EF4">
              <w:rPr>
                <w:rFonts w:cs="Arial"/>
                <w:sz w:val="14"/>
                <w:szCs w:val="14"/>
              </w:rPr>
              <w:instrText xml:space="preserve"> ADDIN EN.CITE &lt;EndNote&gt;&lt;Cite&gt;&lt;Author&gt;McQuade RD&lt;/Author&gt;&lt;Year&gt;2004&lt;/Year&gt;&lt;RecNum&gt;29&lt;/RecNum&gt;&lt;DisplayText&gt;&lt;style face="superscript"&gt;32&lt;/style&gt;&lt;/DisplayText&gt;&lt;record&gt;&lt;rec-number&gt;29&lt;/rec-number&gt;&lt;foreign-keys&gt;&lt;key app="EN" db-id="9ttaxzax2p0tr7ewzt55atews50zvxaaa5rz" timestamp="1764068829"&gt;29&lt;/key&gt;&lt;/foreign-keys&gt;&lt;ref-type name="Journal Article"&gt;17&lt;/ref-type&gt;&lt;contributors&gt;&lt;authors&gt;&lt;author&gt;McQuade RD, Stock E, Marcus R, Jody D, Gharbia NA, Vanveggel S, Archibald D, Carson WH.&lt;/author&gt;&lt;/authors&gt;&lt;/contributors&gt;&lt;titles&gt;&lt;title&gt;A comparison of weight change during treatment with olanzapine or aripiprazole: results from a randomized, double-blind study.&lt;/title&gt;&lt;secondary-title&gt;J Clin Psychiatry.&lt;/secondary-title&gt;&lt;/titles&gt;&lt;periodical&gt;&lt;full-title&gt;J Clin Psychiatry.&lt;/full-title&gt;&lt;/periodical&gt;&lt;pages&gt;47-56&lt;/pages&gt;&lt;volume&gt;1&lt;/volume&gt;&lt;number&gt;65&lt;/number&gt;&lt;dates&gt;&lt;year&gt;2004&lt;/year&gt;&lt;/dates&gt;&lt;urls&gt;&lt;/urls&gt;&lt;/record&gt;&lt;/Cite&gt;&lt;/EndNote&gt;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32</w:t>
            </w:r>
            <w:r w:rsidR="0031308D" w:rsidRPr="00EB75F0">
              <w:rPr>
                <w:rFonts w:cs="Arial"/>
                <w:sz w:val="14"/>
                <w:szCs w:val="14"/>
              </w:rPr>
              <w:fldChar w:fldCharType="end"/>
            </w:r>
          </w:p>
        </w:tc>
        <w:tc>
          <w:tcPr>
            <w:tcW w:w="203" w:type="pct"/>
            <w:noWrap/>
            <w:vAlign w:val="center"/>
          </w:tcPr>
          <w:p w14:paraId="0868894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2D66E0E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212" w:type="pct"/>
            <w:noWrap/>
            <w:vAlign w:val="center"/>
          </w:tcPr>
          <w:p w14:paraId="5ECFBB2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624C16A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1C0D905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4F67D9C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5E1ACEF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458360A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5C1FCEF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88" w:type="pct"/>
            <w:noWrap/>
            <w:vAlign w:val="center"/>
          </w:tcPr>
          <w:p w14:paraId="4B53D3F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69F681D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70" w:type="pct"/>
            <w:noWrap/>
            <w:vAlign w:val="center"/>
          </w:tcPr>
          <w:p w14:paraId="30E0054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1D37250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6795164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5D8552C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5EC4743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31ABC52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25B7ABE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124AC05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58C1BA5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1B17B68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77C19DE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59D45AD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High</w:t>
            </w:r>
          </w:p>
        </w:tc>
      </w:tr>
      <w:tr w:rsidR="00436809" w:rsidRPr="00EB75F0" w14:paraId="213FC4B8"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5065B6A8" w14:textId="67B105B0" w:rsidR="00436809" w:rsidRPr="00EB75F0" w:rsidRDefault="00436809" w:rsidP="00C32B29">
            <w:pPr>
              <w:spacing w:before="0" w:after="0" w:line="240" w:lineRule="auto"/>
              <w:rPr>
                <w:rFonts w:cs="Arial"/>
                <w:b w:val="0"/>
                <w:bCs w:val="0"/>
                <w:sz w:val="14"/>
                <w:szCs w:val="14"/>
                <w:lang w:val="en-US"/>
              </w:rPr>
            </w:pPr>
            <w:r w:rsidRPr="00EB75F0">
              <w:rPr>
                <w:rFonts w:cs="Arial"/>
                <w:color w:val="000000"/>
                <w:sz w:val="14"/>
                <w:szCs w:val="14"/>
                <w:lang w:val="en-US"/>
              </w:rPr>
              <w:t>Kane 2002</w:t>
            </w:r>
            <w:r w:rsidR="0031308D" w:rsidRPr="00EB75F0">
              <w:rPr>
                <w:rFonts w:cs="Arial"/>
                <w:sz w:val="14"/>
                <w:szCs w:val="14"/>
              </w:rPr>
              <w:fldChar w:fldCharType="begin"/>
            </w:r>
            <w:r w:rsidR="00452EF4">
              <w:rPr>
                <w:rFonts w:cs="Arial"/>
                <w:sz w:val="14"/>
                <w:szCs w:val="14"/>
              </w:rPr>
              <w:instrText xml:space="preserve"> ADDIN EN.CITE &lt;EndNote&gt;&lt;Cite&gt;&lt;Author&gt;Kane&lt;/Author&gt;&lt;Year&gt;2002&lt;/Year&gt;&lt;RecNum&gt;31&lt;/RecNum&gt;&lt;DisplayText&gt;&lt;style face="superscript"&gt;34&lt;/style&gt;&lt;/DisplayText&gt;&lt;record&gt;&lt;rec-number&gt;31&lt;/rec-number&gt;&lt;foreign-keys&gt;&lt;key app="EN" db-id="9ttaxzax2p0tr7ewzt55atews50zvxaaa5rz" timestamp="1764068830"&gt;31&lt;/key&gt;&lt;/foreign-keys&gt;&lt;ref-type name="Journal Article"&gt;17&lt;/ref-type&gt;&lt;contributors&gt;&lt;authors&gt;&lt;author&gt;Kane, John M&lt;/author&gt;&lt;author&gt;Carson, William H&lt;/author&gt;&lt;author&gt;Saha, Anutosh R&lt;/author&gt;&lt;author&gt;McQuade, Robert D&lt;/author&gt;&lt;author&gt;Ingenito, Gary G&lt;/author&gt;&lt;author&gt;Zimbroff, Dan L&lt;/author&gt;&lt;author&gt;Ali, Mirza W&lt;/author&gt;&lt;/authors&gt;&lt;/contributors&gt;&lt;titles&gt;&lt;title&gt;Efficacy and safety of aripiprazole and haloperidol versus placebo in patients with schizophrenia and schizoaffective disorder&lt;/title&gt;&lt;secondary-title&gt;Journal of Clinical Psychiatry&lt;/secondary-title&gt;&lt;/titles&gt;&lt;periodical&gt;&lt;full-title&gt;Journal of Clinical Psychiatry&lt;/full-title&gt;&lt;/periodical&gt;&lt;pages&gt;763-771&lt;/pages&gt;&lt;volume&gt;63&lt;/volume&gt;&lt;number&gt;9&lt;/number&gt;&lt;dates&gt;&lt;year&gt;2002&lt;/year&gt;&lt;/dates&gt;&lt;isbn&gt;0160-6689&lt;/isbn&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34</w:t>
            </w:r>
            <w:r w:rsidR="0031308D" w:rsidRPr="00EB75F0">
              <w:rPr>
                <w:rFonts w:cs="Arial"/>
                <w:sz w:val="14"/>
                <w:szCs w:val="14"/>
              </w:rPr>
              <w:fldChar w:fldCharType="end"/>
            </w:r>
          </w:p>
        </w:tc>
        <w:tc>
          <w:tcPr>
            <w:tcW w:w="203" w:type="pct"/>
            <w:noWrap/>
            <w:vAlign w:val="center"/>
          </w:tcPr>
          <w:p w14:paraId="691D216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1D9816A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212" w:type="pct"/>
            <w:noWrap/>
            <w:vAlign w:val="center"/>
          </w:tcPr>
          <w:p w14:paraId="6EA91BF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68A3C2A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6D6E6EE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40A2958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384E1ED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2802526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7C1F547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88" w:type="pct"/>
            <w:noWrap/>
            <w:vAlign w:val="center"/>
          </w:tcPr>
          <w:p w14:paraId="58F925E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6930481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noWrap/>
            <w:vAlign w:val="center"/>
          </w:tcPr>
          <w:p w14:paraId="7C4987A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2BE5AC1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2508D96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5F88605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0DE3C37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75CF77D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333630E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40FDE84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67C3C82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5CE23F0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6E98FEF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7E79C9C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15DB6191"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266A9B71" w14:textId="5FAC7F7A" w:rsidR="00436809" w:rsidRPr="00EB75F0" w:rsidRDefault="00436809" w:rsidP="00C32B29">
            <w:pPr>
              <w:spacing w:before="0" w:after="0" w:line="240" w:lineRule="auto"/>
              <w:rPr>
                <w:rFonts w:cs="Arial"/>
                <w:b w:val="0"/>
                <w:bCs w:val="0"/>
                <w:sz w:val="14"/>
                <w:szCs w:val="14"/>
                <w:lang w:val="en-US"/>
              </w:rPr>
            </w:pPr>
            <w:r w:rsidRPr="00EB75F0">
              <w:rPr>
                <w:rFonts w:cs="Arial"/>
                <w:color w:val="000000"/>
                <w:sz w:val="14"/>
                <w:szCs w:val="14"/>
                <w:lang w:val="en-US"/>
              </w:rPr>
              <w:t>Marder 2003</w:t>
            </w:r>
            <w:r w:rsidR="0031308D" w:rsidRPr="00EB75F0">
              <w:rPr>
                <w:rFonts w:cs="Arial"/>
                <w:sz w:val="14"/>
                <w:szCs w:val="14"/>
              </w:rPr>
              <w:fldChar w:fldCharType="begin"/>
            </w:r>
            <w:r w:rsidR="00452EF4">
              <w:rPr>
                <w:rFonts w:cs="Arial"/>
                <w:sz w:val="14"/>
                <w:szCs w:val="14"/>
              </w:rPr>
              <w:instrText xml:space="preserve"> ADDIN EN.CITE &lt;EndNote&gt;&lt;Cite&gt;&lt;Author&gt;Marder SR&lt;/Author&gt;&lt;Year&gt;2003&lt;/Year&gt;&lt;RecNum&gt;32&lt;/RecNum&gt;&lt;DisplayText&gt;&lt;style face="superscript"&gt;35&lt;/style&gt;&lt;/DisplayText&gt;&lt;record&gt;&lt;rec-number&gt;32&lt;/rec-number&gt;&lt;foreign-keys&gt;&lt;key app="EN" db-id="9ttaxzax2p0tr7ewzt55atews50zvxaaa5rz" timestamp="1764068830"&gt;32&lt;/key&gt;&lt;/foreign-keys&gt;&lt;ref-type name="Journal Article"&gt;17&lt;/ref-type&gt;&lt;contributors&gt;&lt;authors&gt;&lt;author&gt;Marder SR, McQuade RD, Stock E, Kaplita S, Marcus R, Safferman AZ, Saha A, Ali M, Iwamoto T&lt;/author&gt;&lt;/authors&gt;&lt;/contributors&gt;&lt;titles&gt;&lt;title&gt;Aripiprazole in the treatment of schizophrenia: safety and tolerability in short-term, placebo-controlled trials&lt;/title&gt;&lt;secondary-title&gt;Schizophr. Res.&lt;/secondary-title&gt;&lt;/titles&gt;&lt;periodical&gt;&lt;full-title&gt;Schizophr. Res.&lt;/full-title&gt;&lt;/periodical&gt;&lt;pages&gt;123-36&lt;/pages&gt;&lt;volume&gt;61&lt;/volume&gt;&lt;number&gt;2-3&lt;/number&gt;&lt;dates&gt;&lt;year&gt;2003&lt;/year&gt;&lt;/dates&gt;&lt;urls&gt;&lt;/urls&gt;&lt;/record&gt;&lt;/Cite&gt;&lt;/EndNote&gt;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35</w:t>
            </w:r>
            <w:r w:rsidR="0031308D" w:rsidRPr="00EB75F0">
              <w:rPr>
                <w:rFonts w:cs="Arial"/>
                <w:sz w:val="14"/>
                <w:szCs w:val="14"/>
              </w:rPr>
              <w:fldChar w:fldCharType="end"/>
            </w:r>
          </w:p>
        </w:tc>
        <w:tc>
          <w:tcPr>
            <w:tcW w:w="203" w:type="pct"/>
            <w:noWrap/>
            <w:vAlign w:val="center"/>
          </w:tcPr>
          <w:p w14:paraId="62D9F44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5E7DF4E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212" w:type="pct"/>
            <w:noWrap/>
            <w:vAlign w:val="center"/>
          </w:tcPr>
          <w:p w14:paraId="212A28D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696D02B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160EEF9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56095E8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407C142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731DA4A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5341C8D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1DC2F93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5BDE5D6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noWrap/>
            <w:vAlign w:val="center"/>
          </w:tcPr>
          <w:p w14:paraId="7CB3519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064E587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06A486B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70D0671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060F533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14F9376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37D062D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506D5AF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0E48067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7C2D787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777380F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25284B3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23610AEE"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1C3ABB90" w14:textId="479CDFBA" w:rsidR="00436809" w:rsidRPr="00EB75F0" w:rsidRDefault="00436809" w:rsidP="00C32B29">
            <w:pPr>
              <w:spacing w:before="0" w:after="0" w:line="240" w:lineRule="auto"/>
              <w:rPr>
                <w:rFonts w:cs="Arial"/>
                <w:b w:val="0"/>
                <w:bCs w:val="0"/>
                <w:sz w:val="14"/>
                <w:szCs w:val="14"/>
                <w:lang w:val="en-US"/>
              </w:rPr>
            </w:pPr>
            <w:proofErr w:type="spellStart"/>
            <w:r w:rsidRPr="00EB75F0">
              <w:rPr>
                <w:rFonts w:cs="Arial"/>
                <w:color w:val="000000"/>
                <w:sz w:val="14"/>
                <w:szCs w:val="14"/>
                <w:lang w:val="en-US"/>
              </w:rPr>
              <w:t>Potkin</w:t>
            </w:r>
            <w:proofErr w:type="spellEnd"/>
            <w:r w:rsidRPr="00EB75F0">
              <w:rPr>
                <w:rFonts w:cs="Arial"/>
                <w:color w:val="000000"/>
                <w:sz w:val="14"/>
                <w:szCs w:val="14"/>
                <w:lang w:val="en-US"/>
              </w:rPr>
              <w:t xml:space="preserve"> 2003</w:t>
            </w:r>
            <w:r w:rsidR="0031308D" w:rsidRPr="00EB75F0">
              <w:rPr>
                <w:rFonts w:cs="Arial"/>
                <w:sz w:val="14"/>
                <w:szCs w:val="14"/>
              </w:rPr>
              <w:fldChar w:fldCharType="begin"/>
            </w:r>
            <w:r w:rsidR="00452EF4">
              <w:rPr>
                <w:rFonts w:cs="Arial"/>
                <w:sz w:val="14"/>
                <w:szCs w:val="14"/>
              </w:rPr>
              <w:instrText xml:space="preserve"> ADDIN EN.CITE &lt;EndNote&gt;&lt;Cite&gt;&lt;Author&gt;Potkin SG&lt;/Author&gt;&lt;Year&gt;2003&lt;/Year&gt;&lt;RecNum&gt;33&lt;/RecNum&gt;&lt;DisplayText&gt;&lt;style face="superscript"&gt;36&lt;/style&gt;&lt;/DisplayText&gt;&lt;record&gt;&lt;rec-number&gt;33&lt;/rec-number&gt;&lt;foreign-keys&gt;&lt;key app="EN" db-id="9ttaxzax2p0tr7ewzt55atews50zvxaaa5rz" timestamp="1764068830"&gt;33&lt;/key&gt;&lt;/foreign-keys&gt;&lt;ref-type name="Journal Article"&gt;17&lt;/ref-type&gt;&lt;contributors&gt;&lt;authors&gt;&lt;author&gt;Potkin SG, Saha AR, Kujawa MJ, Carson WH, Ali M, Stock E, Stringfellow J, Ingenito G, Marder SR.&lt;/author&gt;&lt;/authors&gt;&lt;/contributors&gt;&lt;titles&gt;&lt;title&gt;Aripiprazole, an antipsychotic with a novel mechanism of action, and risperidone vs placebo in patients with schizophrenia and schizoaffective disorder.&lt;/title&gt;&lt;secondary-title&gt;AMA Arch. Gen. Psychiatry&lt;/secondary-title&gt;&lt;/titles&gt;&lt;periodical&gt;&lt;full-title&gt;AMA Arch. Gen. Psychiatry&lt;/full-title&gt;&lt;/periodical&gt;&lt;pages&gt;681-90&lt;/pages&gt;&lt;volume&gt;60&lt;/volume&gt;&lt;number&gt;7&lt;/number&gt;&lt;dates&gt;&lt;year&gt;2003&lt;/year&gt;&lt;/dates&gt;&lt;urls&gt;&lt;/urls&gt;&lt;/record&gt;&lt;/Cite&gt;&lt;/EndNote&gt;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36</w:t>
            </w:r>
            <w:r w:rsidR="0031308D" w:rsidRPr="00EB75F0">
              <w:rPr>
                <w:rFonts w:cs="Arial"/>
                <w:sz w:val="14"/>
                <w:szCs w:val="14"/>
              </w:rPr>
              <w:fldChar w:fldCharType="end"/>
            </w:r>
          </w:p>
        </w:tc>
        <w:tc>
          <w:tcPr>
            <w:tcW w:w="203" w:type="pct"/>
            <w:noWrap/>
            <w:vAlign w:val="center"/>
          </w:tcPr>
          <w:p w14:paraId="143A4C8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1B964F8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212" w:type="pct"/>
            <w:noWrap/>
            <w:vAlign w:val="center"/>
          </w:tcPr>
          <w:p w14:paraId="7076A7C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130EF85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405A48C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62A6909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2B07028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46F9861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6D99A99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88" w:type="pct"/>
            <w:noWrap/>
            <w:vAlign w:val="center"/>
          </w:tcPr>
          <w:p w14:paraId="3B0B2CF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36C9D5E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noWrap/>
            <w:vAlign w:val="center"/>
          </w:tcPr>
          <w:p w14:paraId="7820D42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1E774A4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6168B67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092BFF8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77F73FF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635D3FE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0B69F0E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7A4C12F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5380F61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156D67D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2134446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6D319D0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345926FD"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5CECFEBD" w14:textId="42A759E3" w:rsidR="00436809" w:rsidRPr="00EB75F0" w:rsidRDefault="00436809" w:rsidP="00C32B29">
            <w:pPr>
              <w:spacing w:before="0" w:after="0" w:line="240" w:lineRule="auto"/>
              <w:rPr>
                <w:rFonts w:cs="Arial"/>
                <w:b w:val="0"/>
                <w:bCs w:val="0"/>
                <w:sz w:val="14"/>
                <w:szCs w:val="14"/>
                <w:lang w:val="en-US"/>
              </w:rPr>
            </w:pPr>
            <w:r w:rsidRPr="00EB75F0">
              <w:rPr>
                <w:rFonts w:cs="Arial"/>
                <w:color w:val="000000"/>
                <w:sz w:val="14"/>
                <w:szCs w:val="14"/>
                <w:lang w:val="en-US"/>
              </w:rPr>
              <w:t>Correll 2016 (NCT00905307)</w:t>
            </w:r>
            <w:r w:rsidR="0031308D" w:rsidRPr="00EB75F0">
              <w:rPr>
                <w:rFonts w:cs="Arial"/>
                <w:sz w:val="14"/>
                <w:szCs w:val="14"/>
              </w:rPr>
              <w:fldChar w:fldCharType="begin"/>
            </w:r>
            <w:r w:rsidR="00452EF4">
              <w:rPr>
                <w:rFonts w:cs="Arial"/>
                <w:sz w:val="14"/>
                <w:szCs w:val="14"/>
              </w:rPr>
              <w:instrText xml:space="preserve"> ADDIN EN.CITE &lt;EndNote&gt;&lt;Cite&gt;&lt;Author&gt;Correll CU&lt;/Author&gt;&lt;Year&gt;2016&lt;/Year&gt;&lt;RecNum&gt;34&lt;/RecNum&gt;&lt;DisplayText&gt;&lt;style face="superscript"&gt;37&lt;/style&gt;&lt;/DisplayText&gt;&lt;record&gt;&lt;rec-number&gt;34&lt;/rec-number&gt;&lt;foreign-keys&gt;&lt;key app="EN" db-id="9ttaxzax2p0tr7ewzt55atews50zvxaaa5rz" timestamp="1764068830"&gt;34&lt;/key&gt;&lt;/foreign-keys&gt;&lt;ref-type name="Journal Article"&gt;17&lt;/ref-type&gt;&lt;contributors&gt;&lt;authors&gt;&lt;author&gt;Correll CU, Skuban A, Hobart M, Ouyang J, Weiller E, Weiss C, Kane JM.&lt;/author&gt;&lt;/authors&gt;&lt;/contributors&gt;&lt;titles&gt;&lt;title&gt;Efficacy of brexpiprazole in patients with acute schizophrenia: review of three randomized, double-blind, placebo-controlled studies.&lt;/title&gt;&lt;secondary-title&gt;Schizophr. Res.&lt;/secondary-title&gt;&lt;/titles&gt;&lt;periodical&gt;&lt;full-title&gt;Schizophr. Res.&lt;/full-title&gt;&lt;/periodical&gt;&lt;pages&gt;82-92&lt;/pages&gt;&lt;volume&gt;174&lt;/volume&gt;&lt;number&gt;1-3&lt;/number&gt;&lt;dates&gt;&lt;year&gt;2016&lt;/year&gt;&lt;/dates&gt;&lt;urls&gt;&lt;/urls&gt;&lt;/record&gt;&lt;/Cite&gt;&lt;/EndNote&gt;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37</w:t>
            </w:r>
            <w:r w:rsidR="0031308D" w:rsidRPr="00EB75F0">
              <w:rPr>
                <w:rFonts w:cs="Arial"/>
                <w:sz w:val="14"/>
                <w:szCs w:val="14"/>
              </w:rPr>
              <w:fldChar w:fldCharType="end"/>
            </w:r>
          </w:p>
        </w:tc>
        <w:tc>
          <w:tcPr>
            <w:tcW w:w="203" w:type="pct"/>
            <w:noWrap/>
            <w:vAlign w:val="center"/>
          </w:tcPr>
          <w:p w14:paraId="0AF56DE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0487121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12" w:type="pct"/>
            <w:noWrap/>
            <w:vAlign w:val="center"/>
          </w:tcPr>
          <w:p w14:paraId="4CCCB80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64BD5BB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4F74F7B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554F043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53616D5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5BABDD9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6B61054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88" w:type="pct"/>
            <w:noWrap/>
            <w:vAlign w:val="center"/>
          </w:tcPr>
          <w:p w14:paraId="0413842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7BC28C0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noWrap/>
            <w:vAlign w:val="center"/>
          </w:tcPr>
          <w:p w14:paraId="71831F5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4E573AC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1" w:type="pct"/>
            <w:noWrap/>
            <w:vAlign w:val="center"/>
          </w:tcPr>
          <w:p w14:paraId="0376D83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65" w:type="pct"/>
            <w:noWrap/>
            <w:vAlign w:val="center"/>
          </w:tcPr>
          <w:p w14:paraId="0151430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2584E18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75CC88D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42AA065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0FC3223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4C033D5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33550B6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60A304E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68FFB1E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419A8E16"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5B398E9A" w14:textId="17D10798" w:rsidR="00436809" w:rsidRPr="00EB75F0" w:rsidRDefault="00436809" w:rsidP="00C32B29">
            <w:pPr>
              <w:spacing w:before="0" w:after="0" w:line="240" w:lineRule="auto"/>
              <w:rPr>
                <w:rFonts w:cs="Arial"/>
                <w:b w:val="0"/>
                <w:bCs w:val="0"/>
                <w:sz w:val="14"/>
                <w:szCs w:val="14"/>
                <w:lang w:val="en-US"/>
              </w:rPr>
            </w:pPr>
            <w:proofErr w:type="spellStart"/>
            <w:r w:rsidRPr="00EB75F0">
              <w:rPr>
                <w:rFonts w:cs="Arial"/>
                <w:color w:val="000000"/>
                <w:sz w:val="14"/>
                <w:szCs w:val="14"/>
                <w:lang w:val="en-US"/>
              </w:rPr>
              <w:t>Ishigooka</w:t>
            </w:r>
            <w:proofErr w:type="spellEnd"/>
            <w:r w:rsidRPr="00EB75F0">
              <w:rPr>
                <w:rFonts w:cs="Arial"/>
                <w:color w:val="000000"/>
                <w:sz w:val="14"/>
                <w:szCs w:val="14"/>
                <w:lang w:val="en-US"/>
              </w:rPr>
              <w:t xml:space="preserve"> 2018</w:t>
            </w:r>
            <w:r w:rsidR="0031308D" w:rsidRPr="00EB75F0">
              <w:rPr>
                <w:rFonts w:cs="Arial"/>
                <w:sz w:val="14"/>
                <w:szCs w:val="14"/>
              </w:rPr>
              <w:fldChar w:fldCharType="begin"/>
            </w:r>
            <w:r w:rsidR="00452EF4">
              <w:rPr>
                <w:rFonts w:cs="Arial"/>
                <w:sz w:val="14"/>
                <w:szCs w:val="14"/>
              </w:rPr>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sz w:val="14"/>
                <w:szCs w:val="14"/>
              </w:rPr>
              <w:instrText>‐</w:instrText>
            </w:r>
            <w:r w:rsidR="00452EF4">
              <w:rPr>
                <w:rFonts w:cs="Arial"/>
                <w:sz w:val="14"/>
                <w:szCs w:val="14"/>
              </w:rPr>
              <w:instrText>week, randomized, double</w:instrText>
            </w:r>
            <w:r w:rsidR="00452EF4">
              <w:rPr>
                <w:rFonts w:ascii="Cambria Math" w:hAnsi="Cambria Math" w:cs="Cambria Math"/>
                <w:sz w:val="14"/>
                <w:szCs w:val="14"/>
              </w:rPr>
              <w:instrText>‐</w:instrText>
            </w:r>
            <w:r w:rsidR="00452EF4">
              <w:rPr>
                <w:rFonts w:cs="Arial"/>
                <w:sz w:val="14"/>
                <w:szCs w:val="14"/>
              </w:rPr>
              <w:instrText>blind, placebo</w:instrText>
            </w:r>
            <w:r w:rsidR="00452EF4">
              <w:rPr>
                <w:rFonts w:ascii="Cambria Math" w:hAnsi="Cambria Math" w:cs="Cambria Math"/>
                <w:sz w:val="14"/>
                <w:szCs w:val="14"/>
              </w:rPr>
              <w:instrText>‐</w:instrText>
            </w:r>
            <w:r w:rsidR="00452EF4">
              <w:rPr>
                <w:rFonts w:cs="Arial"/>
                <w:sz w:val="14"/>
                <w:szCs w:val="14"/>
              </w:rPr>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40</w:t>
            </w:r>
            <w:r w:rsidR="0031308D" w:rsidRPr="00EB75F0">
              <w:rPr>
                <w:rFonts w:cs="Arial"/>
                <w:sz w:val="14"/>
                <w:szCs w:val="14"/>
              </w:rPr>
              <w:fldChar w:fldCharType="end"/>
            </w:r>
          </w:p>
        </w:tc>
        <w:tc>
          <w:tcPr>
            <w:tcW w:w="203" w:type="pct"/>
            <w:noWrap/>
            <w:vAlign w:val="center"/>
          </w:tcPr>
          <w:p w14:paraId="4A2089D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5D555D3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212" w:type="pct"/>
            <w:noWrap/>
            <w:vAlign w:val="center"/>
          </w:tcPr>
          <w:p w14:paraId="2EE5EBD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459536F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0869E9B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6236BD8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6911036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4CBBBAA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58F4F37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482CB85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76A84CC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noWrap/>
            <w:vAlign w:val="center"/>
          </w:tcPr>
          <w:p w14:paraId="3196351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6A7FF2F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4998193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6B0C0AA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480180E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7CBC29C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65" w:type="pct"/>
            <w:gridSpan w:val="2"/>
            <w:noWrap/>
            <w:vAlign w:val="center"/>
          </w:tcPr>
          <w:p w14:paraId="599B0EF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2C9A97D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41BEDE3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526044D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523DC9E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2777FFB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5AE2E46B"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6149C412" w14:textId="41721EB5" w:rsidR="00436809" w:rsidRPr="00EB75F0" w:rsidRDefault="00436809" w:rsidP="00C32B29">
            <w:pPr>
              <w:spacing w:before="0" w:after="0" w:line="240" w:lineRule="auto"/>
              <w:rPr>
                <w:rFonts w:cs="Arial"/>
                <w:b w:val="0"/>
                <w:bCs w:val="0"/>
                <w:sz w:val="14"/>
                <w:szCs w:val="14"/>
                <w:lang w:val="en-US"/>
              </w:rPr>
            </w:pPr>
            <w:r w:rsidRPr="00EB75F0">
              <w:rPr>
                <w:rFonts w:cs="Arial"/>
                <w:color w:val="000000"/>
                <w:sz w:val="14"/>
                <w:szCs w:val="14"/>
                <w:lang w:val="en-US"/>
              </w:rPr>
              <w:t>Correll 2015</w:t>
            </w:r>
            <w:r w:rsidR="0031308D" w:rsidRPr="00EB75F0">
              <w:rPr>
                <w:rFonts w:cs="Arial"/>
                <w:sz w:val="14"/>
                <w:szCs w:val="14"/>
              </w:rPr>
              <w:fldChar w:fldCharType="begin"/>
            </w:r>
            <w:r w:rsidR="00452EF4">
              <w:rPr>
                <w:rFonts w:cs="Arial"/>
                <w:sz w:val="14"/>
                <w:szCs w:val="14"/>
              </w:rPr>
              <w:instrText xml:space="preserve"> ADDIN EN.CITE &lt;EndNote&gt;&lt;Cite&gt;&lt;Author&gt;Correll&lt;/Author&gt;&lt;Year&gt;2015&lt;/Year&gt;&lt;RecNum&gt;38&lt;/RecNum&gt;&lt;DisplayText&gt;&lt;style face="superscript"&gt;41&lt;/style&gt;&lt;/DisplayText&gt;&lt;record&gt;&lt;rec-number&gt;38&lt;/rec-number&gt;&lt;foreign-keys&gt;&lt;key app="EN" db-id="9ttaxzax2p0tr7ewzt55atews50zvxaaa5rz" timestamp="1764068831"&gt;38&lt;/key&gt;&lt;/foreign-keys&gt;&lt;ref-type name="Journal Article"&gt;17&lt;/ref-type&gt;&lt;contributors&gt;&lt;authors&gt;&lt;author&gt;Correll, Christoph U&lt;/author&gt;&lt;author&gt;Skuban, Aleksandar&lt;/author&gt;&lt;author&gt;Ouyang, John&lt;/author&gt;&lt;author&gt;Hobart, Mary&lt;/author&gt;&lt;author&gt;Pfister, Stephanie&lt;/author&gt;&lt;author&gt;McQuade, Robert D&lt;/author&gt;&lt;author&gt;Nyilas, Margaretta&lt;/author&gt;&lt;author&gt;Carson, William H&lt;/author&gt;&lt;author&gt;Sanchez, Raymond&lt;/author&gt;&lt;author&gt;Eriksson, Hans&lt;/author&gt;&lt;/authors&gt;&lt;/contributors&gt;&lt;titles&gt;&lt;title&gt;Efficacy and safety of brexpiprazole for the treatment of acute schizophrenia: a 6-week randomized, double-blind, placebo-controlled trial&lt;/title&gt;&lt;secondary-title&gt;American Journal of Psychiatry&lt;/secondary-title&gt;&lt;/titles&gt;&lt;periodical&gt;&lt;full-title&gt;American Journal of Psychiatry&lt;/full-title&gt;&lt;/periodical&gt;&lt;pages&gt;870-880&lt;/pages&gt;&lt;volume&gt;172&lt;/volume&gt;&lt;number&gt;9&lt;/number&gt;&lt;dates&gt;&lt;year&gt;2015&lt;/year&gt;&lt;/dates&gt;&lt;isbn&gt;0002-953X&lt;/isbn&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41</w:t>
            </w:r>
            <w:r w:rsidR="0031308D" w:rsidRPr="00EB75F0">
              <w:rPr>
                <w:rFonts w:cs="Arial"/>
                <w:sz w:val="14"/>
                <w:szCs w:val="14"/>
              </w:rPr>
              <w:fldChar w:fldCharType="end"/>
            </w:r>
          </w:p>
        </w:tc>
        <w:tc>
          <w:tcPr>
            <w:tcW w:w="203" w:type="pct"/>
            <w:noWrap/>
            <w:vAlign w:val="center"/>
          </w:tcPr>
          <w:p w14:paraId="65F3DDD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5791C81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12" w:type="pct"/>
            <w:noWrap/>
            <w:vAlign w:val="center"/>
          </w:tcPr>
          <w:p w14:paraId="0EB5C51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6E55E52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704604E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4937010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5E2F9E7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63E03B0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2C44C9D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6601131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5245C06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noWrap/>
            <w:vAlign w:val="center"/>
          </w:tcPr>
          <w:p w14:paraId="58F31CF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01AAF8A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171154F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0EF45F3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4FF5C4A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228533C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6B20F4B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6A5A22D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1EF7A23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1D1616F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737B70B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61A03A2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285365E3"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4D61D44E" w14:textId="282E34EF" w:rsidR="00436809" w:rsidRPr="00EB75F0" w:rsidRDefault="00436809" w:rsidP="00C32B29">
            <w:pPr>
              <w:spacing w:before="0" w:after="0" w:line="240" w:lineRule="auto"/>
              <w:rPr>
                <w:rFonts w:cs="Arial"/>
                <w:b w:val="0"/>
                <w:bCs w:val="0"/>
                <w:sz w:val="14"/>
                <w:szCs w:val="14"/>
                <w:lang w:val="en-US"/>
              </w:rPr>
            </w:pPr>
            <w:r w:rsidRPr="00EB75F0">
              <w:rPr>
                <w:rFonts w:cs="Arial"/>
                <w:color w:val="000000"/>
                <w:sz w:val="14"/>
                <w:szCs w:val="14"/>
                <w:lang w:val="en-US"/>
              </w:rPr>
              <w:t>Kane 2015 (BEACON</w:t>
            </w:r>
            <w:r w:rsidR="0031308D" w:rsidRPr="00EB75F0">
              <w:rPr>
                <w:rFonts w:cs="Arial"/>
                <w:sz w:val="14"/>
                <w:szCs w:val="14"/>
              </w:rPr>
              <w:fldChar w:fldCharType="begin">
                <w:fldData xml:space="preserve">PEVuZE5vdGU+PENpdGU+PEF1dGhvcj5LYW5lPC9BdXRob3I+PFllYXI+MjAxNTwvWWVhcj48UmVj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</w:fldData>
              </w:fldChar>
            </w:r>
            <w:r w:rsidR="00452EF4">
              <w:rPr>
                <w:rFonts w:cs="Arial"/>
                <w:sz w:val="14"/>
                <w:szCs w:val="14"/>
              </w:rPr>
              <w:instrText xml:space="preserve"> ADDIN EN.CITE </w:instrText>
            </w:r>
            <w:r w:rsidR="00452EF4">
              <w:rPr>
                <w:rFonts w:cs="Arial"/>
                <w:sz w:val="14"/>
                <w:szCs w:val="14"/>
              </w:rPr>
              <w:fldChar w:fldCharType="begin">
                <w:fldData xml:space="preserve">PEVuZE5vdGU+PENpdGU+PEF1dGhvcj5LYW5lPC9BdXRob3I+PFllYXI+MjAxNTwvWWVhcj48UmVj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</w:fldData>
              </w:fldChar>
            </w:r>
            <w:r w:rsidR="00452EF4">
              <w:rPr>
                <w:rFonts w:cs="Arial"/>
                <w:sz w:val="14"/>
                <w:szCs w:val="14"/>
              </w:rPr>
              <w:instrText xml:space="preserve"> ADDIN EN.CITE.DATA </w:instrText>
            </w:r>
            <w:r w:rsidR="00452EF4">
              <w:rPr>
                <w:rFonts w:cs="Arial"/>
                <w:sz w:val="14"/>
                <w:szCs w:val="14"/>
              </w:rPr>
            </w:r>
            <w:r w:rsidR="00452EF4">
              <w:rPr>
                <w:rFonts w:cs="Arial"/>
                <w:sz w:val="14"/>
                <w:szCs w:val="14"/>
              </w:rPr>
              <w:fldChar w:fldCharType="end"/>
            </w:r>
            <w:r w:rsidR="0031308D" w:rsidRPr="00EB75F0">
              <w:rPr>
                <w:rFonts w:cs="Arial"/>
                <w:sz w:val="14"/>
                <w:szCs w:val="14"/>
              </w:rPr>
            </w:r>
            <w:r w:rsidR="0031308D" w:rsidRPr="00EB75F0">
              <w:rPr>
                <w:rFonts w:cs="Arial"/>
                <w:sz w:val="14"/>
                <w:szCs w:val="14"/>
              </w:rPr>
              <w:fldChar w:fldCharType="separate"/>
            </w:r>
            <w:r w:rsidR="00452EF4" w:rsidRPr="00452EF4">
              <w:rPr>
                <w:rFonts w:cs="Arial"/>
                <w:noProof/>
                <w:sz w:val="14"/>
                <w:szCs w:val="14"/>
                <w:vertAlign w:val="superscript"/>
              </w:rPr>
              <w:t>42</w:t>
            </w:r>
            <w:r w:rsidR="0031308D" w:rsidRPr="00EB75F0">
              <w:rPr>
                <w:rFonts w:cs="Arial"/>
                <w:sz w:val="14"/>
                <w:szCs w:val="14"/>
              </w:rPr>
              <w:fldChar w:fldCharType="end"/>
            </w:r>
            <w:r w:rsidRPr="00EB75F0">
              <w:rPr>
                <w:rFonts w:cs="Arial"/>
                <w:color w:val="000000"/>
                <w:sz w:val="14"/>
                <w:szCs w:val="14"/>
                <w:lang w:val="en-US"/>
              </w:rPr>
              <w:t>)</w:t>
            </w:r>
          </w:p>
        </w:tc>
        <w:tc>
          <w:tcPr>
            <w:tcW w:w="203" w:type="pct"/>
            <w:noWrap/>
            <w:vAlign w:val="center"/>
          </w:tcPr>
          <w:p w14:paraId="3D1AA2B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41E0C29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12" w:type="pct"/>
            <w:noWrap/>
            <w:vAlign w:val="center"/>
          </w:tcPr>
          <w:p w14:paraId="6695BD3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198A020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5E7CFF8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7C643D0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2C8624F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3144CF1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37C9FB3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5AB6BCC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2F75E62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70" w:type="pct"/>
            <w:noWrap/>
            <w:vAlign w:val="center"/>
          </w:tcPr>
          <w:p w14:paraId="590C472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4712983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2F65F87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75F953C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790EF63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4E098E5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5FA6E6D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20F29F4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16D4F9C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037E12D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16A6998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105BAEF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0095AA06"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2278857E" w14:textId="003635B4"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t>Marder 2016</w:t>
            </w:r>
            <w:r w:rsidR="0031308D" w:rsidRPr="00EB75F0">
              <w:rPr>
                <w:rFonts w:cs="Arial"/>
                <w:sz w:val="14"/>
                <w:szCs w:val="14"/>
              </w:rPr>
              <w:fldChar w:fldCharType="begin"/>
            </w:r>
            <w:r w:rsidR="00452EF4">
              <w:rPr>
                <w:rFonts w:cs="Arial"/>
                <w:sz w:val="14"/>
                <w:szCs w:val="14"/>
              </w:rPr>
              <w:instrText xml:space="preserve"> ADDIN EN.CITE &lt;EndNote&gt;&lt;Cite&gt;&lt;Author&gt;Marder&lt;/Author&gt;&lt;Year&gt;2016&lt;/Year&gt;&lt;RecNum&gt;40&lt;/RecNum&gt;&lt;DisplayText&gt;&lt;style face="superscript"&gt;43&lt;/style&gt;&lt;/DisplayText&gt;&lt;record&gt;&lt;rec-number&gt;40&lt;/rec-number&gt;&lt;foreign-keys&gt;&lt;key app="EN" db-id="9ttaxzax2p0tr7ewzt55atews50zvxaaa5rz" timestamp="1764068832"&gt;40&lt;/key&gt;&lt;/foreign-keys&gt;&lt;ref-type name="Journal Article"&gt;17&lt;/ref-type&gt;&lt;contributors&gt;&lt;authors&gt;&lt;author&gt;Marder, SR&lt;/author&gt;&lt;author&gt;Hakala, M&lt;/author&gt;&lt;author&gt;Gislum, M&lt;/author&gt;&lt;author&gt;Skuban, A&lt;/author&gt;&lt;author&gt;Weiller, E&lt;/author&gt;&lt;author&gt;Weiss, C&lt;/author&gt;&lt;/authors&gt;&lt;/contributors&gt;&lt;titles&gt;&lt;title&gt;An interventional, multi-center, randomized, double-blind, placebo-controlled, active reference, flexible dose study of brexpiprazole in adults with acute schizophrenia&lt;/title&gt;&lt;secondary-title&gt;European Psychiatry&lt;/secondary-title&gt;&lt;/titles&gt;&lt;periodical&gt;&lt;full-title&gt;European Psychiatry&lt;/full-title&gt;&lt;/periodical&gt;&lt;pages&gt;S99-S99&lt;/pages&gt;&lt;volume&gt;33&lt;/volume&gt;&lt;number&gt;S1&lt;/number&gt;&lt;dates&gt;&lt;year&gt;2016&lt;/year&gt;&lt;/dates&gt;&lt;isbn&gt;0924-9338&lt;/isbn&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43</w:t>
            </w:r>
            <w:r w:rsidR="0031308D" w:rsidRPr="00EB75F0">
              <w:rPr>
                <w:rFonts w:cs="Arial"/>
                <w:sz w:val="14"/>
                <w:szCs w:val="14"/>
              </w:rPr>
              <w:fldChar w:fldCharType="end"/>
            </w:r>
          </w:p>
        </w:tc>
        <w:tc>
          <w:tcPr>
            <w:tcW w:w="203" w:type="pct"/>
            <w:noWrap/>
            <w:vAlign w:val="center"/>
          </w:tcPr>
          <w:p w14:paraId="04A5E5F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6B73777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12" w:type="pct"/>
            <w:noWrap/>
            <w:vAlign w:val="center"/>
          </w:tcPr>
          <w:p w14:paraId="47B9ED9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42DB7A1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78E88B5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0C367C8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84" w:type="pct"/>
            <w:noWrap/>
            <w:vAlign w:val="center"/>
          </w:tcPr>
          <w:p w14:paraId="2153D42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84" w:type="pct"/>
            <w:noWrap/>
            <w:vAlign w:val="center"/>
          </w:tcPr>
          <w:p w14:paraId="27FED43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84" w:type="pct"/>
            <w:noWrap/>
            <w:vAlign w:val="center"/>
          </w:tcPr>
          <w:p w14:paraId="761FA84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88" w:type="pct"/>
            <w:noWrap/>
            <w:vAlign w:val="center"/>
          </w:tcPr>
          <w:p w14:paraId="3787A06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69209B5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22F4BE0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222B402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7048ECA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65" w:type="pct"/>
            <w:noWrap/>
            <w:vAlign w:val="center"/>
          </w:tcPr>
          <w:p w14:paraId="38ACF19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65" w:type="pct"/>
            <w:gridSpan w:val="2"/>
            <w:noWrap/>
            <w:vAlign w:val="center"/>
          </w:tcPr>
          <w:p w14:paraId="5DBCAC4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2A2A271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2E2B5F0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50E93AB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1E7DD6D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5CA7F2E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321FAC3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041DA6D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032B1511"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08A85298" w14:textId="29FA2C31"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t>NCT01625000</w:t>
            </w:r>
            <w:r w:rsidR="0031308D" w:rsidRPr="00EB75F0">
              <w:rPr>
                <w:rFonts w:cs="Arial"/>
                <w:sz w:val="14"/>
                <w:szCs w:val="14"/>
              </w:rPr>
              <w:fldChar w:fldCharType="begin"/>
            </w:r>
            <w:r w:rsidR="00452EF4">
              <w:rPr>
                <w:rFonts w:cs="Arial"/>
                <w:sz w:val="14"/>
                <w:szCs w:val="14"/>
              </w:rPr>
              <w:instrText xml:space="preserve"> ADDIN EN.CITE &lt;EndNote&gt;&lt;Cite&gt;&lt;Author&gt;NCT01625000&lt;/Author&gt;&lt;Year&gt;2021&lt;/Year&gt;&lt;RecNum&gt;41&lt;/RecNum&gt;&lt;DisplayText&gt;&lt;style face="superscript"&gt;44&lt;/style&gt;&lt;/DisplayText&gt;&lt;record&gt;&lt;rec-number&gt;41&lt;/rec-number&gt;&lt;foreign-keys&gt;&lt;key app="EN" db-id="9ttaxzax2p0tr7ewzt55atews50zvxaaa5rz" timestamp="1764068832"&gt;41&lt;/key&gt;&lt;/foreign-keys&gt;&lt;ref-type name="Journal Article"&gt;17&lt;/ref-type&gt;&lt;contributors&gt;&lt;authors&gt;&lt;author&gt;NCT01625000&lt;/author&gt;&lt;/authors&gt;&lt;/contributors&gt;&lt;titles&gt;&lt;title&gt;Safety and Efficacy of MP-214 in Patients With Schizophrenia&lt;/title&gt;&lt;secondary-title&gt;-&lt;/secondary-title&gt;&lt;/titles&gt;&lt;periodical&gt;&lt;full-title&gt;-&lt;/full-title&gt;&lt;/periodical&gt;&lt;pages&gt;-&lt;/pages&gt;&lt;volume&gt;-&lt;/volume&gt;&lt;dates&gt;&lt;year&gt;2021&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44</w:t>
            </w:r>
            <w:r w:rsidR="0031308D" w:rsidRPr="00EB75F0">
              <w:rPr>
                <w:rFonts w:cs="Arial"/>
                <w:sz w:val="14"/>
                <w:szCs w:val="14"/>
              </w:rPr>
              <w:fldChar w:fldCharType="end"/>
            </w:r>
            <w:r w:rsidRPr="00EB75F0">
              <w:rPr>
                <w:rFonts w:cs="Arial"/>
                <w:sz w:val="14"/>
                <w:szCs w:val="14"/>
                <w:lang w:val="en-US"/>
              </w:rPr>
              <w:t>**</w:t>
            </w:r>
          </w:p>
        </w:tc>
        <w:tc>
          <w:tcPr>
            <w:tcW w:w="203" w:type="pct"/>
            <w:noWrap/>
            <w:vAlign w:val="center"/>
          </w:tcPr>
          <w:p w14:paraId="3C753D5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204" w:type="pct"/>
            <w:noWrap/>
            <w:vAlign w:val="center"/>
          </w:tcPr>
          <w:p w14:paraId="78BF8A8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212" w:type="pct"/>
            <w:noWrap/>
            <w:vAlign w:val="center"/>
          </w:tcPr>
          <w:p w14:paraId="6731997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74D8FDA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84" w:type="pct"/>
            <w:noWrap/>
            <w:vAlign w:val="center"/>
          </w:tcPr>
          <w:p w14:paraId="438731C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84" w:type="pct"/>
            <w:noWrap/>
            <w:vAlign w:val="center"/>
          </w:tcPr>
          <w:p w14:paraId="348D77E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323EE11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314E245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1DD4260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88" w:type="pct"/>
            <w:noWrap/>
            <w:vAlign w:val="center"/>
          </w:tcPr>
          <w:p w14:paraId="6EC36B8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NI</w:t>
            </w:r>
          </w:p>
        </w:tc>
        <w:tc>
          <w:tcPr>
            <w:tcW w:w="170" w:type="pct"/>
            <w:noWrap/>
            <w:vAlign w:val="center"/>
          </w:tcPr>
          <w:p w14:paraId="5A01E2F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156D7A3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23F78C2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6AC919D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65" w:type="pct"/>
            <w:noWrap/>
            <w:vAlign w:val="center"/>
          </w:tcPr>
          <w:p w14:paraId="3FF0831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08E15E6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48F02C0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40D4E2E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4210944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111526A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NI</w:t>
            </w:r>
          </w:p>
        </w:tc>
        <w:tc>
          <w:tcPr>
            <w:tcW w:w="153" w:type="pct"/>
            <w:noWrap/>
            <w:vAlign w:val="center"/>
          </w:tcPr>
          <w:p w14:paraId="7378E41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7FD2C66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54134AD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High</w:t>
            </w:r>
          </w:p>
        </w:tc>
      </w:tr>
      <w:tr w:rsidR="00436809" w:rsidRPr="00EB75F0" w14:paraId="11493734"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26D3E36D" w14:textId="74DF142C"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t>Durgam 2016</w:t>
            </w:r>
            <w:r w:rsidR="0031308D" w:rsidRPr="00EB75F0">
              <w:rPr>
                <w:rFonts w:cs="Arial"/>
                <w:sz w:val="14"/>
                <w:szCs w:val="14"/>
              </w:rPr>
              <w:fldChar w:fldCharType="begin"/>
            </w:r>
            <w:r w:rsidR="00452EF4">
              <w:rPr>
                <w:rFonts w:cs="Arial"/>
                <w:sz w:val="14"/>
                <w:szCs w:val="14"/>
              </w:rPr>
              <w:instrText xml:space="preserve"> ADDIN EN.CITE &lt;EndNote&gt;&lt;Cite&gt;&lt;Author&gt;Durgam S&lt;/Author&gt;&lt;Year&gt;2016&lt;/Year&gt;&lt;RecNum&gt;42&lt;/RecNum&gt;&lt;DisplayText&gt;&lt;style face="superscript"&gt;45&lt;/style&gt;&lt;/DisplayText&gt;&lt;record&gt;&lt;rec-number&gt;42&lt;/rec-number&gt;&lt;foreign-keys&gt;&lt;key app="EN" db-id="9ttaxzax2p0tr7ewzt55atews50zvxaaa5rz" timestamp="1764068832"&gt;42&lt;/key&gt;&lt;/foreign-keys&gt;&lt;ref-type name="Journal Article"&gt;17&lt;/ref-type&gt;&lt;contributors&gt;&lt;authors&gt;&lt;author&gt;Durgam S, Litman RE, Papadakis K, Li D, Németh G, Laszlovszky I&lt;/author&gt;&lt;/authors&gt;&lt;/contributors&gt;&lt;titles&gt;&lt;title&gt;Cariprazine in the treatment of schizophrenia: a proof-of-concept trial&lt;/title&gt;&lt;secondary-title&gt;Int. Clin. Psychopharmacol.&lt;/secondary-title&gt;&lt;/titles&gt;&lt;periodical&gt;&lt;full-title&gt;Int. Clin. Psychopharmacol.&lt;/full-title&gt;&lt;/periodical&gt;&lt;pages&gt;61&lt;/pages&gt;&lt;volume&gt;31&lt;/volume&gt;&lt;number&gt;2&lt;/number&gt;&lt;dates&gt;&lt;year&gt;2016&lt;/year&gt;&lt;/dates&gt;&lt;urls&gt;&lt;/urls&gt;&lt;/record&gt;&lt;/Cite&gt;&lt;/EndNote&gt;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45</w:t>
            </w:r>
            <w:r w:rsidR="0031308D" w:rsidRPr="00EB75F0">
              <w:rPr>
                <w:rFonts w:cs="Arial"/>
                <w:sz w:val="14"/>
                <w:szCs w:val="14"/>
              </w:rPr>
              <w:fldChar w:fldCharType="end"/>
            </w:r>
          </w:p>
        </w:tc>
        <w:tc>
          <w:tcPr>
            <w:tcW w:w="203" w:type="pct"/>
            <w:noWrap/>
            <w:vAlign w:val="center"/>
          </w:tcPr>
          <w:p w14:paraId="29C8938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0ED19FF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212" w:type="pct"/>
            <w:noWrap/>
            <w:vAlign w:val="center"/>
          </w:tcPr>
          <w:p w14:paraId="1AF226A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56C2051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6C4B6D6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24B0B48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2A0B5E9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11397B4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653A851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1110B5B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49174E8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70" w:type="pct"/>
            <w:noWrap/>
            <w:vAlign w:val="center"/>
          </w:tcPr>
          <w:p w14:paraId="1E2D256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44FFCFE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24D6DC2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61C9AAB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10A674A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5CD5625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012B58C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76F8F58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47F0EB5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0081CBD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0E76B3E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7AE07DD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139AA58D"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40D792B1" w14:textId="06924AE3"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lastRenderedPageBreak/>
              <w:t>Durgam 2014</w:t>
            </w:r>
            <w:r w:rsidR="0031308D" w:rsidRPr="00EB75F0">
              <w:rPr>
                <w:rFonts w:cs="Arial"/>
                <w:sz w:val="14"/>
                <w:szCs w:val="14"/>
              </w:rPr>
              <w:fldChar w:fldCharType="begin"/>
            </w:r>
            <w:r w:rsidR="00452EF4">
              <w:rPr>
                <w:rFonts w:cs="Arial"/>
                <w:sz w:val="14"/>
                <w:szCs w:val="14"/>
              </w:rPr>
              <w:instrText xml:space="preserve"> ADDIN EN.CITE &lt;EndNote&gt;&lt;Cite&gt;&lt;Author&gt;Durgam S&lt;/Author&gt;&lt;Year&gt;2014&lt;/Year&gt;&lt;RecNum&gt;43&lt;/RecNum&gt;&lt;DisplayText&gt;&lt;style face="superscript"&gt;46&lt;/style&gt;&lt;/DisplayText&gt;&lt;record&gt;&lt;rec-number&gt;43&lt;/rec-number&gt;&lt;foreign-keys&gt;&lt;key app="EN" db-id="9ttaxzax2p0tr7ewzt55atews50zvxaaa5rz" timestamp="1764068832"&gt;43&lt;/key&gt;&lt;/foreign-keys&gt;&lt;ref-type name="Journal Article"&gt;17&lt;/ref-type&gt;&lt;contributors&gt;&lt;authors&gt;&lt;author&gt;Durgam S, Starace A, Li D, Migliore R, Ruth A, Németh G, Laszlovszky I&lt;/author&gt;&lt;/authors&gt;&lt;/contributors&gt;&lt;titles&gt;&lt;title&gt;An evaluation of the safety and efficacy of cariprazine in patients with acute exacerbation of schizophrenia: a phase II, randomized clinical trial.&lt;/title&gt;&lt;secondary-title&gt;Schizophr. Res.&lt;/secondary-title&gt;&lt;/titles&gt;&lt;periodical&gt;&lt;full-title&gt;Schizophr. Res.&lt;/full-title&gt;&lt;/periodical&gt;&lt;pages&gt;450-7&lt;/pages&gt;&lt;volume&gt;1&lt;/volume&gt;&lt;number&gt;152&lt;/number&gt;&lt;dates&gt;&lt;year&gt;2014&lt;/year&gt;&lt;/dates&gt;&lt;urls&gt;&lt;/urls&gt;&lt;/record&gt;&lt;/Cite&gt;&lt;/EndNote&gt;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46</w:t>
            </w:r>
            <w:r w:rsidR="0031308D" w:rsidRPr="00EB75F0">
              <w:rPr>
                <w:rFonts w:cs="Arial"/>
                <w:sz w:val="14"/>
                <w:szCs w:val="14"/>
              </w:rPr>
              <w:fldChar w:fldCharType="end"/>
            </w:r>
          </w:p>
        </w:tc>
        <w:tc>
          <w:tcPr>
            <w:tcW w:w="203" w:type="pct"/>
            <w:noWrap/>
            <w:vAlign w:val="center"/>
          </w:tcPr>
          <w:p w14:paraId="2923711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4FB70CB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12" w:type="pct"/>
            <w:noWrap/>
            <w:vAlign w:val="center"/>
          </w:tcPr>
          <w:p w14:paraId="3C6FEEF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2D2F912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14E0AF6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0AB5F6A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01C3742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424AD03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4B22604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00D3E77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5C63CD7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70" w:type="pct"/>
            <w:noWrap/>
            <w:vAlign w:val="center"/>
          </w:tcPr>
          <w:p w14:paraId="7BCE5D7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36E59B7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218A054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46F8BDC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4F96088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49D1556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7EC6BCD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29467AB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0FDD86F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40902B3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75D7BE1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70A5618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50ED5032"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2ECDC64D" w14:textId="460A0361"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t>Kane 2015</w:t>
            </w:r>
            <w:r w:rsidR="0031308D" w:rsidRPr="00EB75F0">
              <w:rPr>
                <w:rFonts w:cs="Arial"/>
                <w:sz w:val="14"/>
                <w:szCs w:val="14"/>
              </w:rPr>
              <w:fldChar w:fldCharType="begin"/>
            </w:r>
            <w:r w:rsidR="00452EF4">
              <w:rPr>
                <w:rFonts w:cs="Arial"/>
                <w:sz w:val="14"/>
                <w:szCs w:val="14"/>
              </w:rPr>
              <w:instrText xml:space="preserve"> ADDIN EN.CITE &lt;EndNote&gt;&lt;Cite&gt;&lt;Author&gt;Kane JM&lt;/Author&gt;&lt;Year&gt;2015&lt;/Year&gt;&lt;RecNum&gt;44&lt;/RecNum&gt;&lt;DisplayText&gt;&lt;style face="superscript"&gt;47&lt;/style&gt;&lt;/DisplayText&gt;&lt;record&gt;&lt;rec-number&gt;44&lt;/rec-number&gt;&lt;foreign-keys&gt;&lt;key app="EN" db-id="9ttaxzax2p0tr7ewzt55atews50zvxaaa5rz" timestamp="1764068833"&gt;44&lt;/key&gt;&lt;/foreign-keys&gt;&lt;ref-type name="Journal Article"&gt;17&lt;/ref-type&gt;&lt;contributors&gt;&lt;authors&gt;&lt;author&gt;Kane JM, Zukin S, Wang Y, Lu K, Ruth A, Nagy K, Laszlovszky I, Durgam S.&lt;/author&gt;&lt;/authors&gt;&lt;/contributors&gt;&lt;titles&gt;&lt;title&gt;Efficacy and safety of cariprazine in acute exacerbation of schizophrenia: results from an international, phase III clinical trial.&lt;/title&gt;&lt;secondary-title&gt;J. Clin. Psychopharmacol.&lt;/secondary-title&gt;&lt;/titles&gt;&lt;periodical&gt;&lt;full-title&gt;J. Clin. Psychopharmacol.&lt;/full-title&gt;&lt;/periodical&gt;&lt;pages&gt;367-73&lt;/pages&gt;&lt;volume&gt;1&lt;/volume&gt;&lt;number&gt;35&lt;/number&gt;&lt;dates&gt;&lt;year&gt;2015&lt;/year&gt;&lt;/dates&gt;&lt;urls&gt;&lt;/urls&gt;&lt;/record&gt;&lt;/Cite&gt;&lt;/EndNote&gt;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47</w:t>
            </w:r>
            <w:r w:rsidR="0031308D" w:rsidRPr="00EB75F0">
              <w:rPr>
                <w:rFonts w:cs="Arial"/>
                <w:sz w:val="14"/>
                <w:szCs w:val="14"/>
              </w:rPr>
              <w:fldChar w:fldCharType="end"/>
            </w:r>
          </w:p>
        </w:tc>
        <w:tc>
          <w:tcPr>
            <w:tcW w:w="203" w:type="pct"/>
            <w:noWrap/>
            <w:vAlign w:val="center"/>
          </w:tcPr>
          <w:p w14:paraId="273D34A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721A3C8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12" w:type="pct"/>
            <w:noWrap/>
            <w:vAlign w:val="center"/>
          </w:tcPr>
          <w:p w14:paraId="739171B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2DC475C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64E7870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2134A7D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7C17735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2AB1A09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7B6A603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3AFB553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5700CA1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70" w:type="pct"/>
            <w:noWrap/>
            <w:vAlign w:val="center"/>
          </w:tcPr>
          <w:p w14:paraId="5454B2A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5056D7F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2EA8A92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176EF9E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177571C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0F9B946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5E97E49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042A4EA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66181A8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45BFBB2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677B09B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7631008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6CC5411E"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3B2A6767" w14:textId="48D545D7"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t>Kluge 2007</w:t>
            </w:r>
            <w:r w:rsidR="0031308D" w:rsidRPr="00EB75F0">
              <w:rPr>
                <w:rFonts w:cs="Arial"/>
                <w:sz w:val="14"/>
                <w:szCs w:val="14"/>
              </w:rPr>
              <w:fldChar w:fldCharType="begin"/>
            </w:r>
            <w:r w:rsidR="00452EF4">
              <w:rPr>
                <w:rFonts w:cs="Arial"/>
                <w:sz w:val="14"/>
                <w:szCs w:val="14"/>
              </w:rPr>
              <w:instrText xml:space="preserve"> ADDIN EN.CITE &lt;EndNote&gt;&lt;Cite&gt;&lt;Author&gt;Kluge&lt;/Author&gt;&lt;Year&gt;2007&lt;/Year&gt;&lt;RecNum&gt;45&lt;/RecNum&gt;&lt;DisplayText&gt;&lt;style face="superscript"&gt;48&lt;/style&gt;&lt;/DisplayText&gt;&lt;record&gt;&lt;rec-number&gt;45&lt;/rec-number&gt;&lt;foreign-keys&gt;&lt;key app="EN" db-id="9ttaxzax2p0tr7ewzt55atews50zvxaaa5rz" timestamp="1764068833"&gt;45&lt;/key&gt;&lt;/foreign-keys&gt;&lt;ref-type name="Journal Article"&gt;17&lt;/ref-type&gt;&lt;contributors&gt;&lt;authors&gt;&lt;author&gt;Kluge, M.&lt;/author&gt;&lt;author&gt;Schuld, A.&lt;/author&gt;&lt;author&gt;Himmerich, H.&lt;/author&gt;&lt;author&gt;Dalal, M.&lt;/author&gt;&lt;author&gt;Schacht, A.&lt;/author&gt;&lt;author&gt;Wehmeier, P. M.&lt;/author&gt;&lt;author&gt;Hinze-Selch, D.&lt;/author&gt;&lt;author&gt;Kraus, T.&lt;/author&gt;&lt;author&gt;Dittmann, R. W.&lt;/author&gt;&lt;author&gt;Pollmacher, T.&lt;/author&gt;&lt;/authors&gt;&lt;/contributors&gt;&lt;titles&gt;&lt;title&gt;Clozapine and olanzapine are associated with food craving and binge eating: results from a randomized double-blind study&lt;/title&gt;&lt;secondary-title&gt;J Clin Psychopharmacol&lt;/secondary-title&gt;&lt;/titles&gt;&lt;periodical&gt;&lt;full-title&gt;J Clin Psychopharmacol&lt;/full-title&gt;&lt;/periodical&gt;&lt;pages&gt;662-6&lt;/pages&gt;&lt;volume&gt;27&lt;/volume&gt;&lt;number&gt;6&lt;/number&gt;&lt;dates&gt;&lt;year&gt;2007&lt;/year&gt;&lt;pub-dates&gt;&lt;date&gt;Dec&lt;/date&gt;&lt;/pub-dates&gt;&lt;/dates&gt;&lt;pub-location&gt;Max Planck Institute of Psychiatry, Kraepelinstrasse 2-10, Munich, Germany. kluge@mpipsykl.mpg.de&lt;/pub-location&gt;&lt;isbn&gt;0271-0749 (Print) 0271-0749 (Linking)&lt;/isbn&gt;&lt;urls&gt;&lt;related-urls&gt;&lt;url&gt;https://www.ncbi.nlm.nih.gov/pubmed/18004133&lt;/url&gt;&lt;/related-urls&gt;&lt;/urls&gt;&lt;electronic-resource-num&gt;10.1097/jcp.0b013e31815a8872&lt;/electronic-resource-num&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48</w:t>
            </w:r>
            <w:r w:rsidR="0031308D" w:rsidRPr="00EB75F0">
              <w:rPr>
                <w:rFonts w:cs="Arial"/>
                <w:sz w:val="14"/>
                <w:szCs w:val="14"/>
              </w:rPr>
              <w:fldChar w:fldCharType="end"/>
            </w:r>
          </w:p>
        </w:tc>
        <w:tc>
          <w:tcPr>
            <w:tcW w:w="203" w:type="pct"/>
            <w:noWrap/>
            <w:vAlign w:val="center"/>
          </w:tcPr>
          <w:p w14:paraId="64CDC11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4474A38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212" w:type="pct"/>
            <w:noWrap/>
            <w:vAlign w:val="center"/>
          </w:tcPr>
          <w:p w14:paraId="49B289F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6164E38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767AE2A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6356FF1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1B859D2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6FEBB68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40C6BB4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230A6E7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623D0B3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N</w:t>
            </w:r>
          </w:p>
        </w:tc>
        <w:tc>
          <w:tcPr>
            <w:tcW w:w="170" w:type="pct"/>
            <w:noWrap/>
            <w:vAlign w:val="center"/>
          </w:tcPr>
          <w:p w14:paraId="5AE364F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60A43AF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1777895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5FDBFC5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156C382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73B2D98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2F4FF41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2953434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7A482A5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NI</w:t>
            </w:r>
          </w:p>
        </w:tc>
        <w:tc>
          <w:tcPr>
            <w:tcW w:w="153" w:type="pct"/>
            <w:noWrap/>
            <w:vAlign w:val="center"/>
          </w:tcPr>
          <w:p w14:paraId="3D8C627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NI</w:t>
            </w:r>
          </w:p>
        </w:tc>
        <w:tc>
          <w:tcPr>
            <w:tcW w:w="154" w:type="pct"/>
            <w:noWrap/>
            <w:vAlign w:val="center"/>
          </w:tcPr>
          <w:p w14:paraId="4DAAE8A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NI</w:t>
            </w:r>
          </w:p>
        </w:tc>
        <w:tc>
          <w:tcPr>
            <w:tcW w:w="393" w:type="pct"/>
            <w:vAlign w:val="center"/>
          </w:tcPr>
          <w:p w14:paraId="30ACB5C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0CDC6E62"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633664E1" w14:textId="3401D4F2"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t>Heinrich 1994</w:t>
            </w:r>
            <w:r w:rsidR="0031308D" w:rsidRPr="00EB75F0">
              <w:rPr>
                <w:rFonts w:cs="Arial"/>
                <w:sz w:val="14"/>
                <w:szCs w:val="14"/>
              </w:rPr>
              <w:fldChar w:fldCharType="begin"/>
            </w:r>
            <w:r w:rsidR="00452EF4">
              <w:rPr>
                <w:rFonts w:cs="Arial"/>
                <w:sz w:val="14"/>
                <w:szCs w:val="14"/>
              </w:rPr>
              <w:instrText xml:space="preserve"> ADDIN EN.CITE &lt;EndNote&gt;&lt;Cite&gt;&lt;Author&gt;Heinrich&lt;/Author&gt;&lt;Year&gt;1994&lt;/Year&gt;&lt;RecNum&gt;47&lt;/RecNum&gt;&lt;DisplayText&gt;&lt;style face="superscript"&gt;50&lt;/style&gt;&lt;/DisplayText&gt;&lt;record&gt;&lt;rec-number&gt;47&lt;/rec-number&gt;&lt;foreign-keys&gt;&lt;key app="EN" db-id="9ttaxzax2p0tr7ewzt55atews50zvxaaa5rz" timestamp="1764068833"&gt;47&lt;/key&gt;&lt;/foreign-keys&gt;&lt;ref-type name="Journal Article"&gt;17&lt;/ref-type&gt;&lt;contributors&gt;&lt;authors&gt;&lt;author&gt;Heinrich, Kurt&lt;/author&gt;&lt;author&gt;Klieser, Eckhard&lt;/author&gt;&lt;author&gt;Lehmann, Erlo&lt;/author&gt;&lt;author&gt;Ḱinzler, Eckhart&lt;/author&gt;&lt;author&gt;Hruschka, HelgÁ&lt;/author&gt;&lt;/authors&gt;&lt;/contributors&gt;&lt;titles&gt;&lt;title&gt;Risperidone versus clozapine in the treatment of schizophrenic patients with acute symptoms: a double blind, randomized trial&lt;/title&gt;&lt;secondary-title&gt;Progress in Neuro-Psychopharmacology and Biological Psychiatry&lt;/secondary-title&gt;&lt;/titles&gt;&lt;periodical&gt;&lt;full-title&gt;Progress in Neuro-Psychopharmacology and Biological Psychiatry&lt;/full-title&gt;&lt;/periodical&gt;&lt;pages&gt;129-137&lt;/pages&gt;&lt;volume&gt;18&lt;/volume&gt;&lt;number&gt;1&lt;/number&gt;&lt;dates&gt;&lt;year&gt;1994&lt;/year&gt;&lt;/dates&gt;&lt;isbn&gt;0278-5846&lt;/isbn&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50</w:t>
            </w:r>
            <w:r w:rsidR="0031308D" w:rsidRPr="00EB75F0">
              <w:rPr>
                <w:rFonts w:cs="Arial"/>
                <w:sz w:val="14"/>
                <w:szCs w:val="14"/>
              </w:rPr>
              <w:fldChar w:fldCharType="end"/>
            </w:r>
            <w:r w:rsidRPr="00EB75F0">
              <w:rPr>
                <w:rFonts w:cs="Arial"/>
                <w:sz w:val="14"/>
                <w:szCs w:val="14"/>
                <w:lang w:val="en-US"/>
              </w:rPr>
              <w:t xml:space="preserve"> **</w:t>
            </w:r>
          </w:p>
        </w:tc>
        <w:tc>
          <w:tcPr>
            <w:tcW w:w="203" w:type="pct"/>
            <w:noWrap/>
            <w:vAlign w:val="center"/>
          </w:tcPr>
          <w:p w14:paraId="38C9079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133535B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212" w:type="pct"/>
            <w:noWrap/>
            <w:vAlign w:val="center"/>
          </w:tcPr>
          <w:p w14:paraId="7B5ADC6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85" w:type="pct"/>
            <w:noWrap/>
            <w:vAlign w:val="center"/>
          </w:tcPr>
          <w:p w14:paraId="67C7938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6E743A3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7BE9964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4B374DC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23AEB9D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011CF11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88" w:type="pct"/>
            <w:noWrap/>
            <w:vAlign w:val="center"/>
          </w:tcPr>
          <w:p w14:paraId="4E5A7DE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009C489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70" w:type="pct"/>
            <w:noWrap/>
            <w:vAlign w:val="center"/>
          </w:tcPr>
          <w:p w14:paraId="0699364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70" w:type="pct"/>
            <w:noWrap/>
            <w:vAlign w:val="center"/>
          </w:tcPr>
          <w:p w14:paraId="3EC3F37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7E60385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4C5E31D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54AB66B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4E90513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1189C4C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6D4E55B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713C18E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53" w:type="pct"/>
            <w:noWrap/>
            <w:vAlign w:val="center"/>
          </w:tcPr>
          <w:p w14:paraId="2993A59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54" w:type="pct"/>
            <w:noWrap/>
            <w:vAlign w:val="center"/>
          </w:tcPr>
          <w:p w14:paraId="204465B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393" w:type="pct"/>
            <w:vAlign w:val="center"/>
          </w:tcPr>
          <w:p w14:paraId="7AFE67A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High</w:t>
            </w:r>
          </w:p>
        </w:tc>
      </w:tr>
      <w:tr w:rsidR="00436809" w:rsidRPr="00EB75F0" w14:paraId="3CCD349F"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7F8355ED" w14:textId="3F5E5316"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t>Lieberman 2016</w:t>
            </w:r>
            <w:r w:rsidR="0031308D" w:rsidRPr="00EB75F0">
              <w:rPr>
                <w:rFonts w:cs="Arial"/>
                <w:sz w:val="14"/>
                <w:szCs w:val="14"/>
              </w:rPr>
              <w:fldChar w:fldCharType="begin"/>
            </w:r>
            <w:r w:rsidR="00452EF4">
              <w:rPr>
                <w:rFonts w:cs="Arial"/>
                <w:sz w:val="14"/>
                <w:szCs w:val="14"/>
              </w:rPr>
              <w:instrText xml:space="preserve"> ADDIN EN.CITE &lt;EndNote&gt;&lt;Cite&gt;&lt;Author&gt;Lieberman&lt;/Author&gt;&lt;Year&gt;2016&lt;/Year&gt;&lt;RecNum&gt;48&lt;/RecNum&gt;&lt;DisplayText&gt;&lt;style face="superscript"&gt;51&lt;/style&gt;&lt;/DisplayText&gt;&lt;record&gt;&lt;rec-number&gt;48&lt;/rec-number&gt;&lt;foreign-keys&gt;&lt;key app="EN" db-id="9ttaxzax2p0tr7ewzt55atews50zvxaaa5rz" timestamp="1764068834"&gt;48&lt;/key&gt;&lt;/foreign-keys&gt;&lt;ref-type name="Journal Article"&gt;17&lt;/ref-type&gt;&lt;contributors&gt;&lt;authors&gt;&lt;author&gt;Lieberman, Jeffrey A&lt;/author&gt;&lt;author&gt;Davis, Robert E&lt;/author&gt;&lt;author&gt;Correll, Christoph U&lt;/author&gt;&lt;author&gt;Goff, Donald C&lt;/author&gt;&lt;author&gt;Kane, John M&lt;/author&gt;&lt;author&gt;Tamminga, Carol A&lt;/author&gt;&lt;author&gt;Mates, Sharon&lt;/author&gt;&lt;author&gt;Vanover, Kimberly E&lt;/author&gt;&lt;/authors&gt;&lt;/contributors&gt;&lt;titles&gt;&lt;title&gt;ITI-007 for the treatment of schizophrenia: a 4-week randomized, double-blind, controlled trial&lt;/title&gt;&lt;secondary-title&gt;Biological psychiatry&lt;/secondary-title&gt;&lt;/titles&gt;&lt;periodical&gt;&lt;full-title&gt;Biological psychiatry&lt;/full-title&gt;&lt;/periodical&gt;&lt;pages&gt;952-961&lt;/pages&gt;&lt;volume&gt;79&lt;/volume&gt;&lt;number&gt;12&lt;/number&gt;&lt;dates&gt;&lt;year&gt;2016&lt;/year&gt;&lt;/dates&gt;&lt;isbn&gt;0006-3223&lt;/isbn&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51</w:t>
            </w:r>
            <w:r w:rsidR="0031308D" w:rsidRPr="00EB75F0">
              <w:rPr>
                <w:rFonts w:cs="Arial"/>
                <w:sz w:val="14"/>
                <w:szCs w:val="14"/>
              </w:rPr>
              <w:fldChar w:fldCharType="end"/>
            </w:r>
          </w:p>
        </w:tc>
        <w:tc>
          <w:tcPr>
            <w:tcW w:w="203" w:type="pct"/>
            <w:noWrap/>
            <w:vAlign w:val="center"/>
          </w:tcPr>
          <w:p w14:paraId="6C846B5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2F17E22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12" w:type="pct"/>
            <w:noWrap/>
            <w:vAlign w:val="center"/>
          </w:tcPr>
          <w:p w14:paraId="424C708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09869E6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0C778C5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614FC4E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4C4220A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1FEB396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1E05E7A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6393E2B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3B6CFDB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N</w:t>
            </w:r>
          </w:p>
        </w:tc>
        <w:tc>
          <w:tcPr>
            <w:tcW w:w="170" w:type="pct"/>
            <w:noWrap/>
            <w:vAlign w:val="center"/>
          </w:tcPr>
          <w:p w14:paraId="5F4E25A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54075F2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39D9E25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76CDCE0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5066680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03B2452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6913331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209B0DD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776E8B7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53" w:type="pct"/>
            <w:noWrap/>
            <w:vAlign w:val="center"/>
          </w:tcPr>
          <w:p w14:paraId="66E9C51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313C359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tcPr>
          <w:p w14:paraId="6DDFC67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29E87835"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27688191" w14:textId="602C95CD"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t>Correll 2020</w:t>
            </w:r>
            <w:r w:rsidR="0031308D" w:rsidRPr="00EB75F0">
              <w:rPr>
                <w:rFonts w:cs="Arial"/>
                <w:sz w:val="14"/>
                <w:szCs w:val="14"/>
              </w:rPr>
              <w:fldChar w:fldCharType="begin"/>
            </w:r>
            <w:r w:rsidR="00452EF4">
              <w:rPr>
                <w:rFonts w:cs="Arial"/>
                <w:sz w:val="14"/>
                <w:szCs w:val="14"/>
              </w:rPr>
              <w:instrText xml:space="preserve"> ADDIN EN.CITE &lt;EndNote&gt;&lt;Cite&gt;&lt;Author&gt;Correll&lt;/Author&gt;&lt;Year&gt;2020&lt;/Year&gt;&lt;RecNum&gt;49&lt;/RecNum&gt;&lt;DisplayText&gt;&lt;style face="superscript"&gt;52&lt;/style&gt;&lt;/DisplayText&gt;&lt;record&gt;&lt;rec-number&gt;49&lt;/rec-number&gt;&lt;foreign-keys&gt;&lt;key app="EN" db-id="9ttaxzax2p0tr7ewzt55atews50zvxaaa5rz" timestamp="1764068834"&gt;49&lt;/key&gt;&lt;/foreign-keys&gt;&lt;ref-type name="Journal Article"&gt;17&lt;/ref-type&gt;&lt;contributors&gt;&lt;authors&gt;&lt;author&gt;Correll, C. U.&lt;/author&gt;&lt;author&gt;Davis, R. E.&lt;/author&gt;&lt;author&gt;Weingart, M.&lt;/author&gt;&lt;author&gt;Saillard, J.&lt;/author&gt;&lt;author&gt;O&amp;apos;Gorman, C.&lt;/author&gt;&lt;author&gt;Kane, J. M.&lt;/author&gt;&lt;author&gt;Lieberman, J. A.&lt;/author&gt;&lt;author&gt;Tamminga, C. A.&lt;/author&gt;&lt;author&gt;Mates, S.&lt;/author&gt;&lt;author&gt;Vanover, K. E.&lt;/author&gt;&lt;/authors&gt;&lt;/contributors&gt;&lt;titles&gt;&lt;title&gt;Efficacy and Safety of Lumateperone for Treatment of Schizophrenia: a Randomized Clinical Trial&lt;/title&gt;&lt;secondary-title&gt;JAMA psychiatry&lt;/secondary-title&gt;&lt;/titles&gt;&lt;periodical&gt;&lt;full-title&gt;JAMA psychiatry&lt;/full-title&gt;&lt;/periodical&gt;&lt;pages&gt;349</w:instrText>
            </w:r>
            <w:r w:rsidR="00452EF4">
              <w:rPr>
                <w:rFonts w:ascii="Cambria Math" w:hAnsi="Cambria Math" w:cs="Cambria Math"/>
                <w:sz w:val="14"/>
                <w:szCs w:val="14"/>
              </w:rPr>
              <w:instrText>‐</w:instrText>
            </w:r>
            <w:r w:rsidR="00452EF4">
              <w:rPr>
                <w:rFonts w:cs="Arial"/>
                <w:sz w:val="14"/>
                <w:szCs w:val="14"/>
              </w:rPr>
              <w:instrText>358&lt;/pages&gt;&lt;volume&gt;77&lt;/volume&gt;&lt;number&gt;4&lt;/number&gt;&lt;dates&gt;&lt;year&gt;2020&lt;/year&gt;&lt;/dates&gt;&lt;work-type&gt;Journal article&lt;/work-type&gt;&lt;urls&gt;&lt;related-urls&gt;&lt;url&gt;https://www.cochranelibrary.com/central/doi/10.1002/central/CN-02073217/full&lt;/url&gt;&lt;/related-urls&gt;&lt;/urls&gt;&lt;electronic-resource-num&gt;10.1001/jamapsychiatry.2019.4379&lt;/electronic-resource-num&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52</w:t>
            </w:r>
            <w:r w:rsidR="0031308D" w:rsidRPr="00EB75F0">
              <w:rPr>
                <w:rFonts w:cs="Arial"/>
                <w:sz w:val="14"/>
                <w:szCs w:val="14"/>
              </w:rPr>
              <w:fldChar w:fldCharType="end"/>
            </w:r>
          </w:p>
        </w:tc>
        <w:tc>
          <w:tcPr>
            <w:tcW w:w="203" w:type="pct"/>
            <w:noWrap/>
            <w:vAlign w:val="center"/>
          </w:tcPr>
          <w:p w14:paraId="6F3F6E4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6F770C2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12" w:type="pct"/>
            <w:noWrap/>
            <w:vAlign w:val="center"/>
          </w:tcPr>
          <w:p w14:paraId="451B584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4516FA6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1D91345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6692795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1C453F1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279147D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0B7CF23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536436C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4695C56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sz w:val="14"/>
                <w:szCs w:val="14"/>
                <w:lang w:val="en-US"/>
              </w:rPr>
              <w:t>N</w:t>
            </w:r>
          </w:p>
        </w:tc>
        <w:tc>
          <w:tcPr>
            <w:tcW w:w="170" w:type="pct"/>
            <w:noWrap/>
            <w:vAlign w:val="center"/>
          </w:tcPr>
          <w:p w14:paraId="7AC4110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4ECF4F3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021E675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636E57B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1B2786F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56714B6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5367A06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4981DA1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1598D7E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53" w:type="pct"/>
            <w:noWrap/>
            <w:vAlign w:val="center"/>
          </w:tcPr>
          <w:p w14:paraId="239EDB0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54" w:type="pct"/>
            <w:noWrap/>
            <w:vAlign w:val="center"/>
          </w:tcPr>
          <w:p w14:paraId="2045AB4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393" w:type="pct"/>
          </w:tcPr>
          <w:p w14:paraId="2BC7C54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635D2626"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5658584D" w14:textId="34CB079F"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t>Sacchetti 2008</w:t>
            </w:r>
            <w:r w:rsidR="0031308D" w:rsidRPr="00EB75F0">
              <w:rPr>
                <w:rFonts w:cs="Arial"/>
                <w:sz w:val="14"/>
                <w:szCs w:val="14"/>
              </w:rPr>
              <w:fldChar w:fldCharType="begin"/>
            </w:r>
            <w:r w:rsidR="00452EF4">
              <w:rPr>
                <w:rFonts w:cs="Arial"/>
                <w:sz w:val="14"/>
                <w:szCs w:val="14"/>
              </w:rPr>
              <w:instrText xml:space="preserve"> ADDIN EN.CITE &lt;EndNote&gt;&lt;Cite&gt;&lt;Author&gt;Sacchetti&lt;/Author&gt;&lt;Year&gt;2008&lt;/Year&gt;&lt;RecNum&gt;53&lt;/RecNum&gt;&lt;DisplayText&gt;&lt;style face="superscript"&gt;56&lt;/style&gt;&lt;/DisplayText&gt;&lt;record&gt;&lt;rec-number&gt;53&lt;/rec-number&gt;&lt;foreign-keys&gt;&lt;key app="EN" db-id="9ttaxzax2p0tr7ewzt55atews50zvxaaa5rz" timestamp="1764068835"&gt;53&lt;/key&gt;&lt;/foreign-keys&gt;&lt;ref-type name="Journal Article"&gt;17&lt;/ref-type&gt;&lt;contributors&gt;&lt;authors&gt;&lt;author&gt;Sacchetti, E.&lt;/author&gt;&lt;author&gt;Valsecchi, P.&lt;/author&gt;&lt;author&gt;Parrinello, G.&lt;/author&gt;&lt;author&gt;Querisola Group&lt;/author&gt;&lt;/authors&gt;&lt;/contributors&gt;&lt;titles&gt;&lt;title&gt;A randomized, flexible-dose, quasi-naturalistic comparison of quetiapine, risperidone, and olanzapine in the short-term treatment of schizophrenia: the QUERISOLA trial&lt;/title&gt;&lt;secondary-title&gt;Schizophr Res&lt;/secondary-title&gt;&lt;/titles&gt;&lt;periodical&gt;&lt;full-title&gt;Schizophr Res&lt;/full-title&gt;&lt;/periodical&gt;&lt;pages&gt;55-65&lt;/pages&gt;&lt;volume&gt;98&lt;/volume&gt;&lt;number&gt;1-3&lt;/number&gt;&lt;dates&gt;&lt;year&gt;2008&lt;/year&gt;&lt;pub-dates&gt;&lt;date&gt;20071015&lt;/date&gt;&lt;/pub-dates&gt;&lt;/dates&gt;&lt;pub-location&gt;Department of Psychiatry, Brescia University School of Medicine, Brescia, Italy. sacchett@med.unibs.it&lt;/pub-location&gt;&lt;isbn&gt;0920-9964 (Print) 0920-9964 (Linking)&lt;/isbn&gt;&lt;urls&gt;&lt;related-urls&gt;&lt;url&gt;https://www.ncbi.nlm.nih.gov/pubmed/17933497&lt;/url&gt;&lt;/related-urls&gt;&lt;/urls&gt;&lt;electronic-resource-num&gt;10.1016/j.schres.2007.09.011&lt;/electronic-resource-num&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56</w:t>
            </w:r>
            <w:r w:rsidR="0031308D" w:rsidRPr="00EB75F0">
              <w:rPr>
                <w:rFonts w:cs="Arial"/>
                <w:sz w:val="14"/>
                <w:szCs w:val="14"/>
              </w:rPr>
              <w:fldChar w:fldCharType="end"/>
            </w:r>
          </w:p>
        </w:tc>
        <w:tc>
          <w:tcPr>
            <w:tcW w:w="203" w:type="pct"/>
            <w:noWrap/>
            <w:vAlign w:val="center"/>
          </w:tcPr>
          <w:p w14:paraId="1640740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41AF827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212" w:type="pct"/>
            <w:noWrap/>
            <w:vAlign w:val="center"/>
          </w:tcPr>
          <w:p w14:paraId="052CCDE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22E2B82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4" w:type="pct"/>
            <w:noWrap/>
            <w:vAlign w:val="center"/>
          </w:tcPr>
          <w:p w14:paraId="6EBFAFB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4" w:type="pct"/>
            <w:noWrap/>
            <w:vAlign w:val="center"/>
          </w:tcPr>
          <w:p w14:paraId="4AC41F5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84" w:type="pct"/>
            <w:noWrap/>
            <w:vAlign w:val="center"/>
          </w:tcPr>
          <w:p w14:paraId="60F3718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7656F38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Y</w:t>
            </w:r>
          </w:p>
        </w:tc>
        <w:tc>
          <w:tcPr>
            <w:tcW w:w="184" w:type="pct"/>
            <w:noWrap/>
            <w:vAlign w:val="center"/>
          </w:tcPr>
          <w:p w14:paraId="00C85CD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219DF71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441C676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N</w:t>
            </w:r>
          </w:p>
        </w:tc>
        <w:tc>
          <w:tcPr>
            <w:tcW w:w="170" w:type="pct"/>
            <w:noWrap/>
            <w:vAlign w:val="center"/>
          </w:tcPr>
          <w:p w14:paraId="10B69A3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4846108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1" w:type="pct"/>
            <w:noWrap/>
            <w:vAlign w:val="center"/>
          </w:tcPr>
          <w:p w14:paraId="42F51D3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noWrap/>
            <w:vAlign w:val="center"/>
          </w:tcPr>
          <w:p w14:paraId="506F228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528C2A1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6637DC7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0812BEB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522A5BE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3E13767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0BB4A81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2CA26E8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vAlign w:val="center"/>
          </w:tcPr>
          <w:p w14:paraId="6E76EC8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7CE4F97B"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51908E66" w14:textId="236526CA"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t>Corrigan 2004</w:t>
            </w:r>
            <w:r w:rsidR="0031308D" w:rsidRPr="00EB75F0">
              <w:rPr>
                <w:rFonts w:cs="Arial"/>
                <w:sz w:val="14"/>
                <w:szCs w:val="14"/>
              </w:rPr>
              <w:fldChar w:fldCharType="begin"/>
            </w:r>
            <w:r w:rsidR="00452EF4">
              <w:rPr>
                <w:rFonts w:cs="Arial"/>
                <w:sz w:val="14"/>
                <w:szCs w:val="14"/>
              </w:rPr>
              <w:instrText xml:space="preserve"> ADDIN EN.CITE &lt;EndNote&gt;&lt;Cite&gt;&lt;Author&gt;Corrigan&lt;/Author&gt;&lt;Year&gt;2004&lt;/Year&gt;&lt;RecNum&gt;59&lt;/RecNum&gt;&lt;DisplayText&gt;&lt;style face="superscript"&gt;62&lt;/style&gt;&lt;/DisplayText&gt;&lt;record&gt;&lt;rec-number&gt;59&lt;/rec-number&gt;&lt;foreign-keys&gt;&lt;key app="EN" db-id="9ttaxzax2p0tr7ewzt55atews50zvxaaa5rz" timestamp="1764068836"&gt;59&lt;/key&gt;&lt;/foreign-keys&gt;&lt;ref-type name="Journal Article"&gt;17&lt;/ref-type&gt;&lt;contributors&gt;&lt;authors&gt;&lt;author&gt;Corrigan, M. H.&lt;/author&gt;&lt;author&gt;Gallen, C. C.&lt;/author&gt;&lt;author&gt;Bonura, M. L.&lt;/author&gt;&lt;author&gt;Merchant, K. M.&lt;/author&gt;&lt;author&gt;Sonepiprazole Study, Group&lt;/author&gt;&lt;/authors&gt;&lt;/contributors&gt;&lt;titles&gt;&lt;title&gt;Effectiveness of the selective D4 antagonist sonepiprazole in schizophrenia: a placebo-controlled trial&lt;/title&gt;&lt;secondary-title&gt;Biol Psychiatry&lt;/secondary-title&gt;&lt;/titles&gt;&lt;periodical&gt;&lt;full-title&gt;Biol Psychiatry&lt;/full-title&gt;&lt;/periodical&gt;&lt;pages&gt;445-51&lt;/pages&gt;&lt;volume&gt;55&lt;/volume&gt;&lt;number&gt;5&lt;/number&gt;&lt;dates&gt;&lt;year&gt;2004&lt;/year&gt;&lt;pub-dates&gt;&lt;date&gt;Mar 1&lt;/date&gt;&lt;/pub-dates&gt;&lt;/dates&gt;&lt;pub-location&gt;Pharmacia Corporation, Kalamazoo, Michigan 01752, USA.&lt;/pub-location&gt;&lt;isbn&gt;0006-3223 (Print) 0006-3223 (Linking)&lt;/isbn&gt;&lt;urls&gt;&lt;related-urls&gt;&lt;url&gt;https://www.ncbi.nlm.nih.gov/pubmed/15023570&lt;/url&gt;&lt;/related-urls&gt;&lt;/urls&gt;&lt;electronic-resource-num&gt;10.1016/j.biopsych.2003.10.004&lt;/electronic-resource-num&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62</w:t>
            </w:r>
            <w:r w:rsidR="0031308D" w:rsidRPr="00EB75F0">
              <w:rPr>
                <w:rFonts w:cs="Arial"/>
                <w:sz w:val="14"/>
                <w:szCs w:val="14"/>
              </w:rPr>
              <w:fldChar w:fldCharType="end"/>
            </w:r>
          </w:p>
        </w:tc>
        <w:tc>
          <w:tcPr>
            <w:tcW w:w="203" w:type="pct"/>
            <w:noWrap/>
            <w:vAlign w:val="center"/>
          </w:tcPr>
          <w:p w14:paraId="31B3AEC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5544EC5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212" w:type="pct"/>
            <w:noWrap/>
            <w:vAlign w:val="center"/>
          </w:tcPr>
          <w:p w14:paraId="502AF26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1AA374B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0BC0D1D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7F3F04A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2FA1D1C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6DF8D2B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7DB8D57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36E2943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2D5DF02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70" w:type="pct"/>
            <w:noWrap/>
            <w:vAlign w:val="center"/>
          </w:tcPr>
          <w:p w14:paraId="07D2FC0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441AAB8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4E33028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15F3EC0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49B18D5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3B89596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1F37300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233AB9E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1EFA138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7ACC089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007388C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tcPr>
          <w:p w14:paraId="6B537CB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4B3C2EE6"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7743F079" w14:textId="416E04D0" w:rsidR="00436809" w:rsidRPr="00EB75F0" w:rsidRDefault="00436809" w:rsidP="00C32B29">
            <w:pPr>
              <w:spacing w:before="0" w:after="0" w:line="240" w:lineRule="auto"/>
              <w:rPr>
                <w:rFonts w:cs="Arial"/>
                <w:b w:val="0"/>
                <w:bCs w:val="0"/>
                <w:sz w:val="14"/>
                <w:szCs w:val="14"/>
                <w:lang w:val="en-US"/>
              </w:rPr>
            </w:pPr>
            <w:proofErr w:type="spellStart"/>
            <w:r w:rsidRPr="00EB75F0">
              <w:rPr>
                <w:rFonts w:cs="Arial"/>
                <w:color w:val="1E1E1E"/>
                <w:sz w:val="14"/>
                <w:szCs w:val="14"/>
                <w:lang w:val="en-US"/>
              </w:rPr>
              <w:t>Landbloom</w:t>
            </w:r>
            <w:proofErr w:type="spellEnd"/>
            <w:r w:rsidRPr="00EB75F0">
              <w:rPr>
                <w:rFonts w:cs="Arial"/>
                <w:color w:val="1E1E1E"/>
                <w:sz w:val="14"/>
                <w:szCs w:val="14"/>
                <w:lang w:val="en-US"/>
              </w:rPr>
              <w:t xml:space="preserve"> 2016</w:t>
            </w:r>
            <w:r w:rsidR="0031308D" w:rsidRPr="00EB75F0">
              <w:rPr>
                <w:rFonts w:cs="Arial"/>
                <w:sz w:val="14"/>
                <w:szCs w:val="14"/>
              </w:rPr>
              <w:fldChar w:fldCharType="begin"/>
            </w:r>
            <w:r w:rsidR="00452EF4">
              <w:rPr>
                <w:rFonts w:cs="Arial"/>
                <w:sz w:val="14"/>
                <w:szCs w:val="14"/>
              </w:rPr>
              <w:instrText xml:space="preserve"> ADDIN EN.CITE &lt;EndNote&gt;&lt;Cite&gt;&lt;Author&gt;Landbloom&lt;/Author&gt;&lt;Year&gt;2017&lt;/Year&gt;&lt;RecNum&gt;62&lt;/RecNum&gt;&lt;DisplayText&gt;&lt;style face="superscript"&gt;65&lt;/style&gt;&lt;/DisplayText&gt;&lt;record&gt;&lt;rec-number&gt;62&lt;/rec-number&gt;&lt;foreign-keys&gt;&lt;key app="EN" db-id="9ttaxzax2p0tr7ewzt55atews50zvxaaa5rz" timestamp="1764068838"&gt;62&lt;/key&gt;&lt;/foreign-keys&gt;&lt;ref-type name="Journal Article"&gt;17&lt;/ref-type&gt;&lt;contributors&gt;&lt;authors&gt;&lt;author&gt;Landbloom, Ronald&lt;/author&gt;&lt;author&gt;Mackle, Mary&lt;/author&gt;&lt;author&gt;Wu, Xiao&lt;/author&gt;&lt;author&gt;Kelly, Linda&lt;/author&gt;&lt;author&gt;Snow-Adami, Linda&lt;/author&gt;&lt;author&gt;McIntyre, Roger S&lt;/author&gt;&lt;author&gt;Mathews, Maju&lt;/author&gt;&lt;author&gt;Hundt, Carla&lt;/author&gt;&lt;/authors&gt;&lt;/contributors&gt;&lt;titles&gt;&lt;title&gt;Asenapine for the treatment of adults with an acute exacerbation of schizophrenia: results from a randomized, double-blind, fixed-dose, placebo-controlled trial with olanzapine as an active control&lt;/title&gt;&lt;secondary-title&gt;CNS spectrums&lt;/secondary-title&gt;&lt;/titles&gt;&lt;periodical&gt;&lt;full-title&gt;CNS spectrums&lt;/full-title&gt;&lt;/periodical&gt;&lt;pages&gt;333-341&lt;/pages&gt;&lt;volume&gt;22&lt;/volume&gt;&lt;number&gt;4&lt;/number&gt;&lt;dates&gt;&lt;year&gt;2017&lt;/year&gt;&lt;/dates&gt;&lt;isbn&gt;1092-8529&lt;/isbn&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65</w:t>
            </w:r>
            <w:r w:rsidR="0031308D" w:rsidRPr="00EB75F0">
              <w:rPr>
                <w:rFonts w:cs="Arial"/>
                <w:sz w:val="14"/>
                <w:szCs w:val="14"/>
              </w:rPr>
              <w:fldChar w:fldCharType="end"/>
            </w:r>
          </w:p>
        </w:tc>
        <w:tc>
          <w:tcPr>
            <w:tcW w:w="203" w:type="pct"/>
            <w:noWrap/>
            <w:vAlign w:val="center"/>
          </w:tcPr>
          <w:p w14:paraId="046D377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6CF66EA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12" w:type="pct"/>
            <w:noWrap/>
            <w:vAlign w:val="center"/>
          </w:tcPr>
          <w:p w14:paraId="4500F2D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5071C04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36E971C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34BDC16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6EB20A9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3F4C880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760BAAF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38ABB76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2EA8B2D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N</w:t>
            </w:r>
          </w:p>
        </w:tc>
        <w:tc>
          <w:tcPr>
            <w:tcW w:w="170" w:type="pct"/>
            <w:noWrap/>
            <w:vAlign w:val="center"/>
          </w:tcPr>
          <w:p w14:paraId="18E14DE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1675629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3053268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00F8BD7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6189443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6A0ABE7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65" w:type="pct"/>
            <w:gridSpan w:val="2"/>
            <w:noWrap/>
            <w:vAlign w:val="center"/>
          </w:tcPr>
          <w:p w14:paraId="393A6B7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1138CA6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4ABACBE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7B2C627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70CB108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tcPr>
          <w:p w14:paraId="3945F10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40D7FB9F"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5EDFFE7A" w14:textId="3DE08361"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t>Meltzer 2011</w:t>
            </w:r>
            <w:r w:rsidR="0031308D" w:rsidRPr="00EB75F0">
              <w:rPr>
                <w:rFonts w:cs="Arial"/>
                <w:sz w:val="14"/>
                <w:szCs w:val="14"/>
              </w:rPr>
              <w:fldChar w:fldCharType="begin"/>
            </w:r>
            <w:r w:rsidR="00452EF4">
              <w:rPr>
                <w:rFonts w:cs="Arial"/>
                <w:sz w:val="14"/>
                <w:szCs w:val="14"/>
              </w:rPr>
              <w:instrText xml:space="preserve"> ADDIN EN.CITE &lt;EndNote&gt;&lt;Cite&gt;&lt;Author&gt;Meltzer&lt;/Author&gt;&lt;Year&gt;2011&lt;/Year&gt;&lt;RecNum&gt;64&lt;/RecNum&gt;&lt;DisplayText&gt;&lt;style face="superscript"&gt;67&lt;/style&gt;&lt;/DisplayText&gt;&lt;record&gt;&lt;rec-number&gt;64&lt;/rec-number&gt;&lt;foreign-keys&gt;&lt;key app="EN" db-id="9ttaxzax2p0tr7ewzt55atews50zvxaaa5rz" timestamp="1764068838"&gt;64&lt;/key&gt;&lt;/foreign-keys&gt;&lt;ref-type name="Journal Article"&gt;17&lt;/ref-type&gt;&lt;contributors&gt;&lt;authors&gt;&lt;author&gt;Meltzer, Herbert Y&lt;/author&gt;&lt;author&gt;Cucchiaro, Josephine&lt;/author&gt;&lt;author&gt;Silva, Robert&lt;/author&gt;&lt;author&gt;Ogasa, Masaaki&lt;/author&gt;&lt;author&gt;Phillips, Debra&lt;/author&gt;&lt;author&gt;Xu, Jane&lt;/author&gt;&lt;author&gt;Kalali, Amir H&lt;/author&gt;&lt;author&gt;Schweizer, Edward&lt;/author&gt;&lt;author&gt;Pikalov, Andrei&lt;/author&gt;&lt;author&gt;Loebel, Antony&lt;/author&gt;&lt;/authors&gt;&lt;/contributors&gt;&lt;titles&gt;&lt;title&gt;Lurasidone in the treatment of schizophrenia: a randomized, double-blind, placebo-and olanzapine-controlled study&lt;/title&gt;&lt;secondary-title&gt;American Journal of Psychiatry&lt;/secondary-title&gt;&lt;/titles&gt;&lt;periodical&gt;&lt;full-title&gt;American Journal of Psychiatry&lt;/full-title&gt;&lt;/periodical&gt;&lt;pages&gt;957-967&lt;/pages&gt;&lt;volume&gt;168&lt;/volume&gt;&lt;number&gt;9&lt;/number&gt;&lt;dates&gt;&lt;year&gt;2011&lt;/year&gt;&lt;/dates&gt;&lt;isbn&gt;0002-953X&lt;/isbn&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67</w:t>
            </w:r>
            <w:r w:rsidR="0031308D" w:rsidRPr="00EB75F0">
              <w:rPr>
                <w:rFonts w:cs="Arial"/>
                <w:sz w:val="14"/>
                <w:szCs w:val="14"/>
              </w:rPr>
              <w:fldChar w:fldCharType="end"/>
            </w:r>
          </w:p>
        </w:tc>
        <w:tc>
          <w:tcPr>
            <w:tcW w:w="203" w:type="pct"/>
            <w:noWrap/>
            <w:vAlign w:val="center"/>
          </w:tcPr>
          <w:p w14:paraId="52326EC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73CFB32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12" w:type="pct"/>
            <w:noWrap/>
            <w:vAlign w:val="center"/>
          </w:tcPr>
          <w:p w14:paraId="021A007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3A8FDE5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3C50BF8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00CFFFA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468E5A5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5E2CA4C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71BB590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3B53A52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12F4B9B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70" w:type="pct"/>
            <w:noWrap/>
            <w:vAlign w:val="center"/>
          </w:tcPr>
          <w:p w14:paraId="5186744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2E28BCB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6BDC6CE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024BC60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2FF791E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47A4B1E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65" w:type="pct"/>
            <w:gridSpan w:val="2"/>
            <w:noWrap/>
            <w:vAlign w:val="center"/>
          </w:tcPr>
          <w:p w14:paraId="1449756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612A011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237938F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7C8BDCA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1C9D135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tcPr>
          <w:p w14:paraId="50FACEA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1910B014"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38DCD9C1" w14:textId="1279BA61"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t>Kane 2007</w:t>
            </w:r>
            <w:r w:rsidR="0031308D" w:rsidRPr="00EB75F0">
              <w:rPr>
                <w:rFonts w:cs="Arial"/>
                <w:sz w:val="14"/>
                <w:szCs w:val="14"/>
              </w:rPr>
              <w:fldChar w:fldCharType="begin"/>
            </w:r>
            <w:r w:rsidR="00452EF4">
              <w:rPr>
                <w:rFonts w:cs="Arial"/>
                <w:sz w:val="14"/>
                <w:szCs w:val="14"/>
              </w:rPr>
              <w:instrText xml:space="preserve"> ADDIN EN.CITE &lt;EndNote&gt;&lt;Cite&gt;&lt;Author&gt;Kane&lt;/Author&gt;&lt;Year&gt;2007&lt;/Year&gt;&lt;RecNum&gt;65&lt;/RecNum&gt;&lt;DisplayText&gt;&lt;style face="superscript"&gt;68&lt;/style&gt;&lt;/DisplayText&gt;&lt;record&gt;&lt;rec-number&gt;65&lt;/rec-number&gt;&lt;foreign-keys&gt;&lt;key app="EN" db-id="9ttaxzax2p0tr7ewzt55atews50zvxaaa5rz" timestamp="1764068839"&gt;65&lt;/key&gt;&lt;/foreign-keys&gt;&lt;ref-type name="Journal Article"&gt;17&lt;/ref-type&gt;&lt;contributors&gt;&lt;authors&gt;&lt;author&gt;Kane, J&lt;/author&gt;&lt;author&gt;Canas, F&lt;/author&gt;&lt;author&gt;Kramer, M&lt;/author&gt;&lt;author&gt;Ford, L&lt;/author&gt;&lt;author&gt;Gassmann-Mayer, C&lt;/author&gt;&lt;author&gt;Lim, P&lt;/author&gt;&lt;author&gt;Eerdekens, M&lt;/author&gt;&lt;/authors&gt;&lt;/contributors&gt;&lt;titles&gt;&lt;title&gt;Treatment of schizophrenia with paliperidone extended-release tablets: a 6-week placebo-controlled trial&lt;/title&gt;&lt;secondary-title&gt;Schizophrenia Research&lt;/secondary-title&gt;&lt;/titles&gt;&lt;periodical&gt;&lt;full-title&gt;Schizophrenia Research&lt;/full-title&gt;&lt;/periodical&gt;&lt;pages&gt;147-161&lt;/pages&gt;&lt;volume&gt;90&lt;/volume&gt;&lt;number&gt;1-3&lt;/number&gt;&lt;dates&gt;&lt;year&gt;2007&lt;/year&gt;&lt;/dates&gt;&lt;isbn&gt;0920-9964&lt;/isbn&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68</w:t>
            </w:r>
            <w:r w:rsidR="0031308D" w:rsidRPr="00EB75F0">
              <w:rPr>
                <w:rFonts w:cs="Arial"/>
                <w:sz w:val="14"/>
                <w:szCs w:val="14"/>
              </w:rPr>
              <w:fldChar w:fldCharType="end"/>
            </w:r>
          </w:p>
        </w:tc>
        <w:tc>
          <w:tcPr>
            <w:tcW w:w="203" w:type="pct"/>
            <w:noWrap/>
            <w:vAlign w:val="center"/>
          </w:tcPr>
          <w:p w14:paraId="0B9A968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204" w:type="pct"/>
            <w:noWrap/>
            <w:vAlign w:val="center"/>
          </w:tcPr>
          <w:p w14:paraId="448DBBF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212" w:type="pct"/>
            <w:noWrap/>
            <w:vAlign w:val="center"/>
          </w:tcPr>
          <w:p w14:paraId="0C6FF2E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3DC6666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7F53592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3B8F2D6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7ECE210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44D634D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68B58BD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17C2CDB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275A9CB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70" w:type="pct"/>
            <w:noWrap/>
            <w:vAlign w:val="center"/>
          </w:tcPr>
          <w:p w14:paraId="5A3A7A3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106F34C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15484A8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115FD22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240E8D2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5D498FE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65" w:type="pct"/>
            <w:gridSpan w:val="2"/>
            <w:noWrap/>
            <w:vAlign w:val="center"/>
          </w:tcPr>
          <w:p w14:paraId="6A221AA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3965906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08616C1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1C7BF8A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5AFE2F9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tcPr>
          <w:p w14:paraId="6475DF9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26E2F193"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303FB686" w14:textId="7DA334A7"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t>Davidson 2007</w:t>
            </w:r>
            <w:r w:rsidR="0031308D" w:rsidRPr="00EB75F0">
              <w:rPr>
                <w:rFonts w:cs="Arial"/>
                <w:sz w:val="14"/>
                <w:szCs w:val="14"/>
              </w:rPr>
              <w:fldChar w:fldCharType="begin"/>
            </w:r>
            <w:r w:rsidR="00452EF4">
              <w:rPr>
                <w:rFonts w:cs="Arial"/>
                <w:sz w:val="14"/>
                <w:szCs w:val="14"/>
              </w:rPr>
              <w:instrText xml:space="preserve"> ADDIN EN.CITE &lt;EndNote&gt;&lt;Cite&gt;&lt;Author&gt;Davidson&lt;/Author&gt;&lt;Year&gt;2007&lt;/Year&gt;&lt;RecNum&gt;66&lt;/RecNum&gt;&lt;DisplayText&gt;&lt;style face="superscript"&gt;69&lt;/style&gt;&lt;/DisplayText&gt;&lt;record&gt;&lt;rec-number&gt;66&lt;/rec-number&gt;&lt;foreign-keys&gt;&lt;key app="EN" db-id="9ttaxzax2p0tr7ewzt55atews50zvxaaa5rz" timestamp="1764068839"&gt;66&lt;/key&gt;&lt;/foreign-keys&gt;&lt;ref-type name="Journal Article"&gt;17&lt;/ref-type&gt;&lt;contributors&gt;&lt;authors&gt;&lt;author&gt;Davidson, Michael&lt;/author&gt;&lt;author&gt;Emsley, Robin&lt;/author&gt;&lt;author&gt;Kramer, Michelle&lt;/author&gt;&lt;author&gt;Ford, Lisa&lt;/author&gt;&lt;author&gt;Pan, Guohua&lt;/author&gt;&lt;author&gt;Lim, Pilar&lt;/author&gt;&lt;author&gt;Eerdekens, Mariëlle&lt;/author&gt;&lt;/authors&gt;&lt;/contributors&gt;&lt;titles&gt;&lt;title&gt;Efficacy, safety and early response of paliperidone extended-release tablets (paliperidone ER): results of a 6-week, randomized, placebo-controlled study&lt;/title&gt;&lt;secondary-title&gt;Schizophrenia research&lt;/secondary-title&gt;&lt;/titles&gt;&lt;periodical&gt;&lt;full-title&gt;Schizophrenia Research&lt;/full-title&gt;&lt;/periodical&gt;&lt;pages&gt;117-130&lt;/pages&gt;&lt;volume&gt;93&lt;/volume&gt;&lt;number&gt;1-3&lt;/number&gt;&lt;dates&gt;&lt;year&gt;2007&lt;/year&gt;&lt;/dates&gt;&lt;isbn&gt;0920-9964&lt;/isbn&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69</w:t>
            </w:r>
            <w:r w:rsidR="0031308D" w:rsidRPr="00EB75F0">
              <w:rPr>
                <w:rFonts w:cs="Arial"/>
                <w:sz w:val="14"/>
                <w:szCs w:val="14"/>
              </w:rPr>
              <w:fldChar w:fldCharType="end"/>
            </w:r>
          </w:p>
        </w:tc>
        <w:tc>
          <w:tcPr>
            <w:tcW w:w="203" w:type="pct"/>
            <w:noWrap/>
            <w:vAlign w:val="center"/>
          </w:tcPr>
          <w:p w14:paraId="174A028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04" w:type="pct"/>
            <w:noWrap/>
            <w:vAlign w:val="center"/>
          </w:tcPr>
          <w:p w14:paraId="0D50CD3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212" w:type="pct"/>
            <w:noWrap/>
            <w:vAlign w:val="center"/>
          </w:tcPr>
          <w:p w14:paraId="6FDC8ED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5" w:type="pct"/>
            <w:noWrap/>
            <w:vAlign w:val="center"/>
          </w:tcPr>
          <w:p w14:paraId="7B60B73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4862264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84" w:type="pct"/>
            <w:noWrap/>
            <w:vAlign w:val="center"/>
          </w:tcPr>
          <w:p w14:paraId="7863558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15D4C67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1ECE22C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6519604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198F1C7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2243120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70" w:type="pct"/>
            <w:noWrap/>
            <w:vAlign w:val="center"/>
          </w:tcPr>
          <w:p w14:paraId="0217CE3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0" w:type="pct"/>
            <w:noWrap/>
            <w:vAlign w:val="center"/>
          </w:tcPr>
          <w:p w14:paraId="664E0F5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71" w:type="pct"/>
            <w:noWrap/>
            <w:vAlign w:val="center"/>
          </w:tcPr>
          <w:p w14:paraId="5BB002E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65" w:type="pct"/>
            <w:noWrap/>
            <w:vAlign w:val="center"/>
          </w:tcPr>
          <w:p w14:paraId="0A6D526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1EFE3EF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1AC32B0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65" w:type="pct"/>
            <w:gridSpan w:val="2"/>
            <w:noWrap/>
            <w:vAlign w:val="center"/>
          </w:tcPr>
          <w:p w14:paraId="4C56917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30169D7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6EA3393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06D6D72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54" w:type="pct"/>
            <w:noWrap/>
            <w:vAlign w:val="center"/>
          </w:tcPr>
          <w:p w14:paraId="7B09143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393" w:type="pct"/>
          </w:tcPr>
          <w:p w14:paraId="26585C8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7382C7E6"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509F24D8" w14:textId="78C35D2F" w:rsidR="00436809" w:rsidRPr="00EB75F0" w:rsidRDefault="00436809" w:rsidP="00C32B29">
            <w:pPr>
              <w:spacing w:before="0" w:after="0" w:line="240" w:lineRule="auto"/>
              <w:rPr>
                <w:rFonts w:cs="Arial"/>
                <w:b w:val="0"/>
                <w:bCs w:val="0"/>
                <w:sz w:val="14"/>
                <w:szCs w:val="14"/>
                <w:lang w:val="en-US"/>
              </w:rPr>
            </w:pPr>
            <w:r w:rsidRPr="00EB75F0">
              <w:rPr>
                <w:rFonts w:cs="Arial"/>
                <w:color w:val="1E1E1E"/>
                <w:sz w:val="14"/>
                <w:szCs w:val="14"/>
                <w:lang w:val="en-US"/>
              </w:rPr>
              <w:t>McDonnell 2018</w:t>
            </w:r>
            <w:r w:rsidR="0031308D" w:rsidRPr="00EB75F0">
              <w:rPr>
                <w:rFonts w:cs="Arial"/>
                <w:sz w:val="14"/>
                <w:szCs w:val="14"/>
              </w:rPr>
              <w:fldChar w:fldCharType="begin"/>
            </w:r>
            <w:r w:rsidR="00452EF4">
              <w:rPr>
                <w:rFonts w:cs="Arial"/>
                <w:sz w:val="14"/>
                <w:szCs w:val="14"/>
              </w:rPr>
              <w:instrText xml:space="preserve"> ADDIN EN.CITE &lt;EndNote&gt;&lt;Cite&gt;&lt;Author&gt;McDonnell&lt;/Author&gt;&lt;Year&gt;2018&lt;/Year&gt;&lt;RecNum&gt;69&lt;/RecNum&gt;&lt;DisplayText&gt;&lt;style face="superscript"&gt;72&lt;/style&gt;&lt;/DisplayText&gt;&lt;record&gt;&lt;rec-number&gt;69&lt;/rec-number&gt;&lt;foreign-keys&gt;&lt;key app="EN" db-id="9ttaxzax2p0tr7ewzt55atews50zvxaaa5rz" timestamp="1764068839"&gt;69&lt;/key&gt;&lt;/foreign-keys&gt;&lt;ref-type name="Journal Article"&gt;17&lt;/ref-type&gt;&lt;contributors&gt;&lt;authors&gt;&lt;author&gt;McDonnell, David&lt;/author&gt;&lt;author&gt;Potkin, Steven G&lt;/author&gt;&lt;author&gt;Simmons, Adam&lt;/author&gt;&lt;author&gt;Jiang, Ying&lt;/author&gt;&lt;author&gt;DiPetrillo, Lauren&lt;/author&gt;&lt;author&gt;Silverman, Bernard&lt;/author&gt;&lt;/authors&gt;&lt;/contributors&gt;&lt;titles&gt;&lt;title&gt;F232. A phase 3 study to determine the antipsychotic efficacy and safety of ALKS 3831 in adult patients with acute exacerbation of schizophrenia&lt;/title&gt;&lt;secondary-title&gt;Schizophrenia Bulletin&lt;/secondary-title&gt;&lt;/titles&gt;&lt;periodical&gt;&lt;full-title&gt;Schizophrenia bulletin&lt;/full-title&gt;&lt;/periodical&gt;&lt;pages&gt;S312&lt;/pages&gt;&lt;volume&gt;44&lt;/volume&gt;&lt;number&gt;Suppl 1&lt;/number&gt;&lt;dates&gt;&lt;year&gt;2018&lt;/year&gt;&lt;/dates&gt;&lt;urls&gt;&lt;/urls&gt;&lt;/record&gt;&lt;/Cite&gt;&lt;/EndNote&gt;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72</w:t>
            </w:r>
            <w:r w:rsidR="0031308D" w:rsidRPr="00EB75F0">
              <w:rPr>
                <w:rFonts w:cs="Arial"/>
                <w:sz w:val="14"/>
                <w:szCs w:val="14"/>
              </w:rPr>
              <w:fldChar w:fldCharType="end"/>
            </w:r>
            <w:r w:rsidRPr="00EB75F0">
              <w:rPr>
                <w:rFonts w:cs="Arial"/>
                <w:sz w:val="14"/>
                <w:szCs w:val="14"/>
                <w:lang w:val="en-US"/>
              </w:rPr>
              <w:t>**</w:t>
            </w:r>
          </w:p>
        </w:tc>
        <w:tc>
          <w:tcPr>
            <w:tcW w:w="203" w:type="pct"/>
            <w:noWrap/>
            <w:vAlign w:val="center"/>
          </w:tcPr>
          <w:p w14:paraId="045543C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NI</w:t>
            </w:r>
          </w:p>
        </w:tc>
        <w:tc>
          <w:tcPr>
            <w:tcW w:w="204" w:type="pct"/>
            <w:noWrap/>
            <w:vAlign w:val="center"/>
          </w:tcPr>
          <w:p w14:paraId="5615931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NI</w:t>
            </w:r>
          </w:p>
        </w:tc>
        <w:tc>
          <w:tcPr>
            <w:tcW w:w="212" w:type="pct"/>
            <w:noWrap/>
            <w:vAlign w:val="center"/>
          </w:tcPr>
          <w:p w14:paraId="14B9A25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85" w:type="pct"/>
            <w:noWrap/>
            <w:vAlign w:val="center"/>
          </w:tcPr>
          <w:p w14:paraId="3096BA0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216B7C2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84" w:type="pct"/>
            <w:noWrap/>
            <w:vAlign w:val="center"/>
          </w:tcPr>
          <w:p w14:paraId="3385D2C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2FF51A5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6900CFA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84" w:type="pct"/>
            <w:noWrap/>
            <w:vAlign w:val="center"/>
          </w:tcPr>
          <w:p w14:paraId="5F2B152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Y</w:t>
            </w:r>
          </w:p>
        </w:tc>
        <w:tc>
          <w:tcPr>
            <w:tcW w:w="188" w:type="pct"/>
            <w:noWrap/>
            <w:vAlign w:val="center"/>
          </w:tcPr>
          <w:p w14:paraId="12D7710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70" w:type="pct"/>
            <w:noWrap/>
            <w:vAlign w:val="center"/>
          </w:tcPr>
          <w:p w14:paraId="6E18F18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PY</w:t>
            </w:r>
          </w:p>
        </w:tc>
        <w:tc>
          <w:tcPr>
            <w:tcW w:w="170" w:type="pct"/>
            <w:noWrap/>
            <w:vAlign w:val="center"/>
          </w:tcPr>
          <w:p w14:paraId="4DF7119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sz w:val="14"/>
                <w:szCs w:val="14"/>
                <w:lang w:val="en-US"/>
              </w:rPr>
              <w:t>NI</w:t>
            </w:r>
          </w:p>
        </w:tc>
        <w:tc>
          <w:tcPr>
            <w:tcW w:w="170" w:type="pct"/>
            <w:noWrap/>
            <w:vAlign w:val="center"/>
          </w:tcPr>
          <w:p w14:paraId="1A6B0C1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71" w:type="pct"/>
            <w:noWrap/>
            <w:vAlign w:val="center"/>
          </w:tcPr>
          <w:p w14:paraId="17BBFC0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65" w:type="pct"/>
            <w:noWrap/>
            <w:vAlign w:val="center"/>
          </w:tcPr>
          <w:p w14:paraId="21C0E71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006F61C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w:t>
            </w:r>
          </w:p>
        </w:tc>
        <w:tc>
          <w:tcPr>
            <w:tcW w:w="165" w:type="pct"/>
            <w:gridSpan w:val="2"/>
            <w:noWrap/>
            <w:vAlign w:val="center"/>
          </w:tcPr>
          <w:p w14:paraId="4C07277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PN</w:t>
            </w:r>
          </w:p>
        </w:tc>
        <w:tc>
          <w:tcPr>
            <w:tcW w:w="165" w:type="pct"/>
            <w:gridSpan w:val="2"/>
            <w:noWrap/>
            <w:vAlign w:val="center"/>
          </w:tcPr>
          <w:p w14:paraId="4982236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65" w:type="pct"/>
            <w:gridSpan w:val="2"/>
            <w:noWrap/>
            <w:vAlign w:val="center"/>
          </w:tcPr>
          <w:p w14:paraId="2095E31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NA</w:t>
            </w:r>
          </w:p>
        </w:tc>
        <w:tc>
          <w:tcPr>
            <w:tcW w:w="153" w:type="pct"/>
            <w:noWrap/>
            <w:vAlign w:val="center"/>
          </w:tcPr>
          <w:p w14:paraId="3134CE2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PY</w:t>
            </w:r>
          </w:p>
        </w:tc>
        <w:tc>
          <w:tcPr>
            <w:tcW w:w="153" w:type="pct"/>
            <w:noWrap/>
            <w:vAlign w:val="center"/>
          </w:tcPr>
          <w:p w14:paraId="51D68DB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154" w:type="pct"/>
            <w:noWrap/>
            <w:vAlign w:val="center"/>
          </w:tcPr>
          <w:p w14:paraId="2F0822A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14"/>
                <w:szCs w:val="14"/>
                <w:lang w:val="en-US"/>
              </w:rPr>
            </w:pPr>
            <w:r w:rsidRPr="00EB75F0">
              <w:rPr>
                <w:rFonts w:cs="Arial"/>
                <w:color w:val="000000"/>
                <w:sz w:val="14"/>
                <w:szCs w:val="14"/>
                <w:lang w:val="en-US"/>
              </w:rPr>
              <w:t>NI</w:t>
            </w:r>
          </w:p>
        </w:tc>
        <w:tc>
          <w:tcPr>
            <w:tcW w:w="393" w:type="pct"/>
            <w:vAlign w:val="center"/>
          </w:tcPr>
          <w:p w14:paraId="6626A48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High</w:t>
            </w:r>
          </w:p>
        </w:tc>
      </w:tr>
      <w:tr w:rsidR="00436809" w:rsidRPr="00EB75F0" w14:paraId="677B6BC1"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7B3BC23B" w14:textId="795DCEDE"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1E1E1E"/>
                <w:sz w:val="14"/>
                <w:szCs w:val="14"/>
                <w:lang w:val="en-US"/>
              </w:rPr>
              <w:t>Schmidt 2012</w:t>
            </w:r>
            <w:r w:rsidR="0031308D" w:rsidRPr="00EB75F0">
              <w:rPr>
                <w:rFonts w:cs="Arial"/>
                <w:sz w:val="14"/>
                <w:szCs w:val="14"/>
              </w:rPr>
              <w:fldChar w:fldCharType="begin"/>
            </w:r>
            <w:r w:rsidR="00452EF4">
              <w:rPr>
                <w:rFonts w:cs="Arial"/>
                <w:sz w:val="14"/>
                <w:szCs w:val="14"/>
              </w:rPr>
              <w:instrText xml:space="preserve"> ADDIN EN.CITE &lt;EndNote&gt;&lt;Cite&gt;&lt;Author&gt;Schmidt&lt;/Author&gt;&lt;Year&gt;2012&lt;/Year&gt;&lt;RecNum&gt;71&lt;/RecNum&gt;&lt;DisplayText&gt;&lt;style face="superscript"&gt;74&lt;/style&gt;&lt;/DisplayText&gt;&lt;record&gt;&lt;rec-number&gt;71&lt;/rec-number&gt;&lt;foreign-keys&gt;&lt;key app="EN" db-id="9ttaxzax2p0tr7ewzt55atews50zvxaaa5rz" timestamp="1764068840"&gt;71&lt;/key&gt;&lt;/foreign-keys&gt;&lt;ref-type name="Journal Article"&gt;17&lt;/ref-type&gt;&lt;contributors&gt;&lt;authors&gt;&lt;author&gt;Schmidt, M. E.&lt;/author&gt;&lt;author&gt;Kent, J. M.&lt;/author&gt;&lt;author&gt;Daly, E.&lt;/author&gt;&lt;author&gt;Janssens, L.&lt;/author&gt;&lt;author&gt;Van Osselaer, N.&lt;/author&gt;&lt;author&gt;Husken, G.&lt;/author&gt;&lt;author&gt;Anghelescu, I. G.&lt;/author&gt;&lt;author&gt;Van Nueten, L.&lt;/author&gt;&lt;/authors&gt;&lt;/contributors&gt;&lt;titles&gt;&lt;title&gt;A double-blind, randomized, placebo-controlled study with JNJ-37822681, a novel, highly selective, fast dissociating D(2) receptor antagonist in the treatment of acute exacerbation of schizophrenia&lt;/title&gt;&lt;secondary-title&gt;Eur Neuropsychopharmacol&lt;/secondary-title&gt;&lt;/titles&gt;&lt;periodical&gt;&lt;full-title&gt;Eur Neuropsychopharmacol&lt;/full-title&gt;&lt;/periodical&gt;&lt;pages&gt;721-33&lt;/pages&gt;&lt;volume&gt;22&lt;/volume&gt;&lt;number&gt;10&lt;/number&gt;&lt;dates&gt;&lt;year&gt;2012&lt;/year&gt;&lt;pub-dates&gt;&lt;date&gt;20120331&lt;/date&gt;&lt;/pub-dates&gt;&lt;/dates&gt;&lt;pub-location&gt;Janssen Research &amp;amp; Development, a division of Janssen Pharmaceutica NV, Beerse, Belgium. mschmid4@its.jnj.com&lt;/pub-location&gt;&lt;isbn&gt;1873-7862 (Electronic) 0924-977X (Linking)&lt;/isbn&gt;&lt;urls&gt;&lt;related-urls&gt;&lt;url&gt;https://www.ncbi.nlm.nih.gov/pubmed/22464973&lt;/url&gt;&lt;/related-urls&gt;&lt;/urls&gt;&lt;electronic-resource-num&gt;10.1016/j.euroneuro.2012.02.007&lt;/electronic-resource-num&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74</w:t>
            </w:r>
            <w:r w:rsidR="0031308D" w:rsidRPr="00EB75F0">
              <w:rPr>
                <w:rFonts w:cs="Arial"/>
                <w:sz w:val="14"/>
                <w:szCs w:val="14"/>
              </w:rPr>
              <w:fldChar w:fldCharType="end"/>
            </w:r>
          </w:p>
        </w:tc>
        <w:tc>
          <w:tcPr>
            <w:tcW w:w="203" w:type="pct"/>
            <w:noWrap/>
            <w:vAlign w:val="center"/>
          </w:tcPr>
          <w:p w14:paraId="3E973F0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4B5ACC0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755247D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709AE36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0112368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32C3236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0332D78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50832D9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537916B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6769789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5445353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70" w:type="pct"/>
            <w:noWrap/>
            <w:vAlign w:val="center"/>
          </w:tcPr>
          <w:p w14:paraId="7E1672F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3E444EB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5D8D4B5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1090995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165813D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4BFE32D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71F2299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72336A5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3984553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53" w:type="pct"/>
            <w:noWrap/>
            <w:vAlign w:val="center"/>
          </w:tcPr>
          <w:p w14:paraId="24C5FA5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5A20DF6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tcPr>
          <w:p w14:paraId="3A26399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76118C7A"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04E1C387" w14:textId="4DED91AA"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1E1E1E"/>
                <w:sz w:val="14"/>
                <w:szCs w:val="14"/>
                <w:lang w:val="en-US"/>
              </w:rPr>
              <w:t>Shen 2014</w:t>
            </w:r>
            <w:r w:rsidR="0031308D" w:rsidRPr="00EB75F0">
              <w:rPr>
                <w:rFonts w:cs="Arial"/>
                <w:sz w:val="14"/>
                <w:szCs w:val="14"/>
              </w:rPr>
              <w:fldChar w:fldCharType="begin"/>
            </w:r>
            <w:r w:rsidR="00452EF4">
              <w:rPr>
                <w:rFonts w:cs="Arial"/>
                <w:sz w:val="14"/>
                <w:szCs w:val="14"/>
              </w:rPr>
              <w:instrText xml:space="preserve"> ADDIN EN.CITE &lt;EndNote&gt;&lt;Cite&gt;&lt;Author&gt;Shen&lt;/Author&gt;&lt;Year&gt;2014&lt;/Year&gt;&lt;RecNum&gt;72&lt;/RecNum&gt;&lt;DisplayText&gt;&lt;style face="superscript"&gt;75&lt;/style&gt;&lt;/DisplayText&gt;&lt;record&gt;&lt;rec-number&gt;72&lt;/rec-number&gt;&lt;foreign-keys&gt;&lt;key app="EN" db-id="9ttaxzax2p0tr7ewzt55atews50zvxaaa5rz" timestamp="1764068840"&gt;72&lt;/key&gt;&lt;/foreign-keys&gt;&lt;ref-type name="Journal Article"&gt;17&lt;/ref-type&gt;&lt;contributors&gt;&lt;authors&gt;&lt;author&gt;Shen, J. H.&lt;/author&gt;&lt;author&gt;Zhao, Y.&lt;/author&gt;&lt;author&gt;Rosenzweig-Lipson, S.&lt;/author&gt;&lt;author&gt;Popp, D.&lt;/author&gt;&lt;author&gt;Williams, J. B.&lt;/author&gt;&lt;author&gt;Giller, E.&lt;/author&gt;&lt;author&gt;Detke, M. J.&lt;/author&gt;&lt;author&gt;Kane, J. M.&lt;/author&gt;&lt;/authors&gt;&lt;/contributors&gt;&lt;titles&gt;&lt;title&gt;A 6-week randomized, double-blind, placebo-controlled, comparator referenced trial of vabicaserin in acute schizophrenia&lt;/title&gt;&lt;secondary-title&gt;J Psychiatr Res&lt;/secondary-title&gt;&lt;/titles&gt;&lt;periodical&gt;&lt;full-title&gt;J Psychiatr Res&lt;/full-title&gt;&lt;/periodical&gt;&lt;pages&gt;14-22&lt;/pages&gt;&lt;volume&gt;53&lt;/volume&gt;&lt;dates&gt;&lt;year&gt;2014&lt;/year&gt;&lt;pub-dates&gt;&lt;date&gt;20140224&lt;/date&gt;&lt;/pub-dates&gt;&lt;/dates&gt;&lt;pub-location&gt;Hengrui Medicine Co., Ltd, Shanghai, China. Skyview Research, Pennsylvania, USA. IVS Pharma Consulting, USA. MedAvante Inc, Hamilton, NJ, USA. MedAvante Inc, Hamilton, NJ, USA; College of Physicians and Surgeons, Columbia University, USA. Electronic address: jwilliams@medavante.com. Detke Biopharma Consulting LLC, Carmel, IN, USA; Indiana University School of Medicine, USA. The Zucker Hillside Hospital, Glen Oaks, NY, USA; The Albert Einstein College of Medicine, Bronx, NY, USA.&lt;/pub-location&gt;&lt;isbn&gt;1879-1379 (Electronic) 0022-3956 (Linking)&lt;/isbn&gt;&lt;urls&gt;&lt;related-urls&gt;&lt;url&gt;https://www.ncbi.nlm.nih.gov/pubmed/24613032&lt;/url&gt;&lt;/related-urls&gt;&lt;/urls&gt;&lt;electronic-resource-num&gt;10.1016/j.jpsychires.2014.02.012&lt;/electronic-resource-num&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75</w:t>
            </w:r>
            <w:r w:rsidR="0031308D" w:rsidRPr="00EB75F0">
              <w:rPr>
                <w:rFonts w:cs="Arial"/>
                <w:sz w:val="14"/>
                <w:szCs w:val="14"/>
              </w:rPr>
              <w:fldChar w:fldCharType="end"/>
            </w:r>
          </w:p>
        </w:tc>
        <w:tc>
          <w:tcPr>
            <w:tcW w:w="203" w:type="pct"/>
            <w:noWrap/>
            <w:vAlign w:val="center"/>
          </w:tcPr>
          <w:p w14:paraId="6416C18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580BF7D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5E2FE71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6EC1647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0C377CB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4" w:type="pct"/>
            <w:noWrap/>
            <w:vAlign w:val="center"/>
          </w:tcPr>
          <w:p w14:paraId="47B8A33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115B59C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7890732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589F423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70BB182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549AA5E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70" w:type="pct"/>
            <w:noWrap/>
            <w:vAlign w:val="center"/>
          </w:tcPr>
          <w:p w14:paraId="4BDA593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129D80D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3F64036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7AE4788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29F211D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46A343B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006A935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13A21BE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4D14934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53" w:type="pct"/>
            <w:noWrap/>
            <w:vAlign w:val="center"/>
          </w:tcPr>
          <w:p w14:paraId="2963F36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7A7CE93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tcPr>
          <w:p w14:paraId="250CC5E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133ADEBC"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1A4728CC" w14:textId="6BF79F40"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1E1E1E"/>
                <w:sz w:val="14"/>
                <w:szCs w:val="14"/>
                <w:lang w:val="en-US"/>
              </w:rPr>
              <w:t>Marder 2007</w:t>
            </w:r>
            <w:r w:rsidR="0031308D" w:rsidRPr="00EB75F0">
              <w:rPr>
                <w:rFonts w:cs="Arial"/>
                <w:sz w:val="14"/>
                <w:szCs w:val="14"/>
              </w:rPr>
              <w:fldChar w:fldCharType="begin"/>
            </w:r>
            <w:r w:rsidR="00452EF4">
              <w:rPr>
                <w:rFonts w:cs="Arial"/>
                <w:sz w:val="14"/>
                <w:szCs w:val="14"/>
              </w:rPr>
              <w:instrText xml:space="preserve"> ADDIN EN.CITE &lt;EndNote&gt;&lt;Cite&gt;&lt;Author&gt;Marder&lt;/Author&gt;&lt;Year&gt;2007&lt;/Year&gt;&lt;RecNum&gt;73&lt;/RecNum&gt;&lt;DisplayText&gt;&lt;style face="superscript"&gt;76&lt;/style&gt;&lt;/DisplayText&gt;&lt;record&gt;&lt;rec-number&gt;73&lt;/rec-number&gt;&lt;foreign-keys&gt;&lt;key app="EN" db-id="9ttaxzax2p0tr7ewzt55atews50zvxaaa5rz" timestamp="1764068840"&gt;73&lt;/key&gt;&lt;/foreign-keys&gt;&lt;ref-type name="Journal Article"&gt;17&lt;/ref-type&gt;&lt;contributors&gt;&lt;authors&gt;&lt;author&gt;Marder, S. R.&lt;/author&gt;&lt;author&gt;Kramer, M.&lt;/author&gt;&lt;author&gt;Ford, L.&lt;/author&gt;&lt;author&gt;Eerdekens, E.&lt;/author&gt;&lt;author&gt;Lim, P.&lt;/author&gt;&lt;author&gt;Eerdekens, M.&lt;/author&gt;&lt;author&gt;Lowy, A.&lt;/author&gt;&lt;/authors&gt;&lt;/contributors&gt;&lt;titles&gt;&lt;title&gt;Efficacy and safety of paliperidone extended-release tablets: results of a 6-week, randomized, placebo-controlled study&lt;/title&gt;&lt;secondary-title&gt;Biol Psychiatry&lt;/secondary-title&gt;&lt;/titles&gt;&lt;periodical&gt;&lt;full-title&gt;Biol Psychiatry&lt;/full-title&gt;&lt;/periodical&gt;&lt;pages&gt;1363-70&lt;/pages&gt;&lt;volume&gt;62&lt;/volume&gt;&lt;number&gt;12&lt;/number&gt;&lt;dates&gt;&lt;year&gt;2007&lt;/year&gt;&lt;pub-dates&gt;&lt;date&gt;Dec 15 2007&lt;/date&gt;&lt;/pub-dates&gt;&lt;/dates&gt;&lt;pub-location&gt;Veteran&amp;apos;s Affairs Veteran&amp;apos;s Integrated Service Networks 22 Mental Illness Research, Education, and Clinical Center, Los Angeles, California 90073, USA. marder@ucla.edu&lt;/pub-location&gt;&lt;isbn&gt;1873-2402 (Electronic) 0006-3223 (Linking)&lt;/isbn&gt;&lt;urls&gt;&lt;related-urls&gt;&lt;url&gt;https://www.ncbi.nlm.nih.gov/pubmed/17601495&lt;/url&gt;&lt;/related-urls&gt;&lt;/urls&gt;&lt;electronic-resource-num&gt;10.1016/j.biopsych.2007.01.017&lt;/electronic-resource-num&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76</w:t>
            </w:r>
            <w:r w:rsidR="0031308D" w:rsidRPr="00EB75F0">
              <w:rPr>
                <w:rFonts w:cs="Arial"/>
                <w:sz w:val="14"/>
                <w:szCs w:val="14"/>
              </w:rPr>
              <w:fldChar w:fldCharType="end"/>
            </w:r>
          </w:p>
        </w:tc>
        <w:tc>
          <w:tcPr>
            <w:tcW w:w="203" w:type="pct"/>
            <w:noWrap/>
            <w:vAlign w:val="center"/>
          </w:tcPr>
          <w:p w14:paraId="36F4D2F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694EBBD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0C897DC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11AAFE2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67E412B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4" w:type="pct"/>
            <w:noWrap/>
            <w:vAlign w:val="center"/>
          </w:tcPr>
          <w:p w14:paraId="33AF422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6589070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54DEF72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08BD413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5F7B492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17B207C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70" w:type="pct"/>
            <w:noWrap/>
            <w:vAlign w:val="center"/>
          </w:tcPr>
          <w:p w14:paraId="23E22AE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3693A05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587A7EE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6E6302D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6771B2C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0FE5262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65" w:type="pct"/>
            <w:gridSpan w:val="2"/>
            <w:noWrap/>
            <w:vAlign w:val="center"/>
          </w:tcPr>
          <w:p w14:paraId="64F4C10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1C9D880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62792D2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53" w:type="pct"/>
            <w:noWrap/>
            <w:vAlign w:val="center"/>
          </w:tcPr>
          <w:p w14:paraId="5DC5B6C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05022EC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tcPr>
          <w:p w14:paraId="3FC8BE5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66476363"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0F3EC4D8" w14:textId="4E9CF309"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1E1E1E"/>
                <w:sz w:val="14"/>
                <w:szCs w:val="14"/>
                <w:lang w:val="en-US"/>
              </w:rPr>
              <w:t>Egan 2013</w:t>
            </w:r>
            <w:r w:rsidR="0031308D" w:rsidRPr="00EB75F0">
              <w:rPr>
                <w:rFonts w:cs="Arial"/>
                <w:sz w:val="14"/>
                <w:szCs w:val="14"/>
              </w:rPr>
              <w:fldChar w:fldCharType="begin"/>
            </w:r>
            <w:r w:rsidR="00452EF4">
              <w:rPr>
                <w:rFonts w:cs="Arial"/>
                <w:sz w:val="14"/>
                <w:szCs w:val="14"/>
              </w:rPr>
              <w:instrText xml:space="preserve"> ADDIN EN.CITE &lt;EndNote&gt;&lt;Cite&gt;&lt;Author&gt;Egan&lt;/Author&gt;&lt;Year&gt;2013&lt;/Year&gt;&lt;RecNum&gt;75&lt;/RecNum&gt;&lt;DisplayText&gt;&lt;style face="superscript"&gt;78&lt;/style&gt;&lt;/DisplayText&gt;&lt;record&gt;&lt;rec-number&gt;75&lt;/rec-number&gt;&lt;foreign-keys&gt;&lt;key app="EN" db-id="9ttaxzax2p0tr7ewzt55atews50zvxaaa5rz" timestamp="1764068841"&gt;75&lt;/key&gt;&lt;/foreign-keys&gt;&lt;ref-type name="Journal Article"&gt;17&lt;/ref-type&gt;&lt;contributors&gt;&lt;authors&gt;&lt;author&gt;Egan, M. F.&lt;/author&gt;&lt;author&gt;Zhao, X.&lt;/author&gt;&lt;author&gt;Smith, A.&lt;/author&gt;&lt;author&gt;Troyer, M. D.&lt;/author&gt;&lt;author&gt;Uebele, V. N.&lt;/author&gt;&lt;author&gt;Pidkorytov, V.&lt;/author&gt;&lt;author&gt;Cox, K.&lt;/author&gt;&lt;author&gt;Murphy, M.&lt;/author&gt;&lt;author&gt;Snavely, D.&lt;/author&gt;&lt;author&gt;Lines, C.&lt;/author&gt;&lt;author&gt;Michelson, D.&lt;/author&gt;&lt;/authors&gt;&lt;/contributors&gt;&lt;titles&gt;&lt;title&gt;Randomized controlled study of the T-type calcium channel antagonist MK-8998 for the treatment of acute psychosis in patients with schizophrenia&lt;/title&gt;&lt;secondary-title&gt;Hum Psychopharmacol&lt;/secondary-title&gt;&lt;/titles&gt;&lt;periodical&gt;&lt;full-title&gt;Hum Psychopharmacol&lt;/full-title&gt;&lt;/periodical&gt;&lt;pages&gt;124-33&lt;/pages&gt;&lt;volume&gt;28&lt;/volume&gt;&lt;number&gt;2&lt;/number&gt;&lt;dates&gt;&lt;year&gt;2013&lt;/year&gt;&lt;pub-dates&gt;&lt;date&gt;Mar&lt;/date&gt;&lt;/pub-dates&gt;&lt;/dates&gt;&lt;pub-location&gt;Merck Sharp &amp;amp; Dohme Corp., Whitehouse, Station, NJ, USA. michael.egan@merck.com&lt;/pub-location&gt;&lt;isbn&gt;1099-1077 (Electronic) 0885-6222 (Linking)&lt;/isbn&gt;&lt;urls&gt;&lt;related-urls&gt;&lt;url&gt;https://www.ncbi.nlm.nih.gov/pubmed/23532746&lt;/url&gt;&lt;/related-urls&gt;&lt;/urls&gt;&lt;electronic-resource-num&gt;10.1002/hup.2289&lt;/electronic-resource-num&gt;&lt;/record&gt;&lt;/Cite&gt;&lt;/EndNote&gt;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78</w:t>
            </w:r>
            <w:r w:rsidR="0031308D" w:rsidRPr="00EB75F0">
              <w:rPr>
                <w:rFonts w:cs="Arial"/>
                <w:sz w:val="14"/>
                <w:szCs w:val="14"/>
              </w:rPr>
              <w:fldChar w:fldCharType="end"/>
            </w:r>
          </w:p>
        </w:tc>
        <w:tc>
          <w:tcPr>
            <w:tcW w:w="203" w:type="pct"/>
            <w:noWrap/>
            <w:vAlign w:val="center"/>
          </w:tcPr>
          <w:p w14:paraId="76125B5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3948419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24096E9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18E5435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2E5462C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765F2D4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3C59290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4388C85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717A8BA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054D05B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76E0712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70" w:type="pct"/>
            <w:noWrap/>
            <w:vAlign w:val="center"/>
          </w:tcPr>
          <w:p w14:paraId="1B60D54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6CE3F4C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0031DE7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14305E5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1EA0D52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1B1EFAD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0E88FD5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386ADAA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7653046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53" w:type="pct"/>
            <w:noWrap/>
            <w:vAlign w:val="center"/>
          </w:tcPr>
          <w:p w14:paraId="69DD6F3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6F004BA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tcPr>
          <w:p w14:paraId="796301C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36C19A82"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5BBCCD2A" w14:textId="49050D7F" w:rsidR="00436809" w:rsidRPr="00EB75F0" w:rsidRDefault="00436809" w:rsidP="00C32B29">
            <w:pPr>
              <w:spacing w:before="0" w:after="0" w:line="240" w:lineRule="auto"/>
              <w:rPr>
                <w:rFonts w:cs="Arial"/>
                <w:b w:val="0"/>
                <w:bCs w:val="0"/>
                <w:color w:val="000000"/>
                <w:sz w:val="14"/>
                <w:szCs w:val="14"/>
                <w:lang w:val="en-US"/>
              </w:rPr>
            </w:pPr>
            <w:proofErr w:type="spellStart"/>
            <w:r w:rsidRPr="00EB75F0">
              <w:rPr>
                <w:rFonts w:cs="Arial"/>
                <w:color w:val="1E1E1E"/>
                <w:sz w:val="14"/>
                <w:szCs w:val="14"/>
                <w:lang w:val="en-US"/>
              </w:rPr>
              <w:t>Kinon</w:t>
            </w:r>
            <w:proofErr w:type="spellEnd"/>
            <w:r w:rsidRPr="00EB75F0">
              <w:rPr>
                <w:rFonts w:cs="Arial"/>
                <w:color w:val="1E1E1E"/>
                <w:sz w:val="14"/>
                <w:szCs w:val="14"/>
                <w:lang w:val="en-US"/>
              </w:rPr>
              <w:t xml:space="preserve"> 2011</w:t>
            </w:r>
            <w:r w:rsidR="0031308D" w:rsidRPr="00EB75F0">
              <w:rPr>
                <w:rFonts w:cs="Arial"/>
                <w:sz w:val="14"/>
                <w:szCs w:val="14"/>
              </w:rPr>
              <w:fldChar w:fldCharType="begin"/>
            </w:r>
            <w:r w:rsidR="00452EF4">
              <w:rPr>
                <w:rFonts w:cs="Arial"/>
                <w:sz w:val="14"/>
                <w:szCs w:val="14"/>
              </w:rPr>
              <w:instrText xml:space="preserve"> ADDIN EN.CITE &lt;EndNote&gt;&lt;Cite&gt;&lt;Author&gt;Kinon&lt;/Author&gt;&lt;Year&gt;2011&lt;/Year&gt;&lt;RecNum&gt;76&lt;/RecNum&gt;&lt;DisplayText&gt;&lt;style face="superscript"&gt;79&lt;/style&gt;&lt;/DisplayText&gt;&lt;record&gt;&lt;rec-number&gt;76&lt;/rec-number&gt;&lt;foreign-keys&gt;&lt;key app="EN" db-id="9ttaxzax2p0tr7ewzt55atews50zvxaaa5rz" timestamp="1764068841"&gt;76&lt;/key&gt;&lt;/foreign-keys&gt;&lt;ref-type name="Journal Article"&gt;17&lt;/ref-type&gt;&lt;contributors&gt;&lt;authors&gt;&lt;author&gt;Kinon, B. J.&lt;/author&gt;&lt;author&gt;Zhang, L.&lt;/author&gt;&lt;author&gt;Millen, B. A.&lt;/author&gt;&lt;author&gt;Osuntokun, O. O.&lt;/author&gt;&lt;author&gt;Williams, J. E.&lt;/author&gt;&lt;author&gt;Kollack-Walker, S.&lt;/author&gt;&lt;author&gt;Jackson, K.&lt;/author&gt;&lt;author&gt;Kryzhanovskaya, L.&lt;/author&gt;&lt;author&gt;Jarkova, N.&lt;/author&gt;&lt;author&gt;Hbbi Study Group&lt;/author&gt;&lt;/authors&gt;&lt;/contributors&gt;&lt;titles&gt;&lt;title&gt;A multicenter, inpatient, phase 2, double-blind, placebo-controlled dose-ranging study of LY2140023 monohydrate in patients with DSM-IV schizophrenia&lt;/title&gt;&lt;secondary-title&gt;J Clin Psychopharmacol&lt;/secondary-title&gt;&lt;/titles&gt;&lt;periodical&gt;&lt;full-title&gt;J Clin Psychopharmacol&lt;/full-title&gt;&lt;/periodical&gt;&lt;pages&gt;349-55&lt;/pages&gt;&lt;volume&gt;31&lt;/volume&gt;&lt;number&gt;3&lt;/number&gt;&lt;dates&gt;&lt;year&gt;2011&lt;/year&gt;&lt;pub-dates&gt;&lt;date&gt;Jun&lt;/date&gt;&lt;/pub-dates&gt;&lt;/dates&gt;&lt;pub-location&gt;Eli Lilly and Company, Indianapolis, IN, USA.&lt;/pub-location&gt;&lt;isbn&gt;1533-712X (Electronic) 0271-0749 (Linking)&lt;/isbn&gt;&lt;urls&gt;&lt;related-urls&gt;&lt;url&gt;https://www.ncbi.nlm.nih.gov/pubmed/21508856&lt;/url&gt;&lt;/related-urls&gt;&lt;/urls&gt;&lt;electronic-resource-num&gt;10.1097/JCP.0b013e318218dcd5&lt;/electronic-resource-num&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79</w:t>
            </w:r>
            <w:r w:rsidR="0031308D" w:rsidRPr="00EB75F0">
              <w:rPr>
                <w:rFonts w:cs="Arial"/>
                <w:sz w:val="14"/>
                <w:szCs w:val="14"/>
              </w:rPr>
              <w:fldChar w:fldCharType="end"/>
            </w:r>
          </w:p>
        </w:tc>
        <w:tc>
          <w:tcPr>
            <w:tcW w:w="203" w:type="pct"/>
            <w:noWrap/>
            <w:vAlign w:val="center"/>
          </w:tcPr>
          <w:p w14:paraId="7517BC4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2A9F62A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3F97D58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3EE6FBA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3E51E3B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4" w:type="pct"/>
            <w:noWrap/>
            <w:vAlign w:val="center"/>
          </w:tcPr>
          <w:p w14:paraId="669951A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4" w:type="pct"/>
            <w:noWrap/>
            <w:vAlign w:val="center"/>
          </w:tcPr>
          <w:p w14:paraId="22DE1E4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3E3D576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524DCAD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0D6AEF6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5A6EE15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70" w:type="pct"/>
            <w:noWrap/>
            <w:vAlign w:val="center"/>
          </w:tcPr>
          <w:p w14:paraId="6AC8874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29FB58A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2A84199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28D68E6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4A22938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2B82C17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5245C6A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59E1EFB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4BB7436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53" w:type="pct"/>
            <w:noWrap/>
            <w:vAlign w:val="center"/>
          </w:tcPr>
          <w:p w14:paraId="50A0EE0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48D7695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tcPr>
          <w:p w14:paraId="0AF010C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7B7F1FD7"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1ED2400E" w14:textId="46D9A39F"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1E1E1E"/>
                <w:sz w:val="14"/>
                <w:szCs w:val="14"/>
                <w:lang w:val="en-US"/>
              </w:rPr>
              <w:t>Loebel 2013</w:t>
            </w:r>
            <w:r w:rsidR="0031308D" w:rsidRPr="00EB75F0">
              <w:rPr>
                <w:rFonts w:cs="Arial"/>
                <w:sz w:val="14"/>
                <w:szCs w:val="14"/>
              </w:rPr>
              <w:fldChar w:fldCharType="begin"/>
            </w:r>
            <w:r w:rsidR="00452EF4">
              <w:rPr>
                <w:rFonts w:cs="Arial"/>
                <w:sz w:val="14"/>
                <w:szCs w:val="14"/>
              </w:rPr>
              <w:instrText xml:space="preserve"> ADDIN EN.CITE &lt;EndNote&gt;&lt;Cite&gt;&lt;Author&gt;Loebel&lt;/Author&gt;&lt;Year&gt;2013&lt;/Year&gt;&lt;RecNum&gt;79&lt;/RecNum&gt;&lt;DisplayText&gt;&lt;style face="superscript"&gt;82&lt;/style&gt;&lt;/DisplayText&gt;&lt;record&gt;&lt;rec-number&gt;79&lt;/rec-number&gt;&lt;foreign-keys&gt;&lt;key app="EN" db-id="9ttaxzax2p0tr7ewzt55atews50zvxaaa5rz" timestamp="1764068842"&gt;79&lt;/key&gt;&lt;/foreign-keys&gt;&lt;ref-type name="Journal Article"&gt;17&lt;/ref-type&gt;&lt;contributors&gt;&lt;authors&gt;&lt;author&gt;Loebel, Antony&lt;/author&gt;&lt;author&gt;Cucchiaro, Josephine&lt;/author&gt;&lt;author&gt;Sarma, Kaushik&lt;/author&gt;&lt;author&gt;Xu, Lei&lt;/author&gt;&lt;author&gt;Hsu, Chuanchieh&lt;/author&gt;&lt;author&gt;Kalali, Amir H&lt;/author&gt;&lt;author&gt;Pikalov, Andrei&lt;/author&gt;&lt;author&gt;Potkin, Steven G&lt;/author&gt;&lt;/authors&gt;&lt;/contributors&gt;&lt;titles&gt;&lt;title&gt;Efficacy and safety of lurasidone 80 mg/day and 160 mg/day in the treatment of schizophrenia: a randomized, double-blind, placebo-and active-controlled trial&lt;/title&gt;&lt;secondary-title&gt;Schizophrenia research&lt;/secondary-title&gt;&lt;/titles&gt;&lt;periodical&gt;&lt;full-title&gt;Schizophrenia Research&lt;/full-title&gt;&lt;/periodical&gt;&lt;pages&gt;101-109&lt;/pages&gt;&lt;volume&gt;145&lt;/volume&gt;&lt;number&gt;1-3&lt;/number&gt;&lt;dates&gt;&lt;year&gt;2013&lt;/year&gt;&lt;/dates&gt;&lt;isbn&gt;0920-9964&lt;/isbn&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82</w:t>
            </w:r>
            <w:r w:rsidR="0031308D" w:rsidRPr="00EB75F0">
              <w:rPr>
                <w:rFonts w:cs="Arial"/>
                <w:sz w:val="14"/>
                <w:szCs w:val="14"/>
              </w:rPr>
              <w:fldChar w:fldCharType="end"/>
            </w:r>
          </w:p>
        </w:tc>
        <w:tc>
          <w:tcPr>
            <w:tcW w:w="203" w:type="pct"/>
            <w:noWrap/>
            <w:vAlign w:val="center"/>
          </w:tcPr>
          <w:p w14:paraId="02F0267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5201553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182FD81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7E82779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6E320E3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4" w:type="pct"/>
            <w:noWrap/>
            <w:vAlign w:val="center"/>
          </w:tcPr>
          <w:p w14:paraId="1158C06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84" w:type="pct"/>
            <w:noWrap/>
            <w:vAlign w:val="center"/>
          </w:tcPr>
          <w:p w14:paraId="14D9261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699682C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4E23673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3F3B131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5858A4C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70" w:type="pct"/>
            <w:noWrap/>
            <w:vAlign w:val="center"/>
          </w:tcPr>
          <w:p w14:paraId="5BB692C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0629BB6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0A063EF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2CAA9BE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282C487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45E4924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65" w:type="pct"/>
            <w:gridSpan w:val="2"/>
            <w:noWrap/>
            <w:vAlign w:val="center"/>
          </w:tcPr>
          <w:p w14:paraId="6CCCD5E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0937FC6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43D9E4E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53" w:type="pct"/>
            <w:noWrap/>
            <w:vAlign w:val="center"/>
          </w:tcPr>
          <w:p w14:paraId="192EB58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2FF6C67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tcPr>
          <w:p w14:paraId="2927EB6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4545E312"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56F56F3E" w14:textId="25109A30"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1E1E1E"/>
                <w:sz w:val="14"/>
                <w:szCs w:val="14"/>
                <w:lang w:val="en-US"/>
              </w:rPr>
              <w:t>Lindenmayer 2008</w:t>
            </w:r>
            <w:r w:rsidR="0031308D" w:rsidRPr="00EB75F0">
              <w:rPr>
                <w:rFonts w:cs="Arial"/>
                <w:sz w:val="14"/>
                <w:szCs w:val="14"/>
              </w:rPr>
              <w:fldChar w:fldCharType="begin"/>
            </w:r>
            <w:r w:rsidR="00452EF4">
              <w:rPr>
                <w:rFonts w:cs="Arial"/>
                <w:sz w:val="14"/>
                <w:szCs w:val="14"/>
              </w:rPr>
              <w:instrText xml:space="preserve"> ADDIN EN.CITE &lt;EndNote&gt;&lt;Cite&gt;&lt;Author&gt;Lindenmayer&lt;/Author&gt;&lt;Year&gt;2008&lt;/Year&gt;&lt;RecNum&gt;80&lt;/RecNum&gt;&lt;DisplayText&gt;&lt;style face="superscript"&gt;83&lt;/style&gt;&lt;/DisplayText&gt;&lt;record&gt;&lt;rec-number&gt;80&lt;/rec-number&gt;&lt;foreign-keys&gt;&lt;key app="EN" db-id="9ttaxzax2p0tr7ewzt55atews50zvxaaa5rz" timestamp="1764068842"&gt;80&lt;/key&gt;&lt;/foreign-keys&gt;&lt;ref-type name="Journal Article"&gt;17&lt;/ref-type&gt;&lt;contributors&gt;&lt;authors&gt;&lt;author&gt;Lindenmayer, Jean-Pierre&lt;/author&gt;&lt;author&gt;Brown, David&lt;/author&gt;&lt;author&gt;Liu, Sherry&lt;/author&gt;&lt;author&gt;Brecher, Martin&lt;/author&gt;&lt;author&gt;Meulien, Didier&lt;/author&gt;&lt;/authors&gt;&lt;/contributors&gt;&lt;titles&gt;&lt;title&gt;The efficacy and tolerability of once-daily extended release quetiapine fumarate in hospitalized patients with acute schizophrenia: a 6-week randomized, double-blind, placebo-controlled study&lt;/title&gt;&lt;secondary-title&gt;Psychopharmacology bulletin&lt;/secondary-title&gt;&lt;/titles&gt;&lt;periodical&gt;&lt;full-title&gt;Psychopharmacology bulletin&lt;/full-title&gt;&lt;/periodical&gt;&lt;pages&gt;11-35&lt;/pages&gt;&lt;volume&gt;41&lt;/volume&gt;&lt;number&gt;3&lt;/number&gt;&lt;dates&gt;&lt;year&gt;2008&lt;/year&gt;&lt;/dates&gt;&lt;isbn&gt;0048-5764&lt;/isbn&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83</w:t>
            </w:r>
            <w:r w:rsidR="0031308D" w:rsidRPr="00EB75F0">
              <w:rPr>
                <w:rFonts w:cs="Arial"/>
                <w:sz w:val="14"/>
                <w:szCs w:val="14"/>
              </w:rPr>
              <w:fldChar w:fldCharType="end"/>
            </w:r>
          </w:p>
        </w:tc>
        <w:tc>
          <w:tcPr>
            <w:tcW w:w="203" w:type="pct"/>
            <w:noWrap/>
            <w:vAlign w:val="center"/>
          </w:tcPr>
          <w:p w14:paraId="20B98C5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0949D84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70F9BF4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382BF13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08D0BBF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4" w:type="pct"/>
            <w:noWrap/>
            <w:vAlign w:val="center"/>
          </w:tcPr>
          <w:p w14:paraId="4AC6EFE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4CEE6B9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71A1CD8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6755A54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5BB37A4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0F66C09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70" w:type="pct"/>
            <w:noWrap/>
            <w:vAlign w:val="center"/>
          </w:tcPr>
          <w:p w14:paraId="73F6858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536D090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1900E10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51C4E6C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09D69DC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0970100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65" w:type="pct"/>
            <w:gridSpan w:val="2"/>
            <w:noWrap/>
            <w:vAlign w:val="center"/>
          </w:tcPr>
          <w:p w14:paraId="2B236E2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09459BF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4E7C5B3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53" w:type="pct"/>
            <w:noWrap/>
            <w:vAlign w:val="center"/>
          </w:tcPr>
          <w:p w14:paraId="13C4580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6E72A2F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tcPr>
          <w:p w14:paraId="3EE3D3E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28901A32"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2524F751" w14:textId="74018153"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1E1E1E"/>
                <w:sz w:val="14"/>
                <w:szCs w:val="14"/>
                <w:lang w:val="en-US"/>
              </w:rPr>
              <w:t>Kahn 2007</w:t>
            </w:r>
            <w:r w:rsidR="0031308D" w:rsidRPr="00EB75F0">
              <w:rPr>
                <w:rFonts w:cs="Arial"/>
                <w:sz w:val="14"/>
                <w:szCs w:val="14"/>
              </w:rPr>
              <w:fldChar w:fldCharType="begin"/>
            </w:r>
            <w:r w:rsidR="00452EF4">
              <w:rPr>
                <w:rFonts w:cs="Arial"/>
                <w:sz w:val="14"/>
                <w:szCs w:val="14"/>
              </w:rPr>
              <w:instrText xml:space="preserve"> ADDIN EN.CITE &lt;EndNote&gt;&lt;Cite&gt;&lt;Author&gt;Kahn&lt;/Author&gt;&lt;Year&gt;2007&lt;/Year&gt;&lt;RecNum&gt;81&lt;/RecNum&gt;&lt;DisplayText&gt;&lt;style face="superscript"&gt;84&lt;/style&gt;&lt;/DisplayText&gt;&lt;record&gt;&lt;rec-number&gt;81&lt;/rec-number&gt;&lt;foreign-keys&gt;&lt;key app="EN" db-id="9ttaxzax2p0tr7ewzt55atews50zvxaaa5rz" timestamp="1764068842"&gt;81&lt;/key&gt;&lt;/foreign-keys&gt;&lt;ref-type name="Journal Article"&gt;17&lt;/ref-type&gt;&lt;contributors&gt;&lt;authors&gt;&lt;author&gt;Kahn, René S&lt;/author&gt;&lt;author&gt;Schulz, S Charles&lt;/author&gt;&lt;author&gt;Palazov, Veselin D&lt;/author&gt;&lt;author&gt;Reyes, Efren B&lt;/author&gt;&lt;author&gt;Brecher, Martin&lt;/author&gt;&lt;author&gt;Svensson, Ola&lt;/author&gt;&lt;author&gt;Andersson, Henrik M&lt;/author&gt;&lt;author&gt;Meulien, Didier&lt;/author&gt;&lt;/authors&gt;&lt;/contributors&gt;&lt;titles&gt;&lt;title&gt;Efficacy and tolerability of once-daily extended release quetiapine fumarate in acute schizophrenia: a randomized, double-blind, placebo-controlled study&lt;/title&gt;&lt;secondary-title&gt;Journal of Clinical Psychiatry&lt;/secondary-title&gt;&lt;/titles&gt;&lt;periodical&gt;&lt;full-title&gt;Journal of Clinical Psychiatry&lt;/full-title&gt;&lt;/periodical&gt;&lt;pages&gt;832-842&lt;/pages&gt;&lt;volume&gt;68&lt;/volume&gt;&lt;number&gt;6&lt;/number&gt;&lt;dates&gt;&lt;year&gt;2007&lt;/year&gt;&lt;/dates&gt;&lt;isbn&gt;0160-6689&lt;/isbn&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84</w:t>
            </w:r>
            <w:r w:rsidR="0031308D" w:rsidRPr="00EB75F0">
              <w:rPr>
                <w:rFonts w:cs="Arial"/>
                <w:sz w:val="14"/>
                <w:szCs w:val="14"/>
              </w:rPr>
              <w:fldChar w:fldCharType="end"/>
            </w:r>
          </w:p>
        </w:tc>
        <w:tc>
          <w:tcPr>
            <w:tcW w:w="203" w:type="pct"/>
            <w:noWrap/>
            <w:vAlign w:val="center"/>
          </w:tcPr>
          <w:p w14:paraId="1630A6B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637938A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3C7EA3D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6160A57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53B93DD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4" w:type="pct"/>
            <w:noWrap/>
            <w:vAlign w:val="center"/>
          </w:tcPr>
          <w:p w14:paraId="048753D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56A8A2B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1E7836F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04E1FA8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6C53C6A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64F80F4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70" w:type="pct"/>
            <w:noWrap/>
            <w:vAlign w:val="center"/>
          </w:tcPr>
          <w:p w14:paraId="1B6F6D0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1CB5F1D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0B0BB89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5BB48F5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38EC797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62FD8BA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33E4287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52F1350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0A8CE2B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53" w:type="pct"/>
            <w:noWrap/>
            <w:vAlign w:val="center"/>
          </w:tcPr>
          <w:p w14:paraId="59E1E8F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4AB2E97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tcPr>
          <w:p w14:paraId="4CB3CB6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78847D4C"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1D6708ED" w14:textId="441D48C5"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1E1E1E"/>
                <w:sz w:val="14"/>
                <w:szCs w:val="14"/>
                <w:lang w:val="en-US"/>
              </w:rPr>
              <w:t>NCT00711269</w:t>
            </w:r>
            <w:r w:rsidRPr="00EB75F0">
              <w:rPr>
                <w:rFonts w:cs="Arial"/>
                <w:sz w:val="14"/>
                <w:szCs w:val="14"/>
                <w:lang w:val="en-US"/>
              </w:rPr>
              <w:t xml:space="preserve"> </w:t>
            </w:r>
            <w:r w:rsidR="0031308D" w:rsidRPr="00EB75F0">
              <w:rPr>
                <w:rFonts w:cs="Arial"/>
                <w:sz w:val="14"/>
                <w:szCs w:val="14"/>
              </w:rPr>
              <w:fldChar w:fldCharType="begin"/>
            </w:r>
            <w:r w:rsidR="00452EF4">
              <w:rPr>
                <w:rFonts w:cs="Arial"/>
                <w:sz w:val="14"/>
                <w:szCs w:val="14"/>
              </w:rPr>
              <w:instrText xml:space="preserve"> ADDIN EN.CITE &lt;EndNote&gt;&lt;Cite&gt;&lt;Author&gt;NCT00711269&lt;/Author&gt;&lt;Year&gt;2022&lt;/Year&gt;&lt;RecNum&gt;92&lt;/RecNum&gt;&lt;DisplayText&gt;&lt;style face="superscript"&gt;95&lt;/style&gt;&lt;/DisplayText&gt;&lt;record&gt;&lt;rec-number&gt;92&lt;/rec-number&gt;&lt;foreign-keys&gt;&lt;key app="EN" db-id="9ttaxzax2p0tr7ewzt55atews50zvxaaa5rz" timestamp="1764068845"&gt;92&lt;/key&gt;&lt;/foreign-keys&gt;&lt;ref-type name="Journal Article"&gt;17&lt;/ref-type&gt;&lt;contributors&gt;&lt;authors&gt;&lt;author&gt;NCT00711269&lt;/author&gt;&lt;/authors&gt;&lt;/contributors&gt;&lt;titles&gt;&lt;title&gt;Study of SM-13496 (Lurasidone HCl) in Patients With Schizophrenia&lt;/title&gt;&lt;secondary-title&gt;-&lt;/secondary-title&gt;&lt;/titles&gt;&lt;periodical&gt;&lt;full-title&gt;-&lt;/full-title&gt;&lt;/periodical&gt;&lt;pages&gt;-&lt;/pages&gt;&lt;volume&gt;-&lt;/volume&gt;&lt;dates&gt;&lt;year&gt;2022&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95</w:t>
            </w:r>
            <w:r w:rsidR="0031308D" w:rsidRPr="00EB75F0">
              <w:rPr>
                <w:rFonts w:cs="Arial"/>
                <w:sz w:val="14"/>
                <w:szCs w:val="14"/>
              </w:rPr>
              <w:fldChar w:fldCharType="end"/>
            </w:r>
            <w:r w:rsidRPr="00EB75F0">
              <w:rPr>
                <w:rFonts w:cs="Arial"/>
                <w:sz w:val="14"/>
                <w:szCs w:val="14"/>
                <w:lang w:val="en-US"/>
              </w:rPr>
              <w:t>**</w:t>
            </w:r>
          </w:p>
        </w:tc>
        <w:tc>
          <w:tcPr>
            <w:tcW w:w="203" w:type="pct"/>
            <w:noWrap/>
            <w:vAlign w:val="center"/>
          </w:tcPr>
          <w:p w14:paraId="14CE3EE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474FA60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55A0C49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13A2A63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61CFE2F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7F4262F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30DC4E2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0EAF7B6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7D1DBF3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88" w:type="pct"/>
            <w:noWrap/>
            <w:vAlign w:val="center"/>
          </w:tcPr>
          <w:p w14:paraId="793E501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0" w:type="pct"/>
            <w:noWrap/>
            <w:vAlign w:val="center"/>
          </w:tcPr>
          <w:p w14:paraId="66926BF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70" w:type="pct"/>
            <w:noWrap/>
            <w:vAlign w:val="center"/>
          </w:tcPr>
          <w:p w14:paraId="1A451A8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68179C8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6CDD186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78FDD8B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3D6FF8C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0BA73CA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29CF07D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066CCB4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16BE31A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53" w:type="pct"/>
            <w:noWrap/>
            <w:vAlign w:val="center"/>
          </w:tcPr>
          <w:p w14:paraId="1984115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54" w:type="pct"/>
            <w:noWrap/>
            <w:vAlign w:val="center"/>
          </w:tcPr>
          <w:p w14:paraId="7A98F9A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393" w:type="pct"/>
          </w:tcPr>
          <w:p w14:paraId="59ADB84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41870747"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0DC7BB35" w14:textId="33D6BC9D"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1E1E1E"/>
                <w:sz w:val="14"/>
                <w:szCs w:val="14"/>
                <w:lang w:val="en-US"/>
              </w:rPr>
              <w:t>NCT03055338</w:t>
            </w:r>
            <w:r w:rsidRPr="00EB75F0">
              <w:rPr>
                <w:rFonts w:cs="Arial"/>
                <w:sz w:val="14"/>
                <w:szCs w:val="14"/>
                <w:lang w:val="en-US"/>
              </w:rPr>
              <w:t xml:space="preserve"> </w:t>
            </w:r>
            <w:r w:rsidR="0031308D" w:rsidRPr="00EB75F0">
              <w:rPr>
                <w:rFonts w:cs="Arial"/>
                <w:sz w:val="14"/>
                <w:szCs w:val="14"/>
              </w:rPr>
              <w:fldChar w:fldCharType="begin"/>
            </w:r>
            <w:r w:rsidR="00452EF4">
              <w:rPr>
                <w:rFonts w:cs="Arial"/>
                <w:sz w:val="14"/>
                <w:szCs w:val="14"/>
              </w:rPr>
              <w:instrText xml:space="preserve"> ADDIN EN.CITE &lt;EndNote&gt;&lt;Cite&gt;&lt;Author&gt;NCT03055338&lt;/Author&gt;&lt;Year&gt;2018&lt;/Year&gt;&lt;RecNum&gt;94&lt;/RecNum&gt;&lt;DisplayText&gt;&lt;style face="superscript"&gt;97&lt;/style&gt;&lt;/DisplayText&gt;&lt;record&gt;&lt;rec-number&gt;94&lt;/rec-number&gt;&lt;foreign-keys&gt;&lt;key app="EN" db-id="9ttaxzax2p0tr7ewzt55atews50zvxaaa5rz" timestamp="1764068845"&gt;94&lt;/key&gt;&lt;/foreign-keys&gt;&lt;ref-type name="Journal Article"&gt;17&lt;/ref-type&gt;&lt;contributors&gt;&lt;authors&gt;&lt;author&gt;NCT03055338&lt;/author&gt;&lt;/authors&gt;&lt;/contributors&gt;&lt;titles&gt;&lt;title&gt;An Active-Controlled Early Phase Study of MK-8189 in Adults With Schizophrenia (MK-8189-005)&lt;/title&gt;&lt;secondary-title&gt;-&lt;/secondary-title&gt;&lt;/titles&gt;&lt;periodical&gt;&lt;full-title&gt;-&lt;/full-title&gt;&lt;/periodical&gt;&lt;pages&gt;-&lt;/pages&gt;&lt;volume&gt;-&lt;/volume&gt;&lt;dates&gt;&lt;year&gt;2018&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97</w:t>
            </w:r>
            <w:r w:rsidR="0031308D" w:rsidRPr="00EB75F0">
              <w:rPr>
                <w:rFonts w:cs="Arial"/>
                <w:sz w:val="14"/>
                <w:szCs w:val="14"/>
              </w:rPr>
              <w:fldChar w:fldCharType="end"/>
            </w:r>
            <w:r w:rsidRPr="00EB75F0">
              <w:rPr>
                <w:rFonts w:cs="Arial"/>
                <w:sz w:val="14"/>
                <w:szCs w:val="14"/>
                <w:lang w:val="en-US"/>
              </w:rPr>
              <w:t>**</w:t>
            </w:r>
          </w:p>
        </w:tc>
        <w:tc>
          <w:tcPr>
            <w:tcW w:w="203" w:type="pct"/>
            <w:noWrap/>
            <w:vAlign w:val="center"/>
          </w:tcPr>
          <w:p w14:paraId="426597A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4E76B7E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3B791C0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303480C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693DE68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06C2A44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74246D8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348B20C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5874228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88" w:type="pct"/>
            <w:noWrap/>
            <w:vAlign w:val="center"/>
          </w:tcPr>
          <w:p w14:paraId="7A5D07B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5DFD77D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70" w:type="pct"/>
            <w:noWrap/>
            <w:vAlign w:val="center"/>
          </w:tcPr>
          <w:p w14:paraId="5FEBE2F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776E6EA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6298B9F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1824025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65" w:type="pct"/>
            <w:gridSpan w:val="2"/>
            <w:noWrap/>
            <w:vAlign w:val="center"/>
          </w:tcPr>
          <w:p w14:paraId="387A9ED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65" w:type="pct"/>
            <w:gridSpan w:val="2"/>
            <w:noWrap/>
            <w:vAlign w:val="center"/>
          </w:tcPr>
          <w:p w14:paraId="532D8DA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159F314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173352A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26F7B2C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53" w:type="pct"/>
            <w:noWrap/>
            <w:vAlign w:val="center"/>
          </w:tcPr>
          <w:p w14:paraId="079266C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54" w:type="pct"/>
            <w:noWrap/>
            <w:vAlign w:val="center"/>
          </w:tcPr>
          <w:p w14:paraId="167D4B5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393" w:type="pct"/>
          </w:tcPr>
          <w:p w14:paraId="5FBF1B4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6A3862C9"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742F125F" w14:textId="1A4A8CB5"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1E1E1E"/>
                <w:sz w:val="14"/>
                <w:szCs w:val="14"/>
                <w:lang w:val="en-US"/>
              </w:rPr>
              <w:t>NCT00563706</w:t>
            </w:r>
            <w:r w:rsidRPr="00EB75F0">
              <w:rPr>
                <w:rFonts w:cs="Arial"/>
                <w:sz w:val="14"/>
                <w:szCs w:val="14"/>
                <w:lang w:val="en-US"/>
              </w:rPr>
              <w:t xml:space="preserve"> </w:t>
            </w:r>
            <w:r w:rsidR="0031308D" w:rsidRPr="00EB75F0">
              <w:rPr>
                <w:rFonts w:cs="Arial"/>
                <w:sz w:val="14"/>
                <w:szCs w:val="14"/>
              </w:rPr>
              <w:fldChar w:fldCharType="begin"/>
            </w:r>
            <w:r w:rsidR="00452EF4">
              <w:rPr>
                <w:rFonts w:cs="Arial"/>
                <w:sz w:val="14"/>
                <w:szCs w:val="14"/>
              </w:rPr>
              <w:instrText xml:space="preserve"> ADDIN EN.CITE &lt;EndNote&gt;&lt;Cite&gt;&lt;Author&gt;NCT00563706&lt;/Author&gt;&lt;Year&gt;2014&lt;/Year&gt;&lt;RecNum&gt;95&lt;/RecNum&gt;&lt;DisplayText&gt;&lt;style face="superscript"&gt;98&lt;/style&gt;&lt;/DisplayText&gt;&lt;record&gt;&lt;rec-number&gt;95&lt;/rec-number&gt;&lt;foreign-keys&gt;&lt;key app="EN" db-id="9ttaxzax2p0tr7ewzt55atews50zvxaaa5rz" timestamp="1764068846"&gt;95&lt;/key&gt;&lt;/foreign-keys&gt;&lt;ref-type name="Journal Article"&gt;17&lt;/ref-type&gt;&lt;contributors&gt;&lt;authors&gt;&lt;author&gt;NCT00563706&lt;/author&gt;&lt;/authors&gt;&lt;/contributors&gt;&lt;titles&gt;&lt;title&gt;Study evaluating vabicaserin in subjects with schizophrenia&lt;/title&gt;&lt;secondary-title&gt;-&lt;/secondary-title&gt;&lt;/titles&gt;&lt;periodical&gt;&lt;full-title&gt;-&lt;/full-title&gt;&lt;/periodical&gt;&lt;pages&gt;-&lt;/pages&gt;&lt;volume&gt;-&lt;/volume&gt;&lt;dates&gt;&lt;year&gt;2014&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98</w:t>
            </w:r>
            <w:r w:rsidR="0031308D" w:rsidRPr="00EB75F0">
              <w:rPr>
                <w:rFonts w:cs="Arial"/>
                <w:sz w:val="14"/>
                <w:szCs w:val="14"/>
              </w:rPr>
              <w:fldChar w:fldCharType="end"/>
            </w:r>
            <w:r w:rsidRPr="00EB75F0">
              <w:rPr>
                <w:rFonts w:cs="Arial"/>
                <w:sz w:val="14"/>
                <w:szCs w:val="14"/>
                <w:lang w:val="en-US"/>
              </w:rPr>
              <w:t>**</w:t>
            </w:r>
          </w:p>
        </w:tc>
        <w:tc>
          <w:tcPr>
            <w:tcW w:w="203" w:type="pct"/>
            <w:noWrap/>
            <w:vAlign w:val="center"/>
          </w:tcPr>
          <w:p w14:paraId="4CE0AFB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62C1B3D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3C1DB12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5A20E6E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3B47E4D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5022142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466BB0B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2C66940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7649919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88" w:type="pct"/>
            <w:noWrap/>
            <w:vAlign w:val="center"/>
          </w:tcPr>
          <w:p w14:paraId="7F62CE1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0" w:type="pct"/>
            <w:noWrap/>
            <w:vAlign w:val="center"/>
          </w:tcPr>
          <w:p w14:paraId="0C88C41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70" w:type="pct"/>
            <w:noWrap/>
            <w:vAlign w:val="center"/>
          </w:tcPr>
          <w:p w14:paraId="75D74C5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5F98A95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7EA4E1F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167CC00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65" w:type="pct"/>
            <w:gridSpan w:val="2"/>
            <w:noWrap/>
            <w:vAlign w:val="center"/>
          </w:tcPr>
          <w:p w14:paraId="4ADEBE1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65" w:type="pct"/>
            <w:gridSpan w:val="2"/>
            <w:noWrap/>
            <w:vAlign w:val="center"/>
          </w:tcPr>
          <w:p w14:paraId="5E2FE02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6DB844C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5132D6F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266C96D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53" w:type="pct"/>
            <w:noWrap/>
            <w:vAlign w:val="center"/>
          </w:tcPr>
          <w:p w14:paraId="2EE2C3C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54" w:type="pct"/>
            <w:noWrap/>
            <w:vAlign w:val="center"/>
          </w:tcPr>
          <w:p w14:paraId="4C7D090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393" w:type="pct"/>
          </w:tcPr>
          <w:p w14:paraId="73CF13D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22578D8E"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1032B0D5" w14:textId="773B93E0"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1E1E1E"/>
                <w:sz w:val="14"/>
                <w:szCs w:val="14"/>
                <w:lang w:val="en-US"/>
              </w:rPr>
              <w:lastRenderedPageBreak/>
              <w:t>Casey 2008</w:t>
            </w:r>
            <w:r w:rsidR="0031308D" w:rsidRPr="00EB75F0">
              <w:rPr>
                <w:rFonts w:cs="Arial"/>
                <w:sz w:val="14"/>
                <w:szCs w:val="14"/>
              </w:rPr>
              <w:fldChar w:fldCharType="begin"/>
            </w:r>
            <w:r w:rsidR="00452EF4">
              <w:rPr>
                <w:rFonts w:cs="Arial"/>
                <w:sz w:val="14"/>
                <w:szCs w:val="14"/>
              </w:rPr>
              <w:instrText xml:space="preserve"> ADDIN EN.CITE &lt;EndNote&gt;&lt;Cite&gt;&lt;Author&gt;Casey&lt;/Author&gt;&lt;Year&gt;2008&lt;/Year&gt;&lt;RecNum&gt;97&lt;/RecNum&gt;&lt;DisplayText&gt;&lt;style face="superscript"&gt;100&lt;/style&gt;&lt;/DisplayText&gt;&lt;record&gt;&lt;rec-number&gt;97&lt;/rec-number&gt;&lt;foreign-keys&gt;&lt;key app="EN" db-id="9ttaxzax2p0tr7ewzt55atews50zvxaaa5rz" timestamp="1764068846"&gt;97&lt;/key&gt;&lt;/foreign-keys&gt;&lt;ref-type name="Journal Article"&gt;17&lt;/ref-type&gt;&lt;contributors&gt;&lt;authors&gt;&lt;author&gt;Casey, D. E.&lt;/author&gt;&lt;author&gt;Sands, E. E.&lt;/author&gt;&lt;author&gt;Heisterberg, J.&lt;/author&gt;&lt;author&gt;Yang, H. M.&lt;/author&gt;&lt;/authors&gt;&lt;/contributors&gt;&lt;titles&gt;&lt;title&gt;Efficacy and safety of bifeprunox in patients with an acute exacerbation of schizophrenia: results from a randomized, double-blind, placebo-controlled, multicenter, dose-finding study&lt;/title&gt;&lt;secondary-title&gt;Psychopharmacology (Berl)&lt;/secondary-title&gt;&lt;/titles&gt;&lt;periodical&gt;&lt;full-title&gt;Psychopharmacology (Berl)&lt;/full-title&gt;&lt;/periodical&gt;&lt;pages&gt;317-31&lt;/pages&gt;&lt;volume&gt;200&lt;/volume&gt;&lt;number&gt;3&lt;/number&gt;&lt;dates&gt;&lt;year&gt;2008&lt;/year&gt;&lt;pub-dates&gt;&lt;date&gt;20080704&lt;/date&gt;&lt;/pub-dates&gt;&lt;/dates&gt;&lt;pub-location&gt;UHN 80 Department of Psychiatry, Oregon Health and Science University, 3181 SW Sam Jackson Park Road, Portland, OR 97239, USA. caseyd@ohsu.edu&lt;/pub-location&gt;&lt;isbn&gt;0033-3158 (Print) 0033-3158 (Linking)&lt;/isbn&gt;&lt;urls&gt;&lt;related-urls&gt;&lt;url&gt;https://www.ncbi.nlm.nih.gov/pubmed/18597078&lt;/url&gt;&lt;/related-urls&gt;&lt;/urls&gt;&lt;electronic-resource-num&gt;10.1007/s00213-008-1207-7&lt;/electronic-resource-num&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100</w:t>
            </w:r>
            <w:r w:rsidR="0031308D" w:rsidRPr="00EB75F0">
              <w:rPr>
                <w:rFonts w:cs="Arial"/>
                <w:sz w:val="14"/>
                <w:szCs w:val="14"/>
              </w:rPr>
              <w:fldChar w:fldCharType="end"/>
            </w:r>
          </w:p>
        </w:tc>
        <w:tc>
          <w:tcPr>
            <w:tcW w:w="203" w:type="pct"/>
            <w:noWrap/>
            <w:vAlign w:val="center"/>
          </w:tcPr>
          <w:p w14:paraId="03B69FD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101FBBE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2C774B0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77853BE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4D58054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44CE5DA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3BEC0E7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69F2A3B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1C7EC8A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46E51C4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5E7A35D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70" w:type="pct"/>
            <w:noWrap/>
            <w:vAlign w:val="center"/>
          </w:tcPr>
          <w:p w14:paraId="11716556"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464945F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040F127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514530D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66702D8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788F8A6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65" w:type="pct"/>
            <w:gridSpan w:val="2"/>
            <w:noWrap/>
            <w:vAlign w:val="center"/>
          </w:tcPr>
          <w:p w14:paraId="35BE778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66FB45B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50AF2E2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53" w:type="pct"/>
            <w:noWrap/>
            <w:vAlign w:val="center"/>
          </w:tcPr>
          <w:p w14:paraId="6B89E3A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23F08AC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tcPr>
          <w:p w14:paraId="5E09358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17A5F3D0"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13DE50B0" w14:textId="7B9B9F04"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1E1E1E"/>
                <w:sz w:val="14"/>
                <w:szCs w:val="14"/>
                <w:lang w:val="en-US"/>
              </w:rPr>
              <w:t>NCT01175135</w:t>
            </w:r>
            <w:r w:rsidRPr="00EB75F0">
              <w:rPr>
                <w:rFonts w:cs="Arial"/>
                <w:sz w:val="14"/>
                <w:szCs w:val="14"/>
                <w:lang w:val="en-US"/>
              </w:rPr>
              <w:t xml:space="preserve"> </w:t>
            </w:r>
            <w:r w:rsidR="0031308D" w:rsidRPr="00EB75F0">
              <w:rPr>
                <w:rFonts w:cs="Arial"/>
                <w:sz w:val="14"/>
                <w:szCs w:val="14"/>
              </w:rPr>
              <w:fldChar w:fldCharType="begin"/>
            </w:r>
            <w:r w:rsidR="00452EF4">
              <w:rPr>
                <w:rFonts w:cs="Arial"/>
                <w:sz w:val="14"/>
                <w:szCs w:val="14"/>
              </w:rPr>
              <w:instrText xml:space="preserve"> ADDIN EN.CITE &lt;EndNote&gt;&lt;Cite&gt;&lt;Author&gt;NCT01175135&lt;/Author&gt;&lt;Year&gt;2018&lt;/Year&gt;&lt;RecNum&gt;100&lt;/RecNum&gt;&lt;DisplayText&gt;&lt;style face="superscript"&gt;103&lt;/style&gt;&lt;/DisplayText&gt;&lt;record&gt;&lt;rec-number&gt;100&lt;/rec-number&gt;&lt;foreign-keys&gt;&lt;key app="EN" db-id="9ttaxzax2p0tr7ewzt55atews50zvxaaa5rz" timestamp="1764068847"&gt;100&lt;/key&gt;&lt;/foreign-keys&gt;&lt;ref-type name="Journal Article"&gt;17&lt;/ref-type&gt;&lt;contributors&gt;&lt;authors&gt;&lt;author&gt;NCT01175135&lt;/author&gt;&lt;/authors&gt;&lt;/contributors&gt;&lt;titles&gt;&lt;title&gt;An Inpatient Study Of The Efficacy, Safety, And Tolerability Of PF-02545920 In The Treatment Of Acute Exacerbation Of Schizophrenia&lt;/title&gt;&lt;secondary-title&gt;-&lt;/secondary-title&gt;&lt;/titles&gt;&lt;periodical&gt;&lt;full-title&gt;-&lt;/full-title&gt;&lt;/periodical&gt;&lt;pages&gt;-&lt;/pages&gt;&lt;volume&gt;-&lt;/volume&gt;&lt;dates&gt;&lt;year&gt;2018&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103</w:t>
            </w:r>
            <w:r w:rsidR="0031308D" w:rsidRPr="00EB75F0">
              <w:rPr>
                <w:rFonts w:cs="Arial"/>
                <w:sz w:val="14"/>
                <w:szCs w:val="14"/>
              </w:rPr>
              <w:fldChar w:fldCharType="end"/>
            </w:r>
            <w:r w:rsidRPr="00EB75F0">
              <w:rPr>
                <w:rFonts w:cs="Arial"/>
                <w:sz w:val="14"/>
                <w:szCs w:val="14"/>
                <w:lang w:val="en-US"/>
              </w:rPr>
              <w:t>**</w:t>
            </w:r>
          </w:p>
        </w:tc>
        <w:tc>
          <w:tcPr>
            <w:tcW w:w="203" w:type="pct"/>
            <w:noWrap/>
            <w:vAlign w:val="center"/>
          </w:tcPr>
          <w:p w14:paraId="52CA2A1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204" w:type="pct"/>
            <w:noWrap/>
            <w:vAlign w:val="center"/>
          </w:tcPr>
          <w:p w14:paraId="30BD3FA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212" w:type="pct"/>
            <w:noWrap/>
            <w:vAlign w:val="center"/>
          </w:tcPr>
          <w:p w14:paraId="67406D5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85" w:type="pct"/>
            <w:noWrap/>
            <w:vAlign w:val="center"/>
          </w:tcPr>
          <w:p w14:paraId="2DB09EB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6BC5BE1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4" w:type="pct"/>
            <w:noWrap/>
            <w:vAlign w:val="center"/>
          </w:tcPr>
          <w:p w14:paraId="1C19D8D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269F6B6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4CE8C92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1978C7F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88" w:type="pct"/>
            <w:noWrap/>
            <w:vAlign w:val="center"/>
          </w:tcPr>
          <w:p w14:paraId="499CF5F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2594383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423DF7D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5E58D23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1" w:type="pct"/>
            <w:noWrap/>
            <w:vAlign w:val="center"/>
          </w:tcPr>
          <w:p w14:paraId="1086225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65" w:type="pct"/>
            <w:noWrap/>
            <w:vAlign w:val="center"/>
          </w:tcPr>
          <w:p w14:paraId="04DF1AB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65" w:type="pct"/>
            <w:gridSpan w:val="2"/>
            <w:noWrap/>
            <w:vAlign w:val="center"/>
          </w:tcPr>
          <w:p w14:paraId="7E1105D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65" w:type="pct"/>
            <w:gridSpan w:val="2"/>
            <w:noWrap/>
            <w:vAlign w:val="center"/>
          </w:tcPr>
          <w:p w14:paraId="6E1B0D9B"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1EE5EC2C"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75A2070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63F3CC5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53" w:type="pct"/>
            <w:noWrap/>
            <w:vAlign w:val="center"/>
          </w:tcPr>
          <w:p w14:paraId="1AF20B2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54" w:type="pct"/>
            <w:noWrap/>
            <w:vAlign w:val="center"/>
          </w:tcPr>
          <w:p w14:paraId="52A3AFB0"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393" w:type="pct"/>
            <w:vAlign w:val="center"/>
          </w:tcPr>
          <w:p w14:paraId="6C97D3D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High</w:t>
            </w:r>
          </w:p>
        </w:tc>
      </w:tr>
      <w:tr w:rsidR="00436809" w:rsidRPr="00EB75F0" w14:paraId="555AB5F8"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548721D7" w14:textId="5A502C7E"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1E1E1E"/>
                <w:sz w:val="14"/>
                <w:szCs w:val="14"/>
                <w:lang w:val="en-US"/>
              </w:rPr>
              <w:t>Downing 2014</w:t>
            </w:r>
            <w:r w:rsidR="0031308D" w:rsidRPr="00EB75F0">
              <w:rPr>
                <w:rFonts w:cs="Arial"/>
                <w:sz w:val="14"/>
                <w:szCs w:val="14"/>
              </w:rPr>
              <w:fldChar w:fldCharType="begin"/>
            </w:r>
            <w:r w:rsidR="00452EF4">
              <w:rPr>
                <w:rFonts w:cs="Arial"/>
                <w:sz w:val="14"/>
                <w:szCs w:val="14"/>
              </w:rPr>
              <w:instrText xml:space="preserve"> ADDIN EN.CITE &lt;EndNote&gt;&lt;Cite&gt;&lt;Author&gt;Downing&lt;/Author&gt;&lt;Year&gt;2014&lt;/Year&gt;&lt;RecNum&gt;102&lt;/RecNum&gt;&lt;DisplayText&gt;&lt;style face="superscript"&gt;105&lt;/style&gt;&lt;/DisplayText&gt;&lt;record&gt;&lt;rec-number&gt;102&lt;/rec-number&gt;&lt;foreign-keys&gt;&lt;key app="EN" db-id="9ttaxzax2p0tr7ewzt55atews50zvxaaa5rz" timestamp="1764068847"&gt;102&lt;/key&gt;&lt;/foreign-keys&gt;&lt;ref-type name="Journal Article"&gt;17&lt;/ref-type&gt;&lt;contributors&gt;&lt;authors&gt;&lt;author&gt;Downing, AnnCatherine M&lt;/author&gt;&lt;author&gt;Kinon, Bruce J&lt;/author&gt;&lt;author&gt;Millen, Brian A&lt;/author&gt;&lt;author&gt;Zhang, Lu&lt;/author&gt;&lt;author&gt;Liu, Lin&lt;/author&gt;&lt;author&gt;Morozova, Margarita A&lt;/author&gt;&lt;author&gt;Brenner, Ronald&lt;/author&gt;&lt;author&gt;Rayle, Tami Jo&lt;/author&gt;&lt;author&gt;Nisenbaum, Laura&lt;/author&gt;&lt;author&gt;Zhao, Fangyi&lt;/author&gt;&lt;/authors&gt;&lt;/contributors&gt;&lt;titles&gt;&lt;title&gt;A double-blind, placebo-controlled comparator study of LY2140023 monohydrate in patients with schizophrenia&lt;/title&gt;&lt;secondary-title&gt;BMC psychiatry&lt;/secondary-title&gt;&lt;/titles&gt;&lt;periodical&gt;&lt;full-title&gt;BMC psychiatry&lt;/full-title&gt;&lt;/periodical&gt;&lt;pages&gt;1-12&lt;/pages&gt;&lt;volume&gt;14&lt;/volume&gt;&lt;dates&gt;&lt;year&gt;2014&lt;/year&gt;&lt;/dates&gt;&lt;urls&gt;&lt;/urls&gt;&lt;/record&gt;&lt;/Cite&gt;&lt;/EndNote&gt;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105</w:t>
            </w:r>
            <w:r w:rsidR="0031308D" w:rsidRPr="00EB75F0">
              <w:rPr>
                <w:rFonts w:cs="Arial"/>
                <w:sz w:val="14"/>
                <w:szCs w:val="14"/>
              </w:rPr>
              <w:fldChar w:fldCharType="end"/>
            </w:r>
          </w:p>
        </w:tc>
        <w:tc>
          <w:tcPr>
            <w:tcW w:w="203" w:type="pct"/>
            <w:noWrap/>
            <w:vAlign w:val="center"/>
          </w:tcPr>
          <w:p w14:paraId="5F2A268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6F15A2D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2C153E7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5" w:type="pct"/>
            <w:noWrap/>
            <w:vAlign w:val="center"/>
          </w:tcPr>
          <w:p w14:paraId="4609463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6CD6E18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4" w:type="pct"/>
            <w:noWrap/>
            <w:vAlign w:val="center"/>
          </w:tcPr>
          <w:p w14:paraId="0A95D69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84" w:type="pct"/>
            <w:noWrap/>
            <w:vAlign w:val="center"/>
          </w:tcPr>
          <w:p w14:paraId="31558E9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3A4CBBE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2CD186D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7D2E3AC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71927E6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70" w:type="pct"/>
            <w:noWrap/>
            <w:vAlign w:val="center"/>
          </w:tcPr>
          <w:p w14:paraId="1C07E44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75CC32F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35CBB45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62D1AD6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20F5BBF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0E39602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4A2B8FF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043DD21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52B279E7"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53" w:type="pct"/>
            <w:noWrap/>
            <w:vAlign w:val="center"/>
          </w:tcPr>
          <w:p w14:paraId="23FB64D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7E576DDA"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tcPr>
          <w:p w14:paraId="7B1E52C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5EDDBCCB" w14:textId="77777777" w:rsidTr="00C32B29">
        <w:trPr>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1403D9EA" w14:textId="0705A126" w:rsidR="00436809" w:rsidRPr="00EB75F0" w:rsidRDefault="00436809" w:rsidP="00C32B29">
            <w:pPr>
              <w:spacing w:before="0" w:after="0" w:line="240" w:lineRule="auto"/>
              <w:rPr>
                <w:rFonts w:cs="Arial"/>
                <w:b w:val="0"/>
                <w:bCs w:val="0"/>
                <w:color w:val="000000"/>
                <w:sz w:val="14"/>
                <w:szCs w:val="14"/>
                <w:lang w:val="en-US"/>
              </w:rPr>
            </w:pPr>
            <w:proofErr w:type="spellStart"/>
            <w:r w:rsidRPr="00EB75F0">
              <w:rPr>
                <w:rFonts w:cs="Arial"/>
                <w:color w:val="1E1E1E"/>
                <w:sz w:val="14"/>
                <w:szCs w:val="14"/>
                <w:lang w:val="en-US"/>
              </w:rPr>
              <w:t>Potkin</w:t>
            </w:r>
            <w:proofErr w:type="spellEnd"/>
            <w:r w:rsidRPr="00EB75F0">
              <w:rPr>
                <w:rFonts w:cs="Arial"/>
                <w:color w:val="1E1E1E"/>
                <w:sz w:val="14"/>
                <w:szCs w:val="14"/>
                <w:lang w:val="en-US"/>
              </w:rPr>
              <w:t xml:space="preserve"> 2007</w:t>
            </w:r>
            <w:r w:rsidR="0031308D" w:rsidRPr="00EB75F0">
              <w:rPr>
                <w:rFonts w:cs="Arial"/>
                <w:sz w:val="14"/>
                <w:szCs w:val="14"/>
              </w:rPr>
              <w:fldChar w:fldCharType="begin"/>
            </w:r>
            <w:r w:rsidR="00452EF4">
              <w:rPr>
                <w:rFonts w:cs="Arial"/>
                <w:sz w:val="14"/>
                <w:szCs w:val="14"/>
              </w:rPr>
              <w:instrText xml:space="preserve"> ADDIN EN.CITE &lt;EndNote&gt;&lt;Cite&gt;&lt;Author&gt;Potkin&lt;/Author&gt;&lt;Year&gt;2007&lt;/Year&gt;&lt;RecNum&gt;105&lt;/RecNum&gt;&lt;DisplayText&gt;&lt;style face="superscript"&gt;108&lt;/style&gt;&lt;/DisplayText&gt;&lt;record&gt;&lt;rec-number&gt;105&lt;/rec-number&gt;&lt;foreign-keys&gt;&lt;key app="EN" db-id="9ttaxzax2p0tr7ewzt55atews50zvxaaa5rz" timestamp="1764068848"&gt;105&lt;/key&gt;&lt;/foreign-keys&gt;&lt;ref-type name="Journal Article"&gt;17&lt;/ref-type&gt;&lt;contributors&gt;&lt;authors&gt;&lt;author&gt;Potkin, Steven G&lt;/author&gt;&lt;author&gt;Cohen, Miriam&lt;/author&gt;&lt;author&gt;Panagides, John&lt;/author&gt;&lt;/authors&gt;&lt;/contributors&gt;&lt;titles&gt;&lt;title&gt;Efficacy and tolerability of asenapine in acute schizophrenia: a placebo-and risperidone-controlled trial&lt;/title&gt;&lt;secondary-title&gt;Journal of Clinical Psychiatry&lt;/secondary-title&gt;&lt;/titles&gt;&lt;periodical&gt;&lt;full-title&gt;Journal of Clinical Psychiatry&lt;/full-title&gt;&lt;/periodical&gt;&lt;pages&gt;1492-1500&lt;/pages&gt;&lt;volume&gt;68&lt;/volume&gt;&lt;number&gt;10&lt;/number&gt;&lt;dates&gt;&lt;year&gt;2007&lt;/year&gt;&lt;/dates&gt;&lt;isbn&gt;0160-6689&lt;/isbn&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108</w:t>
            </w:r>
            <w:r w:rsidR="0031308D" w:rsidRPr="00EB75F0">
              <w:rPr>
                <w:rFonts w:cs="Arial"/>
                <w:sz w:val="14"/>
                <w:szCs w:val="14"/>
              </w:rPr>
              <w:fldChar w:fldCharType="end"/>
            </w:r>
          </w:p>
        </w:tc>
        <w:tc>
          <w:tcPr>
            <w:tcW w:w="203" w:type="pct"/>
            <w:noWrap/>
            <w:vAlign w:val="center"/>
          </w:tcPr>
          <w:p w14:paraId="72CBB248"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0B8370E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4C8F851E"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5" w:type="pct"/>
            <w:noWrap/>
            <w:vAlign w:val="center"/>
          </w:tcPr>
          <w:p w14:paraId="38F2AE0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510A61F6"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4" w:type="pct"/>
            <w:noWrap/>
            <w:vAlign w:val="center"/>
          </w:tcPr>
          <w:p w14:paraId="165CEF0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064B0FDA"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08ABE109"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44E4CAA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188" w:type="pct"/>
            <w:noWrap/>
            <w:vAlign w:val="center"/>
          </w:tcPr>
          <w:p w14:paraId="183EF482"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4236ED8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70" w:type="pct"/>
            <w:noWrap/>
            <w:vAlign w:val="center"/>
          </w:tcPr>
          <w:p w14:paraId="504326C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3B32F50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2CF021B5"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sz w:val="14"/>
                <w:szCs w:val="14"/>
                <w:lang w:val="en-US"/>
              </w:rPr>
              <w:t>PY</w:t>
            </w:r>
          </w:p>
        </w:tc>
        <w:tc>
          <w:tcPr>
            <w:tcW w:w="165" w:type="pct"/>
            <w:noWrap/>
            <w:vAlign w:val="center"/>
          </w:tcPr>
          <w:p w14:paraId="1349EDC1"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1632C627"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34E8931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5960D4A4"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72CA833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5E1A08C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53" w:type="pct"/>
            <w:noWrap/>
            <w:vAlign w:val="center"/>
          </w:tcPr>
          <w:p w14:paraId="27CF0ADD"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54" w:type="pct"/>
            <w:noWrap/>
            <w:vAlign w:val="center"/>
          </w:tcPr>
          <w:p w14:paraId="4CE09AF3"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393" w:type="pct"/>
          </w:tcPr>
          <w:p w14:paraId="5FA52DDF" w14:textId="77777777" w:rsidR="00436809" w:rsidRPr="00EB75F0" w:rsidRDefault="00436809" w:rsidP="00C32B29">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3A197EF4" w14:textId="77777777" w:rsidTr="00C32B2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9" w:type="pct"/>
            <w:noWrap/>
            <w:vAlign w:val="center"/>
          </w:tcPr>
          <w:p w14:paraId="7BA0B074" w14:textId="6EE78234" w:rsidR="00436809" w:rsidRPr="00EB75F0" w:rsidRDefault="00436809" w:rsidP="00C32B29">
            <w:pPr>
              <w:spacing w:before="0" w:after="0" w:line="240" w:lineRule="auto"/>
              <w:rPr>
                <w:rFonts w:cs="Arial"/>
                <w:b w:val="0"/>
                <w:bCs w:val="0"/>
                <w:color w:val="000000"/>
                <w:sz w:val="14"/>
                <w:szCs w:val="14"/>
                <w:lang w:val="en-US"/>
              </w:rPr>
            </w:pPr>
            <w:r w:rsidRPr="00EB75F0">
              <w:rPr>
                <w:rFonts w:cs="Arial"/>
                <w:color w:val="1E1E1E"/>
                <w:sz w:val="14"/>
                <w:szCs w:val="14"/>
                <w:lang w:val="en-US"/>
              </w:rPr>
              <w:t>NCT04512066</w:t>
            </w:r>
            <w:r w:rsidRPr="00EB75F0">
              <w:rPr>
                <w:rFonts w:cs="Arial"/>
                <w:sz w:val="14"/>
                <w:szCs w:val="14"/>
                <w:lang w:val="en-US"/>
              </w:rPr>
              <w:t xml:space="preserve"> </w:t>
            </w:r>
            <w:r w:rsidR="0031308D" w:rsidRPr="00EB75F0">
              <w:rPr>
                <w:rFonts w:cs="Arial"/>
                <w:sz w:val="14"/>
                <w:szCs w:val="14"/>
              </w:rPr>
              <w:fldChar w:fldCharType="begin"/>
            </w:r>
            <w:r w:rsidR="00452EF4">
              <w:rPr>
                <w:rFonts w:cs="Arial"/>
                <w:sz w:val="14"/>
                <w:szCs w:val="14"/>
              </w:rPr>
              <w:instrText xml:space="preserve"> ADDIN EN.CITE &lt;EndNote&gt;&lt;Cite&gt;&lt;Author&gt;NCT04512066&lt;/Author&gt;&lt;Year&gt;2023&lt;/Year&gt;&lt;RecNum&gt;107&lt;/RecNum&gt;&lt;DisplayText&gt;&lt;style face="superscript"&gt;110&lt;/style&gt;&lt;/DisplayText&gt;&lt;record&gt;&lt;rec-number&gt;107&lt;/rec-number&gt;&lt;foreign-keys&gt;&lt;key app="EN" db-id="9ttaxzax2p0tr7ewzt55atews50zvxaaa5rz" timestamp="1764068848"&gt;107&lt;/key&gt;&lt;/foreign-keys&gt;&lt;ref-type name="Journal Article"&gt;17&lt;/ref-type&gt;&lt;contributors&gt;&lt;authors&gt;&lt;author&gt;NCT04512066&lt;/author&gt;&lt;/authors&gt;&lt;/contributors&gt;&lt;titles&gt;&lt;title&gt;A Trial of the Efficacy and the Safety of RO6889450 (Ralmitaront) vs Placebo in Patients With an Acute Exacerbation of Schizophrenia or Schizoaffective Disorder&lt;/title&gt;&lt;secondary-title&gt;-&lt;/secondary-title&gt;&lt;/titles&gt;&lt;periodical&gt;&lt;full-title&gt;-&lt;/full-title&gt;&lt;/periodical&gt;&lt;pages&gt;-&lt;/pages&gt;&lt;volume&gt;-&lt;/volume&gt;&lt;dates&gt;&lt;year&gt;2023&lt;/year&gt;&lt;/dates&gt;&lt;urls&gt;&lt;/urls&gt;&lt;/record&gt;&lt;/Cite&gt;&lt;/EndNote&gt;</w:instrText>
            </w:r>
            <w:r w:rsidR="0031308D" w:rsidRPr="00EB75F0">
              <w:rPr>
                <w:rFonts w:cs="Arial"/>
                <w:sz w:val="14"/>
                <w:szCs w:val="14"/>
              </w:rPr>
              <w:fldChar w:fldCharType="separate"/>
            </w:r>
            <w:r w:rsidR="00452EF4" w:rsidRPr="00452EF4">
              <w:rPr>
                <w:rFonts w:cs="Arial"/>
                <w:noProof/>
                <w:sz w:val="14"/>
                <w:szCs w:val="14"/>
                <w:vertAlign w:val="superscript"/>
              </w:rPr>
              <w:t>110</w:t>
            </w:r>
            <w:r w:rsidR="0031308D" w:rsidRPr="00EB75F0">
              <w:rPr>
                <w:rFonts w:cs="Arial"/>
                <w:sz w:val="14"/>
                <w:szCs w:val="14"/>
              </w:rPr>
              <w:fldChar w:fldCharType="end"/>
            </w:r>
            <w:r w:rsidRPr="00EB75F0">
              <w:rPr>
                <w:rFonts w:cs="Arial"/>
                <w:sz w:val="14"/>
                <w:szCs w:val="14"/>
                <w:lang w:val="en-US"/>
              </w:rPr>
              <w:t>**</w:t>
            </w:r>
          </w:p>
        </w:tc>
        <w:tc>
          <w:tcPr>
            <w:tcW w:w="203" w:type="pct"/>
            <w:noWrap/>
            <w:vAlign w:val="center"/>
          </w:tcPr>
          <w:p w14:paraId="5E9E43E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04" w:type="pct"/>
            <w:noWrap/>
            <w:vAlign w:val="center"/>
          </w:tcPr>
          <w:p w14:paraId="789F04B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Y</w:t>
            </w:r>
          </w:p>
        </w:tc>
        <w:tc>
          <w:tcPr>
            <w:tcW w:w="212" w:type="pct"/>
            <w:noWrap/>
            <w:vAlign w:val="center"/>
          </w:tcPr>
          <w:p w14:paraId="078616D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85" w:type="pct"/>
            <w:noWrap/>
            <w:vAlign w:val="center"/>
          </w:tcPr>
          <w:p w14:paraId="3E25F41E"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5112F279"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PN</w:t>
            </w:r>
          </w:p>
        </w:tc>
        <w:tc>
          <w:tcPr>
            <w:tcW w:w="184" w:type="pct"/>
            <w:noWrap/>
            <w:vAlign w:val="center"/>
          </w:tcPr>
          <w:p w14:paraId="5EECE20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84" w:type="pct"/>
            <w:noWrap/>
            <w:vAlign w:val="center"/>
          </w:tcPr>
          <w:p w14:paraId="40A8DB3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28EFE78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84" w:type="pct"/>
            <w:noWrap/>
            <w:vAlign w:val="center"/>
          </w:tcPr>
          <w:p w14:paraId="16916E73"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88" w:type="pct"/>
            <w:noWrap/>
            <w:vAlign w:val="center"/>
          </w:tcPr>
          <w:p w14:paraId="6446EDCB"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70" w:type="pct"/>
            <w:noWrap/>
            <w:vAlign w:val="center"/>
          </w:tcPr>
          <w:p w14:paraId="101D718C"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5499B17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70" w:type="pct"/>
            <w:noWrap/>
            <w:vAlign w:val="center"/>
          </w:tcPr>
          <w:p w14:paraId="273934F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71" w:type="pct"/>
            <w:noWrap/>
            <w:vAlign w:val="center"/>
          </w:tcPr>
          <w:p w14:paraId="58B287D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PY</w:t>
            </w:r>
          </w:p>
        </w:tc>
        <w:tc>
          <w:tcPr>
            <w:tcW w:w="165" w:type="pct"/>
            <w:noWrap/>
            <w:vAlign w:val="center"/>
          </w:tcPr>
          <w:p w14:paraId="5411B98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4706CD34"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6AFB0BF8"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w:t>
            </w:r>
          </w:p>
        </w:tc>
        <w:tc>
          <w:tcPr>
            <w:tcW w:w="165" w:type="pct"/>
            <w:gridSpan w:val="2"/>
            <w:noWrap/>
            <w:vAlign w:val="center"/>
          </w:tcPr>
          <w:p w14:paraId="3C071F42"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65" w:type="pct"/>
            <w:gridSpan w:val="2"/>
            <w:noWrap/>
            <w:vAlign w:val="center"/>
          </w:tcPr>
          <w:p w14:paraId="7846EBAF"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NA</w:t>
            </w:r>
          </w:p>
        </w:tc>
        <w:tc>
          <w:tcPr>
            <w:tcW w:w="153" w:type="pct"/>
            <w:noWrap/>
            <w:vAlign w:val="center"/>
          </w:tcPr>
          <w:p w14:paraId="53CC8811"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53" w:type="pct"/>
            <w:noWrap/>
            <w:vAlign w:val="center"/>
          </w:tcPr>
          <w:p w14:paraId="688CD8CD"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154" w:type="pct"/>
            <w:noWrap/>
            <w:vAlign w:val="center"/>
          </w:tcPr>
          <w:p w14:paraId="7E662E80"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4"/>
                <w:szCs w:val="14"/>
                <w:lang w:val="en-US"/>
              </w:rPr>
            </w:pPr>
            <w:r w:rsidRPr="00EB75F0">
              <w:rPr>
                <w:rFonts w:cs="Arial"/>
                <w:color w:val="000000"/>
                <w:sz w:val="14"/>
                <w:szCs w:val="14"/>
                <w:lang w:val="en-US"/>
              </w:rPr>
              <w:t>NI</w:t>
            </w:r>
          </w:p>
        </w:tc>
        <w:tc>
          <w:tcPr>
            <w:tcW w:w="393" w:type="pct"/>
          </w:tcPr>
          <w:p w14:paraId="3112D245" w14:textId="77777777" w:rsidR="00436809" w:rsidRPr="00EB75F0" w:rsidRDefault="00436809" w:rsidP="00C32B2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b/>
                <w:bCs/>
                <w:color w:val="000000"/>
                <w:sz w:val="14"/>
                <w:szCs w:val="14"/>
                <w:lang w:val="en-US"/>
              </w:rPr>
            </w:pPr>
            <w:r w:rsidRPr="00EB75F0">
              <w:rPr>
                <w:rFonts w:cs="Arial"/>
                <w:b/>
                <w:bCs/>
                <w:color w:val="000000"/>
                <w:sz w:val="14"/>
                <w:szCs w:val="14"/>
                <w:lang w:val="en-US"/>
              </w:rPr>
              <w:t>Some concerns</w:t>
            </w:r>
          </w:p>
        </w:tc>
      </w:tr>
      <w:tr w:rsidR="00436809" w:rsidRPr="00EB75F0" w14:paraId="01AA64AD" w14:textId="77777777" w:rsidTr="00C32B29">
        <w:trPr>
          <w:trHeight w:val="600"/>
        </w:trPr>
        <w:tc>
          <w:tcPr>
            <w:cnfStyle w:val="001000000000" w:firstRow="0" w:lastRow="0" w:firstColumn="1" w:lastColumn="0" w:oddVBand="0" w:evenVBand="0" w:oddHBand="0" w:evenHBand="0" w:firstRowFirstColumn="0" w:firstRowLastColumn="0" w:lastRowFirstColumn="0" w:lastRowLastColumn="0"/>
            <w:tcW w:w="5000" w:type="pct"/>
            <w:gridSpan w:val="28"/>
            <w:noWrap/>
          </w:tcPr>
          <w:p w14:paraId="69F93911" w14:textId="77777777" w:rsidR="00436809" w:rsidRPr="00EB75F0" w:rsidRDefault="00436809" w:rsidP="00C32B29">
            <w:pPr>
              <w:spacing w:before="0" w:after="0" w:line="240" w:lineRule="auto"/>
              <w:rPr>
                <w:rFonts w:cs="Arial"/>
                <w:color w:val="auto"/>
                <w:sz w:val="14"/>
                <w:szCs w:val="14"/>
                <w:lang w:val="en-US"/>
              </w:rPr>
            </w:pPr>
            <w:r w:rsidRPr="00EB75F0">
              <w:rPr>
                <w:rFonts w:cs="Arial"/>
                <w:color w:val="auto"/>
                <w:sz w:val="14"/>
                <w:szCs w:val="14"/>
                <w:lang w:val="en-US"/>
              </w:rPr>
              <w:t xml:space="preserve">Key: </w:t>
            </w:r>
            <w:r w:rsidRPr="00EB75F0">
              <w:rPr>
                <w:rFonts w:cs="Arial"/>
                <w:b w:val="0"/>
                <w:bCs w:val="0"/>
                <w:color w:val="auto"/>
                <w:sz w:val="14"/>
                <w:szCs w:val="14"/>
                <w:lang w:val="en-US"/>
              </w:rPr>
              <w:t>N, no; NA, not applicable; NI, no information; PN, partially no; PY, partially yes; Y, yes.</w:t>
            </w:r>
          </w:p>
          <w:p w14:paraId="190F358B" w14:textId="77777777" w:rsidR="00436809" w:rsidRPr="00EB75F0" w:rsidRDefault="00436809" w:rsidP="00C32B29">
            <w:pPr>
              <w:spacing w:before="0" w:after="0" w:line="240" w:lineRule="auto"/>
              <w:rPr>
                <w:rFonts w:cs="Arial"/>
                <w:b w:val="0"/>
                <w:bCs w:val="0"/>
                <w:color w:val="auto"/>
                <w:sz w:val="14"/>
                <w:szCs w:val="14"/>
                <w:lang w:val="en-US"/>
              </w:rPr>
            </w:pPr>
            <w:r w:rsidRPr="00EB75F0">
              <w:rPr>
                <w:rFonts w:cs="Arial"/>
                <w:color w:val="auto"/>
                <w:sz w:val="14"/>
                <w:szCs w:val="14"/>
                <w:lang w:val="en-US"/>
              </w:rPr>
              <w:t xml:space="preserve">Note: </w:t>
            </w:r>
            <w:r w:rsidRPr="00EB75F0">
              <w:rPr>
                <w:rFonts w:cs="Arial"/>
                <w:b w:val="0"/>
                <w:bCs w:val="0"/>
                <w:color w:val="auto"/>
                <w:sz w:val="14"/>
                <w:szCs w:val="14"/>
                <w:lang w:val="en-US"/>
              </w:rPr>
              <w:t>**Evidence for this study is based on results reported in the trial registry or abstract format, which may provide limited methodological and outcome detail compared with evidence obtained from full peer-reviewed publications.</w:t>
            </w:r>
          </w:p>
          <w:p w14:paraId="7785CC57"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Domain 1: Risk of bias arising from the randomization process</w:t>
            </w:r>
          </w:p>
          <w:p w14:paraId="62FD244F"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1.1 Was the allocation sequence random?</w:t>
            </w:r>
          </w:p>
          <w:p w14:paraId="2466CA89"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1.2 Was the allocation sequence concealed until participants were enrolled and assigned to interventions?</w:t>
            </w:r>
          </w:p>
          <w:p w14:paraId="1674A976"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1.3 Did baseline differences between intervention groups suggest a problem with the randomization process?</w:t>
            </w:r>
          </w:p>
          <w:p w14:paraId="1495D67B"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Domain 2: Risk of bias due to deviations from the intended interventions</w:t>
            </w:r>
          </w:p>
          <w:p w14:paraId="5351F284"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2.1 Were participants aware of their assigned intervention during the trial?</w:t>
            </w:r>
          </w:p>
          <w:p w14:paraId="09D196E3"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2.2 Were carers and people delivering the interventions aware of participants assigned intervention during the trial?</w:t>
            </w:r>
          </w:p>
          <w:p w14:paraId="48962947"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2.3 If Y/PY/NI to 2.1 or 2.2: Were there deviations from the intended intervention that arose because of the trial context?</w:t>
            </w:r>
          </w:p>
          <w:p w14:paraId="43BA6614"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2.4 If Y/PY to 2.3: Were these deviations likely to have affected the outcome?</w:t>
            </w:r>
          </w:p>
          <w:p w14:paraId="60EAEC93"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2.5 If Y/PY/NI to 2.4: Were these deviations from intended intervention balanced between groups?</w:t>
            </w:r>
          </w:p>
          <w:p w14:paraId="2F829F0A"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2.6 Was an appropriate analysis used to estimate the effect of assignment to intervention?</w:t>
            </w:r>
          </w:p>
          <w:p w14:paraId="411C2217" w14:textId="6536F51F"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 xml:space="preserve">2.7 If N/PN/NI to 2.6: Was there potential for a substantial impact (on the result) of the failure to </w:t>
            </w:r>
            <w:r w:rsidR="00261E76" w:rsidRPr="00EB75F0">
              <w:rPr>
                <w:rFonts w:cs="Arial"/>
                <w:b w:val="0"/>
                <w:bCs w:val="0"/>
                <w:color w:val="000000"/>
                <w:sz w:val="14"/>
                <w:szCs w:val="14"/>
                <w:lang w:val="en-US"/>
              </w:rPr>
              <w:t>analyze</w:t>
            </w:r>
            <w:r w:rsidRPr="00EB75F0">
              <w:rPr>
                <w:rFonts w:cs="Arial"/>
                <w:b w:val="0"/>
                <w:bCs w:val="0"/>
                <w:color w:val="000000"/>
                <w:sz w:val="14"/>
                <w:szCs w:val="14"/>
                <w:lang w:val="en-US"/>
              </w:rPr>
              <w:t xml:space="preserve"> participants in the group to which they were randomized?</w:t>
            </w:r>
          </w:p>
          <w:p w14:paraId="6F54B5ED"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Domain 3: Missing outcome data</w:t>
            </w:r>
          </w:p>
          <w:p w14:paraId="1FD442AE"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3.1 Were data for this outcome available for all, or nearly all, participants randomized?</w:t>
            </w:r>
          </w:p>
          <w:p w14:paraId="2D0ED12C"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3.2 If N/PN/NI to 3.1: Is there evidence that the result was not biased by missing outcome data?</w:t>
            </w:r>
          </w:p>
          <w:p w14:paraId="2C7B5529"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3.3 If N/PN to 3.2: Could missingness in the outcome depend on its true value?</w:t>
            </w:r>
          </w:p>
          <w:p w14:paraId="127EC703"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3.4 If Y/PY/NI to 3.3: Is it likely that missingness in the outcome depended on its true value?</w:t>
            </w:r>
          </w:p>
          <w:p w14:paraId="24A56BA6"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Domain 4: Risk of bias in measurement of the outcome</w:t>
            </w:r>
          </w:p>
          <w:p w14:paraId="791F8390"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4.1 Was the method of measuring the outcome inappropriate?</w:t>
            </w:r>
          </w:p>
          <w:p w14:paraId="4907175C"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4.2 Could measurement or ascertainment of the outcome have differed between intervention groups?</w:t>
            </w:r>
          </w:p>
          <w:p w14:paraId="3017FB91"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4.3 If N/PN/NI to 4.1 and 4.2: Were outcome assessors aware of the intervention received by study participants?</w:t>
            </w:r>
          </w:p>
          <w:p w14:paraId="231AA6AB"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4.4 If Y/PY/NI to 4.3: Could assessment of the outcome have been influenced by knowledge of intervention received?</w:t>
            </w:r>
          </w:p>
          <w:p w14:paraId="5078C26A"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4.5 If Y/PY/NI to 4.4: Is it likely that assessment of the outcome was influenced by knowledge of intervention received?</w:t>
            </w:r>
          </w:p>
          <w:p w14:paraId="43C7439C" w14:textId="77777777"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Domain 5: Risk of bias in selection of the reported result</w:t>
            </w:r>
          </w:p>
          <w:p w14:paraId="4E798F1D" w14:textId="08669070" w:rsidR="00436809" w:rsidRPr="00EB75F0" w:rsidRDefault="00436809" w:rsidP="00C32B29">
            <w:pPr>
              <w:spacing w:before="0" w:after="0" w:line="240" w:lineRule="auto"/>
              <w:rPr>
                <w:rFonts w:cs="Arial"/>
                <w:b w:val="0"/>
                <w:bCs w:val="0"/>
                <w:color w:val="000000"/>
                <w:sz w:val="14"/>
                <w:szCs w:val="14"/>
                <w:lang w:val="en-US"/>
              </w:rPr>
            </w:pPr>
            <w:r w:rsidRPr="00EB75F0">
              <w:rPr>
                <w:rFonts w:cs="Arial"/>
                <w:b w:val="0"/>
                <w:bCs w:val="0"/>
                <w:color w:val="000000"/>
                <w:sz w:val="14"/>
                <w:szCs w:val="14"/>
                <w:lang w:val="en-US"/>
              </w:rPr>
              <w:t xml:space="preserve">5.1 Were the data that produced this result </w:t>
            </w:r>
            <w:r w:rsidR="00261E76" w:rsidRPr="00EB75F0">
              <w:rPr>
                <w:rFonts w:cs="Arial"/>
                <w:b w:val="0"/>
                <w:bCs w:val="0"/>
                <w:color w:val="000000"/>
                <w:sz w:val="14"/>
                <w:szCs w:val="14"/>
                <w:lang w:val="en-US"/>
              </w:rPr>
              <w:t>analyzed</w:t>
            </w:r>
            <w:r w:rsidRPr="00EB75F0">
              <w:rPr>
                <w:rFonts w:cs="Arial"/>
                <w:b w:val="0"/>
                <w:bCs w:val="0"/>
                <w:color w:val="000000"/>
                <w:sz w:val="14"/>
                <w:szCs w:val="14"/>
                <w:lang w:val="en-US"/>
              </w:rPr>
              <w:t xml:space="preserve"> in accordance with a pre-specified analysis plan that was finalized before unblinded outcome data were available for analysis?</w:t>
            </w:r>
          </w:p>
          <w:p w14:paraId="28742467" w14:textId="77777777" w:rsidR="00436809" w:rsidRPr="00EB75F0" w:rsidRDefault="00436809" w:rsidP="00C32B29">
            <w:pPr>
              <w:spacing w:before="0" w:after="0" w:line="240" w:lineRule="auto"/>
              <w:rPr>
                <w:rFonts w:cs="Arial"/>
                <w:color w:val="000000"/>
                <w:sz w:val="14"/>
                <w:szCs w:val="14"/>
                <w:lang w:val="en-US"/>
              </w:rPr>
            </w:pPr>
            <w:r w:rsidRPr="00EB75F0">
              <w:rPr>
                <w:rFonts w:cs="Arial"/>
                <w:b w:val="0"/>
                <w:bCs w:val="0"/>
                <w:color w:val="000000"/>
                <w:sz w:val="14"/>
                <w:szCs w:val="14"/>
                <w:lang w:val="en-US"/>
              </w:rPr>
              <w:t xml:space="preserve">5.2 Is the numerical result being assessed likely to have been selected, on the basis of the results, from multiple outcome measurements (e.g. scales, definitions, time points) within the outcome domain </w:t>
            </w:r>
          </w:p>
          <w:p w14:paraId="0AA5473B" w14:textId="77777777" w:rsidR="00436809" w:rsidRPr="00EB75F0" w:rsidRDefault="00436809" w:rsidP="00C32B29">
            <w:pPr>
              <w:spacing w:before="0" w:after="0" w:line="240" w:lineRule="auto"/>
              <w:rPr>
                <w:rFonts w:cs="Arial"/>
                <w:b w:val="0"/>
                <w:bCs w:val="0"/>
                <w:sz w:val="14"/>
                <w:szCs w:val="14"/>
                <w:lang w:val="en-US"/>
              </w:rPr>
            </w:pPr>
            <w:r w:rsidRPr="00EB75F0">
              <w:rPr>
                <w:rFonts w:cs="Arial"/>
                <w:b w:val="0"/>
                <w:bCs w:val="0"/>
                <w:color w:val="000000"/>
                <w:sz w:val="14"/>
                <w:szCs w:val="14"/>
                <w:lang w:val="en-US"/>
              </w:rPr>
              <w:t>5.3 Is the numerical result being assessed likely to have been selected, on the basis of the results, from multiple analyses of the data?</w:t>
            </w:r>
          </w:p>
        </w:tc>
      </w:tr>
    </w:tbl>
    <w:p w14:paraId="758ADD24" w14:textId="77777777" w:rsidR="00436809" w:rsidRPr="00EB75F0" w:rsidRDefault="00436809" w:rsidP="007E3574">
      <w:pPr>
        <w:pStyle w:val="BodyText"/>
        <w:sectPr w:rsidR="00436809" w:rsidRPr="00EB75F0" w:rsidSect="007E3574">
          <w:pgSz w:w="16838" w:h="11906" w:orient="landscape"/>
          <w:pgMar w:top="1134" w:right="1134" w:bottom="1134" w:left="1134" w:header="567" w:footer="567" w:gutter="0"/>
          <w:cols w:space="708"/>
          <w:docGrid w:linePitch="360"/>
        </w:sectPr>
      </w:pPr>
    </w:p>
    <w:p w14:paraId="5DCE9452" w14:textId="77777777" w:rsidR="009446D0" w:rsidRPr="009A27D2" w:rsidRDefault="0084596B">
      <w:pPr>
        <w:pStyle w:val="Heading1"/>
        <w:numPr>
          <w:ilvl w:val="0"/>
          <w:numId w:val="17"/>
        </w:numPr>
        <w:ind w:left="0" w:firstLine="0"/>
        <w:rPr>
          <w:b/>
          <w:sz w:val="24"/>
        </w:rPr>
      </w:pPr>
      <w:r w:rsidRPr="009A27D2">
        <w:rPr>
          <w:b/>
          <w:sz w:val="24"/>
        </w:rPr>
        <w:lastRenderedPageBreak/>
        <w:t>Placebo effect size comparison across included trials by endpoint</w:t>
      </w:r>
    </w:p>
    <w:p w14:paraId="591CFC75" w14:textId="6EB33362" w:rsidR="009446D0" w:rsidRPr="009A27D2" w:rsidRDefault="0084596B">
      <w:pPr>
        <w:rPr>
          <w:color w:val="auto"/>
          <w:szCs w:val="22"/>
        </w:rPr>
      </w:pPr>
      <w:r w:rsidRPr="009A27D2">
        <w:rPr>
          <w:color w:val="auto"/>
          <w:szCs w:val="22"/>
        </w:rPr>
        <w:fldChar w:fldCharType="begin"/>
      </w:r>
      <w:r w:rsidRPr="009A27D2">
        <w:rPr>
          <w:color w:val="auto"/>
          <w:szCs w:val="22"/>
        </w:rPr>
        <w:instrText>REF _Ref14443404 \h</w:instrText>
      </w:r>
      <w:r w:rsidR="00C568F7"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S12</w:t>
      </w:r>
      <w:r w:rsidRPr="009A27D2">
        <w:rPr>
          <w:color w:val="auto"/>
          <w:szCs w:val="22"/>
        </w:rPr>
        <w:fldChar w:fldCharType="end"/>
      </w:r>
      <w:r w:rsidRPr="009A27D2">
        <w:rPr>
          <w:color w:val="auto"/>
          <w:szCs w:val="22"/>
        </w:rPr>
        <w:t xml:space="preserve"> to </w:t>
      </w:r>
      <w:r w:rsidRPr="009A27D2">
        <w:rPr>
          <w:color w:val="auto"/>
          <w:szCs w:val="22"/>
        </w:rPr>
        <w:fldChar w:fldCharType="begin"/>
      </w:r>
      <w:r w:rsidRPr="009A27D2">
        <w:rPr>
          <w:color w:val="auto"/>
          <w:szCs w:val="22"/>
        </w:rPr>
        <w:instrText>REF _Ref14230513 \h</w:instrText>
      </w:r>
      <w:r w:rsidR="00C568F7"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S24</w:t>
      </w:r>
      <w:r w:rsidRPr="009A27D2">
        <w:rPr>
          <w:color w:val="auto"/>
          <w:szCs w:val="22"/>
        </w:rPr>
        <w:fldChar w:fldCharType="end"/>
      </w:r>
      <w:r w:rsidRPr="009A27D2">
        <w:rPr>
          <w:color w:val="auto"/>
          <w:szCs w:val="22"/>
        </w:rPr>
        <w:t xml:space="preserve"> show comparisons of placebo effect size across studies in each endpoint-specific network (see </w:t>
      </w:r>
      <w:r w:rsidRPr="009A27D2">
        <w:rPr>
          <w:color w:val="auto"/>
          <w:szCs w:val="22"/>
        </w:rPr>
        <w:fldChar w:fldCharType="begin"/>
      </w:r>
      <w:r w:rsidRPr="009A27D2">
        <w:rPr>
          <w:color w:val="auto"/>
          <w:szCs w:val="22"/>
        </w:rPr>
        <w:instrText>REF _Ref14307174 \h \r</w:instrText>
      </w:r>
      <w:r w:rsidR="00C568F7"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Pr>
          <w:color w:val="auto"/>
          <w:szCs w:val="22"/>
        </w:rPr>
        <w:t>Appendix 9</w:t>
      </w:r>
      <w:r w:rsidRPr="009A27D2">
        <w:rPr>
          <w:color w:val="auto"/>
          <w:szCs w:val="22"/>
        </w:rPr>
        <w:fldChar w:fldCharType="end"/>
      </w:r>
      <w:r w:rsidRPr="009A27D2">
        <w:rPr>
          <w:color w:val="auto"/>
          <w:szCs w:val="22"/>
        </w:rPr>
        <w:t xml:space="preserve">). These plots were used to identify between-study heterogeneity regarding placebo effect size. The plots were produced for 11 endpoints: change in Positive and Negative Syndrome Scale (PANSS) scores (total, positive, negative), change in Clinical Global Impressions-Severity (CGI-S) score, ≥ 30% reduction in PANSS total score, change in weight (kg), clinically significant weight gain, discontinuation rates (all-cause and adverse event-related), and incidence of sedation and somnolence. A plot was not produced for the CGI-S response given that there was insufficient endpoint for NMA (see </w:t>
      </w:r>
      <w:r w:rsidRPr="009A27D2">
        <w:rPr>
          <w:color w:val="auto"/>
          <w:szCs w:val="22"/>
        </w:rPr>
        <w:fldChar w:fldCharType="begin"/>
      </w:r>
      <w:r w:rsidRPr="009A27D2">
        <w:rPr>
          <w:color w:val="auto"/>
          <w:szCs w:val="22"/>
        </w:rPr>
        <w:instrText>REF _Ref14219266 \h \r</w:instrText>
      </w:r>
      <w:r w:rsidR="00C568F7"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Pr>
          <w:color w:val="auto"/>
          <w:szCs w:val="22"/>
        </w:rPr>
        <w:t>Appendix 5</w:t>
      </w:r>
      <w:r w:rsidRPr="009A27D2">
        <w:rPr>
          <w:color w:val="auto"/>
          <w:szCs w:val="22"/>
        </w:rPr>
        <w:fldChar w:fldCharType="end"/>
      </w:r>
      <w:r w:rsidRPr="009A27D2">
        <w:rPr>
          <w:color w:val="auto"/>
          <w:szCs w:val="22"/>
        </w:rPr>
        <w:t>).</w:t>
      </w:r>
    </w:p>
    <w:p w14:paraId="480DF935" w14:textId="63369E07" w:rsidR="009446D0" w:rsidRPr="009A27D2" w:rsidRDefault="0084596B">
      <w:pPr>
        <w:rPr>
          <w:color w:val="auto"/>
          <w:szCs w:val="22"/>
        </w:rPr>
      </w:pPr>
      <w:r w:rsidRPr="009A27D2">
        <w:rPr>
          <w:color w:val="auto"/>
          <w:szCs w:val="22"/>
        </w:rPr>
        <w:t xml:space="preserve">Given the presence of placebo effect size outliers for the following endpoints, </w:t>
      </w:r>
      <w:r w:rsidR="009E5C4E" w:rsidRPr="009A27D2">
        <w:rPr>
          <w:color w:val="auto"/>
          <w:szCs w:val="22"/>
        </w:rPr>
        <w:t>sensitivity</w:t>
      </w:r>
      <w:r w:rsidRPr="009A27D2">
        <w:rPr>
          <w:color w:val="auto"/>
          <w:szCs w:val="22"/>
        </w:rPr>
        <w:t xml:space="preserve"> analyses were performed to assess the impact of excluding those studies (see </w:t>
      </w:r>
      <w:r w:rsidRPr="009A27D2">
        <w:rPr>
          <w:color w:val="auto"/>
          <w:szCs w:val="22"/>
        </w:rPr>
        <w:fldChar w:fldCharType="begin"/>
      </w:r>
      <w:r w:rsidRPr="009A27D2">
        <w:rPr>
          <w:color w:val="auto"/>
          <w:szCs w:val="22"/>
        </w:rPr>
        <w:instrText>REF _Ref14598933 \h \r</w:instrText>
      </w:r>
      <w:r w:rsidR="00C568F7"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Pr>
          <w:color w:val="auto"/>
          <w:szCs w:val="22"/>
        </w:rPr>
        <w:t>Appendix 10</w:t>
      </w:r>
      <w:r w:rsidRPr="009A27D2">
        <w:rPr>
          <w:color w:val="auto"/>
          <w:szCs w:val="22"/>
        </w:rPr>
        <w:fldChar w:fldCharType="end"/>
      </w:r>
      <w:r w:rsidRPr="009A27D2">
        <w:rPr>
          <w:color w:val="auto"/>
          <w:szCs w:val="22"/>
        </w:rPr>
        <w:t xml:space="preserve"> for a full list of base case and </w:t>
      </w:r>
      <w:r w:rsidR="009E5C4E" w:rsidRPr="009A27D2">
        <w:rPr>
          <w:color w:val="auto"/>
          <w:szCs w:val="22"/>
        </w:rPr>
        <w:t>sensitivity</w:t>
      </w:r>
      <w:r w:rsidRPr="009A27D2">
        <w:rPr>
          <w:color w:val="auto"/>
          <w:szCs w:val="22"/>
        </w:rPr>
        <w:t xml:space="preserve"> NMA</w:t>
      </w:r>
      <w:r w:rsidR="009E5C4E" w:rsidRPr="009A27D2">
        <w:rPr>
          <w:color w:val="auto"/>
          <w:szCs w:val="22"/>
        </w:rPr>
        <w:t>s</w:t>
      </w:r>
      <w:r w:rsidRPr="009A27D2">
        <w:rPr>
          <w:color w:val="auto"/>
          <w:szCs w:val="22"/>
        </w:rPr>
        <w:t xml:space="preserve"> conducted):</w:t>
      </w:r>
    </w:p>
    <w:p w14:paraId="5B1E44E3" w14:textId="679D5F8D" w:rsidR="009446D0" w:rsidRPr="009A27D2" w:rsidRDefault="0084596B">
      <w:pPr>
        <w:pStyle w:val="ListParagraph"/>
        <w:rPr>
          <w:color w:val="auto"/>
          <w:szCs w:val="22"/>
        </w:rPr>
      </w:pPr>
      <w:r w:rsidRPr="009A27D2">
        <w:rPr>
          <w:color w:val="auto"/>
          <w:szCs w:val="22"/>
        </w:rPr>
        <w:t>Change from baseline PANSS negative symptoms score (</w:t>
      </w:r>
      <w:r w:rsidRPr="009A27D2">
        <w:rPr>
          <w:color w:val="auto"/>
          <w:szCs w:val="22"/>
        </w:rPr>
        <w:fldChar w:fldCharType="begin"/>
      </w:r>
      <w:r w:rsidRPr="009A27D2">
        <w:rPr>
          <w:color w:val="auto"/>
          <w:szCs w:val="22"/>
        </w:rPr>
        <w:instrText>REF _Ref14207642 \h</w:instrText>
      </w:r>
      <w:r w:rsidR="00C568F7"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S14</w:t>
      </w:r>
      <w:r w:rsidRPr="009A27D2">
        <w:rPr>
          <w:color w:val="auto"/>
          <w:szCs w:val="22"/>
        </w:rPr>
        <w:fldChar w:fldCharType="end"/>
      </w:r>
      <w:r w:rsidRPr="009A27D2">
        <w:rPr>
          <w:color w:val="auto"/>
          <w:szCs w:val="22"/>
        </w:rPr>
        <w:t>): There was moderate variation in placebo effect size for this endpoint at the reported timepoints (between Weeks 4–6), with mean change from baseline PANSS negative symptom sub-score ranging from +0.12% in McEvoy 2007</w:t>
      </w:r>
      <w:r w:rsidR="0031308D" w:rsidRPr="009A27D2">
        <w:rPr>
          <w:color w:val="auto"/>
          <w:szCs w:val="22"/>
        </w:rPr>
        <w:fldChar w:fldCharType="begin"/>
      </w:r>
      <w:r w:rsidR="00452EF4">
        <w:rPr>
          <w:color w:val="auto"/>
          <w:szCs w:val="22"/>
        </w:rPr>
        <w:instrText xml:space="preserve"> ADDIN EN.CITE &lt;EndNote&gt;&lt;Cite&gt;&lt;Author&gt;McEvoy&lt;/Author&gt;&lt;Year&gt;2007&lt;/Year&gt;&lt;RecNum&gt;28&lt;/RecNum&gt;&lt;DisplayText&gt;&lt;style face="superscript"&gt;31&lt;/style&gt;&lt;/DisplayText&gt;&lt;record&gt;&lt;rec-number&gt;28&lt;/rec-number&gt;&lt;foreign-keys&gt;&lt;key app="EN" db-id="9ttaxzax2p0tr7ewzt55atews50zvxaaa5rz" timestamp="1764068829"&gt;28&lt;/key&gt;&lt;/foreign-keys&gt;&lt;ref-type name="Journal Article"&gt;17&lt;/ref-type&gt;&lt;contributors&gt;&lt;authors&gt;&lt;author&gt;McEvoy, J. P.&lt;/author&gt;&lt;author&gt;Daniel, D. G.&lt;/author&gt;&lt;author&gt;Carson, W. H., Jr.&lt;/author&gt;&lt;author&gt;McQuade, R. D.&lt;/author&gt;&lt;author&gt;Marcus, R. N.&lt;/author&gt;&lt;/authors&gt;&lt;/contributors&gt;&lt;titles&gt;&lt;title&gt;A randomized, double-blind, placebo-controlled, study of the efficacy and safety of aripiprazole 10, 15 or 20 mg/day for the treatment of patients with acute exacerbations of schizophrenia&lt;/title&gt;&lt;secondary-title&gt;J Psychiatr Res&lt;/secondary-title&gt;&lt;/titles&gt;&lt;periodical&gt;&lt;full-title&gt;J Psychiatr Res&lt;/full-title&gt;&lt;/periodical&gt;&lt;pages&gt;895-905&lt;/pages&gt;&lt;volume&gt;41&lt;/volume&gt;&lt;number&gt;11&lt;/number&gt;&lt;dates&gt;&lt;year&gt;2007&lt;/year&gt;&lt;pub-dates&gt;&lt;date&gt;20070713&lt;/date&gt;&lt;/pub-dates&gt;&lt;/dates&gt;&lt;pub-location&gt;Duke University Medical Center, John Umstead Hospital (AAU), Butner, NC 27509, USA. jpmcevoy@duke.edu&lt;/pub-location&gt;&lt;isbn&gt;0022-3956 (Print) 0022-3956 (Linking)&lt;/isbn&gt;&lt;urls&gt;&lt;related-urls&gt;&lt;url&gt;https://www.ncbi.nlm.nih.gov/pubmed/17631314&lt;/url&gt;&lt;/related-urls&gt;&lt;/urls&gt;&lt;electronic-resource-num&gt;10.1016/j.jpsychires.2007.05.002&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31</w:t>
      </w:r>
      <w:r w:rsidR="0031308D" w:rsidRPr="009A27D2">
        <w:rPr>
          <w:color w:val="auto"/>
          <w:szCs w:val="22"/>
        </w:rPr>
        <w:fldChar w:fldCharType="end"/>
      </w:r>
      <w:r w:rsidRPr="009A27D2">
        <w:rPr>
          <w:color w:val="auto"/>
          <w:szCs w:val="22"/>
        </w:rPr>
        <w:t xml:space="preserve"> to -4.9% in Meltzer 2011</w:t>
      </w:r>
      <w:r w:rsidR="0031308D" w:rsidRPr="009A27D2">
        <w:rPr>
          <w:color w:val="auto"/>
          <w:szCs w:val="22"/>
        </w:rPr>
        <w:fldChar w:fldCharType="begin"/>
      </w:r>
      <w:r w:rsidR="00452EF4">
        <w:rPr>
          <w:color w:val="auto"/>
          <w:szCs w:val="22"/>
        </w:rPr>
        <w:instrText xml:space="preserve"> ADDIN EN.CITE &lt;EndNote&gt;&lt;Cite&gt;&lt;Author&gt;Meltzer&lt;/Author&gt;&lt;Year&gt;2011&lt;/Year&gt;&lt;RecNum&gt;64&lt;/RecNum&gt;&lt;DisplayText&gt;&lt;style face="superscript"&gt;67&lt;/style&gt;&lt;/DisplayText&gt;&lt;record&gt;&lt;rec-number&gt;64&lt;/rec-number&gt;&lt;foreign-keys&gt;&lt;key app="EN" db-id="9ttaxzax2p0tr7ewzt55atews50zvxaaa5rz" timestamp="1764068838"&gt;64&lt;/key&gt;&lt;/foreign-keys&gt;&lt;ref-type name="Journal Article"&gt;17&lt;/ref-type&gt;&lt;contributors&gt;&lt;authors&gt;&lt;author&gt;Meltzer, Herbert Y&lt;/author&gt;&lt;author&gt;Cucchiaro, Josephine&lt;/author&gt;&lt;author&gt;Silva, Robert&lt;/author&gt;&lt;author&gt;Ogasa, Masaaki&lt;/author&gt;&lt;author&gt;Phillips, Debra&lt;/author&gt;&lt;author&gt;Xu, Jane&lt;/author&gt;&lt;author&gt;Kalali, Amir H&lt;/author&gt;&lt;author&gt;Schweizer, Edward&lt;/author&gt;&lt;author&gt;Pikalov, Andrei&lt;/author&gt;&lt;author&gt;Loebel, Antony&lt;/author&gt;&lt;/authors&gt;&lt;/contributors&gt;&lt;titles&gt;&lt;title&gt;Lurasidone in the treatment of schizophrenia: a randomized, double-blind, placebo-and olanzapine-controlled study&lt;/title&gt;&lt;secondary-title&gt;American Journal of Psychiatry&lt;/secondary-title&gt;&lt;/titles&gt;&lt;periodical&gt;&lt;full-title&gt;American Journal of Psychiatry&lt;/full-title&gt;&lt;/periodical&gt;&lt;pages&gt;957-967&lt;/pages&gt;&lt;volume&gt;168&lt;/volume&gt;&lt;number&gt;9&lt;/number&gt;&lt;dates&gt;&lt;year&gt;2011&lt;/year&gt;&lt;/dates&gt;&lt;isbn&gt;0002-953X&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67</w:t>
      </w:r>
      <w:r w:rsidR="0031308D" w:rsidRPr="009A27D2">
        <w:rPr>
          <w:color w:val="auto"/>
          <w:szCs w:val="22"/>
        </w:rPr>
        <w:fldChar w:fldCharType="end"/>
      </w:r>
      <w:r w:rsidRPr="009A27D2">
        <w:rPr>
          <w:color w:val="auto"/>
          <w:szCs w:val="22"/>
        </w:rPr>
        <w:t>, while the placebo effect in the EMERGENT trials ranged from -0.8 to -1.6. Notably, two studies (Shen 2014</w:t>
      </w:r>
      <w:r w:rsidR="0031308D" w:rsidRPr="009A27D2">
        <w:rPr>
          <w:color w:val="auto"/>
          <w:szCs w:val="22"/>
        </w:rPr>
        <w:fldChar w:fldCharType="begin"/>
      </w:r>
      <w:r w:rsidR="00452EF4">
        <w:rPr>
          <w:color w:val="auto"/>
          <w:szCs w:val="22"/>
        </w:rPr>
        <w:instrText xml:space="preserve"> ADDIN EN.CITE &lt;EndNote&gt;&lt;Cite&gt;&lt;Author&gt;Shen&lt;/Author&gt;&lt;Year&gt;2014&lt;/Year&gt;&lt;RecNum&gt;72&lt;/RecNum&gt;&lt;DisplayText&gt;&lt;style face="superscript"&gt;75&lt;/style&gt;&lt;/DisplayText&gt;&lt;record&gt;&lt;rec-number&gt;72&lt;/rec-number&gt;&lt;foreign-keys&gt;&lt;key app="EN" db-id="9ttaxzax2p0tr7ewzt55atews50zvxaaa5rz" timestamp="1764068840"&gt;72&lt;/key&gt;&lt;/foreign-keys&gt;&lt;ref-type name="Journal Article"&gt;17&lt;/ref-type&gt;&lt;contributors&gt;&lt;authors&gt;&lt;author&gt;Shen, J. H.&lt;/author&gt;&lt;author&gt;Zhao, Y.&lt;/author&gt;&lt;author&gt;Rosenzweig-Lipson, S.&lt;/author&gt;&lt;author&gt;Popp, D.&lt;/author&gt;&lt;author&gt;Williams, J. B.&lt;/author&gt;&lt;author&gt;Giller, E.&lt;/author&gt;&lt;author&gt;Detke, M. J.&lt;/author&gt;&lt;author&gt;Kane, J. M.&lt;/author&gt;&lt;/authors&gt;&lt;/contributors&gt;&lt;titles&gt;&lt;title&gt;A 6-week randomized, double-blind, placebo-controlled, comparator referenced trial of vabicaserin in acute schizophrenia&lt;/title&gt;&lt;secondary-title&gt;J Psychiatr Res&lt;/secondary-title&gt;&lt;/titles&gt;&lt;periodical&gt;&lt;full-title&gt;J Psychiatr Res&lt;/full-title&gt;&lt;/periodical&gt;&lt;pages&gt;14-22&lt;/pages&gt;&lt;volume&gt;53&lt;/volume&gt;&lt;dates&gt;&lt;year&gt;2014&lt;/year&gt;&lt;pub-dates&gt;&lt;date&gt;20140224&lt;/date&gt;&lt;/pub-dates&gt;&lt;/dates&gt;&lt;pub-location&gt;Hengrui Medicine Co., Ltd, Shanghai, China. Skyview Research, Pennsylvania, USA. IVS Pharma Consulting, USA. MedAvante Inc, Hamilton, NJ, USA. MedAvante Inc, Hamilton, NJ, USA; College of Physicians and Surgeons, Columbia University, USA. Electronic address: jwilliams@medavante.com. Detke Biopharma Consulting LLC, Carmel, IN, USA; Indiana University School of Medicine, USA. The Zucker Hillside Hospital, Glen Oaks, NY, USA; The Albert Einstein College of Medicine, Bronx, NY, USA.&lt;/pub-location&gt;&lt;isbn&gt;1879-1379 (Electronic) 0022-3956 (Linking)&lt;/isbn&gt;&lt;urls&gt;&lt;related-urls&gt;&lt;url&gt;https://www.ncbi.nlm.nih.gov/pubmed/24613032&lt;/url&gt;&lt;/related-urls&gt;&lt;/urls&gt;&lt;electronic-resource-num&gt;10.1016/j.jpsychires.2014.02.012&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75</w:t>
      </w:r>
      <w:r w:rsidR="0031308D" w:rsidRPr="009A27D2">
        <w:rPr>
          <w:color w:val="auto"/>
          <w:szCs w:val="22"/>
        </w:rPr>
        <w:fldChar w:fldCharType="end"/>
      </w:r>
      <w:r w:rsidRPr="009A27D2">
        <w:rPr>
          <w:color w:val="auto"/>
          <w:szCs w:val="22"/>
        </w:rPr>
        <w:t xml:space="preserve"> and </w:t>
      </w:r>
      <w:r w:rsidR="00803DD7" w:rsidRPr="00803DD7">
        <w:rPr>
          <w:color w:val="auto"/>
          <w:szCs w:val="22"/>
        </w:rPr>
        <w:t>McEvoy 2007</w:t>
      </w:r>
      <w:r w:rsidR="00803DD7" w:rsidRPr="00EB75F0">
        <w:fldChar w:fldCharType="begin"/>
      </w:r>
      <w:r w:rsidR="00452EF4">
        <w:instrText xml:space="preserve"> ADDIN EN.CITE &lt;EndNote&gt;&lt;Cite&gt;&lt;Author&gt;McEvoy&lt;/Author&gt;&lt;Year&gt;2007&lt;/Year&gt;&lt;RecNum&gt;28&lt;/RecNum&gt;&lt;DisplayText&gt;&lt;style face="superscript"&gt;31&lt;/style&gt;&lt;/DisplayText&gt;&lt;record&gt;&lt;rec-number&gt;28&lt;/rec-number&gt;&lt;foreign-keys&gt;&lt;key app="EN" db-id="9ttaxzax2p0tr7ewzt55atews50zvxaaa5rz" timestamp="1764068829"&gt;28&lt;/key&gt;&lt;/foreign-keys&gt;&lt;ref-type name="Journal Article"&gt;17&lt;/ref-type&gt;&lt;contributors&gt;&lt;authors&gt;&lt;author&gt;McEvoy, J. P.&lt;/author&gt;&lt;author&gt;Daniel, D. G.&lt;/author&gt;&lt;author&gt;Carson, W. H., Jr.&lt;/author&gt;&lt;author&gt;McQuade, R. D.&lt;/author&gt;&lt;author&gt;Marcus, R. N.&lt;/author&gt;&lt;/authors&gt;&lt;/contributors&gt;&lt;titles&gt;&lt;title&gt;A randomized, double-blind, placebo-controlled, study of the efficacy and safety of aripiprazole 10, 15 or 20 mg/day for the treatment of patients with acute exacerbations of schizophrenia&lt;/title&gt;&lt;secondary-title&gt;J Psychiatr Res&lt;/secondary-title&gt;&lt;/titles&gt;&lt;periodical&gt;&lt;full-title&gt;J Psychiatr Res&lt;/full-title&gt;&lt;/periodical&gt;&lt;pages&gt;895-905&lt;/pages&gt;&lt;volume&gt;41&lt;/volume&gt;&lt;number&gt;11&lt;/number&gt;&lt;dates&gt;&lt;year&gt;2007&lt;/year&gt;&lt;pub-dates&gt;&lt;date&gt;20070713&lt;/date&gt;&lt;/pub-dates&gt;&lt;/dates&gt;&lt;pub-location&gt;Duke University Medical Center, John Umstead Hospital (AAU), Butner, NC 27509, USA. jpmcevoy@duke.edu&lt;/pub-location&gt;&lt;isbn&gt;0022-3956 (Print) 0022-3956 (Linking)&lt;/isbn&gt;&lt;urls&gt;&lt;related-urls&gt;&lt;url&gt;https://www.ncbi.nlm.nih.gov/pubmed/17631314&lt;/url&gt;&lt;/related-urls&gt;&lt;/urls&gt;&lt;electronic-resource-num&gt;10.1016/j.jpsychires.2007.05.002&lt;/electronic-resource-num&gt;&lt;/record&gt;&lt;/Cite&gt;&lt;/EndNote&gt;</w:instrText>
      </w:r>
      <w:r w:rsidR="00803DD7" w:rsidRPr="00EB75F0">
        <w:fldChar w:fldCharType="separate"/>
      </w:r>
      <w:r w:rsidR="00452EF4" w:rsidRPr="00452EF4">
        <w:rPr>
          <w:noProof/>
          <w:vertAlign w:val="superscript"/>
        </w:rPr>
        <w:t>31</w:t>
      </w:r>
      <w:r w:rsidR="00803DD7" w:rsidRPr="00EB75F0">
        <w:fldChar w:fldCharType="end"/>
      </w:r>
      <w:r w:rsidRPr="009A27D2">
        <w:rPr>
          <w:color w:val="auto"/>
          <w:szCs w:val="22"/>
        </w:rPr>
        <w:t xml:space="preserve">) reported increases in PANSS negative symptoms score from baseline. A </w:t>
      </w:r>
      <w:r w:rsidR="009E5C4E" w:rsidRPr="009A27D2">
        <w:rPr>
          <w:color w:val="auto"/>
          <w:szCs w:val="22"/>
        </w:rPr>
        <w:t>sensitivity</w:t>
      </w:r>
      <w:r w:rsidRPr="009A27D2">
        <w:rPr>
          <w:color w:val="auto"/>
          <w:szCs w:val="22"/>
        </w:rPr>
        <w:t xml:space="preserve"> analysis was performed to assess the impact of their exclusion from the change from baseline PANSS negative symptoms score network.</w:t>
      </w:r>
    </w:p>
    <w:p w14:paraId="3345A21D" w14:textId="1B606E43" w:rsidR="009446D0" w:rsidRPr="009A27D2" w:rsidRDefault="0084596B">
      <w:pPr>
        <w:pStyle w:val="ListParagraph"/>
        <w:rPr>
          <w:color w:val="auto"/>
          <w:szCs w:val="22"/>
        </w:rPr>
      </w:pPr>
      <w:r w:rsidRPr="009A27D2">
        <w:rPr>
          <w:color w:val="auto"/>
          <w:szCs w:val="22"/>
        </w:rPr>
        <w:t>Change from baseline weight (</w:t>
      </w:r>
      <w:r w:rsidRPr="009A27D2">
        <w:rPr>
          <w:color w:val="auto"/>
          <w:szCs w:val="22"/>
        </w:rPr>
        <w:fldChar w:fldCharType="begin"/>
      </w:r>
      <w:r w:rsidRPr="009A27D2">
        <w:rPr>
          <w:color w:val="auto"/>
          <w:szCs w:val="22"/>
        </w:rPr>
        <w:instrText>REF _Ref14122502 \h</w:instrText>
      </w:r>
      <w:r w:rsidR="00C568F7"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S16</w:t>
      </w:r>
      <w:r w:rsidRPr="009A27D2">
        <w:rPr>
          <w:color w:val="auto"/>
          <w:szCs w:val="22"/>
        </w:rPr>
        <w:fldChar w:fldCharType="end"/>
      </w:r>
      <w:r w:rsidRPr="009A27D2">
        <w:rPr>
          <w:color w:val="auto"/>
          <w:szCs w:val="22"/>
        </w:rPr>
        <w:t xml:space="preserve">): There was moderate variation in placebo effect size for this endpoint at the reported timepoints (between Weeks 4–6), with mean change from baseline weight ranging from -1.16 kg in </w:t>
      </w:r>
      <w:proofErr w:type="spellStart"/>
      <w:r w:rsidRPr="009A27D2">
        <w:rPr>
          <w:color w:val="auto"/>
          <w:szCs w:val="22"/>
        </w:rPr>
        <w:t>Ishigooka</w:t>
      </w:r>
      <w:proofErr w:type="spellEnd"/>
      <w:r w:rsidRPr="009A27D2">
        <w:rPr>
          <w:color w:val="auto"/>
          <w:szCs w:val="22"/>
        </w:rPr>
        <w:t xml:space="preserve"> 2018</w:t>
      </w:r>
      <w:r w:rsidR="0031308D" w:rsidRPr="009A27D2">
        <w:rPr>
          <w:color w:val="auto"/>
          <w:szCs w:val="22"/>
        </w:rPr>
        <w:fldChar w:fldCharType="begin"/>
      </w:r>
      <w:r w:rsidR="00452EF4">
        <w:rPr>
          <w:color w:val="auto"/>
          <w:szCs w:val="22"/>
        </w:rPr>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color w:val="auto"/>
          <w:szCs w:val="22"/>
        </w:rPr>
        <w:instrText>‐</w:instrText>
      </w:r>
      <w:r w:rsidR="00452EF4">
        <w:rPr>
          <w:color w:val="auto"/>
          <w:szCs w:val="22"/>
        </w:rPr>
        <w:instrText>week, randomized, double</w:instrText>
      </w:r>
      <w:r w:rsidR="00452EF4">
        <w:rPr>
          <w:rFonts w:ascii="Cambria Math" w:hAnsi="Cambria Math" w:cs="Cambria Math"/>
          <w:color w:val="auto"/>
          <w:szCs w:val="22"/>
        </w:rPr>
        <w:instrText>‐</w:instrText>
      </w:r>
      <w:r w:rsidR="00452EF4">
        <w:rPr>
          <w:color w:val="auto"/>
          <w:szCs w:val="22"/>
        </w:rPr>
        <w:instrText>blind, placebo</w:instrText>
      </w:r>
      <w:r w:rsidR="00452EF4">
        <w:rPr>
          <w:rFonts w:ascii="Cambria Math" w:hAnsi="Cambria Math" w:cs="Cambria Math"/>
          <w:color w:val="auto"/>
          <w:szCs w:val="22"/>
        </w:rPr>
        <w:instrText>‐</w:instrText>
      </w:r>
      <w:r w:rsidR="00452EF4">
        <w:rPr>
          <w:color w:val="auto"/>
          <w:szCs w:val="22"/>
        </w:rPr>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40</w:t>
      </w:r>
      <w:r w:rsidR="0031308D" w:rsidRPr="009A27D2">
        <w:rPr>
          <w:color w:val="auto"/>
          <w:szCs w:val="22"/>
        </w:rPr>
        <w:fldChar w:fldCharType="end"/>
      </w:r>
      <w:r w:rsidRPr="009A27D2">
        <w:rPr>
          <w:color w:val="auto"/>
          <w:szCs w:val="22"/>
        </w:rPr>
        <w:t xml:space="preserve"> to 2.41 kg in EMERGENT-2</w:t>
      </w:r>
      <w:r w:rsidR="0031308D" w:rsidRPr="009A27D2">
        <w:rPr>
          <w:color w:val="auto"/>
          <w:szCs w:val="22"/>
        </w:rPr>
        <w:fldChar w:fldCharType="begin"/>
      </w:r>
      <w:r w:rsidR="00452EF4">
        <w:rPr>
          <w:color w:val="auto"/>
          <w:szCs w:val="22"/>
        </w:rPr>
        <w:instrText xml:space="preserve"> ADDIN EN.CITE &lt;EndNote&gt;&lt;Cite&gt;&lt;Author&gt;Karuna&lt;/Author&gt;&lt;Year&gt;2023&lt;/Year&gt;&lt;RecNum&gt;19&lt;/RecNum&gt;&lt;DisplayText&gt;&lt;style face="superscript"&gt;22&lt;/style&gt;&lt;/DisplayText&gt;&lt;record&gt;&lt;rec-number&gt;19&lt;/rec-number&gt;&lt;foreign-keys&gt;&lt;key app="EN" db-id="9ttaxzax2p0tr7ewzt55atews50zvxaaa5rz" timestamp="1764068827"&gt;19&lt;/key&gt;&lt;/foreign-keys&gt;&lt;ref-type name="Journal Article"&gt;17&lt;/ref-type&gt;&lt;contributors&gt;&lt;authors&gt;&lt;author&gt;Karuna&lt;/author&gt;&lt;/authors&gt;&lt;/contributors&gt;&lt;titles&gt;&lt;title&gt;EMERGENT-2. A Phase 3, Randomized, Double-Blind, Parallel-Group, Placebo-Controlled, Multicenter Study to Evaluate the Efficacy and Safety of KarXT in Acutely Psychotic Hospitalized Adults with DSM-5 Schizophrenia KAR-007&lt;/title&gt;&lt;secondary-title&gt;Clinical Study Report&lt;/secondary-title&gt;&lt;/titles&gt;&lt;periodical&gt;&lt;full-title&gt;Clinical Study Report&lt;/full-title&gt;&lt;/periodical&gt;&lt;dates&gt;&lt;year&gt;2023&lt;/year&gt;&lt;/dates&gt;&lt;urls&gt;&lt;/urls&gt;&lt;/record&gt;&lt;/Cite&gt;&lt;/EndNote&gt;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22</w:t>
      </w:r>
      <w:r w:rsidR="0031308D" w:rsidRPr="009A27D2">
        <w:rPr>
          <w:color w:val="auto"/>
          <w:szCs w:val="22"/>
        </w:rPr>
        <w:fldChar w:fldCharType="end"/>
      </w:r>
      <w:r w:rsidRPr="009A27D2">
        <w:rPr>
          <w:color w:val="auto"/>
          <w:szCs w:val="22"/>
        </w:rPr>
        <w:t>. The placebo effect in the EMERGENT trials ranged from 1.12 to 2.41. Notably, five studies (Marder 2003</w:t>
      </w:r>
      <w:r w:rsidR="0031308D" w:rsidRPr="009A27D2">
        <w:rPr>
          <w:color w:val="auto"/>
          <w:szCs w:val="22"/>
        </w:rPr>
        <w:fldChar w:fldCharType="begin"/>
      </w:r>
      <w:r w:rsidR="00452EF4">
        <w:rPr>
          <w:color w:val="auto"/>
          <w:szCs w:val="22"/>
        </w:rPr>
        <w:instrText xml:space="preserve"> ADDIN EN.CITE &lt;EndNote&gt;&lt;Cite&gt;&lt;Author&gt;Marder SR&lt;/Author&gt;&lt;Year&gt;2003&lt;/Year&gt;&lt;RecNum&gt;32&lt;/RecNum&gt;&lt;DisplayText&gt;&lt;style face="superscript"&gt;35&lt;/style&gt;&lt;/DisplayText&gt;&lt;record&gt;&lt;rec-number&gt;32&lt;/rec-number&gt;&lt;foreign-keys&gt;&lt;key app="EN" db-id="9ttaxzax2p0tr7ewzt55atews50zvxaaa5rz" timestamp="1764068830"&gt;32&lt;/key&gt;&lt;/foreign-keys&gt;&lt;ref-type name="Journal Article"&gt;17&lt;/ref-type&gt;&lt;contributors&gt;&lt;authors&gt;&lt;author&gt;Marder SR, McQuade RD, Stock E, Kaplita S, Marcus R, Safferman AZ, Saha A, Ali M, Iwamoto T&lt;/author&gt;&lt;/authors&gt;&lt;/contributors&gt;&lt;titles&gt;&lt;title&gt;Aripiprazole in the treatment of schizophrenia: safety and tolerability in short-term, placebo-controlled trials&lt;/title&gt;&lt;secondary-title&gt;Schizophr. Res.&lt;/secondary-title&gt;&lt;/titles&gt;&lt;periodical&gt;&lt;full-title&gt;Schizophr. Res.&lt;/full-title&gt;&lt;/periodical&gt;&lt;pages&gt;123-36&lt;/pages&gt;&lt;volume&gt;61&lt;/volume&gt;&lt;number&gt;2-3&lt;/number&gt;&lt;dates&gt;&lt;year&gt;2003&lt;/year&gt;&lt;/dates&gt;&lt;urls&gt;&lt;/urls&gt;&lt;/record&gt;&lt;/Cite&gt;&lt;/EndNote&gt;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35</w:t>
      </w:r>
      <w:r w:rsidR="0031308D" w:rsidRPr="009A27D2">
        <w:rPr>
          <w:color w:val="auto"/>
          <w:szCs w:val="22"/>
        </w:rPr>
        <w:fldChar w:fldCharType="end"/>
      </w:r>
      <w:r w:rsidRPr="009A27D2">
        <w:rPr>
          <w:color w:val="auto"/>
          <w:szCs w:val="22"/>
        </w:rPr>
        <w:t xml:space="preserve">, </w:t>
      </w:r>
      <w:proofErr w:type="spellStart"/>
      <w:r w:rsidRPr="009A27D2">
        <w:rPr>
          <w:color w:val="auto"/>
          <w:szCs w:val="22"/>
        </w:rPr>
        <w:t>Potkin</w:t>
      </w:r>
      <w:proofErr w:type="spellEnd"/>
      <w:r w:rsidRPr="009A27D2">
        <w:rPr>
          <w:color w:val="auto"/>
          <w:szCs w:val="22"/>
        </w:rPr>
        <w:t xml:space="preserve"> 2003</w:t>
      </w:r>
      <w:r w:rsidR="0031308D" w:rsidRPr="009A27D2">
        <w:rPr>
          <w:color w:val="auto"/>
          <w:szCs w:val="22"/>
        </w:rPr>
        <w:fldChar w:fldCharType="begin"/>
      </w:r>
      <w:r w:rsidR="00452EF4">
        <w:rPr>
          <w:color w:val="auto"/>
          <w:szCs w:val="22"/>
        </w:rPr>
        <w:instrText xml:space="preserve"> ADDIN EN.CITE &lt;EndNote&gt;&lt;Cite&gt;&lt;Author&gt;Potkin SG&lt;/Author&gt;&lt;Year&gt;2003&lt;/Year&gt;&lt;RecNum&gt;33&lt;/RecNum&gt;&lt;DisplayText&gt;&lt;style face="superscript"&gt;36&lt;/style&gt;&lt;/DisplayText&gt;&lt;record&gt;&lt;rec-number&gt;33&lt;/rec-number&gt;&lt;foreign-keys&gt;&lt;key app="EN" db-id="9ttaxzax2p0tr7ewzt55atews50zvxaaa5rz" timestamp="1764068830"&gt;33&lt;/key&gt;&lt;/foreign-keys&gt;&lt;ref-type name="Journal Article"&gt;17&lt;/ref-type&gt;&lt;contributors&gt;&lt;authors&gt;&lt;author&gt;Potkin SG, Saha AR, Kujawa MJ, Carson WH, Ali M, Stock E, Stringfellow J, Ingenito G, Marder SR.&lt;/author&gt;&lt;/authors&gt;&lt;/contributors&gt;&lt;titles&gt;&lt;title&gt;Aripiprazole, an antipsychotic with a novel mechanism of action, and risperidone vs placebo in patients with schizophrenia and schizoaffective disorder.&lt;/title&gt;&lt;secondary-title&gt;AMA Arch. Gen. Psychiatry&lt;/secondary-title&gt;&lt;/titles&gt;&lt;periodical&gt;&lt;full-title&gt;AMA Arch. Gen. Psychiatry&lt;/full-title&gt;&lt;/periodical&gt;&lt;pages&gt;681-90&lt;/pages&gt;&lt;volume&gt;60&lt;/volume&gt;&lt;number&gt;7&lt;/number&gt;&lt;dates&gt;&lt;year&gt;2003&lt;/year&gt;&lt;/dates&gt;&lt;urls&gt;&lt;/urls&gt;&lt;/record&gt;&lt;/Cite&gt;&lt;/EndNote&gt;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36</w:t>
      </w:r>
      <w:r w:rsidR="0031308D" w:rsidRPr="009A27D2">
        <w:rPr>
          <w:color w:val="auto"/>
          <w:szCs w:val="22"/>
        </w:rPr>
        <w:fldChar w:fldCharType="end"/>
      </w:r>
      <w:r w:rsidRPr="009A27D2">
        <w:rPr>
          <w:color w:val="auto"/>
          <w:szCs w:val="22"/>
        </w:rPr>
        <w:t xml:space="preserve">, </w:t>
      </w:r>
      <w:proofErr w:type="spellStart"/>
      <w:r w:rsidRPr="009A27D2">
        <w:rPr>
          <w:color w:val="auto"/>
          <w:szCs w:val="22"/>
        </w:rPr>
        <w:t>Ishigooka</w:t>
      </w:r>
      <w:proofErr w:type="spellEnd"/>
      <w:r w:rsidRPr="009A27D2">
        <w:rPr>
          <w:color w:val="auto"/>
          <w:szCs w:val="22"/>
        </w:rPr>
        <w:t xml:space="preserve"> 2018</w:t>
      </w:r>
      <w:r w:rsidR="0031308D" w:rsidRPr="009A27D2">
        <w:rPr>
          <w:color w:val="auto"/>
          <w:szCs w:val="22"/>
        </w:rPr>
        <w:fldChar w:fldCharType="begin"/>
      </w:r>
      <w:r w:rsidR="00452EF4">
        <w:rPr>
          <w:color w:val="auto"/>
          <w:szCs w:val="22"/>
        </w:rPr>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color w:val="auto"/>
          <w:szCs w:val="22"/>
        </w:rPr>
        <w:instrText>‐</w:instrText>
      </w:r>
      <w:r w:rsidR="00452EF4">
        <w:rPr>
          <w:color w:val="auto"/>
          <w:szCs w:val="22"/>
        </w:rPr>
        <w:instrText>week, randomized, double</w:instrText>
      </w:r>
      <w:r w:rsidR="00452EF4">
        <w:rPr>
          <w:rFonts w:ascii="Cambria Math" w:hAnsi="Cambria Math" w:cs="Cambria Math"/>
          <w:color w:val="auto"/>
          <w:szCs w:val="22"/>
        </w:rPr>
        <w:instrText>‐</w:instrText>
      </w:r>
      <w:r w:rsidR="00452EF4">
        <w:rPr>
          <w:color w:val="auto"/>
          <w:szCs w:val="22"/>
        </w:rPr>
        <w:instrText>blind, placebo</w:instrText>
      </w:r>
      <w:r w:rsidR="00452EF4">
        <w:rPr>
          <w:rFonts w:ascii="Cambria Math" w:hAnsi="Cambria Math" w:cs="Cambria Math"/>
          <w:color w:val="auto"/>
          <w:szCs w:val="22"/>
        </w:rPr>
        <w:instrText>‐</w:instrText>
      </w:r>
      <w:r w:rsidR="00452EF4">
        <w:rPr>
          <w:color w:val="auto"/>
          <w:szCs w:val="22"/>
        </w:rPr>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40</w:t>
      </w:r>
      <w:r w:rsidR="0031308D" w:rsidRPr="009A27D2">
        <w:rPr>
          <w:color w:val="auto"/>
          <w:szCs w:val="22"/>
        </w:rPr>
        <w:fldChar w:fldCharType="end"/>
      </w:r>
      <w:r w:rsidRPr="009A27D2">
        <w:rPr>
          <w:color w:val="auto"/>
          <w:szCs w:val="22"/>
        </w:rPr>
        <w:t>, Kane 2007</w:t>
      </w:r>
      <w:r w:rsidR="0031308D" w:rsidRPr="009A27D2">
        <w:rPr>
          <w:color w:val="auto"/>
          <w:szCs w:val="22"/>
        </w:rPr>
        <w:fldChar w:fldCharType="begin"/>
      </w:r>
      <w:r w:rsidR="00452EF4">
        <w:rPr>
          <w:color w:val="auto"/>
          <w:szCs w:val="22"/>
        </w:rPr>
        <w:instrText xml:space="preserve"> ADDIN EN.CITE &lt;EndNote&gt;&lt;Cite&gt;&lt;Author&gt;Kane&lt;/Author&gt;&lt;Year&gt;2007&lt;/Year&gt;&lt;RecNum&gt;65&lt;/RecNum&gt;&lt;DisplayText&gt;&lt;style face="superscript"&gt;68&lt;/style&gt;&lt;/DisplayText&gt;&lt;record&gt;&lt;rec-number&gt;65&lt;/rec-number&gt;&lt;foreign-keys&gt;&lt;key app="EN" db-id="9ttaxzax2p0tr7ewzt55atews50zvxaaa5rz" timestamp="1764068839"&gt;65&lt;/key&gt;&lt;/foreign-keys&gt;&lt;ref-type name="Journal Article"&gt;17&lt;/ref-type&gt;&lt;contributors&gt;&lt;authors&gt;&lt;author&gt;Kane, J&lt;/author&gt;&lt;author&gt;Canas, F&lt;/author&gt;&lt;author&gt;Kramer, M&lt;/author&gt;&lt;author&gt;Ford, L&lt;/author&gt;&lt;author&gt;Gassmann-Mayer, C&lt;/author&gt;&lt;author&gt;Lim, P&lt;/author&gt;&lt;author&gt;Eerdekens, M&lt;/author&gt;&lt;/authors&gt;&lt;/contributors&gt;&lt;titles&gt;&lt;title&gt;Treatment of schizophrenia with paliperidone extended-release tablets: a 6-week placebo-controlled trial&lt;/title&gt;&lt;secondary-title&gt;Schizophrenia Research&lt;/secondary-title&gt;&lt;/titles&gt;&lt;periodical&gt;&lt;full-title&gt;Schizophrenia Research&lt;/full-title&gt;&lt;/periodical&gt;&lt;pages&gt;147-161&lt;/pages&gt;&lt;volume&gt;90&lt;/volume&gt;&lt;number&gt;1-3&lt;/number&gt;&lt;dates&gt;&lt;year&gt;2007&lt;/year&gt;&lt;/dates&gt;&lt;isbn&gt;0920-9964&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68</w:t>
      </w:r>
      <w:r w:rsidR="0031308D" w:rsidRPr="009A27D2">
        <w:rPr>
          <w:color w:val="auto"/>
          <w:szCs w:val="22"/>
        </w:rPr>
        <w:fldChar w:fldCharType="end"/>
      </w:r>
      <w:r w:rsidRPr="009A27D2">
        <w:rPr>
          <w:color w:val="auto"/>
          <w:szCs w:val="22"/>
        </w:rPr>
        <w:t>, and Davidson 2007</w:t>
      </w:r>
      <w:r w:rsidR="0031308D" w:rsidRPr="009A27D2">
        <w:rPr>
          <w:color w:val="auto"/>
          <w:szCs w:val="22"/>
        </w:rPr>
        <w:fldChar w:fldCharType="begin"/>
      </w:r>
      <w:r w:rsidR="00452EF4">
        <w:rPr>
          <w:color w:val="auto"/>
          <w:szCs w:val="22"/>
        </w:rPr>
        <w:instrText xml:space="preserve"> ADDIN EN.CITE &lt;EndNote&gt;&lt;Cite&gt;&lt;Author&gt;Davidson&lt;/Author&gt;&lt;Year&gt;2007&lt;/Year&gt;&lt;RecNum&gt;66&lt;/RecNum&gt;&lt;DisplayText&gt;&lt;style face="superscript"&gt;69&lt;/style&gt;&lt;/DisplayText&gt;&lt;record&gt;&lt;rec-number&gt;66&lt;/rec-number&gt;&lt;foreign-keys&gt;&lt;key app="EN" db-id="9ttaxzax2p0tr7ewzt55atews50zvxaaa5rz" timestamp="1764068839"&gt;66&lt;/key&gt;&lt;/foreign-keys&gt;&lt;ref-type name="Journal Article"&gt;17&lt;/ref-type&gt;&lt;contributors&gt;&lt;authors&gt;&lt;author&gt;Davidson, Michael&lt;/author&gt;&lt;author&gt;Emsley, Robin&lt;/author&gt;&lt;author&gt;Kramer, Michelle&lt;/author&gt;&lt;author&gt;Ford, Lisa&lt;/author&gt;&lt;author&gt;Pan, Guohua&lt;/author&gt;&lt;author&gt;Lim, Pilar&lt;/author&gt;&lt;author&gt;Eerdekens, Mariëlle&lt;/author&gt;&lt;/authors&gt;&lt;/contributors&gt;&lt;titles&gt;&lt;title&gt;Efficacy, safety and early response of paliperidone extended-release tablets (paliperidone ER): results of a 6-week, randomized, placebo-controlled study&lt;/title&gt;&lt;secondary-title&gt;Schizophrenia research&lt;/secondary-title&gt;&lt;/titles&gt;&lt;periodical&gt;&lt;full-title&gt;Schizophrenia Research&lt;/full-title&gt;&lt;/periodical&gt;&lt;pages&gt;117-130&lt;/pages&gt;&lt;volume&gt;93&lt;/volume&gt;&lt;number&gt;1-3&lt;/number&gt;&lt;dates&gt;&lt;year&gt;2007&lt;/year&gt;&lt;/dates&gt;&lt;isbn&gt;0920-9964&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69</w:t>
      </w:r>
      <w:r w:rsidR="0031308D" w:rsidRPr="009A27D2">
        <w:rPr>
          <w:color w:val="auto"/>
          <w:szCs w:val="22"/>
        </w:rPr>
        <w:fldChar w:fldCharType="end"/>
      </w:r>
      <w:r w:rsidRPr="009A27D2">
        <w:rPr>
          <w:color w:val="auto"/>
          <w:szCs w:val="22"/>
        </w:rPr>
        <w:t xml:space="preserve">), reported decreased weight from baseline. A </w:t>
      </w:r>
      <w:r w:rsidR="009E5C4E" w:rsidRPr="009A27D2">
        <w:rPr>
          <w:color w:val="auto"/>
          <w:szCs w:val="22"/>
        </w:rPr>
        <w:t>sensitivity</w:t>
      </w:r>
      <w:r w:rsidRPr="009A27D2">
        <w:rPr>
          <w:color w:val="auto"/>
          <w:szCs w:val="22"/>
        </w:rPr>
        <w:t xml:space="preserve"> analysis was performed to assess the impact of their exclusion from the change from baseline weight network </w:t>
      </w:r>
    </w:p>
    <w:p w14:paraId="116910B9" w14:textId="1BEDB317" w:rsidR="009446D0" w:rsidRPr="009A27D2" w:rsidRDefault="0084596B">
      <w:pPr>
        <w:pStyle w:val="ListParagraph"/>
        <w:rPr>
          <w:color w:val="auto"/>
          <w:szCs w:val="22"/>
        </w:rPr>
      </w:pPr>
      <w:r w:rsidRPr="009A27D2">
        <w:rPr>
          <w:color w:val="auto"/>
          <w:szCs w:val="22"/>
        </w:rPr>
        <w:t>PANSS response: ≥ 30% improvement in PANSS total score from baseline (</w:t>
      </w:r>
      <w:r w:rsidRPr="009A27D2">
        <w:rPr>
          <w:color w:val="auto"/>
          <w:szCs w:val="22"/>
        </w:rPr>
        <w:fldChar w:fldCharType="begin"/>
      </w:r>
      <w:r w:rsidRPr="009A27D2">
        <w:rPr>
          <w:color w:val="auto"/>
          <w:szCs w:val="22"/>
        </w:rPr>
        <w:instrText>REF _Ref14284239 \h</w:instrText>
      </w:r>
      <w:r w:rsidR="00C568F7"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S17</w:t>
      </w:r>
      <w:r w:rsidRPr="009A27D2">
        <w:rPr>
          <w:color w:val="auto"/>
          <w:szCs w:val="22"/>
        </w:rPr>
        <w:fldChar w:fldCharType="end"/>
      </w:r>
      <w:r w:rsidRPr="009A27D2">
        <w:rPr>
          <w:color w:val="auto"/>
          <w:szCs w:val="22"/>
        </w:rPr>
        <w:t>): Approximately 25% of placebo patients in most studies achieved this endpoint at the reported timepoints (between Weeks 4–6). Of note, however, Correll 2016 (NCT00905307)</w:t>
      </w:r>
      <w:r w:rsidR="0031308D" w:rsidRPr="009A27D2">
        <w:rPr>
          <w:color w:val="auto"/>
          <w:szCs w:val="22"/>
        </w:rPr>
        <w:fldChar w:fldCharType="begin"/>
      </w:r>
      <w:r w:rsidR="00452EF4">
        <w:rPr>
          <w:color w:val="auto"/>
          <w:szCs w:val="22"/>
        </w:rPr>
        <w:instrText xml:space="preserve"> ADDIN EN.CITE &lt;EndNote&gt;&lt;Cite&gt;&lt;Author&gt;Correll CU&lt;/Author&gt;&lt;Year&gt;2016&lt;/Year&gt;&lt;RecNum&gt;34&lt;/RecNum&gt;&lt;DisplayText&gt;&lt;style face="superscript"&gt;37&lt;/style&gt;&lt;/DisplayText&gt;&lt;record&gt;&lt;rec-number&gt;34&lt;/rec-number&gt;&lt;foreign-keys&gt;&lt;key app="EN" db-id="9ttaxzax2p0tr7ewzt55atews50zvxaaa5rz" timestamp="1764068830"&gt;34&lt;/key&gt;&lt;/foreign-keys&gt;&lt;ref-type name="Journal Article"&gt;17&lt;/ref-type&gt;&lt;contributors&gt;&lt;authors&gt;&lt;author&gt;Correll CU, Skuban A, Hobart M, Ouyang J, Weiller E, Weiss C, Kane JM.&lt;/author&gt;&lt;/authors&gt;&lt;/contributors&gt;&lt;titles&gt;&lt;title&gt;Efficacy of brexpiprazole in patients with acute schizophrenia: review of three randomized, double-blind, placebo-controlled studies.&lt;/title&gt;&lt;secondary-title&gt;Schizophr. Res.&lt;/secondary-title&gt;&lt;/titles&gt;&lt;periodical&gt;&lt;full-title&gt;Schizophr. Res.&lt;/full-title&gt;&lt;/periodical&gt;&lt;pages&gt;82-92&lt;/pages&gt;&lt;volume&gt;174&lt;/volume&gt;&lt;number&gt;1-3&lt;/number&gt;&lt;dates&gt;&lt;year&gt;2016&lt;/year&gt;&lt;/dates&gt;&lt;urls&gt;&lt;/urls&gt;&lt;/record&gt;&lt;/Cite&gt;&lt;/EndNote&gt;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37</w:t>
      </w:r>
      <w:r w:rsidR="0031308D" w:rsidRPr="009A27D2">
        <w:rPr>
          <w:color w:val="auto"/>
          <w:szCs w:val="22"/>
        </w:rPr>
        <w:fldChar w:fldCharType="end"/>
      </w:r>
      <w:r w:rsidRPr="009A27D2">
        <w:rPr>
          <w:color w:val="auto"/>
          <w:szCs w:val="22"/>
        </w:rPr>
        <w:t xml:space="preserve"> had a much greater placebo effect size (50.5% of placebo patients experienced response) for this endpoint, roughly double the next highest (EMERGENT-3). A </w:t>
      </w:r>
      <w:r w:rsidR="009E5C4E" w:rsidRPr="009A27D2">
        <w:rPr>
          <w:color w:val="auto"/>
          <w:szCs w:val="22"/>
        </w:rPr>
        <w:t>sensitivity</w:t>
      </w:r>
      <w:r w:rsidRPr="009A27D2">
        <w:rPr>
          <w:color w:val="auto"/>
          <w:szCs w:val="22"/>
        </w:rPr>
        <w:t xml:space="preserve"> analysis was performed to assess the impact of excluding Correll 2016 (NCT00905307)</w:t>
      </w:r>
      <w:r w:rsidR="0031308D" w:rsidRPr="009A27D2">
        <w:rPr>
          <w:color w:val="auto"/>
          <w:szCs w:val="22"/>
        </w:rPr>
        <w:fldChar w:fldCharType="begin"/>
      </w:r>
      <w:r w:rsidR="00452EF4">
        <w:rPr>
          <w:color w:val="auto"/>
          <w:szCs w:val="22"/>
        </w:rPr>
        <w:instrText xml:space="preserve"> ADDIN EN.CITE &lt;EndNote&gt;&lt;Cite&gt;&lt;Author&gt;Correll CU&lt;/Author&gt;&lt;Year&gt;2016&lt;/Year&gt;&lt;RecNum&gt;34&lt;/RecNum&gt;&lt;DisplayText&gt;&lt;style face="superscript"&gt;37&lt;/style&gt;&lt;/DisplayText&gt;&lt;record&gt;&lt;rec-number&gt;34&lt;/rec-number&gt;&lt;foreign-keys&gt;&lt;key app="EN" db-id="9ttaxzax2p0tr7ewzt55atews50zvxaaa5rz" timestamp="1764068830"&gt;34&lt;/key&gt;&lt;/foreign-keys&gt;&lt;ref-type name="Journal Article"&gt;17&lt;/ref-type&gt;&lt;contributors&gt;&lt;authors&gt;&lt;author&gt;Correll CU, Skuban A, Hobart M, Ouyang J, Weiller E, Weiss C, Kane JM.&lt;/author&gt;&lt;/authors&gt;&lt;/contributors&gt;&lt;titles&gt;&lt;title&gt;Efficacy of brexpiprazole in patients with acute schizophrenia: review of three randomized, double-blind, placebo-controlled studies.&lt;/title&gt;&lt;secondary-title&gt;Schizophr. Res.&lt;/secondary-title&gt;&lt;/titles&gt;&lt;periodical&gt;&lt;full-title&gt;Schizophr. Res.&lt;/full-title&gt;&lt;/periodical&gt;&lt;pages&gt;82-92&lt;/pages&gt;&lt;volume&gt;174&lt;/volume&gt;&lt;number&gt;1-3&lt;/number&gt;&lt;dates&gt;&lt;year&gt;2016&lt;/year&gt;&lt;/dates&gt;&lt;urls&gt;&lt;/urls&gt;&lt;/record&gt;&lt;/Cite&gt;&lt;/EndNote&gt;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37</w:t>
      </w:r>
      <w:r w:rsidR="0031308D" w:rsidRPr="009A27D2">
        <w:rPr>
          <w:color w:val="auto"/>
          <w:szCs w:val="22"/>
        </w:rPr>
        <w:fldChar w:fldCharType="end"/>
      </w:r>
      <w:r w:rsidRPr="009A27D2">
        <w:rPr>
          <w:color w:val="auto"/>
          <w:szCs w:val="22"/>
        </w:rPr>
        <w:t xml:space="preserve"> from the PANSS response network </w:t>
      </w:r>
    </w:p>
    <w:p w14:paraId="06B3490D" w14:textId="1639EA39" w:rsidR="009446D0" w:rsidRPr="009A27D2" w:rsidRDefault="0084596B">
      <w:pPr>
        <w:pStyle w:val="ListParagraph"/>
        <w:rPr>
          <w:color w:val="auto"/>
          <w:szCs w:val="22"/>
        </w:rPr>
      </w:pPr>
      <w:r w:rsidRPr="009A27D2">
        <w:rPr>
          <w:color w:val="auto"/>
          <w:szCs w:val="22"/>
        </w:rPr>
        <w:lastRenderedPageBreak/>
        <w:t>Sedation (</w:t>
      </w:r>
      <w:r w:rsidRPr="009A27D2">
        <w:rPr>
          <w:color w:val="auto"/>
          <w:szCs w:val="22"/>
        </w:rPr>
        <w:fldChar w:fldCharType="begin"/>
      </w:r>
      <w:r w:rsidRPr="009A27D2">
        <w:rPr>
          <w:color w:val="auto"/>
          <w:szCs w:val="22"/>
        </w:rPr>
        <w:instrText>REF _Ref14648069 \h</w:instrText>
      </w:r>
      <w:r w:rsidR="00C568F7"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S23</w:t>
      </w:r>
      <w:r w:rsidRPr="009A27D2">
        <w:rPr>
          <w:color w:val="auto"/>
          <w:szCs w:val="22"/>
        </w:rPr>
        <w:fldChar w:fldCharType="end"/>
      </w:r>
      <w:r w:rsidRPr="009A27D2">
        <w:rPr>
          <w:color w:val="auto"/>
          <w:szCs w:val="22"/>
        </w:rPr>
        <w:t>): There was large variation in placebo effect size for sedation, at the reported timepoints (between Weeks 4–6), with the percentage of patients who experienced sedation ranging from 0% in Cutler 2006</w:t>
      </w:r>
      <w:r w:rsidR="0031308D" w:rsidRPr="009A27D2">
        <w:rPr>
          <w:color w:val="auto"/>
          <w:szCs w:val="22"/>
        </w:rPr>
        <w:fldChar w:fldCharType="begin"/>
      </w:r>
      <w:r w:rsidR="00452EF4">
        <w:rPr>
          <w:color w:val="auto"/>
          <w:szCs w:val="22"/>
        </w:rPr>
        <w:instrText xml:space="preserve"> ADDIN EN.CITE &lt;EndNote&gt;&lt;Cite&gt;&lt;Author&gt;Cutler AJ&lt;/Author&gt;&lt;Year&gt;2006&lt;/Year&gt;&lt;RecNum&gt;24&lt;/RecNum&gt;&lt;DisplayText&gt;&lt;style face="superscript"&gt;27&lt;/style&gt;&lt;/DisplayText&gt;&lt;record&gt;&lt;rec-number&gt;24&lt;/rec-number&gt;&lt;foreign-keys&gt;&lt;key app="EN" db-id="9ttaxzax2p0tr7ewzt55atews50zvxaaa5rz" timestamp="1764068828"&gt;24&lt;/key&gt;&lt;/foreign-keys&gt;&lt;ref-type name="Journal Article"&gt;17&lt;/ref-type&gt;&lt;contributors&gt;&lt;authors&gt;&lt;author&gt;Cutler AJ, Marcus RN, Hardy SA, O&amp;apos;Donnell A, Carson WH, McQuade RD&lt;/author&gt;&lt;/authors&gt;&lt;/contributors&gt;&lt;titles&gt;&lt;title&gt;The efficacy and safety of lower doses of aripiprazole for the treatment of patients with acute exacerbation of schizophrenia&lt;/title&gt;&lt;secondary-title&gt;CNS Spectr.&lt;/secondary-title&gt;&lt;/titles&gt;&lt;periodical&gt;&lt;full-title&gt;CNS Spectr.&lt;/full-title&gt;&lt;/periodical&gt;&lt;pages&gt;691-702&lt;/pages&gt;&lt;volume&gt;11&lt;/volume&gt;&lt;number&gt;9&lt;/number&gt;&lt;dates&gt;&lt;year&gt;2006&lt;/year&gt;&lt;/dates&gt;&lt;urls&gt;&lt;/urls&gt;&lt;/record&gt;&lt;/Cite&gt;&lt;/EndNote&gt;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27</w:t>
      </w:r>
      <w:r w:rsidR="0031308D" w:rsidRPr="009A27D2">
        <w:rPr>
          <w:color w:val="auto"/>
          <w:szCs w:val="22"/>
        </w:rPr>
        <w:fldChar w:fldCharType="end"/>
      </w:r>
      <w:r w:rsidRPr="009A27D2">
        <w:rPr>
          <w:color w:val="auto"/>
          <w:szCs w:val="22"/>
        </w:rPr>
        <w:t xml:space="preserve"> and Correll 2016 (NCT00905307)</w:t>
      </w:r>
      <w:r w:rsidR="0031308D" w:rsidRPr="009A27D2">
        <w:rPr>
          <w:color w:val="auto"/>
          <w:szCs w:val="22"/>
        </w:rPr>
        <w:fldChar w:fldCharType="begin"/>
      </w:r>
      <w:r w:rsidR="00452EF4">
        <w:rPr>
          <w:color w:val="auto"/>
          <w:szCs w:val="22"/>
        </w:rPr>
        <w:instrText xml:space="preserve"> ADDIN EN.CITE &lt;EndNote&gt;&lt;Cite&gt;&lt;Author&gt;Correll CU&lt;/Author&gt;&lt;Year&gt;2016&lt;/Year&gt;&lt;RecNum&gt;34&lt;/RecNum&gt;&lt;DisplayText&gt;&lt;style face="superscript"&gt;37&lt;/style&gt;&lt;/DisplayText&gt;&lt;record&gt;&lt;rec-number&gt;34&lt;/rec-number&gt;&lt;foreign-keys&gt;&lt;key app="EN" db-id="9ttaxzax2p0tr7ewzt55atews50zvxaaa5rz" timestamp="1764068830"&gt;34&lt;/key&gt;&lt;/foreign-keys&gt;&lt;ref-type name="Journal Article"&gt;17&lt;/ref-type&gt;&lt;contributors&gt;&lt;authors&gt;&lt;author&gt;Correll CU, Skuban A, Hobart M, Ouyang J, Weiller E, Weiss C, Kane JM.&lt;/author&gt;&lt;/authors&gt;&lt;/contributors&gt;&lt;titles&gt;&lt;title&gt;Efficacy of brexpiprazole in patients with acute schizophrenia: review of three randomized, double-blind, placebo-controlled studies.&lt;/title&gt;&lt;secondary-title&gt;Schizophr. Res.&lt;/secondary-title&gt;&lt;/titles&gt;&lt;periodical&gt;&lt;full-title&gt;Schizophr. Res.&lt;/full-title&gt;&lt;/periodical&gt;&lt;pages&gt;82-92&lt;/pages&gt;&lt;volume&gt;174&lt;/volume&gt;&lt;number&gt;1-3&lt;/number&gt;&lt;dates&gt;&lt;year&gt;2016&lt;/year&gt;&lt;/dates&gt;&lt;urls&gt;&lt;/urls&gt;&lt;/record&gt;&lt;/Cite&gt;&lt;/EndNote&gt;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37</w:t>
      </w:r>
      <w:r w:rsidR="0031308D" w:rsidRPr="009A27D2">
        <w:rPr>
          <w:color w:val="auto"/>
          <w:szCs w:val="22"/>
        </w:rPr>
        <w:fldChar w:fldCharType="end"/>
      </w:r>
      <w:r w:rsidRPr="009A27D2">
        <w:rPr>
          <w:color w:val="auto"/>
          <w:szCs w:val="22"/>
        </w:rPr>
        <w:t xml:space="preserve"> to 10.1% in Durgam 2016</w:t>
      </w:r>
      <w:r w:rsidR="0031308D" w:rsidRPr="009A27D2">
        <w:rPr>
          <w:color w:val="auto"/>
          <w:szCs w:val="22"/>
        </w:rPr>
        <w:fldChar w:fldCharType="begin"/>
      </w:r>
      <w:r w:rsidR="00452EF4">
        <w:rPr>
          <w:color w:val="auto"/>
          <w:szCs w:val="22"/>
        </w:rPr>
        <w:instrText xml:space="preserve"> ADDIN EN.CITE &lt;EndNote&gt;&lt;Cite&gt;&lt;Author&gt;Durgam S&lt;/Author&gt;&lt;Year&gt;2016&lt;/Year&gt;&lt;RecNum&gt;42&lt;/RecNum&gt;&lt;DisplayText&gt;&lt;style face="superscript"&gt;45&lt;/style&gt;&lt;/DisplayText&gt;&lt;record&gt;&lt;rec-number&gt;42&lt;/rec-number&gt;&lt;foreign-keys&gt;&lt;key app="EN" db-id="9ttaxzax2p0tr7ewzt55atews50zvxaaa5rz" timestamp="1764068832"&gt;42&lt;/key&gt;&lt;/foreign-keys&gt;&lt;ref-type name="Journal Article"&gt;17&lt;/ref-type&gt;&lt;contributors&gt;&lt;authors&gt;&lt;author&gt;Durgam S, Litman RE, Papadakis K, Li D, Németh G, Laszlovszky I&lt;/author&gt;&lt;/authors&gt;&lt;/contributors&gt;&lt;titles&gt;&lt;title&gt;Cariprazine in the treatment of schizophrenia: a proof-of-concept trial&lt;/title&gt;&lt;secondary-title&gt;Int. Clin. Psychopharmacol.&lt;/secondary-title&gt;&lt;/titles&gt;&lt;periodical&gt;&lt;full-title&gt;Int. Clin. Psychopharmacol.&lt;/full-title&gt;&lt;/periodical&gt;&lt;pages&gt;61&lt;/pages&gt;&lt;volume&gt;31&lt;/volume&gt;&lt;number&gt;2&lt;/number&gt;&lt;dates&gt;&lt;year&gt;2016&lt;/year&gt;&lt;/dates&gt;&lt;urls&gt;&lt;/urls&gt;&lt;/record&gt;&lt;/Cite&gt;&lt;/EndNote&gt;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45</w:t>
      </w:r>
      <w:r w:rsidR="0031308D" w:rsidRPr="009A27D2">
        <w:rPr>
          <w:color w:val="auto"/>
          <w:szCs w:val="22"/>
        </w:rPr>
        <w:fldChar w:fldCharType="end"/>
      </w:r>
      <w:r w:rsidRPr="009A27D2">
        <w:rPr>
          <w:color w:val="auto"/>
          <w:szCs w:val="22"/>
        </w:rPr>
        <w:t>. Three studies are considered outliers, with placebo effect more than three times the highest seen across the EMERGENT-1/-2/-3 studies</w:t>
      </w:r>
      <w:r w:rsidR="00DD2C1A" w:rsidRPr="001F2C70">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 </w:instrText>
      </w:r>
      <w:r w:rsidR="00452EF4">
        <w:fldChar w:fldCharType="begin">
          <w:fldData xml:space="preserve">PEVuZE5vdGU+PENpdGU+PEF1dGhvcj5CcmFubmFuPC9BdXRob3I+PFllYXI+MjAyMTwvWWVhcj48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</w:fldData>
        </w:fldChar>
      </w:r>
      <w:r w:rsidR="00452EF4">
        <w:instrText xml:space="preserve"> ADDIN EN.CITE.DATA </w:instrText>
      </w:r>
      <w:r w:rsidR="00452EF4">
        <w:fldChar w:fldCharType="end"/>
      </w:r>
      <w:r w:rsidR="00DD2C1A" w:rsidRPr="001F2C70">
        <w:fldChar w:fldCharType="separate"/>
      </w:r>
      <w:r w:rsidR="00452EF4" w:rsidRPr="00452EF4">
        <w:rPr>
          <w:noProof/>
          <w:vertAlign w:val="superscript"/>
        </w:rPr>
        <w:t>7-9</w:t>
      </w:r>
      <w:r w:rsidR="00DD2C1A" w:rsidRPr="001F2C70">
        <w:fldChar w:fldCharType="end"/>
      </w:r>
      <w:r w:rsidRPr="009A27D2">
        <w:rPr>
          <w:color w:val="auto"/>
          <w:szCs w:val="22"/>
        </w:rPr>
        <w:t xml:space="preserve"> (Durgam 2016</w:t>
      </w:r>
      <w:r w:rsidR="0031308D" w:rsidRPr="009A27D2">
        <w:rPr>
          <w:color w:val="auto"/>
          <w:szCs w:val="22"/>
        </w:rPr>
        <w:fldChar w:fldCharType="begin"/>
      </w:r>
      <w:r w:rsidR="00452EF4">
        <w:rPr>
          <w:color w:val="auto"/>
          <w:szCs w:val="22"/>
        </w:rPr>
        <w:instrText xml:space="preserve"> ADDIN EN.CITE &lt;EndNote&gt;&lt;Cite&gt;&lt;Author&gt;Durgam S&lt;/Author&gt;&lt;Year&gt;2016&lt;/Year&gt;&lt;RecNum&gt;42&lt;/RecNum&gt;&lt;DisplayText&gt;&lt;style face="superscript"&gt;45&lt;/style&gt;&lt;/DisplayText&gt;&lt;record&gt;&lt;rec-number&gt;42&lt;/rec-number&gt;&lt;foreign-keys&gt;&lt;key app="EN" db-id="9ttaxzax2p0tr7ewzt55atews50zvxaaa5rz" timestamp="1764068832"&gt;42&lt;/key&gt;&lt;/foreign-keys&gt;&lt;ref-type name="Journal Article"&gt;17&lt;/ref-type&gt;&lt;contributors&gt;&lt;authors&gt;&lt;author&gt;Durgam S, Litman RE, Papadakis K, Li D, Németh G, Laszlovszky I&lt;/author&gt;&lt;/authors&gt;&lt;/contributors&gt;&lt;titles&gt;&lt;title&gt;Cariprazine in the treatment of schizophrenia: a proof-of-concept trial&lt;/title&gt;&lt;secondary-title&gt;Int. Clin. Psychopharmacol.&lt;/secondary-title&gt;&lt;/titles&gt;&lt;periodical&gt;&lt;full-title&gt;Int. Clin. Psychopharmacol.&lt;/full-title&gt;&lt;/periodical&gt;&lt;pages&gt;61&lt;/pages&gt;&lt;volume&gt;31&lt;/volume&gt;&lt;number&gt;2&lt;/number&gt;&lt;dates&gt;&lt;year&gt;2016&lt;/year&gt;&lt;/dates&gt;&lt;urls&gt;&lt;/urls&gt;&lt;/record&gt;&lt;/Cite&gt;&lt;/EndNote&gt;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45</w:t>
      </w:r>
      <w:r w:rsidR="0031308D" w:rsidRPr="009A27D2">
        <w:rPr>
          <w:color w:val="auto"/>
          <w:szCs w:val="22"/>
        </w:rPr>
        <w:fldChar w:fldCharType="end"/>
      </w:r>
      <w:r w:rsidRPr="009A27D2">
        <w:rPr>
          <w:color w:val="auto"/>
          <w:szCs w:val="22"/>
        </w:rPr>
        <w:t>, Lindenmayer 2008</w:t>
      </w:r>
      <w:r w:rsidR="0031308D" w:rsidRPr="009A27D2">
        <w:rPr>
          <w:color w:val="auto"/>
          <w:szCs w:val="22"/>
        </w:rPr>
        <w:fldChar w:fldCharType="begin"/>
      </w:r>
      <w:r w:rsidR="00452EF4">
        <w:rPr>
          <w:color w:val="auto"/>
          <w:szCs w:val="22"/>
        </w:rPr>
        <w:instrText xml:space="preserve"> ADDIN EN.CITE &lt;EndNote&gt;&lt;Cite&gt;&lt;Author&gt;Lindenmayer&lt;/Author&gt;&lt;Year&gt;2008&lt;/Year&gt;&lt;RecNum&gt;80&lt;/RecNum&gt;&lt;DisplayText&gt;&lt;style face="superscript"&gt;83&lt;/style&gt;&lt;/DisplayText&gt;&lt;record&gt;&lt;rec-number&gt;80&lt;/rec-number&gt;&lt;foreign-keys&gt;&lt;key app="EN" db-id="9ttaxzax2p0tr7ewzt55atews50zvxaaa5rz" timestamp="1764068842"&gt;80&lt;/key&gt;&lt;/foreign-keys&gt;&lt;ref-type name="Journal Article"&gt;17&lt;/ref-type&gt;&lt;contributors&gt;&lt;authors&gt;&lt;author&gt;Lindenmayer, Jean-Pierre&lt;/author&gt;&lt;author&gt;Brown, David&lt;/author&gt;&lt;author&gt;Liu, Sherry&lt;/author&gt;&lt;author&gt;Brecher, Martin&lt;/author&gt;&lt;author&gt;Meulien, Didier&lt;/author&gt;&lt;/authors&gt;&lt;/contributors&gt;&lt;titles&gt;&lt;title&gt;The efficacy and tolerability of once-daily extended release quetiapine fumarate in hospitalized patients with acute schizophrenia: a 6-week randomized, double-blind, placebo-controlled study&lt;/title&gt;&lt;secondary-title&gt;Psychopharmacology bulletin&lt;/secondary-title&gt;&lt;/titles&gt;&lt;periodical&gt;&lt;full-title&gt;Psychopharmacology bulletin&lt;/full-title&gt;&lt;/periodical&gt;&lt;pages&gt;11-35&lt;/pages&gt;&lt;volume&gt;41&lt;/volume&gt;&lt;number&gt;3&lt;/number&gt;&lt;dates&gt;&lt;year&gt;2008&lt;/year&gt;&lt;/dates&gt;&lt;isbn&gt;0048-5764&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83</w:t>
      </w:r>
      <w:r w:rsidR="0031308D" w:rsidRPr="009A27D2">
        <w:rPr>
          <w:color w:val="auto"/>
          <w:szCs w:val="22"/>
        </w:rPr>
        <w:fldChar w:fldCharType="end"/>
      </w:r>
      <w:r w:rsidRPr="009A27D2">
        <w:rPr>
          <w:color w:val="auto"/>
          <w:szCs w:val="22"/>
        </w:rPr>
        <w:t>, and Shen 2014</w:t>
      </w:r>
      <w:r w:rsidR="0031308D" w:rsidRPr="009A27D2">
        <w:rPr>
          <w:color w:val="auto"/>
          <w:szCs w:val="22"/>
        </w:rPr>
        <w:fldChar w:fldCharType="begin"/>
      </w:r>
      <w:r w:rsidR="00452EF4">
        <w:rPr>
          <w:color w:val="auto"/>
          <w:szCs w:val="22"/>
        </w:rPr>
        <w:instrText xml:space="preserve"> ADDIN EN.CITE &lt;EndNote&gt;&lt;Cite&gt;&lt;Author&gt;Shen&lt;/Author&gt;&lt;Year&gt;2014&lt;/Year&gt;&lt;RecNum&gt;72&lt;/RecNum&gt;&lt;DisplayText&gt;&lt;style face="superscript"&gt;75&lt;/style&gt;&lt;/DisplayText&gt;&lt;record&gt;&lt;rec-number&gt;72&lt;/rec-number&gt;&lt;foreign-keys&gt;&lt;key app="EN" db-id="9ttaxzax2p0tr7ewzt55atews50zvxaaa5rz" timestamp="1764068840"&gt;72&lt;/key&gt;&lt;/foreign-keys&gt;&lt;ref-type name="Journal Article"&gt;17&lt;/ref-type&gt;&lt;contributors&gt;&lt;authors&gt;&lt;author&gt;Shen, J. H.&lt;/author&gt;&lt;author&gt;Zhao, Y.&lt;/author&gt;&lt;author&gt;Rosenzweig-Lipson, S.&lt;/author&gt;&lt;author&gt;Popp, D.&lt;/author&gt;&lt;author&gt;Williams, J. B.&lt;/author&gt;&lt;author&gt;Giller, E.&lt;/author&gt;&lt;author&gt;Detke, M. J.&lt;/author&gt;&lt;author&gt;Kane, J. M.&lt;/author&gt;&lt;/authors&gt;&lt;/contributors&gt;&lt;titles&gt;&lt;title&gt;A 6-week randomized, double-blind, placebo-controlled, comparator referenced trial of vabicaserin in acute schizophrenia&lt;/title&gt;&lt;secondary-title&gt;J Psychiatr Res&lt;/secondary-title&gt;&lt;/titles&gt;&lt;periodical&gt;&lt;full-title&gt;J Psychiatr Res&lt;/full-title&gt;&lt;/periodical&gt;&lt;pages&gt;14-22&lt;/pages&gt;&lt;volume&gt;53&lt;/volume&gt;&lt;dates&gt;&lt;year&gt;2014&lt;/year&gt;&lt;pub-dates&gt;&lt;date&gt;20140224&lt;/date&gt;&lt;/pub-dates&gt;&lt;/dates&gt;&lt;pub-location&gt;Hengrui Medicine Co., Ltd, Shanghai, China. Skyview Research, Pennsylvania, USA. IVS Pharma Consulting, USA. MedAvante Inc, Hamilton, NJ, USA. MedAvante Inc, Hamilton, NJ, USA; College of Physicians and Surgeons, Columbia University, USA. Electronic address: jwilliams@medavante.com. Detke Biopharma Consulting LLC, Carmel, IN, USA; Indiana University School of Medicine, USA. The Zucker Hillside Hospital, Glen Oaks, NY, USA; The Albert Einstein College of Medicine, Bronx, NY, USA.&lt;/pub-location&gt;&lt;isbn&gt;1879-1379 (Electronic) 0022-3956 (Linking)&lt;/isbn&gt;&lt;urls&gt;&lt;related-urls&gt;&lt;url&gt;https://www.ncbi.nlm.nih.gov/pubmed/24613032&lt;/url&gt;&lt;/related-urls&gt;&lt;/urls&gt;&lt;electronic-resource-num&gt;10.1016/j.jpsychires.2014.02.012&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75</w:t>
      </w:r>
      <w:r w:rsidR="0031308D" w:rsidRPr="009A27D2">
        <w:rPr>
          <w:color w:val="auto"/>
          <w:szCs w:val="22"/>
        </w:rPr>
        <w:fldChar w:fldCharType="end"/>
      </w:r>
      <w:r w:rsidRPr="009A27D2">
        <w:rPr>
          <w:color w:val="auto"/>
          <w:szCs w:val="22"/>
        </w:rPr>
        <w:t xml:space="preserve">). A </w:t>
      </w:r>
      <w:r w:rsidR="009E5C4E" w:rsidRPr="009A27D2">
        <w:rPr>
          <w:color w:val="auto"/>
          <w:szCs w:val="22"/>
        </w:rPr>
        <w:t>sensitivity</w:t>
      </w:r>
      <w:r w:rsidRPr="009A27D2">
        <w:rPr>
          <w:color w:val="auto"/>
          <w:szCs w:val="22"/>
        </w:rPr>
        <w:t xml:space="preserve"> analysis was performed to explore the impact of their exclusion from the sedation network </w:t>
      </w:r>
    </w:p>
    <w:p w14:paraId="270621E9" w14:textId="6D9C83B3" w:rsidR="009446D0" w:rsidRPr="009A27D2" w:rsidRDefault="0084596B">
      <w:pPr>
        <w:pStyle w:val="ListParagraph"/>
        <w:rPr>
          <w:color w:val="auto"/>
          <w:szCs w:val="22"/>
        </w:rPr>
      </w:pPr>
      <w:r w:rsidRPr="009A27D2">
        <w:rPr>
          <w:color w:val="auto"/>
          <w:szCs w:val="22"/>
        </w:rPr>
        <w:t>Somnolence (</w:t>
      </w:r>
      <w:r w:rsidRPr="009A27D2">
        <w:rPr>
          <w:color w:val="auto"/>
          <w:szCs w:val="22"/>
        </w:rPr>
        <w:fldChar w:fldCharType="begin"/>
      </w:r>
      <w:r w:rsidRPr="009A27D2">
        <w:rPr>
          <w:color w:val="auto"/>
          <w:szCs w:val="22"/>
        </w:rPr>
        <w:instrText>REF _Ref14246225 \h</w:instrText>
      </w:r>
      <w:r w:rsidR="00C568F7" w:rsidRPr="009A27D2">
        <w:rPr>
          <w:color w:val="auto"/>
          <w:szCs w:val="22"/>
        </w:rPr>
        <w:instrText xml:space="preserve"> \* MERGEFORMAT </w:instrText>
      </w:r>
      <w:r w:rsidRPr="009A27D2">
        <w:rPr>
          <w:color w:val="auto"/>
          <w:szCs w:val="22"/>
        </w:rPr>
      </w:r>
      <w:r w:rsidRPr="009A27D2">
        <w:rPr>
          <w:color w:val="auto"/>
          <w:szCs w:val="22"/>
        </w:rPr>
        <w:fldChar w:fldCharType="separate"/>
      </w:r>
      <w:r w:rsidR="004B2F28" w:rsidRPr="004B2F28">
        <w:rPr>
          <w:color w:val="auto"/>
          <w:szCs w:val="22"/>
        </w:rPr>
        <w:t>Figure S24</w:t>
      </w:r>
      <w:r w:rsidRPr="009A27D2">
        <w:rPr>
          <w:color w:val="auto"/>
          <w:szCs w:val="22"/>
        </w:rPr>
        <w:fldChar w:fldCharType="end"/>
      </w:r>
      <w:r w:rsidRPr="009A27D2">
        <w:rPr>
          <w:color w:val="auto"/>
          <w:szCs w:val="22"/>
        </w:rPr>
        <w:t>): Three studies are considered outliers, with placebo effect more than twice the highest seen across the EMERGENT studies (</w:t>
      </w:r>
      <w:proofErr w:type="spellStart"/>
      <w:r w:rsidRPr="009A27D2">
        <w:rPr>
          <w:color w:val="auto"/>
          <w:szCs w:val="22"/>
        </w:rPr>
        <w:t>Potkin</w:t>
      </w:r>
      <w:proofErr w:type="spellEnd"/>
      <w:r w:rsidRPr="009A27D2">
        <w:rPr>
          <w:color w:val="auto"/>
          <w:szCs w:val="22"/>
        </w:rPr>
        <w:t xml:space="preserve"> 2003</w:t>
      </w:r>
      <w:r w:rsidR="0031308D" w:rsidRPr="009A27D2">
        <w:rPr>
          <w:color w:val="auto"/>
          <w:szCs w:val="22"/>
        </w:rPr>
        <w:fldChar w:fldCharType="begin"/>
      </w:r>
      <w:r w:rsidR="00452EF4">
        <w:rPr>
          <w:color w:val="auto"/>
          <w:szCs w:val="22"/>
        </w:rPr>
        <w:instrText xml:space="preserve"> ADDIN EN.CITE &lt;EndNote&gt;&lt;Cite&gt;&lt;Author&gt;Potkin SG&lt;/Author&gt;&lt;Year&gt;2003&lt;/Year&gt;&lt;RecNum&gt;33&lt;/RecNum&gt;&lt;DisplayText&gt;&lt;style face="superscript"&gt;36&lt;/style&gt;&lt;/DisplayText&gt;&lt;record&gt;&lt;rec-number&gt;33&lt;/rec-number&gt;&lt;foreign-keys&gt;&lt;key app="EN" db-id="9ttaxzax2p0tr7ewzt55atews50zvxaaa5rz" timestamp="1764068830"&gt;33&lt;/key&gt;&lt;/foreign-keys&gt;&lt;ref-type name="Journal Article"&gt;17&lt;/ref-type&gt;&lt;contributors&gt;&lt;authors&gt;&lt;author&gt;Potkin SG, Saha AR, Kujawa MJ, Carson WH, Ali M, Stock E, Stringfellow J, Ingenito G, Marder SR.&lt;/author&gt;&lt;/authors&gt;&lt;/contributors&gt;&lt;titles&gt;&lt;title&gt;Aripiprazole, an antipsychotic with a novel mechanism of action, and risperidone vs placebo in patients with schizophrenia and schizoaffective disorder.&lt;/title&gt;&lt;secondary-title&gt;AMA Arch. Gen. Psychiatry&lt;/secondary-title&gt;&lt;/titles&gt;&lt;periodical&gt;&lt;full-title&gt;AMA Arch. Gen. Psychiatry&lt;/full-title&gt;&lt;/periodical&gt;&lt;pages&gt;681-90&lt;/pages&gt;&lt;volume&gt;60&lt;/volume&gt;&lt;number&gt;7&lt;/number&gt;&lt;dates&gt;&lt;year&gt;2003&lt;/year&gt;&lt;/dates&gt;&lt;urls&gt;&lt;/urls&gt;&lt;/record&gt;&lt;/Cite&gt;&lt;/EndNote&gt;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36</w:t>
      </w:r>
      <w:r w:rsidR="0031308D" w:rsidRPr="009A27D2">
        <w:rPr>
          <w:color w:val="auto"/>
          <w:szCs w:val="22"/>
        </w:rPr>
        <w:fldChar w:fldCharType="end"/>
      </w:r>
      <w:r w:rsidRPr="009A27D2">
        <w:rPr>
          <w:color w:val="auto"/>
          <w:szCs w:val="22"/>
        </w:rPr>
        <w:t>, Marder 2007</w:t>
      </w:r>
      <w:r w:rsidR="0031308D" w:rsidRPr="009A27D2">
        <w:rPr>
          <w:color w:val="auto"/>
          <w:szCs w:val="22"/>
        </w:rPr>
        <w:fldChar w:fldCharType="begin"/>
      </w:r>
      <w:r w:rsidR="00452EF4">
        <w:rPr>
          <w:color w:val="auto"/>
          <w:szCs w:val="22"/>
        </w:rPr>
        <w:instrText xml:space="preserve"> ADDIN EN.CITE &lt;EndNote&gt;&lt;Cite&gt;&lt;Author&gt;Marder&lt;/Author&gt;&lt;Year&gt;2007&lt;/Year&gt;&lt;RecNum&gt;73&lt;/RecNum&gt;&lt;DisplayText&gt;&lt;style face="superscript"&gt;76&lt;/style&gt;&lt;/DisplayText&gt;&lt;record&gt;&lt;rec-number&gt;73&lt;/rec-number&gt;&lt;foreign-keys&gt;&lt;key app="EN" db-id="9ttaxzax2p0tr7ewzt55atews50zvxaaa5rz" timestamp="1764068840"&gt;73&lt;/key&gt;&lt;/foreign-keys&gt;&lt;ref-type name="Journal Article"&gt;17&lt;/ref-type&gt;&lt;contributors&gt;&lt;authors&gt;&lt;author&gt;Marder, S. R.&lt;/author&gt;&lt;author&gt;Kramer, M.&lt;/author&gt;&lt;author&gt;Ford, L.&lt;/author&gt;&lt;author&gt;Eerdekens, E.&lt;/author&gt;&lt;author&gt;Lim, P.&lt;/author&gt;&lt;author&gt;Eerdekens, M.&lt;/author&gt;&lt;author&gt;Lowy, A.&lt;/author&gt;&lt;/authors&gt;&lt;/contributors&gt;&lt;titles&gt;&lt;title&gt;Efficacy and safety of paliperidone extended-release tablets: results of a 6-week, randomized, placebo-controlled study&lt;/title&gt;&lt;secondary-title&gt;Biol Psychiatry&lt;/secondary-title&gt;&lt;/titles&gt;&lt;periodical&gt;&lt;full-title&gt;Biol Psychiatry&lt;/full-title&gt;&lt;/periodical&gt;&lt;pages&gt;1363-70&lt;/pages&gt;&lt;volume&gt;62&lt;/volume&gt;&lt;number&gt;12&lt;/number&gt;&lt;dates&gt;&lt;year&gt;2007&lt;/year&gt;&lt;pub-dates&gt;&lt;date&gt;Dec 15 2007&lt;/date&gt;&lt;/pub-dates&gt;&lt;/dates&gt;&lt;pub-location&gt;Veteran&amp;apos;s Affairs Veteran&amp;apos;s Integrated Service Networks 22 Mental Illness Research, Education, and Clinical Center, Los Angeles, California 90073, USA. marder@ucla.edu&lt;/pub-location&gt;&lt;isbn&gt;1873-2402 (Electronic) 0006-3223 (Linking)&lt;/isbn&gt;&lt;urls&gt;&lt;related-urls&gt;&lt;url&gt;https://www.ncbi.nlm.nih.gov/pubmed/17601495&lt;/url&gt;&lt;/related-urls&gt;&lt;/urls&gt;&lt;electronic-resource-num&gt;10.1016/j.biopsych.2007.01.017&lt;/electronic-resource-num&gt;&lt;/record&gt;&lt;/Cite&gt;&lt;/EndNote&gt;</w:instrText>
      </w:r>
      <w:r w:rsidR="0031308D" w:rsidRPr="009A27D2">
        <w:rPr>
          <w:color w:val="auto"/>
          <w:szCs w:val="22"/>
        </w:rPr>
        <w:fldChar w:fldCharType="separate"/>
      </w:r>
      <w:r w:rsidR="00452EF4" w:rsidRPr="00452EF4">
        <w:rPr>
          <w:noProof/>
          <w:color w:val="auto"/>
          <w:szCs w:val="22"/>
          <w:vertAlign w:val="superscript"/>
        </w:rPr>
        <w:t>76</w:t>
      </w:r>
      <w:r w:rsidR="0031308D" w:rsidRPr="009A27D2">
        <w:rPr>
          <w:color w:val="auto"/>
          <w:szCs w:val="22"/>
        </w:rPr>
        <w:fldChar w:fldCharType="end"/>
      </w:r>
      <w:r w:rsidRPr="009A27D2">
        <w:rPr>
          <w:color w:val="auto"/>
          <w:szCs w:val="22"/>
        </w:rPr>
        <w:t xml:space="preserve">, and </w:t>
      </w:r>
      <w:proofErr w:type="spellStart"/>
      <w:r w:rsidRPr="009A27D2">
        <w:rPr>
          <w:color w:val="auto"/>
          <w:szCs w:val="22"/>
        </w:rPr>
        <w:t>Potkin</w:t>
      </w:r>
      <w:proofErr w:type="spellEnd"/>
      <w:r w:rsidRPr="009A27D2">
        <w:rPr>
          <w:color w:val="auto"/>
          <w:szCs w:val="22"/>
        </w:rPr>
        <w:t xml:space="preserve"> 2007</w:t>
      </w:r>
      <w:r w:rsidR="0031308D" w:rsidRPr="009A27D2">
        <w:rPr>
          <w:color w:val="auto"/>
          <w:szCs w:val="22"/>
        </w:rPr>
        <w:fldChar w:fldCharType="begin"/>
      </w:r>
      <w:r w:rsidR="00452EF4">
        <w:rPr>
          <w:color w:val="auto"/>
          <w:szCs w:val="22"/>
        </w:rPr>
        <w:instrText xml:space="preserve"> ADDIN EN.CITE &lt;EndNote&gt;&lt;Cite&gt;&lt;Author&gt;Potkin&lt;/Author&gt;&lt;Year&gt;2007&lt;/Year&gt;&lt;RecNum&gt;105&lt;/RecNum&gt;&lt;DisplayText&gt;&lt;style face="superscript"&gt;108&lt;/style&gt;&lt;/DisplayText&gt;&lt;record&gt;&lt;rec-number&gt;105&lt;/rec-number&gt;&lt;foreign-keys&gt;&lt;key app="EN" db-id="9ttaxzax2p0tr7ewzt55atews50zvxaaa5rz" timestamp="1764068848"&gt;105&lt;/key&gt;&lt;/foreign-keys&gt;&lt;ref-type name="Journal Article"&gt;17&lt;/ref-type&gt;&lt;contributors&gt;&lt;authors&gt;&lt;author&gt;Potkin, Steven G&lt;/author&gt;&lt;author&gt;Cohen, Miriam&lt;/author&gt;&lt;author&gt;Panagides, John&lt;/author&gt;&lt;/authors&gt;&lt;/contributors&gt;&lt;titles&gt;&lt;title&gt;Efficacy and tolerability of asenapine in acute schizophrenia: a placebo-and risperidone-controlled trial&lt;/title&gt;&lt;secondary-title&gt;Journal of Clinical Psychiatry&lt;/secondary-title&gt;&lt;/titles&gt;&lt;periodical&gt;&lt;full-title&gt;Journal of Clinical Psychiatry&lt;/full-title&gt;&lt;/periodical&gt;&lt;pages&gt;1492-1500&lt;/pages&gt;&lt;volume&gt;68&lt;/volume&gt;&lt;number&gt;10&lt;/number&gt;&lt;dates&gt;&lt;year&gt;2007&lt;/year&gt;&lt;/dates&gt;&lt;isbn&gt;0160-6689&lt;/isbn&gt;&lt;urls&gt;&lt;/urls&gt;&lt;/record&gt;&lt;/Cite&gt;&lt;/EndNote&gt;</w:instrText>
      </w:r>
      <w:r w:rsidR="0031308D" w:rsidRPr="009A27D2">
        <w:rPr>
          <w:color w:val="auto"/>
          <w:szCs w:val="22"/>
        </w:rPr>
        <w:fldChar w:fldCharType="separate"/>
      </w:r>
      <w:r w:rsidR="00452EF4" w:rsidRPr="00452EF4">
        <w:rPr>
          <w:noProof/>
          <w:color w:val="auto"/>
          <w:szCs w:val="22"/>
          <w:vertAlign w:val="superscript"/>
        </w:rPr>
        <w:t>108</w:t>
      </w:r>
      <w:r w:rsidR="0031308D" w:rsidRPr="009A27D2">
        <w:rPr>
          <w:color w:val="auto"/>
          <w:szCs w:val="22"/>
        </w:rPr>
        <w:fldChar w:fldCharType="end"/>
      </w:r>
      <w:r w:rsidRPr="009A27D2">
        <w:rPr>
          <w:color w:val="auto"/>
          <w:szCs w:val="22"/>
        </w:rPr>
        <w:t xml:space="preserve">). A </w:t>
      </w:r>
      <w:r w:rsidR="009E5C4E" w:rsidRPr="009A27D2">
        <w:rPr>
          <w:color w:val="auto"/>
          <w:szCs w:val="22"/>
        </w:rPr>
        <w:t>sensitivity</w:t>
      </w:r>
      <w:r w:rsidRPr="009A27D2">
        <w:rPr>
          <w:color w:val="auto"/>
          <w:szCs w:val="22"/>
        </w:rPr>
        <w:t xml:space="preserve"> analysis was performed to explore the impact of their exclusion from the somnolence network </w:t>
      </w:r>
    </w:p>
    <w:p w14:paraId="314FA53D" w14:textId="0A4257B8" w:rsidR="009446D0" w:rsidRPr="00541089" w:rsidRDefault="0084596B">
      <w:pPr>
        <w:pStyle w:val="Heading2"/>
        <w:rPr>
          <w:color w:val="1E1E1E"/>
        </w:rPr>
      </w:pPr>
      <w:bookmarkStart w:id="70" w:name="_Ref14443404"/>
      <w:r w:rsidRPr="00541089">
        <w:rPr>
          <w:color w:val="1E1E1E"/>
        </w:rPr>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12</w:t>
      </w:r>
      <w:r w:rsidR="00D36D51">
        <w:rPr>
          <w:color w:val="1E1E1E"/>
        </w:rPr>
        <w:fldChar w:fldCharType="end"/>
      </w:r>
      <w:bookmarkEnd w:id="70"/>
      <w:r w:rsidRPr="00541089">
        <w:rPr>
          <w:color w:val="1E1E1E"/>
        </w:rPr>
        <w:t>: Change from baseline total PANSS score, comparison of placebo effect across included trials</w:t>
      </w:r>
    </w:p>
    <w:p w14:paraId="5782D479" w14:textId="77777777" w:rsidR="009446D0" w:rsidRPr="00EB75F0" w:rsidRDefault="0084596B">
      <w:pPr>
        <w:ind w:left="360" w:hanging="360"/>
      </w:pPr>
      <w:r w:rsidRPr="00EB75F0">
        <w:rPr>
          <w:noProof/>
        </w:rPr>
        <w:drawing>
          <wp:inline distT="0" distB="0" distL="0" distR="0" wp14:anchorId="58CAD8B4" wp14:editId="2A6B9356">
            <wp:extent cx="6124943" cy="3124835"/>
            <wp:effectExtent l="0" t="0" r="0" b="0"/>
            <wp:docPr id="10011" name="Picture 1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pic:nvPicPr>
                  <pic:blipFill>
                    <a:blip r:embed="rId36" cstate="print">
                      <a:extLst>
                        <a:ext uri="{28A0092B-C50C-407E-A947-70E740481C1C}">
                          <a14:useLocalDpi xmlns:a14="http://schemas.microsoft.com/office/drawing/2010/main"/>
                        </a:ext>
                      </a:extLst>
                    </a:blip>
                    <a:srcRect t="-503"/>
                    <a:stretch/>
                  </pic:blipFill>
                  <pic:spPr>
                    <a:xfrm>
                      <a:off x="0" y="0"/>
                      <a:ext cx="6124943" cy="3124835"/>
                    </a:xfrm>
                    <a:prstGeom prst="rect">
                      <a:avLst/>
                    </a:prstGeom>
                  </pic:spPr>
                </pic:pic>
              </a:graphicData>
            </a:graphic>
          </wp:inline>
        </w:drawing>
      </w:r>
    </w:p>
    <w:p w14:paraId="511E1274" w14:textId="77777777" w:rsidR="009446D0" w:rsidRPr="00EB75F0" w:rsidRDefault="0084596B">
      <w:pPr>
        <w:pStyle w:val="Legend"/>
      </w:pPr>
      <w:r w:rsidRPr="00EB75F0">
        <w:rPr>
          <w:b/>
        </w:rPr>
        <w:t>Key:</w:t>
      </w:r>
      <w:r w:rsidRPr="00EB75F0">
        <w:t xml:space="preserve"> CFB, change from baseline; PANSS, Positive and Negative Syndrome Scale.</w:t>
      </w:r>
    </w:p>
    <w:p w14:paraId="09B6C695" w14:textId="77777777" w:rsidR="009446D0" w:rsidRPr="00EB75F0" w:rsidRDefault="009446D0">
      <w:pPr>
        <w:pStyle w:val="Legend"/>
      </w:pPr>
    </w:p>
    <w:p w14:paraId="43ECFED2" w14:textId="6B694F59" w:rsidR="009446D0" w:rsidRPr="00541089" w:rsidRDefault="0084596B">
      <w:pPr>
        <w:pStyle w:val="Heading2"/>
        <w:rPr>
          <w:color w:val="1E1E1E"/>
        </w:rPr>
      </w:pPr>
      <w:r w:rsidRPr="00541089">
        <w:rPr>
          <w:color w:val="1E1E1E"/>
        </w:rPr>
        <w:lastRenderedPageBreak/>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13</w:t>
      </w:r>
      <w:r w:rsidR="00D36D51">
        <w:rPr>
          <w:color w:val="1E1E1E"/>
        </w:rPr>
        <w:fldChar w:fldCharType="end"/>
      </w:r>
      <w:r w:rsidRPr="00541089">
        <w:rPr>
          <w:color w:val="1E1E1E"/>
        </w:rPr>
        <w:t>: Change from baseline PANSS positive symptoms score, comparison of placebo effect across included trials</w:t>
      </w:r>
    </w:p>
    <w:p w14:paraId="75F89D12" w14:textId="77777777" w:rsidR="009446D0" w:rsidRPr="00EB75F0" w:rsidRDefault="0084596B">
      <w:r w:rsidRPr="00EB75F0">
        <w:rPr>
          <w:noProof/>
        </w:rPr>
        <w:drawing>
          <wp:inline distT="0" distB="0" distL="0" distR="0" wp14:anchorId="05A8C4EF" wp14:editId="3697AF9C">
            <wp:extent cx="6120130" cy="3059201"/>
            <wp:effectExtent l="0" t="0" r="0" b="0"/>
            <wp:docPr id="10012" name="Picture 1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pic:nvPicPr>
                  <pic:blipFill>
                    <a:blip r:embed="rId37"/>
                    <a:stretch>
                      <a:fillRect/>
                    </a:stretch>
                  </pic:blipFill>
                  <pic:spPr>
                    <a:xfrm>
                      <a:off x="0" y="0"/>
                      <a:ext cx="6120130" cy="3059201"/>
                    </a:xfrm>
                    <a:prstGeom prst="rect">
                      <a:avLst/>
                    </a:prstGeom>
                  </pic:spPr>
                </pic:pic>
              </a:graphicData>
            </a:graphic>
          </wp:inline>
        </w:drawing>
      </w:r>
    </w:p>
    <w:p w14:paraId="5DAEB320" w14:textId="77777777" w:rsidR="009446D0" w:rsidRPr="00EB75F0" w:rsidRDefault="0084596B">
      <w:pPr>
        <w:pStyle w:val="Legend"/>
      </w:pPr>
      <w:r w:rsidRPr="00EB75F0">
        <w:rPr>
          <w:b/>
        </w:rPr>
        <w:t>Key:</w:t>
      </w:r>
      <w:r w:rsidRPr="00EB75F0">
        <w:t xml:space="preserve"> CFB, change from baseline; PANSS, Positive and Negative Syndrome Scale.</w:t>
      </w:r>
    </w:p>
    <w:p w14:paraId="121AA892" w14:textId="77777777" w:rsidR="009446D0" w:rsidRPr="00EB75F0" w:rsidRDefault="009446D0">
      <w:pPr>
        <w:pStyle w:val="Legend"/>
      </w:pPr>
    </w:p>
    <w:p w14:paraId="23C1A9A1" w14:textId="561CDF6E" w:rsidR="009446D0" w:rsidRPr="00541089" w:rsidRDefault="0084596B">
      <w:pPr>
        <w:pStyle w:val="Heading2"/>
      </w:pPr>
      <w:bookmarkStart w:id="71" w:name="_Ref14207642"/>
      <w:r w:rsidRPr="00541089">
        <w:rPr>
          <w:color w:val="1E1E1E"/>
        </w:rPr>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14</w:t>
      </w:r>
      <w:r w:rsidR="00D36D51">
        <w:rPr>
          <w:color w:val="1E1E1E"/>
        </w:rPr>
        <w:fldChar w:fldCharType="end"/>
      </w:r>
      <w:bookmarkEnd w:id="71"/>
      <w:r w:rsidRPr="00541089">
        <w:rPr>
          <w:color w:val="1E1E1E"/>
        </w:rPr>
        <w:t xml:space="preserve">: Change from baseline PANSS negative symptoms score, comparison of placebo effect across included trials </w:t>
      </w:r>
      <w:r w:rsidRPr="00541089">
        <w:rPr>
          <w:noProof/>
        </w:rPr>
        <w:drawing>
          <wp:inline distT="0" distB="0" distL="0" distR="0" wp14:anchorId="7438C2A5" wp14:editId="40901F04">
            <wp:extent cx="6120130" cy="3059201"/>
            <wp:effectExtent l="0" t="0" r="0" b="0"/>
            <wp:docPr id="10013" name="Picture 1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pic:nvPicPr>
                  <pic:blipFill>
                    <a:blip r:embed="rId38"/>
                    <a:stretch>
                      <a:fillRect/>
                    </a:stretch>
                  </pic:blipFill>
                  <pic:spPr>
                    <a:xfrm>
                      <a:off x="0" y="0"/>
                      <a:ext cx="6120130" cy="3059201"/>
                    </a:xfrm>
                    <a:prstGeom prst="rect">
                      <a:avLst/>
                    </a:prstGeom>
                  </pic:spPr>
                </pic:pic>
              </a:graphicData>
            </a:graphic>
          </wp:inline>
        </w:drawing>
      </w:r>
    </w:p>
    <w:p w14:paraId="57954EFE" w14:textId="77777777" w:rsidR="009446D0" w:rsidRPr="00EB75F0" w:rsidRDefault="0084596B">
      <w:pPr>
        <w:pStyle w:val="Legend"/>
      </w:pPr>
      <w:r w:rsidRPr="00EB75F0">
        <w:rPr>
          <w:b/>
        </w:rPr>
        <w:t>Key:</w:t>
      </w:r>
      <w:r w:rsidRPr="00EB75F0">
        <w:t xml:space="preserve"> CFB, change from baseline; PANSS, Positive and Negative Syndrome Scale.</w:t>
      </w:r>
    </w:p>
    <w:p w14:paraId="16044762" w14:textId="77777777" w:rsidR="009446D0" w:rsidRPr="00EB75F0" w:rsidRDefault="009446D0">
      <w:pPr>
        <w:pStyle w:val="Legend"/>
      </w:pPr>
    </w:p>
    <w:p w14:paraId="3D333DAA" w14:textId="6FF0D36E" w:rsidR="009446D0" w:rsidRPr="00541089" w:rsidRDefault="0084596B">
      <w:pPr>
        <w:pStyle w:val="Heading2"/>
      </w:pPr>
      <w:r w:rsidRPr="00541089">
        <w:rPr>
          <w:color w:val="1E1E1E"/>
        </w:rPr>
        <w:lastRenderedPageBreak/>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15</w:t>
      </w:r>
      <w:r w:rsidR="00D36D51">
        <w:rPr>
          <w:color w:val="1E1E1E"/>
        </w:rPr>
        <w:fldChar w:fldCharType="end"/>
      </w:r>
      <w:r w:rsidRPr="00541089">
        <w:rPr>
          <w:color w:val="1E1E1E"/>
        </w:rPr>
        <w:t xml:space="preserve">: Change from baseline CGI-S score, comparison of placebo effect across included trials </w:t>
      </w:r>
      <w:r w:rsidRPr="00541089">
        <w:rPr>
          <w:noProof/>
        </w:rPr>
        <w:drawing>
          <wp:inline distT="0" distB="0" distL="0" distR="0" wp14:anchorId="7402A5A8" wp14:editId="249A09A1">
            <wp:extent cx="6120130" cy="3059201"/>
            <wp:effectExtent l="0" t="0" r="0" b="0"/>
            <wp:docPr id="10014" name="Picture 1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pic:nvPicPr>
                  <pic:blipFill>
                    <a:blip r:embed="rId39"/>
                    <a:stretch>
                      <a:fillRect/>
                    </a:stretch>
                  </pic:blipFill>
                  <pic:spPr>
                    <a:xfrm>
                      <a:off x="0" y="0"/>
                      <a:ext cx="6120130" cy="3059201"/>
                    </a:xfrm>
                    <a:prstGeom prst="rect">
                      <a:avLst/>
                    </a:prstGeom>
                  </pic:spPr>
                </pic:pic>
              </a:graphicData>
            </a:graphic>
          </wp:inline>
        </w:drawing>
      </w:r>
    </w:p>
    <w:p w14:paraId="71D16C09" w14:textId="77777777" w:rsidR="009446D0" w:rsidRPr="00EB75F0" w:rsidRDefault="0084596B">
      <w:pPr>
        <w:pStyle w:val="Legend"/>
      </w:pPr>
      <w:r w:rsidRPr="00EB75F0">
        <w:rPr>
          <w:b/>
        </w:rPr>
        <w:t>Key:</w:t>
      </w:r>
      <w:r w:rsidRPr="00EB75F0">
        <w:t xml:space="preserve"> CFB, change from baseline; CGI-S, Clinical Global Impressions - Severity </w:t>
      </w:r>
      <w:r w:rsidRPr="00EB75F0">
        <w:rPr>
          <w:color w:val="000000"/>
        </w:rPr>
        <w:t>scale</w:t>
      </w:r>
      <w:r w:rsidRPr="00EB75F0">
        <w:t>.</w:t>
      </w:r>
    </w:p>
    <w:p w14:paraId="0A2A87D7" w14:textId="77777777" w:rsidR="009446D0" w:rsidRPr="00EB75F0" w:rsidRDefault="009446D0">
      <w:pPr>
        <w:pStyle w:val="Legend"/>
      </w:pPr>
    </w:p>
    <w:p w14:paraId="1CA9EC3E" w14:textId="77777777" w:rsidR="009446D0" w:rsidRPr="00EB75F0" w:rsidRDefault="009446D0">
      <w:pPr>
        <w:rPr>
          <w:u w:val="single"/>
        </w:rPr>
      </w:pPr>
    </w:p>
    <w:p w14:paraId="3DD8D5A6" w14:textId="2DEEDD02" w:rsidR="009446D0" w:rsidRPr="00541089" w:rsidRDefault="0084596B">
      <w:pPr>
        <w:pStyle w:val="Heading2"/>
      </w:pPr>
      <w:bookmarkStart w:id="72" w:name="_Ref14122502"/>
      <w:r w:rsidRPr="00541089">
        <w:rPr>
          <w:color w:val="1E1E1E"/>
        </w:rPr>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16</w:t>
      </w:r>
      <w:r w:rsidR="00D36D51">
        <w:rPr>
          <w:color w:val="1E1E1E"/>
        </w:rPr>
        <w:fldChar w:fldCharType="end"/>
      </w:r>
      <w:bookmarkEnd w:id="72"/>
      <w:r w:rsidRPr="00541089">
        <w:rPr>
          <w:color w:val="1E1E1E"/>
        </w:rPr>
        <w:t xml:space="preserve">: Change from baseline weight, comparison of placebo effect across included trials </w:t>
      </w:r>
      <w:r w:rsidRPr="00541089">
        <w:rPr>
          <w:noProof/>
        </w:rPr>
        <w:drawing>
          <wp:inline distT="0" distB="0" distL="0" distR="0" wp14:anchorId="44703909" wp14:editId="2048D60E">
            <wp:extent cx="6120130" cy="3059201"/>
            <wp:effectExtent l="0" t="0" r="0" b="0"/>
            <wp:docPr id="10015" name="Picture 1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pic:nvPicPr>
                  <pic:blipFill>
                    <a:blip r:embed="rId40"/>
                    <a:stretch>
                      <a:fillRect/>
                    </a:stretch>
                  </pic:blipFill>
                  <pic:spPr>
                    <a:xfrm>
                      <a:off x="0" y="0"/>
                      <a:ext cx="6120130" cy="3059201"/>
                    </a:xfrm>
                    <a:prstGeom prst="rect">
                      <a:avLst/>
                    </a:prstGeom>
                  </pic:spPr>
                </pic:pic>
              </a:graphicData>
            </a:graphic>
          </wp:inline>
        </w:drawing>
      </w:r>
    </w:p>
    <w:p w14:paraId="428913F3" w14:textId="77777777" w:rsidR="009446D0" w:rsidRPr="00EB75F0" w:rsidRDefault="0084596B">
      <w:pPr>
        <w:pStyle w:val="Legend"/>
      </w:pPr>
      <w:r w:rsidRPr="00EB75F0">
        <w:rPr>
          <w:b/>
        </w:rPr>
        <w:t>Key:</w:t>
      </w:r>
      <w:r w:rsidRPr="00EB75F0">
        <w:t xml:space="preserve"> CFB, change from baseline; CGI-S.</w:t>
      </w:r>
    </w:p>
    <w:p w14:paraId="1FCF3888" w14:textId="77777777" w:rsidR="009446D0" w:rsidRPr="00EB75F0" w:rsidRDefault="009446D0">
      <w:pPr>
        <w:pStyle w:val="Legend"/>
      </w:pPr>
    </w:p>
    <w:p w14:paraId="6BB8786B" w14:textId="77777777" w:rsidR="009446D0" w:rsidRPr="00EB75F0" w:rsidRDefault="009446D0">
      <w:pPr>
        <w:rPr>
          <w:u w:val="single"/>
        </w:rPr>
      </w:pPr>
    </w:p>
    <w:p w14:paraId="1EF097DC" w14:textId="3B3F54D6" w:rsidR="009446D0" w:rsidRPr="00541089" w:rsidRDefault="0084596B" w:rsidP="00D873D4">
      <w:pPr>
        <w:pStyle w:val="Heading2"/>
        <w:spacing w:before="60"/>
      </w:pPr>
      <w:bookmarkStart w:id="73" w:name="_Ref14284239"/>
      <w:r w:rsidRPr="00541089">
        <w:rPr>
          <w:color w:val="1E1E1E"/>
        </w:rPr>
        <w:lastRenderedPageBreak/>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17</w:t>
      </w:r>
      <w:r w:rsidR="00D36D51">
        <w:rPr>
          <w:color w:val="1E1E1E"/>
        </w:rPr>
        <w:fldChar w:fldCharType="end"/>
      </w:r>
      <w:bookmarkEnd w:id="73"/>
      <w:r w:rsidRPr="00541089">
        <w:rPr>
          <w:color w:val="1E1E1E"/>
        </w:rPr>
        <w:t>: ≥ 30% improvement in PANSS total score from baseline, comparison of placebo effect across included trials</w:t>
      </w:r>
      <w:r w:rsidRPr="00541089">
        <w:t xml:space="preserve"> </w:t>
      </w:r>
      <w:r w:rsidRPr="00541089">
        <w:rPr>
          <w:noProof/>
        </w:rPr>
        <w:drawing>
          <wp:inline distT="0" distB="0" distL="0" distR="0" wp14:anchorId="25488B03" wp14:editId="6B09C735">
            <wp:extent cx="6103620" cy="3050946"/>
            <wp:effectExtent l="0" t="0" r="0" b="0"/>
            <wp:docPr id="10016" name="Picture 1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pic:nvPicPr>
                  <pic:blipFill>
                    <a:blip r:embed="rId41"/>
                    <a:stretch>
                      <a:fillRect/>
                    </a:stretch>
                  </pic:blipFill>
                  <pic:spPr>
                    <a:xfrm>
                      <a:off x="0" y="0"/>
                      <a:ext cx="6103620" cy="3050946"/>
                    </a:xfrm>
                    <a:prstGeom prst="rect">
                      <a:avLst/>
                    </a:prstGeom>
                  </pic:spPr>
                </pic:pic>
              </a:graphicData>
            </a:graphic>
          </wp:inline>
        </w:drawing>
      </w:r>
    </w:p>
    <w:p w14:paraId="0EFE977C" w14:textId="77777777" w:rsidR="009446D0" w:rsidRPr="00EB75F0" w:rsidRDefault="0084596B">
      <w:pPr>
        <w:pStyle w:val="Legend"/>
      </w:pPr>
      <w:r w:rsidRPr="00EB75F0">
        <w:rPr>
          <w:b/>
        </w:rPr>
        <w:t>Key:</w:t>
      </w:r>
      <w:r w:rsidRPr="00EB75F0">
        <w:t xml:space="preserve"> CFB, change from baseline; PANSS, Positive and Negative Syndrome Scale.</w:t>
      </w:r>
    </w:p>
    <w:p w14:paraId="58062B3D" w14:textId="77777777" w:rsidR="009446D0" w:rsidRPr="00EB75F0" w:rsidRDefault="009446D0">
      <w:pPr>
        <w:pStyle w:val="Legend"/>
        <w:rPr>
          <w:rFonts w:ascii="Times" w:hAnsi="Times"/>
        </w:rPr>
      </w:pPr>
    </w:p>
    <w:p w14:paraId="7FB5B007" w14:textId="77777777" w:rsidR="009446D0" w:rsidRPr="00EB75F0" w:rsidRDefault="009446D0">
      <w:pPr>
        <w:pStyle w:val="Legend"/>
        <w:rPr>
          <w:rFonts w:ascii="Times" w:hAnsi="Times"/>
          <w:b/>
          <w:color w:val="000000"/>
          <w:sz w:val="24"/>
        </w:rPr>
      </w:pPr>
    </w:p>
    <w:p w14:paraId="782EF9D2" w14:textId="305490A4" w:rsidR="009446D0" w:rsidRPr="00541089" w:rsidRDefault="0084596B">
      <w:pPr>
        <w:pStyle w:val="Heading2"/>
        <w:keepNext w:val="0"/>
        <w:spacing w:before="60" w:line="240" w:lineRule="auto"/>
        <w:rPr>
          <w:color w:val="1E1E1E"/>
        </w:rPr>
      </w:pPr>
      <w:r w:rsidRPr="00541089">
        <w:rPr>
          <w:color w:val="1E1E1E"/>
        </w:rPr>
        <w:t>Figure S</w:t>
      </w:r>
      <w:r w:rsidR="00D36D51">
        <w:rPr>
          <w:color w:val="1E1E1E"/>
        </w:rPr>
        <w:fldChar w:fldCharType="begin"/>
      </w:r>
      <w:r w:rsidR="00D36D51">
        <w:rPr>
          <w:color w:val="1E1E1E"/>
        </w:rPr>
        <w:instrText xml:space="preserve"> SEQ Figure \* ARABIC </w:instrText>
      </w:r>
      <w:r w:rsidR="00D36D51">
        <w:rPr>
          <w:color w:val="1E1E1E"/>
        </w:rPr>
        <w:fldChar w:fldCharType="separate"/>
      </w:r>
      <w:r w:rsidR="004B2F28">
        <w:rPr>
          <w:noProof/>
          <w:color w:val="1E1E1E"/>
        </w:rPr>
        <w:t>18</w:t>
      </w:r>
      <w:r w:rsidR="00D36D51">
        <w:rPr>
          <w:color w:val="1E1E1E"/>
        </w:rPr>
        <w:fldChar w:fldCharType="end"/>
      </w:r>
      <w:r w:rsidRPr="00541089">
        <w:rPr>
          <w:color w:val="1E1E1E"/>
        </w:rPr>
        <w:t xml:space="preserve">: Discontinuation due to all causes, comparison of placebo effect across included trials </w:t>
      </w:r>
      <w:r w:rsidRPr="00541089">
        <w:rPr>
          <w:noProof/>
        </w:rPr>
        <w:drawing>
          <wp:inline distT="0" distB="0" distL="0" distR="0" wp14:anchorId="712C2347" wp14:editId="455251B4">
            <wp:extent cx="6120130" cy="3059201"/>
            <wp:effectExtent l="0" t="0" r="0" b="0"/>
            <wp:docPr id="10017" name="Picture 1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pic:nvPicPr>
                  <pic:blipFill>
                    <a:blip r:embed="rId42"/>
                    <a:stretch>
                      <a:fillRect/>
                    </a:stretch>
                  </pic:blipFill>
                  <pic:spPr>
                    <a:xfrm>
                      <a:off x="0" y="0"/>
                      <a:ext cx="6120130" cy="3059201"/>
                    </a:xfrm>
                    <a:prstGeom prst="rect">
                      <a:avLst/>
                    </a:prstGeom>
                  </pic:spPr>
                </pic:pic>
              </a:graphicData>
            </a:graphic>
          </wp:inline>
        </w:drawing>
      </w:r>
    </w:p>
    <w:p w14:paraId="3D32E21A" w14:textId="50F297AA" w:rsidR="009446D0" w:rsidRPr="00541089" w:rsidRDefault="0084596B" w:rsidP="009A27D2">
      <w:pPr>
        <w:pStyle w:val="Heading2"/>
        <w:rPr>
          <w:color w:val="000000"/>
        </w:rPr>
      </w:pPr>
      <w:r w:rsidRPr="00541089">
        <w:rPr>
          <w:color w:val="000000"/>
        </w:rPr>
        <w:lastRenderedPageBreak/>
        <w:t xml:space="preserve">Figure </w:t>
      </w:r>
      <w:r w:rsidR="00D873D4" w:rsidRPr="00541089">
        <w:rPr>
          <w:color w:val="000000"/>
        </w:rPr>
        <w:t>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19</w:t>
      </w:r>
      <w:r w:rsidR="00D36D51">
        <w:rPr>
          <w:color w:val="000000"/>
        </w:rPr>
        <w:fldChar w:fldCharType="end"/>
      </w:r>
      <w:r w:rsidRPr="00541089">
        <w:rPr>
          <w:color w:val="000000"/>
        </w:rPr>
        <w:t>: Discontinuation due to all causes, comparison of active treatment arm effect size across included trials</w:t>
      </w:r>
    </w:p>
    <w:p w14:paraId="6418E02D" w14:textId="77777777" w:rsidR="009446D0" w:rsidRPr="00EB75F0" w:rsidRDefault="0084596B">
      <w:r w:rsidRPr="00EB75F0">
        <w:rPr>
          <w:noProof/>
        </w:rPr>
        <w:drawing>
          <wp:inline distT="0" distB="0" distL="0" distR="0" wp14:anchorId="02154A6D" wp14:editId="40DE478C">
            <wp:extent cx="6110605" cy="3054440"/>
            <wp:effectExtent l="0" t="0" r="4445" b="0"/>
            <wp:docPr id="10018" name="Picture 1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 name="Picture 10018"/>
                    <pic:cNvPicPr/>
                  </pic:nvPicPr>
                  <pic:blipFill>
                    <a:blip r:embed="rId43" cstate="print">
                      <a:extLst>
                        <a:ext uri="{28A0092B-C50C-407E-A947-70E740481C1C}">
                          <a14:useLocalDpi xmlns:a14="http://schemas.microsoft.com/office/drawing/2010/main"/>
                        </a:ext>
                      </a:extLst>
                    </a:blip>
                    <a:stretch>
                      <a:fillRect/>
                    </a:stretch>
                  </pic:blipFill>
                  <pic:spPr>
                    <a:xfrm>
                      <a:off x="0" y="0"/>
                      <a:ext cx="6110605" cy="3054440"/>
                    </a:xfrm>
                    <a:prstGeom prst="rect">
                      <a:avLst/>
                    </a:prstGeom>
                  </pic:spPr>
                </pic:pic>
              </a:graphicData>
            </a:graphic>
          </wp:inline>
        </w:drawing>
      </w:r>
    </w:p>
    <w:p w14:paraId="295D0B4C" w14:textId="6B9662F2" w:rsidR="009446D0" w:rsidRPr="00541089" w:rsidRDefault="0084596B" w:rsidP="00D873D4">
      <w:pPr>
        <w:pStyle w:val="Heading2"/>
        <w:rPr>
          <w:color w:val="000000"/>
        </w:rPr>
      </w:pPr>
      <w:r w:rsidRPr="00541089">
        <w:rPr>
          <w:color w:val="000000"/>
        </w:rPr>
        <w:t>Figure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20</w:t>
      </w:r>
      <w:r w:rsidR="00D36D51">
        <w:rPr>
          <w:color w:val="000000"/>
        </w:rPr>
        <w:fldChar w:fldCharType="end"/>
      </w:r>
      <w:r w:rsidRPr="00541089">
        <w:rPr>
          <w:color w:val="000000"/>
        </w:rPr>
        <w:t>: Discontinuation due to all causes, comparison of difference between intervention and placebo arms across included trials</w:t>
      </w:r>
    </w:p>
    <w:p w14:paraId="71871A21" w14:textId="77777777" w:rsidR="009446D0" w:rsidRPr="00EB75F0" w:rsidRDefault="0084596B">
      <w:r w:rsidRPr="00EB75F0">
        <w:rPr>
          <w:noProof/>
        </w:rPr>
        <w:drawing>
          <wp:inline distT="0" distB="0" distL="0" distR="0" wp14:anchorId="515CCB54" wp14:editId="6FF14752">
            <wp:extent cx="6110605" cy="3059430"/>
            <wp:effectExtent l="0" t="0" r="0" b="0"/>
            <wp:docPr id="10019" name="Picture 1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pic:nvPicPr>
                  <pic:blipFill>
                    <a:blip r:embed="rId44"/>
                    <a:stretch>
                      <a:fillRect/>
                    </a:stretch>
                  </pic:blipFill>
                  <pic:spPr>
                    <a:xfrm>
                      <a:off x="0" y="0"/>
                      <a:ext cx="6110605" cy="3059430"/>
                    </a:xfrm>
                    <a:prstGeom prst="rect">
                      <a:avLst/>
                    </a:prstGeom>
                  </pic:spPr>
                </pic:pic>
              </a:graphicData>
            </a:graphic>
          </wp:inline>
        </w:drawing>
      </w:r>
    </w:p>
    <w:p w14:paraId="670254AE" w14:textId="67266F0D" w:rsidR="009446D0" w:rsidRPr="00541089" w:rsidRDefault="0084596B">
      <w:pPr>
        <w:pStyle w:val="Heading2"/>
      </w:pPr>
      <w:r w:rsidRPr="00541089">
        <w:rPr>
          <w:color w:val="000000"/>
        </w:rPr>
        <w:lastRenderedPageBreak/>
        <w:t>Figure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21</w:t>
      </w:r>
      <w:r w:rsidR="00D36D51">
        <w:rPr>
          <w:color w:val="000000"/>
        </w:rPr>
        <w:fldChar w:fldCharType="end"/>
      </w:r>
      <w:r w:rsidRPr="00541089">
        <w:rPr>
          <w:color w:val="000000"/>
        </w:rPr>
        <w:t>: Discontinuation due to adverse events, comparison of placebo effect across included trials</w:t>
      </w:r>
      <w:r w:rsidRPr="00541089">
        <w:rPr>
          <w:noProof/>
        </w:rPr>
        <w:drawing>
          <wp:inline distT="0" distB="0" distL="0" distR="0" wp14:anchorId="164A0256" wp14:editId="3048664C">
            <wp:extent cx="6108700" cy="3053486"/>
            <wp:effectExtent l="0" t="0" r="0" b="0"/>
            <wp:docPr id="10020" name="Picture 1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pic:nvPicPr>
                  <pic:blipFill>
                    <a:blip r:embed="rId45"/>
                    <a:stretch>
                      <a:fillRect/>
                    </a:stretch>
                  </pic:blipFill>
                  <pic:spPr>
                    <a:xfrm>
                      <a:off x="0" y="0"/>
                      <a:ext cx="6108700" cy="3053486"/>
                    </a:xfrm>
                    <a:prstGeom prst="rect">
                      <a:avLst/>
                    </a:prstGeom>
                  </pic:spPr>
                </pic:pic>
              </a:graphicData>
            </a:graphic>
          </wp:inline>
        </w:drawing>
      </w:r>
    </w:p>
    <w:p w14:paraId="5F77783E" w14:textId="77777777" w:rsidR="009446D0" w:rsidRPr="00EB75F0" w:rsidRDefault="0084596B">
      <w:pPr>
        <w:pStyle w:val="Legend"/>
      </w:pPr>
      <w:r w:rsidRPr="00EB75F0">
        <w:rPr>
          <w:b/>
        </w:rPr>
        <w:t>Key:</w:t>
      </w:r>
      <w:r w:rsidRPr="00EB75F0">
        <w:t xml:space="preserve"> AE, adverse event.</w:t>
      </w:r>
    </w:p>
    <w:p w14:paraId="054CC4FC" w14:textId="77777777" w:rsidR="009446D0" w:rsidRPr="00EB75F0" w:rsidRDefault="009446D0">
      <w:pPr>
        <w:pStyle w:val="Legend"/>
      </w:pPr>
    </w:p>
    <w:p w14:paraId="6D2D9E95" w14:textId="1881D3DE" w:rsidR="009446D0" w:rsidRPr="00541089" w:rsidRDefault="0084596B">
      <w:pPr>
        <w:pStyle w:val="Heading2"/>
        <w:rPr>
          <w:color w:val="000000"/>
        </w:rPr>
      </w:pPr>
      <w:r w:rsidRPr="00541089">
        <w:rPr>
          <w:color w:val="000000"/>
        </w:rPr>
        <w:t>Figure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22</w:t>
      </w:r>
      <w:r w:rsidR="00D36D51">
        <w:rPr>
          <w:color w:val="000000"/>
        </w:rPr>
        <w:fldChar w:fldCharType="end"/>
      </w:r>
      <w:r w:rsidRPr="00541089">
        <w:rPr>
          <w:color w:val="000000"/>
        </w:rPr>
        <w:t>: ≥ 7% increase in weight, comparison of placebo effect across included trials</w:t>
      </w:r>
    </w:p>
    <w:p w14:paraId="0A29AC53" w14:textId="77777777" w:rsidR="009446D0" w:rsidRPr="00EB75F0" w:rsidRDefault="0084596B">
      <w:pPr>
        <w:pStyle w:val="Caption"/>
      </w:pPr>
      <w:r w:rsidRPr="00EB75F0">
        <w:rPr>
          <w:noProof/>
        </w:rPr>
        <w:drawing>
          <wp:inline distT="0" distB="0" distL="0" distR="0" wp14:anchorId="64894F45" wp14:editId="02B2E5DC">
            <wp:extent cx="6120130" cy="3059201"/>
            <wp:effectExtent l="0" t="0" r="0" b="0"/>
            <wp:docPr id="10021" name="Picture 1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pic:nvPicPr>
                  <pic:blipFill>
                    <a:blip r:embed="rId46"/>
                    <a:stretch>
                      <a:fillRect/>
                    </a:stretch>
                  </pic:blipFill>
                  <pic:spPr>
                    <a:xfrm>
                      <a:off x="0" y="0"/>
                      <a:ext cx="6120130" cy="3059201"/>
                    </a:xfrm>
                    <a:prstGeom prst="rect">
                      <a:avLst/>
                    </a:prstGeom>
                  </pic:spPr>
                </pic:pic>
              </a:graphicData>
            </a:graphic>
          </wp:inline>
        </w:drawing>
      </w:r>
    </w:p>
    <w:p w14:paraId="7BC498BB" w14:textId="77777777" w:rsidR="009446D0" w:rsidRPr="00EB75F0" w:rsidRDefault="009446D0"/>
    <w:p w14:paraId="4024410F" w14:textId="4A6EF016" w:rsidR="009446D0" w:rsidRPr="00541089" w:rsidRDefault="0084596B">
      <w:pPr>
        <w:pStyle w:val="Heading2"/>
      </w:pPr>
      <w:bookmarkStart w:id="74" w:name="_Ref14648069"/>
      <w:r w:rsidRPr="00541089">
        <w:rPr>
          <w:color w:val="000000"/>
        </w:rPr>
        <w:lastRenderedPageBreak/>
        <w:t>Figure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23</w:t>
      </w:r>
      <w:r w:rsidR="00D36D51">
        <w:rPr>
          <w:color w:val="000000"/>
        </w:rPr>
        <w:fldChar w:fldCharType="end"/>
      </w:r>
      <w:bookmarkEnd w:id="74"/>
      <w:r w:rsidRPr="00541089">
        <w:rPr>
          <w:color w:val="000000"/>
        </w:rPr>
        <w:t>: Sedation, comparison of placebo effect across included trials</w:t>
      </w:r>
      <w:r w:rsidRPr="00541089">
        <w:t xml:space="preserve"> </w:t>
      </w:r>
      <w:r w:rsidRPr="00541089">
        <w:rPr>
          <w:noProof/>
        </w:rPr>
        <w:drawing>
          <wp:inline distT="0" distB="0" distL="0" distR="0" wp14:anchorId="2428C998" wp14:editId="4BCA8730">
            <wp:extent cx="6120130" cy="3059201"/>
            <wp:effectExtent l="0" t="0" r="0" b="0"/>
            <wp:docPr id="10022" name="Picture 1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pic:nvPicPr>
                  <pic:blipFill>
                    <a:blip r:embed="rId47"/>
                    <a:stretch>
                      <a:fillRect/>
                    </a:stretch>
                  </pic:blipFill>
                  <pic:spPr>
                    <a:xfrm>
                      <a:off x="0" y="0"/>
                      <a:ext cx="6120130" cy="3059201"/>
                    </a:xfrm>
                    <a:prstGeom prst="rect">
                      <a:avLst/>
                    </a:prstGeom>
                  </pic:spPr>
                </pic:pic>
              </a:graphicData>
            </a:graphic>
          </wp:inline>
        </w:drawing>
      </w:r>
    </w:p>
    <w:p w14:paraId="49E0B17E" w14:textId="77777777" w:rsidR="009446D0" w:rsidRPr="00EB75F0" w:rsidRDefault="009446D0">
      <w:pPr>
        <w:rPr>
          <w:u w:val="single"/>
        </w:rPr>
      </w:pPr>
    </w:p>
    <w:p w14:paraId="4C060ED5" w14:textId="6CB05B15" w:rsidR="009446D0" w:rsidRPr="00541089" w:rsidRDefault="0084596B">
      <w:pPr>
        <w:pStyle w:val="Heading2"/>
        <w:rPr>
          <w:color w:val="000000"/>
        </w:rPr>
      </w:pPr>
      <w:bookmarkStart w:id="75" w:name="_Ref14246225"/>
      <w:bookmarkStart w:id="76" w:name="_Ref14230513"/>
      <w:r w:rsidRPr="00541089">
        <w:rPr>
          <w:color w:val="000000"/>
        </w:rPr>
        <w:t>Figure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24</w:t>
      </w:r>
      <w:r w:rsidR="00D36D51">
        <w:rPr>
          <w:color w:val="000000"/>
        </w:rPr>
        <w:fldChar w:fldCharType="end"/>
      </w:r>
      <w:bookmarkEnd w:id="75"/>
      <w:bookmarkEnd w:id="76"/>
      <w:r w:rsidRPr="00541089">
        <w:rPr>
          <w:color w:val="000000"/>
        </w:rPr>
        <w:t>: Somnolence, comparison of placebo effect across included trials</w:t>
      </w:r>
    </w:p>
    <w:p w14:paraId="1F73D5FA" w14:textId="77777777" w:rsidR="009446D0" w:rsidRPr="00EB75F0" w:rsidRDefault="0084596B">
      <w:r w:rsidRPr="00EB75F0">
        <w:rPr>
          <w:noProof/>
        </w:rPr>
        <w:drawing>
          <wp:inline distT="0" distB="0" distL="0" distR="0" wp14:anchorId="33B12B68" wp14:editId="2EDB0EFF">
            <wp:extent cx="6119317" cy="3058795"/>
            <wp:effectExtent l="0" t="0" r="0" b="0"/>
            <wp:docPr id="10023" name="Picture 1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pic:nvPicPr>
                  <pic:blipFill>
                    <a:blip r:embed="rId48"/>
                    <a:stretch>
                      <a:fillRect/>
                    </a:stretch>
                  </pic:blipFill>
                  <pic:spPr>
                    <a:xfrm>
                      <a:off x="0" y="0"/>
                      <a:ext cx="6119317" cy="3058795"/>
                    </a:xfrm>
                    <a:prstGeom prst="rect">
                      <a:avLst/>
                    </a:prstGeom>
                  </pic:spPr>
                </pic:pic>
              </a:graphicData>
            </a:graphic>
          </wp:inline>
        </w:drawing>
      </w:r>
    </w:p>
    <w:p w14:paraId="39E48E12" w14:textId="77777777" w:rsidR="009446D0" w:rsidRPr="00EB75F0" w:rsidRDefault="0084596B">
      <w:pPr>
        <w:spacing w:before="0" w:after="200" w:line="276" w:lineRule="auto"/>
      </w:pPr>
      <w:r w:rsidRPr="00EB75F0">
        <w:br w:type="page"/>
      </w:r>
    </w:p>
    <w:p w14:paraId="102B0F80" w14:textId="77777777" w:rsidR="009446D0" w:rsidRPr="00EB75F0" w:rsidRDefault="0084596B">
      <w:pPr>
        <w:pStyle w:val="Heading1"/>
        <w:numPr>
          <w:ilvl w:val="0"/>
          <w:numId w:val="17"/>
        </w:numPr>
        <w:ind w:left="0" w:firstLine="0"/>
        <w:rPr>
          <w:b/>
          <w:color w:val="001B2B"/>
          <w:sz w:val="24"/>
        </w:rPr>
      </w:pPr>
      <w:bookmarkStart w:id="77" w:name="_Ref14420070"/>
      <w:bookmarkStart w:id="78" w:name="_Ref14307174"/>
      <w:bookmarkStart w:id="79" w:name="_Ref14139520"/>
      <w:r w:rsidRPr="00EB75F0">
        <w:rPr>
          <w:b/>
          <w:color w:val="001B2B"/>
          <w:sz w:val="24"/>
        </w:rPr>
        <w:lastRenderedPageBreak/>
        <w:t>Endpoint-specific network diagrams</w:t>
      </w:r>
      <w:bookmarkEnd w:id="77"/>
      <w:bookmarkEnd w:id="78"/>
      <w:bookmarkEnd w:id="79"/>
    </w:p>
    <w:p w14:paraId="5EFE5580" w14:textId="503D51E8" w:rsidR="009446D0" w:rsidRPr="00EB75F0" w:rsidRDefault="0084596B">
      <w:pPr>
        <w:rPr>
          <w:color w:val="1E1E1E"/>
          <w:szCs w:val="22"/>
        </w:rPr>
      </w:pPr>
      <w:r w:rsidRPr="00EB75F0">
        <w:rPr>
          <w:szCs w:val="22"/>
        </w:rPr>
        <w:t xml:space="preserve">Plots of the endpoint-specific base case networks for the 11 endpoints of interest are presented in </w:t>
      </w:r>
      <w:r w:rsidRPr="00EB75F0">
        <w:rPr>
          <w:szCs w:val="22"/>
        </w:rPr>
        <w:fldChar w:fldCharType="begin"/>
      </w:r>
      <w:r w:rsidRPr="00EB75F0">
        <w:rPr>
          <w:szCs w:val="22"/>
        </w:rPr>
        <w:instrText>REF _Ref14517553 \h</w:instrText>
      </w:r>
      <w:r w:rsidR="00C568F7" w:rsidRPr="00EB75F0">
        <w:rPr>
          <w:szCs w:val="22"/>
        </w:rPr>
        <w:instrText xml:space="preserve"> \* MERGEFORMAT </w:instrText>
      </w:r>
      <w:r w:rsidRPr="00EB75F0">
        <w:rPr>
          <w:szCs w:val="22"/>
        </w:rPr>
      </w:r>
      <w:r w:rsidRPr="00EB75F0">
        <w:rPr>
          <w:szCs w:val="22"/>
        </w:rPr>
        <w:fldChar w:fldCharType="separate"/>
      </w:r>
      <w:r w:rsidR="004B2F28" w:rsidRPr="004B2F28">
        <w:rPr>
          <w:color w:val="1E1E1E"/>
          <w:szCs w:val="22"/>
        </w:rPr>
        <w:t>Figure S25</w:t>
      </w:r>
      <w:r w:rsidRPr="00EB75F0">
        <w:rPr>
          <w:szCs w:val="22"/>
        </w:rPr>
        <w:fldChar w:fldCharType="end"/>
      </w:r>
      <w:r w:rsidRPr="00EB75F0">
        <w:rPr>
          <w:szCs w:val="22"/>
        </w:rPr>
        <w:t xml:space="preserve"> to </w:t>
      </w:r>
      <w:r w:rsidRPr="00EB75F0">
        <w:rPr>
          <w:szCs w:val="22"/>
        </w:rPr>
        <w:fldChar w:fldCharType="begin"/>
      </w:r>
      <w:r w:rsidRPr="00EB75F0">
        <w:rPr>
          <w:szCs w:val="22"/>
        </w:rPr>
        <w:instrText>REF _Ref14826784 \h</w:instrText>
      </w:r>
      <w:r w:rsidR="00C568F7" w:rsidRPr="00EB75F0">
        <w:rPr>
          <w:szCs w:val="22"/>
        </w:rPr>
        <w:instrText xml:space="preserve"> \* MERGEFORMAT </w:instrText>
      </w:r>
      <w:r w:rsidRPr="00EB75F0">
        <w:rPr>
          <w:szCs w:val="22"/>
        </w:rPr>
      </w:r>
      <w:r w:rsidRPr="00EB75F0">
        <w:rPr>
          <w:szCs w:val="22"/>
        </w:rPr>
        <w:fldChar w:fldCharType="separate"/>
      </w:r>
      <w:r w:rsidR="004B2F28" w:rsidRPr="004B2F28">
        <w:rPr>
          <w:color w:val="1E1E1E"/>
          <w:szCs w:val="22"/>
        </w:rPr>
        <w:t>Figure S35</w:t>
      </w:r>
      <w:r w:rsidRPr="00EB75F0">
        <w:rPr>
          <w:szCs w:val="22"/>
        </w:rPr>
        <w:fldChar w:fldCharType="end"/>
      </w:r>
      <w:r w:rsidRPr="00EB75F0">
        <w:rPr>
          <w:szCs w:val="22"/>
        </w:rPr>
        <w:t>.</w:t>
      </w:r>
    </w:p>
    <w:p w14:paraId="5E22EB96" w14:textId="4E40D4D9" w:rsidR="009446D0" w:rsidRPr="00541089" w:rsidRDefault="0084596B">
      <w:pPr>
        <w:pStyle w:val="Heading2"/>
        <w:rPr>
          <w:color w:val="000000"/>
        </w:rPr>
      </w:pPr>
      <w:bookmarkStart w:id="80" w:name="_Ref14517553"/>
      <w:r w:rsidRPr="00541089">
        <w:rPr>
          <w:color w:val="000000"/>
        </w:rPr>
        <w:t>Figure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25</w:t>
      </w:r>
      <w:r w:rsidR="00D36D51">
        <w:rPr>
          <w:color w:val="000000"/>
        </w:rPr>
        <w:fldChar w:fldCharType="end"/>
      </w:r>
      <w:bookmarkEnd w:id="80"/>
      <w:r w:rsidRPr="00541089">
        <w:rPr>
          <w:color w:val="000000"/>
        </w:rPr>
        <w:t>: Change from baseline total PANSS score – base case network</w:t>
      </w:r>
    </w:p>
    <w:p w14:paraId="7CB4BC65" w14:textId="77777777" w:rsidR="009446D0" w:rsidRPr="00EB75F0" w:rsidRDefault="0084596B">
      <w:pPr>
        <w:jc w:val="center"/>
      </w:pPr>
      <w:r w:rsidRPr="00EB75F0">
        <w:rPr>
          <w:noProof/>
        </w:rPr>
        <w:drawing>
          <wp:inline distT="0" distB="0" distL="0" distR="0" wp14:anchorId="24DB1ACA" wp14:editId="670B8AF2">
            <wp:extent cx="5062918" cy="5050828"/>
            <wp:effectExtent l="0" t="0" r="0" b="0"/>
            <wp:docPr id="10024" name="Picture 1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pic:nvPicPr>
                  <pic:blipFill>
                    <a:blip r:embed="rId49" cstate="print">
                      <a:extLst>
                        <a:ext uri="{28A0092B-C50C-407E-A947-70E740481C1C}">
                          <a14:useLocalDpi xmlns:a14="http://schemas.microsoft.com/office/drawing/2010/main"/>
                        </a:ext>
                      </a:extLst>
                    </a:blip>
                    <a:srcRect/>
                    <a:stretch/>
                  </pic:blipFill>
                  <pic:spPr>
                    <a:xfrm>
                      <a:off x="0" y="0"/>
                      <a:ext cx="5062918" cy="5050828"/>
                    </a:xfrm>
                    <a:prstGeom prst="rect">
                      <a:avLst/>
                    </a:prstGeom>
                  </pic:spPr>
                </pic:pic>
              </a:graphicData>
            </a:graphic>
          </wp:inline>
        </w:drawing>
      </w:r>
    </w:p>
    <w:p w14:paraId="3CAC65E7" w14:textId="30906327" w:rsidR="009446D0" w:rsidRPr="00541089" w:rsidRDefault="0084596B">
      <w:pPr>
        <w:pStyle w:val="Heading2"/>
        <w:rPr>
          <w:color w:val="1E1E1E"/>
        </w:rPr>
      </w:pPr>
      <w:r w:rsidRPr="00541089">
        <w:rPr>
          <w:color w:val="1E1E1E"/>
        </w:rPr>
        <w:lastRenderedPageBreak/>
        <w:t>Fig</w:t>
      </w:r>
      <w:r w:rsidRPr="00541089">
        <w:rPr>
          <w:color w:val="000000"/>
        </w:rPr>
        <w:t>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26</w:t>
      </w:r>
      <w:r w:rsidR="00D36D51">
        <w:rPr>
          <w:color w:val="000000"/>
        </w:rPr>
        <w:fldChar w:fldCharType="end"/>
      </w:r>
      <w:r w:rsidRPr="00541089">
        <w:rPr>
          <w:color w:val="000000"/>
        </w:rPr>
        <w:t>: Change from baseline PANSS positive symptoms score – base case network</w:t>
      </w:r>
    </w:p>
    <w:p w14:paraId="3CCE2875" w14:textId="77777777" w:rsidR="009446D0" w:rsidRPr="00EB75F0" w:rsidRDefault="0084596B">
      <w:pPr>
        <w:jc w:val="center"/>
      </w:pPr>
      <w:r w:rsidRPr="00EB75F0">
        <w:rPr>
          <w:noProof/>
        </w:rPr>
        <w:drawing>
          <wp:inline distT="0" distB="0" distL="0" distR="0" wp14:anchorId="756B4DB7" wp14:editId="454444AD">
            <wp:extent cx="5062918" cy="5050828"/>
            <wp:effectExtent l="0" t="0" r="0" b="0"/>
            <wp:docPr id="10025" name="Picture 1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pic:nvPicPr>
                  <pic:blipFill>
                    <a:blip r:embed="rId50" cstate="print">
                      <a:extLst>
                        <a:ext uri="{28A0092B-C50C-407E-A947-70E740481C1C}">
                          <a14:useLocalDpi xmlns:a14="http://schemas.microsoft.com/office/drawing/2010/main"/>
                        </a:ext>
                      </a:extLst>
                    </a:blip>
                    <a:srcRect/>
                    <a:stretch/>
                  </pic:blipFill>
                  <pic:spPr>
                    <a:xfrm>
                      <a:off x="0" y="0"/>
                      <a:ext cx="5062918" cy="5050828"/>
                    </a:xfrm>
                    <a:prstGeom prst="rect">
                      <a:avLst/>
                    </a:prstGeom>
                  </pic:spPr>
                </pic:pic>
              </a:graphicData>
            </a:graphic>
          </wp:inline>
        </w:drawing>
      </w:r>
    </w:p>
    <w:p w14:paraId="4BF2ECAA" w14:textId="2A8CB63C" w:rsidR="009446D0" w:rsidRPr="00541089" w:rsidRDefault="0084596B">
      <w:pPr>
        <w:pStyle w:val="Heading2"/>
        <w:rPr>
          <w:color w:val="1E1E1E"/>
        </w:rPr>
      </w:pPr>
      <w:r w:rsidRPr="00541089">
        <w:rPr>
          <w:color w:val="1E1E1E"/>
        </w:rPr>
        <w:lastRenderedPageBreak/>
        <w:t>Figur</w:t>
      </w:r>
      <w:r w:rsidRPr="00541089">
        <w:rPr>
          <w:color w:val="000000"/>
        </w:rPr>
        <w:t>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27</w:t>
      </w:r>
      <w:r w:rsidR="00D36D51">
        <w:rPr>
          <w:color w:val="000000"/>
        </w:rPr>
        <w:fldChar w:fldCharType="end"/>
      </w:r>
      <w:r w:rsidRPr="00541089">
        <w:rPr>
          <w:color w:val="000000"/>
        </w:rPr>
        <w:t>: Change from baseline PANSS negative symptoms score – base case network</w:t>
      </w:r>
    </w:p>
    <w:p w14:paraId="416E1FA2" w14:textId="77777777" w:rsidR="009446D0" w:rsidRPr="00EB75F0" w:rsidRDefault="0084596B">
      <w:pPr>
        <w:jc w:val="center"/>
      </w:pPr>
      <w:r w:rsidRPr="00EB75F0">
        <w:rPr>
          <w:noProof/>
        </w:rPr>
        <w:drawing>
          <wp:inline distT="0" distB="0" distL="0" distR="0" wp14:anchorId="55F690BC" wp14:editId="4DC2CD21">
            <wp:extent cx="5062918" cy="5050828"/>
            <wp:effectExtent l="0" t="0" r="0" b="0"/>
            <wp:docPr id="10026" name="Picture 1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pic:nvPicPr>
                  <pic:blipFill>
                    <a:blip r:embed="rId51" cstate="print">
                      <a:extLst>
                        <a:ext uri="{28A0092B-C50C-407E-A947-70E740481C1C}">
                          <a14:useLocalDpi xmlns:a14="http://schemas.microsoft.com/office/drawing/2010/main"/>
                        </a:ext>
                      </a:extLst>
                    </a:blip>
                    <a:srcRect/>
                    <a:stretch/>
                  </pic:blipFill>
                  <pic:spPr>
                    <a:xfrm>
                      <a:off x="0" y="0"/>
                      <a:ext cx="5062918" cy="5050828"/>
                    </a:xfrm>
                    <a:prstGeom prst="rect">
                      <a:avLst/>
                    </a:prstGeom>
                  </pic:spPr>
                </pic:pic>
              </a:graphicData>
            </a:graphic>
          </wp:inline>
        </w:drawing>
      </w:r>
    </w:p>
    <w:p w14:paraId="38C05694" w14:textId="5280CE7E" w:rsidR="009446D0" w:rsidRPr="00541089" w:rsidRDefault="0084596B">
      <w:pPr>
        <w:pStyle w:val="Heading2"/>
        <w:rPr>
          <w:color w:val="1E1E1E"/>
        </w:rPr>
      </w:pPr>
      <w:r w:rsidRPr="00541089">
        <w:rPr>
          <w:color w:val="000000"/>
        </w:rPr>
        <w:lastRenderedPageBreak/>
        <w:t>Figure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28</w:t>
      </w:r>
      <w:r w:rsidR="00D36D51">
        <w:rPr>
          <w:color w:val="000000"/>
        </w:rPr>
        <w:fldChar w:fldCharType="end"/>
      </w:r>
      <w:r w:rsidRPr="00541089">
        <w:rPr>
          <w:color w:val="000000"/>
        </w:rPr>
        <w:t>: Change</w:t>
      </w:r>
      <w:r w:rsidRPr="00541089">
        <w:rPr>
          <w:color w:val="1E1E1E"/>
        </w:rPr>
        <w:t xml:space="preserve"> from baseline CGI-S score – base case network</w:t>
      </w:r>
    </w:p>
    <w:p w14:paraId="45C6459B" w14:textId="77777777" w:rsidR="009446D0" w:rsidRPr="00EB75F0" w:rsidRDefault="0084596B">
      <w:pPr>
        <w:jc w:val="center"/>
      </w:pPr>
      <w:r w:rsidRPr="00EB75F0">
        <w:rPr>
          <w:noProof/>
        </w:rPr>
        <w:drawing>
          <wp:inline distT="0" distB="0" distL="0" distR="0" wp14:anchorId="0939D211" wp14:editId="7C907AC5">
            <wp:extent cx="5062918" cy="5050828"/>
            <wp:effectExtent l="0" t="0" r="0" b="0"/>
            <wp:docPr id="10027" name="Picture 1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pic:nvPicPr>
                  <pic:blipFill>
                    <a:blip r:embed="rId52" cstate="print">
                      <a:extLst>
                        <a:ext uri="{28A0092B-C50C-407E-A947-70E740481C1C}">
                          <a14:useLocalDpi xmlns:a14="http://schemas.microsoft.com/office/drawing/2010/main"/>
                        </a:ext>
                      </a:extLst>
                    </a:blip>
                    <a:srcRect/>
                    <a:stretch/>
                  </pic:blipFill>
                  <pic:spPr>
                    <a:xfrm>
                      <a:off x="0" y="0"/>
                      <a:ext cx="5062918" cy="5050828"/>
                    </a:xfrm>
                    <a:prstGeom prst="rect">
                      <a:avLst/>
                    </a:prstGeom>
                  </pic:spPr>
                </pic:pic>
              </a:graphicData>
            </a:graphic>
          </wp:inline>
        </w:drawing>
      </w:r>
    </w:p>
    <w:p w14:paraId="62691CFB" w14:textId="6E7C690C" w:rsidR="009446D0" w:rsidRPr="00541089" w:rsidRDefault="0084596B">
      <w:pPr>
        <w:pStyle w:val="Heading2"/>
        <w:rPr>
          <w:color w:val="000000"/>
        </w:rPr>
      </w:pPr>
      <w:r w:rsidRPr="00541089">
        <w:rPr>
          <w:color w:val="000000"/>
        </w:rPr>
        <w:lastRenderedPageBreak/>
        <w:t>Figure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29</w:t>
      </w:r>
      <w:r w:rsidR="00D36D51">
        <w:rPr>
          <w:color w:val="000000"/>
        </w:rPr>
        <w:fldChar w:fldCharType="end"/>
      </w:r>
      <w:r w:rsidRPr="00541089">
        <w:rPr>
          <w:color w:val="000000"/>
        </w:rPr>
        <w:t>: Change from baseline weight – base case network</w:t>
      </w:r>
    </w:p>
    <w:p w14:paraId="7589A292" w14:textId="77777777" w:rsidR="009446D0" w:rsidRPr="00EB75F0" w:rsidRDefault="0084596B">
      <w:pPr>
        <w:jc w:val="center"/>
      </w:pPr>
      <w:r w:rsidRPr="00EB75F0">
        <w:rPr>
          <w:noProof/>
        </w:rPr>
        <w:drawing>
          <wp:inline distT="0" distB="0" distL="0" distR="0" wp14:anchorId="5225BE8F" wp14:editId="5B8E48EC">
            <wp:extent cx="5062918" cy="5050828"/>
            <wp:effectExtent l="0" t="0" r="0" b="0"/>
            <wp:docPr id="10028" name="Picture 1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pic:nvPicPr>
                  <pic:blipFill>
                    <a:blip r:embed="rId53" cstate="print">
                      <a:extLst>
                        <a:ext uri="{28A0092B-C50C-407E-A947-70E740481C1C}">
                          <a14:useLocalDpi xmlns:a14="http://schemas.microsoft.com/office/drawing/2010/main"/>
                        </a:ext>
                      </a:extLst>
                    </a:blip>
                    <a:srcRect/>
                    <a:stretch/>
                  </pic:blipFill>
                  <pic:spPr>
                    <a:xfrm>
                      <a:off x="0" y="0"/>
                      <a:ext cx="5062918" cy="5050828"/>
                    </a:xfrm>
                    <a:prstGeom prst="rect">
                      <a:avLst/>
                    </a:prstGeom>
                  </pic:spPr>
                </pic:pic>
              </a:graphicData>
            </a:graphic>
          </wp:inline>
        </w:drawing>
      </w:r>
    </w:p>
    <w:p w14:paraId="3C2EAFA1" w14:textId="4912911A" w:rsidR="009446D0" w:rsidRPr="00541089" w:rsidRDefault="0084596B">
      <w:pPr>
        <w:pStyle w:val="Heading2"/>
        <w:rPr>
          <w:color w:val="000000"/>
        </w:rPr>
      </w:pPr>
      <w:r w:rsidRPr="00541089">
        <w:rPr>
          <w:color w:val="000000"/>
        </w:rPr>
        <w:lastRenderedPageBreak/>
        <w:t>Figure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30</w:t>
      </w:r>
      <w:r w:rsidR="00D36D51">
        <w:rPr>
          <w:color w:val="000000"/>
        </w:rPr>
        <w:fldChar w:fldCharType="end"/>
      </w:r>
      <w:r w:rsidRPr="00541089">
        <w:rPr>
          <w:color w:val="000000"/>
        </w:rPr>
        <w:t xml:space="preserve">: </w:t>
      </w:r>
      <w:bookmarkStart w:id="81" w:name="_Hlk213170737"/>
      <w:r w:rsidRPr="00541089">
        <w:rPr>
          <w:color w:val="000000"/>
        </w:rPr>
        <w:t>≥ 30% improvement in PANSS total score from baseline</w:t>
      </w:r>
      <w:bookmarkEnd w:id="81"/>
      <w:r w:rsidRPr="00541089">
        <w:rPr>
          <w:color w:val="000000"/>
        </w:rPr>
        <w:t xml:space="preserve"> – base case network</w:t>
      </w:r>
    </w:p>
    <w:p w14:paraId="66147F3D" w14:textId="77777777" w:rsidR="009446D0" w:rsidRPr="00EB75F0" w:rsidRDefault="0084596B">
      <w:pPr>
        <w:jc w:val="center"/>
      </w:pPr>
      <w:r w:rsidRPr="00EB75F0">
        <w:rPr>
          <w:noProof/>
        </w:rPr>
        <w:drawing>
          <wp:inline distT="0" distB="0" distL="0" distR="0" wp14:anchorId="2E7DF41F" wp14:editId="3E8DA8B7">
            <wp:extent cx="5062918" cy="5050828"/>
            <wp:effectExtent l="0" t="0" r="0" b="0"/>
            <wp:docPr id="10029" name="Picture 1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pic:nvPicPr>
                  <pic:blipFill>
                    <a:blip r:embed="rId54" cstate="print">
                      <a:extLst>
                        <a:ext uri="{28A0092B-C50C-407E-A947-70E740481C1C}">
                          <a14:useLocalDpi xmlns:a14="http://schemas.microsoft.com/office/drawing/2010/main"/>
                        </a:ext>
                      </a:extLst>
                    </a:blip>
                    <a:srcRect/>
                    <a:stretch/>
                  </pic:blipFill>
                  <pic:spPr>
                    <a:xfrm>
                      <a:off x="0" y="0"/>
                      <a:ext cx="5062918" cy="5050828"/>
                    </a:xfrm>
                    <a:prstGeom prst="rect">
                      <a:avLst/>
                    </a:prstGeom>
                  </pic:spPr>
                </pic:pic>
              </a:graphicData>
            </a:graphic>
          </wp:inline>
        </w:drawing>
      </w:r>
    </w:p>
    <w:p w14:paraId="3B623980" w14:textId="04253D58" w:rsidR="009446D0" w:rsidRPr="00541089" w:rsidRDefault="0084596B">
      <w:pPr>
        <w:pStyle w:val="Heading2"/>
        <w:rPr>
          <w:color w:val="000000"/>
        </w:rPr>
      </w:pPr>
      <w:r w:rsidRPr="00541089">
        <w:rPr>
          <w:color w:val="000000"/>
        </w:rPr>
        <w:lastRenderedPageBreak/>
        <w:t>Figure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31</w:t>
      </w:r>
      <w:r w:rsidR="00D36D51">
        <w:rPr>
          <w:color w:val="000000"/>
        </w:rPr>
        <w:fldChar w:fldCharType="end"/>
      </w:r>
      <w:r w:rsidRPr="00541089">
        <w:rPr>
          <w:color w:val="000000"/>
        </w:rPr>
        <w:t>: Discontinuation due to all causes – base case network</w:t>
      </w:r>
    </w:p>
    <w:p w14:paraId="4244C462" w14:textId="77777777" w:rsidR="009446D0" w:rsidRPr="00EB75F0" w:rsidRDefault="0084596B">
      <w:pPr>
        <w:jc w:val="center"/>
      </w:pPr>
      <w:r w:rsidRPr="00EB75F0">
        <w:rPr>
          <w:noProof/>
        </w:rPr>
        <w:drawing>
          <wp:inline distT="0" distB="0" distL="0" distR="0" wp14:anchorId="12123C59" wp14:editId="6E794D0C">
            <wp:extent cx="5062918" cy="5050828"/>
            <wp:effectExtent l="0" t="0" r="0" b="0"/>
            <wp:docPr id="10030" name="Picture 1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pic:nvPicPr>
                  <pic:blipFill>
                    <a:blip r:embed="rId55" cstate="print">
                      <a:extLst>
                        <a:ext uri="{28A0092B-C50C-407E-A947-70E740481C1C}">
                          <a14:useLocalDpi xmlns:a14="http://schemas.microsoft.com/office/drawing/2010/main"/>
                        </a:ext>
                      </a:extLst>
                    </a:blip>
                    <a:srcRect/>
                    <a:stretch/>
                  </pic:blipFill>
                  <pic:spPr>
                    <a:xfrm>
                      <a:off x="0" y="0"/>
                      <a:ext cx="5062918" cy="5050828"/>
                    </a:xfrm>
                    <a:prstGeom prst="rect">
                      <a:avLst/>
                    </a:prstGeom>
                  </pic:spPr>
                </pic:pic>
              </a:graphicData>
            </a:graphic>
          </wp:inline>
        </w:drawing>
      </w:r>
    </w:p>
    <w:p w14:paraId="632EB81E" w14:textId="0015B3EF" w:rsidR="009446D0" w:rsidRPr="00541089" w:rsidRDefault="0084596B">
      <w:pPr>
        <w:pStyle w:val="Heading2"/>
        <w:rPr>
          <w:color w:val="000000"/>
        </w:rPr>
      </w:pPr>
      <w:r w:rsidRPr="00541089">
        <w:rPr>
          <w:color w:val="000000"/>
        </w:rPr>
        <w:lastRenderedPageBreak/>
        <w:t>Figure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32</w:t>
      </w:r>
      <w:r w:rsidR="00D36D51">
        <w:rPr>
          <w:color w:val="000000"/>
        </w:rPr>
        <w:fldChar w:fldCharType="end"/>
      </w:r>
      <w:r w:rsidRPr="00541089">
        <w:rPr>
          <w:color w:val="000000"/>
        </w:rPr>
        <w:t>: Discontinuation due to adverse events – base case network</w:t>
      </w:r>
    </w:p>
    <w:p w14:paraId="125A52E8" w14:textId="77777777" w:rsidR="009446D0" w:rsidRPr="00EB75F0" w:rsidRDefault="0084596B">
      <w:pPr>
        <w:jc w:val="center"/>
      </w:pPr>
      <w:r w:rsidRPr="00EB75F0">
        <w:rPr>
          <w:noProof/>
        </w:rPr>
        <w:drawing>
          <wp:inline distT="0" distB="0" distL="0" distR="0" wp14:anchorId="3A74C4CE" wp14:editId="517E1F08">
            <wp:extent cx="5062918" cy="5050828"/>
            <wp:effectExtent l="0" t="0" r="0" b="0"/>
            <wp:docPr id="10031" name="Picture 1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pic:nvPicPr>
                  <pic:blipFill>
                    <a:blip r:embed="rId56" cstate="print">
                      <a:extLst>
                        <a:ext uri="{28A0092B-C50C-407E-A947-70E740481C1C}">
                          <a14:useLocalDpi xmlns:a14="http://schemas.microsoft.com/office/drawing/2010/main"/>
                        </a:ext>
                      </a:extLst>
                    </a:blip>
                    <a:srcRect/>
                    <a:stretch/>
                  </pic:blipFill>
                  <pic:spPr>
                    <a:xfrm>
                      <a:off x="0" y="0"/>
                      <a:ext cx="5062918" cy="5050828"/>
                    </a:xfrm>
                    <a:prstGeom prst="rect">
                      <a:avLst/>
                    </a:prstGeom>
                  </pic:spPr>
                </pic:pic>
              </a:graphicData>
            </a:graphic>
          </wp:inline>
        </w:drawing>
      </w:r>
    </w:p>
    <w:p w14:paraId="2E2B595C" w14:textId="1E919587" w:rsidR="009446D0" w:rsidRPr="00541089" w:rsidRDefault="0084596B">
      <w:pPr>
        <w:pStyle w:val="Heading2"/>
        <w:rPr>
          <w:color w:val="000000"/>
        </w:rPr>
      </w:pPr>
      <w:r w:rsidRPr="00541089">
        <w:rPr>
          <w:color w:val="000000"/>
        </w:rPr>
        <w:lastRenderedPageBreak/>
        <w:t>Figure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33</w:t>
      </w:r>
      <w:r w:rsidR="00D36D51">
        <w:rPr>
          <w:color w:val="000000"/>
        </w:rPr>
        <w:fldChar w:fldCharType="end"/>
      </w:r>
      <w:r w:rsidRPr="00541089">
        <w:rPr>
          <w:color w:val="000000"/>
        </w:rPr>
        <w:t>: ≥ 7% increase in weight – base case network</w:t>
      </w:r>
    </w:p>
    <w:p w14:paraId="500FF869" w14:textId="77777777" w:rsidR="009446D0" w:rsidRPr="00EB75F0" w:rsidRDefault="0084596B">
      <w:pPr>
        <w:jc w:val="center"/>
      </w:pPr>
      <w:r w:rsidRPr="00EB75F0">
        <w:rPr>
          <w:noProof/>
        </w:rPr>
        <w:drawing>
          <wp:inline distT="0" distB="0" distL="0" distR="0" wp14:anchorId="4C2DCC5E" wp14:editId="79FF481B">
            <wp:extent cx="5062918" cy="5050828"/>
            <wp:effectExtent l="0" t="0" r="0" b="0"/>
            <wp:docPr id="10032" name="Picture 1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pic:cNvPicPr/>
                  </pic:nvPicPr>
                  <pic:blipFill>
                    <a:blip r:embed="rId57" cstate="print">
                      <a:extLst>
                        <a:ext uri="{28A0092B-C50C-407E-A947-70E740481C1C}">
                          <a14:useLocalDpi xmlns:a14="http://schemas.microsoft.com/office/drawing/2010/main"/>
                        </a:ext>
                      </a:extLst>
                    </a:blip>
                    <a:srcRect/>
                    <a:stretch/>
                  </pic:blipFill>
                  <pic:spPr>
                    <a:xfrm>
                      <a:off x="0" y="0"/>
                      <a:ext cx="5062918" cy="5050828"/>
                    </a:xfrm>
                    <a:prstGeom prst="rect">
                      <a:avLst/>
                    </a:prstGeom>
                  </pic:spPr>
                </pic:pic>
              </a:graphicData>
            </a:graphic>
          </wp:inline>
        </w:drawing>
      </w:r>
    </w:p>
    <w:p w14:paraId="0FB9B3C2" w14:textId="136B388A" w:rsidR="009446D0" w:rsidRPr="00541089" w:rsidRDefault="0084596B">
      <w:pPr>
        <w:pStyle w:val="Heading2"/>
        <w:rPr>
          <w:color w:val="000000"/>
        </w:rPr>
      </w:pPr>
      <w:r w:rsidRPr="00541089">
        <w:rPr>
          <w:color w:val="000000"/>
        </w:rPr>
        <w:lastRenderedPageBreak/>
        <w:t>Figure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34</w:t>
      </w:r>
      <w:r w:rsidR="00D36D51">
        <w:rPr>
          <w:color w:val="000000"/>
        </w:rPr>
        <w:fldChar w:fldCharType="end"/>
      </w:r>
      <w:r w:rsidRPr="00541089">
        <w:rPr>
          <w:color w:val="000000"/>
        </w:rPr>
        <w:t>: Sedation – base case network</w:t>
      </w:r>
    </w:p>
    <w:p w14:paraId="6231C442" w14:textId="77777777" w:rsidR="009446D0" w:rsidRPr="00EB75F0" w:rsidRDefault="0084596B">
      <w:pPr>
        <w:jc w:val="center"/>
      </w:pPr>
      <w:r w:rsidRPr="00EB75F0">
        <w:rPr>
          <w:noProof/>
        </w:rPr>
        <w:drawing>
          <wp:inline distT="0" distB="0" distL="0" distR="0" wp14:anchorId="45F2C6FF" wp14:editId="73D62967">
            <wp:extent cx="5062918" cy="5050828"/>
            <wp:effectExtent l="0" t="0" r="0" b="0"/>
            <wp:docPr id="10033" name="Picture 1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pic:nvPicPr>
                  <pic:blipFill>
                    <a:blip r:embed="rId58" cstate="print">
                      <a:extLst>
                        <a:ext uri="{28A0092B-C50C-407E-A947-70E740481C1C}">
                          <a14:useLocalDpi xmlns:a14="http://schemas.microsoft.com/office/drawing/2010/main"/>
                        </a:ext>
                      </a:extLst>
                    </a:blip>
                    <a:srcRect/>
                    <a:stretch/>
                  </pic:blipFill>
                  <pic:spPr>
                    <a:xfrm>
                      <a:off x="0" y="0"/>
                      <a:ext cx="5062918" cy="5050828"/>
                    </a:xfrm>
                    <a:prstGeom prst="rect">
                      <a:avLst/>
                    </a:prstGeom>
                  </pic:spPr>
                </pic:pic>
              </a:graphicData>
            </a:graphic>
          </wp:inline>
        </w:drawing>
      </w:r>
    </w:p>
    <w:p w14:paraId="2A430D51" w14:textId="3940D96E" w:rsidR="009446D0" w:rsidRPr="00541089" w:rsidRDefault="0084596B">
      <w:pPr>
        <w:pStyle w:val="Heading2"/>
        <w:rPr>
          <w:color w:val="000000"/>
        </w:rPr>
      </w:pPr>
      <w:bookmarkStart w:id="82" w:name="_Ref14826784"/>
      <w:r w:rsidRPr="00541089">
        <w:rPr>
          <w:color w:val="000000"/>
        </w:rPr>
        <w:lastRenderedPageBreak/>
        <w:t>Figure S</w:t>
      </w:r>
      <w:r w:rsidR="00D36D51">
        <w:rPr>
          <w:color w:val="000000"/>
        </w:rPr>
        <w:fldChar w:fldCharType="begin"/>
      </w:r>
      <w:r w:rsidR="00D36D51">
        <w:rPr>
          <w:color w:val="000000"/>
        </w:rPr>
        <w:instrText xml:space="preserve"> SEQ Figure \* ARABIC </w:instrText>
      </w:r>
      <w:r w:rsidR="00D36D51">
        <w:rPr>
          <w:color w:val="000000"/>
        </w:rPr>
        <w:fldChar w:fldCharType="separate"/>
      </w:r>
      <w:r w:rsidR="004B2F28">
        <w:rPr>
          <w:noProof/>
          <w:color w:val="000000"/>
        </w:rPr>
        <w:t>35</w:t>
      </w:r>
      <w:r w:rsidR="00D36D51">
        <w:rPr>
          <w:color w:val="000000"/>
        </w:rPr>
        <w:fldChar w:fldCharType="end"/>
      </w:r>
      <w:bookmarkEnd w:id="82"/>
      <w:r w:rsidRPr="00541089">
        <w:rPr>
          <w:color w:val="000000"/>
        </w:rPr>
        <w:t>: Somnolence – base case network</w:t>
      </w:r>
    </w:p>
    <w:p w14:paraId="6962A122" w14:textId="77777777" w:rsidR="009446D0" w:rsidRPr="00EB75F0" w:rsidRDefault="0084596B">
      <w:pPr>
        <w:jc w:val="center"/>
      </w:pPr>
      <w:r w:rsidRPr="00EB75F0">
        <w:rPr>
          <w:noProof/>
        </w:rPr>
        <w:drawing>
          <wp:inline distT="0" distB="0" distL="0" distR="0" wp14:anchorId="74920C13" wp14:editId="3C49BCA0">
            <wp:extent cx="5062918" cy="5050828"/>
            <wp:effectExtent l="0" t="0" r="0" b="0"/>
            <wp:docPr id="10034" name="Picture 1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pic:nvPicPr>
                  <pic:blipFill>
                    <a:blip r:embed="rId59" cstate="print">
                      <a:extLst>
                        <a:ext uri="{28A0092B-C50C-407E-A947-70E740481C1C}">
                          <a14:useLocalDpi xmlns:a14="http://schemas.microsoft.com/office/drawing/2010/main"/>
                        </a:ext>
                      </a:extLst>
                    </a:blip>
                    <a:srcRect/>
                    <a:stretch/>
                  </pic:blipFill>
                  <pic:spPr>
                    <a:xfrm>
                      <a:off x="0" y="0"/>
                      <a:ext cx="5062918" cy="5050828"/>
                    </a:xfrm>
                    <a:prstGeom prst="rect">
                      <a:avLst/>
                    </a:prstGeom>
                  </pic:spPr>
                </pic:pic>
              </a:graphicData>
            </a:graphic>
          </wp:inline>
        </w:drawing>
      </w:r>
    </w:p>
    <w:p w14:paraId="07CC84D9" w14:textId="77777777" w:rsidR="009446D0" w:rsidRPr="00EB75F0" w:rsidRDefault="009446D0">
      <w:pPr>
        <w:pStyle w:val="Heading1"/>
        <w:numPr>
          <w:ilvl w:val="0"/>
          <w:numId w:val="17"/>
        </w:numPr>
        <w:ind w:left="0" w:firstLine="0"/>
        <w:rPr>
          <w:b/>
          <w:color w:val="1E1E1E"/>
          <w:sz w:val="24"/>
        </w:rPr>
        <w:sectPr w:rsidR="009446D0" w:rsidRPr="00EB75F0">
          <w:pgSz w:w="11906" w:h="16838"/>
          <w:pgMar w:top="1134" w:right="1134" w:bottom="1134" w:left="1134" w:header="567" w:footer="567" w:gutter="0"/>
          <w:cols w:space="708"/>
          <w:docGrid w:linePitch="360"/>
        </w:sectPr>
      </w:pPr>
    </w:p>
    <w:p w14:paraId="7149ABF1" w14:textId="77777777" w:rsidR="005816E5" w:rsidRPr="00EB75F0" w:rsidRDefault="005816E5" w:rsidP="005816E5">
      <w:pPr>
        <w:pStyle w:val="Heading1"/>
        <w:numPr>
          <w:ilvl w:val="0"/>
          <w:numId w:val="17"/>
        </w:numPr>
        <w:ind w:left="0" w:firstLine="0"/>
        <w:rPr>
          <w:b/>
          <w:color w:val="001B2B"/>
          <w:sz w:val="24"/>
        </w:rPr>
      </w:pPr>
      <w:bookmarkStart w:id="83" w:name="_Ref14598933"/>
      <w:bookmarkStart w:id="84" w:name="_Ref14240071"/>
      <w:r w:rsidRPr="00EB75F0">
        <w:rPr>
          <w:b/>
          <w:color w:val="001B2B"/>
          <w:sz w:val="24"/>
        </w:rPr>
        <w:lastRenderedPageBreak/>
        <w:t>Analysis data</w:t>
      </w:r>
    </w:p>
    <w:p w14:paraId="32562C7F" w14:textId="33777947" w:rsidR="005816E5" w:rsidRPr="00EB75F0" w:rsidRDefault="005816E5" w:rsidP="005816E5">
      <w:pPr>
        <w:pStyle w:val="BodyText"/>
      </w:pPr>
      <w:r w:rsidRPr="00EB75F0">
        <w:fldChar w:fldCharType="begin"/>
      </w:r>
      <w:r w:rsidRPr="00EB75F0">
        <w:instrText xml:space="preserve"> REF _Ref213841910 \h </w:instrText>
      </w:r>
      <w:r w:rsidRPr="00EB75F0">
        <w:fldChar w:fldCharType="separate"/>
      </w:r>
      <w:r w:rsidR="004B2F28" w:rsidRPr="00EB75F0">
        <w:t>Table S</w:t>
      </w:r>
      <w:r w:rsidR="004B2F28">
        <w:rPr>
          <w:noProof/>
        </w:rPr>
        <w:t>10</w:t>
      </w:r>
      <w:r w:rsidR="004B2F28" w:rsidRPr="00EB75F0">
        <w:noBreakHyphen/>
      </w:r>
      <w:r w:rsidR="004B2F28">
        <w:rPr>
          <w:noProof/>
        </w:rPr>
        <w:t>1</w:t>
      </w:r>
      <w:r w:rsidRPr="00EB75F0">
        <w:fldChar w:fldCharType="end"/>
      </w:r>
      <w:r w:rsidRPr="00EB75F0">
        <w:t xml:space="preserve"> to </w:t>
      </w:r>
      <w:r w:rsidRPr="00EB75F0">
        <w:fldChar w:fldCharType="begin"/>
      </w:r>
      <w:r w:rsidRPr="00EB75F0">
        <w:instrText xml:space="preserve"> REF _Ref213841916 \h </w:instrText>
      </w:r>
      <w:r w:rsidRPr="00EB75F0">
        <w:fldChar w:fldCharType="separate"/>
      </w:r>
      <w:r w:rsidR="004B2F28" w:rsidRPr="00EB75F0">
        <w:t>Table S</w:t>
      </w:r>
      <w:r w:rsidR="004B2F28">
        <w:rPr>
          <w:noProof/>
        </w:rPr>
        <w:t>10</w:t>
      </w:r>
      <w:r w:rsidR="004B2F28" w:rsidRPr="00EB75F0">
        <w:noBreakHyphen/>
      </w:r>
      <w:r w:rsidR="004B2F28">
        <w:rPr>
          <w:noProof/>
        </w:rPr>
        <w:t>11</w:t>
      </w:r>
      <w:r w:rsidRPr="00EB75F0">
        <w:fldChar w:fldCharType="end"/>
      </w:r>
      <w:r w:rsidRPr="00EB75F0">
        <w:t xml:space="preserve"> below provide the NMA input datasets for each endpoint specific base case network.</w:t>
      </w:r>
    </w:p>
    <w:p w14:paraId="2EF5C600" w14:textId="77777777" w:rsidR="005816E5" w:rsidRPr="00541089" w:rsidRDefault="005816E5" w:rsidP="005816E5">
      <w:pPr>
        <w:pStyle w:val="Heading2"/>
      </w:pPr>
      <w:r w:rsidRPr="00541089">
        <w:t>Change from baseline total PANSS score</w:t>
      </w:r>
    </w:p>
    <w:p w14:paraId="25B9BAE1" w14:textId="79DB7103" w:rsidR="005816E5" w:rsidRPr="00EB75F0" w:rsidRDefault="005816E5" w:rsidP="00374E8F">
      <w:pPr>
        <w:pStyle w:val="Heading3"/>
      </w:pPr>
      <w:bookmarkStart w:id="85" w:name="_Ref213841910"/>
      <w:r w:rsidRPr="00EB75F0">
        <w:t xml:space="preserve">Table </w:t>
      </w:r>
      <w:r w:rsidR="00A06AE8" w:rsidRPr="00EB75F0">
        <w:t>S</w:t>
      </w:r>
      <w:fldSimple w:instr=" STYLEREF 1 \s ">
        <w:r w:rsidR="004B2F28">
          <w:rPr>
            <w:noProof/>
          </w:rPr>
          <w:t>10</w:t>
        </w:r>
      </w:fldSimple>
      <w:r w:rsidR="00EE288E" w:rsidRPr="00EB75F0">
        <w:noBreakHyphen/>
      </w:r>
      <w:fldSimple w:instr=" SEQ Table \* ARABIC \s 1 ">
        <w:r w:rsidR="004B2F28">
          <w:rPr>
            <w:noProof/>
          </w:rPr>
          <w:t>1</w:t>
        </w:r>
      </w:fldSimple>
      <w:bookmarkEnd w:id="85"/>
      <w:r w:rsidRPr="00EB75F0">
        <w:t>: NMA input dataset - change from baseline total PANSS score, base case network</w:t>
      </w:r>
    </w:p>
    <w:tbl>
      <w:tblPr>
        <w:tblStyle w:val="Lumanitytable"/>
        <w:tblW w:w="9638" w:type="dxa"/>
        <w:tblLook w:val="04A0" w:firstRow="1" w:lastRow="0" w:firstColumn="1" w:lastColumn="0" w:noHBand="0" w:noVBand="1"/>
      </w:tblPr>
      <w:tblGrid>
        <w:gridCol w:w="1906"/>
        <w:gridCol w:w="2026"/>
        <w:gridCol w:w="1926"/>
        <w:gridCol w:w="1890"/>
        <w:gridCol w:w="1890"/>
      </w:tblGrid>
      <w:tr w:rsidR="005816E5" w:rsidRPr="00261E76" w14:paraId="47036185" w14:textId="77777777" w:rsidTr="00C32B29">
        <w:trPr>
          <w:cnfStyle w:val="100000000000" w:firstRow="1" w:lastRow="0" w:firstColumn="0" w:lastColumn="0" w:oddVBand="0" w:evenVBand="0" w:oddHBand="0" w:evenHBand="0" w:firstRowFirstColumn="0" w:firstRowLastColumn="0" w:lastRowFirstColumn="0" w:lastRowLastColumn="0"/>
          <w:trHeight w:val="288"/>
        </w:trPr>
        <w:tc>
          <w:tcPr>
            <w:tcW w:w="1927" w:type="dxa"/>
            <w:vAlign w:val="bottom"/>
          </w:tcPr>
          <w:p w14:paraId="61430B26" w14:textId="77777777" w:rsidR="005816E5" w:rsidRPr="00261E76" w:rsidRDefault="005816E5" w:rsidP="00C32B29">
            <w:pPr>
              <w:pStyle w:val="BodyText"/>
              <w:spacing w:before="0" w:after="0" w:line="240" w:lineRule="auto"/>
              <w:rPr>
                <w:rFonts w:asciiTheme="majorHAnsi" w:hAnsiTheme="majorHAnsi" w:cstheme="majorHAnsi"/>
                <w:color w:val="FFFFFF" w:themeColor="background1"/>
                <w:sz w:val="18"/>
                <w:szCs w:val="20"/>
              </w:rPr>
            </w:pPr>
            <w:proofErr w:type="spellStart"/>
            <w:r w:rsidRPr="00261E76">
              <w:rPr>
                <w:rFonts w:asciiTheme="majorHAnsi" w:hAnsiTheme="majorHAnsi" w:cstheme="majorHAnsi"/>
                <w:color w:val="FFFFFF" w:themeColor="background1"/>
                <w:szCs w:val="22"/>
              </w:rPr>
              <w:t>StudyName</w:t>
            </w:r>
            <w:proofErr w:type="spellEnd"/>
          </w:p>
        </w:tc>
        <w:tc>
          <w:tcPr>
            <w:tcW w:w="1927" w:type="dxa"/>
            <w:vAlign w:val="bottom"/>
          </w:tcPr>
          <w:p w14:paraId="640FA099" w14:textId="77777777" w:rsidR="005816E5" w:rsidRPr="00261E76" w:rsidRDefault="005816E5" w:rsidP="00C32B29">
            <w:pPr>
              <w:pStyle w:val="BodyText"/>
              <w:spacing w:before="0" w:after="0" w:line="240" w:lineRule="auto"/>
              <w:rPr>
                <w:rFonts w:asciiTheme="majorHAnsi" w:hAnsiTheme="majorHAnsi" w:cstheme="majorHAnsi"/>
                <w:color w:val="FFFFFF" w:themeColor="background1"/>
                <w:sz w:val="18"/>
                <w:szCs w:val="20"/>
              </w:rPr>
            </w:pPr>
            <w:proofErr w:type="spellStart"/>
            <w:r w:rsidRPr="00261E76">
              <w:rPr>
                <w:rFonts w:asciiTheme="majorHAnsi" w:hAnsiTheme="majorHAnsi" w:cstheme="majorHAnsi"/>
                <w:color w:val="FFFFFF" w:themeColor="background1"/>
                <w:szCs w:val="22"/>
              </w:rPr>
              <w:t>NumberAnalysed</w:t>
            </w:r>
            <w:proofErr w:type="spellEnd"/>
          </w:p>
        </w:tc>
        <w:tc>
          <w:tcPr>
            <w:tcW w:w="1928" w:type="dxa"/>
            <w:vAlign w:val="bottom"/>
          </w:tcPr>
          <w:p w14:paraId="4690E7B8" w14:textId="77777777" w:rsidR="005816E5" w:rsidRPr="00261E76" w:rsidRDefault="005816E5" w:rsidP="00C32B29">
            <w:pPr>
              <w:pStyle w:val="BodyText"/>
              <w:spacing w:before="0" w:after="0" w:line="240" w:lineRule="auto"/>
              <w:rPr>
                <w:rFonts w:asciiTheme="majorHAnsi" w:hAnsiTheme="majorHAnsi" w:cstheme="majorHAnsi"/>
                <w:color w:val="FFFFFF" w:themeColor="background1"/>
                <w:sz w:val="18"/>
                <w:szCs w:val="20"/>
              </w:rPr>
            </w:pPr>
            <w:proofErr w:type="spellStart"/>
            <w:r w:rsidRPr="00261E76">
              <w:rPr>
                <w:rFonts w:asciiTheme="majorHAnsi" w:hAnsiTheme="majorHAnsi" w:cstheme="majorHAnsi"/>
                <w:color w:val="FFFFFF" w:themeColor="background1"/>
                <w:szCs w:val="22"/>
              </w:rPr>
              <w:t>TreatmentName</w:t>
            </w:r>
            <w:proofErr w:type="spellEnd"/>
          </w:p>
        </w:tc>
        <w:tc>
          <w:tcPr>
            <w:tcW w:w="1928" w:type="dxa"/>
            <w:vAlign w:val="bottom"/>
          </w:tcPr>
          <w:p w14:paraId="40166B64" w14:textId="77777777" w:rsidR="005816E5" w:rsidRPr="00261E76" w:rsidRDefault="005816E5" w:rsidP="00C32B29">
            <w:pPr>
              <w:pStyle w:val="BodyText"/>
              <w:spacing w:before="0" w:after="0" w:line="240" w:lineRule="auto"/>
              <w:rPr>
                <w:rFonts w:asciiTheme="majorHAnsi" w:hAnsiTheme="majorHAnsi" w:cstheme="majorHAnsi"/>
                <w:color w:val="FFFFFF" w:themeColor="background1"/>
                <w:sz w:val="18"/>
                <w:szCs w:val="20"/>
              </w:rPr>
            </w:pPr>
            <w:r w:rsidRPr="00261E76">
              <w:rPr>
                <w:rFonts w:asciiTheme="majorHAnsi" w:hAnsiTheme="majorHAnsi" w:cstheme="majorHAnsi"/>
                <w:color w:val="FFFFFF" w:themeColor="background1"/>
                <w:szCs w:val="22"/>
              </w:rPr>
              <w:t>diff</w:t>
            </w:r>
          </w:p>
        </w:tc>
        <w:tc>
          <w:tcPr>
            <w:tcW w:w="1928" w:type="dxa"/>
            <w:vAlign w:val="bottom"/>
          </w:tcPr>
          <w:p w14:paraId="3722A43C" w14:textId="77777777" w:rsidR="005816E5" w:rsidRPr="00261E76" w:rsidRDefault="005816E5" w:rsidP="00C32B29">
            <w:pPr>
              <w:pStyle w:val="BodyText"/>
              <w:spacing w:before="0" w:after="0" w:line="240" w:lineRule="auto"/>
              <w:rPr>
                <w:rFonts w:asciiTheme="majorHAnsi" w:hAnsiTheme="majorHAnsi" w:cstheme="majorHAnsi"/>
                <w:color w:val="FFFFFF" w:themeColor="background1"/>
                <w:sz w:val="18"/>
                <w:szCs w:val="20"/>
              </w:rPr>
            </w:pPr>
            <w:proofErr w:type="spellStart"/>
            <w:r w:rsidRPr="00261E76">
              <w:rPr>
                <w:rFonts w:asciiTheme="majorHAnsi" w:hAnsiTheme="majorHAnsi" w:cstheme="majorHAnsi"/>
                <w:color w:val="FFFFFF" w:themeColor="background1"/>
                <w:szCs w:val="22"/>
              </w:rPr>
              <w:t>std.err</w:t>
            </w:r>
            <w:proofErr w:type="spellEnd"/>
          </w:p>
        </w:tc>
      </w:tr>
      <w:tr w:rsidR="005816E5" w:rsidRPr="00261E76" w14:paraId="38A11034" w14:textId="77777777" w:rsidTr="00C32B29">
        <w:trPr>
          <w:trHeight w:val="288"/>
        </w:trPr>
        <w:tc>
          <w:tcPr>
            <w:tcW w:w="1927" w:type="dxa"/>
            <w:vAlign w:val="bottom"/>
          </w:tcPr>
          <w:p w14:paraId="67C10F5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Cantillon 2017</w:t>
            </w:r>
          </w:p>
        </w:tc>
        <w:tc>
          <w:tcPr>
            <w:tcW w:w="1927" w:type="dxa"/>
            <w:vAlign w:val="bottom"/>
          </w:tcPr>
          <w:p w14:paraId="74768F9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37</w:t>
            </w:r>
          </w:p>
        </w:tc>
        <w:tc>
          <w:tcPr>
            <w:tcW w:w="1928" w:type="dxa"/>
            <w:vAlign w:val="bottom"/>
          </w:tcPr>
          <w:p w14:paraId="0370626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097C3109"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C71E668"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7DB8660E" w14:textId="77777777" w:rsidTr="00C32B29">
        <w:trPr>
          <w:trHeight w:val="288"/>
        </w:trPr>
        <w:tc>
          <w:tcPr>
            <w:tcW w:w="1927" w:type="dxa"/>
            <w:vAlign w:val="bottom"/>
          </w:tcPr>
          <w:p w14:paraId="15F76E7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Cantillon 2017</w:t>
            </w:r>
          </w:p>
        </w:tc>
        <w:tc>
          <w:tcPr>
            <w:tcW w:w="1927" w:type="dxa"/>
            <w:vAlign w:val="bottom"/>
          </w:tcPr>
          <w:p w14:paraId="5054867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19</w:t>
            </w:r>
          </w:p>
        </w:tc>
        <w:tc>
          <w:tcPr>
            <w:tcW w:w="1928" w:type="dxa"/>
            <w:vAlign w:val="bottom"/>
          </w:tcPr>
          <w:p w14:paraId="55B783E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Aripiprazole</w:t>
            </w:r>
          </w:p>
        </w:tc>
        <w:tc>
          <w:tcPr>
            <w:tcW w:w="1928" w:type="dxa"/>
            <w:vAlign w:val="bottom"/>
          </w:tcPr>
          <w:p w14:paraId="7C4B4A3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2.09</w:t>
            </w:r>
          </w:p>
        </w:tc>
        <w:tc>
          <w:tcPr>
            <w:tcW w:w="1928" w:type="dxa"/>
            <w:vAlign w:val="bottom"/>
          </w:tcPr>
          <w:p w14:paraId="6F6B2D5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5.1544561</w:t>
            </w:r>
          </w:p>
        </w:tc>
      </w:tr>
      <w:tr w:rsidR="005816E5" w:rsidRPr="00261E76" w14:paraId="100B0F29" w14:textId="77777777" w:rsidTr="00C32B29">
        <w:trPr>
          <w:trHeight w:val="288"/>
        </w:trPr>
        <w:tc>
          <w:tcPr>
            <w:tcW w:w="1927" w:type="dxa"/>
            <w:vAlign w:val="bottom"/>
          </w:tcPr>
          <w:p w14:paraId="2630317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Casey 2008</w:t>
            </w:r>
          </w:p>
        </w:tc>
        <w:tc>
          <w:tcPr>
            <w:tcW w:w="1927" w:type="dxa"/>
            <w:vAlign w:val="bottom"/>
          </w:tcPr>
          <w:p w14:paraId="21E7020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114</w:t>
            </w:r>
          </w:p>
        </w:tc>
        <w:tc>
          <w:tcPr>
            <w:tcW w:w="1928" w:type="dxa"/>
            <w:vAlign w:val="bottom"/>
          </w:tcPr>
          <w:p w14:paraId="364628F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3C9ED583"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471E280"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5F45CB12" w14:textId="77777777" w:rsidTr="00C32B29">
        <w:trPr>
          <w:trHeight w:val="288"/>
        </w:trPr>
        <w:tc>
          <w:tcPr>
            <w:tcW w:w="1927" w:type="dxa"/>
            <w:vAlign w:val="bottom"/>
          </w:tcPr>
          <w:p w14:paraId="1351566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Casey 2008</w:t>
            </w:r>
          </w:p>
        </w:tc>
        <w:tc>
          <w:tcPr>
            <w:tcW w:w="1927" w:type="dxa"/>
            <w:vAlign w:val="bottom"/>
          </w:tcPr>
          <w:p w14:paraId="326BDA2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116</w:t>
            </w:r>
          </w:p>
        </w:tc>
        <w:tc>
          <w:tcPr>
            <w:tcW w:w="1928" w:type="dxa"/>
            <w:vAlign w:val="bottom"/>
          </w:tcPr>
          <w:p w14:paraId="6E9DAB6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Risperidone</w:t>
            </w:r>
          </w:p>
        </w:tc>
        <w:tc>
          <w:tcPr>
            <w:tcW w:w="1928" w:type="dxa"/>
            <w:vAlign w:val="bottom"/>
          </w:tcPr>
          <w:p w14:paraId="31C4FA4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-10.4</w:t>
            </w:r>
          </w:p>
        </w:tc>
        <w:tc>
          <w:tcPr>
            <w:tcW w:w="1928" w:type="dxa"/>
            <w:vAlign w:val="bottom"/>
          </w:tcPr>
          <w:p w14:paraId="6CC1BB9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2.06021682</w:t>
            </w:r>
          </w:p>
        </w:tc>
      </w:tr>
      <w:tr w:rsidR="005816E5" w:rsidRPr="00261E76" w14:paraId="2F417975" w14:textId="77777777" w:rsidTr="00C32B29">
        <w:trPr>
          <w:trHeight w:val="288"/>
        </w:trPr>
        <w:tc>
          <w:tcPr>
            <w:tcW w:w="1927" w:type="dxa"/>
            <w:vAlign w:val="bottom"/>
          </w:tcPr>
          <w:p w14:paraId="138C554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Chan 2007</w:t>
            </w:r>
          </w:p>
        </w:tc>
        <w:tc>
          <w:tcPr>
            <w:tcW w:w="1927" w:type="dxa"/>
            <w:vAlign w:val="bottom"/>
          </w:tcPr>
          <w:p w14:paraId="09B008D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49</w:t>
            </w:r>
          </w:p>
        </w:tc>
        <w:tc>
          <w:tcPr>
            <w:tcW w:w="1928" w:type="dxa"/>
            <w:vAlign w:val="bottom"/>
          </w:tcPr>
          <w:p w14:paraId="414FF29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Aripiprazole</w:t>
            </w:r>
          </w:p>
        </w:tc>
        <w:tc>
          <w:tcPr>
            <w:tcW w:w="1928" w:type="dxa"/>
            <w:vAlign w:val="bottom"/>
          </w:tcPr>
          <w:p w14:paraId="331AD743"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7C0EC99"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6954C93F" w14:textId="77777777" w:rsidTr="00C32B29">
        <w:trPr>
          <w:trHeight w:val="288"/>
        </w:trPr>
        <w:tc>
          <w:tcPr>
            <w:tcW w:w="1927" w:type="dxa"/>
            <w:vAlign w:val="bottom"/>
          </w:tcPr>
          <w:p w14:paraId="7DDD491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Chan 2007</w:t>
            </w:r>
          </w:p>
        </w:tc>
        <w:tc>
          <w:tcPr>
            <w:tcW w:w="1927" w:type="dxa"/>
            <w:vAlign w:val="bottom"/>
          </w:tcPr>
          <w:p w14:paraId="2D4A753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34</w:t>
            </w:r>
          </w:p>
        </w:tc>
        <w:tc>
          <w:tcPr>
            <w:tcW w:w="1928" w:type="dxa"/>
            <w:vAlign w:val="bottom"/>
          </w:tcPr>
          <w:p w14:paraId="1C7F81B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Risperidone</w:t>
            </w:r>
          </w:p>
        </w:tc>
        <w:tc>
          <w:tcPr>
            <w:tcW w:w="1928" w:type="dxa"/>
            <w:vAlign w:val="bottom"/>
          </w:tcPr>
          <w:p w14:paraId="62A129C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-1.5</w:t>
            </w:r>
          </w:p>
        </w:tc>
        <w:tc>
          <w:tcPr>
            <w:tcW w:w="1928" w:type="dxa"/>
            <w:vAlign w:val="bottom"/>
          </w:tcPr>
          <w:p w14:paraId="5BCD2D6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3.90975862</w:t>
            </w:r>
          </w:p>
        </w:tc>
      </w:tr>
      <w:tr w:rsidR="005816E5" w:rsidRPr="00261E76" w14:paraId="2DD54132" w14:textId="77777777" w:rsidTr="00C32B29">
        <w:trPr>
          <w:trHeight w:val="288"/>
        </w:trPr>
        <w:tc>
          <w:tcPr>
            <w:tcW w:w="1927" w:type="dxa"/>
            <w:vAlign w:val="bottom"/>
          </w:tcPr>
          <w:p w14:paraId="74B9727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Correll 2015</w:t>
            </w:r>
          </w:p>
        </w:tc>
        <w:tc>
          <w:tcPr>
            <w:tcW w:w="1927" w:type="dxa"/>
            <w:vAlign w:val="bottom"/>
          </w:tcPr>
          <w:p w14:paraId="096A283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181</w:t>
            </w:r>
          </w:p>
        </w:tc>
        <w:tc>
          <w:tcPr>
            <w:tcW w:w="1928" w:type="dxa"/>
            <w:vAlign w:val="bottom"/>
          </w:tcPr>
          <w:p w14:paraId="4896655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4CBA380F"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F056A8C"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2ED58379" w14:textId="77777777" w:rsidTr="00C32B29">
        <w:trPr>
          <w:trHeight w:val="288"/>
        </w:trPr>
        <w:tc>
          <w:tcPr>
            <w:tcW w:w="1927" w:type="dxa"/>
            <w:vAlign w:val="bottom"/>
          </w:tcPr>
          <w:p w14:paraId="6932E7D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Correll 2015</w:t>
            </w:r>
          </w:p>
        </w:tc>
        <w:tc>
          <w:tcPr>
            <w:tcW w:w="1927" w:type="dxa"/>
            <w:vAlign w:val="bottom"/>
          </w:tcPr>
          <w:p w14:paraId="60F40FC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359</w:t>
            </w:r>
          </w:p>
        </w:tc>
        <w:tc>
          <w:tcPr>
            <w:tcW w:w="1928" w:type="dxa"/>
            <w:vAlign w:val="bottom"/>
          </w:tcPr>
          <w:p w14:paraId="0E0EDAE8"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Brexpiprazole</w:t>
            </w:r>
            <w:proofErr w:type="spellEnd"/>
          </w:p>
        </w:tc>
        <w:tc>
          <w:tcPr>
            <w:tcW w:w="1928" w:type="dxa"/>
            <w:vAlign w:val="bottom"/>
          </w:tcPr>
          <w:p w14:paraId="6AF0A8E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-7.50203343</w:t>
            </w:r>
          </w:p>
        </w:tc>
        <w:tc>
          <w:tcPr>
            <w:tcW w:w="1928" w:type="dxa"/>
            <w:vAlign w:val="bottom"/>
          </w:tcPr>
          <w:p w14:paraId="2D8DAA9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1.78253568</w:t>
            </w:r>
          </w:p>
        </w:tc>
      </w:tr>
      <w:tr w:rsidR="005816E5" w:rsidRPr="00261E76" w14:paraId="302A17D0" w14:textId="77777777" w:rsidTr="00C32B29">
        <w:trPr>
          <w:trHeight w:val="288"/>
        </w:trPr>
        <w:tc>
          <w:tcPr>
            <w:tcW w:w="1927" w:type="dxa"/>
            <w:vAlign w:val="bottom"/>
          </w:tcPr>
          <w:p w14:paraId="50218A0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Correll 2016 (NCT00905307)</w:t>
            </w:r>
          </w:p>
        </w:tc>
        <w:tc>
          <w:tcPr>
            <w:tcW w:w="1927" w:type="dxa"/>
            <w:vAlign w:val="bottom"/>
          </w:tcPr>
          <w:p w14:paraId="31B91CE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93</w:t>
            </w:r>
          </w:p>
        </w:tc>
        <w:tc>
          <w:tcPr>
            <w:tcW w:w="1928" w:type="dxa"/>
            <w:vAlign w:val="bottom"/>
          </w:tcPr>
          <w:p w14:paraId="259705D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2DC7D1DD"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5CACD1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2.19004198</w:t>
            </w:r>
          </w:p>
        </w:tc>
      </w:tr>
      <w:tr w:rsidR="005816E5" w:rsidRPr="00261E76" w14:paraId="61A204B7" w14:textId="77777777" w:rsidTr="00C32B29">
        <w:trPr>
          <w:trHeight w:val="288"/>
        </w:trPr>
        <w:tc>
          <w:tcPr>
            <w:tcW w:w="1927" w:type="dxa"/>
            <w:vAlign w:val="bottom"/>
          </w:tcPr>
          <w:p w14:paraId="59E04C1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Correll 2016 (NCT00905307)</w:t>
            </w:r>
          </w:p>
        </w:tc>
        <w:tc>
          <w:tcPr>
            <w:tcW w:w="1927" w:type="dxa"/>
            <w:vAlign w:val="bottom"/>
          </w:tcPr>
          <w:p w14:paraId="0CD4242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50</w:t>
            </w:r>
          </w:p>
        </w:tc>
        <w:tc>
          <w:tcPr>
            <w:tcW w:w="1928" w:type="dxa"/>
            <w:vAlign w:val="bottom"/>
          </w:tcPr>
          <w:p w14:paraId="417B306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Aripiprazole</w:t>
            </w:r>
          </w:p>
        </w:tc>
        <w:tc>
          <w:tcPr>
            <w:tcW w:w="1928" w:type="dxa"/>
            <w:vAlign w:val="bottom"/>
          </w:tcPr>
          <w:p w14:paraId="2DFBAEA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-3.69</w:t>
            </w:r>
          </w:p>
        </w:tc>
        <w:tc>
          <w:tcPr>
            <w:tcW w:w="1928" w:type="dxa"/>
            <w:vAlign w:val="bottom"/>
          </w:tcPr>
          <w:p w14:paraId="2B6876C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3.6582307</w:t>
            </w:r>
          </w:p>
        </w:tc>
      </w:tr>
      <w:tr w:rsidR="005816E5" w:rsidRPr="00261E76" w14:paraId="611E0220" w14:textId="77777777" w:rsidTr="00C32B29">
        <w:trPr>
          <w:trHeight w:val="288"/>
        </w:trPr>
        <w:tc>
          <w:tcPr>
            <w:tcW w:w="1927" w:type="dxa"/>
            <w:vAlign w:val="bottom"/>
          </w:tcPr>
          <w:p w14:paraId="1F9BB87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Correll 2016 (NCT00905307)</w:t>
            </w:r>
          </w:p>
        </w:tc>
        <w:tc>
          <w:tcPr>
            <w:tcW w:w="1927" w:type="dxa"/>
            <w:vAlign w:val="bottom"/>
          </w:tcPr>
          <w:p w14:paraId="33FFD0B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90</w:t>
            </w:r>
          </w:p>
        </w:tc>
        <w:tc>
          <w:tcPr>
            <w:tcW w:w="1928" w:type="dxa"/>
            <w:vAlign w:val="bottom"/>
          </w:tcPr>
          <w:p w14:paraId="77F609FD"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Brexpiprazole</w:t>
            </w:r>
            <w:proofErr w:type="spellEnd"/>
          </w:p>
        </w:tc>
        <w:tc>
          <w:tcPr>
            <w:tcW w:w="1928" w:type="dxa"/>
            <w:vAlign w:val="bottom"/>
          </w:tcPr>
          <w:p w14:paraId="34EA1A2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-1.72</w:t>
            </w:r>
          </w:p>
        </w:tc>
        <w:tc>
          <w:tcPr>
            <w:tcW w:w="1928" w:type="dxa"/>
            <w:vAlign w:val="bottom"/>
          </w:tcPr>
          <w:p w14:paraId="13F9617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3.14021947</w:t>
            </w:r>
          </w:p>
        </w:tc>
      </w:tr>
      <w:tr w:rsidR="005816E5" w:rsidRPr="00261E76" w14:paraId="44E29D16" w14:textId="77777777" w:rsidTr="00C32B29">
        <w:trPr>
          <w:trHeight w:val="288"/>
        </w:trPr>
        <w:tc>
          <w:tcPr>
            <w:tcW w:w="1927" w:type="dxa"/>
            <w:vAlign w:val="bottom"/>
          </w:tcPr>
          <w:p w14:paraId="5744804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Correll 2020</w:t>
            </w:r>
          </w:p>
        </w:tc>
        <w:tc>
          <w:tcPr>
            <w:tcW w:w="1927" w:type="dxa"/>
            <w:vAlign w:val="bottom"/>
          </w:tcPr>
          <w:p w14:paraId="79FA314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141</w:t>
            </w:r>
          </w:p>
        </w:tc>
        <w:tc>
          <w:tcPr>
            <w:tcW w:w="1928" w:type="dxa"/>
            <w:vAlign w:val="bottom"/>
          </w:tcPr>
          <w:p w14:paraId="0E40886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5CBE49CF"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B227B58"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2FAC8B50" w14:textId="77777777" w:rsidTr="00C32B29">
        <w:trPr>
          <w:trHeight w:val="288"/>
        </w:trPr>
        <w:tc>
          <w:tcPr>
            <w:tcW w:w="1927" w:type="dxa"/>
            <w:vAlign w:val="bottom"/>
          </w:tcPr>
          <w:p w14:paraId="44B11EB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Correll 2020</w:t>
            </w:r>
          </w:p>
        </w:tc>
        <w:tc>
          <w:tcPr>
            <w:tcW w:w="1927" w:type="dxa"/>
            <w:vAlign w:val="bottom"/>
          </w:tcPr>
          <w:p w14:paraId="59F46ED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148</w:t>
            </w:r>
          </w:p>
        </w:tc>
        <w:tc>
          <w:tcPr>
            <w:tcW w:w="1928" w:type="dxa"/>
            <w:vAlign w:val="bottom"/>
          </w:tcPr>
          <w:p w14:paraId="114DA49F"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Lumateperone</w:t>
            </w:r>
            <w:proofErr w:type="spellEnd"/>
          </w:p>
        </w:tc>
        <w:tc>
          <w:tcPr>
            <w:tcW w:w="1928" w:type="dxa"/>
            <w:vAlign w:val="bottom"/>
          </w:tcPr>
          <w:p w14:paraId="6AB1322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-3.2</w:t>
            </w:r>
          </w:p>
        </w:tc>
        <w:tc>
          <w:tcPr>
            <w:tcW w:w="1928" w:type="dxa"/>
            <w:vAlign w:val="bottom"/>
          </w:tcPr>
          <w:p w14:paraId="2ADE5D4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1.66955572</w:t>
            </w:r>
          </w:p>
        </w:tc>
      </w:tr>
      <w:tr w:rsidR="005816E5" w:rsidRPr="00261E76" w14:paraId="70A80BEC" w14:textId="77777777" w:rsidTr="00C32B29">
        <w:trPr>
          <w:trHeight w:val="288"/>
        </w:trPr>
        <w:tc>
          <w:tcPr>
            <w:tcW w:w="1927" w:type="dxa"/>
            <w:vAlign w:val="bottom"/>
          </w:tcPr>
          <w:p w14:paraId="096949D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Corrigan 2004</w:t>
            </w:r>
          </w:p>
        </w:tc>
        <w:tc>
          <w:tcPr>
            <w:tcW w:w="1927" w:type="dxa"/>
            <w:vAlign w:val="bottom"/>
          </w:tcPr>
          <w:p w14:paraId="2742856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85</w:t>
            </w:r>
          </w:p>
        </w:tc>
        <w:tc>
          <w:tcPr>
            <w:tcW w:w="1928" w:type="dxa"/>
            <w:vAlign w:val="bottom"/>
          </w:tcPr>
          <w:p w14:paraId="3E04F1D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5EBEF077"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E1BEEE1"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7847DEDB" w14:textId="77777777" w:rsidTr="00C32B29">
        <w:trPr>
          <w:trHeight w:val="288"/>
        </w:trPr>
        <w:tc>
          <w:tcPr>
            <w:tcW w:w="1927" w:type="dxa"/>
            <w:vAlign w:val="bottom"/>
          </w:tcPr>
          <w:p w14:paraId="79DE42E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Corrigan 2004</w:t>
            </w:r>
          </w:p>
        </w:tc>
        <w:tc>
          <w:tcPr>
            <w:tcW w:w="1927" w:type="dxa"/>
            <w:vAlign w:val="bottom"/>
          </w:tcPr>
          <w:p w14:paraId="5EBAC1B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93</w:t>
            </w:r>
          </w:p>
        </w:tc>
        <w:tc>
          <w:tcPr>
            <w:tcW w:w="1928" w:type="dxa"/>
            <w:vAlign w:val="bottom"/>
          </w:tcPr>
          <w:p w14:paraId="3DA72D5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Olanzapine</w:t>
            </w:r>
          </w:p>
        </w:tc>
        <w:tc>
          <w:tcPr>
            <w:tcW w:w="1928" w:type="dxa"/>
            <w:vAlign w:val="bottom"/>
          </w:tcPr>
          <w:p w14:paraId="5182B5C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-15.6886228</w:t>
            </w:r>
          </w:p>
        </w:tc>
        <w:tc>
          <w:tcPr>
            <w:tcW w:w="1928" w:type="dxa"/>
            <w:vAlign w:val="bottom"/>
          </w:tcPr>
          <w:p w14:paraId="1E853B7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2.52964389</w:t>
            </w:r>
          </w:p>
        </w:tc>
      </w:tr>
      <w:tr w:rsidR="005816E5" w:rsidRPr="00261E76" w14:paraId="440A0D11" w14:textId="77777777" w:rsidTr="00C32B29">
        <w:trPr>
          <w:trHeight w:val="288"/>
        </w:trPr>
        <w:tc>
          <w:tcPr>
            <w:tcW w:w="1927" w:type="dxa"/>
            <w:vAlign w:val="bottom"/>
          </w:tcPr>
          <w:p w14:paraId="783D7D7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Cutler 2006</w:t>
            </w:r>
          </w:p>
        </w:tc>
        <w:tc>
          <w:tcPr>
            <w:tcW w:w="1927" w:type="dxa"/>
            <w:vAlign w:val="bottom"/>
          </w:tcPr>
          <w:p w14:paraId="6A02BBC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84</w:t>
            </w:r>
          </w:p>
        </w:tc>
        <w:tc>
          <w:tcPr>
            <w:tcW w:w="1928" w:type="dxa"/>
            <w:vAlign w:val="bottom"/>
          </w:tcPr>
          <w:p w14:paraId="05E9DB9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779B0394"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0E5340A"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68457548" w14:textId="77777777" w:rsidTr="00C32B29">
        <w:trPr>
          <w:trHeight w:val="288"/>
        </w:trPr>
        <w:tc>
          <w:tcPr>
            <w:tcW w:w="1927" w:type="dxa"/>
            <w:vAlign w:val="bottom"/>
          </w:tcPr>
          <w:p w14:paraId="50A4302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Cutler 2006</w:t>
            </w:r>
          </w:p>
        </w:tc>
        <w:tc>
          <w:tcPr>
            <w:tcW w:w="1927" w:type="dxa"/>
            <w:vAlign w:val="bottom"/>
          </w:tcPr>
          <w:p w14:paraId="45D8F08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85</w:t>
            </w:r>
          </w:p>
        </w:tc>
        <w:tc>
          <w:tcPr>
            <w:tcW w:w="1928" w:type="dxa"/>
            <w:vAlign w:val="bottom"/>
          </w:tcPr>
          <w:p w14:paraId="2E8F93F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Aripiprazole</w:t>
            </w:r>
          </w:p>
        </w:tc>
        <w:tc>
          <w:tcPr>
            <w:tcW w:w="1928" w:type="dxa"/>
            <w:vAlign w:val="bottom"/>
          </w:tcPr>
          <w:p w14:paraId="552CB51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-6</w:t>
            </w:r>
          </w:p>
        </w:tc>
        <w:tc>
          <w:tcPr>
            <w:tcW w:w="1928" w:type="dxa"/>
            <w:vAlign w:val="bottom"/>
          </w:tcPr>
          <w:p w14:paraId="2F2CE47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2.59354968</w:t>
            </w:r>
          </w:p>
        </w:tc>
      </w:tr>
      <w:tr w:rsidR="005816E5" w:rsidRPr="00261E76" w14:paraId="4E8B5895" w14:textId="77777777" w:rsidTr="00C32B29">
        <w:trPr>
          <w:trHeight w:val="288"/>
        </w:trPr>
        <w:tc>
          <w:tcPr>
            <w:tcW w:w="1927" w:type="dxa"/>
            <w:vAlign w:val="bottom"/>
          </w:tcPr>
          <w:p w14:paraId="4BB1330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Davidson 2007</w:t>
            </w:r>
          </w:p>
        </w:tc>
        <w:tc>
          <w:tcPr>
            <w:tcW w:w="1927" w:type="dxa"/>
            <w:vAlign w:val="bottom"/>
          </w:tcPr>
          <w:p w14:paraId="67FEA41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120</w:t>
            </w:r>
          </w:p>
        </w:tc>
        <w:tc>
          <w:tcPr>
            <w:tcW w:w="1928" w:type="dxa"/>
            <w:vAlign w:val="bottom"/>
          </w:tcPr>
          <w:p w14:paraId="2EEB35A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1075C280"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0B36DE3"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2CAB4F89" w14:textId="77777777" w:rsidTr="00C32B29">
        <w:trPr>
          <w:trHeight w:val="288"/>
        </w:trPr>
        <w:tc>
          <w:tcPr>
            <w:tcW w:w="1927" w:type="dxa"/>
            <w:vAlign w:val="bottom"/>
          </w:tcPr>
          <w:p w14:paraId="52D2320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Davidson 2007</w:t>
            </w:r>
          </w:p>
        </w:tc>
        <w:tc>
          <w:tcPr>
            <w:tcW w:w="1927" w:type="dxa"/>
            <w:vAlign w:val="bottom"/>
          </w:tcPr>
          <w:p w14:paraId="64D637F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126</w:t>
            </w:r>
          </w:p>
        </w:tc>
        <w:tc>
          <w:tcPr>
            <w:tcW w:w="1928" w:type="dxa"/>
            <w:vAlign w:val="bottom"/>
          </w:tcPr>
          <w:p w14:paraId="092D0CF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Olanzapine</w:t>
            </w:r>
          </w:p>
        </w:tc>
        <w:tc>
          <w:tcPr>
            <w:tcW w:w="1928" w:type="dxa"/>
            <w:vAlign w:val="bottom"/>
          </w:tcPr>
          <w:p w14:paraId="20582A1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-15.3</w:t>
            </w:r>
          </w:p>
        </w:tc>
        <w:tc>
          <w:tcPr>
            <w:tcW w:w="1928" w:type="dxa"/>
            <w:vAlign w:val="bottom"/>
          </w:tcPr>
          <w:p w14:paraId="7153889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2.62880941</w:t>
            </w:r>
          </w:p>
        </w:tc>
      </w:tr>
      <w:tr w:rsidR="005816E5" w:rsidRPr="00261E76" w14:paraId="547ADF2E" w14:textId="77777777" w:rsidTr="00C32B29">
        <w:trPr>
          <w:trHeight w:val="288"/>
        </w:trPr>
        <w:tc>
          <w:tcPr>
            <w:tcW w:w="1927" w:type="dxa"/>
            <w:vAlign w:val="bottom"/>
          </w:tcPr>
          <w:p w14:paraId="4317166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Downing 2014</w:t>
            </w:r>
          </w:p>
        </w:tc>
        <w:tc>
          <w:tcPr>
            <w:tcW w:w="1927" w:type="dxa"/>
            <w:vAlign w:val="bottom"/>
          </w:tcPr>
          <w:p w14:paraId="67C3733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253</w:t>
            </w:r>
          </w:p>
        </w:tc>
        <w:tc>
          <w:tcPr>
            <w:tcW w:w="1928" w:type="dxa"/>
            <w:vAlign w:val="bottom"/>
          </w:tcPr>
          <w:p w14:paraId="5028D4B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49760783"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00B16EA"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28520141" w14:textId="77777777" w:rsidTr="00C32B29">
        <w:trPr>
          <w:trHeight w:val="288"/>
        </w:trPr>
        <w:tc>
          <w:tcPr>
            <w:tcW w:w="1927" w:type="dxa"/>
            <w:vAlign w:val="bottom"/>
          </w:tcPr>
          <w:p w14:paraId="08D0CF3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Downing 2014</w:t>
            </w:r>
          </w:p>
        </w:tc>
        <w:tc>
          <w:tcPr>
            <w:tcW w:w="1927" w:type="dxa"/>
            <w:vAlign w:val="bottom"/>
          </w:tcPr>
          <w:p w14:paraId="4DA9385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124</w:t>
            </w:r>
          </w:p>
        </w:tc>
        <w:tc>
          <w:tcPr>
            <w:tcW w:w="1928" w:type="dxa"/>
            <w:vAlign w:val="bottom"/>
          </w:tcPr>
          <w:p w14:paraId="6FE3E5A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Risperidone</w:t>
            </w:r>
          </w:p>
        </w:tc>
        <w:tc>
          <w:tcPr>
            <w:tcW w:w="1928" w:type="dxa"/>
            <w:vAlign w:val="bottom"/>
          </w:tcPr>
          <w:p w14:paraId="14EF304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-4.51</w:t>
            </w:r>
          </w:p>
        </w:tc>
        <w:tc>
          <w:tcPr>
            <w:tcW w:w="1928" w:type="dxa"/>
            <w:vAlign w:val="bottom"/>
          </w:tcPr>
          <w:p w14:paraId="371B2B1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1.77418781</w:t>
            </w:r>
          </w:p>
        </w:tc>
      </w:tr>
      <w:tr w:rsidR="005816E5" w:rsidRPr="00261E76" w14:paraId="159A1D52" w14:textId="77777777" w:rsidTr="00C32B29">
        <w:trPr>
          <w:trHeight w:val="288"/>
        </w:trPr>
        <w:tc>
          <w:tcPr>
            <w:tcW w:w="1927" w:type="dxa"/>
            <w:vAlign w:val="bottom"/>
          </w:tcPr>
          <w:p w14:paraId="6D06EEE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Durgam 2014</w:t>
            </w:r>
          </w:p>
        </w:tc>
        <w:tc>
          <w:tcPr>
            <w:tcW w:w="1927" w:type="dxa"/>
            <w:vAlign w:val="bottom"/>
          </w:tcPr>
          <w:p w14:paraId="3E08216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148</w:t>
            </w:r>
          </w:p>
        </w:tc>
        <w:tc>
          <w:tcPr>
            <w:tcW w:w="1928" w:type="dxa"/>
            <w:vAlign w:val="bottom"/>
          </w:tcPr>
          <w:p w14:paraId="58F5840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5DD772DC"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D5E4C1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1.50014076</w:t>
            </w:r>
          </w:p>
        </w:tc>
      </w:tr>
      <w:tr w:rsidR="005816E5" w:rsidRPr="00261E76" w14:paraId="2EF582A4" w14:textId="77777777" w:rsidTr="00C32B29">
        <w:trPr>
          <w:trHeight w:val="288"/>
        </w:trPr>
        <w:tc>
          <w:tcPr>
            <w:tcW w:w="1927" w:type="dxa"/>
            <w:vAlign w:val="bottom"/>
          </w:tcPr>
          <w:p w14:paraId="54639C2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Durgam 2014</w:t>
            </w:r>
          </w:p>
        </w:tc>
        <w:tc>
          <w:tcPr>
            <w:tcW w:w="1927" w:type="dxa"/>
            <w:vAlign w:val="bottom"/>
          </w:tcPr>
          <w:p w14:paraId="0C6A0A9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425</w:t>
            </w:r>
          </w:p>
        </w:tc>
        <w:tc>
          <w:tcPr>
            <w:tcW w:w="1928" w:type="dxa"/>
            <w:vAlign w:val="bottom"/>
          </w:tcPr>
          <w:p w14:paraId="5B25F456"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Cariprazine</w:t>
            </w:r>
            <w:proofErr w:type="spellEnd"/>
          </w:p>
        </w:tc>
        <w:tc>
          <w:tcPr>
            <w:tcW w:w="1928" w:type="dxa"/>
            <w:vAlign w:val="bottom"/>
          </w:tcPr>
          <w:p w14:paraId="5A1B762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-9.01764706</w:t>
            </w:r>
          </w:p>
        </w:tc>
        <w:tc>
          <w:tcPr>
            <w:tcW w:w="1928" w:type="dxa"/>
            <w:vAlign w:val="bottom"/>
          </w:tcPr>
          <w:p w14:paraId="6A8FEFF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1.76182145</w:t>
            </w:r>
          </w:p>
        </w:tc>
      </w:tr>
      <w:tr w:rsidR="005816E5" w:rsidRPr="00261E76" w14:paraId="3C71C7E6" w14:textId="77777777" w:rsidTr="00C32B29">
        <w:trPr>
          <w:trHeight w:val="288"/>
        </w:trPr>
        <w:tc>
          <w:tcPr>
            <w:tcW w:w="1927" w:type="dxa"/>
            <w:vAlign w:val="bottom"/>
          </w:tcPr>
          <w:p w14:paraId="1BA191F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Durgam 2014</w:t>
            </w:r>
          </w:p>
        </w:tc>
        <w:tc>
          <w:tcPr>
            <w:tcW w:w="1927" w:type="dxa"/>
            <w:vAlign w:val="bottom"/>
          </w:tcPr>
          <w:p w14:paraId="206A6A8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138</w:t>
            </w:r>
          </w:p>
        </w:tc>
        <w:tc>
          <w:tcPr>
            <w:tcW w:w="1928" w:type="dxa"/>
            <w:vAlign w:val="bottom"/>
          </w:tcPr>
          <w:p w14:paraId="2D85B22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Risperidone</w:t>
            </w:r>
          </w:p>
        </w:tc>
        <w:tc>
          <w:tcPr>
            <w:tcW w:w="1928" w:type="dxa"/>
            <w:vAlign w:val="bottom"/>
          </w:tcPr>
          <w:p w14:paraId="7D107EB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-15.1</w:t>
            </w:r>
          </w:p>
        </w:tc>
        <w:tc>
          <w:tcPr>
            <w:tcW w:w="1928" w:type="dxa"/>
            <w:vAlign w:val="bottom"/>
          </w:tcPr>
          <w:p w14:paraId="7CD96E8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2.19353179</w:t>
            </w:r>
          </w:p>
        </w:tc>
      </w:tr>
      <w:tr w:rsidR="005816E5" w:rsidRPr="00261E76" w14:paraId="5F6D5B07" w14:textId="77777777" w:rsidTr="00C32B29">
        <w:trPr>
          <w:trHeight w:val="288"/>
        </w:trPr>
        <w:tc>
          <w:tcPr>
            <w:tcW w:w="1927" w:type="dxa"/>
            <w:vAlign w:val="bottom"/>
          </w:tcPr>
          <w:p w14:paraId="740E857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Durgam 2015</w:t>
            </w:r>
          </w:p>
        </w:tc>
        <w:tc>
          <w:tcPr>
            <w:tcW w:w="1927" w:type="dxa"/>
            <w:vAlign w:val="bottom"/>
          </w:tcPr>
          <w:p w14:paraId="6C2307E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149</w:t>
            </w:r>
          </w:p>
        </w:tc>
        <w:tc>
          <w:tcPr>
            <w:tcW w:w="1928" w:type="dxa"/>
            <w:vAlign w:val="bottom"/>
          </w:tcPr>
          <w:p w14:paraId="16F456A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36AC539A"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C10111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1.38104297</w:t>
            </w:r>
          </w:p>
        </w:tc>
      </w:tr>
      <w:tr w:rsidR="005816E5" w:rsidRPr="00261E76" w14:paraId="246464E2" w14:textId="77777777" w:rsidTr="00C32B29">
        <w:trPr>
          <w:trHeight w:val="288"/>
        </w:trPr>
        <w:tc>
          <w:tcPr>
            <w:tcW w:w="1927" w:type="dxa"/>
            <w:vAlign w:val="bottom"/>
          </w:tcPr>
          <w:p w14:paraId="0149FF0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Durgam 2015</w:t>
            </w:r>
          </w:p>
        </w:tc>
        <w:tc>
          <w:tcPr>
            <w:tcW w:w="1927" w:type="dxa"/>
            <w:vAlign w:val="bottom"/>
          </w:tcPr>
          <w:p w14:paraId="0ECA519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150</w:t>
            </w:r>
          </w:p>
        </w:tc>
        <w:tc>
          <w:tcPr>
            <w:tcW w:w="1928" w:type="dxa"/>
            <w:vAlign w:val="bottom"/>
          </w:tcPr>
          <w:p w14:paraId="02A8ECB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Aripiprazole</w:t>
            </w:r>
          </w:p>
        </w:tc>
        <w:tc>
          <w:tcPr>
            <w:tcW w:w="1928" w:type="dxa"/>
            <w:vAlign w:val="bottom"/>
          </w:tcPr>
          <w:p w14:paraId="258E0C2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-8.7</w:t>
            </w:r>
          </w:p>
        </w:tc>
        <w:tc>
          <w:tcPr>
            <w:tcW w:w="1928" w:type="dxa"/>
            <w:vAlign w:val="bottom"/>
          </w:tcPr>
          <w:p w14:paraId="5575D47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1.94983183</w:t>
            </w:r>
          </w:p>
        </w:tc>
      </w:tr>
      <w:tr w:rsidR="005816E5" w:rsidRPr="00261E76" w14:paraId="1438C261" w14:textId="77777777" w:rsidTr="00C32B29">
        <w:trPr>
          <w:trHeight w:val="288"/>
        </w:trPr>
        <w:tc>
          <w:tcPr>
            <w:tcW w:w="1927" w:type="dxa"/>
            <w:vAlign w:val="bottom"/>
          </w:tcPr>
          <w:p w14:paraId="3A7F022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Durgam 2015</w:t>
            </w:r>
          </w:p>
        </w:tc>
        <w:tc>
          <w:tcPr>
            <w:tcW w:w="1927" w:type="dxa"/>
            <w:vAlign w:val="bottom"/>
          </w:tcPr>
          <w:p w14:paraId="35815F2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305</w:t>
            </w:r>
          </w:p>
        </w:tc>
        <w:tc>
          <w:tcPr>
            <w:tcW w:w="1928" w:type="dxa"/>
            <w:vAlign w:val="bottom"/>
          </w:tcPr>
          <w:p w14:paraId="3F2CAA6C"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Cariprazine</w:t>
            </w:r>
            <w:proofErr w:type="spellEnd"/>
          </w:p>
        </w:tc>
        <w:tc>
          <w:tcPr>
            <w:tcW w:w="1928" w:type="dxa"/>
            <w:vAlign w:val="bottom"/>
          </w:tcPr>
          <w:p w14:paraId="2F92B4B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-8.00983607</w:t>
            </w:r>
          </w:p>
        </w:tc>
        <w:tc>
          <w:tcPr>
            <w:tcW w:w="1928" w:type="dxa"/>
            <w:vAlign w:val="bottom"/>
          </w:tcPr>
          <w:p w14:paraId="2A2CD01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1.68494294</w:t>
            </w:r>
          </w:p>
        </w:tc>
      </w:tr>
      <w:tr w:rsidR="005816E5" w:rsidRPr="00261E76" w14:paraId="3F2C03C5" w14:textId="77777777" w:rsidTr="00C32B29">
        <w:trPr>
          <w:trHeight w:val="288"/>
        </w:trPr>
        <w:tc>
          <w:tcPr>
            <w:tcW w:w="1927" w:type="dxa"/>
            <w:vAlign w:val="bottom"/>
          </w:tcPr>
          <w:p w14:paraId="6085AE8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Durgam 2016</w:t>
            </w:r>
          </w:p>
        </w:tc>
        <w:tc>
          <w:tcPr>
            <w:tcW w:w="1927" w:type="dxa"/>
            <w:vAlign w:val="bottom"/>
          </w:tcPr>
          <w:p w14:paraId="03860A4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126</w:t>
            </w:r>
          </w:p>
        </w:tc>
        <w:tc>
          <w:tcPr>
            <w:tcW w:w="1928" w:type="dxa"/>
            <w:vAlign w:val="bottom"/>
          </w:tcPr>
          <w:p w14:paraId="4844077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74DF9F12"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1E667E1"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65030186" w14:textId="77777777" w:rsidTr="00C32B29">
        <w:trPr>
          <w:trHeight w:val="288"/>
        </w:trPr>
        <w:tc>
          <w:tcPr>
            <w:tcW w:w="1927" w:type="dxa"/>
            <w:vAlign w:val="bottom"/>
          </w:tcPr>
          <w:p w14:paraId="16997F0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Durgam 2016</w:t>
            </w:r>
          </w:p>
        </w:tc>
        <w:tc>
          <w:tcPr>
            <w:tcW w:w="1927" w:type="dxa"/>
            <w:vAlign w:val="bottom"/>
          </w:tcPr>
          <w:p w14:paraId="19AAD69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122</w:t>
            </w:r>
          </w:p>
        </w:tc>
        <w:tc>
          <w:tcPr>
            <w:tcW w:w="1928" w:type="dxa"/>
            <w:vAlign w:val="bottom"/>
          </w:tcPr>
          <w:p w14:paraId="49F6DDF5"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Cariprazine</w:t>
            </w:r>
            <w:proofErr w:type="spellEnd"/>
          </w:p>
        </w:tc>
        <w:tc>
          <w:tcPr>
            <w:tcW w:w="1928" w:type="dxa"/>
            <w:vAlign w:val="bottom"/>
          </w:tcPr>
          <w:p w14:paraId="1EADD2F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-4.8</w:t>
            </w:r>
          </w:p>
        </w:tc>
        <w:tc>
          <w:tcPr>
            <w:tcW w:w="1928" w:type="dxa"/>
            <w:vAlign w:val="bottom"/>
          </w:tcPr>
          <w:p w14:paraId="0D82910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2.29777357</w:t>
            </w:r>
          </w:p>
        </w:tc>
      </w:tr>
      <w:tr w:rsidR="005816E5" w:rsidRPr="00261E76" w14:paraId="0BE46FDF" w14:textId="77777777" w:rsidTr="00C32B29">
        <w:trPr>
          <w:trHeight w:val="288"/>
        </w:trPr>
        <w:tc>
          <w:tcPr>
            <w:tcW w:w="1927" w:type="dxa"/>
            <w:vAlign w:val="bottom"/>
          </w:tcPr>
          <w:p w14:paraId="3F5E6A2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EMERGENT-1</w:t>
            </w:r>
          </w:p>
        </w:tc>
        <w:tc>
          <w:tcPr>
            <w:tcW w:w="1927" w:type="dxa"/>
            <w:vAlign w:val="bottom"/>
          </w:tcPr>
          <w:p w14:paraId="241BAA1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73</w:t>
            </w:r>
          </w:p>
        </w:tc>
        <w:tc>
          <w:tcPr>
            <w:tcW w:w="1928" w:type="dxa"/>
            <w:vAlign w:val="bottom"/>
          </w:tcPr>
          <w:p w14:paraId="5459369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7D8FC020"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ECA8F34"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21757757" w14:textId="77777777" w:rsidTr="00C32B29">
        <w:trPr>
          <w:trHeight w:val="288"/>
        </w:trPr>
        <w:tc>
          <w:tcPr>
            <w:tcW w:w="1927" w:type="dxa"/>
            <w:vAlign w:val="bottom"/>
          </w:tcPr>
          <w:p w14:paraId="55A4776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EMERGENT-1</w:t>
            </w:r>
          </w:p>
        </w:tc>
        <w:tc>
          <w:tcPr>
            <w:tcW w:w="1927" w:type="dxa"/>
            <w:vAlign w:val="bottom"/>
          </w:tcPr>
          <w:p w14:paraId="2185AFD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72</w:t>
            </w:r>
          </w:p>
        </w:tc>
        <w:tc>
          <w:tcPr>
            <w:tcW w:w="1928" w:type="dxa"/>
            <w:vAlign w:val="bottom"/>
          </w:tcPr>
          <w:p w14:paraId="20B89E62"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KarXT</w:t>
            </w:r>
            <w:proofErr w:type="spellEnd"/>
          </w:p>
        </w:tc>
        <w:tc>
          <w:tcPr>
            <w:tcW w:w="1928" w:type="dxa"/>
            <w:vAlign w:val="bottom"/>
          </w:tcPr>
          <w:p w14:paraId="65A0DB0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-12.1</w:t>
            </w:r>
          </w:p>
        </w:tc>
        <w:tc>
          <w:tcPr>
            <w:tcW w:w="1928" w:type="dxa"/>
            <w:vAlign w:val="bottom"/>
          </w:tcPr>
          <w:p w14:paraId="6700B6E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2.36662208</w:t>
            </w:r>
          </w:p>
        </w:tc>
      </w:tr>
      <w:tr w:rsidR="005816E5" w:rsidRPr="00261E76" w14:paraId="2CDD897C" w14:textId="77777777" w:rsidTr="00C32B29">
        <w:trPr>
          <w:trHeight w:val="288"/>
        </w:trPr>
        <w:tc>
          <w:tcPr>
            <w:tcW w:w="1927" w:type="dxa"/>
            <w:vAlign w:val="bottom"/>
          </w:tcPr>
          <w:p w14:paraId="326FF9A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EMERGENT-2</w:t>
            </w:r>
          </w:p>
        </w:tc>
        <w:tc>
          <w:tcPr>
            <w:tcW w:w="1927" w:type="dxa"/>
            <w:vAlign w:val="bottom"/>
          </w:tcPr>
          <w:p w14:paraId="0CC96C9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99</w:t>
            </w:r>
          </w:p>
        </w:tc>
        <w:tc>
          <w:tcPr>
            <w:tcW w:w="1928" w:type="dxa"/>
            <w:vAlign w:val="bottom"/>
          </w:tcPr>
          <w:p w14:paraId="2657861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06BF1046"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ADFF597"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5CBF1BF4" w14:textId="77777777" w:rsidTr="00C32B29">
        <w:trPr>
          <w:trHeight w:val="288"/>
        </w:trPr>
        <w:tc>
          <w:tcPr>
            <w:tcW w:w="1927" w:type="dxa"/>
            <w:vAlign w:val="bottom"/>
          </w:tcPr>
          <w:p w14:paraId="49F0159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EMERGENT-2</w:t>
            </w:r>
          </w:p>
        </w:tc>
        <w:tc>
          <w:tcPr>
            <w:tcW w:w="1927" w:type="dxa"/>
            <w:vAlign w:val="bottom"/>
          </w:tcPr>
          <w:p w14:paraId="1A7A116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93</w:t>
            </w:r>
          </w:p>
        </w:tc>
        <w:tc>
          <w:tcPr>
            <w:tcW w:w="1928" w:type="dxa"/>
            <w:vAlign w:val="bottom"/>
          </w:tcPr>
          <w:p w14:paraId="57F9C546"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KarXT</w:t>
            </w:r>
            <w:proofErr w:type="spellEnd"/>
          </w:p>
        </w:tc>
        <w:tc>
          <w:tcPr>
            <w:tcW w:w="1928" w:type="dxa"/>
            <w:vAlign w:val="bottom"/>
          </w:tcPr>
          <w:p w14:paraId="2412051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-10.5</w:t>
            </w:r>
          </w:p>
        </w:tc>
        <w:tc>
          <w:tcPr>
            <w:tcW w:w="1928" w:type="dxa"/>
            <w:vAlign w:val="bottom"/>
          </w:tcPr>
          <w:p w14:paraId="625B1EF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2.38036418</w:t>
            </w:r>
          </w:p>
        </w:tc>
      </w:tr>
      <w:tr w:rsidR="005816E5" w:rsidRPr="00261E76" w14:paraId="77FAA7FB" w14:textId="77777777" w:rsidTr="00C32B29">
        <w:trPr>
          <w:trHeight w:val="288"/>
        </w:trPr>
        <w:tc>
          <w:tcPr>
            <w:tcW w:w="1927" w:type="dxa"/>
            <w:vAlign w:val="bottom"/>
          </w:tcPr>
          <w:p w14:paraId="2AA04B0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EMERGENT-3</w:t>
            </w:r>
          </w:p>
        </w:tc>
        <w:tc>
          <w:tcPr>
            <w:tcW w:w="1927" w:type="dxa"/>
            <w:vAlign w:val="bottom"/>
          </w:tcPr>
          <w:p w14:paraId="626A971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91</w:t>
            </w:r>
          </w:p>
        </w:tc>
        <w:tc>
          <w:tcPr>
            <w:tcW w:w="1928" w:type="dxa"/>
            <w:vAlign w:val="bottom"/>
          </w:tcPr>
          <w:p w14:paraId="2E3347D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0058C274"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8289575"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38AF6CC6" w14:textId="77777777" w:rsidTr="00C32B29">
        <w:trPr>
          <w:trHeight w:val="288"/>
        </w:trPr>
        <w:tc>
          <w:tcPr>
            <w:tcW w:w="1927" w:type="dxa"/>
            <w:vAlign w:val="bottom"/>
          </w:tcPr>
          <w:p w14:paraId="660B47C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EMERGENT-3</w:t>
            </w:r>
          </w:p>
        </w:tc>
        <w:tc>
          <w:tcPr>
            <w:tcW w:w="1927" w:type="dxa"/>
            <w:vAlign w:val="bottom"/>
          </w:tcPr>
          <w:p w14:paraId="59CDD0B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79</w:t>
            </w:r>
          </w:p>
        </w:tc>
        <w:tc>
          <w:tcPr>
            <w:tcW w:w="1928" w:type="dxa"/>
            <w:vAlign w:val="bottom"/>
          </w:tcPr>
          <w:p w14:paraId="47CE0A59"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KarXT</w:t>
            </w:r>
            <w:proofErr w:type="spellEnd"/>
          </w:p>
        </w:tc>
        <w:tc>
          <w:tcPr>
            <w:tcW w:w="1928" w:type="dxa"/>
            <w:vAlign w:val="bottom"/>
          </w:tcPr>
          <w:p w14:paraId="466FE5C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-8</w:t>
            </w:r>
          </w:p>
        </w:tc>
        <w:tc>
          <w:tcPr>
            <w:tcW w:w="1928" w:type="dxa"/>
            <w:vAlign w:val="bottom"/>
          </w:tcPr>
          <w:p w14:paraId="4DCFD1C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2.16347945</w:t>
            </w:r>
          </w:p>
        </w:tc>
      </w:tr>
      <w:tr w:rsidR="005816E5" w:rsidRPr="00261E76" w14:paraId="68124120" w14:textId="77777777" w:rsidTr="00C32B29">
        <w:trPr>
          <w:trHeight w:val="288"/>
        </w:trPr>
        <w:tc>
          <w:tcPr>
            <w:tcW w:w="1927" w:type="dxa"/>
            <w:vAlign w:val="bottom"/>
          </w:tcPr>
          <w:p w14:paraId="3CECCB9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lastRenderedPageBreak/>
              <w:t>Egan 2013</w:t>
            </w:r>
          </w:p>
        </w:tc>
        <w:tc>
          <w:tcPr>
            <w:tcW w:w="1927" w:type="dxa"/>
            <w:vAlign w:val="bottom"/>
          </w:tcPr>
          <w:p w14:paraId="634B034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78</w:t>
            </w:r>
          </w:p>
        </w:tc>
        <w:tc>
          <w:tcPr>
            <w:tcW w:w="1928" w:type="dxa"/>
            <w:vAlign w:val="bottom"/>
          </w:tcPr>
          <w:p w14:paraId="4FCA513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1F9AF703"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702F8DF"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52538062" w14:textId="77777777" w:rsidTr="00C32B29">
        <w:trPr>
          <w:trHeight w:val="288"/>
        </w:trPr>
        <w:tc>
          <w:tcPr>
            <w:tcW w:w="1927" w:type="dxa"/>
            <w:vAlign w:val="bottom"/>
          </w:tcPr>
          <w:p w14:paraId="1F5958B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Egan 2013</w:t>
            </w:r>
          </w:p>
        </w:tc>
        <w:tc>
          <w:tcPr>
            <w:tcW w:w="1927" w:type="dxa"/>
            <w:vAlign w:val="bottom"/>
          </w:tcPr>
          <w:p w14:paraId="41AD5A7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45</w:t>
            </w:r>
          </w:p>
        </w:tc>
        <w:tc>
          <w:tcPr>
            <w:tcW w:w="1928" w:type="dxa"/>
            <w:vAlign w:val="bottom"/>
          </w:tcPr>
          <w:p w14:paraId="327570D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Olanzapine</w:t>
            </w:r>
          </w:p>
        </w:tc>
        <w:tc>
          <w:tcPr>
            <w:tcW w:w="1928" w:type="dxa"/>
            <w:vAlign w:val="bottom"/>
          </w:tcPr>
          <w:p w14:paraId="5E768C2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-4.3</w:t>
            </w:r>
          </w:p>
        </w:tc>
        <w:tc>
          <w:tcPr>
            <w:tcW w:w="1928" w:type="dxa"/>
            <w:vAlign w:val="bottom"/>
          </w:tcPr>
          <w:p w14:paraId="04EB4F7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3.61503444</w:t>
            </w:r>
          </w:p>
        </w:tc>
      </w:tr>
      <w:tr w:rsidR="005816E5" w:rsidRPr="00261E76" w14:paraId="70F46AC7" w14:textId="77777777" w:rsidTr="00C32B29">
        <w:trPr>
          <w:trHeight w:val="288"/>
        </w:trPr>
        <w:tc>
          <w:tcPr>
            <w:tcW w:w="1927" w:type="dxa"/>
            <w:vAlign w:val="bottom"/>
          </w:tcPr>
          <w:p w14:paraId="687123B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Fleischhacker 2009</w:t>
            </w:r>
          </w:p>
        </w:tc>
        <w:tc>
          <w:tcPr>
            <w:tcW w:w="1927" w:type="dxa"/>
            <w:vAlign w:val="bottom"/>
          </w:tcPr>
          <w:p w14:paraId="5774F85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137</w:t>
            </w:r>
          </w:p>
        </w:tc>
        <w:tc>
          <w:tcPr>
            <w:tcW w:w="1928" w:type="dxa"/>
            <w:vAlign w:val="bottom"/>
          </w:tcPr>
          <w:p w14:paraId="3D67933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Aripiprazole</w:t>
            </w:r>
          </w:p>
        </w:tc>
        <w:tc>
          <w:tcPr>
            <w:tcW w:w="1928" w:type="dxa"/>
            <w:vAlign w:val="bottom"/>
          </w:tcPr>
          <w:p w14:paraId="4987A9FA"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490C577"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279D2C86" w14:textId="77777777" w:rsidTr="00C32B29">
        <w:trPr>
          <w:trHeight w:val="288"/>
        </w:trPr>
        <w:tc>
          <w:tcPr>
            <w:tcW w:w="1927" w:type="dxa"/>
            <w:vAlign w:val="bottom"/>
          </w:tcPr>
          <w:p w14:paraId="6BB13A9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Fleischhacker 2009</w:t>
            </w:r>
          </w:p>
        </w:tc>
        <w:tc>
          <w:tcPr>
            <w:tcW w:w="1927" w:type="dxa"/>
            <w:vAlign w:val="bottom"/>
          </w:tcPr>
          <w:p w14:paraId="0920CAA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170</w:t>
            </w:r>
          </w:p>
        </w:tc>
        <w:tc>
          <w:tcPr>
            <w:tcW w:w="1928" w:type="dxa"/>
            <w:vAlign w:val="bottom"/>
          </w:tcPr>
          <w:p w14:paraId="4A0A695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Olanzapine</w:t>
            </w:r>
          </w:p>
        </w:tc>
        <w:tc>
          <w:tcPr>
            <w:tcW w:w="1928" w:type="dxa"/>
            <w:vAlign w:val="bottom"/>
          </w:tcPr>
          <w:p w14:paraId="0C78FDB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-4.9</w:t>
            </w:r>
          </w:p>
        </w:tc>
        <w:tc>
          <w:tcPr>
            <w:tcW w:w="1928" w:type="dxa"/>
            <w:vAlign w:val="bottom"/>
          </w:tcPr>
          <w:p w14:paraId="18A907C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1.93546253</w:t>
            </w:r>
          </w:p>
        </w:tc>
      </w:tr>
      <w:tr w:rsidR="005816E5" w:rsidRPr="00261E76" w14:paraId="4600446A" w14:textId="77777777" w:rsidTr="00C32B29">
        <w:trPr>
          <w:trHeight w:val="288"/>
        </w:trPr>
        <w:tc>
          <w:tcPr>
            <w:tcW w:w="1927" w:type="dxa"/>
            <w:vAlign w:val="bottom"/>
          </w:tcPr>
          <w:p w14:paraId="53C1DD7B"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Ishigooka</w:t>
            </w:r>
            <w:proofErr w:type="spellEnd"/>
            <w:r w:rsidRPr="00261E76">
              <w:rPr>
                <w:rFonts w:asciiTheme="majorHAnsi" w:hAnsiTheme="majorHAnsi" w:cstheme="majorHAnsi"/>
                <w:sz w:val="18"/>
                <w:szCs w:val="18"/>
              </w:rPr>
              <w:t xml:space="preserve"> 2018</w:t>
            </w:r>
          </w:p>
        </w:tc>
        <w:tc>
          <w:tcPr>
            <w:tcW w:w="1927" w:type="dxa"/>
            <w:vAlign w:val="bottom"/>
          </w:tcPr>
          <w:p w14:paraId="4F5A987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70</w:t>
            </w:r>
          </w:p>
        </w:tc>
        <w:tc>
          <w:tcPr>
            <w:tcW w:w="1928" w:type="dxa"/>
            <w:vAlign w:val="bottom"/>
          </w:tcPr>
          <w:p w14:paraId="6198E75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41EF34EB"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0CDE614"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50228271" w14:textId="77777777" w:rsidTr="00C32B29">
        <w:trPr>
          <w:trHeight w:val="288"/>
        </w:trPr>
        <w:tc>
          <w:tcPr>
            <w:tcW w:w="1927" w:type="dxa"/>
            <w:vAlign w:val="bottom"/>
          </w:tcPr>
          <w:p w14:paraId="134D645D"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Ishigooka</w:t>
            </w:r>
            <w:proofErr w:type="spellEnd"/>
            <w:r w:rsidRPr="00261E76">
              <w:rPr>
                <w:rFonts w:asciiTheme="majorHAnsi" w:hAnsiTheme="majorHAnsi" w:cstheme="majorHAnsi"/>
                <w:sz w:val="18"/>
                <w:szCs w:val="18"/>
              </w:rPr>
              <w:t xml:space="preserve"> 2018</w:t>
            </w:r>
          </w:p>
        </w:tc>
        <w:tc>
          <w:tcPr>
            <w:tcW w:w="1927" w:type="dxa"/>
            <w:vAlign w:val="bottom"/>
          </w:tcPr>
          <w:p w14:paraId="1B0FECB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162</w:t>
            </w:r>
          </w:p>
        </w:tc>
        <w:tc>
          <w:tcPr>
            <w:tcW w:w="1928" w:type="dxa"/>
            <w:vAlign w:val="bottom"/>
          </w:tcPr>
          <w:p w14:paraId="4CF8493F"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Brexpiprazole</w:t>
            </w:r>
            <w:proofErr w:type="spellEnd"/>
          </w:p>
        </w:tc>
        <w:tc>
          <w:tcPr>
            <w:tcW w:w="1928" w:type="dxa"/>
            <w:vAlign w:val="bottom"/>
          </w:tcPr>
          <w:p w14:paraId="6C1ED4E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-5.98111111</w:t>
            </w:r>
          </w:p>
        </w:tc>
        <w:tc>
          <w:tcPr>
            <w:tcW w:w="1928" w:type="dxa"/>
            <w:vAlign w:val="bottom"/>
          </w:tcPr>
          <w:p w14:paraId="75DA3B5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2.46107411</w:t>
            </w:r>
          </w:p>
        </w:tc>
      </w:tr>
      <w:tr w:rsidR="005816E5" w:rsidRPr="00261E76" w14:paraId="7EDF4B82" w14:textId="77777777" w:rsidTr="00C32B29">
        <w:trPr>
          <w:trHeight w:val="288"/>
        </w:trPr>
        <w:tc>
          <w:tcPr>
            <w:tcW w:w="1927" w:type="dxa"/>
            <w:vAlign w:val="bottom"/>
          </w:tcPr>
          <w:p w14:paraId="56F3182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Kahn 2007</w:t>
            </w:r>
          </w:p>
        </w:tc>
        <w:tc>
          <w:tcPr>
            <w:tcW w:w="1927" w:type="dxa"/>
            <w:vAlign w:val="bottom"/>
          </w:tcPr>
          <w:p w14:paraId="46F311C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118</w:t>
            </w:r>
          </w:p>
        </w:tc>
        <w:tc>
          <w:tcPr>
            <w:tcW w:w="1928" w:type="dxa"/>
            <w:vAlign w:val="bottom"/>
          </w:tcPr>
          <w:p w14:paraId="75FD9ED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1DC363A4"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BD253A2"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61657D97" w14:textId="77777777" w:rsidTr="00C32B29">
        <w:trPr>
          <w:trHeight w:val="288"/>
        </w:trPr>
        <w:tc>
          <w:tcPr>
            <w:tcW w:w="1927" w:type="dxa"/>
            <w:vAlign w:val="bottom"/>
          </w:tcPr>
          <w:p w14:paraId="5760BC8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Kahn 2007</w:t>
            </w:r>
          </w:p>
        </w:tc>
        <w:tc>
          <w:tcPr>
            <w:tcW w:w="1927" w:type="dxa"/>
            <w:vAlign w:val="bottom"/>
          </w:tcPr>
          <w:p w14:paraId="352D5C1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470</w:t>
            </w:r>
          </w:p>
        </w:tc>
        <w:tc>
          <w:tcPr>
            <w:tcW w:w="1928" w:type="dxa"/>
            <w:vAlign w:val="bottom"/>
          </w:tcPr>
          <w:p w14:paraId="2832980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Quetiapine</w:t>
            </w:r>
          </w:p>
        </w:tc>
        <w:tc>
          <w:tcPr>
            <w:tcW w:w="1928" w:type="dxa"/>
            <w:vAlign w:val="bottom"/>
          </w:tcPr>
          <w:p w14:paraId="37FFFF5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-10.1187234</w:t>
            </w:r>
          </w:p>
        </w:tc>
        <w:tc>
          <w:tcPr>
            <w:tcW w:w="1928" w:type="dxa"/>
            <w:vAlign w:val="bottom"/>
          </w:tcPr>
          <w:p w14:paraId="72F2A30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1.73579749</w:t>
            </w:r>
          </w:p>
        </w:tc>
      </w:tr>
      <w:tr w:rsidR="005816E5" w:rsidRPr="00261E76" w14:paraId="4EF6900B" w14:textId="77777777" w:rsidTr="00C32B29">
        <w:trPr>
          <w:trHeight w:val="288"/>
        </w:trPr>
        <w:tc>
          <w:tcPr>
            <w:tcW w:w="1927" w:type="dxa"/>
            <w:vAlign w:val="bottom"/>
          </w:tcPr>
          <w:p w14:paraId="0D8FE44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Kane 2002</w:t>
            </w:r>
          </w:p>
        </w:tc>
        <w:tc>
          <w:tcPr>
            <w:tcW w:w="1927" w:type="dxa"/>
            <w:vAlign w:val="bottom"/>
          </w:tcPr>
          <w:p w14:paraId="6435F44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106</w:t>
            </w:r>
          </w:p>
        </w:tc>
        <w:tc>
          <w:tcPr>
            <w:tcW w:w="1928" w:type="dxa"/>
            <w:vAlign w:val="bottom"/>
          </w:tcPr>
          <w:p w14:paraId="04EA0CC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21F83FB3"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BB08BF8"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49A25C9D" w14:textId="77777777" w:rsidTr="00C32B29">
        <w:trPr>
          <w:trHeight w:val="288"/>
        </w:trPr>
        <w:tc>
          <w:tcPr>
            <w:tcW w:w="1927" w:type="dxa"/>
            <w:vAlign w:val="bottom"/>
          </w:tcPr>
          <w:p w14:paraId="6400E5D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Kane 2002</w:t>
            </w:r>
          </w:p>
        </w:tc>
        <w:tc>
          <w:tcPr>
            <w:tcW w:w="1927" w:type="dxa"/>
            <w:vAlign w:val="bottom"/>
          </w:tcPr>
          <w:p w14:paraId="117F306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204</w:t>
            </w:r>
          </w:p>
        </w:tc>
        <w:tc>
          <w:tcPr>
            <w:tcW w:w="1928" w:type="dxa"/>
            <w:vAlign w:val="bottom"/>
          </w:tcPr>
          <w:p w14:paraId="577055C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Aripiprazole</w:t>
            </w:r>
          </w:p>
        </w:tc>
        <w:tc>
          <w:tcPr>
            <w:tcW w:w="1928" w:type="dxa"/>
            <w:vAlign w:val="bottom"/>
          </w:tcPr>
          <w:p w14:paraId="0B96966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-10.55</w:t>
            </w:r>
          </w:p>
        </w:tc>
        <w:tc>
          <w:tcPr>
            <w:tcW w:w="1928" w:type="dxa"/>
            <w:vAlign w:val="bottom"/>
          </w:tcPr>
          <w:p w14:paraId="2B146CE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2.0184275</w:t>
            </w:r>
          </w:p>
        </w:tc>
      </w:tr>
      <w:tr w:rsidR="005816E5" w:rsidRPr="00261E76" w14:paraId="69E1E2F6" w14:textId="77777777" w:rsidTr="00C32B29">
        <w:trPr>
          <w:trHeight w:val="288"/>
        </w:trPr>
        <w:tc>
          <w:tcPr>
            <w:tcW w:w="1927" w:type="dxa"/>
            <w:vAlign w:val="bottom"/>
          </w:tcPr>
          <w:p w14:paraId="74C7E18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Kane 2007</w:t>
            </w:r>
          </w:p>
        </w:tc>
        <w:tc>
          <w:tcPr>
            <w:tcW w:w="1927" w:type="dxa"/>
            <w:vAlign w:val="bottom"/>
          </w:tcPr>
          <w:p w14:paraId="3324DB5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126</w:t>
            </w:r>
          </w:p>
        </w:tc>
        <w:tc>
          <w:tcPr>
            <w:tcW w:w="1928" w:type="dxa"/>
            <w:vAlign w:val="bottom"/>
          </w:tcPr>
          <w:p w14:paraId="27FFF2B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210F73AF"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8D5B732"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521A543E" w14:textId="77777777" w:rsidTr="00C32B29">
        <w:trPr>
          <w:trHeight w:val="288"/>
        </w:trPr>
        <w:tc>
          <w:tcPr>
            <w:tcW w:w="1927" w:type="dxa"/>
            <w:vAlign w:val="bottom"/>
          </w:tcPr>
          <w:p w14:paraId="19CCE37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Kane 2007</w:t>
            </w:r>
          </w:p>
        </w:tc>
        <w:tc>
          <w:tcPr>
            <w:tcW w:w="1927" w:type="dxa"/>
            <w:vAlign w:val="bottom"/>
          </w:tcPr>
          <w:p w14:paraId="6440105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128</w:t>
            </w:r>
          </w:p>
        </w:tc>
        <w:tc>
          <w:tcPr>
            <w:tcW w:w="1928" w:type="dxa"/>
            <w:vAlign w:val="bottom"/>
          </w:tcPr>
          <w:p w14:paraId="08C0DDD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Olanzapine</w:t>
            </w:r>
          </w:p>
        </w:tc>
        <w:tc>
          <w:tcPr>
            <w:tcW w:w="1928" w:type="dxa"/>
            <w:vAlign w:val="bottom"/>
          </w:tcPr>
          <w:p w14:paraId="6A0A2B1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-15.8</w:t>
            </w:r>
          </w:p>
        </w:tc>
        <w:tc>
          <w:tcPr>
            <w:tcW w:w="1928" w:type="dxa"/>
            <w:vAlign w:val="bottom"/>
          </w:tcPr>
          <w:p w14:paraId="2324B40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2.11556769</w:t>
            </w:r>
          </w:p>
        </w:tc>
      </w:tr>
      <w:tr w:rsidR="005816E5" w:rsidRPr="00261E76" w14:paraId="3891306D" w14:textId="77777777" w:rsidTr="00C32B29">
        <w:trPr>
          <w:trHeight w:val="288"/>
        </w:trPr>
        <w:tc>
          <w:tcPr>
            <w:tcW w:w="1927" w:type="dxa"/>
            <w:vAlign w:val="bottom"/>
          </w:tcPr>
          <w:p w14:paraId="571EAC1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Kane 2015</w:t>
            </w:r>
          </w:p>
        </w:tc>
        <w:tc>
          <w:tcPr>
            <w:tcW w:w="1927" w:type="dxa"/>
            <w:vAlign w:val="bottom"/>
          </w:tcPr>
          <w:p w14:paraId="4EBD82F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145</w:t>
            </w:r>
          </w:p>
        </w:tc>
        <w:tc>
          <w:tcPr>
            <w:tcW w:w="1928" w:type="dxa"/>
            <w:vAlign w:val="bottom"/>
          </w:tcPr>
          <w:p w14:paraId="5757156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42DDD78E"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3A33E13"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34D2A1A8" w14:textId="77777777" w:rsidTr="00C32B29">
        <w:trPr>
          <w:trHeight w:val="288"/>
        </w:trPr>
        <w:tc>
          <w:tcPr>
            <w:tcW w:w="1927" w:type="dxa"/>
            <w:vAlign w:val="bottom"/>
          </w:tcPr>
          <w:p w14:paraId="34FB910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Kane 2015</w:t>
            </w:r>
          </w:p>
        </w:tc>
        <w:tc>
          <w:tcPr>
            <w:tcW w:w="1927" w:type="dxa"/>
            <w:vAlign w:val="bottom"/>
          </w:tcPr>
          <w:p w14:paraId="31F8763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147</w:t>
            </w:r>
          </w:p>
        </w:tc>
        <w:tc>
          <w:tcPr>
            <w:tcW w:w="1928" w:type="dxa"/>
            <w:vAlign w:val="bottom"/>
          </w:tcPr>
          <w:p w14:paraId="23DB00CE"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Cariprazine</w:t>
            </w:r>
            <w:proofErr w:type="spellEnd"/>
          </w:p>
        </w:tc>
        <w:tc>
          <w:tcPr>
            <w:tcW w:w="1928" w:type="dxa"/>
            <w:vAlign w:val="bottom"/>
          </w:tcPr>
          <w:p w14:paraId="23BAB1D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-7</w:t>
            </w:r>
          </w:p>
        </w:tc>
        <w:tc>
          <w:tcPr>
            <w:tcW w:w="1928" w:type="dxa"/>
            <w:vAlign w:val="bottom"/>
          </w:tcPr>
          <w:p w14:paraId="4C46024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2.19357571</w:t>
            </w:r>
          </w:p>
        </w:tc>
      </w:tr>
      <w:tr w:rsidR="005816E5" w:rsidRPr="00261E76" w14:paraId="706A31B2" w14:textId="77777777" w:rsidTr="00C32B29">
        <w:trPr>
          <w:trHeight w:val="288"/>
        </w:trPr>
        <w:tc>
          <w:tcPr>
            <w:tcW w:w="1927" w:type="dxa"/>
            <w:vAlign w:val="bottom"/>
          </w:tcPr>
          <w:p w14:paraId="0F907C8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Kane 2015 (BEACON)</w:t>
            </w:r>
          </w:p>
        </w:tc>
        <w:tc>
          <w:tcPr>
            <w:tcW w:w="1927" w:type="dxa"/>
            <w:vAlign w:val="bottom"/>
          </w:tcPr>
          <w:p w14:paraId="3506205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180</w:t>
            </w:r>
          </w:p>
        </w:tc>
        <w:tc>
          <w:tcPr>
            <w:tcW w:w="1928" w:type="dxa"/>
            <w:vAlign w:val="bottom"/>
          </w:tcPr>
          <w:p w14:paraId="471430A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6C9C5315"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42C3E98"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6A3A9EA4" w14:textId="77777777" w:rsidTr="00C32B29">
        <w:trPr>
          <w:trHeight w:val="288"/>
        </w:trPr>
        <w:tc>
          <w:tcPr>
            <w:tcW w:w="1927" w:type="dxa"/>
            <w:vAlign w:val="bottom"/>
          </w:tcPr>
          <w:p w14:paraId="350169C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Kane 2015 (BEACON)</w:t>
            </w:r>
          </w:p>
        </w:tc>
        <w:tc>
          <w:tcPr>
            <w:tcW w:w="1927" w:type="dxa"/>
            <w:vAlign w:val="bottom"/>
          </w:tcPr>
          <w:p w14:paraId="1243072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360</w:t>
            </w:r>
          </w:p>
        </w:tc>
        <w:tc>
          <w:tcPr>
            <w:tcW w:w="1928" w:type="dxa"/>
            <w:vAlign w:val="bottom"/>
          </w:tcPr>
          <w:p w14:paraId="307533B0"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Brexpiprazole</w:t>
            </w:r>
            <w:proofErr w:type="spellEnd"/>
          </w:p>
        </w:tc>
        <w:tc>
          <w:tcPr>
            <w:tcW w:w="1928" w:type="dxa"/>
            <w:vAlign w:val="bottom"/>
          </w:tcPr>
          <w:p w14:paraId="1B4CB15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-3.80375</w:t>
            </w:r>
          </w:p>
        </w:tc>
        <w:tc>
          <w:tcPr>
            <w:tcW w:w="1928" w:type="dxa"/>
            <w:vAlign w:val="bottom"/>
          </w:tcPr>
          <w:p w14:paraId="683C3E9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1.70423652</w:t>
            </w:r>
          </w:p>
        </w:tc>
      </w:tr>
      <w:tr w:rsidR="005816E5" w:rsidRPr="00261E76" w14:paraId="5F65FF39" w14:textId="77777777" w:rsidTr="00C32B29">
        <w:trPr>
          <w:trHeight w:val="288"/>
        </w:trPr>
        <w:tc>
          <w:tcPr>
            <w:tcW w:w="1927" w:type="dxa"/>
            <w:vAlign w:val="bottom"/>
          </w:tcPr>
          <w:p w14:paraId="65E4EDB7"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Kinon</w:t>
            </w:r>
            <w:proofErr w:type="spellEnd"/>
            <w:r w:rsidRPr="00261E76">
              <w:rPr>
                <w:rFonts w:asciiTheme="majorHAnsi" w:hAnsiTheme="majorHAnsi" w:cstheme="majorHAnsi"/>
                <w:sz w:val="18"/>
                <w:szCs w:val="18"/>
              </w:rPr>
              <w:t xml:space="preserve"> 2011</w:t>
            </w:r>
          </w:p>
        </w:tc>
        <w:tc>
          <w:tcPr>
            <w:tcW w:w="1927" w:type="dxa"/>
            <w:vAlign w:val="bottom"/>
          </w:tcPr>
          <w:p w14:paraId="1A80742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122</w:t>
            </w:r>
          </w:p>
        </w:tc>
        <w:tc>
          <w:tcPr>
            <w:tcW w:w="1928" w:type="dxa"/>
            <w:vAlign w:val="bottom"/>
          </w:tcPr>
          <w:p w14:paraId="4CF4BA8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63A3EBDC"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29C4093"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5E3AC11F" w14:textId="77777777" w:rsidTr="00C32B29">
        <w:trPr>
          <w:trHeight w:val="288"/>
        </w:trPr>
        <w:tc>
          <w:tcPr>
            <w:tcW w:w="1927" w:type="dxa"/>
            <w:vAlign w:val="bottom"/>
          </w:tcPr>
          <w:p w14:paraId="66FD13E8"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Kinon</w:t>
            </w:r>
            <w:proofErr w:type="spellEnd"/>
            <w:r w:rsidRPr="00261E76">
              <w:rPr>
                <w:rFonts w:asciiTheme="majorHAnsi" w:hAnsiTheme="majorHAnsi" w:cstheme="majorHAnsi"/>
                <w:sz w:val="18"/>
                <w:szCs w:val="18"/>
              </w:rPr>
              <w:t xml:space="preserve"> 2011</w:t>
            </w:r>
          </w:p>
        </w:tc>
        <w:tc>
          <w:tcPr>
            <w:tcW w:w="1927" w:type="dxa"/>
            <w:vAlign w:val="bottom"/>
          </w:tcPr>
          <w:p w14:paraId="15F1A23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62</w:t>
            </w:r>
          </w:p>
        </w:tc>
        <w:tc>
          <w:tcPr>
            <w:tcW w:w="1928" w:type="dxa"/>
            <w:vAlign w:val="bottom"/>
          </w:tcPr>
          <w:p w14:paraId="71E815C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Olanzapine</w:t>
            </w:r>
          </w:p>
        </w:tc>
        <w:tc>
          <w:tcPr>
            <w:tcW w:w="1928" w:type="dxa"/>
            <w:vAlign w:val="bottom"/>
          </w:tcPr>
          <w:p w14:paraId="6F9772C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-6.08</w:t>
            </w:r>
          </w:p>
        </w:tc>
        <w:tc>
          <w:tcPr>
            <w:tcW w:w="1928" w:type="dxa"/>
            <w:vAlign w:val="bottom"/>
          </w:tcPr>
          <w:p w14:paraId="201B9BF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3.78483302</w:t>
            </w:r>
          </w:p>
        </w:tc>
      </w:tr>
      <w:tr w:rsidR="005816E5" w:rsidRPr="00261E76" w14:paraId="016EBC05" w14:textId="77777777" w:rsidTr="00C32B29">
        <w:trPr>
          <w:trHeight w:val="288"/>
        </w:trPr>
        <w:tc>
          <w:tcPr>
            <w:tcW w:w="1927" w:type="dxa"/>
            <w:vAlign w:val="bottom"/>
          </w:tcPr>
          <w:p w14:paraId="0F0FA82B"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Landbloom</w:t>
            </w:r>
            <w:proofErr w:type="spellEnd"/>
            <w:r w:rsidRPr="00261E76">
              <w:rPr>
                <w:rFonts w:asciiTheme="majorHAnsi" w:hAnsiTheme="majorHAnsi" w:cstheme="majorHAnsi"/>
                <w:sz w:val="18"/>
                <w:szCs w:val="18"/>
              </w:rPr>
              <w:t xml:space="preserve"> 2016</w:t>
            </w:r>
          </w:p>
        </w:tc>
        <w:tc>
          <w:tcPr>
            <w:tcW w:w="1927" w:type="dxa"/>
            <w:vAlign w:val="bottom"/>
          </w:tcPr>
          <w:p w14:paraId="66B32E4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60</w:t>
            </w:r>
          </w:p>
        </w:tc>
        <w:tc>
          <w:tcPr>
            <w:tcW w:w="1928" w:type="dxa"/>
            <w:vAlign w:val="bottom"/>
          </w:tcPr>
          <w:p w14:paraId="0303E7B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47DC08C1"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F48A855"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7D202BCB" w14:textId="77777777" w:rsidTr="00C32B29">
        <w:trPr>
          <w:trHeight w:val="288"/>
        </w:trPr>
        <w:tc>
          <w:tcPr>
            <w:tcW w:w="1927" w:type="dxa"/>
            <w:vAlign w:val="bottom"/>
          </w:tcPr>
          <w:p w14:paraId="102FB7F4"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Landbloom</w:t>
            </w:r>
            <w:proofErr w:type="spellEnd"/>
            <w:r w:rsidRPr="00261E76">
              <w:rPr>
                <w:rFonts w:asciiTheme="majorHAnsi" w:hAnsiTheme="majorHAnsi" w:cstheme="majorHAnsi"/>
                <w:sz w:val="18"/>
                <w:szCs w:val="18"/>
              </w:rPr>
              <w:t xml:space="preserve"> 2016</w:t>
            </w:r>
          </w:p>
        </w:tc>
        <w:tc>
          <w:tcPr>
            <w:tcW w:w="1927" w:type="dxa"/>
            <w:vAlign w:val="bottom"/>
          </w:tcPr>
          <w:p w14:paraId="11B0BE9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35</w:t>
            </w:r>
          </w:p>
        </w:tc>
        <w:tc>
          <w:tcPr>
            <w:tcW w:w="1928" w:type="dxa"/>
            <w:vAlign w:val="bottom"/>
          </w:tcPr>
          <w:p w14:paraId="448C9FF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Olanzapine</w:t>
            </w:r>
          </w:p>
        </w:tc>
        <w:tc>
          <w:tcPr>
            <w:tcW w:w="1928" w:type="dxa"/>
            <w:vAlign w:val="bottom"/>
          </w:tcPr>
          <w:p w14:paraId="61E2185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-5.4</w:t>
            </w:r>
          </w:p>
        </w:tc>
        <w:tc>
          <w:tcPr>
            <w:tcW w:w="1928" w:type="dxa"/>
            <w:vAlign w:val="bottom"/>
          </w:tcPr>
          <w:p w14:paraId="39CCB3F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2.88307553</w:t>
            </w:r>
          </w:p>
        </w:tc>
      </w:tr>
      <w:tr w:rsidR="005816E5" w:rsidRPr="00261E76" w14:paraId="7446B143" w14:textId="77777777" w:rsidTr="00C32B29">
        <w:trPr>
          <w:trHeight w:val="288"/>
        </w:trPr>
        <w:tc>
          <w:tcPr>
            <w:tcW w:w="1927" w:type="dxa"/>
            <w:vAlign w:val="bottom"/>
          </w:tcPr>
          <w:p w14:paraId="563D05A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Lieberman 2016</w:t>
            </w:r>
          </w:p>
        </w:tc>
        <w:tc>
          <w:tcPr>
            <w:tcW w:w="1927" w:type="dxa"/>
            <w:vAlign w:val="bottom"/>
          </w:tcPr>
          <w:p w14:paraId="7E0DC72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80</w:t>
            </w:r>
          </w:p>
        </w:tc>
        <w:tc>
          <w:tcPr>
            <w:tcW w:w="1928" w:type="dxa"/>
            <w:vAlign w:val="bottom"/>
          </w:tcPr>
          <w:p w14:paraId="719D2E6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360B0C1A"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0DC08B3"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5D5B43D5" w14:textId="77777777" w:rsidTr="00C32B29">
        <w:trPr>
          <w:trHeight w:val="288"/>
        </w:trPr>
        <w:tc>
          <w:tcPr>
            <w:tcW w:w="1927" w:type="dxa"/>
            <w:vAlign w:val="bottom"/>
          </w:tcPr>
          <w:p w14:paraId="570B494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Lieberman 2016</w:t>
            </w:r>
          </w:p>
        </w:tc>
        <w:tc>
          <w:tcPr>
            <w:tcW w:w="1927" w:type="dxa"/>
            <w:vAlign w:val="bottom"/>
          </w:tcPr>
          <w:p w14:paraId="670819D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75</w:t>
            </w:r>
          </w:p>
        </w:tc>
        <w:tc>
          <w:tcPr>
            <w:tcW w:w="1928" w:type="dxa"/>
            <w:vAlign w:val="bottom"/>
          </w:tcPr>
          <w:p w14:paraId="3CD330A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Risperidone</w:t>
            </w:r>
          </w:p>
        </w:tc>
        <w:tc>
          <w:tcPr>
            <w:tcW w:w="1928" w:type="dxa"/>
            <w:vAlign w:val="bottom"/>
          </w:tcPr>
          <w:p w14:paraId="0CFE6CA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-6</w:t>
            </w:r>
          </w:p>
        </w:tc>
        <w:tc>
          <w:tcPr>
            <w:tcW w:w="1928" w:type="dxa"/>
            <w:vAlign w:val="bottom"/>
          </w:tcPr>
          <w:p w14:paraId="179C2C4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2.40497289</w:t>
            </w:r>
          </w:p>
        </w:tc>
      </w:tr>
      <w:tr w:rsidR="005816E5" w:rsidRPr="00261E76" w14:paraId="318C9A2B" w14:textId="77777777" w:rsidTr="00C32B29">
        <w:trPr>
          <w:trHeight w:val="288"/>
        </w:trPr>
        <w:tc>
          <w:tcPr>
            <w:tcW w:w="1927" w:type="dxa"/>
            <w:vAlign w:val="bottom"/>
          </w:tcPr>
          <w:p w14:paraId="11462A6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Lindenmayer 2008</w:t>
            </w:r>
          </w:p>
        </w:tc>
        <w:tc>
          <w:tcPr>
            <w:tcW w:w="1927" w:type="dxa"/>
            <w:vAlign w:val="bottom"/>
          </w:tcPr>
          <w:p w14:paraId="4BD4A99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78</w:t>
            </w:r>
          </w:p>
        </w:tc>
        <w:tc>
          <w:tcPr>
            <w:tcW w:w="1928" w:type="dxa"/>
            <w:vAlign w:val="bottom"/>
          </w:tcPr>
          <w:p w14:paraId="387A3A2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4416BF04"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7AAE128"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52C2289C" w14:textId="77777777" w:rsidTr="00C32B29">
        <w:trPr>
          <w:trHeight w:val="288"/>
        </w:trPr>
        <w:tc>
          <w:tcPr>
            <w:tcW w:w="1927" w:type="dxa"/>
            <w:vAlign w:val="bottom"/>
          </w:tcPr>
          <w:p w14:paraId="7A0326E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Lindenmayer 2008</w:t>
            </w:r>
          </w:p>
        </w:tc>
        <w:tc>
          <w:tcPr>
            <w:tcW w:w="1927" w:type="dxa"/>
            <w:vAlign w:val="bottom"/>
          </w:tcPr>
          <w:p w14:paraId="65F8707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420</w:t>
            </w:r>
          </w:p>
        </w:tc>
        <w:tc>
          <w:tcPr>
            <w:tcW w:w="1928" w:type="dxa"/>
            <w:vAlign w:val="bottom"/>
          </w:tcPr>
          <w:p w14:paraId="06FF6B8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Quetiapine</w:t>
            </w:r>
          </w:p>
        </w:tc>
        <w:tc>
          <w:tcPr>
            <w:tcW w:w="1928" w:type="dxa"/>
            <w:vAlign w:val="bottom"/>
          </w:tcPr>
          <w:p w14:paraId="0FCC31B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-3.98964286</w:t>
            </w:r>
          </w:p>
        </w:tc>
        <w:tc>
          <w:tcPr>
            <w:tcW w:w="1928" w:type="dxa"/>
            <w:vAlign w:val="bottom"/>
          </w:tcPr>
          <w:p w14:paraId="279D25D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2.0784666</w:t>
            </w:r>
          </w:p>
        </w:tc>
      </w:tr>
      <w:tr w:rsidR="005816E5" w:rsidRPr="00261E76" w14:paraId="5F0F0762" w14:textId="77777777" w:rsidTr="00C32B29">
        <w:trPr>
          <w:trHeight w:val="288"/>
        </w:trPr>
        <w:tc>
          <w:tcPr>
            <w:tcW w:w="1927" w:type="dxa"/>
            <w:vAlign w:val="bottom"/>
          </w:tcPr>
          <w:p w14:paraId="7D9CD1A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Loebel 2013</w:t>
            </w:r>
          </w:p>
        </w:tc>
        <w:tc>
          <w:tcPr>
            <w:tcW w:w="1927" w:type="dxa"/>
            <w:vAlign w:val="bottom"/>
          </w:tcPr>
          <w:p w14:paraId="0423932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120</w:t>
            </w:r>
          </w:p>
        </w:tc>
        <w:tc>
          <w:tcPr>
            <w:tcW w:w="1928" w:type="dxa"/>
            <w:vAlign w:val="bottom"/>
          </w:tcPr>
          <w:p w14:paraId="63D08AA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5263A91E"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45BC12F"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239B8D44" w14:textId="77777777" w:rsidTr="00C32B29">
        <w:trPr>
          <w:trHeight w:val="288"/>
        </w:trPr>
        <w:tc>
          <w:tcPr>
            <w:tcW w:w="1927" w:type="dxa"/>
            <w:vAlign w:val="bottom"/>
          </w:tcPr>
          <w:p w14:paraId="5E9B163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Loebel 2013</w:t>
            </w:r>
          </w:p>
        </w:tc>
        <w:tc>
          <w:tcPr>
            <w:tcW w:w="1927" w:type="dxa"/>
            <w:vAlign w:val="bottom"/>
          </w:tcPr>
          <w:p w14:paraId="7EB1019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116</w:t>
            </w:r>
          </w:p>
        </w:tc>
        <w:tc>
          <w:tcPr>
            <w:tcW w:w="1928" w:type="dxa"/>
            <w:vAlign w:val="bottom"/>
          </w:tcPr>
          <w:p w14:paraId="6797F3F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Quetiapine</w:t>
            </w:r>
          </w:p>
        </w:tc>
        <w:tc>
          <w:tcPr>
            <w:tcW w:w="1928" w:type="dxa"/>
            <w:vAlign w:val="bottom"/>
          </w:tcPr>
          <w:p w14:paraId="4B776EC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-17.5</w:t>
            </w:r>
          </w:p>
        </w:tc>
        <w:tc>
          <w:tcPr>
            <w:tcW w:w="1928" w:type="dxa"/>
            <w:vAlign w:val="bottom"/>
          </w:tcPr>
          <w:p w14:paraId="3FE086A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2.54593639</w:t>
            </w:r>
          </w:p>
        </w:tc>
      </w:tr>
      <w:tr w:rsidR="005816E5" w:rsidRPr="00261E76" w14:paraId="06D6A019" w14:textId="77777777" w:rsidTr="00C32B29">
        <w:trPr>
          <w:trHeight w:val="288"/>
        </w:trPr>
        <w:tc>
          <w:tcPr>
            <w:tcW w:w="1927" w:type="dxa"/>
            <w:vAlign w:val="bottom"/>
          </w:tcPr>
          <w:p w14:paraId="21872B3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Marder 2007</w:t>
            </w:r>
          </w:p>
        </w:tc>
        <w:tc>
          <w:tcPr>
            <w:tcW w:w="1927" w:type="dxa"/>
            <w:vAlign w:val="bottom"/>
          </w:tcPr>
          <w:p w14:paraId="5990C73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105</w:t>
            </w:r>
          </w:p>
        </w:tc>
        <w:tc>
          <w:tcPr>
            <w:tcW w:w="1928" w:type="dxa"/>
            <w:vAlign w:val="bottom"/>
          </w:tcPr>
          <w:p w14:paraId="2236C58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2A45536B"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09DF541"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647B0B87" w14:textId="77777777" w:rsidTr="00C32B29">
        <w:trPr>
          <w:trHeight w:val="288"/>
        </w:trPr>
        <w:tc>
          <w:tcPr>
            <w:tcW w:w="1927" w:type="dxa"/>
            <w:vAlign w:val="bottom"/>
          </w:tcPr>
          <w:p w14:paraId="72C89E9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Marder 2007</w:t>
            </w:r>
          </w:p>
        </w:tc>
        <w:tc>
          <w:tcPr>
            <w:tcW w:w="1927" w:type="dxa"/>
            <w:vAlign w:val="bottom"/>
          </w:tcPr>
          <w:p w14:paraId="157A14C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105</w:t>
            </w:r>
          </w:p>
        </w:tc>
        <w:tc>
          <w:tcPr>
            <w:tcW w:w="1928" w:type="dxa"/>
            <w:vAlign w:val="bottom"/>
          </w:tcPr>
          <w:p w14:paraId="077CCAA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Olanzapine</w:t>
            </w:r>
          </w:p>
        </w:tc>
        <w:tc>
          <w:tcPr>
            <w:tcW w:w="1928" w:type="dxa"/>
            <w:vAlign w:val="bottom"/>
          </w:tcPr>
          <w:p w14:paraId="597620E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-10.4</w:t>
            </w:r>
          </w:p>
        </w:tc>
        <w:tc>
          <w:tcPr>
            <w:tcW w:w="1928" w:type="dxa"/>
            <w:vAlign w:val="bottom"/>
          </w:tcPr>
          <w:p w14:paraId="23D95AB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2.85900416</w:t>
            </w:r>
          </w:p>
        </w:tc>
      </w:tr>
      <w:tr w:rsidR="005816E5" w:rsidRPr="00261E76" w14:paraId="5CD1DF93" w14:textId="77777777" w:rsidTr="00C32B29">
        <w:trPr>
          <w:trHeight w:val="288"/>
        </w:trPr>
        <w:tc>
          <w:tcPr>
            <w:tcW w:w="1927" w:type="dxa"/>
            <w:vAlign w:val="bottom"/>
          </w:tcPr>
          <w:p w14:paraId="5F76387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Marder 2016</w:t>
            </w:r>
          </w:p>
        </w:tc>
        <w:tc>
          <w:tcPr>
            <w:tcW w:w="1927" w:type="dxa"/>
            <w:vAlign w:val="bottom"/>
          </w:tcPr>
          <w:p w14:paraId="556057A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159</w:t>
            </w:r>
          </w:p>
        </w:tc>
        <w:tc>
          <w:tcPr>
            <w:tcW w:w="1928" w:type="dxa"/>
            <w:vAlign w:val="bottom"/>
          </w:tcPr>
          <w:p w14:paraId="6C0FDDF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37C311F7"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195044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1.34025718</w:t>
            </w:r>
          </w:p>
        </w:tc>
      </w:tr>
      <w:tr w:rsidR="005816E5" w:rsidRPr="00261E76" w14:paraId="13485BD8" w14:textId="77777777" w:rsidTr="00C32B29">
        <w:trPr>
          <w:trHeight w:val="288"/>
        </w:trPr>
        <w:tc>
          <w:tcPr>
            <w:tcW w:w="1927" w:type="dxa"/>
            <w:vAlign w:val="bottom"/>
          </w:tcPr>
          <w:p w14:paraId="7A7AE4B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Marder 2016</w:t>
            </w:r>
          </w:p>
        </w:tc>
        <w:tc>
          <w:tcPr>
            <w:tcW w:w="1927" w:type="dxa"/>
            <w:vAlign w:val="bottom"/>
          </w:tcPr>
          <w:p w14:paraId="57A42F6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150</w:t>
            </w:r>
          </w:p>
        </w:tc>
        <w:tc>
          <w:tcPr>
            <w:tcW w:w="1928" w:type="dxa"/>
            <w:vAlign w:val="bottom"/>
          </w:tcPr>
          <w:p w14:paraId="50BC02E6"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Brexpiprazole</w:t>
            </w:r>
            <w:proofErr w:type="spellEnd"/>
          </w:p>
        </w:tc>
        <w:tc>
          <w:tcPr>
            <w:tcW w:w="1928" w:type="dxa"/>
            <w:vAlign w:val="bottom"/>
          </w:tcPr>
          <w:p w14:paraId="57C8020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-3.34</w:t>
            </w:r>
          </w:p>
        </w:tc>
        <w:tc>
          <w:tcPr>
            <w:tcW w:w="1928" w:type="dxa"/>
            <w:vAlign w:val="bottom"/>
          </w:tcPr>
          <w:p w14:paraId="2F02A38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1.84615979</w:t>
            </w:r>
          </w:p>
        </w:tc>
      </w:tr>
      <w:tr w:rsidR="005816E5" w:rsidRPr="00261E76" w14:paraId="3837F237" w14:textId="77777777" w:rsidTr="00C32B29">
        <w:trPr>
          <w:trHeight w:val="288"/>
        </w:trPr>
        <w:tc>
          <w:tcPr>
            <w:tcW w:w="1927" w:type="dxa"/>
            <w:vAlign w:val="bottom"/>
          </w:tcPr>
          <w:p w14:paraId="59F8333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Marder 2016</w:t>
            </w:r>
          </w:p>
        </w:tc>
        <w:tc>
          <w:tcPr>
            <w:tcW w:w="1927" w:type="dxa"/>
            <w:vAlign w:val="bottom"/>
          </w:tcPr>
          <w:p w14:paraId="21D2160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150</w:t>
            </w:r>
          </w:p>
        </w:tc>
        <w:tc>
          <w:tcPr>
            <w:tcW w:w="1928" w:type="dxa"/>
            <w:vAlign w:val="bottom"/>
          </w:tcPr>
          <w:p w14:paraId="13A4023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Quetiapine</w:t>
            </w:r>
          </w:p>
        </w:tc>
        <w:tc>
          <w:tcPr>
            <w:tcW w:w="1928" w:type="dxa"/>
            <w:vAlign w:val="bottom"/>
          </w:tcPr>
          <w:p w14:paraId="15F561C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-5.81</w:t>
            </w:r>
          </w:p>
        </w:tc>
        <w:tc>
          <w:tcPr>
            <w:tcW w:w="1928" w:type="dxa"/>
            <w:vAlign w:val="bottom"/>
          </w:tcPr>
          <w:p w14:paraId="01B5D84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1.84615979</w:t>
            </w:r>
          </w:p>
        </w:tc>
      </w:tr>
      <w:tr w:rsidR="005816E5" w:rsidRPr="00261E76" w14:paraId="330F3406" w14:textId="77777777" w:rsidTr="00C32B29">
        <w:trPr>
          <w:trHeight w:val="288"/>
        </w:trPr>
        <w:tc>
          <w:tcPr>
            <w:tcW w:w="1927" w:type="dxa"/>
            <w:vAlign w:val="bottom"/>
          </w:tcPr>
          <w:p w14:paraId="5554059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McDonnell 2018</w:t>
            </w:r>
          </w:p>
        </w:tc>
        <w:tc>
          <w:tcPr>
            <w:tcW w:w="1927" w:type="dxa"/>
            <w:vAlign w:val="bottom"/>
          </w:tcPr>
          <w:p w14:paraId="1366778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112</w:t>
            </w:r>
          </w:p>
        </w:tc>
        <w:tc>
          <w:tcPr>
            <w:tcW w:w="1928" w:type="dxa"/>
            <w:vAlign w:val="bottom"/>
          </w:tcPr>
          <w:p w14:paraId="5D032B9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5DABFB46"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9D387D8"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6682AB73" w14:textId="77777777" w:rsidTr="00C32B29">
        <w:trPr>
          <w:trHeight w:val="288"/>
        </w:trPr>
        <w:tc>
          <w:tcPr>
            <w:tcW w:w="1927" w:type="dxa"/>
            <w:vAlign w:val="bottom"/>
          </w:tcPr>
          <w:p w14:paraId="694B99C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McDonnell 2018</w:t>
            </w:r>
          </w:p>
        </w:tc>
        <w:tc>
          <w:tcPr>
            <w:tcW w:w="1927" w:type="dxa"/>
            <w:vAlign w:val="bottom"/>
          </w:tcPr>
          <w:p w14:paraId="1456573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120</w:t>
            </w:r>
          </w:p>
        </w:tc>
        <w:tc>
          <w:tcPr>
            <w:tcW w:w="1928" w:type="dxa"/>
            <w:vAlign w:val="bottom"/>
          </w:tcPr>
          <w:p w14:paraId="4F5C5AC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Olanzapine</w:t>
            </w:r>
          </w:p>
        </w:tc>
        <w:tc>
          <w:tcPr>
            <w:tcW w:w="1928" w:type="dxa"/>
            <w:vAlign w:val="bottom"/>
          </w:tcPr>
          <w:p w14:paraId="25136BE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-5.3</w:t>
            </w:r>
          </w:p>
        </w:tc>
        <w:tc>
          <w:tcPr>
            <w:tcW w:w="1928" w:type="dxa"/>
            <w:vAlign w:val="bottom"/>
          </w:tcPr>
          <w:p w14:paraId="751FF83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1.83856673</w:t>
            </w:r>
          </w:p>
        </w:tc>
      </w:tr>
      <w:tr w:rsidR="005816E5" w:rsidRPr="00261E76" w14:paraId="27EC5F47" w14:textId="77777777" w:rsidTr="00C32B29">
        <w:trPr>
          <w:trHeight w:val="288"/>
        </w:trPr>
        <w:tc>
          <w:tcPr>
            <w:tcW w:w="1927" w:type="dxa"/>
            <w:vAlign w:val="bottom"/>
          </w:tcPr>
          <w:p w14:paraId="3DF847A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McEvoy 2007</w:t>
            </w:r>
          </w:p>
        </w:tc>
        <w:tc>
          <w:tcPr>
            <w:tcW w:w="1927" w:type="dxa"/>
            <w:vAlign w:val="bottom"/>
          </w:tcPr>
          <w:p w14:paraId="78E1823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107</w:t>
            </w:r>
          </w:p>
        </w:tc>
        <w:tc>
          <w:tcPr>
            <w:tcW w:w="1928" w:type="dxa"/>
            <w:vAlign w:val="bottom"/>
          </w:tcPr>
          <w:p w14:paraId="7E4D932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01134645"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B7B655C"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3335062E" w14:textId="77777777" w:rsidTr="00C32B29">
        <w:trPr>
          <w:trHeight w:val="288"/>
        </w:trPr>
        <w:tc>
          <w:tcPr>
            <w:tcW w:w="1927" w:type="dxa"/>
            <w:vAlign w:val="bottom"/>
          </w:tcPr>
          <w:p w14:paraId="320FF87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McEvoy 2007</w:t>
            </w:r>
          </w:p>
        </w:tc>
        <w:tc>
          <w:tcPr>
            <w:tcW w:w="1927" w:type="dxa"/>
            <w:vAlign w:val="bottom"/>
          </w:tcPr>
          <w:p w14:paraId="29BBC69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303</w:t>
            </w:r>
          </w:p>
        </w:tc>
        <w:tc>
          <w:tcPr>
            <w:tcW w:w="1928" w:type="dxa"/>
            <w:vAlign w:val="bottom"/>
          </w:tcPr>
          <w:p w14:paraId="23BF8FF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Aripiprazole</w:t>
            </w:r>
          </w:p>
        </w:tc>
        <w:tc>
          <w:tcPr>
            <w:tcW w:w="1928" w:type="dxa"/>
            <w:vAlign w:val="bottom"/>
          </w:tcPr>
          <w:p w14:paraId="0703A8A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-10.6141254</w:t>
            </w:r>
          </w:p>
        </w:tc>
        <w:tc>
          <w:tcPr>
            <w:tcW w:w="1928" w:type="dxa"/>
            <w:vAlign w:val="bottom"/>
          </w:tcPr>
          <w:p w14:paraId="326A4DB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1.89574121</w:t>
            </w:r>
          </w:p>
        </w:tc>
      </w:tr>
      <w:tr w:rsidR="005816E5" w:rsidRPr="00261E76" w14:paraId="5E19F12E" w14:textId="77777777" w:rsidTr="00C32B29">
        <w:trPr>
          <w:trHeight w:val="288"/>
        </w:trPr>
        <w:tc>
          <w:tcPr>
            <w:tcW w:w="1927" w:type="dxa"/>
            <w:vAlign w:val="bottom"/>
          </w:tcPr>
          <w:p w14:paraId="143AE73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McQuade 2004</w:t>
            </w:r>
          </w:p>
        </w:tc>
        <w:tc>
          <w:tcPr>
            <w:tcW w:w="1927" w:type="dxa"/>
            <w:vAlign w:val="bottom"/>
          </w:tcPr>
          <w:p w14:paraId="32C5981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156</w:t>
            </w:r>
          </w:p>
        </w:tc>
        <w:tc>
          <w:tcPr>
            <w:tcW w:w="1928" w:type="dxa"/>
            <w:vAlign w:val="bottom"/>
          </w:tcPr>
          <w:p w14:paraId="6168025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Aripiprazole</w:t>
            </w:r>
          </w:p>
        </w:tc>
        <w:tc>
          <w:tcPr>
            <w:tcW w:w="1928" w:type="dxa"/>
            <w:vAlign w:val="bottom"/>
          </w:tcPr>
          <w:p w14:paraId="6E2EC3F5"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3206D9E"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035E3D14" w14:textId="77777777" w:rsidTr="00C32B29">
        <w:trPr>
          <w:trHeight w:val="288"/>
        </w:trPr>
        <w:tc>
          <w:tcPr>
            <w:tcW w:w="1927" w:type="dxa"/>
            <w:vAlign w:val="bottom"/>
          </w:tcPr>
          <w:p w14:paraId="2446670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McQuade 2004</w:t>
            </w:r>
          </w:p>
        </w:tc>
        <w:tc>
          <w:tcPr>
            <w:tcW w:w="1927" w:type="dxa"/>
            <w:vAlign w:val="bottom"/>
          </w:tcPr>
          <w:p w14:paraId="3BEC226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161</w:t>
            </w:r>
          </w:p>
        </w:tc>
        <w:tc>
          <w:tcPr>
            <w:tcW w:w="1928" w:type="dxa"/>
            <w:vAlign w:val="bottom"/>
          </w:tcPr>
          <w:p w14:paraId="6CF1C57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Olanzapine</w:t>
            </w:r>
          </w:p>
        </w:tc>
        <w:tc>
          <w:tcPr>
            <w:tcW w:w="1928" w:type="dxa"/>
            <w:vAlign w:val="bottom"/>
          </w:tcPr>
          <w:p w14:paraId="1230D7C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w:t>
            </w:r>
          </w:p>
        </w:tc>
        <w:tc>
          <w:tcPr>
            <w:tcW w:w="1928" w:type="dxa"/>
            <w:vAlign w:val="bottom"/>
          </w:tcPr>
          <w:p w14:paraId="76D2784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1.89388986</w:t>
            </w:r>
          </w:p>
        </w:tc>
      </w:tr>
      <w:tr w:rsidR="005816E5" w:rsidRPr="00261E76" w14:paraId="325655CB" w14:textId="77777777" w:rsidTr="00C32B29">
        <w:trPr>
          <w:trHeight w:val="288"/>
        </w:trPr>
        <w:tc>
          <w:tcPr>
            <w:tcW w:w="1927" w:type="dxa"/>
            <w:vAlign w:val="bottom"/>
          </w:tcPr>
          <w:p w14:paraId="5159DBB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Meltzer 2011</w:t>
            </w:r>
          </w:p>
        </w:tc>
        <w:tc>
          <w:tcPr>
            <w:tcW w:w="1927" w:type="dxa"/>
            <w:vAlign w:val="bottom"/>
          </w:tcPr>
          <w:p w14:paraId="7F4FD9B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78</w:t>
            </w:r>
          </w:p>
        </w:tc>
        <w:tc>
          <w:tcPr>
            <w:tcW w:w="1928" w:type="dxa"/>
            <w:vAlign w:val="bottom"/>
          </w:tcPr>
          <w:p w14:paraId="355F5B0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2634F663"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8DD06AF"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6583B59C" w14:textId="77777777" w:rsidTr="00C32B29">
        <w:trPr>
          <w:trHeight w:val="288"/>
        </w:trPr>
        <w:tc>
          <w:tcPr>
            <w:tcW w:w="1927" w:type="dxa"/>
            <w:vAlign w:val="bottom"/>
          </w:tcPr>
          <w:p w14:paraId="35262E0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Meltzer 2011</w:t>
            </w:r>
          </w:p>
        </w:tc>
        <w:tc>
          <w:tcPr>
            <w:tcW w:w="1927" w:type="dxa"/>
            <w:vAlign w:val="bottom"/>
          </w:tcPr>
          <w:p w14:paraId="14BFAD5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96</w:t>
            </w:r>
          </w:p>
        </w:tc>
        <w:tc>
          <w:tcPr>
            <w:tcW w:w="1928" w:type="dxa"/>
            <w:vAlign w:val="bottom"/>
          </w:tcPr>
          <w:p w14:paraId="186A89D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Olanzapine</w:t>
            </w:r>
          </w:p>
        </w:tc>
        <w:tc>
          <w:tcPr>
            <w:tcW w:w="1928" w:type="dxa"/>
            <w:vAlign w:val="bottom"/>
          </w:tcPr>
          <w:p w14:paraId="4A36309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-6.6</w:t>
            </w:r>
          </w:p>
        </w:tc>
        <w:tc>
          <w:tcPr>
            <w:tcW w:w="1928" w:type="dxa"/>
            <w:vAlign w:val="bottom"/>
          </w:tcPr>
          <w:p w14:paraId="1BF372B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2.33442273</w:t>
            </w:r>
          </w:p>
        </w:tc>
      </w:tr>
      <w:tr w:rsidR="005816E5" w:rsidRPr="00261E76" w14:paraId="226D5B71" w14:textId="77777777" w:rsidTr="00C32B29">
        <w:trPr>
          <w:trHeight w:val="288"/>
        </w:trPr>
        <w:tc>
          <w:tcPr>
            <w:tcW w:w="1927" w:type="dxa"/>
            <w:vAlign w:val="bottom"/>
          </w:tcPr>
          <w:p w14:paraId="08DAFC3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NCT00563706</w:t>
            </w:r>
          </w:p>
        </w:tc>
        <w:tc>
          <w:tcPr>
            <w:tcW w:w="1927" w:type="dxa"/>
            <w:vAlign w:val="bottom"/>
          </w:tcPr>
          <w:p w14:paraId="5409811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21</w:t>
            </w:r>
          </w:p>
        </w:tc>
        <w:tc>
          <w:tcPr>
            <w:tcW w:w="1928" w:type="dxa"/>
            <w:vAlign w:val="bottom"/>
          </w:tcPr>
          <w:p w14:paraId="0BAA76C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259A4EFC"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BD4EBF8"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2EF6B203" w14:textId="77777777" w:rsidTr="00C32B29">
        <w:trPr>
          <w:trHeight w:val="288"/>
        </w:trPr>
        <w:tc>
          <w:tcPr>
            <w:tcW w:w="1927" w:type="dxa"/>
            <w:vAlign w:val="bottom"/>
          </w:tcPr>
          <w:p w14:paraId="5859C96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NCT00563706</w:t>
            </w:r>
          </w:p>
        </w:tc>
        <w:tc>
          <w:tcPr>
            <w:tcW w:w="1927" w:type="dxa"/>
            <w:vAlign w:val="bottom"/>
          </w:tcPr>
          <w:p w14:paraId="0791507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32</w:t>
            </w:r>
          </w:p>
        </w:tc>
        <w:tc>
          <w:tcPr>
            <w:tcW w:w="1928" w:type="dxa"/>
            <w:vAlign w:val="bottom"/>
          </w:tcPr>
          <w:p w14:paraId="6CC88DF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Risperidone</w:t>
            </w:r>
          </w:p>
        </w:tc>
        <w:tc>
          <w:tcPr>
            <w:tcW w:w="1928" w:type="dxa"/>
            <w:vAlign w:val="bottom"/>
          </w:tcPr>
          <w:p w14:paraId="64FC1BE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1.44</w:t>
            </w:r>
          </w:p>
        </w:tc>
        <w:tc>
          <w:tcPr>
            <w:tcW w:w="1928" w:type="dxa"/>
            <w:vAlign w:val="bottom"/>
          </w:tcPr>
          <w:p w14:paraId="36C7EDB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0.96629139</w:t>
            </w:r>
          </w:p>
        </w:tc>
      </w:tr>
      <w:tr w:rsidR="005816E5" w:rsidRPr="00261E76" w14:paraId="0E8BD1FF" w14:textId="77777777" w:rsidTr="00C32B29">
        <w:trPr>
          <w:trHeight w:val="288"/>
        </w:trPr>
        <w:tc>
          <w:tcPr>
            <w:tcW w:w="1927" w:type="dxa"/>
            <w:vAlign w:val="bottom"/>
          </w:tcPr>
          <w:p w14:paraId="4917E99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NCT00711269</w:t>
            </w:r>
          </w:p>
        </w:tc>
        <w:tc>
          <w:tcPr>
            <w:tcW w:w="1927" w:type="dxa"/>
            <w:vAlign w:val="bottom"/>
          </w:tcPr>
          <w:p w14:paraId="3569312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129</w:t>
            </w:r>
          </w:p>
        </w:tc>
        <w:tc>
          <w:tcPr>
            <w:tcW w:w="1928" w:type="dxa"/>
            <w:vAlign w:val="bottom"/>
          </w:tcPr>
          <w:p w14:paraId="1F8F833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5FA93A28"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A28E951"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4B43435A" w14:textId="77777777" w:rsidTr="00C32B29">
        <w:trPr>
          <w:trHeight w:val="288"/>
        </w:trPr>
        <w:tc>
          <w:tcPr>
            <w:tcW w:w="1927" w:type="dxa"/>
            <w:vAlign w:val="bottom"/>
          </w:tcPr>
          <w:p w14:paraId="2503E9F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NCT00711269</w:t>
            </w:r>
          </w:p>
        </w:tc>
        <w:tc>
          <w:tcPr>
            <w:tcW w:w="1927" w:type="dxa"/>
            <w:vAlign w:val="bottom"/>
          </w:tcPr>
          <w:p w14:paraId="2234A49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64</w:t>
            </w:r>
          </w:p>
        </w:tc>
        <w:tc>
          <w:tcPr>
            <w:tcW w:w="1928" w:type="dxa"/>
            <w:vAlign w:val="bottom"/>
          </w:tcPr>
          <w:p w14:paraId="589C181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Risperidone</w:t>
            </w:r>
          </w:p>
        </w:tc>
        <w:tc>
          <w:tcPr>
            <w:tcW w:w="1928" w:type="dxa"/>
            <w:vAlign w:val="bottom"/>
          </w:tcPr>
          <w:p w14:paraId="77550A4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-4.6</w:t>
            </w:r>
          </w:p>
        </w:tc>
        <w:tc>
          <w:tcPr>
            <w:tcW w:w="1928" w:type="dxa"/>
            <w:vAlign w:val="bottom"/>
          </w:tcPr>
          <w:p w14:paraId="1477995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0.33974711</w:t>
            </w:r>
          </w:p>
        </w:tc>
      </w:tr>
      <w:tr w:rsidR="005816E5" w:rsidRPr="00261E76" w14:paraId="6D345DD9" w14:textId="77777777" w:rsidTr="00C32B29">
        <w:trPr>
          <w:trHeight w:val="288"/>
        </w:trPr>
        <w:tc>
          <w:tcPr>
            <w:tcW w:w="1927" w:type="dxa"/>
            <w:vAlign w:val="bottom"/>
          </w:tcPr>
          <w:p w14:paraId="6E7BA0D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NCT01175135</w:t>
            </w:r>
          </w:p>
        </w:tc>
        <w:tc>
          <w:tcPr>
            <w:tcW w:w="1927" w:type="dxa"/>
            <w:vAlign w:val="bottom"/>
          </w:tcPr>
          <w:p w14:paraId="17D7684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63</w:t>
            </w:r>
          </w:p>
        </w:tc>
        <w:tc>
          <w:tcPr>
            <w:tcW w:w="1928" w:type="dxa"/>
            <w:vAlign w:val="bottom"/>
          </w:tcPr>
          <w:p w14:paraId="3DC90AF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64B794E1"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1D75713"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16AC9E10" w14:textId="77777777" w:rsidTr="00C32B29">
        <w:trPr>
          <w:trHeight w:val="288"/>
        </w:trPr>
        <w:tc>
          <w:tcPr>
            <w:tcW w:w="1927" w:type="dxa"/>
            <w:vAlign w:val="bottom"/>
          </w:tcPr>
          <w:p w14:paraId="0D01480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NCT01175135</w:t>
            </w:r>
          </w:p>
        </w:tc>
        <w:tc>
          <w:tcPr>
            <w:tcW w:w="1927" w:type="dxa"/>
            <w:vAlign w:val="bottom"/>
          </w:tcPr>
          <w:p w14:paraId="05358B5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26</w:t>
            </w:r>
          </w:p>
        </w:tc>
        <w:tc>
          <w:tcPr>
            <w:tcW w:w="1928" w:type="dxa"/>
            <w:vAlign w:val="bottom"/>
          </w:tcPr>
          <w:p w14:paraId="72303F8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Risperidone</w:t>
            </w:r>
          </w:p>
        </w:tc>
        <w:tc>
          <w:tcPr>
            <w:tcW w:w="1928" w:type="dxa"/>
            <w:vAlign w:val="bottom"/>
          </w:tcPr>
          <w:p w14:paraId="4003237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-8.3</w:t>
            </w:r>
          </w:p>
        </w:tc>
        <w:tc>
          <w:tcPr>
            <w:tcW w:w="1928" w:type="dxa"/>
            <w:vAlign w:val="bottom"/>
          </w:tcPr>
          <w:p w14:paraId="5373A5C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3.4673996</w:t>
            </w:r>
          </w:p>
        </w:tc>
      </w:tr>
      <w:tr w:rsidR="005816E5" w:rsidRPr="00261E76" w14:paraId="3075729B" w14:textId="77777777" w:rsidTr="00C32B29">
        <w:trPr>
          <w:trHeight w:val="288"/>
        </w:trPr>
        <w:tc>
          <w:tcPr>
            <w:tcW w:w="1927" w:type="dxa"/>
            <w:vAlign w:val="bottom"/>
          </w:tcPr>
          <w:p w14:paraId="7738979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NCT01625000</w:t>
            </w:r>
          </w:p>
        </w:tc>
        <w:tc>
          <w:tcPr>
            <w:tcW w:w="1927" w:type="dxa"/>
            <w:vAlign w:val="bottom"/>
          </w:tcPr>
          <w:p w14:paraId="511B61A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71</w:t>
            </w:r>
          </w:p>
        </w:tc>
        <w:tc>
          <w:tcPr>
            <w:tcW w:w="1928" w:type="dxa"/>
            <w:vAlign w:val="bottom"/>
          </w:tcPr>
          <w:p w14:paraId="227E24B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5C52C97B"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F08677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2.09941675</w:t>
            </w:r>
          </w:p>
        </w:tc>
      </w:tr>
      <w:tr w:rsidR="005816E5" w:rsidRPr="00261E76" w14:paraId="31BA9ACB" w14:textId="77777777" w:rsidTr="00C32B29">
        <w:trPr>
          <w:trHeight w:val="288"/>
        </w:trPr>
        <w:tc>
          <w:tcPr>
            <w:tcW w:w="1927" w:type="dxa"/>
            <w:vAlign w:val="bottom"/>
          </w:tcPr>
          <w:p w14:paraId="24BA774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NCT01625000</w:t>
            </w:r>
          </w:p>
        </w:tc>
        <w:tc>
          <w:tcPr>
            <w:tcW w:w="1927" w:type="dxa"/>
            <w:vAlign w:val="bottom"/>
          </w:tcPr>
          <w:p w14:paraId="207DD56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158</w:t>
            </w:r>
          </w:p>
        </w:tc>
        <w:tc>
          <w:tcPr>
            <w:tcW w:w="1928" w:type="dxa"/>
            <w:vAlign w:val="bottom"/>
          </w:tcPr>
          <w:p w14:paraId="166F98C6"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Cariprazine</w:t>
            </w:r>
            <w:proofErr w:type="spellEnd"/>
          </w:p>
        </w:tc>
        <w:tc>
          <w:tcPr>
            <w:tcW w:w="1928" w:type="dxa"/>
            <w:vAlign w:val="bottom"/>
          </w:tcPr>
          <w:p w14:paraId="52448FB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-2.62151899</w:t>
            </w:r>
          </w:p>
        </w:tc>
        <w:tc>
          <w:tcPr>
            <w:tcW w:w="1928" w:type="dxa"/>
            <w:vAlign w:val="bottom"/>
          </w:tcPr>
          <w:p w14:paraId="2B492FC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2.53133436</w:t>
            </w:r>
          </w:p>
        </w:tc>
      </w:tr>
      <w:tr w:rsidR="005816E5" w:rsidRPr="00261E76" w14:paraId="78B547BA" w14:textId="77777777" w:rsidTr="00C32B29">
        <w:trPr>
          <w:trHeight w:val="288"/>
        </w:trPr>
        <w:tc>
          <w:tcPr>
            <w:tcW w:w="1927" w:type="dxa"/>
            <w:vAlign w:val="bottom"/>
          </w:tcPr>
          <w:p w14:paraId="5ED12BB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NCT01625000</w:t>
            </w:r>
          </w:p>
        </w:tc>
        <w:tc>
          <w:tcPr>
            <w:tcW w:w="1927" w:type="dxa"/>
            <w:vAlign w:val="bottom"/>
          </w:tcPr>
          <w:p w14:paraId="19881B9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36</w:t>
            </w:r>
          </w:p>
        </w:tc>
        <w:tc>
          <w:tcPr>
            <w:tcW w:w="1928" w:type="dxa"/>
            <w:vAlign w:val="bottom"/>
          </w:tcPr>
          <w:p w14:paraId="159794E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Risperidone</w:t>
            </w:r>
          </w:p>
        </w:tc>
        <w:tc>
          <w:tcPr>
            <w:tcW w:w="1928" w:type="dxa"/>
            <w:vAlign w:val="bottom"/>
          </w:tcPr>
          <w:p w14:paraId="7339017D"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-10.7</w:t>
            </w:r>
          </w:p>
        </w:tc>
        <w:tc>
          <w:tcPr>
            <w:tcW w:w="1928" w:type="dxa"/>
            <w:vAlign w:val="bottom"/>
          </w:tcPr>
          <w:p w14:paraId="6CFB1DD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3.66163225</w:t>
            </w:r>
          </w:p>
        </w:tc>
      </w:tr>
      <w:tr w:rsidR="005816E5" w:rsidRPr="00261E76" w14:paraId="0B09A835" w14:textId="77777777" w:rsidTr="00C32B29">
        <w:trPr>
          <w:trHeight w:val="288"/>
        </w:trPr>
        <w:tc>
          <w:tcPr>
            <w:tcW w:w="1927" w:type="dxa"/>
            <w:vAlign w:val="bottom"/>
          </w:tcPr>
          <w:p w14:paraId="5D8D9D6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lastRenderedPageBreak/>
              <w:t>NCT03055338</w:t>
            </w:r>
          </w:p>
        </w:tc>
        <w:tc>
          <w:tcPr>
            <w:tcW w:w="1927" w:type="dxa"/>
            <w:vAlign w:val="bottom"/>
          </w:tcPr>
          <w:p w14:paraId="1CDD96B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89</w:t>
            </w:r>
          </w:p>
        </w:tc>
        <w:tc>
          <w:tcPr>
            <w:tcW w:w="1928" w:type="dxa"/>
            <w:vAlign w:val="bottom"/>
          </w:tcPr>
          <w:p w14:paraId="7BEB0FA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03C4E745"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3E8F4F2"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2FD4CF80" w14:textId="77777777" w:rsidTr="00C32B29">
        <w:trPr>
          <w:trHeight w:val="288"/>
        </w:trPr>
        <w:tc>
          <w:tcPr>
            <w:tcW w:w="1927" w:type="dxa"/>
            <w:vAlign w:val="bottom"/>
          </w:tcPr>
          <w:p w14:paraId="0C86A6E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NCT03055338</w:t>
            </w:r>
          </w:p>
        </w:tc>
        <w:tc>
          <w:tcPr>
            <w:tcW w:w="1927" w:type="dxa"/>
            <w:vAlign w:val="bottom"/>
          </w:tcPr>
          <w:p w14:paraId="24BD1DB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40</w:t>
            </w:r>
          </w:p>
        </w:tc>
        <w:tc>
          <w:tcPr>
            <w:tcW w:w="1928" w:type="dxa"/>
            <w:vAlign w:val="bottom"/>
          </w:tcPr>
          <w:p w14:paraId="0628F73B"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Risperidone</w:t>
            </w:r>
          </w:p>
        </w:tc>
        <w:tc>
          <w:tcPr>
            <w:tcW w:w="1928" w:type="dxa"/>
            <w:vAlign w:val="bottom"/>
          </w:tcPr>
          <w:p w14:paraId="6CA1436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-7.2</w:t>
            </w:r>
          </w:p>
        </w:tc>
        <w:tc>
          <w:tcPr>
            <w:tcW w:w="1928" w:type="dxa"/>
            <w:vAlign w:val="bottom"/>
          </w:tcPr>
          <w:p w14:paraId="01A4F19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3.20900343</w:t>
            </w:r>
          </w:p>
        </w:tc>
      </w:tr>
      <w:tr w:rsidR="005816E5" w:rsidRPr="00261E76" w14:paraId="70DE62FA" w14:textId="77777777" w:rsidTr="00C32B29">
        <w:trPr>
          <w:trHeight w:val="288"/>
        </w:trPr>
        <w:tc>
          <w:tcPr>
            <w:tcW w:w="1927" w:type="dxa"/>
            <w:vAlign w:val="bottom"/>
          </w:tcPr>
          <w:p w14:paraId="12292A56"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Potkin</w:t>
            </w:r>
            <w:proofErr w:type="spellEnd"/>
            <w:r w:rsidRPr="00261E76">
              <w:rPr>
                <w:rFonts w:asciiTheme="majorHAnsi" w:hAnsiTheme="majorHAnsi" w:cstheme="majorHAnsi"/>
                <w:sz w:val="18"/>
                <w:szCs w:val="18"/>
              </w:rPr>
              <w:t xml:space="preserve"> 2003</w:t>
            </w:r>
          </w:p>
        </w:tc>
        <w:tc>
          <w:tcPr>
            <w:tcW w:w="1927" w:type="dxa"/>
            <w:vAlign w:val="bottom"/>
          </w:tcPr>
          <w:p w14:paraId="5049D32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103</w:t>
            </w:r>
          </w:p>
        </w:tc>
        <w:tc>
          <w:tcPr>
            <w:tcW w:w="1928" w:type="dxa"/>
            <w:vAlign w:val="bottom"/>
          </w:tcPr>
          <w:p w14:paraId="3B35B62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1699BC74"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2DF702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1.6610462</w:t>
            </w:r>
          </w:p>
        </w:tc>
      </w:tr>
      <w:tr w:rsidR="005816E5" w:rsidRPr="00261E76" w14:paraId="2AE4D3D2" w14:textId="77777777" w:rsidTr="00C32B29">
        <w:trPr>
          <w:trHeight w:val="288"/>
        </w:trPr>
        <w:tc>
          <w:tcPr>
            <w:tcW w:w="1927" w:type="dxa"/>
            <w:vAlign w:val="bottom"/>
          </w:tcPr>
          <w:p w14:paraId="1E8816B8"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Potkin</w:t>
            </w:r>
            <w:proofErr w:type="spellEnd"/>
            <w:r w:rsidRPr="00261E76">
              <w:rPr>
                <w:rFonts w:asciiTheme="majorHAnsi" w:hAnsiTheme="majorHAnsi" w:cstheme="majorHAnsi"/>
                <w:sz w:val="18"/>
                <w:szCs w:val="18"/>
              </w:rPr>
              <w:t xml:space="preserve"> 2003</w:t>
            </w:r>
          </w:p>
        </w:tc>
        <w:tc>
          <w:tcPr>
            <w:tcW w:w="1927" w:type="dxa"/>
            <w:vAlign w:val="bottom"/>
          </w:tcPr>
          <w:p w14:paraId="65DC5B1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194</w:t>
            </w:r>
          </w:p>
        </w:tc>
        <w:tc>
          <w:tcPr>
            <w:tcW w:w="1928" w:type="dxa"/>
            <w:vAlign w:val="bottom"/>
          </w:tcPr>
          <w:p w14:paraId="519FA82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Aripiprazole</w:t>
            </w:r>
          </w:p>
        </w:tc>
        <w:tc>
          <w:tcPr>
            <w:tcW w:w="1928" w:type="dxa"/>
            <w:vAlign w:val="bottom"/>
          </w:tcPr>
          <w:p w14:paraId="75027A0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-9.20309278</w:t>
            </w:r>
          </w:p>
        </w:tc>
        <w:tc>
          <w:tcPr>
            <w:tcW w:w="1928" w:type="dxa"/>
            <w:vAlign w:val="bottom"/>
          </w:tcPr>
          <w:p w14:paraId="7B0FDED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2.05522357</w:t>
            </w:r>
          </w:p>
        </w:tc>
      </w:tr>
      <w:tr w:rsidR="005816E5" w:rsidRPr="00261E76" w14:paraId="3CE51B51" w14:textId="77777777" w:rsidTr="00C32B29">
        <w:trPr>
          <w:trHeight w:val="288"/>
        </w:trPr>
        <w:tc>
          <w:tcPr>
            <w:tcW w:w="1927" w:type="dxa"/>
            <w:vAlign w:val="bottom"/>
          </w:tcPr>
          <w:p w14:paraId="279EE08E"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Potkin</w:t>
            </w:r>
            <w:proofErr w:type="spellEnd"/>
            <w:r w:rsidRPr="00261E76">
              <w:rPr>
                <w:rFonts w:asciiTheme="majorHAnsi" w:hAnsiTheme="majorHAnsi" w:cstheme="majorHAnsi"/>
                <w:sz w:val="18"/>
                <w:szCs w:val="18"/>
              </w:rPr>
              <w:t xml:space="preserve"> 2003</w:t>
            </w:r>
          </w:p>
        </w:tc>
        <w:tc>
          <w:tcPr>
            <w:tcW w:w="1927" w:type="dxa"/>
            <w:vAlign w:val="bottom"/>
          </w:tcPr>
          <w:p w14:paraId="1519631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95</w:t>
            </w:r>
          </w:p>
        </w:tc>
        <w:tc>
          <w:tcPr>
            <w:tcW w:w="1928" w:type="dxa"/>
            <w:vAlign w:val="bottom"/>
          </w:tcPr>
          <w:p w14:paraId="09FAD8A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Risperidone</w:t>
            </w:r>
          </w:p>
        </w:tc>
        <w:tc>
          <w:tcPr>
            <w:tcW w:w="1928" w:type="dxa"/>
            <w:vAlign w:val="bottom"/>
          </w:tcPr>
          <w:p w14:paraId="77561EB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-10.7</w:t>
            </w:r>
          </w:p>
        </w:tc>
        <w:tc>
          <w:tcPr>
            <w:tcW w:w="1928" w:type="dxa"/>
            <w:vAlign w:val="bottom"/>
          </w:tcPr>
          <w:p w14:paraId="3DE6089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2.39801836</w:t>
            </w:r>
          </w:p>
        </w:tc>
      </w:tr>
      <w:tr w:rsidR="005816E5" w:rsidRPr="00261E76" w14:paraId="7484C835" w14:textId="77777777" w:rsidTr="00C32B29">
        <w:trPr>
          <w:trHeight w:val="288"/>
        </w:trPr>
        <w:tc>
          <w:tcPr>
            <w:tcW w:w="1927" w:type="dxa"/>
            <w:vAlign w:val="bottom"/>
          </w:tcPr>
          <w:p w14:paraId="3C55D9AD"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Potkin</w:t>
            </w:r>
            <w:proofErr w:type="spellEnd"/>
            <w:r w:rsidRPr="00261E76">
              <w:rPr>
                <w:rFonts w:asciiTheme="majorHAnsi" w:hAnsiTheme="majorHAnsi" w:cstheme="majorHAnsi"/>
                <w:sz w:val="18"/>
                <w:szCs w:val="18"/>
              </w:rPr>
              <w:t xml:space="preserve"> 2007</w:t>
            </w:r>
          </w:p>
        </w:tc>
        <w:tc>
          <w:tcPr>
            <w:tcW w:w="1927" w:type="dxa"/>
            <w:vAlign w:val="bottom"/>
          </w:tcPr>
          <w:p w14:paraId="448CA73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60</w:t>
            </w:r>
          </w:p>
        </w:tc>
        <w:tc>
          <w:tcPr>
            <w:tcW w:w="1928" w:type="dxa"/>
            <w:vAlign w:val="bottom"/>
          </w:tcPr>
          <w:p w14:paraId="62F82CB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65D76D39"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4860544"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477AC0F8" w14:textId="77777777" w:rsidTr="00C32B29">
        <w:trPr>
          <w:trHeight w:val="288"/>
        </w:trPr>
        <w:tc>
          <w:tcPr>
            <w:tcW w:w="1927" w:type="dxa"/>
            <w:vAlign w:val="bottom"/>
          </w:tcPr>
          <w:p w14:paraId="25019689" w14:textId="77777777" w:rsidR="005816E5" w:rsidRPr="00261E76" w:rsidRDefault="005816E5" w:rsidP="00C32B29">
            <w:pPr>
              <w:pStyle w:val="BodyText"/>
              <w:spacing w:before="0" w:after="0" w:line="240" w:lineRule="auto"/>
              <w:rPr>
                <w:rFonts w:asciiTheme="majorHAnsi" w:hAnsiTheme="majorHAnsi" w:cstheme="majorHAnsi"/>
                <w:sz w:val="18"/>
                <w:szCs w:val="18"/>
              </w:rPr>
            </w:pPr>
            <w:proofErr w:type="spellStart"/>
            <w:r w:rsidRPr="00261E76">
              <w:rPr>
                <w:rFonts w:asciiTheme="majorHAnsi" w:hAnsiTheme="majorHAnsi" w:cstheme="majorHAnsi"/>
                <w:sz w:val="18"/>
                <w:szCs w:val="18"/>
              </w:rPr>
              <w:t>Potkin</w:t>
            </w:r>
            <w:proofErr w:type="spellEnd"/>
            <w:r w:rsidRPr="00261E76">
              <w:rPr>
                <w:rFonts w:asciiTheme="majorHAnsi" w:hAnsiTheme="majorHAnsi" w:cstheme="majorHAnsi"/>
                <w:sz w:val="18"/>
                <w:szCs w:val="18"/>
              </w:rPr>
              <w:t xml:space="preserve"> 2007</w:t>
            </w:r>
          </w:p>
        </w:tc>
        <w:tc>
          <w:tcPr>
            <w:tcW w:w="1927" w:type="dxa"/>
            <w:vAlign w:val="bottom"/>
          </w:tcPr>
          <w:p w14:paraId="48F8D43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56</w:t>
            </w:r>
          </w:p>
        </w:tc>
        <w:tc>
          <w:tcPr>
            <w:tcW w:w="1928" w:type="dxa"/>
            <w:vAlign w:val="bottom"/>
          </w:tcPr>
          <w:p w14:paraId="0CF2490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Risperidone</w:t>
            </w:r>
          </w:p>
        </w:tc>
        <w:tc>
          <w:tcPr>
            <w:tcW w:w="1928" w:type="dxa"/>
            <w:vAlign w:val="bottom"/>
          </w:tcPr>
          <w:p w14:paraId="45E76AF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-5.43</w:t>
            </w:r>
          </w:p>
        </w:tc>
        <w:tc>
          <w:tcPr>
            <w:tcW w:w="1928" w:type="dxa"/>
            <w:vAlign w:val="bottom"/>
          </w:tcPr>
          <w:p w14:paraId="59FFDAD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3.13227353</w:t>
            </w:r>
          </w:p>
        </w:tc>
      </w:tr>
      <w:tr w:rsidR="005816E5" w:rsidRPr="00261E76" w14:paraId="091B3D0A" w14:textId="77777777" w:rsidTr="00C32B29">
        <w:trPr>
          <w:trHeight w:val="288"/>
        </w:trPr>
        <w:tc>
          <w:tcPr>
            <w:tcW w:w="1927" w:type="dxa"/>
            <w:vAlign w:val="bottom"/>
          </w:tcPr>
          <w:p w14:paraId="4B49CEA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Sacchetti 2008</w:t>
            </w:r>
          </w:p>
        </w:tc>
        <w:tc>
          <w:tcPr>
            <w:tcW w:w="1927" w:type="dxa"/>
            <w:vAlign w:val="bottom"/>
          </w:tcPr>
          <w:p w14:paraId="6989870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25</w:t>
            </w:r>
          </w:p>
        </w:tc>
        <w:tc>
          <w:tcPr>
            <w:tcW w:w="1928" w:type="dxa"/>
            <w:vAlign w:val="bottom"/>
          </w:tcPr>
          <w:p w14:paraId="5C0CFCE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Olanzapine</w:t>
            </w:r>
          </w:p>
        </w:tc>
        <w:tc>
          <w:tcPr>
            <w:tcW w:w="1928" w:type="dxa"/>
            <w:vAlign w:val="bottom"/>
          </w:tcPr>
          <w:p w14:paraId="794E9443"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69ABB9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3.37155556</w:t>
            </w:r>
          </w:p>
        </w:tc>
      </w:tr>
      <w:tr w:rsidR="005816E5" w:rsidRPr="00261E76" w14:paraId="0DD7EEC7" w14:textId="77777777" w:rsidTr="00C32B29">
        <w:trPr>
          <w:trHeight w:val="288"/>
        </w:trPr>
        <w:tc>
          <w:tcPr>
            <w:tcW w:w="1927" w:type="dxa"/>
            <w:vAlign w:val="bottom"/>
          </w:tcPr>
          <w:p w14:paraId="7501706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Sacchetti 2008</w:t>
            </w:r>
          </w:p>
        </w:tc>
        <w:tc>
          <w:tcPr>
            <w:tcW w:w="1927" w:type="dxa"/>
            <w:vAlign w:val="bottom"/>
          </w:tcPr>
          <w:p w14:paraId="53426CC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25</w:t>
            </w:r>
          </w:p>
        </w:tc>
        <w:tc>
          <w:tcPr>
            <w:tcW w:w="1928" w:type="dxa"/>
            <w:vAlign w:val="bottom"/>
          </w:tcPr>
          <w:p w14:paraId="3654A34E"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Quetiapine</w:t>
            </w:r>
          </w:p>
        </w:tc>
        <w:tc>
          <w:tcPr>
            <w:tcW w:w="1928" w:type="dxa"/>
            <w:vAlign w:val="bottom"/>
          </w:tcPr>
          <w:p w14:paraId="6809AEF7"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-2.62376238</w:t>
            </w:r>
          </w:p>
        </w:tc>
        <w:tc>
          <w:tcPr>
            <w:tcW w:w="1928" w:type="dxa"/>
            <w:vAlign w:val="bottom"/>
          </w:tcPr>
          <w:p w14:paraId="568A2C7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4.76809959</w:t>
            </w:r>
          </w:p>
        </w:tc>
      </w:tr>
      <w:tr w:rsidR="005816E5" w:rsidRPr="00261E76" w14:paraId="12A218DB" w14:textId="77777777" w:rsidTr="00C32B29">
        <w:trPr>
          <w:trHeight w:val="288"/>
        </w:trPr>
        <w:tc>
          <w:tcPr>
            <w:tcW w:w="1927" w:type="dxa"/>
            <w:vAlign w:val="bottom"/>
          </w:tcPr>
          <w:p w14:paraId="2FF0083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Sacchetti 2008</w:t>
            </w:r>
          </w:p>
        </w:tc>
        <w:tc>
          <w:tcPr>
            <w:tcW w:w="1927" w:type="dxa"/>
            <w:vAlign w:val="bottom"/>
          </w:tcPr>
          <w:p w14:paraId="2677B0C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25</w:t>
            </w:r>
          </w:p>
        </w:tc>
        <w:tc>
          <w:tcPr>
            <w:tcW w:w="1928" w:type="dxa"/>
            <w:vAlign w:val="bottom"/>
          </w:tcPr>
          <w:p w14:paraId="58C55566"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Risperidone</w:t>
            </w:r>
          </w:p>
        </w:tc>
        <w:tc>
          <w:tcPr>
            <w:tcW w:w="1928" w:type="dxa"/>
            <w:vAlign w:val="bottom"/>
          </w:tcPr>
          <w:p w14:paraId="256A101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2.62376238</w:t>
            </w:r>
          </w:p>
        </w:tc>
        <w:tc>
          <w:tcPr>
            <w:tcW w:w="1928" w:type="dxa"/>
            <w:vAlign w:val="bottom"/>
          </w:tcPr>
          <w:p w14:paraId="70F8C4C8"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4.76809959</w:t>
            </w:r>
          </w:p>
        </w:tc>
      </w:tr>
      <w:tr w:rsidR="005816E5" w:rsidRPr="00261E76" w14:paraId="76A2CAC8" w14:textId="77777777" w:rsidTr="00C32B29">
        <w:trPr>
          <w:trHeight w:val="288"/>
        </w:trPr>
        <w:tc>
          <w:tcPr>
            <w:tcW w:w="1927" w:type="dxa"/>
            <w:vAlign w:val="bottom"/>
          </w:tcPr>
          <w:p w14:paraId="6FA0481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Schmidt 2012</w:t>
            </w:r>
          </w:p>
        </w:tc>
        <w:tc>
          <w:tcPr>
            <w:tcW w:w="1927" w:type="dxa"/>
            <w:vAlign w:val="bottom"/>
          </w:tcPr>
          <w:p w14:paraId="72FBC0C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99</w:t>
            </w:r>
          </w:p>
        </w:tc>
        <w:tc>
          <w:tcPr>
            <w:tcW w:w="1928" w:type="dxa"/>
            <w:vAlign w:val="bottom"/>
          </w:tcPr>
          <w:p w14:paraId="3F2055E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568C929A"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9E0F84E"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18CC223B" w14:textId="77777777" w:rsidTr="00C32B29">
        <w:trPr>
          <w:trHeight w:val="288"/>
        </w:trPr>
        <w:tc>
          <w:tcPr>
            <w:tcW w:w="1927" w:type="dxa"/>
            <w:vAlign w:val="bottom"/>
          </w:tcPr>
          <w:p w14:paraId="5E4A63EC"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Schmidt 2012</w:t>
            </w:r>
          </w:p>
        </w:tc>
        <w:tc>
          <w:tcPr>
            <w:tcW w:w="1927" w:type="dxa"/>
            <w:vAlign w:val="bottom"/>
          </w:tcPr>
          <w:p w14:paraId="66E84BF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93</w:t>
            </w:r>
          </w:p>
        </w:tc>
        <w:tc>
          <w:tcPr>
            <w:tcW w:w="1928" w:type="dxa"/>
            <w:vAlign w:val="bottom"/>
          </w:tcPr>
          <w:p w14:paraId="78B65C6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Olanzapine</w:t>
            </w:r>
          </w:p>
        </w:tc>
        <w:tc>
          <w:tcPr>
            <w:tcW w:w="1928" w:type="dxa"/>
            <w:vAlign w:val="bottom"/>
          </w:tcPr>
          <w:p w14:paraId="0702CA70"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-15.5</w:t>
            </w:r>
          </w:p>
        </w:tc>
        <w:tc>
          <w:tcPr>
            <w:tcW w:w="1928" w:type="dxa"/>
            <w:vAlign w:val="bottom"/>
          </w:tcPr>
          <w:p w14:paraId="111CCC09"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2.61704506</w:t>
            </w:r>
          </w:p>
        </w:tc>
      </w:tr>
      <w:tr w:rsidR="005816E5" w:rsidRPr="00261E76" w14:paraId="040BE577" w14:textId="77777777" w:rsidTr="00C32B29">
        <w:trPr>
          <w:trHeight w:val="288"/>
        </w:trPr>
        <w:tc>
          <w:tcPr>
            <w:tcW w:w="1927" w:type="dxa"/>
            <w:vAlign w:val="bottom"/>
          </w:tcPr>
          <w:p w14:paraId="6A49E44F"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Shen 2014</w:t>
            </w:r>
          </w:p>
        </w:tc>
        <w:tc>
          <w:tcPr>
            <w:tcW w:w="1927" w:type="dxa"/>
            <w:vAlign w:val="bottom"/>
          </w:tcPr>
          <w:p w14:paraId="2FC8915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77</w:t>
            </w:r>
          </w:p>
        </w:tc>
        <w:tc>
          <w:tcPr>
            <w:tcW w:w="1928" w:type="dxa"/>
            <w:vAlign w:val="bottom"/>
          </w:tcPr>
          <w:p w14:paraId="3C7CFDB1"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Placebo</w:t>
            </w:r>
          </w:p>
        </w:tc>
        <w:tc>
          <w:tcPr>
            <w:tcW w:w="1928" w:type="dxa"/>
            <w:vAlign w:val="bottom"/>
          </w:tcPr>
          <w:p w14:paraId="221D3A88"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65B34F8" w14:textId="77777777" w:rsidR="005816E5" w:rsidRPr="00261E76" w:rsidRDefault="005816E5" w:rsidP="00C32B29">
            <w:pPr>
              <w:pStyle w:val="BodyText"/>
              <w:spacing w:before="0" w:after="0" w:line="240" w:lineRule="auto"/>
              <w:rPr>
                <w:rFonts w:asciiTheme="majorHAnsi" w:hAnsiTheme="majorHAnsi" w:cstheme="majorHAnsi"/>
                <w:sz w:val="18"/>
                <w:szCs w:val="18"/>
              </w:rPr>
            </w:pPr>
          </w:p>
        </w:tc>
      </w:tr>
      <w:tr w:rsidR="005816E5" w:rsidRPr="00261E76" w14:paraId="52ED197D" w14:textId="77777777" w:rsidTr="00C32B29">
        <w:trPr>
          <w:trHeight w:val="288"/>
        </w:trPr>
        <w:tc>
          <w:tcPr>
            <w:tcW w:w="1927" w:type="dxa"/>
            <w:vAlign w:val="bottom"/>
          </w:tcPr>
          <w:p w14:paraId="576EB1C3"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Shen 2014</w:t>
            </w:r>
          </w:p>
        </w:tc>
        <w:tc>
          <w:tcPr>
            <w:tcW w:w="1927" w:type="dxa"/>
            <w:vAlign w:val="bottom"/>
          </w:tcPr>
          <w:p w14:paraId="4CA67422"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77</w:t>
            </w:r>
          </w:p>
        </w:tc>
        <w:tc>
          <w:tcPr>
            <w:tcW w:w="1928" w:type="dxa"/>
            <w:vAlign w:val="bottom"/>
          </w:tcPr>
          <w:p w14:paraId="28C22494"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Olanzapine</w:t>
            </w:r>
          </w:p>
        </w:tc>
        <w:tc>
          <w:tcPr>
            <w:tcW w:w="1928" w:type="dxa"/>
            <w:vAlign w:val="bottom"/>
          </w:tcPr>
          <w:p w14:paraId="3B020EA5"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-14.41</w:t>
            </w:r>
          </w:p>
        </w:tc>
        <w:tc>
          <w:tcPr>
            <w:tcW w:w="1928" w:type="dxa"/>
            <w:vAlign w:val="bottom"/>
          </w:tcPr>
          <w:p w14:paraId="58F8915A" w14:textId="77777777" w:rsidR="005816E5" w:rsidRPr="00261E76" w:rsidRDefault="005816E5" w:rsidP="00C32B29">
            <w:pPr>
              <w:pStyle w:val="BodyText"/>
              <w:spacing w:before="0" w:after="0" w:line="240" w:lineRule="auto"/>
              <w:rPr>
                <w:rFonts w:asciiTheme="majorHAnsi" w:hAnsiTheme="majorHAnsi" w:cstheme="majorHAnsi"/>
                <w:sz w:val="18"/>
                <w:szCs w:val="18"/>
              </w:rPr>
            </w:pPr>
            <w:r w:rsidRPr="00261E76">
              <w:rPr>
                <w:rFonts w:asciiTheme="majorHAnsi" w:hAnsiTheme="majorHAnsi" w:cstheme="majorHAnsi"/>
                <w:sz w:val="18"/>
                <w:szCs w:val="18"/>
              </w:rPr>
              <w:t>3.28078328</w:t>
            </w:r>
          </w:p>
        </w:tc>
      </w:tr>
    </w:tbl>
    <w:p w14:paraId="6CF7AA8C" w14:textId="77777777" w:rsidR="005816E5" w:rsidRPr="00EB75F0" w:rsidRDefault="005816E5" w:rsidP="005816E5">
      <w:pPr>
        <w:pStyle w:val="BodyText"/>
      </w:pPr>
    </w:p>
    <w:p w14:paraId="7456AA67" w14:textId="77777777" w:rsidR="005816E5" w:rsidRPr="00541089" w:rsidRDefault="005816E5" w:rsidP="005816E5">
      <w:pPr>
        <w:pStyle w:val="Heading2"/>
      </w:pPr>
      <w:r w:rsidRPr="00541089">
        <w:t>Change from baseline PANSS positive symptoms score</w:t>
      </w:r>
    </w:p>
    <w:p w14:paraId="3BD420D6" w14:textId="14731295" w:rsidR="005816E5" w:rsidRPr="00EB75F0" w:rsidRDefault="00A06AE8" w:rsidP="00541089">
      <w:pPr>
        <w:pStyle w:val="Heading3"/>
      </w:pPr>
      <w:r w:rsidRPr="00EB75F0">
        <w:t>Table S</w:t>
      </w:r>
      <w:fldSimple w:instr=" STYLEREF 1 \s ">
        <w:r w:rsidR="004B2F28">
          <w:rPr>
            <w:noProof/>
          </w:rPr>
          <w:t>10</w:t>
        </w:r>
      </w:fldSimple>
      <w:r w:rsidR="00EE288E" w:rsidRPr="00EB75F0">
        <w:noBreakHyphen/>
      </w:r>
      <w:fldSimple w:instr=" SEQ Table \* ARABIC \s 1 ">
        <w:r w:rsidR="004B2F28">
          <w:rPr>
            <w:noProof/>
          </w:rPr>
          <w:t>2</w:t>
        </w:r>
      </w:fldSimple>
      <w:r w:rsidR="005816E5" w:rsidRPr="00EB75F0">
        <w:t>: NMA input dataset - change from baseline PANSS positive symptoms score, base case network</w:t>
      </w:r>
    </w:p>
    <w:tbl>
      <w:tblPr>
        <w:tblStyle w:val="Lumanitytable"/>
        <w:tblW w:w="9638" w:type="dxa"/>
        <w:tblLook w:val="04A0" w:firstRow="1" w:lastRow="0" w:firstColumn="1" w:lastColumn="0" w:noHBand="0" w:noVBand="1"/>
      </w:tblPr>
      <w:tblGrid>
        <w:gridCol w:w="1927"/>
        <w:gridCol w:w="1927"/>
        <w:gridCol w:w="1928"/>
        <w:gridCol w:w="1928"/>
        <w:gridCol w:w="1928"/>
      </w:tblGrid>
      <w:tr w:rsidR="005816E5" w:rsidRPr="00EB75F0" w14:paraId="7DB63127" w14:textId="77777777" w:rsidTr="00C32B29">
        <w:trPr>
          <w:cnfStyle w:val="100000000000" w:firstRow="1" w:lastRow="0" w:firstColumn="0" w:lastColumn="0" w:oddVBand="0" w:evenVBand="0" w:oddHBand="0" w:evenHBand="0" w:firstRowFirstColumn="0" w:firstRowLastColumn="0" w:lastRowFirstColumn="0" w:lastRowLastColumn="0"/>
          <w:trHeight w:val="288"/>
        </w:trPr>
        <w:tc>
          <w:tcPr>
            <w:tcW w:w="1927" w:type="dxa"/>
            <w:vAlign w:val="bottom"/>
          </w:tcPr>
          <w:p w14:paraId="53FC8F7A"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StudyName</w:t>
            </w:r>
            <w:proofErr w:type="spellEnd"/>
          </w:p>
        </w:tc>
        <w:tc>
          <w:tcPr>
            <w:tcW w:w="1927" w:type="dxa"/>
            <w:vAlign w:val="bottom"/>
          </w:tcPr>
          <w:p w14:paraId="1B191E14"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NumberAnalysed</w:t>
            </w:r>
            <w:proofErr w:type="spellEnd"/>
          </w:p>
        </w:tc>
        <w:tc>
          <w:tcPr>
            <w:tcW w:w="1928" w:type="dxa"/>
            <w:vAlign w:val="bottom"/>
          </w:tcPr>
          <w:p w14:paraId="2DA3A82E"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TreatmentName</w:t>
            </w:r>
            <w:proofErr w:type="spellEnd"/>
          </w:p>
        </w:tc>
        <w:tc>
          <w:tcPr>
            <w:tcW w:w="1928" w:type="dxa"/>
            <w:vAlign w:val="bottom"/>
          </w:tcPr>
          <w:p w14:paraId="7A77A80D" w14:textId="77777777" w:rsidR="005816E5" w:rsidRPr="00EB75F0" w:rsidRDefault="005816E5" w:rsidP="00C32B29">
            <w:pPr>
              <w:pStyle w:val="BodyText"/>
              <w:spacing w:before="0" w:after="0" w:line="240" w:lineRule="auto"/>
              <w:rPr>
                <w:color w:val="FFFFFF" w:themeColor="background1"/>
                <w:sz w:val="18"/>
                <w:szCs w:val="20"/>
              </w:rPr>
            </w:pPr>
            <w:r w:rsidRPr="00EB75F0">
              <w:rPr>
                <w:rFonts w:ascii="Calibri" w:hAnsi="Calibri" w:cs="Calibri"/>
                <w:color w:val="FFFFFF" w:themeColor="background1"/>
                <w:szCs w:val="22"/>
              </w:rPr>
              <w:t>diff</w:t>
            </w:r>
          </w:p>
        </w:tc>
        <w:tc>
          <w:tcPr>
            <w:tcW w:w="1928" w:type="dxa"/>
            <w:vAlign w:val="bottom"/>
          </w:tcPr>
          <w:p w14:paraId="5B76F587"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std.err</w:t>
            </w:r>
            <w:proofErr w:type="spellEnd"/>
          </w:p>
        </w:tc>
      </w:tr>
      <w:tr w:rsidR="005816E5" w:rsidRPr="00EB75F0" w14:paraId="6D022A92" w14:textId="77777777" w:rsidTr="00C32B29">
        <w:trPr>
          <w:trHeight w:val="288"/>
        </w:trPr>
        <w:tc>
          <w:tcPr>
            <w:tcW w:w="1927" w:type="dxa"/>
            <w:vAlign w:val="bottom"/>
          </w:tcPr>
          <w:p w14:paraId="5188A1B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Cantillon 2017</w:t>
            </w:r>
          </w:p>
        </w:tc>
        <w:tc>
          <w:tcPr>
            <w:tcW w:w="1927" w:type="dxa"/>
            <w:vAlign w:val="bottom"/>
          </w:tcPr>
          <w:p w14:paraId="01B025A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w:t>
            </w:r>
          </w:p>
        </w:tc>
        <w:tc>
          <w:tcPr>
            <w:tcW w:w="1928" w:type="dxa"/>
            <w:vAlign w:val="bottom"/>
          </w:tcPr>
          <w:p w14:paraId="5DA202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B49284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09C0896"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4AA3EF75" w14:textId="77777777" w:rsidTr="00C32B29">
        <w:trPr>
          <w:trHeight w:val="288"/>
        </w:trPr>
        <w:tc>
          <w:tcPr>
            <w:tcW w:w="1927" w:type="dxa"/>
            <w:vAlign w:val="bottom"/>
          </w:tcPr>
          <w:p w14:paraId="0728193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Cantillon 2017</w:t>
            </w:r>
          </w:p>
        </w:tc>
        <w:tc>
          <w:tcPr>
            <w:tcW w:w="1927" w:type="dxa"/>
            <w:vAlign w:val="bottom"/>
          </w:tcPr>
          <w:p w14:paraId="285BA49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19</w:t>
            </w:r>
          </w:p>
        </w:tc>
        <w:tc>
          <w:tcPr>
            <w:tcW w:w="1928" w:type="dxa"/>
            <w:vAlign w:val="bottom"/>
          </w:tcPr>
          <w:p w14:paraId="5EC6711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7DECCA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2.64</w:t>
            </w:r>
          </w:p>
        </w:tc>
        <w:tc>
          <w:tcPr>
            <w:tcW w:w="1928" w:type="dxa"/>
            <w:vAlign w:val="bottom"/>
          </w:tcPr>
          <w:p w14:paraId="00229B1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2.15238318</w:t>
            </w:r>
          </w:p>
        </w:tc>
      </w:tr>
      <w:tr w:rsidR="005816E5" w:rsidRPr="00EB75F0" w14:paraId="2FD1F4F6" w14:textId="77777777" w:rsidTr="00C32B29">
        <w:trPr>
          <w:trHeight w:val="288"/>
        </w:trPr>
        <w:tc>
          <w:tcPr>
            <w:tcW w:w="1927" w:type="dxa"/>
            <w:vAlign w:val="bottom"/>
          </w:tcPr>
          <w:p w14:paraId="0E26474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Casey 2008</w:t>
            </w:r>
          </w:p>
        </w:tc>
        <w:tc>
          <w:tcPr>
            <w:tcW w:w="1927" w:type="dxa"/>
            <w:vAlign w:val="bottom"/>
          </w:tcPr>
          <w:p w14:paraId="6D88521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114</w:t>
            </w:r>
          </w:p>
        </w:tc>
        <w:tc>
          <w:tcPr>
            <w:tcW w:w="1928" w:type="dxa"/>
            <w:vAlign w:val="bottom"/>
          </w:tcPr>
          <w:p w14:paraId="21C32A0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572F51C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D617BA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ABAD102" w14:textId="77777777" w:rsidTr="00C32B29">
        <w:trPr>
          <w:trHeight w:val="288"/>
        </w:trPr>
        <w:tc>
          <w:tcPr>
            <w:tcW w:w="1927" w:type="dxa"/>
            <w:vAlign w:val="bottom"/>
          </w:tcPr>
          <w:p w14:paraId="24AF50C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Casey 2008</w:t>
            </w:r>
          </w:p>
        </w:tc>
        <w:tc>
          <w:tcPr>
            <w:tcW w:w="1927" w:type="dxa"/>
            <w:vAlign w:val="bottom"/>
          </w:tcPr>
          <w:p w14:paraId="74BB43E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116</w:t>
            </w:r>
          </w:p>
        </w:tc>
        <w:tc>
          <w:tcPr>
            <w:tcW w:w="1928" w:type="dxa"/>
            <w:vAlign w:val="bottom"/>
          </w:tcPr>
          <w:p w14:paraId="4F28CBA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6B1ADF9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-3.3</w:t>
            </w:r>
          </w:p>
        </w:tc>
        <w:tc>
          <w:tcPr>
            <w:tcW w:w="1928" w:type="dxa"/>
            <w:vAlign w:val="bottom"/>
          </w:tcPr>
          <w:p w14:paraId="0100E76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0.66016185</w:t>
            </w:r>
          </w:p>
        </w:tc>
      </w:tr>
      <w:tr w:rsidR="005816E5" w:rsidRPr="00EB75F0" w14:paraId="60A1F403" w14:textId="77777777" w:rsidTr="00C32B29">
        <w:trPr>
          <w:trHeight w:val="288"/>
        </w:trPr>
        <w:tc>
          <w:tcPr>
            <w:tcW w:w="1927" w:type="dxa"/>
            <w:vAlign w:val="bottom"/>
          </w:tcPr>
          <w:p w14:paraId="0BF10B1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Chan 2007</w:t>
            </w:r>
          </w:p>
        </w:tc>
        <w:tc>
          <w:tcPr>
            <w:tcW w:w="1927" w:type="dxa"/>
            <w:vAlign w:val="bottom"/>
          </w:tcPr>
          <w:p w14:paraId="3943AD7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49</w:t>
            </w:r>
          </w:p>
        </w:tc>
        <w:tc>
          <w:tcPr>
            <w:tcW w:w="1928" w:type="dxa"/>
            <w:vAlign w:val="bottom"/>
          </w:tcPr>
          <w:p w14:paraId="7462753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0037FCB4"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EE6359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15FCF1D" w14:textId="77777777" w:rsidTr="00C32B29">
        <w:trPr>
          <w:trHeight w:val="288"/>
        </w:trPr>
        <w:tc>
          <w:tcPr>
            <w:tcW w:w="1927" w:type="dxa"/>
            <w:vAlign w:val="bottom"/>
          </w:tcPr>
          <w:p w14:paraId="401AF46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Chan 2007</w:t>
            </w:r>
          </w:p>
        </w:tc>
        <w:tc>
          <w:tcPr>
            <w:tcW w:w="1927" w:type="dxa"/>
            <w:vAlign w:val="bottom"/>
          </w:tcPr>
          <w:p w14:paraId="651DE62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34</w:t>
            </w:r>
          </w:p>
        </w:tc>
        <w:tc>
          <w:tcPr>
            <w:tcW w:w="1928" w:type="dxa"/>
            <w:vAlign w:val="bottom"/>
          </w:tcPr>
          <w:p w14:paraId="471474B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76CE499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-2.3</w:t>
            </w:r>
          </w:p>
        </w:tc>
        <w:tc>
          <w:tcPr>
            <w:tcW w:w="1928" w:type="dxa"/>
            <w:vAlign w:val="bottom"/>
          </w:tcPr>
          <w:p w14:paraId="62E975F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1.40037296</w:t>
            </w:r>
          </w:p>
        </w:tc>
      </w:tr>
      <w:tr w:rsidR="005816E5" w:rsidRPr="00EB75F0" w14:paraId="75230039" w14:textId="77777777" w:rsidTr="00C32B29">
        <w:trPr>
          <w:trHeight w:val="288"/>
        </w:trPr>
        <w:tc>
          <w:tcPr>
            <w:tcW w:w="1927" w:type="dxa"/>
            <w:vAlign w:val="bottom"/>
          </w:tcPr>
          <w:p w14:paraId="4399567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2015</w:t>
            </w:r>
          </w:p>
        </w:tc>
        <w:tc>
          <w:tcPr>
            <w:tcW w:w="1927" w:type="dxa"/>
            <w:vAlign w:val="bottom"/>
          </w:tcPr>
          <w:p w14:paraId="6C96DF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178</w:t>
            </w:r>
          </w:p>
        </w:tc>
        <w:tc>
          <w:tcPr>
            <w:tcW w:w="1928" w:type="dxa"/>
            <w:vAlign w:val="bottom"/>
          </w:tcPr>
          <w:p w14:paraId="7300B50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D2CDE4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D580776"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7E075F47" w14:textId="77777777" w:rsidTr="00C32B29">
        <w:trPr>
          <w:trHeight w:val="288"/>
        </w:trPr>
        <w:tc>
          <w:tcPr>
            <w:tcW w:w="1927" w:type="dxa"/>
            <w:vAlign w:val="bottom"/>
          </w:tcPr>
          <w:p w14:paraId="5ACC7A0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2015</w:t>
            </w:r>
          </w:p>
        </w:tc>
        <w:tc>
          <w:tcPr>
            <w:tcW w:w="1927" w:type="dxa"/>
            <w:vAlign w:val="bottom"/>
          </w:tcPr>
          <w:p w14:paraId="71731B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358</w:t>
            </w:r>
          </w:p>
        </w:tc>
        <w:tc>
          <w:tcPr>
            <w:tcW w:w="1928" w:type="dxa"/>
            <w:vAlign w:val="bottom"/>
          </w:tcPr>
          <w:p w14:paraId="67F55128"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4937507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-2.32441341</w:t>
            </w:r>
          </w:p>
        </w:tc>
        <w:tc>
          <w:tcPr>
            <w:tcW w:w="1928" w:type="dxa"/>
            <w:vAlign w:val="bottom"/>
          </w:tcPr>
          <w:p w14:paraId="6A168C0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0.65106196</w:t>
            </w:r>
          </w:p>
        </w:tc>
      </w:tr>
      <w:tr w:rsidR="005816E5" w:rsidRPr="00EB75F0" w14:paraId="545DB773" w14:textId="77777777" w:rsidTr="00C32B29">
        <w:trPr>
          <w:trHeight w:val="288"/>
        </w:trPr>
        <w:tc>
          <w:tcPr>
            <w:tcW w:w="1927" w:type="dxa"/>
            <w:vAlign w:val="bottom"/>
          </w:tcPr>
          <w:p w14:paraId="7BDF2C7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1927" w:type="dxa"/>
            <w:vAlign w:val="bottom"/>
          </w:tcPr>
          <w:p w14:paraId="3BB9ACD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c>
          <w:tcPr>
            <w:tcW w:w="1928" w:type="dxa"/>
            <w:vAlign w:val="bottom"/>
          </w:tcPr>
          <w:p w14:paraId="5D29A02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0F2F54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3B791B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0.71031191</w:t>
            </w:r>
          </w:p>
        </w:tc>
      </w:tr>
      <w:tr w:rsidR="005816E5" w:rsidRPr="00EB75F0" w14:paraId="5A88AFD7" w14:textId="77777777" w:rsidTr="00C32B29">
        <w:trPr>
          <w:trHeight w:val="288"/>
        </w:trPr>
        <w:tc>
          <w:tcPr>
            <w:tcW w:w="1927" w:type="dxa"/>
            <w:vAlign w:val="bottom"/>
          </w:tcPr>
          <w:p w14:paraId="2A53A9C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1927" w:type="dxa"/>
            <w:vAlign w:val="bottom"/>
          </w:tcPr>
          <w:p w14:paraId="66A5A39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50</w:t>
            </w:r>
          </w:p>
        </w:tc>
        <w:tc>
          <w:tcPr>
            <w:tcW w:w="1928" w:type="dxa"/>
            <w:vAlign w:val="bottom"/>
          </w:tcPr>
          <w:p w14:paraId="7B82BA3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612DC2D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-1.88</w:t>
            </w:r>
          </w:p>
        </w:tc>
        <w:tc>
          <w:tcPr>
            <w:tcW w:w="1928" w:type="dxa"/>
            <w:vAlign w:val="bottom"/>
          </w:tcPr>
          <w:p w14:paraId="33979DA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1.18646998</w:t>
            </w:r>
          </w:p>
        </w:tc>
      </w:tr>
      <w:tr w:rsidR="005816E5" w:rsidRPr="00EB75F0" w14:paraId="7CF10E87" w14:textId="77777777" w:rsidTr="00C32B29">
        <w:trPr>
          <w:trHeight w:val="288"/>
        </w:trPr>
        <w:tc>
          <w:tcPr>
            <w:tcW w:w="1927" w:type="dxa"/>
            <w:vAlign w:val="bottom"/>
          </w:tcPr>
          <w:p w14:paraId="48CEBB9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1927" w:type="dxa"/>
            <w:vAlign w:val="bottom"/>
          </w:tcPr>
          <w:p w14:paraId="3DFEC28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90</w:t>
            </w:r>
          </w:p>
        </w:tc>
        <w:tc>
          <w:tcPr>
            <w:tcW w:w="1928" w:type="dxa"/>
            <w:vAlign w:val="bottom"/>
          </w:tcPr>
          <w:p w14:paraId="7179A3DC"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6290218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w:t>
            </w:r>
          </w:p>
        </w:tc>
        <w:tc>
          <w:tcPr>
            <w:tcW w:w="1928" w:type="dxa"/>
            <w:vAlign w:val="bottom"/>
          </w:tcPr>
          <w:p w14:paraId="4E6467D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1.01889794</w:t>
            </w:r>
          </w:p>
        </w:tc>
      </w:tr>
      <w:tr w:rsidR="005816E5" w:rsidRPr="00EB75F0" w14:paraId="37AD1F5C" w14:textId="77777777" w:rsidTr="00C32B29">
        <w:trPr>
          <w:trHeight w:val="288"/>
        </w:trPr>
        <w:tc>
          <w:tcPr>
            <w:tcW w:w="1927" w:type="dxa"/>
            <w:vAlign w:val="bottom"/>
          </w:tcPr>
          <w:p w14:paraId="46C7464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2020</w:t>
            </w:r>
          </w:p>
        </w:tc>
        <w:tc>
          <w:tcPr>
            <w:tcW w:w="1927" w:type="dxa"/>
            <w:vAlign w:val="bottom"/>
          </w:tcPr>
          <w:p w14:paraId="65E1028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141</w:t>
            </w:r>
          </w:p>
        </w:tc>
        <w:tc>
          <w:tcPr>
            <w:tcW w:w="1928" w:type="dxa"/>
            <w:vAlign w:val="bottom"/>
          </w:tcPr>
          <w:p w14:paraId="042A562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6738B61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5AF787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8E1C724" w14:textId="77777777" w:rsidTr="00C32B29">
        <w:trPr>
          <w:trHeight w:val="288"/>
        </w:trPr>
        <w:tc>
          <w:tcPr>
            <w:tcW w:w="1927" w:type="dxa"/>
            <w:vAlign w:val="bottom"/>
          </w:tcPr>
          <w:p w14:paraId="0798D3C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2020</w:t>
            </w:r>
          </w:p>
        </w:tc>
        <w:tc>
          <w:tcPr>
            <w:tcW w:w="1927" w:type="dxa"/>
            <w:vAlign w:val="bottom"/>
          </w:tcPr>
          <w:p w14:paraId="0D0069F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146</w:t>
            </w:r>
          </w:p>
        </w:tc>
        <w:tc>
          <w:tcPr>
            <w:tcW w:w="1928" w:type="dxa"/>
            <w:vAlign w:val="bottom"/>
          </w:tcPr>
          <w:p w14:paraId="63EDA37C"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Lumateperone</w:t>
            </w:r>
            <w:proofErr w:type="spellEnd"/>
          </w:p>
        </w:tc>
        <w:tc>
          <w:tcPr>
            <w:tcW w:w="1928" w:type="dxa"/>
            <w:vAlign w:val="bottom"/>
          </w:tcPr>
          <w:p w14:paraId="2EA5B0D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w:t>
            </w:r>
          </w:p>
        </w:tc>
        <w:tc>
          <w:tcPr>
            <w:tcW w:w="1928" w:type="dxa"/>
            <w:vAlign w:val="bottom"/>
          </w:tcPr>
          <w:p w14:paraId="257D744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0.62280662</w:t>
            </w:r>
          </w:p>
        </w:tc>
      </w:tr>
      <w:tr w:rsidR="005816E5" w:rsidRPr="00EB75F0" w14:paraId="1615AEAC" w14:textId="77777777" w:rsidTr="00C32B29">
        <w:trPr>
          <w:trHeight w:val="288"/>
        </w:trPr>
        <w:tc>
          <w:tcPr>
            <w:tcW w:w="1927" w:type="dxa"/>
            <w:vAlign w:val="bottom"/>
          </w:tcPr>
          <w:p w14:paraId="68A18EA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Corrigan 2004</w:t>
            </w:r>
          </w:p>
        </w:tc>
        <w:tc>
          <w:tcPr>
            <w:tcW w:w="1927" w:type="dxa"/>
            <w:vAlign w:val="bottom"/>
          </w:tcPr>
          <w:p w14:paraId="18E9E5E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85</w:t>
            </w:r>
          </w:p>
        </w:tc>
        <w:tc>
          <w:tcPr>
            <w:tcW w:w="1928" w:type="dxa"/>
            <w:vAlign w:val="bottom"/>
          </w:tcPr>
          <w:p w14:paraId="6025647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58D41F8"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72874CC"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561262C" w14:textId="77777777" w:rsidTr="00C32B29">
        <w:trPr>
          <w:trHeight w:val="288"/>
        </w:trPr>
        <w:tc>
          <w:tcPr>
            <w:tcW w:w="1927" w:type="dxa"/>
            <w:vAlign w:val="bottom"/>
          </w:tcPr>
          <w:p w14:paraId="58DAB9E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Corrigan 2004</w:t>
            </w:r>
          </w:p>
        </w:tc>
        <w:tc>
          <w:tcPr>
            <w:tcW w:w="1927" w:type="dxa"/>
            <w:vAlign w:val="bottom"/>
          </w:tcPr>
          <w:p w14:paraId="5A1B90D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c>
          <w:tcPr>
            <w:tcW w:w="1928" w:type="dxa"/>
            <w:vAlign w:val="bottom"/>
          </w:tcPr>
          <w:p w14:paraId="6E90567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3252866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-6.4</w:t>
            </w:r>
          </w:p>
        </w:tc>
        <w:tc>
          <w:tcPr>
            <w:tcW w:w="1928" w:type="dxa"/>
            <w:vAlign w:val="bottom"/>
          </w:tcPr>
          <w:p w14:paraId="22F9D4B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0.84808186</w:t>
            </w:r>
          </w:p>
        </w:tc>
      </w:tr>
      <w:tr w:rsidR="005816E5" w:rsidRPr="00EB75F0" w14:paraId="4E5E5006" w14:textId="77777777" w:rsidTr="00C32B29">
        <w:trPr>
          <w:trHeight w:val="288"/>
        </w:trPr>
        <w:tc>
          <w:tcPr>
            <w:tcW w:w="1927" w:type="dxa"/>
            <w:vAlign w:val="bottom"/>
          </w:tcPr>
          <w:p w14:paraId="5B0255B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Cutler 2006</w:t>
            </w:r>
          </w:p>
        </w:tc>
        <w:tc>
          <w:tcPr>
            <w:tcW w:w="1927" w:type="dxa"/>
            <w:vAlign w:val="bottom"/>
          </w:tcPr>
          <w:p w14:paraId="039EAD9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84</w:t>
            </w:r>
          </w:p>
        </w:tc>
        <w:tc>
          <w:tcPr>
            <w:tcW w:w="1928" w:type="dxa"/>
            <w:vAlign w:val="bottom"/>
          </w:tcPr>
          <w:p w14:paraId="7975389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109CDE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02DF6B6"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CFD4691" w14:textId="77777777" w:rsidTr="00C32B29">
        <w:trPr>
          <w:trHeight w:val="288"/>
        </w:trPr>
        <w:tc>
          <w:tcPr>
            <w:tcW w:w="1927" w:type="dxa"/>
            <w:vAlign w:val="bottom"/>
          </w:tcPr>
          <w:p w14:paraId="1330E0F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Cutler 2006</w:t>
            </w:r>
          </w:p>
        </w:tc>
        <w:tc>
          <w:tcPr>
            <w:tcW w:w="1927" w:type="dxa"/>
            <w:vAlign w:val="bottom"/>
          </w:tcPr>
          <w:p w14:paraId="5532C44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85</w:t>
            </w:r>
          </w:p>
        </w:tc>
        <w:tc>
          <w:tcPr>
            <w:tcW w:w="1928" w:type="dxa"/>
            <w:vAlign w:val="bottom"/>
          </w:tcPr>
          <w:p w14:paraId="17A00D1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7223018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w:t>
            </w:r>
          </w:p>
        </w:tc>
        <w:tc>
          <w:tcPr>
            <w:tcW w:w="1928" w:type="dxa"/>
            <w:vAlign w:val="bottom"/>
          </w:tcPr>
          <w:p w14:paraId="43FE472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0.86950675</w:t>
            </w:r>
          </w:p>
        </w:tc>
      </w:tr>
      <w:tr w:rsidR="005816E5" w:rsidRPr="00EB75F0" w14:paraId="61B4B706" w14:textId="77777777" w:rsidTr="00C32B29">
        <w:trPr>
          <w:trHeight w:val="288"/>
        </w:trPr>
        <w:tc>
          <w:tcPr>
            <w:tcW w:w="1927" w:type="dxa"/>
            <w:vAlign w:val="bottom"/>
          </w:tcPr>
          <w:p w14:paraId="6B88EB8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Davidson 2007</w:t>
            </w:r>
          </w:p>
        </w:tc>
        <w:tc>
          <w:tcPr>
            <w:tcW w:w="1927" w:type="dxa"/>
            <w:vAlign w:val="bottom"/>
          </w:tcPr>
          <w:p w14:paraId="7EBFDB5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120</w:t>
            </w:r>
          </w:p>
        </w:tc>
        <w:tc>
          <w:tcPr>
            <w:tcW w:w="1928" w:type="dxa"/>
            <w:vAlign w:val="bottom"/>
          </w:tcPr>
          <w:p w14:paraId="214DFE2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81C19E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9197BF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4072CF3" w14:textId="77777777" w:rsidTr="00C32B29">
        <w:trPr>
          <w:trHeight w:val="288"/>
        </w:trPr>
        <w:tc>
          <w:tcPr>
            <w:tcW w:w="1927" w:type="dxa"/>
            <w:vAlign w:val="bottom"/>
          </w:tcPr>
          <w:p w14:paraId="6CDE3F5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Davidson 2007</w:t>
            </w:r>
          </w:p>
        </w:tc>
        <w:tc>
          <w:tcPr>
            <w:tcW w:w="1927" w:type="dxa"/>
            <w:vAlign w:val="bottom"/>
          </w:tcPr>
          <w:p w14:paraId="2531B8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126</w:t>
            </w:r>
          </w:p>
        </w:tc>
        <w:tc>
          <w:tcPr>
            <w:tcW w:w="1928" w:type="dxa"/>
            <w:vAlign w:val="bottom"/>
          </w:tcPr>
          <w:p w14:paraId="7F92927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3509767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w:t>
            </w:r>
          </w:p>
        </w:tc>
        <w:tc>
          <w:tcPr>
            <w:tcW w:w="1928" w:type="dxa"/>
            <w:vAlign w:val="bottom"/>
          </w:tcPr>
          <w:p w14:paraId="47124C5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0.86776716</w:t>
            </w:r>
          </w:p>
        </w:tc>
      </w:tr>
      <w:tr w:rsidR="005816E5" w:rsidRPr="00EB75F0" w14:paraId="7E16B051" w14:textId="77777777" w:rsidTr="00C32B29">
        <w:trPr>
          <w:trHeight w:val="288"/>
        </w:trPr>
        <w:tc>
          <w:tcPr>
            <w:tcW w:w="1927" w:type="dxa"/>
            <w:vAlign w:val="bottom"/>
          </w:tcPr>
          <w:p w14:paraId="4254387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1927" w:type="dxa"/>
            <w:vAlign w:val="bottom"/>
          </w:tcPr>
          <w:p w14:paraId="34075DC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148</w:t>
            </w:r>
          </w:p>
        </w:tc>
        <w:tc>
          <w:tcPr>
            <w:tcW w:w="1928" w:type="dxa"/>
            <w:vAlign w:val="bottom"/>
          </w:tcPr>
          <w:p w14:paraId="19A4D99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643BF78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B92E98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0.49977292</w:t>
            </w:r>
          </w:p>
        </w:tc>
      </w:tr>
      <w:tr w:rsidR="005816E5" w:rsidRPr="00EB75F0" w14:paraId="21A04291" w14:textId="77777777" w:rsidTr="00C32B29">
        <w:trPr>
          <w:trHeight w:val="288"/>
        </w:trPr>
        <w:tc>
          <w:tcPr>
            <w:tcW w:w="1927" w:type="dxa"/>
            <w:vAlign w:val="bottom"/>
          </w:tcPr>
          <w:p w14:paraId="47771B6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1927" w:type="dxa"/>
            <w:vAlign w:val="bottom"/>
          </w:tcPr>
          <w:p w14:paraId="3F63CBC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425</w:t>
            </w:r>
          </w:p>
        </w:tc>
        <w:tc>
          <w:tcPr>
            <w:tcW w:w="1928" w:type="dxa"/>
            <w:vAlign w:val="bottom"/>
          </w:tcPr>
          <w:p w14:paraId="728DB7C8"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41D064B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-2.77411765</w:t>
            </w:r>
          </w:p>
        </w:tc>
        <w:tc>
          <w:tcPr>
            <w:tcW w:w="1928" w:type="dxa"/>
            <w:vAlign w:val="bottom"/>
          </w:tcPr>
          <w:p w14:paraId="72B4EAC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0.57722938</w:t>
            </w:r>
          </w:p>
        </w:tc>
      </w:tr>
      <w:tr w:rsidR="005816E5" w:rsidRPr="00EB75F0" w14:paraId="31239B8C" w14:textId="77777777" w:rsidTr="00C32B29">
        <w:trPr>
          <w:trHeight w:val="288"/>
        </w:trPr>
        <w:tc>
          <w:tcPr>
            <w:tcW w:w="1927" w:type="dxa"/>
            <w:vAlign w:val="bottom"/>
          </w:tcPr>
          <w:p w14:paraId="1C267FD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1927" w:type="dxa"/>
            <w:vAlign w:val="bottom"/>
          </w:tcPr>
          <w:p w14:paraId="0C02C8F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138</w:t>
            </w:r>
          </w:p>
        </w:tc>
        <w:tc>
          <w:tcPr>
            <w:tcW w:w="1928" w:type="dxa"/>
            <w:vAlign w:val="bottom"/>
          </w:tcPr>
          <w:p w14:paraId="61E4D3F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22A3BC7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-5.4</w:t>
            </w:r>
          </w:p>
        </w:tc>
        <w:tc>
          <w:tcPr>
            <w:tcW w:w="1928" w:type="dxa"/>
            <w:vAlign w:val="bottom"/>
          </w:tcPr>
          <w:p w14:paraId="7E80E02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0.7067253</w:t>
            </w:r>
          </w:p>
        </w:tc>
      </w:tr>
      <w:tr w:rsidR="005816E5" w:rsidRPr="00EB75F0" w14:paraId="19F0A5F3" w14:textId="77777777" w:rsidTr="00C32B29">
        <w:trPr>
          <w:trHeight w:val="288"/>
        </w:trPr>
        <w:tc>
          <w:tcPr>
            <w:tcW w:w="1927" w:type="dxa"/>
            <w:vAlign w:val="bottom"/>
          </w:tcPr>
          <w:p w14:paraId="3E1315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1927" w:type="dxa"/>
            <w:vAlign w:val="bottom"/>
          </w:tcPr>
          <w:p w14:paraId="7D19F50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149</w:t>
            </w:r>
          </w:p>
        </w:tc>
        <w:tc>
          <w:tcPr>
            <w:tcW w:w="1928" w:type="dxa"/>
            <w:vAlign w:val="bottom"/>
          </w:tcPr>
          <w:p w14:paraId="67DAA8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A8C5E6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60F746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0.49973147</w:t>
            </w:r>
          </w:p>
        </w:tc>
      </w:tr>
      <w:tr w:rsidR="005816E5" w:rsidRPr="00EB75F0" w14:paraId="54D9B8D6" w14:textId="77777777" w:rsidTr="00C32B29">
        <w:trPr>
          <w:trHeight w:val="288"/>
        </w:trPr>
        <w:tc>
          <w:tcPr>
            <w:tcW w:w="1927" w:type="dxa"/>
            <w:vAlign w:val="bottom"/>
          </w:tcPr>
          <w:p w14:paraId="401B26A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1927" w:type="dxa"/>
            <w:vAlign w:val="bottom"/>
          </w:tcPr>
          <w:p w14:paraId="6CA6CA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c>
          <w:tcPr>
            <w:tcW w:w="1928" w:type="dxa"/>
            <w:vAlign w:val="bottom"/>
          </w:tcPr>
          <w:p w14:paraId="55B4928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0B663E0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-1.9</w:t>
            </w:r>
          </w:p>
        </w:tc>
        <w:tc>
          <w:tcPr>
            <w:tcW w:w="1928" w:type="dxa"/>
            <w:vAlign w:val="bottom"/>
          </w:tcPr>
          <w:p w14:paraId="6C675FF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0.64015483</w:t>
            </w:r>
          </w:p>
        </w:tc>
      </w:tr>
      <w:tr w:rsidR="005816E5" w:rsidRPr="00EB75F0" w14:paraId="3D408F5C" w14:textId="77777777" w:rsidTr="00C32B29">
        <w:trPr>
          <w:trHeight w:val="288"/>
        </w:trPr>
        <w:tc>
          <w:tcPr>
            <w:tcW w:w="1927" w:type="dxa"/>
            <w:vAlign w:val="bottom"/>
          </w:tcPr>
          <w:p w14:paraId="3F94BA7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lastRenderedPageBreak/>
              <w:t>Durgam 2015</w:t>
            </w:r>
          </w:p>
        </w:tc>
        <w:tc>
          <w:tcPr>
            <w:tcW w:w="1927" w:type="dxa"/>
            <w:vAlign w:val="bottom"/>
          </w:tcPr>
          <w:p w14:paraId="47C14C9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305</w:t>
            </w:r>
          </w:p>
        </w:tc>
        <w:tc>
          <w:tcPr>
            <w:tcW w:w="1928" w:type="dxa"/>
            <w:vAlign w:val="bottom"/>
          </w:tcPr>
          <w:p w14:paraId="5DA3A733"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6A523CC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-1.85344262</w:t>
            </w:r>
          </w:p>
        </w:tc>
        <w:tc>
          <w:tcPr>
            <w:tcW w:w="1928" w:type="dxa"/>
            <w:vAlign w:val="bottom"/>
          </w:tcPr>
          <w:p w14:paraId="6FF24B5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0.61201518</w:t>
            </w:r>
          </w:p>
        </w:tc>
      </w:tr>
      <w:tr w:rsidR="005816E5" w:rsidRPr="00EB75F0" w14:paraId="0EE13697" w14:textId="77777777" w:rsidTr="00C32B29">
        <w:trPr>
          <w:trHeight w:val="288"/>
        </w:trPr>
        <w:tc>
          <w:tcPr>
            <w:tcW w:w="1927" w:type="dxa"/>
            <w:vAlign w:val="bottom"/>
          </w:tcPr>
          <w:p w14:paraId="70C89EF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2016</w:t>
            </w:r>
          </w:p>
        </w:tc>
        <w:tc>
          <w:tcPr>
            <w:tcW w:w="1927" w:type="dxa"/>
            <w:vAlign w:val="bottom"/>
          </w:tcPr>
          <w:p w14:paraId="5B86CB0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126</w:t>
            </w:r>
          </w:p>
        </w:tc>
        <w:tc>
          <w:tcPr>
            <w:tcW w:w="1928" w:type="dxa"/>
            <w:vAlign w:val="bottom"/>
          </w:tcPr>
          <w:p w14:paraId="5D26F9F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B4F9A2C"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7DA5AFB"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3D0AFF5" w14:textId="77777777" w:rsidTr="00C32B29">
        <w:trPr>
          <w:trHeight w:val="288"/>
        </w:trPr>
        <w:tc>
          <w:tcPr>
            <w:tcW w:w="1927" w:type="dxa"/>
            <w:vAlign w:val="bottom"/>
          </w:tcPr>
          <w:p w14:paraId="70F7E57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2016</w:t>
            </w:r>
          </w:p>
        </w:tc>
        <w:tc>
          <w:tcPr>
            <w:tcW w:w="1927" w:type="dxa"/>
            <w:vAlign w:val="bottom"/>
          </w:tcPr>
          <w:p w14:paraId="712A0EC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122</w:t>
            </w:r>
          </w:p>
        </w:tc>
        <w:tc>
          <w:tcPr>
            <w:tcW w:w="1928" w:type="dxa"/>
            <w:vAlign w:val="bottom"/>
          </w:tcPr>
          <w:p w14:paraId="75866D91"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41263C3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-1.29</w:t>
            </w:r>
          </w:p>
        </w:tc>
        <w:tc>
          <w:tcPr>
            <w:tcW w:w="1928" w:type="dxa"/>
            <w:vAlign w:val="bottom"/>
          </w:tcPr>
          <w:p w14:paraId="72E0595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0.71385519</w:t>
            </w:r>
          </w:p>
        </w:tc>
      </w:tr>
      <w:tr w:rsidR="005816E5" w:rsidRPr="00EB75F0" w14:paraId="6F54E79F" w14:textId="77777777" w:rsidTr="00C32B29">
        <w:trPr>
          <w:trHeight w:val="288"/>
        </w:trPr>
        <w:tc>
          <w:tcPr>
            <w:tcW w:w="1927" w:type="dxa"/>
            <w:vAlign w:val="bottom"/>
          </w:tcPr>
          <w:p w14:paraId="17FB10F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EMERGENT-1</w:t>
            </w:r>
          </w:p>
        </w:tc>
        <w:tc>
          <w:tcPr>
            <w:tcW w:w="1927" w:type="dxa"/>
            <w:vAlign w:val="bottom"/>
          </w:tcPr>
          <w:p w14:paraId="15C687B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73</w:t>
            </w:r>
          </w:p>
        </w:tc>
        <w:tc>
          <w:tcPr>
            <w:tcW w:w="1928" w:type="dxa"/>
            <w:vAlign w:val="bottom"/>
          </w:tcPr>
          <w:p w14:paraId="7C51ED0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6DFEBBB8"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074790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29DEC84" w14:textId="77777777" w:rsidTr="00C32B29">
        <w:trPr>
          <w:trHeight w:val="288"/>
        </w:trPr>
        <w:tc>
          <w:tcPr>
            <w:tcW w:w="1927" w:type="dxa"/>
            <w:vAlign w:val="bottom"/>
          </w:tcPr>
          <w:p w14:paraId="2746C14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EMERGENT-1</w:t>
            </w:r>
          </w:p>
        </w:tc>
        <w:tc>
          <w:tcPr>
            <w:tcW w:w="1927" w:type="dxa"/>
            <w:vAlign w:val="bottom"/>
          </w:tcPr>
          <w:p w14:paraId="6071F78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72</w:t>
            </w:r>
          </w:p>
        </w:tc>
        <w:tc>
          <w:tcPr>
            <w:tcW w:w="1928" w:type="dxa"/>
            <w:vAlign w:val="bottom"/>
          </w:tcPr>
          <w:p w14:paraId="0F326A2A"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1928" w:type="dxa"/>
            <w:vAlign w:val="bottom"/>
          </w:tcPr>
          <w:p w14:paraId="1C1F787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-3.4</w:t>
            </w:r>
          </w:p>
        </w:tc>
        <w:tc>
          <w:tcPr>
            <w:tcW w:w="1928" w:type="dxa"/>
            <w:vAlign w:val="bottom"/>
          </w:tcPr>
          <w:p w14:paraId="7E5E4C3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0.78984278</w:t>
            </w:r>
          </w:p>
        </w:tc>
      </w:tr>
      <w:tr w:rsidR="005816E5" w:rsidRPr="00EB75F0" w14:paraId="6E67C825" w14:textId="77777777" w:rsidTr="00C32B29">
        <w:trPr>
          <w:trHeight w:val="288"/>
        </w:trPr>
        <w:tc>
          <w:tcPr>
            <w:tcW w:w="1927" w:type="dxa"/>
            <w:vAlign w:val="bottom"/>
          </w:tcPr>
          <w:p w14:paraId="7F87290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EMERGENT-2</w:t>
            </w:r>
          </w:p>
        </w:tc>
        <w:tc>
          <w:tcPr>
            <w:tcW w:w="1927" w:type="dxa"/>
            <w:vAlign w:val="bottom"/>
          </w:tcPr>
          <w:p w14:paraId="7F3E617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99</w:t>
            </w:r>
          </w:p>
        </w:tc>
        <w:tc>
          <w:tcPr>
            <w:tcW w:w="1928" w:type="dxa"/>
            <w:vAlign w:val="bottom"/>
          </w:tcPr>
          <w:p w14:paraId="172DF45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5902720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DDE90D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60BBA4D" w14:textId="77777777" w:rsidTr="00C32B29">
        <w:trPr>
          <w:trHeight w:val="288"/>
        </w:trPr>
        <w:tc>
          <w:tcPr>
            <w:tcW w:w="1927" w:type="dxa"/>
            <w:vAlign w:val="bottom"/>
          </w:tcPr>
          <w:p w14:paraId="1E76223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EMERGENT-2</w:t>
            </w:r>
          </w:p>
        </w:tc>
        <w:tc>
          <w:tcPr>
            <w:tcW w:w="1927" w:type="dxa"/>
            <w:vAlign w:val="bottom"/>
          </w:tcPr>
          <w:p w14:paraId="350A50E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c>
          <w:tcPr>
            <w:tcW w:w="1928" w:type="dxa"/>
            <w:vAlign w:val="bottom"/>
          </w:tcPr>
          <w:p w14:paraId="67CE49A4"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1928" w:type="dxa"/>
            <w:vAlign w:val="bottom"/>
          </w:tcPr>
          <w:p w14:paraId="6FEBFA5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w:t>
            </w:r>
          </w:p>
        </w:tc>
        <w:tc>
          <w:tcPr>
            <w:tcW w:w="1928" w:type="dxa"/>
            <w:vAlign w:val="bottom"/>
          </w:tcPr>
          <w:p w14:paraId="4AF076D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0.74139484</w:t>
            </w:r>
          </w:p>
        </w:tc>
      </w:tr>
      <w:tr w:rsidR="005816E5" w:rsidRPr="00EB75F0" w14:paraId="38A2A870" w14:textId="77777777" w:rsidTr="00C32B29">
        <w:trPr>
          <w:trHeight w:val="288"/>
        </w:trPr>
        <w:tc>
          <w:tcPr>
            <w:tcW w:w="1927" w:type="dxa"/>
            <w:vAlign w:val="bottom"/>
          </w:tcPr>
          <w:p w14:paraId="0AF6C53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EMERGENT-3</w:t>
            </w:r>
          </w:p>
        </w:tc>
        <w:tc>
          <w:tcPr>
            <w:tcW w:w="1927" w:type="dxa"/>
            <w:vAlign w:val="bottom"/>
          </w:tcPr>
          <w:p w14:paraId="37F7722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91</w:t>
            </w:r>
          </w:p>
        </w:tc>
        <w:tc>
          <w:tcPr>
            <w:tcW w:w="1928" w:type="dxa"/>
            <w:vAlign w:val="bottom"/>
          </w:tcPr>
          <w:p w14:paraId="2AE3AA2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B03351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517AF08"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4D21E3D0" w14:textId="77777777" w:rsidTr="00C32B29">
        <w:trPr>
          <w:trHeight w:val="288"/>
        </w:trPr>
        <w:tc>
          <w:tcPr>
            <w:tcW w:w="1927" w:type="dxa"/>
            <w:vAlign w:val="bottom"/>
          </w:tcPr>
          <w:p w14:paraId="5324A50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EMERGENT-3</w:t>
            </w:r>
          </w:p>
        </w:tc>
        <w:tc>
          <w:tcPr>
            <w:tcW w:w="1927" w:type="dxa"/>
            <w:vAlign w:val="bottom"/>
          </w:tcPr>
          <w:p w14:paraId="3FDCF82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79</w:t>
            </w:r>
          </w:p>
        </w:tc>
        <w:tc>
          <w:tcPr>
            <w:tcW w:w="1928" w:type="dxa"/>
            <w:vAlign w:val="bottom"/>
          </w:tcPr>
          <w:p w14:paraId="1B28E9DB"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1928" w:type="dxa"/>
            <w:vAlign w:val="bottom"/>
          </w:tcPr>
          <w:p w14:paraId="0BA0297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-3.6</w:t>
            </w:r>
          </w:p>
        </w:tc>
        <w:tc>
          <w:tcPr>
            <w:tcW w:w="1928" w:type="dxa"/>
            <w:vAlign w:val="bottom"/>
          </w:tcPr>
          <w:p w14:paraId="1A626DF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0.67896325</w:t>
            </w:r>
          </w:p>
        </w:tc>
      </w:tr>
      <w:tr w:rsidR="005816E5" w:rsidRPr="00EB75F0" w14:paraId="2F03717C" w14:textId="77777777" w:rsidTr="00C32B29">
        <w:trPr>
          <w:trHeight w:val="288"/>
        </w:trPr>
        <w:tc>
          <w:tcPr>
            <w:tcW w:w="1927" w:type="dxa"/>
            <w:vAlign w:val="bottom"/>
          </w:tcPr>
          <w:p w14:paraId="282D942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Egan 2013</w:t>
            </w:r>
          </w:p>
        </w:tc>
        <w:tc>
          <w:tcPr>
            <w:tcW w:w="1927" w:type="dxa"/>
            <w:vAlign w:val="bottom"/>
          </w:tcPr>
          <w:p w14:paraId="7799841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78</w:t>
            </w:r>
          </w:p>
        </w:tc>
        <w:tc>
          <w:tcPr>
            <w:tcW w:w="1928" w:type="dxa"/>
            <w:vAlign w:val="bottom"/>
          </w:tcPr>
          <w:p w14:paraId="576D641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AA5720B"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814BF8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F37C069" w14:textId="77777777" w:rsidTr="00C32B29">
        <w:trPr>
          <w:trHeight w:val="288"/>
        </w:trPr>
        <w:tc>
          <w:tcPr>
            <w:tcW w:w="1927" w:type="dxa"/>
            <w:vAlign w:val="bottom"/>
          </w:tcPr>
          <w:p w14:paraId="32256FA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Egan 2013</w:t>
            </w:r>
          </w:p>
        </w:tc>
        <w:tc>
          <w:tcPr>
            <w:tcW w:w="1927" w:type="dxa"/>
            <w:vAlign w:val="bottom"/>
          </w:tcPr>
          <w:p w14:paraId="6139FA3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45</w:t>
            </w:r>
          </w:p>
        </w:tc>
        <w:tc>
          <w:tcPr>
            <w:tcW w:w="1928" w:type="dxa"/>
            <w:vAlign w:val="bottom"/>
          </w:tcPr>
          <w:p w14:paraId="0840FCE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4033EDF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w:t>
            </w:r>
          </w:p>
        </w:tc>
        <w:tc>
          <w:tcPr>
            <w:tcW w:w="1928" w:type="dxa"/>
            <w:vAlign w:val="bottom"/>
          </w:tcPr>
          <w:p w14:paraId="233DA6E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1.05798061</w:t>
            </w:r>
          </w:p>
        </w:tc>
      </w:tr>
      <w:tr w:rsidR="005816E5" w:rsidRPr="00EB75F0" w14:paraId="241BDD72" w14:textId="77777777" w:rsidTr="00C32B29">
        <w:trPr>
          <w:trHeight w:val="288"/>
        </w:trPr>
        <w:tc>
          <w:tcPr>
            <w:tcW w:w="1927" w:type="dxa"/>
            <w:vAlign w:val="bottom"/>
          </w:tcPr>
          <w:p w14:paraId="68DD383C"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Ishigooka</w:t>
            </w:r>
            <w:proofErr w:type="spellEnd"/>
            <w:r w:rsidRPr="00EB75F0">
              <w:rPr>
                <w:rFonts w:asciiTheme="majorHAnsi" w:hAnsiTheme="majorHAnsi" w:cstheme="majorHAnsi"/>
                <w:sz w:val="18"/>
                <w:szCs w:val="18"/>
              </w:rPr>
              <w:t xml:space="preserve"> 2018</w:t>
            </w:r>
          </w:p>
        </w:tc>
        <w:tc>
          <w:tcPr>
            <w:tcW w:w="1927" w:type="dxa"/>
            <w:vAlign w:val="bottom"/>
          </w:tcPr>
          <w:p w14:paraId="09C3499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70</w:t>
            </w:r>
          </w:p>
        </w:tc>
        <w:tc>
          <w:tcPr>
            <w:tcW w:w="1928" w:type="dxa"/>
            <w:vAlign w:val="bottom"/>
          </w:tcPr>
          <w:p w14:paraId="23E9E52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5F086906"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0B1E7F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D17D9D1" w14:textId="77777777" w:rsidTr="00C32B29">
        <w:trPr>
          <w:trHeight w:val="288"/>
        </w:trPr>
        <w:tc>
          <w:tcPr>
            <w:tcW w:w="1927" w:type="dxa"/>
            <w:vAlign w:val="bottom"/>
          </w:tcPr>
          <w:p w14:paraId="5C0B3089"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Ishigooka</w:t>
            </w:r>
            <w:proofErr w:type="spellEnd"/>
            <w:r w:rsidRPr="00EB75F0">
              <w:rPr>
                <w:rFonts w:asciiTheme="majorHAnsi" w:hAnsiTheme="majorHAnsi" w:cstheme="majorHAnsi"/>
                <w:sz w:val="18"/>
                <w:szCs w:val="18"/>
              </w:rPr>
              <w:t xml:space="preserve"> 2018</w:t>
            </w:r>
          </w:p>
        </w:tc>
        <w:tc>
          <w:tcPr>
            <w:tcW w:w="1927" w:type="dxa"/>
            <w:vAlign w:val="bottom"/>
          </w:tcPr>
          <w:p w14:paraId="3451D4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162</w:t>
            </w:r>
          </w:p>
        </w:tc>
        <w:tc>
          <w:tcPr>
            <w:tcW w:w="1928" w:type="dxa"/>
            <w:vAlign w:val="bottom"/>
          </w:tcPr>
          <w:p w14:paraId="42561A2C"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7C36D7F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-0.23864198</w:t>
            </w:r>
          </w:p>
        </w:tc>
        <w:tc>
          <w:tcPr>
            <w:tcW w:w="1928" w:type="dxa"/>
            <w:vAlign w:val="bottom"/>
          </w:tcPr>
          <w:p w14:paraId="5F08BBC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0.76330324</w:t>
            </w:r>
          </w:p>
        </w:tc>
      </w:tr>
      <w:tr w:rsidR="005816E5" w:rsidRPr="00EB75F0" w14:paraId="2210EECF" w14:textId="77777777" w:rsidTr="00C32B29">
        <w:trPr>
          <w:trHeight w:val="288"/>
        </w:trPr>
        <w:tc>
          <w:tcPr>
            <w:tcW w:w="1927" w:type="dxa"/>
            <w:vAlign w:val="bottom"/>
          </w:tcPr>
          <w:p w14:paraId="470C06A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Kahn 2007</w:t>
            </w:r>
          </w:p>
        </w:tc>
        <w:tc>
          <w:tcPr>
            <w:tcW w:w="1927" w:type="dxa"/>
            <w:vAlign w:val="bottom"/>
          </w:tcPr>
          <w:p w14:paraId="336946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115</w:t>
            </w:r>
          </w:p>
        </w:tc>
        <w:tc>
          <w:tcPr>
            <w:tcW w:w="1928" w:type="dxa"/>
            <w:vAlign w:val="bottom"/>
          </w:tcPr>
          <w:p w14:paraId="68CE47D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CA7F33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22AE14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29415F7" w14:textId="77777777" w:rsidTr="00C32B29">
        <w:trPr>
          <w:trHeight w:val="288"/>
        </w:trPr>
        <w:tc>
          <w:tcPr>
            <w:tcW w:w="1927" w:type="dxa"/>
            <w:vAlign w:val="bottom"/>
          </w:tcPr>
          <w:p w14:paraId="7EA62D6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Kahn 2007</w:t>
            </w:r>
          </w:p>
        </w:tc>
        <w:tc>
          <w:tcPr>
            <w:tcW w:w="1927" w:type="dxa"/>
            <w:vAlign w:val="bottom"/>
          </w:tcPr>
          <w:p w14:paraId="482896B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458</w:t>
            </w:r>
          </w:p>
        </w:tc>
        <w:tc>
          <w:tcPr>
            <w:tcW w:w="1928" w:type="dxa"/>
            <w:vAlign w:val="bottom"/>
          </w:tcPr>
          <w:p w14:paraId="582AE3A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006BD96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-3.15327511</w:t>
            </w:r>
          </w:p>
        </w:tc>
        <w:tc>
          <w:tcPr>
            <w:tcW w:w="1928" w:type="dxa"/>
            <w:vAlign w:val="bottom"/>
          </w:tcPr>
          <w:p w14:paraId="4480218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0.58948718</w:t>
            </w:r>
          </w:p>
        </w:tc>
      </w:tr>
      <w:tr w:rsidR="005816E5" w:rsidRPr="00EB75F0" w14:paraId="5B58F8A3" w14:textId="77777777" w:rsidTr="00C32B29">
        <w:trPr>
          <w:trHeight w:val="288"/>
        </w:trPr>
        <w:tc>
          <w:tcPr>
            <w:tcW w:w="1927" w:type="dxa"/>
            <w:vAlign w:val="bottom"/>
          </w:tcPr>
          <w:p w14:paraId="061B47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2002</w:t>
            </w:r>
          </w:p>
        </w:tc>
        <w:tc>
          <w:tcPr>
            <w:tcW w:w="1927" w:type="dxa"/>
            <w:vAlign w:val="bottom"/>
          </w:tcPr>
          <w:p w14:paraId="5F8CF80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106</w:t>
            </w:r>
          </w:p>
        </w:tc>
        <w:tc>
          <w:tcPr>
            <w:tcW w:w="1928" w:type="dxa"/>
            <w:vAlign w:val="bottom"/>
          </w:tcPr>
          <w:p w14:paraId="3E13F51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EADFB4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38E763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F6B6A24" w14:textId="77777777" w:rsidTr="00C32B29">
        <w:trPr>
          <w:trHeight w:val="288"/>
        </w:trPr>
        <w:tc>
          <w:tcPr>
            <w:tcW w:w="1927" w:type="dxa"/>
            <w:vAlign w:val="bottom"/>
          </w:tcPr>
          <w:p w14:paraId="7F475FF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2002</w:t>
            </w:r>
          </w:p>
        </w:tc>
        <w:tc>
          <w:tcPr>
            <w:tcW w:w="1927" w:type="dxa"/>
            <w:vAlign w:val="bottom"/>
          </w:tcPr>
          <w:p w14:paraId="7038EC3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204</w:t>
            </w:r>
          </w:p>
        </w:tc>
        <w:tc>
          <w:tcPr>
            <w:tcW w:w="1928" w:type="dxa"/>
            <w:vAlign w:val="bottom"/>
          </w:tcPr>
          <w:p w14:paraId="52CA7BB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3CF8892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-3.4</w:t>
            </w:r>
          </w:p>
        </w:tc>
        <w:tc>
          <w:tcPr>
            <w:tcW w:w="1928" w:type="dxa"/>
            <w:vAlign w:val="bottom"/>
          </w:tcPr>
          <w:p w14:paraId="25B1573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0.67669278</w:t>
            </w:r>
          </w:p>
        </w:tc>
      </w:tr>
      <w:tr w:rsidR="005816E5" w:rsidRPr="00EB75F0" w14:paraId="24685936" w14:textId="77777777" w:rsidTr="00C32B29">
        <w:trPr>
          <w:trHeight w:val="288"/>
        </w:trPr>
        <w:tc>
          <w:tcPr>
            <w:tcW w:w="1927" w:type="dxa"/>
            <w:vAlign w:val="bottom"/>
          </w:tcPr>
          <w:p w14:paraId="76D3B16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w:t>
            </w:r>
          </w:p>
        </w:tc>
        <w:tc>
          <w:tcPr>
            <w:tcW w:w="1927" w:type="dxa"/>
            <w:vAlign w:val="bottom"/>
          </w:tcPr>
          <w:p w14:paraId="3249C3D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145</w:t>
            </w:r>
          </w:p>
        </w:tc>
        <w:tc>
          <w:tcPr>
            <w:tcW w:w="1928" w:type="dxa"/>
            <w:vAlign w:val="bottom"/>
          </w:tcPr>
          <w:p w14:paraId="52E9E51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2069E16"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2EBA01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768C88D" w14:textId="77777777" w:rsidTr="00C32B29">
        <w:trPr>
          <w:trHeight w:val="288"/>
        </w:trPr>
        <w:tc>
          <w:tcPr>
            <w:tcW w:w="1927" w:type="dxa"/>
            <w:vAlign w:val="bottom"/>
          </w:tcPr>
          <w:p w14:paraId="5233267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w:t>
            </w:r>
          </w:p>
        </w:tc>
        <w:tc>
          <w:tcPr>
            <w:tcW w:w="1927" w:type="dxa"/>
            <w:vAlign w:val="bottom"/>
          </w:tcPr>
          <w:p w14:paraId="0F57766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147</w:t>
            </w:r>
          </w:p>
        </w:tc>
        <w:tc>
          <w:tcPr>
            <w:tcW w:w="1928" w:type="dxa"/>
            <w:vAlign w:val="bottom"/>
          </w:tcPr>
          <w:p w14:paraId="296618B9"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4CCF39B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w:t>
            </w:r>
          </w:p>
        </w:tc>
        <w:tc>
          <w:tcPr>
            <w:tcW w:w="1928" w:type="dxa"/>
            <w:vAlign w:val="bottom"/>
          </w:tcPr>
          <w:p w14:paraId="44E6DAE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0.78059376</w:t>
            </w:r>
          </w:p>
        </w:tc>
      </w:tr>
      <w:tr w:rsidR="005816E5" w:rsidRPr="00EB75F0" w14:paraId="33197B6A" w14:textId="77777777" w:rsidTr="00C32B29">
        <w:trPr>
          <w:trHeight w:val="288"/>
        </w:trPr>
        <w:tc>
          <w:tcPr>
            <w:tcW w:w="1927" w:type="dxa"/>
            <w:vAlign w:val="bottom"/>
          </w:tcPr>
          <w:p w14:paraId="39E2B3F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 (BEACON)</w:t>
            </w:r>
          </w:p>
        </w:tc>
        <w:tc>
          <w:tcPr>
            <w:tcW w:w="1927" w:type="dxa"/>
            <w:vAlign w:val="bottom"/>
          </w:tcPr>
          <w:p w14:paraId="4920114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180</w:t>
            </w:r>
          </w:p>
        </w:tc>
        <w:tc>
          <w:tcPr>
            <w:tcW w:w="1928" w:type="dxa"/>
            <w:vAlign w:val="bottom"/>
          </w:tcPr>
          <w:p w14:paraId="6E42DFB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68DB8B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5F5004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4645A21A" w14:textId="77777777" w:rsidTr="00C32B29">
        <w:trPr>
          <w:trHeight w:val="288"/>
        </w:trPr>
        <w:tc>
          <w:tcPr>
            <w:tcW w:w="1927" w:type="dxa"/>
            <w:vAlign w:val="bottom"/>
          </w:tcPr>
          <w:p w14:paraId="73A06B7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 (BEACON)</w:t>
            </w:r>
          </w:p>
        </w:tc>
        <w:tc>
          <w:tcPr>
            <w:tcW w:w="1927" w:type="dxa"/>
            <w:vAlign w:val="bottom"/>
          </w:tcPr>
          <w:p w14:paraId="6C48C6B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360</w:t>
            </w:r>
          </w:p>
        </w:tc>
        <w:tc>
          <w:tcPr>
            <w:tcW w:w="1928" w:type="dxa"/>
            <w:vAlign w:val="bottom"/>
          </w:tcPr>
          <w:p w14:paraId="3EFD5E89"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19207CD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-1.03377778</w:t>
            </w:r>
          </w:p>
        </w:tc>
        <w:tc>
          <w:tcPr>
            <w:tcW w:w="1928" w:type="dxa"/>
            <w:vAlign w:val="bottom"/>
          </w:tcPr>
          <w:p w14:paraId="0E614FF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0.57389704</w:t>
            </w:r>
          </w:p>
        </w:tc>
      </w:tr>
      <w:tr w:rsidR="005816E5" w:rsidRPr="00EB75F0" w14:paraId="0632BADA" w14:textId="77777777" w:rsidTr="00C32B29">
        <w:trPr>
          <w:trHeight w:val="288"/>
        </w:trPr>
        <w:tc>
          <w:tcPr>
            <w:tcW w:w="1927" w:type="dxa"/>
            <w:vAlign w:val="bottom"/>
          </w:tcPr>
          <w:p w14:paraId="7868A47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Kinon</w:t>
            </w:r>
            <w:proofErr w:type="spellEnd"/>
            <w:r w:rsidRPr="00EB75F0">
              <w:rPr>
                <w:rFonts w:asciiTheme="majorHAnsi" w:hAnsiTheme="majorHAnsi" w:cstheme="majorHAnsi"/>
                <w:sz w:val="18"/>
                <w:szCs w:val="18"/>
              </w:rPr>
              <w:t xml:space="preserve"> 2011</w:t>
            </w:r>
          </w:p>
        </w:tc>
        <w:tc>
          <w:tcPr>
            <w:tcW w:w="1927" w:type="dxa"/>
            <w:vAlign w:val="bottom"/>
          </w:tcPr>
          <w:p w14:paraId="6179A3E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122</w:t>
            </w:r>
          </w:p>
        </w:tc>
        <w:tc>
          <w:tcPr>
            <w:tcW w:w="1928" w:type="dxa"/>
            <w:vAlign w:val="bottom"/>
          </w:tcPr>
          <w:p w14:paraId="12926DF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691D01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2E9962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7BF836A6" w14:textId="77777777" w:rsidTr="00C32B29">
        <w:trPr>
          <w:trHeight w:val="288"/>
        </w:trPr>
        <w:tc>
          <w:tcPr>
            <w:tcW w:w="1927" w:type="dxa"/>
            <w:vAlign w:val="bottom"/>
          </w:tcPr>
          <w:p w14:paraId="6336FEC1"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Kinon</w:t>
            </w:r>
            <w:proofErr w:type="spellEnd"/>
            <w:r w:rsidRPr="00EB75F0">
              <w:rPr>
                <w:rFonts w:asciiTheme="majorHAnsi" w:hAnsiTheme="majorHAnsi" w:cstheme="majorHAnsi"/>
                <w:sz w:val="18"/>
                <w:szCs w:val="18"/>
              </w:rPr>
              <w:t xml:space="preserve"> 2011</w:t>
            </w:r>
          </w:p>
        </w:tc>
        <w:tc>
          <w:tcPr>
            <w:tcW w:w="1927" w:type="dxa"/>
            <w:vAlign w:val="bottom"/>
          </w:tcPr>
          <w:p w14:paraId="4FD82F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62</w:t>
            </w:r>
          </w:p>
        </w:tc>
        <w:tc>
          <w:tcPr>
            <w:tcW w:w="1928" w:type="dxa"/>
            <w:vAlign w:val="bottom"/>
          </w:tcPr>
          <w:p w14:paraId="33B0435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0C15351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-2.44</w:t>
            </w:r>
          </w:p>
        </w:tc>
        <w:tc>
          <w:tcPr>
            <w:tcW w:w="1928" w:type="dxa"/>
            <w:vAlign w:val="bottom"/>
          </w:tcPr>
          <w:p w14:paraId="24A2287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1.18227322</w:t>
            </w:r>
          </w:p>
        </w:tc>
      </w:tr>
      <w:tr w:rsidR="005816E5" w:rsidRPr="00EB75F0" w14:paraId="05BFE953" w14:textId="77777777" w:rsidTr="00C32B29">
        <w:trPr>
          <w:trHeight w:val="288"/>
        </w:trPr>
        <w:tc>
          <w:tcPr>
            <w:tcW w:w="1927" w:type="dxa"/>
            <w:vAlign w:val="bottom"/>
          </w:tcPr>
          <w:p w14:paraId="7C55661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Lieberman 2016</w:t>
            </w:r>
          </w:p>
        </w:tc>
        <w:tc>
          <w:tcPr>
            <w:tcW w:w="1927" w:type="dxa"/>
            <w:vAlign w:val="bottom"/>
          </w:tcPr>
          <w:p w14:paraId="7339FD2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80</w:t>
            </w:r>
          </w:p>
        </w:tc>
        <w:tc>
          <w:tcPr>
            <w:tcW w:w="1928" w:type="dxa"/>
            <w:vAlign w:val="bottom"/>
          </w:tcPr>
          <w:p w14:paraId="12B0E28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6EF6BE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A0A3C8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BFA9FFD" w14:textId="77777777" w:rsidTr="00C32B29">
        <w:trPr>
          <w:trHeight w:val="288"/>
        </w:trPr>
        <w:tc>
          <w:tcPr>
            <w:tcW w:w="1927" w:type="dxa"/>
            <w:vAlign w:val="bottom"/>
          </w:tcPr>
          <w:p w14:paraId="2E66BB1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Lieberman 2016</w:t>
            </w:r>
          </w:p>
        </w:tc>
        <w:tc>
          <w:tcPr>
            <w:tcW w:w="1927" w:type="dxa"/>
            <w:vAlign w:val="bottom"/>
          </w:tcPr>
          <w:p w14:paraId="3623519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75</w:t>
            </w:r>
          </w:p>
        </w:tc>
        <w:tc>
          <w:tcPr>
            <w:tcW w:w="1928" w:type="dxa"/>
            <w:vAlign w:val="bottom"/>
          </w:tcPr>
          <w:p w14:paraId="03FD121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1EAB3A0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-2.5</w:t>
            </w:r>
          </w:p>
        </w:tc>
        <w:tc>
          <w:tcPr>
            <w:tcW w:w="1928" w:type="dxa"/>
            <w:vAlign w:val="bottom"/>
          </w:tcPr>
          <w:p w14:paraId="29DE9B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0.70692757</w:t>
            </w:r>
          </w:p>
        </w:tc>
      </w:tr>
      <w:tr w:rsidR="005816E5" w:rsidRPr="00EB75F0" w14:paraId="65F9F731" w14:textId="77777777" w:rsidTr="00C32B29">
        <w:trPr>
          <w:trHeight w:val="288"/>
        </w:trPr>
        <w:tc>
          <w:tcPr>
            <w:tcW w:w="1927" w:type="dxa"/>
            <w:vAlign w:val="bottom"/>
          </w:tcPr>
          <w:p w14:paraId="38D894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Lindenmayer 2008</w:t>
            </w:r>
          </w:p>
        </w:tc>
        <w:tc>
          <w:tcPr>
            <w:tcW w:w="1927" w:type="dxa"/>
            <w:vAlign w:val="bottom"/>
          </w:tcPr>
          <w:p w14:paraId="67B30E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78</w:t>
            </w:r>
          </w:p>
        </w:tc>
        <w:tc>
          <w:tcPr>
            <w:tcW w:w="1928" w:type="dxa"/>
            <w:vAlign w:val="bottom"/>
          </w:tcPr>
          <w:p w14:paraId="5B41504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3B1513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48679C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F724929" w14:textId="77777777" w:rsidTr="00C32B29">
        <w:trPr>
          <w:trHeight w:val="288"/>
        </w:trPr>
        <w:tc>
          <w:tcPr>
            <w:tcW w:w="1927" w:type="dxa"/>
            <w:vAlign w:val="bottom"/>
          </w:tcPr>
          <w:p w14:paraId="418D0C6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Lindenmayer 2008</w:t>
            </w:r>
          </w:p>
        </w:tc>
        <w:tc>
          <w:tcPr>
            <w:tcW w:w="1927" w:type="dxa"/>
            <w:vAlign w:val="bottom"/>
          </w:tcPr>
          <w:p w14:paraId="5B21EA6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420</w:t>
            </w:r>
          </w:p>
        </w:tc>
        <w:tc>
          <w:tcPr>
            <w:tcW w:w="1928" w:type="dxa"/>
            <w:vAlign w:val="bottom"/>
          </w:tcPr>
          <w:p w14:paraId="3F2ACF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685ED0C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-0.98052381</w:t>
            </w:r>
          </w:p>
        </w:tc>
        <w:tc>
          <w:tcPr>
            <w:tcW w:w="1928" w:type="dxa"/>
            <w:vAlign w:val="bottom"/>
          </w:tcPr>
          <w:p w14:paraId="187C310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0.69682133</w:t>
            </w:r>
          </w:p>
        </w:tc>
      </w:tr>
      <w:tr w:rsidR="005816E5" w:rsidRPr="00EB75F0" w14:paraId="574078F2" w14:textId="77777777" w:rsidTr="00C32B29">
        <w:trPr>
          <w:trHeight w:val="288"/>
        </w:trPr>
        <w:tc>
          <w:tcPr>
            <w:tcW w:w="1927" w:type="dxa"/>
            <w:vAlign w:val="bottom"/>
          </w:tcPr>
          <w:p w14:paraId="0E6DA5C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Loebel 2013</w:t>
            </w:r>
          </w:p>
        </w:tc>
        <w:tc>
          <w:tcPr>
            <w:tcW w:w="1927" w:type="dxa"/>
            <w:vAlign w:val="bottom"/>
          </w:tcPr>
          <w:p w14:paraId="1F7C9A5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120</w:t>
            </w:r>
          </w:p>
        </w:tc>
        <w:tc>
          <w:tcPr>
            <w:tcW w:w="1928" w:type="dxa"/>
            <w:vAlign w:val="bottom"/>
          </w:tcPr>
          <w:p w14:paraId="0A3971B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58CC5438"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1C7C0E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6B80071" w14:textId="77777777" w:rsidTr="00C32B29">
        <w:trPr>
          <w:trHeight w:val="288"/>
        </w:trPr>
        <w:tc>
          <w:tcPr>
            <w:tcW w:w="1927" w:type="dxa"/>
            <w:vAlign w:val="bottom"/>
          </w:tcPr>
          <w:p w14:paraId="5F6CAEA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Loebel 2013</w:t>
            </w:r>
          </w:p>
        </w:tc>
        <w:tc>
          <w:tcPr>
            <w:tcW w:w="1927" w:type="dxa"/>
            <w:vAlign w:val="bottom"/>
          </w:tcPr>
          <w:p w14:paraId="67746B1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116</w:t>
            </w:r>
          </w:p>
        </w:tc>
        <w:tc>
          <w:tcPr>
            <w:tcW w:w="1928" w:type="dxa"/>
            <w:vAlign w:val="bottom"/>
          </w:tcPr>
          <w:p w14:paraId="783C72C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420CCD1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-5.8</w:t>
            </w:r>
          </w:p>
        </w:tc>
        <w:tc>
          <w:tcPr>
            <w:tcW w:w="1928" w:type="dxa"/>
            <w:vAlign w:val="bottom"/>
          </w:tcPr>
          <w:p w14:paraId="00256C4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0.84821146</w:t>
            </w:r>
          </w:p>
        </w:tc>
      </w:tr>
      <w:tr w:rsidR="005816E5" w:rsidRPr="00EB75F0" w14:paraId="23FCA1E1" w14:textId="77777777" w:rsidTr="00C32B29">
        <w:trPr>
          <w:trHeight w:val="288"/>
        </w:trPr>
        <w:tc>
          <w:tcPr>
            <w:tcW w:w="1927" w:type="dxa"/>
            <w:vAlign w:val="bottom"/>
          </w:tcPr>
          <w:p w14:paraId="4BF5B35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1927" w:type="dxa"/>
            <w:vAlign w:val="bottom"/>
          </w:tcPr>
          <w:p w14:paraId="2BECD82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159</w:t>
            </w:r>
          </w:p>
        </w:tc>
        <w:tc>
          <w:tcPr>
            <w:tcW w:w="1928" w:type="dxa"/>
            <w:vAlign w:val="bottom"/>
          </w:tcPr>
          <w:p w14:paraId="382C628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9CD78AB"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A9AE97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0.44820856</w:t>
            </w:r>
          </w:p>
        </w:tc>
      </w:tr>
      <w:tr w:rsidR="005816E5" w:rsidRPr="00EB75F0" w14:paraId="5FEF53EC" w14:textId="77777777" w:rsidTr="00C32B29">
        <w:trPr>
          <w:trHeight w:val="288"/>
        </w:trPr>
        <w:tc>
          <w:tcPr>
            <w:tcW w:w="1927" w:type="dxa"/>
            <w:vAlign w:val="bottom"/>
          </w:tcPr>
          <w:p w14:paraId="2DDAE83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1927" w:type="dxa"/>
            <w:vAlign w:val="bottom"/>
          </w:tcPr>
          <w:p w14:paraId="420B57A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c>
          <w:tcPr>
            <w:tcW w:w="1928" w:type="dxa"/>
            <w:vAlign w:val="bottom"/>
          </w:tcPr>
          <w:p w14:paraId="482E7B0F"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3A33BCA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-1.6</w:t>
            </w:r>
          </w:p>
        </w:tc>
        <w:tc>
          <w:tcPr>
            <w:tcW w:w="1928" w:type="dxa"/>
            <w:vAlign w:val="bottom"/>
          </w:tcPr>
          <w:p w14:paraId="6DDA049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0.64330031</w:t>
            </w:r>
          </w:p>
        </w:tc>
      </w:tr>
      <w:tr w:rsidR="005816E5" w:rsidRPr="00EB75F0" w14:paraId="287A2E98" w14:textId="77777777" w:rsidTr="00C32B29">
        <w:trPr>
          <w:trHeight w:val="288"/>
        </w:trPr>
        <w:tc>
          <w:tcPr>
            <w:tcW w:w="1927" w:type="dxa"/>
            <w:vAlign w:val="bottom"/>
          </w:tcPr>
          <w:p w14:paraId="7B7365C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1927" w:type="dxa"/>
            <w:vAlign w:val="bottom"/>
          </w:tcPr>
          <w:p w14:paraId="1513F2A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c>
          <w:tcPr>
            <w:tcW w:w="1928" w:type="dxa"/>
            <w:vAlign w:val="bottom"/>
          </w:tcPr>
          <w:p w14:paraId="39510AF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751DBFA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-2.7</w:t>
            </w:r>
          </w:p>
        </w:tc>
        <w:tc>
          <w:tcPr>
            <w:tcW w:w="1928" w:type="dxa"/>
            <w:vAlign w:val="bottom"/>
          </w:tcPr>
          <w:p w14:paraId="114F40E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0.64330031</w:t>
            </w:r>
          </w:p>
        </w:tc>
      </w:tr>
      <w:tr w:rsidR="005816E5" w:rsidRPr="00EB75F0" w14:paraId="1EA85F5D" w14:textId="77777777" w:rsidTr="00C32B29">
        <w:trPr>
          <w:trHeight w:val="288"/>
        </w:trPr>
        <w:tc>
          <w:tcPr>
            <w:tcW w:w="1927" w:type="dxa"/>
            <w:vAlign w:val="bottom"/>
          </w:tcPr>
          <w:p w14:paraId="725A520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McDonnell 2018</w:t>
            </w:r>
          </w:p>
        </w:tc>
        <w:tc>
          <w:tcPr>
            <w:tcW w:w="1927" w:type="dxa"/>
            <w:vAlign w:val="bottom"/>
          </w:tcPr>
          <w:p w14:paraId="0E0A14C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133</w:t>
            </w:r>
          </w:p>
        </w:tc>
        <w:tc>
          <w:tcPr>
            <w:tcW w:w="1928" w:type="dxa"/>
            <w:vAlign w:val="bottom"/>
          </w:tcPr>
          <w:p w14:paraId="33CC440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E5B892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8AA771C"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DDB59CF" w14:textId="77777777" w:rsidTr="00C32B29">
        <w:trPr>
          <w:trHeight w:val="288"/>
        </w:trPr>
        <w:tc>
          <w:tcPr>
            <w:tcW w:w="1927" w:type="dxa"/>
            <w:vAlign w:val="bottom"/>
          </w:tcPr>
          <w:p w14:paraId="3C5F45B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McDonnell 2018</w:t>
            </w:r>
          </w:p>
        </w:tc>
        <w:tc>
          <w:tcPr>
            <w:tcW w:w="1927" w:type="dxa"/>
            <w:vAlign w:val="bottom"/>
          </w:tcPr>
          <w:p w14:paraId="2E02F3B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132</w:t>
            </w:r>
          </w:p>
        </w:tc>
        <w:tc>
          <w:tcPr>
            <w:tcW w:w="1928" w:type="dxa"/>
            <w:vAlign w:val="bottom"/>
          </w:tcPr>
          <w:p w14:paraId="424BC88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7059E81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-1.80331032</w:t>
            </w:r>
          </w:p>
        </w:tc>
        <w:tc>
          <w:tcPr>
            <w:tcW w:w="1928" w:type="dxa"/>
            <w:vAlign w:val="bottom"/>
          </w:tcPr>
          <w:p w14:paraId="4428D76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0.5554508</w:t>
            </w:r>
          </w:p>
        </w:tc>
      </w:tr>
      <w:tr w:rsidR="005816E5" w:rsidRPr="00EB75F0" w14:paraId="071CFC2F" w14:textId="77777777" w:rsidTr="00C32B29">
        <w:trPr>
          <w:trHeight w:val="288"/>
        </w:trPr>
        <w:tc>
          <w:tcPr>
            <w:tcW w:w="1927" w:type="dxa"/>
            <w:vAlign w:val="bottom"/>
          </w:tcPr>
          <w:p w14:paraId="1311558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McEvoy 2007</w:t>
            </w:r>
          </w:p>
        </w:tc>
        <w:tc>
          <w:tcPr>
            <w:tcW w:w="1927" w:type="dxa"/>
            <w:vAlign w:val="bottom"/>
          </w:tcPr>
          <w:p w14:paraId="1B0B1B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107</w:t>
            </w:r>
          </w:p>
        </w:tc>
        <w:tc>
          <w:tcPr>
            <w:tcW w:w="1928" w:type="dxa"/>
            <w:vAlign w:val="bottom"/>
          </w:tcPr>
          <w:p w14:paraId="14306F9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135EE3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D007F36"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81B35E8" w14:textId="77777777" w:rsidTr="00C32B29">
        <w:trPr>
          <w:trHeight w:val="288"/>
        </w:trPr>
        <w:tc>
          <w:tcPr>
            <w:tcW w:w="1927" w:type="dxa"/>
            <w:vAlign w:val="bottom"/>
          </w:tcPr>
          <w:p w14:paraId="7E03481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McEvoy 2007</w:t>
            </w:r>
          </w:p>
        </w:tc>
        <w:tc>
          <w:tcPr>
            <w:tcW w:w="1927" w:type="dxa"/>
            <w:vAlign w:val="bottom"/>
          </w:tcPr>
          <w:p w14:paraId="5EF0F92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303</w:t>
            </w:r>
          </w:p>
        </w:tc>
        <w:tc>
          <w:tcPr>
            <w:tcW w:w="1928" w:type="dxa"/>
            <w:vAlign w:val="bottom"/>
          </w:tcPr>
          <w:p w14:paraId="5D93884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7FDF618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-2.91660066</w:t>
            </w:r>
          </w:p>
        </w:tc>
        <w:tc>
          <w:tcPr>
            <w:tcW w:w="1928" w:type="dxa"/>
            <w:vAlign w:val="bottom"/>
          </w:tcPr>
          <w:p w14:paraId="37AD8D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0.63556129</w:t>
            </w:r>
          </w:p>
        </w:tc>
      </w:tr>
      <w:tr w:rsidR="005816E5" w:rsidRPr="00EB75F0" w14:paraId="6A3F11E3" w14:textId="77777777" w:rsidTr="00C32B29">
        <w:trPr>
          <w:trHeight w:val="288"/>
        </w:trPr>
        <w:tc>
          <w:tcPr>
            <w:tcW w:w="1927" w:type="dxa"/>
            <w:vAlign w:val="bottom"/>
          </w:tcPr>
          <w:p w14:paraId="66EFD22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Meltzer 2011</w:t>
            </w:r>
          </w:p>
        </w:tc>
        <w:tc>
          <w:tcPr>
            <w:tcW w:w="1927" w:type="dxa"/>
            <w:vAlign w:val="bottom"/>
          </w:tcPr>
          <w:p w14:paraId="195E304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78</w:t>
            </w:r>
          </w:p>
        </w:tc>
        <w:tc>
          <w:tcPr>
            <w:tcW w:w="1928" w:type="dxa"/>
            <w:vAlign w:val="bottom"/>
          </w:tcPr>
          <w:p w14:paraId="4D70102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5F279C2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D9D652C"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B991BE3" w14:textId="77777777" w:rsidTr="00C32B29">
        <w:trPr>
          <w:trHeight w:val="288"/>
        </w:trPr>
        <w:tc>
          <w:tcPr>
            <w:tcW w:w="1927" w:type="dxa"/>
            <w:vAlign w:val="bottom"/>
          </w:tcPr>
          <w:p w14:paraId="109E278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Meltzer 2011</w:t>
            </w:r>
          </w:p>
        </w:tc>
        <w:tc>
          <w:tcPr>
            <w:tcW w:w="1927" w:type="dxa"/>
            <w:vAlign w:val="bottom"/>
          </w:tcPr>
          <w:p w14:paraId="1E60304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96</w:t>
            </w:r>
          </w:p>
        </w:tc>
        <w:tc>
          <w:tcPr>
            <w:tcW w:w="1928" w:type="dxa"/>
            <w:vAlign w:val="bottom"/>
          </w:tcPr>
          <w:p w14:paraId="6B27F3E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76C480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-2.9</w:t>
            </w:r>
          </w:p>
        </w:tc>
        <w:tc>
          <w:tcPr>
            <w:tcW w:w="1928" w:type="dxa"/>
            <w:vAlign w:val="bottom"/>
          </w:tcPr>
          <w:p w14:paraId="6B8515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0.78117371</w:t>
            </w:r>
          </w:p>
        </w:tc>
      </w:tr>
      <w:tr w:rsidR="005816E5" w:rsidRPr="00EB75F0" w14:paraId="0B7337CB" w14:textId="77777777" w:rsidTr="00C32B29">
        <w:trPr>
          <w:trHeight w:val="288"/>
        </w:trPr>
        <w:tc>
          <w:tcPr>
            <w:tcW w:w="1927" w:type="dxa"/>
            <w:vAlign w:val="bottom"/>
          </w:tcPr>
          <w:p w14:paraId="6BCFC6E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NCT00711269</w:t>
            </w:r>
          </w:p>
        </w:tc>
        <w:tc>
          <w:tcPr>
            <w:tcW w:w="1927" w:type="dxa"/>
            <w:vAlign w:val="bottom"/>
          </w:tcPr>
          <w:p w14:paraId="1D0F6ED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129</w:t>
            </w:r>
          </w:p>
        </w:tc>
        <w:tc>
          <w:tcPr>
            <w:tcW w:w="1928" w:type="dxa"/>
            <w:vAlign w:val="bottom"/>
          </w:tcPr>
          <w:p w14:paraId="741C8BA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0626FD3C"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0CD9FAB"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11B5B5F" w14:textId="77777777" w:rsidTr="00C32B29">
        <w:trPr>
          <w:trHeight w:val="288"/>
        </w:trPr>
        <w:tc>
          <w:tcPr>
            <w:tcW w:w="1927" w:type="dxa"/>
            <w:vAlign w:val="bottom"/>
          </w:tcPr>
          <w:p w14:paraId="5E3023F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NCT00711269</w:t>
            </w:r>
          </w:p>
        </w:tc>
        <w:tc>
          <w:tcPr>
            <w:tcW w:w="1927" w:type="dxa"/>
            <w:vAlign w:val="bottom"/>
          </w:tcPr>
          <w:p w14:paraId="77E07D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64</w:t>
            </w:r>
          </w:p>
        </w:tc>
        <w:tc>
          <w:tcPr>
            <w:tcW w:w="1928" w:type="dxa"/>
            <w:vAlign w:val="bottom"/>
          </w:tcPr>
          <w:p w14:paraId="7A3DFE6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3756012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-2.3</w:t>
            </w:r>
          </w:p>
        </w:tc>
        <w:tc>
          <w:tcPr>
            <w:tcW w:w="1928" w:type="dxa"/>
            <w:vAlign w:val="bottom"/>
          </w:tcPr>
          <w:p w14:paraId="7976E42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0.10735235</w:t>
            </w:r>
          </w:p>
        </w:tc>
      </w:tr>
      <w:tr w:rsidR="005816E5" w:rsidRPr="00EB75F0" w14:paraId="41B4CCC6" w14:textId="77777777" w:rsidTr="00C32B29">
        <w:trPr>
          <w:trHeight w:val="288"/>
        </w:trPr>
        <w:tc>
          <w:tcPr>
            <w:tcW w:w="1927" w:type="dxa"/>
            <w:vAlign w:val="bottom"/>
          </w:tcPr>
          <w:p w14:paraId="718D362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NCT01175135</w:t>
            </w:r>
          </w:p>
        </w:tc>
        <w:tc>
          <w:tcPr>
            <w:tcW w:w="1927" w:type="dxa"/>
            <w:vAlign w:val="bottom"/>
          </w:tcPr>
          <w:p w14:paraId="5162A26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63</w:t>
            </w:r>
          </w:p>
        </w:tc>
        <w:tc>
          <w:tcPr>
            <w:tcW w:w="1928" w:type="dxa"/>
            <w:vAlign w:val="bottom"/>
          </w:tcPr>
          <w:p w14:paraId="4FFCFA3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717338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020499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E7C0760" w14:textId="77777777" w:rsidTr="00C32B29">
        <w:trPr>
          <w:trHeight w:val="288"/>
        </w:trPr>
        <w:tc>
          <w:tcPr>
            <w:tcW w:w="1927" w:type="dxa"/>
            <w:vAlign w:val="bottom"/>
          </w:tcPr>
          <w:p w14:paraId="50209F5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NCT01175135</w:t>
            </w:r>
          </w:p>
        </w:tc>
        <w:tc>
          <w:tcPr>
            <w:tcW w:w="1927" w:type="dxa"/>
            <w:vAlign w:val="bottom"/>
          </w:tcPr>
          <w:p w14:paraId="0E8ED86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26</w:t>
            </w:r>
          </w:p>
        </w:tc>
        <w:tc>
          <w:tcPr>
            <w:tcW w:w="1928" w:type="dxa"/>
            <w:vAlign w:val="bottom"/>
          </w:tcPr>
          <w:p w14:paraId="190FC50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0D0745F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w:t>
            </w:r>
          </w:p>
        </w:tc>
        <w:tc>
          <w:tcPr>
            <w:tcW w:w="1928" w:type="dxa"/>
            <w:vAlign w:val="bottom"/>
          </w:tcPr>
          <w:p w14:paraId="6B13B7B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1.08164504</w:t>
            </w:r>
          </w:p>
        </w:tc>
      </w:tr>
      <w:tr w:rsidR="005816E5" w:rsidRPr="00EB75F0" w14:paraId="6ACCB6DA" w14:textId="77777777" w:rsidTr="00C32B29">
        <w:trPr>
          <w:trHeight w:val="288"/>
        </w:trPr>
        <w:tc>
          <w:tcPr>
            <w:tcW w:w="1927" w:type="dxa"/>
            <w:vAlign w:val="bottom"/>
          </w:tcPr>
          <w:p w14:paraId="2733DFB1"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1927" w:type="dxa"/>
            <w:vAlign w:val="bottom"/>
          </w:tcPr>
          <w:p w14:paraId="0C195F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103</w:t>
            </w:r>
          </w:p>
        </w:tc>
        <w:tc>
          <w:tcPr>
            <w:tcW w:w="1928" w:type="dxa"/>
            <w:vAlign w:val="bottom"/>
          </w:tcPr>
          <w:p w14:paraId="447EB37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BB6C4F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DAE826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0.55687805</w:t>
            </w:r>
          </w:p>
        </w:tc>
      </w:tr>
      <w:tr w:rsidR="005816E5" w:rsidRPr="00EB75F0" w14:paraId="55F68312" w14:textId="77777777" w:rsidTr="00C32B29">
        <w:trPr>
          <w:trHeight w:val="288"/>
        </w:trPr>
        <w:tc>
          <w:tcPr>
            <w:tcW w:w="1927" w:type="dxa"/>
            <w:vAlign w:val="bottom"/>
          </w:tcPr>
          <w:p w14:paraId="4A8FAD73"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1927" w:type="dxa"/>
            <w:vAlign w:val="bottom"/>
          </w:tcPr>
          <w:p w14:paraId="04FDF01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202</w:t>
            </w:r>
          </w:p>
        </w:tc>
        <w:tc>
          <w:tcPr>
            <w:tcW w:w="1928" w:type="dxa"/>
            <w:vAlign w:val="bottom"/>
          </w:tcPr>
          <w:p w14:paraId="1CF1727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75C1D2B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-2.6</w:t>
            </w:r>
          </w:p>
        </w:tc>
        <w:tc>
          <w:tcPr>
            <w:tcW w:w="1928" w:type="dxa"/>
            <w:vAlign w:val="bottom"/>
          </w:tcPr>
          <w:p w14:paraId="27BE98B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0.68428077</w:t>
            </w:r>
          </w:p>
        </w:tc>
      </w:tr>
      <w:tr w:rsidR="005816E5" w:rsidRPr="00EB75F0" w14:paraId="13AFD1DC" w14:textId="77777777" w:rsidTr="00C32B29">
        <w:trPr>
          <w:trHeight w:val="288"/>
        </w:trPr>
        <w:tc>
          <w:tcPr>
            <w:tcW w:w="1927" w:type="dxa"/>
            <w:vAlign w:val="bottom"/>
          </w:tcPr>
          <w:p w14:paraId="6D0F1F68"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1927" w:type="dxa"/>
            <w:vAlign w:val="bottom"/>
          </w:tcPr>
          <w:p w14:paraId="7834B8C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95</w:t>
            </w:r>
          </w:p>
        </w:tc>
        <w:tc>
          <w:tcPr>
            <w:tcW w:w="1928" w:type="dxa"/>
            <w:vAlign w:val="bottom"/>
          </w:tcPr>
          <w:p w14:paraId="19A104E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5145F9B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-3.4</w:t>
            </w:r>
          </w:p>
        </w:tc>
        <w:tc>
          <w:tcPr>
            <w:tcW w:w="1928" w:type="dxa"/>
            <w:vAlign w:val="bottom"/>
          </w:tcPr>
          <w:p w14:paraId="0488EB1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0.80395343</w:t>
            </w:r>
          </w:p>
        </w:tc>
      </w:tr>
      <w:tr w:rsidR="005816E5" w:rsidRPr="00EB75F0" w14:paraId="31E0AFFB" w14:textId="77777777" w:rsidTr="00C32B29">
        <w:trPr>
          <w:trHeight w:val="288"/>
        </w:trPr>
        <w:tc>
          <w:tcPr>
            <w:tcW w:w="1927" w:type="dxa"/>
            <w:vAlign w:val="bottom"/>
          </w:tcPr>
          <w:p w14:paraId="5B12AC1A"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2007</w:t>
            </w:r>
          </w:p>
        </w:tc>
        <w:tc>
          <w:tcPr>
            <w:tcW w:w="1927" w:type="dxa"/>
            <w:vAlign w:val="bottom"/>
          </w:tcPr>
          <w:p w14:paraId="766150B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60</w:t>
            </w:r>
          </w:p>
        </w:tc>
        <w:tc>
          <w:tcPr>
            <w:tcW w:w="1928" w:type="dxa"/>
            <w:vAlign w:val="bottom"/>
          </w:tcPr>
          <w:p w14:paraId="0E624C3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6C124AEB"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4D1060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9A9D6D8" w14:textId="77777777" w:rsidTr="00C32B29">
        <w:trPr>
          <w:trHeight w:val="288"/>
        </w:trPr>
        <w:tc>
          <w:tcPr>
            <w:tcW w:w="1927" w:type="dxa"/>
            <w:vAlign w:val="bottom"/>
          </w:tcPr>
          <w:p w14:paraId="13CBF293"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2007</w:t>
            </w:r>
          </w:p>
        </w:tc>
        <w:tc>
          <w:tcPr>
            <w:tcW w:w="1927" w:type="dxa"/>
            <w:vAlign w:val="bottom"/>
          </w:tcPr>
          <w:p w14:paraId="1225A25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56</w:t>
            </w:r>
          </w:p>
        </w:tc>
        <w:tc>
          <w:tcPr>
            <w:tcW w:w="1928" w:type="dxa"/>
            <w:vAlign w:val="bottom"/>
          </w:tcPr>
          <w:p w14:paraId="48D161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23A20E4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-2.43</w:t>
            </w:r>
          </w:p>
        </w:tc>
        <w:tc>
          <w:tcPr>
            <w:tcW w:w="1928" w:type="dxa"/>
            <w:vAlign w:val="bottom"/>
          </w:tcPr>
          <w:p w14:paraId="1B09951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1.05011791</w:t>
            </w:r>
          </w:p>
        </w:tc>
      </w:tr>
      <w:tr w:rsidR="005816E5" w:rsidRPr="00EB75F0" w14:paraId="115E8BDD" w14:textId="77777777" w:rsidTr="00C32B29">
        <w:trPr>
          <w:trHeight w:val="288"/>
        </w:trPr>
        <w:tc>
          <w:tcPr>
            <w:tcW w:w="1927" w:type="dxa"/>
            <w:vAlign w:val="bottom"/>
          </w:tcPr>
          <w:p w14:paraId="63A3F27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Schmidt 2012</w:t>
            </w:r>
          </w:p>
        </w:tc>
        <w:tc>
          <w:tcPr>
            <w:tcW w:w="1927" w:type="dxa"/>
            <w:vAlign w:val="bottom"/>
          </w:tcPr>
          <w:p w14:paraId="239A6CF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55</w:t>
            </w:r>
          </w:p>
        </w:tc>
        <w:tc>
          <w:tcPr>
            <w:tcW w:w="1928" w:type="dxa"/>
            <w:vAlign w:val="bottom"/>
          </w:tcPr>
          <w:p w14:paraId="76532B7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6FB7C8C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89F467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BAB8077" w14:textId="77777777" w:rsidTr="00C32B29">
        <w:trPr>
          <w:trHeight w:val="288"/>
        </w:trPr>
        <w:tc>
          <w:tcPr>
            <w:tcW w:w="1927" w:type="dxa"/>
            <w:vAlign w:val="bottom"/>
          </w:tcPr>
          <w:p w14:paraId="732847E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lastRenderedPageBreak/>
              <w:t>Schmidt 2012</w:t>
            </w:r>
          </w:p>
        </w:tc>
        <w:tc>
          <w:tcPr>
            <w:tcW w:w="1927" w:type="dxa"/>
            <w:vAlign w:val="bottom"/>
          </w:tcPr>
          <w:p w14:paraId="6B5BE9C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81</w:t>
            </w:r>
          </w:p>
        </w:tc>
        <w:tc>
          <w:tcPr>
            <w:tcW w:w="1928" w:type="dxa"/>
            <w:vAlign w:val="bottom"/>
          </w:tcPr>
          <w:p w14:paraId="40241DE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449B2F8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-3.1</w:t>
            </w:r>
          </w:p>
        </w:tc>
        <w:tc>
          <w:tcPr>
            <w:tcW w:w="1928" w:type="dxa"/>
            <w:vAlign w:val="bottom"/>
          </w:tcPr>
          <w:p w14:paraId="107C4D3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0.87639318</w:t>
            </w:r>
          </w:p>
        </w:tc>
      </w:tr>
      <w:tr w:rsidR="005816E5" w:rsidRPr="00EB75F0" w14:paraId="4112B2E5" w14:textId="77777777" w:rsidTr="00C32B29">
        <w:trPr>
          <w:trHeight w:val="288"/>
        </w:trPr>
        <w:tc>
          <w:tcPr>
            <w:tcW w:w="1927" w:type="dxa"/>
            <w:vAlign w:val="bottom"/>
          </w:tcPr>
          <w:p w14:paraId="4D6C194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Shen 2014</w:t>
            </w:r>
          </w:p>
        </w:tc>
        <w:tc>
          <w:tcPr>
            <w:tcW w:w="1927" w:type="dxa"/>
            <w:vAlign w:val="bottom"/>
          </w:tcPr>
          <w:p w14:paraId="47121C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77</w:t>
            </w:r>
          </w:p>
        </w:tc>
        <w:tc>
          <w:tcPr>
            <w:tcW w:w="1928" w:type="dxa"/>
            <w:vAlign w:val="bottom"/>
          </w:tcPr>
          <w:p w14:paraId="1CE96DD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2270BF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F022A0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3B8EA89" w14:textId="77777777" w:rsidTr="00C32B29">
        <w:trPr>
          <w:trHeight w:val="288"/>
        </w:trPr>
        <w:tc>
          <w:tcPr>
            <w:tcW w:w="1927" w:type="dxa"/>
            <w:vAlign w:val="bottom"/>
          </w:tcPr>
          <w:p w14:paraId="0565D42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Shen 2014</w:t>
            </w:r>
          </w:p>
        </w:tc>
        <w:tc>
          <w:tcPr>
            <w:tcW w:w="1927" w:type="dxa"/>
            <w:vAlign w:val="bottom"/>
          </w:tcPr>
          <w:p w14:paraId="2E87E72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77</w:t>
            </w:r>
          </w:p>
        </w:tc>
        <w:tc>
          <w:tcPr>
            <w:tcW w:w="1928" w:type="dxa"/>
            <w:vAlign w:val="bottom"/>
          </w:tcPr>
          <w:p w14:paraId="2EBAC17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4D9CE25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-4.03</w:t>
            </w:r>
          </w:p>
        </w:tc>
        <w:tc>
          <w:tcPr>
            <w:tcW w:w="1928" w:type="dxa"/>
            <w:vAlign w:val="bottom"/>
          </w:tcPr>
          <w:p w14:paraId="16A359C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1.06793708</w:t>
            </w:r>
          </w:p>
        </w:tc>
      </w:tr>
    </w:tbl>
    <w:p w14:paraId="380A542D" w14:textId="77777777" w:rsidR="005816E5" w:rsidRPr="00EB75F0" w:rsidRDefault="005816E5" w:rsidP="005816E5">
      <w:pPr>
        <w:pStyle w:val="BodyText"/>
      </w:pPr>
    </w:p>
    <w:p w14:paraId="7F4C03FB" w14:textId="77777777" w:rsidR="005816E5" w:rsidRPr="00541089" w:rsidRDefault="005816E5" w:rsidP="005816E5">
      <w:pPr>
        <w:pStyle w:val="Heading2"/>
      </w:pPr>
      <w:r w:rsidRPr="00541089">
        <w:t>Change from baseline PANSS negative symptoms score</w:t>
      </w:r>
    </w:p>
    <w:p w14:paraId="2241B8E2" w14:textId="09725B9C" w:rsidR="005816E5" w:rsidRPr="00EB75F0" w:rsidRDefault="00A06AE8" w:rsidP="00541089">
      <w:pPr>
        <w:pStyle w:val="Heading3"/>
      </w:pPr>
      <w:r w:rsidRPr="00EB75F0">
        <w:t>Table S</w:t>
      </w:r>
      <w:fldSimple w:instr=" STYLEREF 1 \s ">
        <w:r w:rsidR="004B2F28">
          <w:rPr>
            <w:noProof/>
          </w:rPr>
          <w:t>10</w:t>
        </w:r>
      </w:fldSimple>
      <w:r w:rsidR="00EE288E" w:rsidRPr="00EB75F0">
        <w:noBreakHyphen/>
      </w:r>
      <w:fldSimple w:instr=" SEQ Table \* ARABIC \s 1 ">
        <w:r w:rsidR="004B2F28">
          <w:rPr>
            <w:noProof/>
          </w:rPr>
          <w:t>3</w:t>
        </w:r>
      </w:fldSimple>
      <w:r w:rsidR="005816E5" w:rsidRPr="00EB75F0">
        <w:t>: NMA input dataset - change from baseline PANSS negative symptoms score, base case network</w:t>
      </w:r>
    </w:p>
    <w:tbl>
      <w:tblPr>
        <w:tblStyle w:val="Lumanitytable"/>
        <w:tblW w:w="9638" w:type="dxa"/>
        <w:tblLook w:val="04A0" w:firstRow="1" w:lastRow="0" w:firstColumn="1" w:lastColumn="0" w:noHBand="0" w:noVBand="1"/>
      </w:tblPr>
      <w:tblGrid>
        <w:gridCol w:w="1927"/>
        <w:gridCol w:w="1927"/>
        <w:gridCol w:w="1928"/>
        <w:gridCol w:w="1928"/>
        <w:gridCol w:w="1928"/>
      </w:tblGrid>
      <w:tr w:rsidR="005816E5" w:rsidRPr="00EB75F0" w14:paraId="23806217" w14:textId="77777777" w:rsidTr="00C32B29">
        <w:trPr>
          <w:cnfStyle w:val="100000000000" w:firstRow="1" w:lastRow="0" w:firstColumn="0" w:lastColumn="0" w:oddVBand="0" w:evenVBand="0" w:oddHBand="0" w:evenHBand="0" w:firstRowFirstColumn="0" w:firstRowLastColumn="0" w:lastRowFirstColumn="0" w:lastRowLastColumn="0"/>
          <w:trHeight w:val="288"/>
        </w:trPr>
        <w:tc>
          <w:tcPr>
            <w:tcW w:w="1927" w:type="dxa"/>
            <w:vAlign w:val="bottom"/>
          </w:tcPr>
          <w:p w14:paraId="4E5E83F4"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StudyName</w:t>
            </w:r>
            <w:proofErr w:type="spellEnd"/>
          </w:p>
        </w:tc>
        <w:tc>
          <w:tcPr>
            <w:tcW w:w="1927" w:type="dxa"/>
            <w:vAlign w:val="bottom"/>
          </w:tcPr>
          <w:p w14:paraId="1AF8F6EB"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NumberAnalysed</w:t>
            </w:r>
            <w:proofErr w:type="spellEnd"/>
          </w:p>
        </w:tc>
        <w:tc>
          <w:tcPr>
            <w:tcW w:w="1928" w:type="dxa"/>
            <w:vAlign w:val="bottom"/>
          </w:tcPr>
          <w:p w14:paraId="5C254F97"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TreatmentName</w:t>
            </w:r>
            <w:proofErr w:type="spellEnd"/>
          </w:p>
        </w:tc>
        <w:tc>
          <w:tcPr>
            <w:tcW w:w="1928" w:type="dxa"/>
            <w:vAlign w:val="bottom"/>
          </w:tcPr>
          <w:p w14:paraId="1E6B32DE" w14:textId="77777777" w:rsidR="005816E5" w:rsidRPr="00EB75F0" w:rsidRDefault="005816E5" w:rsidP="00C32B29">
            <w:pPr>
              <w:pStyle w:val="BodyText"/>
              <w:spacing w:before="0" w:after="0" w:line="240" w:lineRule="auto"/>
              <w:rPr>
                <w:color w:val="FFFFFF" w:themeColor="background1"/>
                <w:sz w:val="18"/>
                <w:szCs w:val="20"/>
              </w:rPr>
            </w:pPr>
            <w:r w:rsidRPr="00EB75F0">
              <w:rPr>
                <w:rFonts w:ascii="Calibri" w:hAnsi="Calibri" w:cs="Calibri"/>
                <w:color w:val="FFFFFF" w:themeColor="background1"/>
                <w:szCs w:val="22"/>
              </w:rPr>
              <w:t>diff</w:t>
            </w:r>
          </w:p>
        </w:tc>
        <w:tc>
          <w:tcPr>
            <w:tcW w:w="1928" w:type="dxa"/>
            <w:vAlign w:val="bottom"/>
          </w:tcPr>
          <w:p w14:paraId="118B2E6A"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std.err</w:t>
            </w:r>
            <w:proofErr w:type="spellEnd"/>
          </w:p>
        </w:tc>
      </w:tr>
      <w:tr w:rsidR="005816E5" w:rsidRPr="00EB75F0" w14:paraId="7FECAD08" w14:textId="77777777" w:rsidTr="00C32B29">
        <w:trPr>
          <w:trHeight w:val="288"/>
        </w:trPr>
        <w:tc>
          <w:tcPr>
            <w:tcW w:w="1927" w:type="dxa"/>
            <w:vAlign w:val="bottom"/>
          </w:tcPr>
          <w:p w14:paraId="0F3FCE1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Cantillon 2017</w:t>
            </w:r>
          </w:p>
        </w:tc>
        <w:tc>
          <w:tcPr>
            <w:tcW w:w="1927" w:type="dxa"/>
            <w:vAlign w:val="bottom"/>
          </w:tcPr>
          <w:p w14:paraId="1DD1477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w:t>
            </w:r>
          </w:p>
        </w:tc>
        <w:tc>
          <w:tcPr>
            <w:tcW w:w="1928" w:type="dxa"/>
            <w:vAlign w:val="bottom"/>
          </w:tcPr>
          <w:p w14:paraId="00B0035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B7CE948"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20E76B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E905C03" w14:textId="77777777" w:rsidTr="00C32B29">
        <w:trPr>
          <w:trHeight w:val="288"/>
        </w:trPr>
        <w:tc>
          <w:tcPr>
            <w:tcW w:w="1927" w:type="dxa"/>
            <w:vAlign w:val="bottom"/>
          </w:tcPr>
          <w:p w14:paraId="35B6FD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Cantillon 2017</w:t>
            </w:r>
          </w:p>
        </w:tc>
        <w:tc>
          <w:tcPr>
            <w:tcW w:w="1927" w:type="dxa"/>
            <w:vAlign w:val="bottom"/>
          </w:tcPr>
          <w:p w14:paraId="4822306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19</w:t>
            </w:r>
          </w:p>
        </w:tc>
        <w:tc>
          <w:tcPr>
            <w:tcW w:w="1928" w:type="dxa"/>
            <w:vAlign w:val="bottom"/>
          </w:tcPr>
          <w:p w14:paraId="62A796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524806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-1.37</w:t>
            </w:r>
          </w:p>
        </w:tc>
        <w:tc>
          <w:tcPr>
            <w:tcW w:w="1928" w:type="dxa"/>
            <w:vAlign w:val="bottom"/>
          </w:tcPr>
          <w:p w14:paraId="302F385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1.27275376</w:t>
            </w:r>
          </w:p>
        </w:tc>
      </w:tr>
      <w:tr w:rsidR="005816E5" w:rsidRPr="00EB75F0" w14:paraId="2ED229CA" w14:textId="77777777" w:rsidTr="00C32B29">
        <w:trPr>
          <w:trHeight w:val="288"/>
        </w:trPr>
        <w:tc>
          <w:tcPr>
            <w:tcW w:w="1927" w:type="dxa"/>
            <w:vAlign w:val="bottom"/>
          </w:tcPr>
          <w:p w14:paraId="232697B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Casey 2008</w:t>
            </w:r>
          </w:p>
        </w:tc>
        <w:tc>
          <w:tcPr>
            <w:tcW w:w="1927" w:type="dxa"/>
            <w:vAlign w:val="bottom"/>
          </w:tcPr>
          <w:p w14:paraId="1A97ED6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114</w:t>
            </w:r>
          </w:p>
        </w:tc>
        <w:tc>
          <w:tcPr>
            <w:tcW w:w="1928" w:type="dxa"/>
            <w:vAlign w:val="bottom"/>
          </w:tcPr>
          <w:p w14:paraId="517C382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583FE6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3C45A8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E4FE059" w14:textId="77777777" w:rsidTr="00C32B29">
        <w:trPr>
          <w:trHeight w:val="288"/>
        </w:trPr>
        <w:tc>
          <w:tcPr>
            <w:tcW w:w="1927" w:type="dxa"/>
            <w:vAlign w:val="bottom"/>
          </w:tcPr>
          <w:p w14:paraId="4F99F31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Casey 2008</w:t>
            </w:r>
          </w:p>
        </w:tc>
        <w:tc>
          <w:tcPr>
            <w:tcW w:w="1927" w:type="dxa"/>
            <w:vAlign w:val="bottom"/>
          </w:tcPr>
          <w:p w14:paraId="600E8DF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116</w:t>
            </w:r>
          </w:p>
        </w:tc>
        <w:tc>
          <w:tcPr>
            <w:tcW w:w="1928" w:type="dxa"/>
            <w:vAlign w:val="bottom"/>
          </w:tcPr>
          <w:p w14:paraId="296A39A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6B331A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-2.3</w:t>
            </w:r>
          </w:p>
        </w:tc>
        <w:tc>
          <w:tcPr>
            <w:tcW w:w="1928" w:type="dxa"/>
            <w:vAlign w:val="bottom"/>
          </w:tcPr>
          <w:p w14:paraId="228408B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0.60665297</w:t>
            </w:r>
          </w:p>
        </w:tc>
      </w:tr>
      <w:tr w:rsidR="005816E5" w:rsidRPr="00EB75F0" w14:paraId="58629D3F" w14:textId="77777777" w:rsidTr="00C32B29">
        <w:trPr>
          <w:trHeight w:val="288"/>
        </w:trPr>
        <w:tc>
          <w:tcPr>
            <w:tcW w:w="1927" w:type="dxa"/>
            <w:vAlign w:val="bottom"/>
          </w:tcPr>
          <w:p w14:paraId="195E9E2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Chan 2007</w:t>
            </w:r>
          </w:p>
        </w:tc>
        <w:tc>
          <w:tcPr>
            <w:tcW w:w="1927" w:type="dxa"/>
            <w:vAlign w:val="bottom"/>
          </w:tcPr>
          <w:p w14:paraId="5DE7417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49</w:t>
            </w:r>
          </w:p>
        </w:tc>
        <w:tc>
          <w:tcPr>
            <w:tcW w:w="1928" w:type="dxa"/>
            <w:vAlign w:val="bottom"/>
          </w:tcPr>
          <w:p w14:paraId="0BC794F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02AB026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587089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4E99064" w14:textId="77777777" w:rsidTr="00C32B29">
        <w:trPr>
          <w:trHeight w:val="288"/>
        </w:trPr>
        <w:tc>
          <w:tcPr>
            <w:tcW w:w="1927" w:type="dxa"/>
            <w:vAlign w:val="bottom"/>
          </w:tcPr>
          <w:p w14:paraId="5A37506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Chan 2007</w:t>
            </w:r>
          </w:p>
        </w:tc>
        <w:tc>
          <w:tcPr>
            <w:tcW w:w="1927" w:type="dxa"/>
            <w:vAlign w:val="bottom"/>
          </w:tcPr>
          <w:p w14:paraId="17155D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34</w:t>
            </w:r>
          </w:p>
        </w:tc>
        <w:tc>
          <w:tcPr>
            <w:tcW w:w="1928" w:type="dxa"/>
            <w:vAlign w:val="bottom"/>
          </w:tcPr>
          <w:p w14:paraId="29C168B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7BDB654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w:t>
            </w:r>
          </w:p>
        </w:tc>
        <w:tc>
          <w:tcPr>
            <w:tcW w:w="1928" w:type="dxa"/>
            <w:vAlign w:val="bottom"/>
          </w:tcPr>
          <w:p w14:paraId="2ACA7B5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1.21918192</w:t>
            </w:r>
          </w:p>
        </w:tc>
      </w:tr>
      <w:tr w:rsidR="005816E5" w:rsidRPr="00EB75F0" w14:paraId="0E87A9EE" w14:textId="77777777" w:rsidTr="00C32B29">
        <w:trPr>
          <w:trHeight w:val="288"/>
        </w:trPr>
        <w:tc>
          <w:tcPr>
            <w:tcW w:w="1927" w:type="dxa"/>
            <w:vAlign w:val="bottom"/>
          </w:tcPr>
          <w:p w14:paraId="7F552E7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2015</w:t>
            </w:r>
          </w:p>
        </w:tc>
        <w:tc>
          <w:tcPr>
            <w:tcW w:w="1927" w:type="dxa"/>
            <w:vAlign w:val="bottom"/>
          </w:tcPr>
          <w:p w14:paraId="01E522F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178</w:t>
            </w:r>
          </w:p>
        </w:tc>
        <w:tc>
          <w:tcPr>
            <w:tcW w:w="1928" w:type="dxa"/>
            <w:vAlign w:val="bottom"/>
          </w:tcPr>
          <w:p w14:paraId="4E7A2D9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03338D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817A7A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7DDC06A6" w14:textId="77777777" w:rsidTr="00C32B29">
        <w:trPr>
          <w:trHeight w:val="288"/>
        </w:trPr>
        <w:tc>
          <w:tcPr>
            <w:tcW w:w="1927" w:type="dxa"/>
            <w:vAlign w:val="bottom"/>
          </w:tcPr>
          <w:p w14:paraId="058ED76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2015</w:t>
            </w:r>
          </w:p>
        </w:tc>
        <w:tc>
          <w:tcPr>
            <w:tcW w:w="1927" w:type="dxa"/>
            <w:vAlign w:val="bottom"/>
          </w:tcPr>
          <w:p w14:paraId="53E9FF8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358</w:t>
            </w:r>
          </w:p>
        </w:tc>
        <w:tc>
          <w:tcPr>
            <w:tcW w:w="1928" w:type="dxa"/>
            <w:vAlign w:val="bottom"/>
          </w:tcPr>
          <w:p w14:paraId="52FDB77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6A7411A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-1.59603352</w:t>
            </w:r>
          </w:p>
        </w:tc>
        <w:tc>
          <w:tcPr>
            <w:tcW w:w="1928" w:type="dxa"/>
            <w:vAlign w:val="bottom"/>
          </w:tcPr>
          <w:p w14:paraId="01D5B06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0.45735419</w:t>
            </w:r>
          </w:p>
        </w:tc>
      </w:tr>
      <w:tr w:rsidR="005816E5" w:rsidRPr="00EB75F0" w14:paraId="295D3582" w14:textId="77777777" w:rsidTr="00C32B29">
        <w:trPr>
          <w:trHeight w:val="288"/>
        </w:trPr>
        <w:tc>
          <w:tcPr>
            <w:tcW w:w="1927" w:type="dxa"/>
            <w:vAlign w:val="bottom"/>
          </w:tcPr>
          <w:p w14:paraId="7CF7FB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1927" w:type="dxa"/>
            <w:vAlign w:val="bottom"/>
          </w:tcPr>
          <w:p w14:paraId="5085BA2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c>
          <w:tcPr>
            <w:tcW w:w="1928" w:type="dxa"/>
            <w:vAlign w:val="bottom"/>
          </w:tcPr>
          <w:p w14:paraId="3544446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70157D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993E24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0.51018023</w:t>
            </w:r>
          </w:p>
        </w:tc>
      </w:tr>
      <w:tr w:rsidR="005816E5" w:rsidRPr="00EB75F0" w14:paraId="5404FC82" w14:textId="77777777" w:rsidTr="00C32B29">
        <w:trPr>
          <w:trHeight w:val="288"/>
        </w:trPr>
        <w:tc>
          <w:tcPr>
            <w:tcW w:w="1927" w:type="dxa"/>
            <w:vAlign w:val="bottom"/>
          </w:tcPr>
          <w:p w14:paraId="77DA830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1927" w:type="dxa"/>
            <w:vAlign w:val="bottom"/>
          </w:tcPr>
          <w:p w14:paraId="14E1BCB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50</w:t>
            </w:r>
          </w:p>
        </w:tc>
        <w:tc>
          <w:tcPr>
            <w:tcW w:w="1928" w:type="dxa"/>
            <w:vAlign w:val="bottom"/>
          </w:tcPr>
          <w:p w14:paraId="3310DCF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28FADE6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-0.34</w:t>
            </w:r>
          </w:p>
        </w:tc>
        <w:tc>
          <w:tcPr>
            <w:tcW w:w="1928" w:type="dxa"/>
            <w:vAlign w:val="bottom"/>
          </w:tcPr>
          <w:p w14:paraId="3B33F9D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0.85029752</w:t>
            </w:r>
          </w:p>
        </w:tc>
      </w:tr>
      <w:tr w:rsidR="005816E5" w:rsidRPr="00EB75F0" w14:paraId="4A16F21D" w14:textId="77777777" w:rsidTr="00C32B29">
        <w:trPr>
          <w:trHeight w:val="288"/>
        </w:trPr>
        <w:tc>
          <w:tcPr>
            <w:tcW w:w="1927" w:type="dxa"/>
            <w:vAlign w:val="bottom"/>
          </w:tcPr>
          <w:p w14:paraId="5E57D8A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1927" w:type="dxa"/>
            <w:vAlign w:val="bottom"/>
          </w:tcPr>
          <w:p w14:paraId="6B20295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90</w:t>
            </w:r>
          </w:p>
        </w:tc>
        <w:tc>
          <w:tcPr>
            <w:tcW w:w="1928" w:type="dxa"/>
            <w:vAlign w:val="bottom"/>
          </w:tcPr>
          <w:p w14:paraId="4BDE7C78"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3159D24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-0.56</w:t>
            </w:r>
          </w:p>
        </w:tc>
        <w:tc>
          <w:tcPr>
            <w:tcW w:w="1928" w:type="dxa"/>
            <w:vAlign w:val="bottom"/>
          </w:tcPr>
          <w:p w14:paraId="5DE58B1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0.72824331</w:t>
            </w:r>
          </w:p>
        </w:tc>
      </w:tr>
      <w:tr w:rsidR="005816E5" w:rsidRPr="00EB75F0" w14:paraId="685D3059" w14:textId="77777777" w:rsidTr="00C32B29">
        <w:trPr>
          <w:trHeight w:val="288"/>
        </w:trPr>
        <w:tc>
          <w:tcPr>
            <w:tcW w:w="1927" w:type="dxa"/>
            <w:vAlign w:val="bottom"/>
          </w:tcPr>
          <w:p w14:paraId="6D5311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2020</w:t>
            </w:r>
          </w:p>
        </w:tc>
        <w:tc>
          <w:tcPr>
            <w:tcW w:w="1927" w:type="dxa"/>
            <w:vAlign w:val="bottom"/>
          </w:tcPr>
          <w:p w14:paraId="26DF12C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141</w:t>
            </w:r>
          </w:p>
        </w:tc>
        <w:tc>
          <w:tcPr>
            <w:tcW w:w="1928" w:type="dxa"/>
            <w:vAlign w:val="bottom"/>
          </w:tcPr>
          <w:p w14:paraId="56E061B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9127CC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548E3E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97A901F" w14:textId="77777777" w:rsidTr="00C32B29">
        <w:trPr>
          <w:trHeight w:val="288"/>
        </w:trPr>
        <w:tc>
          <w:tcPr>
            <w:tcW w:w="1927" w:type="dxa"/>
            <w:vAlign w:val="bottom"/>
          </w:tcPr>
          <w:p w14:paraId="5A14AF1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2020</w:t>
            </w:r>
          </w:p>
        </w:tc>
        <w:tc>
          <w:tcPr>
            <w:tcW w:w="1927" w:type="dxa"/>
            <w:vAlign w:val="bottom"/>
          </w:tcPr>
          <w:p w14:paraId="668D8FE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146</w:t>
            </w:r>
          </w:p>
        </w:tc>
        <w:tc>
          <w:tcPr>
            <w:tcW w:w="1928" w:type="dxa"/>
            <w:vAlign w:val="bottom"/>
          </w:tcPr>
          <w:p w14:paraId="5FD71BA9"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Lumateperone</w:t>
            </w:r>
            <w:proofErr w:type="spellEnd"/>
          </w:p>
        </w:tc>
        <w:tc>
          <w:tcPr>
            <w:tcW w:w="1928" w:type="dxa"/>
            <w:vAlign w:val="bottom"/>
          </w:tcPr>
          <w:p w14:paraId="5A4D14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w:t>
            </w:r>
          </w:p>
        </w:tc>
        <w:tc>
          <w:tcPr>
            <w:tcW w:w="1928" w:type="dxa"/>
            <w:vAlign w:val="bottom"/>
          </w:tcPr>
          <w:p w14:paraId="5A24310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0.60832856</w:t>
            </w:r>
          </w:p>
        </w:tc>
      </w:tr>
      <w:tr w:rsidR="005816E5" w:rsidRPr="00EB75F0" w14:paraId="592D53B7" w14:textId="77777777" w:rsidTr="00C32B29">
        <w:trPr>
          <w:trHeight w:val="288"/>
        </w:trPr>
        <w:tc>
          <w:tcPr>
            <w:tcW w:w="1927" w:type="dxa"/>
            <w:vAlign w:val="bottom"/>
          </w:tcPr>
          <w:p w14:paraId="2DF7CB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Corrigan 2004</w:t>
            </w:r>
          </w:p>
        </w:tc>
        <w:tc>
          <w:tcPr>
            <w:tcW w:w="1927" w:type="dxa"/>
            <w:vAlign w:val="bottom"/>
          </w:tcPr>
          <w:p w14:paraId="163E50B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85</w:t>
            </w:r>
          </w:p>
        </w:tc>
        <w:tc>
          <w:tcPr>
            <w:tcW w:w="1928" w:type="dxa"/>
            <w:vAlign w:val="bottom"/>
          </w:tcPr>
          <w:p w14:paraId="6FAB41D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80A9CC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A2CF12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2B8C9DA" w14:textId="77777777" w:rsidTr="00C32B29">
        <w:trPr>
          <w:trHeight w:val="288"/>
        </w:trPr>
        <w:tc>
          <w:tcPr>
            <w:tcW w:w="1927" w:type="dxa"/>
            <w:vAlign w:val="bottom"/>
          </w:tcPr>
          <w:p w14:paraId="3AF183C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Corrigan 2004</w:t>
            </w:r>
          </w:p>
        </w:tc>
        <w:tc>
          <w:tcPr>
            <w:tcW w:w="1927" w:type="dxa"/>
            <w:vAlign w:val="bottom"/>
          </w:tcPr>
          <w:p w14:paraId="5E5A0DA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c>
          <w:tcPr>
            <w:tcW w:w="1928" w:type="dxa"/>
            <w:vAlign w:val="bottom"/>
          </w:tcPr>
          <w:p w14:paraId="3FCB037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6A506B0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-3.9</w:t>
            </w:r>
          </w:p>
        </w:tc>
        <w:tc>
          <w:tcPr>
            <w:tcW w:w="1928" w:type="dxa"/>
            <w:vAlign w:val="bottom"/>
          </w:tcPr>
          <w:p w14:paraId="2A26EF5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0.69724435</w:t>
            </w:r>
          </w:p>
        </w:tc>
      </w:tr>
      <w:tr w:rsidR="005816E5" w:rsidRPr="00EB75F0" w14:paraId="49984B46" w14:textId="77777777" w:rsidTr="00C32B29">
        <w:trPr>
          <w:trHeight w:val="288"/>
        </w:trPr>
        <w:tc>
          <w:tcPr>
            <w:tcW w:w="1927" w:type="dxa"/>
            <w:vAlign w:val="bottom"/>
          </w:tcPr>
          <w:p w14:paraId="7624839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Cutler 2006</w:t>
            </w:r>
          </w:p>
        </w:tc>
        <w:tc>
          <w:tcPr>
            <w:tcW w:w="1927" w:type="dxa"/>
            <w:vAlign w:val="bottom"/>
          </w:tcPr>
          <w:p w14:paraId="71D9181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84</w:t>
            </w:r>
          </w:p>
        </w:tc>
        <w:tc>
          <w:tcPr>
            <w:tcW w:w="1928" w:type="dxa"/>
            <w:vAlign w:val="bottom"/>
          </w:tcPr>
          <w:p w14:paraId="307D005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683046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B4D252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79DD4670" w14:textId="77777777" w:rsidTr="00C32B29">
        <w:trPr>
          <w:trHeight w:val="288"/>
        </w:trPr>
        <w:tc>
          <w:tcPr>
            <w:tcW w:w="1927" w:type="dxa"/>
            <w:vAlign w:val="bottom"/>
          </w:tcPr>
          <w:p w14:paraId="728C960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Cutler 2006</w:t>
            </w:r>
          </w:p>
        </w:tc>
        <w:tc>
          <w:tcPr>
            <w:tcW w:w="1927" w:type="dxa"/>
            <w:vAlign w:val="bottom"/>
          </w:tcPr>
          <w:p w14:paraId="1665072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85</w:t>
            </w:r>
          </w:p>
        </w:tc>
        <w:tc>
          <w:tcPr>
            <w:tcW w:w="1928" w:type="dxa"/>
            <w:vAlign w:val="bottom"/>
          </w:tcPr>
          <w:p w14:paraId="3CCF3C7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754F023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w:t>
            </w:r>
          </w:p>
        </w:tc>
        <w:tc>
          <w:tcPr>
            <w:tcW w:w="1928" w:type="dxa"/>
            <w:vAlign w:val="bottom"/>
          </w:tcPr>
          <w:p w14:paraId="7314A3D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0.71485867</w:t>
            </w:r>
          </w:p>
        </w:tc>
      </w:tr>
      <w:tr w:rsidR="005816E5" w:rsidRPr="00EB75F0" w14:paraId="04E84D6E" w14:textId="77777777" w:rsidTr="00C32B29">
        <w:trPr>
          <w:trHeight w:val="288"/>
        </w:trPr>
        <w:tc>
          <w:tcPr>
            <w:tcW w:w="1927" w:type="dxa"/>
            <w:vAlign w:val="bottom"/>
          </w:tcPr>
          <w:p w14:paraId="38E43BD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Davidson 2007</w:t>
            </w:r>
          </w:p>
        </w:tc>
        <w:tc>
          <w:tcPr>
            <w:tcW w:w="1927" w:type="dxa"/>
            <w:vAlign w:val="bottom"/>
          </w:tcPr>
          <w:p w14:paraId="26D8520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120</w:t>
            </w:r>
          </w:p>
        </w:tc>
        <w:tc>
          <w:tcPr>
            <w:tcW w:w="1928" w:type="dxa"/>
            <w:vAlign w:val="bottom"/>
          </w:tcPr>
          <w:p w14:paraId="53D0268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363855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BFEB16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761FBE8E" w14:textId="77777777" w:rsidTr="00C32B29">
        <w:trPr>
          <w:trHeight w:val="288"/>
        </w:trPr>
        <w:tc>
          <w:tcPr>
            <w:tcW w:w="1927" w:type="dxa"/>
            <w:vAlign w:val="bottom"/>
          </w:tcPr>
          <w:p w14:paraId="5EEF31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Davidson 2007</w:t>
            </w:r>
          </w:p>
        </w:tc>
        <w:tc>
          <w:tcPr>
            <w:tcW w:w="1927" w:type="dxa"/>
            <w:vAlign w:val="bottom"/>
          </w:tcPr>
          <w:p w14:paraId="194532F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126</w:t>
            </w:r>
          </w:p>
        </w:tc>
        <w:tc>
          <w:tcPr>
            <w:tcW w:w="1928" w:type="dxa"/>
            <w:vAlign w:val="bottom"/>
          </w:tcPr>
          <w:p w14:paraId="0EC135C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2539CDE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-3.2</w:t>
            </w:r>
          </w:p>
        </w:tc>
        <w:tc>
          <w:tcPr>
            <w:tcW w:w="1928" w:type="dxa"/>
            <w:vAlign w:val="bottom"/>
          </w:tcPr>
          <w:p w14:paraId="359D7F0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0.72687906</w:t>
            </w:r>
          </w:p>
        </w:tc>
      </w:tr>
      <w:tr w:rsidR="005816E5" w:rsidRPr="00EB75F0" w14:paraId="4AF05C13" w14:textId="77777777" w:rsidTr="00C32B29">
        <w:trPr>
          <w:trHeight w:val="288"/>
        </w:trPr>
        <w:tc>
          <w:tcPr>
            <w:tcW w:w="1927" w:type="dxa"/>
            <w:vAlign w:val="bottom"/>
          </w:tcPr>
          <w:p w14:paraId="3ADE4D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1927" w:type="dxa"/>
            <w:vAlign w:val="bottom"/>
          </w:tcPr>
          <w:p w14:paraId="7D52707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148</w:t>
            </w:r>
          </w:p>
        </w:tc>
        <w:tc>
          <w:tcPr>
            <w:tcW w:w="1928" w:type="dxa"/>
            <w:vAlign w:val="bottom"/>
          </w:tcPr>
          <w:p w14:paraId="5EB084C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4E3A01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B81504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0.40031153</w:t>
            </w:r>
          </w:p>
        </w:tc>
      </w:tr>
      <w:tr w:rsidR="005816E5" w:rsidRPr="00EB75F0" w14:paraId="078B83A1" w14:textId="77777777" w:rsidTr="00C32B29">
        <w:trPr>
          <w:trHeight w:val="288"/>
        </w:trPr>
        <w:tc>
          <w:tcPr>
            <w:tcW w:w="1927" w:type="dxa"/>
            <w:vAlign w:val="bottom"/>
          </w:tcPr>
          <w:p w14:paraId="020920E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1927" w:type="dxa"/>
            <w:vAlign w:val="bottom"/>
          </w:tcPr>
          <w:p w14:paraId="33408CF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425</w:t>
            </w:r>
          </w:p>
        </w:tc>
        <w:tc>
          <w:tcPr>
            <w:tcW w:w="1928" w:type="dxa"/>
            <w:vAlign w:val="bottom"/>
          </w:tcPr>
          <w:p w14:paraId="4E6BF4E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1E9E723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-2.57176471</w:t>
            </w:r>
          </w:p>
        </w:tc>
        <w:tc>
          <w:tcPr>
            <w:tcW w:w="1928" w:type="dxa"/>
            <w:vAlign w:val="bottom"/>
          </w:tcPr>
          <w:p w14:paraId="3F8FB7D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0.46214882</w:t>
            </w:r>
          </w:p>
        </w:tc>
      </w:tr>
      <w:tr w:rsidR="005816E5" w:rsidRPr="00EB75F0" w14:paraId="36C58906" w14:textId="77777777" w:rsidTr="00C32B29">
        <w:trPr>
          <w:trHeight w:val="288"/>
        </w:trPr>
        <w:tc>
          <w:tcPr>
            <w:tcW w:w="1927" w:type="dxa"/>
            <w:vAlign w:val="bottom"/>
          </w:tcPr>
          <w:p w14:paraId="0E455B8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1927" w:type="dxa"/>
            <w:vAlign w:val="bottom"/>
          </w:tcPr>
          <w:p w14:paraId="15D5320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138</w:t>
            </w:r>
          </w:p>
        </w:tc>
        <w:tc>
          <w:tcPr>
            <w:tcW w:w="1928" w:type="dxa"/>
            <w:vAlign w:val="bottom"/>
          </w:tcPr>
          <w:p w14:paraId="2EEDAE5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6F45C0A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-3.1</w:t>
            </w:r>
          </w:p>
        </w:tc>
        <w:tc>
          <w:tcPr>
            <w:tcW w:w="1928" w:type="dxa"/>
            <w:vAlign w:val="bottom"/>
          </w:tcPr>
          <w:p w14:paraId="61FCB55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0.56596978</w:t>
            </w:r>
          </w:p>
        </w:tc>
      </w:tr>
      <w:tr w:rsidR="005816E5" w:rsidRPr="00EB75F0" w14:paraId="6A4EDEB7" w14:textId="77777777" w:rsidTr="00C32B29">
        <w:trPr>
          <w:trHeight w:val="288"/>
        </w:trPr>
        <w:tc>
          <w:tcPr>
            <w:tcW w:w="1927" w:type="dxa"/>
            <w:vAlign w:val="bottom"/>
          </w:tcPr>
          <w:p w14:paraId="53266A6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1927" w:type="dxa"/>
            <w:vAlign w:val="bottom"/>
          </w:tcPr>
          <w:p w14:paraId="03CD706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149</w:t>
            </w:r>
          </w:p>
        </w:tc>
        <w:tc>
          <w:tcPr>
            <w:tcW w:w="1928" w:type="dxa"/>
            <w:vAlign w:val="bottom"/>
          </w:tcPr>
          <w:p w14:paraId="7B5DD79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5A2584B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C6142D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0.39978518</w:t>
            </w:r>
          </w:p>
        </w:tc>
      </w:tr>
      <w:tr w:rsidR="005816E5" w:rsidRPr="00EB75F0" w14:paraId="7D7CE5C5" w14:textId="77777777" w:rsidTr="00C32B29">
        <w:trPr>
          <w:trHeight w:val="288"/>
        </w:trPr>
        <w:tc>
          <w:tcPr>
            <w:tcW w:w="1927" w:type="dxa"/>
            <w:vAlign w:val="bottom"/>
          </w:tcPr>
          <w:p w14:paraId="6EC308C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1927" w:type="dxa"/>
            <w:vAlign w:val="bottom"/>
          </w:tcPr>
          <w:p w14:paraId="4B35265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c>
          <w:tcPr>
            <w:tcW w:w="1928" w:type="dxa"/>
            <w:vAlign w:val="bottom"/>
          </w:tcPr>
          <w:p w14:paraId="510BD1D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4D7EB5F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w:t>
            </w:r>
          </w:p>
        </w:tc>
        <w:tc>
          <w:tcPr>
            <w:tcW w:w="1928" w:type="dxa"/>
            <w:vAlign w:val="bottom"/>
          </w:tcPr>
          <w:p w14:paraId="1118BFA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0.49962071</w:t>
            </w:r>
          </w:p>
        </w:tc>
      </w:tr>
      <w:tr w:rsidR="005816E5" w:rsidRPr="00EB75F0" w14:paraId="6EAC1615" w14:textId="77777777" w:rsidTr="00C32B29">
        <w:trPr>
          <w:trHeight w:val="288"/>
        </w:trPr>
        <w:tc>
          <w:tcPr>
            <w:tcW w:w="1927" w:type="dxa"/>
            <w:vAlign w:val="bottom"/>
          </w:tcPr>
          <w:p w14:paraId="3B87A5B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1927" w:type="dxa"/>
            <w:vAlign w:val="bottom"/>
          </w:tcPr>
          <w:p w14:paraId="5DEC12C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305</w:t>
            </w:r>
          </w:p>
        </w:tc>
        <w:tc>
          <w:tcPr>
            <w:tcW w:w="1928" w:type="dxa"/>
            <w:vAlign w:val="bottom"/>
          </w:tcPr>
          <w:p w14:paraId="449A0F59"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654BB11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-1.55147541</w:t>
            </w:r>
          </w:p>
        </w:tc>
        <w:tc>
          <w:tcPr>
            <w:tcW w:w="1928" w:type="dxa"/>
            <w:vAlign w:val="bottom"/>
          </w:tcPr>
          <w:p w14:paraId="23D648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0.4897425</w:t>
            </w:r>
          </w:p>
        </w:tc>
      </w:tr>
      <w:tr w:rsidR="005816E5" w:rsidRPr="00EB75F0" w14:paraId="4356283B" w14:textId="77777777" w:rsidTr="00C32B29">
        <w:trPr>
          <w:trHeight w:val="288"/>
        </w:trPr>
        <w:tc>
          <w:tcPr>
            <w:tcW w:w="1927" w:type="dxa"/>
            <w:vAlign w:val="bottom"/>
          </w:tcPr>
          <w:p w14:paraId="5AD8112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2016</w:t>
            </w:r>
          </w:p>
        </w:tc>
        <w:tc>
          <w:tcPr>
            <w:tcW w:w="1927" w:type="dxa"/>
            <w:vAlign w:val="bottom"/>
          </w:tcPr>
          <w:p w14:paraId="2E17B46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126</w:t>
            </w:r>
          </w:p>
        </w:tc>
        <w:tc>
          <w:tcPr>
            <w:tcW w:w="1928" w:type="dxa"/>
            <w:vAlign w:val="bottom"/>
          </w:tcPr>
          <w:p w14:paraId="5E70B11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446280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27B681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C21DA25" w14:textId="77777777" w:rsidTr="00C32B29">
        <w:trPr>
          <w:trHeight w:val="288"/>
        </w:trPr>
        <w:tc>
          <w:tcPr>
            <w:tcW w:w="1927" w:type="dxa"/>
            <w:vAlign w:val="bottom"/>
          </w:tcPr>
          <w:p w14:paraId="5B52376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2016</w:t>
            </w:r>
          </w:p>
        </w:tc>
        <w:tc>
          <w:tcPr>
            <w:tcW w:w="1927" w:type="dxa"/>
            <w:vAlign w:val="bottom"/>
          </w:tcPr>
          <w:p w14:paraId="7C24275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122</w:t>
            </w:r>
          </w:p>
        </w:tc>
        <w:tc>
          <w:tcPr>
            <w:tcW w:w="1928" w:type="dxa"/>
            <w:vAlign w:val="bottom"/>
          </w:tcPr>
          <w:p w14:paraId="1205DB9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05C534E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w:t>
            </w:r>
          </w:p>
        </w:tc>
        <w:tc>
          <w:tcPr>
            <w:tcW w:w="1928" w:type="dxa"/>
            <w:vAlign w:val="bottom"/>
          </w:tcPr>
          <w:p w14:paraId="798B329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0.59018286</w:t>
            </w:r>
          </w:p>
        </w:tc>
      </w:tr>
      <w:tr w:rsidR="005816E5" w:rsidRPr="00EB75F0" w14:paraId="1D18D5D0" w14:textId="77777777" w:rsidTr="00C32B29">
        <w:trPr>
          <w:trHeight w:val="288"/>
        </w:trPr>
        <w:tc>
          <w:tcPr>
            <w:tcW w:w="1927" w:type="dxa"/>
            <w:vAlign w:val="bottom"/>
          </w:tcPr>
          <w:p w14:paraId="69BABC4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EMERGENT-1</w:t>
            </w:r>
          </w:p>
        </w:tc>
        <w:tc>
          <w:tcPr>
            <w:tcW w:w="1927" w:type="dxa"/>
            <w:vAlign w:val="bottom"/>
          </w:tcPr>
          <w:p w14:paraId="3BD6770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73</w:t>
            </w:r>
          </w:p>
        </w:tc>
        <w:tc>
          <w:tcPr>
            <w:tcW w:w="1928" w:type="dxa"/>
            <w:vAlign w:val="bottom"/>
          </w:tcPr>
          <w:p w14:paraId="2DA0B24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08E39E1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F33B0F8"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20D2C5E" w14:textId="77777777" w:rsidTr="00C32B29">
        <w:trPr>
          <w:trHeight w:val="288"/>
        </w:trPr>
        <w:tc>
          <w:tcPr>
            <w:tcW w:w="1927" w:type="dxa"/>
            <w:vAlign w:val="bottom"/>
          </w:tcPr>
          <w:p w14:paraId="5CCF5D7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EMERGENT-1</w:t>
            </w:r>
          </w:p>
        </w:tc>
        <w:tc>
          <w:tcPr>
            <w:tcW w:w="1927" w:type="dxa"/>
            <w:vAlign w:val="bottom"/>
          </w:tcPr>
          <w:p w14:paraId="1A423E7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72</w:t>
            </w:r>
          </w:p>
        </w:tc>
        <w:tc>
          <w:tcPr>
            <w:tcW w:w="1928" w:type="dxa"/>
            <w:vAlign w:val="bottom"/>
          </w:tcPr>
          <w:p w14:paraId="7A63C5C1"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1928" w:type="dxa"/>
            <w:vAlign w:val="bottom"/>
          </w:tcPr>
          <w:p w14:paraId="60A66B7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-2.5</w:t>
            </w:r>
          </w:p>
        </w:tc>
        <w:tc>
          <w:tcPr>
            <w:tcW w:w="1928" w:type="dxa"/>
            <w:vAlign w:val="bottom"/>
          </w:tcPr>
          <w:p w14:paraId="6B763CF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0.70845873</w:t>
            </w:r>
          </w:p>
        </w:tc>
      </w:tr>
      <w:tr w:rsidR="005816E5" w:rsidRPr="00EB75F0" w14:paraId="3556F568" w14:textId="77777777" w:rsidTr="00C32B29">
        <w:trPr>
          <w:trHeight w:val="288"/>
        </w:trPr>
        <w:tc>
          <w:tcPr>
            <w:tcW w:w="1927" w:type="dxa"/>
            <w:vAlign w:val="bottom"/>
          </w:tcPr>
          <w:p w14:paraId="3E6BCFD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EMERGENT-2</w:t>
            </w:r>
          </w:p>
        </w:tc>
        <w:tc>
          <w:tcPr>
            <w:tcW w:w="1927" w:type="dxa"/>
            <w:vAlign w:val="bottom"/>
          </w:tcPr>
          <w:p w14:paraId="49104B3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99</w:t>
            </w:r>
          </w:p>
        </w:tc>
        <w:tc>
          <w:tcPr>
            <w:tcW w:w="1928" w:type="dxa"/>
            <w:vAlign w:val="bottom"/>
          </w:tcPr>
          <w:p w14:paraId="112218A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6417B34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C46708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82107F0" w14:textId="77777777" w:rsidTr="00C32B29">
        <w:trPr>
          <w:trHeight w:val="288"/>
        </w:trPr>
        <w:tc>
          <w:tcPr>
            <w:tcW w:w="1927" w:type="dxa"/>
            <w:vAlign w:val="bottom"/>
          </w:tcPr>
          <w:p w14:paraId="64116A0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EMERGENT-2</w:t>
            </w:r>
          </w:p>
        </w:tc>
        <w:tc>
          <w:tcPr>
            <w:tcW w:w="1927" w:type="dxa"/>
            <w:vAlign w:val="bottom"/>
          </w:tcPr>
          <w:p w14:paraId="0B1D60D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c>
          <w:tcPr>
            <w:tcW w:w="1928" w:type="dxa"/>
            <w:vAlign w:val="bottom"/>
          </w:tcPr>
          <w:p w14:paraId="0117F657"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1928" w:type="dxa"/>
            <w:vAlign w:val="bottom"/>
          </w:tcPr>
          <w:p w14:paraId="0F5214D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w:t>
            </w:r>
          </w:p>
        </w:tc>
        <w:tc>
          <w:tcPr>
            <w:tcW w:w="1928" w:type="dxa"/>
            <w:vAlign w:val="bottom"/>
          </w:tcPr>
          <w:p w14:paraId="5AF7310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0.70760057</w:t>
            </w:r>
          </w:p>
        </w:tc>
      </w:tr>
      <w:tr w:rsidR="005816E5" w:rsidRPr="00EB75F0" w14:paraId="0F7419AC" w14:textId="77777777" w:rsidTr="00C32B29">
        <w:trPr>
          <w:trHeight w:val="288"/>
        </w:trPr>
        <w:tc>
          <w:tcPr>
            <w:tcW w:w="1927" w:type="dxa"/>
            <w:vAlign w:val="bottom"/>
          </w:tcPr>
          <w:p w14:paraId="063A664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EMERGENT-3</w:t>
            </w:r>
          </w:p>
        </w:tc>
        <w:tc>
          <w:tcPr>
            <w:tcW w:w="1927" w:type="dxa"/>
            <w:vAlign w:val="bottom"/>
          </w:tcPr>
          <w:p w14:paraId="0973188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91</w:t>
            </w:r>
          </w:p>
        </w:tc>
        <w:tc>
          <w:tcPr>
            <w:tcW w:w="1928" w:type="dxa"/>
            <w:vAlign w:val="bottom"/>
          </w:tcPr>
          <w:p w14:paraId="1F7FA46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ED26B8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97382F6"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1BB4A09" w14:textId="77777777" w:rsidTr="00C32B29">
        <w:trPr>
          <w:trHeight w:val="288"/>
        </w:trPr>
        <w:tc>
          <w:tcPr>
            <w:tcW w:w="1927" w:type="dxa"/>
            <w:vAlign w:val="bottom"/>
          </w:tcPr>
          <w:p w14:paraId="74098A1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EMERGENT-3</w:t>
            </w:r>
          </w:p>
        </w:tc>
        <w:tc>
          <w:tcPr>
            <w:tcW w:w="1927" w:type="dxa"/>
            <w:vAlign w:val="bottom"/>
          </w:tcPr>
          <w:p w14:paraId="2D036D7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79</w:t>
            </w:r>
          </w:p>
        </w:tc>
        <w:tc>
          <w:tcPr>
            <w:tcW w:w="1928" w:type="dxa"/>
            <w:vAlign w:val="bottom"/>
          </w:tcPr>
          <w:p w14:paraId="778A8733"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1928" w:type="dxa"/>
            <w:vAlign w:val="bottom"/>
          </w:tcPr>
          <w:p w14:paraId="1871B91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w:t>
            </w:r>
          </w:p>
        </w:tc>
        <w:tc>
          <w:tcPr>
            <w:tcW w:w="1928" w:type="dxa"/>
            <w:vAlign w:val="bottom"/>
          </w:tcPr>
          <w:p w14:paraId="5DD6BA7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0.5701676</w:t>
            </w:r>
          </w:p>
        </w:tc>
      </w:tr>
      <w:tr w:rsidR="005816E5" w:rsidRPr="00EB75F0" w14:paraId="4A75AFA6" w14:textId="77777777" w:rsidTr="00C32B29">
        <w:trPr>
          <w:trHeight w:val="288"/>
        </w:trPr>
        <w:tc>
          <w:tcPr>
            <w:tcW w:w="1927" w:type="dxa"/>
            <w:vAlign w:val="bottom"/>
          </w:tcPr>
          <w:p w14:paraId="5913EB9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Egan 2013</w:t>
            </w:r>
          </w:p>
        </w:tc>
        <w:tc>
          <w:tcPr>
            <w:tcW w:w="1927" w:type="dxa"/>
            <w:vAlign w:val="bottom"/>
          </w:tcPr>
          <w:p w14:paraId="6C422C7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78</w:t>
            </w:r>
          </w:p>
        </w:tc>
        <w:tc>
          <w:tcPr>
            <w:tcW w:w="1928" w:type="dxa"/>
            <w:vAlign w:val="bottom"/>
          </w:tcPr>
          <w:p w14:paraId="41B1A46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56FDF4E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7A89C0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E86745B" w14:textId="77777777" w:rsidTr="00C32B29">
        <w:trPr>
          <w:trHeight w:val="288"/>
        </w:trPr>
        <w:tc>
          <w:tcPr>
            <w:tcW w:w="1927" w:type="dxa"/>
            <w:vAlign w:val="bottom"/>
          </w:tcPr>
          <w:p w14:paraId="1FE0529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Egan 2013</w:t>
            </w:r>
          </w:p>
        </w:tc>
        <w:tc>
          <w:tcPr>
            <w:tcW w:w="1927" w:type="dxa"/>
            <w:vAlign w:val="bottom"/>
          </w:tcPr>
          <w:p w14:paraId="7BCE2CA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45</w:t>
            </w:r>
          </w:p>
        </w:tc>
        <w:tc>
          <w:tcPr>
            <w:tcW w:w="1928" w:type="dxa"/>
            <w:vAlign w:val="bottom"/>
          </w:tcPr>
          <w:p w14:paraId="2F94A1F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7415844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w:t>
            </w:r>
          </w:p>
        </w:tc>
        <w:tc>
          <w:tcPr>
            <w:tcW w:w="1928" w:type="dxa"/>
            <w:vAlign w:val="bottom"/>
          </w:tcPr>
          <w:p w14:paraId="7880569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0.86981109</w:t>
            </w:r>
          </w:p>
        </w:tc>
      </w:tr>
      <w:tr w:rsidR="005816E5" w:rsidRPr="00EB75F0" w14:paraId="6B2D2131" w14:textId="77777777" w:rsidTr="00C32B29">
        <w:trPr>
          <w:trHeight w:val="288"/>
        </w:trPr>
        <w:tc>
          <w:tcPr>
            <w:tcW w:w="1927" w:type="dxa"/>
            <w:vAlign w:val="bottom"/>
          </w:tcPr>
          <w:p w14:paraId="372ACC5B"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lastRenderedPageBreak/>
              <w:t>Ishigooka</w:t>
            </w:r>
            <w:proofErr w:type="spellEnd"/>
            <w:r w:rsidRPr="00EB75F0">
              <w:rPr>
                <w:rFonts w:asciiTheme="majorHAnsi" w:hAnsiTheme="majorHAnsi" w:cstheme="majorHAnsi"/>
                <w:sz w:val="18"/>
                <w:szCs w:val="18"/>
              </w:rPr>
              <w:t xml:space="preserve"> 2018</w:t>
            </w:r>
          </w:p>
        </w:tc>
        <w:tc>
          <w:tcPr>
            <w:tcW w:w="1927" w:type="dxa"/>
            <w:vAlign w:val="bottom"/>
          </w:tcPr>
          <w:p w14:paraId="7FEE9E4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70</w:t>
            </w:r>
          </w:p>
        </w:tc>
        <w:tc>
          <w:tcPr>
            <w:tcW w:w="1928" w:type="dxa"/>
            <w:vAlign w:val="bottom"/>
          </w:tcPr>
          <w:p w14:paraId="003B77E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04742FB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858366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926F57A" w14:textId="77777777" w:rsidTr="00C32B29">
        <w:trPr>
          <w:trHeight w:val="288"/>
        </w:trPr>
        <w:tc>
          <w:tcPr>
            <w:tcW w:w="1927" w:type="dxa"/>
            <w:vAlign w:val="bottom"/>
          </w:tcPr>
          <w:p w14:paraId="3D5F38D5"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Ishigooka</w:t>
            </w:r>
            <w:proofErr w:type="spellEnd"/>
            <w:r w:rsidRPr="00EB75F0">
              <w:rPr>
                <w:rFonts w:asciiTheme="majorHAnsi" w:hAnsiTheme="majorHAnsi" w:cstheme="majorHAnsi"/>
                <w:sz w:val="18"/>
                <w:szCs w:val="18"/>
              </w:rPr>
              <w:t xml:space="preserve"> 2018</w:t>
            </w:r>
          </w:p>
        </w:tc>
        <w:tc>
          <w:tcPr>
            <w:tcW w:w="1927" w:type="dxa"/>
            <w:vAlign w:val="bottom"/>
          </w:tcPr>
          <w:p w14:paraId="091409B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162</w:t>
            </w:r>
          </w:p>
        </w:tc>
        <w:tc>
          <w:tcPr>
            <w:tcW w:w="1928" w:type="dxa"/>
            <w:vAlign w:val="bottom"/>
          </w:tcPr>
          <w:p w14:paraId="60C660A3"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35764A4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-2.36623457</w:t>
            </w:r>
          </w:p>
        </w:tc>
        <w:tc>
          <w:tcPr>
            <w:tcW w:w="1928" w:type="dxa"/>
            <w:vAlign w:val="bottom"/>
          </w:tcPr>
          <w:p w14:paraId="160C18F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0.63258427</w:t>
            </w:r>
          </w:p>
        </w:tc>
      </w:tr>
      <w:tr w:rsidR="005816E5" w:rsidRPr="00EB75F0" w14:paraId="3EB90935" w14:textId="77777777" w:rsidTr="00C32B29">
        <w:trPr>
          <w:trHeight w:val="288"/>
        </w:trPr>
        <w:tc>
          <w:tcPr>
            <w:tcW w:w="1927" w:type="dxa"/>
            <w:vAlign w:val="bottom"/>
          </w:tcPr>
          <w:p w14:paraId="16A42E2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Kahn 2007</w:t>
            </w:r>
          </w:p>
        </w:tc>
        <w:tc>
          <w:tcPr>
            <w:tcW w:w="1927" w:type="dxa"/>
            <w:vAlign w:val="bottom"/>
          </w:tcPr>
          <w:p w14:paraId="338C3A8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115</w:t>
            </w:r>
          </w:p>
        </w:tc>
        <w:tc>
          <w:tcPr>
            <w:tcW w:w="1928" w:type="dxa"/>
            <w:vAlign w:val="bottom"/>
          </w:tcPr>
          <w:p w14:paraId="25AF3AF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E77013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6762D6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4D59D4EA" w14:textId="77777777" w:rsidTr="00C32B29">
        <w:trPr>
          <w:trHeight w:val="288"/>
        </w:trPr>
        <w:tc>
          <w:tcPr>
            <w:tcW w:w="1927" w:type="dxa"/>
            <w:vAlign w:val="bottom"/>
          </w:tcPr>
          <w:p w14:paraId="5BA31DF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Kahn 2007</w:t>
            </w:r>
          </w:p>
        </w:tc>
        <w:tc>
          <w:tcPr>
            <w:tcW w:w="1927" w:type="dxa"/>
            <w:vAlign w:val="bottom"/>
          </w:tcPr>
          <w:p w14:paraId="1BC1027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458</w:t>
            </w:r>
          </w:p>
        </w:tc>
        <w:tc>
          <w:tcPr>
            <w:tcW w:w="1928" w:type="dxa"/>
            <w:vAlign w:val="bottom"/>
          </w:tcPr>
          <w:p w14:paraId="56886D7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4ADD419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-1.97969432</w:t>
            </w:r>
          </w:p>
        </w:tc>
        <w:tc>
          <w:tcPr>
            <w:tcW w:w="1928" w:type="dxa"/>
            <w:vAlign w:val="bottom"/>
          </w:tcPr>
          <w:p w14:paraId="2529BD8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0.48464261</w:t>
            </w:r>
          </w:p>
        </w:tc>
      </w:tr>
      <w:tr w:rsidR="005816E5" w:rsidRPr="00EB75F0" w14:paraId="040A7285" w14:textId="77777777" w:rsidTr="00C32B29">
        <w:trPr>
          <w:trHeight w:val="288"/>
        </w:trPr>
        <w:tc>
          <w:tcPr>
            <w:tcW w:w="1927" w:type="dxa"/>
            <w:vAlign w:val="bottom"/>
          </w:tcPr>
          <w:p w14:paraId="0A49F72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2002</w:t>
            </w:r>
          </w:p>
        </w:tc>
        <w:tc>
          <w:tcPr>
            <w:tcW w:w="1927" w:type="dxa"/>
            <w:vAlign w:val="bottom"/>
          </w:tcPr>
          <w:p w14:paraId="529BDE2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106</w:t>
            </w:r>
          </w:p>
        </w:tc>
        <w:tc>
          <w:tcPr>
            <w:tcW w:w="1928" w:type="dxa"/>
            <w:vAlign w:val="bottom"/>
          </w:tcPr>
          <w:p w14:paraId="40A6341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32A3458"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526FED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6EAE5EF" w14:textId="77777777" w:rsidTr="00C32B29">
        <w:trPr>
          <w:trHeight w:val="288"/>
        </w:trPr>
        <w:tc>
          <w:tcPr>
            <w:tcW w:w="1927" w:type="dxa"/>
            <w:vAlign w:val="bottom"/>
          </w:tcPr>
          <w:p w14:paraId="1FD7FC9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2002</w:t>
            </w:r>
          </w:p>
        </w:tc>
        <w:tc>
          <w:tcPr>
            <w:tcW w:w="1927" w:type="dxa"/>
            <w:vAlign w:val="bottom"/>
          </w:tcPr>
          <w:p w14:paraId="3C01B6A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204</w:t>
            </w:r>
          </w:p>
        </w:tc>
        <w:tc>
          <w:tcPr>
            <w:tcW w:w="1928" w:type="dxa"/>
            <w:vAlign w:val="bottom"/>
          </w:tcPr>
          <w:p w14:paraId="28C9B67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5D69756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-1.75</w:t>
            </w:r>
          </w:p>
        </w:tc>
        <w:tc>
          <w:tcPr>
            <w:tcW w:w="1928" w:type="dxa"/>
            <w:vAlign w:val="bottom"/>
          </w:tcPr>
          <w:p w14:paraId="31C9D48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0.55633806</w:t>
            </w:r>
          </w:p>
        </w:tc>
      </w:tr>
      <w:tr w:rsidR="005816E5" w:rsidRPr="00EB75F0" w14:paraId="134BAD4A" w14:textId="77777777" w:rsidTr="00C32B29">
        <w:trPr>
          <w:trHeight w:val="288"/>
        </w:trPr>
        <w:tc>
          <w:tcPr>
            <w:tcW w:w="1927" w:type="dxa"/>
            <w:vAlign w:val="bottom"/>
          </w:tcPr>
          <w:p w14:paraId="1C83BFB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w:t>
            </w:r>
          </w:p>
        </w:tc>
        <w:tc>
          <w:tcPr>
            <w:tcW w:w="1927" w:type="dxa"/>
            <w:vAlign w:val="bottom"/>
          </w:tcPr>
          <w:p w14:paraId="055EAAA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145</w:t>
            </w:r>
          </w:p>
        </w:tc>
        <w:tc>
          <w:tcPr>
            <w:tcW w:w="1928" w:type="dxa"/>
            <w:vAlign w:val="bottom"/>
          </w:tcPr>
          <w:p w14:paraId="1BC63E2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F4A7A4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7423DDB"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37BD594" w14:textId="77777777" w:rsidTr="00C32B29">
        <w:trPr>
          <w:trHeight w:val="288"/>
        </w:trPr>
        <w:tc>
          <w:tcPr>
            <w:tcW w:w="1927" w:type="dxa"/>
            <w:vAlign w:val="bottom"/>
          </w:tcPr>
          <w:p w14:paraId="5943A23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w:t>
            </w:r>
          </w:p>
        </w:tc>
        <w:tc>
          <w:tcPr>
            <w:tcW w:w="1927" w:type="dxa"/>
            <w:vAlign w:val="bottom"/>
          </w:tcPr>
          <w:p w14:paraId="12B3B40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147</w:t>
            </w:r>
          </w:p>
        </w:tc>
        <w:tc>
          <w:tcPr>
            <w:tcW w:w="1928" w:type="dxa"/>
            <w:vAlign w:val="bottom"/>
          </w:tcPr>
          <w:p w14:paraId="130E87C0"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2F7A995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-0.9</w:t>
            </w:r>
          </w:p>
        </w:tc>
        <w:tc>
          <w:tcPr>
            <w:tcW w:w="1928" w:type="dxa"/>
            <w:vAlign w:val="bottom"/>
          </w:tcPr>
          <w:p w14:paraId="0D5A12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0.640274</w:t>
            </w:r>
          </w:p>
        </w:tc>
      </w:tr>
      <w:tr w:rsidR="005816E5" w:rsidRPr="00EB75F0" w14:paraId="7E27FFE3" w14:textId="77777777" w:rsidTr="00C32B29">
        <w:trPr>
          <w:trHeight w:val="288"/>
        </w:trPr>
        <w:tc>
          <w:tcPr>
            <w:tcW w:w="1927" w:type="dxa"/>
            <w:vAlign w:val="bottom"/>
          </w:tcPr>
          <w:p w14:paraId="50BD79E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 (BEACON)</w:t>
            </w:r>
          </w:p>
        </w:tc>
        <w:tc>
          <w:tcPr>
            <w:tcW w:w="1927" w:type="dxa"/>
            <w:vAlign w:val="bottom"/>
          </w:tcPr>
          <w:p w14:paraId="0FFAD61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180</w:t>
            </w:r>
          </w:p>
        </w:tc>
        <w:tc>
          <w:tcPr>
            <w:tcW w:w="1928" w:type="dxa"/>
            <w:vAlign w:val="bottom"/>
          </w:tcPr>
          <w:p w14:paraId="24F4AA5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5936BD7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40F687B"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CC8E30B" w14:textId="77777777" w:rsidTr="00C32B29">
        <w:trPr>
          <w:trHeight w:val="288"/>
        </w:trPr>
        <w:tc>
          <w:tcPr>
            <w:tcW w:w="1927" w:type="dxa"/>
            <w:vAlign w:val="bottom"/>
          </w:tcPr>
          <w:p w14:paraId="5F90930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 (BEACON)</w:t>
            </w:r>
          </w:p>
        </w:tc>
        <w:tc>
          <w:tcPr>
            <w:tcW w:w="1927" w:type="dxa"/>
            <w:vAlign w:val="bottom"/>
          </w:tcPr>
          <w:p w14:paraId="4866A05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360</w:t>
            </w:r>
          </w:p>
        </w:tc>
        <w:tc>
          <w:tcPr>
            <w:tcW w:w="1928" w:type="dxa"/>
            <w:vAlign w:val="bottom"/>
          </w:tcPr>
          <w:p w14:paraId="2422B135"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61F4F22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-0.92088889</w:t>
            </w:r>
          </w:p>
        </w:tc>
        <w:tc>
          <w:tcPr>
            <w:tcW w:w="1928" w:type="dxa"/>
            <w:vAlign w:val="bottom"/>
          </w:tcPr>
          <w:p w14:paraId="0CFBA3D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0.43685059</w:t>
            </w:r>
          </w:p>
        </w:tc>
      </w:tr>
      <w:tr w:rsidR="005816E5" w:rsidRPr="00EB75F0" w14:paraId="763CF5D0" w14:textId="77777777" w:rsidTr="00C32B29">
        <w:trPr>
          <w:trHeight w:val="288"/>
        </w:trPr>
        <w:tc>
          <w:tcPr>
            <w:tcW w:w="1927" w:type="dxa"/>
            <w:vAlign w:val="bottom"/>
          </w:tcPr>
          <w:p w14:paraId="31BAED78"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Kinon</w:t>
            </w:r>
            <w:proofErr w:type="spellEnd"/>
            <w:r w:rsidRPr="00EB75F0">
              <w:rPr>
                <w:rFonts w:asciiTheme="majorHAnsi" w:hAnsiTheme="majorHAnsi" w:cstheme="majorHAnsi"/>
                <w:sz w:val="18"/>
                <w:szCs w:val="18"/>
              </w:rPr>
              <w:t xml:space="preserve"> 2011</w:t>
            </w:r>
          </w:p>
        </w:tc>
        <w:tc>
          <w:tcPr>
            <w:tcW w:w="1927" w:type="dxa"/>
            <w:vAlign w:val="bottom"/>
          </w:tcPr>
          <w:p w14:paraId="6B34F19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122</w:t>
            </w:r>
          </w:p>
        </w:tc>
        <w:tc>
          <w:tcPr>
            <w:tcW w:w="1928" w:type="dxa"/>
            <w:vAlign w:val="bottom"/>
          </w:tcPr>
          <w:p w14:paraId="6924A4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DCA146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C7EC44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D010D9F" w14:textId="77777777" w:rsidTr="00C32B29">
        <w:trPr>
          <w:trHeight w:val="288"/>
        </w:trPr>
        <w:tc>
          <w:tcPr>
            <w:tcW w:w="1927" w:type="dxa"/>
            <w:vAlign w:val="bottom"/>
          </w:tcPr>
          <w:p w14:paraId="1BAF2FD7"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Kinon</w:t>
            </w:r>
            <w:proofErr w:type="spellEnd"/>
            <w:r w:rsidRPr="00EB75F0">
              <w:rPr>
                <w:rFonts w:asciiTheme="majorHAnsi" w:hAnsiTheme="majorHAnsi" w:cstheme="majorHAnsi"/>
                <w:sz w:val="18"/>
                <w:szCs w:val="18"/>
              </w:rPr>
              <w:t xml:space="preserve"> 2011</w:t>
            </w:r>
          </w:p>
        </w:tc>
        <w:tc>
          <w:tcPr>
            <w:tcW w:w="1927" w:type="dxa"/>
            <w:vAlign w:val="bottom"/>
          </w:tcPr>
          <w:p w14:paraId="2ACB079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62</w:t>
            </w:r>
          </w:p>
        </w:tc>
        <w:tc>
          <w:tcPr>
            <w:tcW w:w="1928" w:type="dxa"/>
            <w:vAlign w:val="bottom"/>
          </w:tcPr>
          <w:p w14:paraId="49EE5C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585713B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-1.39</w:t>
            </w:r>
          </w:p>
        </w:tc>
        <w:tc>
          <w:tcPr>
            <w:tcW w:w="1928" w:type="dxa"/>
            <w:vAlign w:val="bottom"/>
          </w:tcPr>
          <w:p w14:paraId="1F9D34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0.88802756</w:t>
            </w:r>
          </w:p>
        </w:tc>
      </w:tr>
      <w:tr w:rsidR="005816E5" w:rsidRPr="00EB75F0" w14:paraId="0EE5605C" w14:textId="77777777" w:rsidTr="00C32B29">
        <w:trPr>
          <w:trHeight w:val="288"/>
        </w:trPr>
        <w:tc>
          <w:tcPr>
            <w:tcW w:w="1927" w:type="dxa"/>
            <w:vAlign w:val="bottom"/>
          </w:tcPr>
          <w:p w14:paraId="5C746DB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Lieberman 2016</w:t>
            </w:r>
          </w:p>
        </w:tc>
        <w:tc>
          <w:tcPr>
            <w:tcW w:w="1927" w:type="dxa"/>
            <w:vAlign w:val="bottom"/>
          </w:tcPr>
          <w:p w14:paraId="79A2077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80</w:t>
            </w:r>
          </w:p>
        </w:tc>
        <w:tc>
          <w:tcPr>
            <w:tcW w:w="1928" w:type="dxa"/>
            <w:vAlign w:val="bottom"/>
          </w:tcPr>
          <w:p w14:paraId="5805D92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36823C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D32549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07EA393" w14:textId="77777777" w:rsidTr="00C32B29">
        <w:trPr>
          <w:trHeight w:val="288"/>
        </w:trPr>
        <w:tc>
          <w:tcPr>
            <w:tcW w:w="1927" w:type="dxa"/>
            <w:vAlign w:val="bottom"/>
          </w:tcPr>
          <w:p w14:paraId="10AE61F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Lieberman 2016</w:t>
            </w:r>
          </w:p>
        </w:tc>
        <w:tc>
          <w:tcPr>
            <w:tcW w:w="1927" w:type="dxa"/>
            <w:vAlign w:val="bottom"/>
          </w:tcPr>
          <w:p w14:paraId="0CF22C7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75</w:t>
            </w:r>
          </w:p>
        </w:tc>
        <w:tc>
          <w:tcPr>
            <w:tcW w:w="1928" w:type="dxa"/>
            <w:vAlign w:val="bottom"/>
          </w:tcPr>
          <w:p w14:paraId="419F6C0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1C0009E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w:t>
            </w:r>
          </w:p>
        </w:tc>
        <w:tc>
          <w:tcPr>
            <w:tcW w:w="1928" w:type="dxa"/>
            <w:vAlign w:val="bottom"/>
          </w:tcPr>
          <w:p w14:paraId="4887E5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0.70692757</w:t>
            </w:r>
          </w:p>
        </w:tc>
      </w:tr>
      <w:tr w:rsidR="005816E5" w:rsidRPr="00EB75F0" w14:paraId="5A8B8C2A" w14:textId="77777777" w:rsidTr="00C32B29">
        <w:trPr>
          <w:trHeight w:val="288"/>
        </w:trPr>
        <w:tc>
          <w:tcPr>
            <w:tcW w:w="1927" w:type="dxa"/>
            <w:vAlign w:val="bottom"/>
          </w:tcPr>
          <w:p w14:paraId="3556053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Lindenmayer 2008</w:t>
            </w:r>
          </w:p>
        </w:tc>
        <w:tc>
          <w:tcPr>
            <w:tcW w:w="1927" w:type="dxa"/>
            <w:vAlign w:val="bottom"/>
          </w:tcPr>
          <w:p w14:paraId="4012B50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78</w:t>
            </w:r>
          </w:p>
        </w:tc>
        <w:tc>
          <w:tcPr>
            <w:tcW w:w="1928" w:type="dxa"/>
            <w:vAlign w:val="bottom"/>
          </w:tcPr>
          <w:p w14:paraId="28B84B5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12E914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2895B9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27ADFBA" w14:textId="77777777" w:rsidTr="00C32B29">
        <w:trPr>
          <w:trHeight w:val="288"/>
        </w:trPr>
        <w:tc>
          <w:tcPr>
            <w:tcW w:w="1927" w:type="dxa"/>
            <w:vAlign w:val="bottom"/>
          </w:tcPr>
          <w:p w14:paraId="368D1F1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Lindenmayer 2008</w:t>
            </w:r>
          </w:p>
        </w:tc>
        <w:tc>
          <w:tcPr>
            <w:tcW w:w="1927" w:type="dxa"/>
            <w:vAlign w:val="bottom"/>
          </w:tcPr>
          <w:p w14:paraId="5EEDBA0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420</w:t>
            </w:r>
          </w:p>
        </w:tc>
        <w:tc>
          <w:tcPr>
            <w:tcW w:w="1928" w:type="dxa"/>
            <w:vAlign w:val="bottom"/>
          </w:tcPr>
          <w:p w14:paraId="610652C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4AA21A3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-0.73954762</w:t>
            </w:r>
          </w:p>
        </w:tc>
        <w:tc>
          <w:tcPr>
            <w:tcW w:w="1928" w:type="dxa"/>
            <w:vAlign w:val="bottom"/>
          </w:tcPr>
          <w:p w14:paraId="47D3C6B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0.5728866</w:t>
            </w:r>
          </w:p>
        </w:tc>
      </w:tr>
      <w:tr w:rsidR="005816E5" w:rsidRPr="00EB75F0" w14:paraId="5C7455DF" w14:textId="77777777" w:rsidTr="00C32B29">
        <w:trPr>
          <w:trHeight w:val="288"/>
        </w:trPr>
        <w:tc>
          <w:tcPr>
            <w:tcW w:w="1927" w:type="dxa"/>
            <w:vAlign w:val="bottom"/>
          </w:tcPr>
          <w:p w14:paraId="5EE5B17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Loebel 2013</w:t>
            </w:r>
          </w:p>
        </w:tc>
        <w:tc>
          <w:tcPr>
            <w:tcW w:w="1927" w:type="dxa"/>
            <w:vAlign w:val="bottom"/>
          </w:tcPr>
          <w:p w14:paraId="2CD62CB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120</w:t>
            </w:r>
          </w:p>
        </w:tc>
        <w:tc>
          <w:tcPr>
            <w:tcW w:w="1928" w:type="dxa"/>
            <w:vAlign w:val="bottom"/>
          </w:tcPr>
          <w:p w14:paraId="2F7D9C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00E1340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A968B8C"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0F3B619" w14:textId="77777777" w:rsidTr="00C32B29">
        <w:trPr>
          <w:trHeight w:val="288"/>
        </w:trPr>
        <w:tc>
          <w:tcPr>
            <w:tcW w:w="1927" w:type="dxa"/>
            <w:vAlign w:val="bottom"/>
          </w:tcPr>
          <w:p w14:paraId="760F336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Loebel 2013</w:t>
            </w:r>
          </w:p>
        </w:tc>
        <w:tc>
          <w:tcPr>
            <w:tcW w:w="1927" w:type="dxa"/>
            <w:vAlign w:val="bottom"/>
          </w:tcPr>
          <w:p w14:paraId="4034367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116</w:t>
            </w:r>
          </w:p>
        </w:tc>
        <w:tc>
          <w:tcPr>
            <w:tcW w:w="1928" w:type="dxa"/>
            <w:vAlign w:val="bottom"/>
          </w:tcPr>
          <w:p w14:paraId="2E1A155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39B0DD6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-3.2</w:t>
            </w:r>
          </w:p>
        </w:tc>
        <w:tc>
          <w:tcPr>
            <w:tcW w:w="1928" w:type="dxa"/>
            <w:vAlign w:val="bottom"/>
          </w:tcPr>
          <w:p w14:paraId="512B9B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0.64061855</w:t>
            </w:r>
          </w:p>
        </w:tc>
      </w:tr>
      <w:tr w:rsidR="005816E5" w:rsidRPr="00EB75F0" w14:paraId="3DCD052A" w14:textId="77777777" w:rsidTr="00C32B29">
        <w:trPr>
          <w:trHeight w:val="288"/>
        </w:trPr>
        <w:tc>
          <w:tcPr>
            <w:tcW w:w="1927" w:type="dxa"/>
            <w:vAlign w:val="bottom"/>
          </w:tcPr>
          <w:p w14:paraId="709D8DD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1927" w:type="dxa"/>
            <w:vAlign w:val="bottom"/>
          </w:tcPr>
          <w:p w14:paraId="6758144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159</w:t>
            </w:r>
          </w:p>
        </w:tc>
        <w:tc>
          <w:tcPr>
            <w:tcW w:w="1928" w:type="dxa"/>
            <w:vAlign w:val="bottom"/>
          </w:tcPr>
          <w:p w14:paraId="390EBC3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05583ED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56F66F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0.399698</w:t>
            </w:r>
          </w:p>
        </w:tc>
      </w:tr>
      <w:tr w:rsidR="005816E5" w:rsidRPr="00EB75F0" w14:paraId="5B882EF4" w14:textId="77777777" w:rsidTr="00C32B29">
        <w:trPr>
          <w:trHeight w:val="288"/>
        </w:trPr>
        <w:tc>
          <w:tcPr>
            <w:tcW w:w="1927" w:type="dxa"/>
            <w:vAlign w:val="bottom"/>
          </w:tcPr>
          <w:p w14:paraId="7D4BFF6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1927" w:type="dxa"/>
            <w:vAlign w:val="bottom"/>
          </w:tcPr>
          <w:p w14:paraId="67915EB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c>
          <w:tcPr>
            <w:tcW w:w="1928" w:type="dxa"/>
            <w:vAlign w:val="bottom"/>
          </w:tcPr>
          <w:p w14:paraId="4EEB8618"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3C842AF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w:t>
            </w:r>
          </w:p>
        </w:tc>
        <w:tc>
          <w:tcPr>
            <w:tcW w:w="1928" w:type="dxa"/>
            <w:vAlign w:val="bottom"/>
          </w:tcPr>
          <w:p w14:paraId="35716DA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0.56553086</w:t>
            </w:r>
          </w:p>
        </w:tc>
      </w:tr>
      <w:tr w:rsidR="005816E5" w:rsidRPr="00EB75F0" w14:paraId="55C3AC41" w14:textId="77777777" w:rsidTr="00C32B29">
        <w:trPr>
          <w:trHeight w:val="288"/>
        </w:trPr>
        <w:tc>
          <w:tcPr>
            <w:tcW w:w="1927" w:type="dxa"/>
            <w:vAlign w:val="bottom"/>
          </w:tcPr>
          <w:p w14:paraId="127E229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1927" w:type="dxa"/>
            <w:vAlign w:val="bottom"/>
          </w:tcPr>
          <w:p w14:paraId="0C015CB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c>
          <w:tcPr>
            <w:tcW w:w="1928" w:type="dxa"/>
            <w:vAlign w:val="bottom"/>
          </w:tcPr>
          <w:p w14:paraId="2B4F716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21BDBBA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w:t>
            </w:r>
          </w:p>
        </w:tc>
        <w:tc>
          <w:tcPr>
            <w:tcW w:w="1928" w:type="dxa"/>
            <w:vAlign w:val="bottom"/>
          </w:tcPr>
          <w:p w14:paraId="06D5DE7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0.56553086</w:t>
            </w:r>
          </w:p>
        </w:tc>
      </w:tr>
      <w:tr w:rsidR="005816E5" w:rsidRPr="00EB75F0" w14:paraId="541F44E7" w14:textId="77777777" w:rsidTr="00C32B29">
        <w:trPr>
          <w:trHeight w:val="288"/>
        </w:trPr>
        <w:tc>
          <w:tcPr>
            <w:tcW w:w="1927" w:type="dxa"/>
            <w:vAlign w:val="bottom"/>
          </w:tcPr>
          <w:p w14:paraId="4EB4289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McDonnell 2018</w:t>
            </w:r>
          </w:p>
        </w:tc>
        <w:tc>
          <w:tcPr>
            <w:tcW w:w="1927" w:type="dxa"/>
            <w:vAlign w:val="bottom"/>
          </w:tcPr>
          <w:p w14:paraId="7085B65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133</w:t>
            </w:r>
          </w:p>
        </w:tc>
        <w:tc>
          <w:tcPr>
            <w:tcW w:w="1928" w:type="dxa"/>
            <w:vAlign w:val="bottom"/>
          </w:tcPr>
          <w:p w14:paraId="54B11C1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990961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ADBFA54"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ED2F863" w14:textId="77777777" w:rsidTr="00C32B29">
        <w:trPr>
          <w:trHeight w:val="288"/>
        </w:trPr>
        <w:tc>
          <w:tcPr>
            <w:tcW w:w="1927" w:type="dxa"/>
            <w:vAlign w:val="bottom"/>
          </w:tcPr>
          <w:p w14:paraId="4EA32A5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McDonnell 2018</w:t>
            </w:r>
          </w:p>
        </w:tc>
        <w:tc>
          <w:tcPr>
            <w:tcW w:w="1927" w:type="dxa"/>
            <w:vAlign w:val="bottom"/>
          </w:tcPr>
          <w:p w14:paraId="649BE5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132</w:t>
            </w:r>
          </w:p>
        </w:tc>
        <w:tc>
          <w:tcPr>
            <w:tcW w:w="1928" w:type="dxa"/>
            <w:vAlign w:val="bottom"/>
          </w:tcPr>
          <w:p w14:paraId="4BC4464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43C8B28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-0.49</w:t>
            </w:r>
          </w:p>
        </w:tc>
        <w:tc>
          <w:tcPr>
            <w:tcW w:w="1928" w:type="dxa"/>
            <w:vAlign w:val="bottom"/>
          </w:tcPr>
          <w:p w14:paraId="05761A1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0.48099458</w:t>
            </w:r>
          </w:p>
        </w:tc>
      </w:tr>
      <w:tr w:rsidR="005816E5" w:rsidRPr="00EB75F0" w14:paraId="1B08833C" w14:textId="77777777" w:rsidTr="00C32B29">
        <w:trPr>
          <w:trHeight w:val="288"/>
        </w:trPr>
        <w:tc>
          <w:tcPr>
            <w:tcW w:w="1927" w:type="dxa"/>
            <w:vAlign w:val="bottom"/>
          </w:tcPr>
          <w:p w14:paraId="1E8FAB4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McEvoy 2007</w:t>
            </w:r>
          </w:p>
        </w:tc>
        <w:tc>
          <w:tcPr>
            <w:tcW w:w="1927" w:type="dxa"/>
            <w:vAlign w:val="bottom"/>
          </w:tcPr>
          <w:p w14:paraId="08A9CCC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107</w:t>
            </w:r>
          </w:p>
        </w:tc>
        <w:tc>
          <w:tcPr>
            <w:tcW w:w="1928" w:type="dxa"/>
            <w:vAlign w:val="bottom"/>
          </w:tcPr>
          <w:p w14:paraId="7521EB4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14BB55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079C85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E6AEF10" w14:textId="77777777" w:rsidTr="00C32B29">
        <w:trPr>
          <w:trHeight w:val="288"/>
        </w:trPr>
        <w:tc>
          <w:tcPr>
            <w:tcW w:w="1927" w:type="dxa"/>
            <w:vAlign w:val="bottom"/>
          </w:tcPr>
          <w:p w14:paraId="309F5A6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McEvoy 2007</w:t>
            </w:r>
          </w:p>
        </w:tc>
        <w:tc>
          <w:tcPr>
            <w:tcW w:w="1927" w:type="dxa"/>
            <w:vAlign w:val="bottom"/>
          </w:tcPr>
          <w:p w14:paraId="6C5C17C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303</w:t>
            </w:r>
          </w:p>
        </w:tc>
        <w:tc>
          <w:tcPr>
            <w:tcW w:w="1928" w:type="dxa"/>
            <w:vAlign w:val="bottom"/>
          </w:tcPr>
          <w:p w14:paraId="240A136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3196261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-3.02745875</w:t>
            </w:r>
          </w:p>
        </w:tc>
        <w:tc>
          <w:tcPr>
            <w:tcW w:w="1928" w:type="dxa"/>
            <w:vAlign w:val="bottom"/>
          </w:tcPr>
          <w:p w14:paraId="6840F1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0.5225221</w:t>
            </w:r>
          </w:p>
        </w:tc>
      </w:tr>
      <w:tr w:rsidR="005816E5" w:rsidRPr="00EB75F0" w14:paraId="6AD55C0B" w14:textId="77777777" w:rsidTr="00C32B29">
        <w:trPr>
          <w:trHeight w:val="288"/>
        </w:trPr>
        <w:tc>
          <w:tcPr>
            <w:tcW w:w="1927" w:type="dxa"/>
            <w:vAlign w:val="bottom"/>
          </w:tcPr>
          <w:p w14:paraId="0761ECA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Meltzer 2011</w:t>
            </w:r>
          </w:p>
        </w:tc>
        <w:tc>
          <w:tcPr>
            <w:tcW w:w="1927" w:type="dxa"/>
            <w:vAlign w:val="bottom"/>
          </w:tcPr>
          <w:p w14:paraId="52C103E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78</w:t>
            </w:r>
          </w:p>
        </w:tc>
        <w:tc>
          <w:tcPr>
            <w:tcW w:w="1928" w:type="dxa"/>
            <w:vAlign w:val="bottom"/>
          </w:tcPr>
          <w:p w14:paraId="51BFC66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52C3A0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CBC31F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B705D5E" w14:textId="77777777" w:rsidTr="00C32B29">
        <w:trPr>
          <w:trHeight w:val="288"/>
        </w:trPr>
        <w:tc>
          <w:tcPr>
            <w:tcW w:w="1927" w:type="dxa"/>
            <w:vAlign w:val="bottom"/>
          </w:tcPr>
          <w:p w14:paraId="1638FC3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Meltzer 2011</w:t>
            </w:r>
          </w:p>
        </w:tc>
        <w:tc>
          <w:tcPr>
            <w:tcW w:w="1927" w:type="dxa"/>
            <w:vAlign w:val="bottom"/>
          </w:tcPr>
          <w:p w14:paraId="2331C63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96</w:t>
            </w:r>
          </w:p>
        </w:tc>
        <w:tc>
          <w:tcPr>
            <w:tcW w:w="1928" w:type="dxa"/>
            <w:vAlign w:val="bottom"/>
          </w:tcPr>
          <w:p w14:paraId="478F0BB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55C076F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-0.9</w:t>
            </w:r>
          </w:p>
        </w:tc>
        <w:tc>
          <w:tcPr>
            <w:tcW w:w="1928" w:type="dxa"/>
            <w:vAlign w:val="bottom"/>
          </w:tcPr>
          <w:p w14:paraId="53A0D0A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0.70751031</w:t>
            </w:r>
          </w:p>
        </w:tc>
      </w:tr>
      <w:tr w:rsidR="005816E5" w:rsidRPr="00EB75F0" w14:paraId="7E705BEC" w14:textId="77777777" w:rsidTr="00C32B29">
        <w:trPr>
          <w:trHeight w:val="288"/>
        </w:trPr>
        <w:tc>
          <w:tcPr>
            <w:tcW w:w="1927" w:type="dxa"/>
            <w:vAlign w:val="bottom"/>
          </w:tcPr>
          <w:p w14:paraId="00BAD7C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NCT00711269</w:t>
            </w:r>
          </w:p>
        </w:tc>
        <w:tc>
          <w:tcPr>
            <w:tcW w:w="1927" w:type="dxa"/>
            <w:vAlign w:val="bottom"/>
          </w:tcPr>
          <w:p w14:paraId="1AF4FE6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129</w:t>
            </w:r>
          </w:p>
        </w:tc>
        <w:tc>
          <w:tcPr>
            <w:tcW w:w="1928" w:type="dxa"/>
            <w:vAlign w:val="bottom"/>
          </w:tcPr>
          <w:p w14:paraId="43D1959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5A644F6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546211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18354B0" w14:textId="77777777" w:rsidTr="00C32B29">
        <w:trPr>
          <w:trHeight w:val="288"/>
        </w:trPr>
        <w:tc>
          <w:tcPr>
            <w:tcW w:w="1927" w:type="dxa"/>
            <w:vAlign w:val="bottom"/>
          </w:tcPr>
          <w:p w14:paraId="3783748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NCT00711269</w:t>
            </w:r>
          </w:p>
        </w:tc>
        <w:tc>
          <w:tcPr>
            <w:tcW w:w="1927" w:type="dxa"/>
            <w:vAlign w:val="bottom"/>
          </w:tcPr>
          <w:p w14:paraId="491957C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64</w:t>
            </w:r>
          </w:p>
        </w:tc>
        <w:tc>
          <w:tcPr>
            <w:tcW w:w="1928" w:type="dxa"/>
            <w:vAlign w:val="bottom"/>
          </w:tcPr>
          <w:p w14:paraId="6C4A0C4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6FC580C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w:t>
            </w:r>
          </w:p>
        </w:tc>
        <w:tc>
          <w:tcPr>
            <w:tcW w:w="1928" w:type="dxa"/>
            <w:vAlign w:val="bottom"/>
          </w:tcPr>
          <w:p w14:paraId="06E9C6F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0.09078476</w:t>
            </w:r>
          </w:p>
        </w:tc>
      </w:tr>
      <w:tr w:rsidR="005816E5" w:rsidRPr="00EB75F0" w14:paraId="34BBF7F1" w14:textId="77777777" w:rsidTr="00C32B29">
        <w:trPr>
          <w:trHeight w:val="288"/>
        </w:trPr>
        <w:tc>
          <w:tcPr>
            <w:tcW w:w="1927" w:type="dxa"/>
            <w:vAlign w:val="bottom"/>
          </w:tcPr>
          <w:p w14:paraId="3654C50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NCT01175135</w:t>
            </w:r>
          </w:p>
        </w:tc>
        <w:tc>
          <w:tcPr>
            <w:tcW w:w="1927" w:type="dxa"/>
            <w:vAlign w:val="bottom"/>
          </w:tcPr>
          <w:p w14:paraId="6D18206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63</w:t>
            </w:r>
          </w:p>
        </w:tc>
        <w:tc>
          <w:tcPr>
            <w:tcW w:w="1928" w:type="dxa"/>
            <w:vAlign w:val="bottom"/>
          </w:tcPr>
          <w:p w14:paraId="51A0988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907CC4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B35A9B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7702515A" w14:textId="77777777" w:rsidTr="00C32B29">
        <w:trPr>
          <w:trHeight w:val="288"/>
        </w:trPr>
        <w:tc>
          <w:tcPr>
            <w:tcW w:w="1927" w:type="dxa"/>
            <w:vAlign w:val="bottom"/>
          </w:tcPr>
          <w:p w14:paraId="2A23B01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NCT01175135</w:t>
            </w:r>
          </w:p>
        </w:tc>
        <w:tc>
          <w:tcPr>
            <w:tcW w:w="1927" w:type="dxa"/>
            <w:vAlign w:val="bottom"/>
          </w:tcPr>
          <w:p w14:paraId="36265C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26</w:t>
            </w:r>
          </w:p>
        </w:tc>
        <w:tc>
          <w:tcPr>
            <w:tcW w:w="1928" w:type="dxa"/>
            <w:vAlign w:val="bottom"/>
          </w:tcPr>
          <w:p w14:paraId="78A49EC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5E6C214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w:t>
            </w:r>
          </w:p>
        </w:tc>
        <w:tc>
          <w:tcPr>
            <w:tcW w:w="1928" w:type="dxa"/>
            <w:vAlign w:val="bottom"/>
          </w:tcPr>
          <w:p w14:paraId="754519F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0.94362025</w:t>
            </w:r>
          </w:p>
        </w:tc>
      </w:tr>
      <w:tr w:rsidR="005816E5" w:rsidRPr="00EB75F0" w14:paraId="52AB870B" w14:textId="77777777" w:rsidTr="00C32B29">
        <w:trPr>
          <w:trHeight w:val="288"/>
        </w:trPr>
        <w:tc>
          <w:tcPr>
            <w:tcW w:w="1927" w:type="dxa"/>
            <w:vAlign w:val="bottom"/>
          </w:tcPr>
          <w:p w14:paraId="2EF7D91D"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1927" w:type="dxa"/>
            <w:vAlign w:val="bottom"/>
          </w:tcPr>
          <w:p w14:paraId="75510B4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103</w:t>
            </w:r>
          </w:p>
        </w:tc>
        <w:tc>
          <w:tcPr>
            <w:tcW w:w="1928" w:type="dxa"/>
            <w:vAlign w:val="bottom"/>
          </w:tcPr>
          <w:p w14:paraId="412A38D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0BD2B9B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E2B6AC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0.45783325</w:t>
            </w:r>
          </w:p>
        </w:tc>
      </w:tr>
      <w:tr w:rsidR="005816E5" w:rsidRPr="00EB75F0" w14:paraId="0D075121" w14:textId="77777777" w:rsidTr="00C32B29">
        <w:trPr>
          <w:trHeight w:val="288"/>
        </w:trPr>
        <w:tc>
          <w:tcPr>
            <w:tcW w:w="1927" w:type="dxa"/>
            <w:vAlign w:val="bottom"/>
          </w:tcPr>
          <w:p w14:paraId="1968806C"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1927" w:type="dxa"/>
            <w:vAlign w:val="bottom"/>
          </w:tcPr>
          <w:p w14:paraId="5913776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202</w:t>
            </w:r>
          </w:p>
        </w:tc>
        <w:tc>
          <w:tcPr>
            <w:tcW w:w="1928" w:type="dxa"/>
            <w:vAlign w:val="bottom"/>
          </w:tcPr>
          <w:p w14:paraId="5AD80E1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2DA1959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-2.6</w:t>
            </w:r>
          </w:p>
        </w:tc>
        <w:tc>
          <w:tcPr>
            <w:tcW w:w="1928" w:type="dxa"/>
            <w:vAlign w:val="bottom"/>
          </w:tcPr>
          <w:p w14:paraId="2AF4D11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0.56257647</w:t>
            </w:r>
          </w:p>
        </w:tc>
      </w:tr>
      <w:tr w:rsidR="005816E5" w:rsidRPr="00EB75F0" w14:paraId="4901CF75" w14:textId="77777777" w:rsidTr="00C32B29">
        <w:trPr>
          <w:trHeight w:val="288"/>
        </w:trPr>
        <w:tc>
          <w:tcPr>
            <w:tcW w:w="1927" w:type="dxa"/>
            <w:vAlign w:val="bottom"/>
          </w:tcPr>
          <w:p w14:paraId="6CC021AC"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1927" w:type="dxa"/>
            <w:vAlign w:val="bottom"/>
          </w:tcPr>
          <w:p w14:paraId="21D8B6A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95</w:t>
            </w:r>
          </w:p>
        </w:tc>
        <w:tc>
          <w:tcPr>
            <w:tcW w:w="1928" w:type="dxa"/>
            <w:vAlign w:val="bottom"/>
          </w:tcPr>
          <w:p w14:paraId="11E3DF3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6DF608F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-2.3</w:t>
            </w:r>
          </w:p>
        </w:tc>
        <w:tc>
          <w:tcPr>
            <w:tcW w:w="1928" w:type="dxa"/>
            <w:vAlign w:val="bottom"/>
          </w:tcPr>
          <w:p w14:paraId="12C274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0.66096448</w:t>
            </w:r>
          </w:p>
        </w:tc>
      </w:tr>
      <w:tr w:rsidR="005816E5" w:rsidRPr="00EB75F0" w14:paraId="7AD5AB95" w14:textId="77777777" w:rsidTr="00C32B29">
        <w:trPr>
          <w:trHeight w:val="288"/>
        </w:trPr>
        <w:tc>
          <w:tcPr>
            <w:tcW w:w="1927" w:type="dxa"/>
            <w:vAlign w:val="bottom"/>
          </w:tcPr>
          <w:p w14:paraId="65809C7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2007</w:t>
            </w:r>
          </w:p>
        </w:tc>
        <w:tc>
          <w:tcPr>
            <w:tcW w:w="1927" w:type="dxa"/>
            <w:vAlign w:val="bottom"/>
          </w:tcPr>
          <w:p w14:paraId="11FF365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60</w:t>
            </w:r>
          </w:p>
        </w:tc>
        <w:tc>
          <w:tcPr>
            <w:tcW w:w="1928" w:type="dxa"/>
            <w:vAlign w:val="bottom"/>
          </w:tcPr>
          <w:p w14:paraId="06D5129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736A99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7148F9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7BCC184D" w14:textId="77777777" w:rsidTr="00C32B29">
        <w:trPr>
          <w:trHeight w:val="288"/>
        </w:trPr>
        <w:tc>
          <w:tcPr>
            <w:tcW w:w="1927" w:type="dxa"/>
            <w:vAlign w:val="bottom"/>
          </w:tcPr>
          <w:p w14:paraId="72246C83"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2007</w:t>
            </w:r>
          </w:p>
        </w:tc>
        <w:tc>
          <w:tcPr>
            <w:tcW w:w="1927" w:type="dxa"/>
            <w:vAlign w:val="bottom"/>
          </w:tcPr>
          <w:p w14:paraId="7A63C15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56</w:t>
            </w:r>
          </w:p>
        </w:tc>
        <w:tc>
          <w:tcPr>
            <w:tcW w:w="1928" w:type="dxa"/>
            <w:vAlign w:val="bottom"/>
          </w:tcPr>
          <w:p w14:paraId="5FFC37A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69EF41C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-0.51</w:t>
            </w:r>
          </w:p>
        </w:tc>
        <w:tc>
          <w:tcPr>
            <w:tcW w:w="1928" w:type="dxa"/>
            <w:vAlign w:val="bottom"/>
          </w:tcPr>
          <w:p w14:paraId="1ABA65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0.86334683</w:t>
            </w:r>
          </w:p>
        </w:tc>
      </w:tr>
      <w:tr w:rsidR="005816E5" w:rsidRPr="00EB75F0" w14:paraId="34AC67FC" w14:textId="77777777" w:rsidTr="00C32B29">
        <w:trPr>
          <w:trHeight w:val="288"/>
        </w:trPr>
        <w:tc>
          <w:tcPr>
            <w:tcW w:w="1927" w:type="dxa"/>
            <w:vAlign w:val="bottom"/>
          </w:tcPr>
          <w:p w14:paraId="5FCD351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Sacchetti 2008</w:t>
            </w:r>
          </w:p>
        </w:tc>
        <w:tc>
          <w:tcPr>
            <w:tcW w:w="1927" w:type="dxa"/>
            <w:vAlign w:val="bottom"/>
          </w:tcPr>
          <w:p w14:paraId="5E7980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25</w:t>
            </w:r>
          </w:p>
        </w:tc>
        <w:tc>
          <w:tcPr>
            <w:tcW w:w="1928" w:type="dxa"/>
            <w:vAlign w:val="bottom"/>
          </w:tcPr>
          <w:p w14:paraId="7649585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76CEDAF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8B436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0.9293</w:t>
            </w:r>
          </w:p>
        </w:tc>
      </w:tr>
      <w:tr w:rsidR="005816E5" w:rsidRPr="00EB75F0" w14:paraId="3290AE35" w14:textId="77777777" w:rsidTr="00C32B29">
        <w:trPr>
          <w:trHeight w:val="288"/>
        </w:trPr>
        <w:tc>
          <w:tcPr>
            <w:tcW w:w="1927" w:type="dxa"/>
            <w:vAlign w:val="bottom"/>
          </w:tcPr>
          <w:p w14:paraId="551DFD7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Sacchetti 2008</w:t>
            </w:r>
          </w:p>
        </w:tc>
        <w:tc>
          <w:tcPr>
            <w:tcW w:w="1927" w:type="dxa"/>
            <w:vAlign w:val="bottom"/>
          </w:tcPr>
          <w:p w14:paraId="7A90E28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25</w:t>
            </w:r>
          </w:p>
        </w:tc>
        <w:tc>
          <w:tcPr>
            <w:tcW w:w="1928" w:type="dxa"/>
            <w:vAlign w:val="bottom"/>
          </w:tcPr>
          <w:p w14:paraId="234ED59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2264000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-2.5204461</w:t>
            </w:r>
          </w:p>
        </w:tc>
        <w:tc>
          <w:tcPr>
            <w:tcW w:w="1928" w:type="dxa"/>
            <w:vAlign w:val="bottom"/>
          </w:tcPr>
          <w:p w14:paraId="7161088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1.31422866</w:t>
            </w:r>
          </w:p>
        </w:tc>
      </w:tr>
      <w:tr w:rsidR="005816E5" w:rsidRPr="00EB75F0" w14:paraId="58277B0B" w14:textId="77777777" w:rsidTr="00C32B29">
        <w:trPr>
          <w:trHeight w:val="288"/>
        </w:trPr>
        <w:tc>
          <w:tcPr>
            <w:tcW w:w="1927" w:type="dxa"/>
            <w:vAlign w:val="bottom"/>
          </w:tcPr>
          <w:p w14:paraId="737803A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Sacchetti 2008</w:t>
            </w:r>
          </w:p>
        </w:tc>
        <w:tc>
          <w:tcPr>
            <w:tcW w:w="1927" w:type="dxa"/>
            <w:vAlign w:val="bottom"/>
          </w:tcPr>
          <w:p w14:paraId="5E3082F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25</w:t>
            </w:r>
          </w:p>
        </w:tc>
        <w:tc>
          <w:tcPr>
            <w:tcW w:w="1928" w:type="dxa"/>
            <w:vAlign w:val="bottom"/>
          </w:tcPr>
          <w:p w14:paraId="061E310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4F4AA7F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-0.34572491</w:t>
            </w:r>
          </w:p>
        </w:tc>
        <w:tc>
          <w:tcPr>
            <w:tcW w:w="1928" w:type="dxa"/>
            <w:vAlign w:val="bottom"/>
          </w:tcPr>
          <w:p w14:paraId="7E1A75D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1.31422866</w:t>
            </w:r>
          </w:p>
        </w:tc>
      </w:tr>
      <w:tr w:rsidR="005816E5" w:rsidRPr="00EB75F0" w14:paraId="468C3103" w14:textId="77777777" w:rsidTr="00C32B29">
        <w:trPr>
          <w:trHeight w:val="288"/>
        </w:trPr>
        <w:tc>
          <w:tcPr>
            <w:tcW w:w="1927" w:type="dxa"/>
            <w:vAlign w:val="bottom"/>
          </w:tcPr>
          <w:p w14:paraId="7DA828D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Schmidt 2012</w:t>
            </w:r>
          </w:p>
        </w:tc>
        <w:tc>
          <w:tcPr>
            <w:tcW w:w="1927" w:type="dxa"/>
            <w:vAlign w:val="bottom"/>
          </w:tcPr>
          <w:p w14:paraId="3733A3C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55</w:t>
            </w:r>
          </w:p>
        </w:tc>
        <w:tc>
          <w:tcPr>
            <w:tcW w:w="1928" w:type="dxa"/>
            <w:vAlign w:val="bottom"/>
          </w:tcPr>
          <w:p w14:paraId="531E39C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99C054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1842BA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EBD014F" w14:textId="77777777" w:rsidTr="00C32B29">
        <w:trPr>
          <w:trHeight w:val="288"/>
        </w:trPr>
        <w:tc>
          <w:tcPr>
            <w:tcW w:w="1927" w:type="dxa"/>
            <w:vAlign w:val="bottom"/>
          </w:tcPr>
          <w:p w14:paraId="0B411D8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Schmidt 2012</w:t>
            </w:r>
          </w:p>
        </w:tc>
        <w:tc>
          <w:tcPr>
            <w:tcW w:w="1927" w:type="dxa"/>
            <w:vAlign w:val="bottom"/>
          </w:tcPr>
          <w:p w14:paraId="5C16966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81</w:t>
            </w:r>
          </w:p>
        </w:tc>
        <w:tc>
          <w:tcPr>
            <w:tcW w:w="1928" w:type="dxa"/>
            <w:vAlign w:val="bottom"/>
          </w:tcPr>
          <w:p w14:paraId="699445B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7843004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w:t>
            </w:r>
          </w:p>
        </w:tc>
        <w:tc>
          <w:tcPr>
            <w:tcW w:w="1928" w:type="dxa"/>
            <w:vAlign w:val="bottom"/>
          </w:tcPr>
          <w:p w14:paraId="3D6D8CB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0.73490288</w:t>
            </w:r>
          </w:p>
        </w:tc>
      </w:tr>
      <w:tr w:rsidR="005816E5" w:rsidRPr="00EB75F0" w14:paraId="15E8CDEC" w14:textId="77777777" w:rsidTr="00C32B29">
        <w:trPr>
          <w:trHeight w:val="288"/>
        </w:trPr>
        <w:tc>
          <w:tcPr>
            <w:tcW w:w="1927" w:type="dxa"/>
            <w:vAlign w:val="bottom"/>
          </w:tcPr>
          <w:p w14:paraId="23E7F49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Shen 2014</w:t>
            </w:r>
          </w:p>
        </w:tc>
        <w:tc>
          <w:tcPr>
            <w:tcW w:w="1927" w:type="dxa"/>
            <w:vAlign w:val="bottom"/>
          </w:tcPr>
          <w:p w14:paraId="149F03E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77</w:t>
            </w:r>
          </w:p>
        </w:tc>
        <w:tc>
          <w:tcPr>
            <w:tcW w:w="1928" w:type="dxa"/>
            <w:vAlign w:val="bottom"/>
          </w:tcPr>
          <w:p w14:paraId="336452A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AC2FBC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541BC7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1EB5FA6" w14:textId="77777777" w:rsidTr="00C32B29">
        <w:trPr>
          <w:trHeight w:val="288"/>
        </w:trPr>
        <w:tc>
          <w:tcPr>
            <w:tcW w:w="1927" w:type="dxa"/>
            <w:vAlign w:val="bottom"/>
          </w:tcPr>
          <w:p w14:paraId="1F30874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Shen 2014</w:t>
            </w:r>
          </w:p>
        </w:tc>
        <w:tc>
          <w:tcPr>
            <w:tcW w:w="1927" w:type="dxa"/>
            <w:vAlign w:val="bottom"/>
          </w:tcPr>
          <w:p w14:paraId="23C2F05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77</w:t>
            </w:r>
          </w:p>
        </w:tc>
        <w:tc>
          <w:tcPr>
            <w:tcW w:w="1928" w:type="dxa"/>
            <w:vAlign w:val="bottom"/>
          </w:tcPr>
          <w:p w14:paraId="088ACD8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4FFBE6B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-3.8</w:t>
            </w:r>
          </w:p>
        </w:tc>
        <w:tc>
          <w:tcPr>
            <w:tcW w:w="1928" w:type="dxa"/>
            <w:vAlign w:val="bottom"/>
          </w:tcPr>
          <w:p w14:paraId="0DD00F6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1.01154183</w:t>
            </w:r>
          </w:p>
        </w:tc>
      </w:tr>
    </w:tbl>
    <w:p w14:paraId="3DC1217F" w14:textId="77777777" w:rsidR="005816E5" w:rsidRPr="00EB75F0" w:rsidRDefault="005816E5" w:rsidP="005816E5">
      <w:pPr>
        <w:pStyle w:val="BodyText"/>
      </w:pPr>
    </w:p>
    <w:p w14:paraId="352ED5D6" w14:textId="77777777" w:rsidR="005816E5" w:rsidRPr="00541089" w:rsidRDefault="005816E5" w:rsidP="005816E5">
      <w:pPr>
        <w:pStyle w:val="Heading2"/>
      </w:pPr>
      <w:r w:rsidRPr="00541089">
        <w:lastRenderedPageBreak/>
        <w:t>Change from baseline CGI-S score</w:t>
      </w:r>
    </w:p>
    <w:p w14:paraId="60CE5545" w14:textId="2D8E5DEC" w:rsidR="005816E5" w:rsidRPr="00EB75F0" w:rsidRDefault="00A06AE8" w:rsidP="00541089">
      <w:pPr>
        <w:pStyle w:val="Heading3"/>
      </w:pPr>
      <w:r w:rsidRPr="00EB75F0">
        <w:t>Table S</w:t>
      </w:r>
      <w:fldSimple w:instr=" STYLEREF 1 \s ">
        <w:r w:rsidR="004B2F28">
          <w:rPr>
            <w:noProof/>
          </w:rPr>
          <w:t>10</w:t>
        </w:r>
      </w:fldSimple>
      <w:r w:rsidR="00EE288E" w:rsidRPr="00EB75F0">
        <w:noBreakHyphen/>
      </w:r>
      <w:fldSimple w:instr=" SEQ Table \* ARABIC \s 1 ">
        <w:r w:rsidR="004B2F28">
          <w:rPr>
            <w:noProof/>
          </w:rPr>
          <w:t>4</w:t>
        </w:r>
      </w:fldSimple>
      <w:r w:rsidR="005816E5" w:rsidRPr="00EB75F0">
        <w:t>: NMA input dataset - change from baseline CGI-S score, base case network</w:t>
      </w:r>
    </w:p>
    <w:tbl>
      <w:tblPr>
        <w:tblStyle w:val="Lumanitytable"/>
        <w:tblW w:w="9638" w:type="dxa"/>
        <w:tblLook w:val="04A0" w:firstRow="1" w:lastRow="0" w:firstColumn="1" w:lastColumn="0" w:noHBand="0" w:noVBand="1"/>
      </w:tblPr>
      <w:tblGrid>
        <w:gridCol w:w="1906"/>
        <w:gridCol w:w="2026"/>
        <w:gridCol w:w="1926"/>
        <w:gridCol w:w="1890"/>
        <w:gridCol w:w="1890"/>
      </w:tblGrid>
      <w:tr w:rsidR="005816E5" w:rsidRPr="00EB75F0" w14:paraId="090484AA" w14:textId="77777777" w:rsidTr="00C32B29">
        <w:trPr>
          <w:cnfStyle w:val="100000000000" w:firstRow="1" w:lastRow="0" w:firstColumn="0" w:lastColumn="0" w:oddVBand="0" w:evenVBand="0" w:oddHBand="0" w:evenHBand="0" w:firstRowFirstColumn="0" w:firstRowLastColumn="0" w:lastRowFirstColumn="0" w:lastRowLastColumn="0"/>
          <w:trHeight w:val="288"/>
        </w:trPr>
        <w:tc>
          <w:tcPr>
            <w:tcW w:w="1927" w:type="dxa"/>
            <w:vAlign w:val="bottom"/>
          </w:tcPr>
          <w:p w14:paraId="66AA32CC" w14:textId="77777777" w:rsidR="005816E5" w:rsidRPr="00541089" w:rsidRDefault="005816E5" w:rsidP="00541089">
            <w:pPr>
              <w:pStyle w:val="Heading3"/>
              <w:rPr>
                <w:rFonts w:eastAsia="Times New Roman" w:cs="Times New Roman"/>
                <w:b/>
                <w:sz w:val="24"/>
                <w:szCs w:val="20"/>
              </w:rPr>
            </w:pPr>
            <w:proofErr w:type="spellStart"/>
            <w:r w:rsidRPr="00541089">
              <w:rPr>
                <w:rFonts w:eastAsia="Times New Roman" w:cs="Times New Roman"/>
                <w:b/>
                <w:szCs w:val="20"/>
              </w:rPr>
              <w:t>StudyName</w:t>
            </w:r>
            <w:proofErr w:type="spellEnd"/>
          </w:p>
        </w:tc>
        <w:tc>
          <w:tcPr>
            <w:tcW w:w="1927" w:type="dxa"/>
            <w:vAlign w:val="bottom"/>
          </w:tcPr>
          <w:p w14:paraId="2A6BAA2E" w14:textId="77777777" w:rsidR="005816E5" w:rsidRPr="00541089" w:rsidRDefault="005816E5" w:rsidP="00541089">
            <w:pPr>
              <w:pStyle w:val="Heading3"/>
              <w:rPr>
                <w:rFonts w:eastAsia="Times New Roman" w:cs="Times New Roman"/>
                <w:b/>
                <w:sz w:val="24"/>
                <w:szCs w:val="20"/>
              </w:rPr>
            </w:pPr>
            <w:proofErr w:type="spellStart"/>
            <w:r w:rsidRPr="00541089">
              <w:rPr>
                <w:rFonts w:eastAsia="Times New Roman" w:cs="Times New Roman"/>
                <w:b/>
                <w:szCs w:val="20"/>
              </w:rPr>
              <w:t>NumberAnalysed</w:t>
            </w:r>
            <w:proofErr w:type="spellEnd"/>
          </w:p>
        </w:tc>
        <w:tc>
          <w:tcPr>
            <w:tcW w:w="1928" w:type="dxa"/>
            <w:vAlign w:val="bottom"/>
          </w:tcPr>
          <w:p w14:paraId="7F6C7A07" w14:textId="77777777" w:rsidR="005816E5" w:rsidRPr="00541089" w:rsidRDefault="005816E5" w:rsidP="00541089">
            <w:pPr>
              <w:pStyle w:val="Heading3"/>
              <w:rPr>
                <w:rFonts w:eastAsia="Times New Roman" w:cs="Times New Roman"/>
                <w:b/>
                <w:sz w:val="24"/>
                <w:szCs w:val="20"/>
              </w:rPr>
            </w:pPr>
            <w:proofErr w:type="spellStart"/>
            <w:r w:rsidRPr="00541089">
              <w:rPr>
                <w:rFonts w:eastAsia="Times New Roman" w:cs="Times New Roman"/>
                <w:b/>
                <w:szCs w:val="20"/>
              </w:rPr>
              <w:t>TreatmentName</w:t>
            </w:r>
            <w:proofErr w:type="spellEnd"/>
          </w:p>
        </w:tc>
        <w:tc>
          <w:tcPr>
            <w:tcW w:w="1928" w:type="dxa"/>
            <w:vAlign w:val="bottom"/>
          </w:tcPr>
          <w:p w14:paraId="7F925E24" w14:textId="77777777" w:rsidR="005816E5" w:rsidRPr="00541089" w:rsidRDefault="005816E5" w:rsidP="00541089">
            <w:pPr>
              <w:pStyle w:val="Heading3"/>
              <w:rPr>
                <w:rFonts w:eastAsia="Times New Roman" w:cs="Times New Roman"/>
                <w:b/>
                <w:sz w:val="24"/>
                <w:szCs w:val="20"/>
              </w:rPr>
            </w:pPr>
            <w:r w:rsidRPr="00541089">
              <w:rPr>
                <w:rFonts w:eastAsia="Times New Roman" w:cs="Times New Roman"/>
                <w:b/>
                <w:szCs w:val="20"/>
              </w:rPr>
              <w:t>diff</w:t>
            </w:r>
          </w:p>
        </w:tc>
        <w:tc>
          <w:tcPr>
            <w:tcW w:w="1928" w:type="dxa"/>
            <w:vAlign w:val="bottom"/>
          </w:tcPr>
          <w:p w14:paraId="2D32982B" w14:textId="77777777" w:rsidR="005816E5" w:rsidRPr="00541089" w:rsidRDefault="005816E5" w:rsidP="00541089">
            <w:pPr>
              <w:pStyle w:val="Heading3"/>
              <w:rPr>
                <w:rFonts w:eastAsia="Times New Roman" w:cs="Times New Roman"/>
                <w:b/>
                <w:sz w:val="24"/>
                <w:szCs w:val="20"/>
              </w:rPr>
            </w:pPr>
            <w:proofErr w:type="spellStart"/>
            <w:r w:rsidRPr="00541089">
              <w:rPr>
                <w:rFonts w:eastAsia="Times New Roman" w:cs="Times New Roman"/>
                <w:b/>
                <w:szCs w:val="20"/>
              </w:rPr>
              <w:t>std.err</w:t>
            </w:r>
            <w:proofErr w:type="spellEnd"/>
          </w:p>
        </w:tc>
      </w:tr>
      <w:tr w:rsidR="005816E5" w:rsidRPr="00EB75F0" w14:paraId="3DADC164" w14:textId="77777777" w:rsidTr="00C32B29">
        <w:trPr>
          <w:trHeight w:val="288"/>
        </w:trPr>
        <w:tc>
          <w:tcPr>
            <w:tcW w:w="1927" w:type="dxa"/>
            <w:vAlign w:val="bottom"/>
          </w:tcPr>
          <w:p w14:paraId="0D62157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Cantillon 2017</w:t>
            </w:r>
          </w:p>
        </w:tc>
        <w:tc>
          <w:tcPr>
            <w:tcW w:w="1927" w:type="dxa"/>
            <w:vAlign w:val="bottom"/>
          </w:tcPr>
          <w:p w14:paraId="06DE80C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w:t>
            </w:r>
          </w:p>
        </w:tc>
        <w:tc>
          <w:tcPr>
            <w:tcW w:w="1928" w:type="dxa"/>
            <w:vAlign w:val="bottom"/>
          </w:tcPr>
          <w:p w14:paraId="20FF002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1B591E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DAC7FC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B0CB686" w14:textId="77777777" w:rsidTr="00C32B29">
        <w:trPr>
          <w:trHeight w:val="288"/>
        </w:trPr>
        <w:tc>
          <w:tcPr>
            <w:tcW w:w="1927" w:type="dxa"/>
            <w:vAlign w:val="bottom"/>
          </w:tcPr>
          <w:p w14:paraId="4DE0EE9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Cantillon 2017</w:t>
            </w:r>
          </w:p>
        </w:tc>
        <w:tc>
          <w:tcPr>
            <w:tcW w:w="1927" w:type="dxa"/>
            <w:vAlign w:val="bottom"/>
          </w:tcPr>
          <w:p w14:paraId="492E322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19</w:t>
            </w:r>
          </w:p>
        </w:tc>
        <w:tc>
          <w:tcPr>
            <w:tcW w:w="1928" w:type="dxa"/>
            <w:vAlign w:val="bottom"/>
          </w:tcPr>
          <w:p w14:paraId="0C47FD4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40CD771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0.38</w:t>
            </w:r>
          </w:p>
        </w:tc>
        <w:tc>
          <w:tcPr>
            <w:tcW w:w="1928" w:type="dxa"/>
            <w:vAlign w:val="bottom"/>
          </w:tcPr>
          <w:p w14:paraId="255DD04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0.30764003</w:t>
            </w:r>
          </w:p>
        </w:tc>
      </w:tr>
      <w:tr w:rsidR="005816E5" w:rsidRPr="00EB75F0" w14:paraId="78F1D936" w14:textId="77777777" w:rsidTr="00C32B29">
        <w:trPr>
          <w:trHeight w:val="288"/>
        </w:trPr>
        <w:tc>
          <w:tcPr>
            <w:tcW w:w="1927" w:type="dxa"/>
            <w:vAlign w:val="bottom"/>
          </w:tcPr>
          <w:p w14:paraId="51C2EE0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Casey 2008</w:t>
            </w:r>
          </w:p>
        </w:tc>
        <w:tc>
          <w:tcPr>
            <w:tcW w:w="1927" w:type="dxa"/>
            <w:vAlign w:val="bottom"/>
          </w:tcPr>
          <w:p w14:paraId="3E3230A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114</w:t>
            </w:r>
          </w:p>
        </w:tc>
        <w:tc>
          <w:tcPr>
            <w:tcW w:w="1928" w:type="dxa"/>
            <w:vAlign w:val="bottom"/>
          </w:tcPr>
          <w:p w14:paraId="268038C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00FDFA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C04A31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6DD9247" w14:textId="77777777" w:rsidTr="00C32B29">
        <w:trPr>
          <w:trHeight w:val="288"/>
        </w:trPr>
        <w:tc>
          <w:tcPr>
            <w:tcW w:w="1927" w:type="dxa"/>
            <w:vAlign w:val="bottom"/>
          </w:tcPr>
          <w:p w14:paraId="7126D25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Casey 2008</w:t>
            </w:r>
          </w:p>
        </w:tc>
        <w:tc>
          <w:tcPr>
            <w:tcW w:w="1927" w:type="dxa"/>
            <w:vAlign w:val="bottom"/>
          </w:tcPr>
          <w:p w14:paraId="796153C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116</w:t>
            </w:r>
          </w:p>
        </w:tc>
        <w:tc>
          <w:tcPr>
            <w:tcW w:w="1928" w:type="dxa"/>
            <w:vAlign w:val="bottom"/>
          </w:tcPr>
          <w:p w14:paraId="25D7442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4E5F07D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-0.51</w:t>
            </w:r>
          </w:p>
        </w:tc>
        <w:tc>
          <w:tcPr>
            <w:tcW w:w="1928" w:type="dxa"/>
            <w:vAlign w:val="bottom"/>
          </w:tcPr>
          <w:p w14:paraId="2EBD150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0.11869297</w:t>
            </w:r>
          </w:p>
        </w:tc>
      </w:tr>
      <w:tr w:rsidR="005816E5" w:rsidRPr="00EB75F0" w14:paraId="7E8F3AA4" w14:textId="77777777" w:rsidTr="00C32B29">
        <w:trPr>
          <w:trHeight w:val="288"/>
        </w:trPr>
        <w:tc>
          <w:tcPr>
            <w:tcW w:w="1927" w:type="dxa"/>
            <w:vAlign w:val="bottom"/>
          </w:tcPr>
          <w:p w14:paraId="1D417F9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Chan 2007</w:t>
            </w:r>
          </w:p>
        </w:tc>
        <w:tc>
          <w:tcPr>
            <w:tcW w:w="1927" w:type="dxa"/>
            <w:vAlign w:val="bottom"/>
          </w:tcPr>
          <w:p w14:paraId="74C9915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49</w:t>
            </w:r>
          </w:p>
        </w:tc>
        <w:tc>
          <w:tcPr>
            <w:tcW w:w="1928" w:type="dxa"/>
            <w:vAlign w:val="bottom"/>
          </w:tcPr>
          <w:p w14:paraId="73DA62C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1C0BEC38"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071F34B"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AFCE6B5" w14:textId="77777777" w:rsidTr="00C32B29">
        <w:trPr>
          <w:trHeight w:val="288"/>
        </w:trPr>
        <w:tc>
          <w:tcPr>
            <w:tcW w:w="1927" w:type="dxa"/>
            <w:vAlign w:val="bottom"/>
          </w:tcPr>
          <w:p w14:paraId="57C9A0D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Chan 2007</w:t>
            </w:r>
          </w:p>
        </w:tc>
        <w:tc>
          <w:tcPr>
            <w:tcW w:w="1927" w:type="dxa"/>
            <w:vAlign w:val="bottom"/>
          </w:tcPr>
          <w:p w14:paraId="6D2C03F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34</w:t>
            </w:r>
          </w:p>
        </w:tc>
        <w:tc>
          <w:tcPr>
            <w:tcW w:w="1928" w:type="dxa"/>
            <w:vAlign w:val="bottom"/>
          </w:tcPr>
          <w:p w14:paraId="4C9FF1F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2F13750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w:t>
            </w:r>
          </w:p>
        </w:tc>
        <w:tc>
          <w:tcPr>
            <w:tcW w:w="1928" w:type="dxa"/>
            <w:vAlign w:val="bottom"/>
          </w:tcPr>
          <w:p w14:paraId="187CE8D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0.2326062</w:t>
            </w:r>
          </w:p>
        </w:tc>
      </w:tr>
      <w:tr w:rsidR="005816E5" w:rsidRPr="00EB75F0" w14:paraId="37B50353" w14:textId="77777777" w:rsidTr="00C32B29">
        <w:trPr>
          <w:trHeight w:val="288"/>
        </w:trPr>
        <w:tc>
          <w:tcPr>
            <w:tcW w:w="1927" w:type="dxa"/>
            <w:vAlign w:val="bottom"/>
          </w:tcPr>
          <w:p w14:paraId="232B717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2015</w:t>
            </w:r>
          </w:p>
        </w:tc>
        <w:tc>
          <w:tcPr>
            <w:tcW w:w="1927" w:type="dxa"/>
            <w:vAlign w:val="bottom"/>
          </w:tcPr>
          <w:p w14:paraId="54ADAA0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181</w:t>
            </w:r>
          </w:p>
        </w:tc>
        <w:tc>
          <w:tcPr>
            <w:tcW w:w="1928" w:type="dxa"/>
            <w:vAlign w:val="bottom"/>
          </w:tcPr>
          <w:p w14:paraId="2561357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D4D35C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613FBF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BB9BFB9" w14:textId="77777777" w:rsidTr="00C32B29">
        <w:trPr>
          <w:trHeight w:val="288"/>
        </w:trPr>
        <w:tc>
          <w:tcPr>
            <w:tcW w:w="1927" w:type="dxa"/>
            <w:vAlign w:val="bottom"/>
          </w:tcPr>
          <w:p w14:paraId="364D588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2015</w:t>
            </w:r>
          </w:p>
        </w:tc>
        <w:tc>
          <w:tcPr>
            <w:tcW w:w="1927" w:type="dxa"/>
            <w:vAlign w:val="bottom"/>
          </w:tcPr>
          <w:p w14:paraId="5049F08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359</w:t>
            </w:r>
          </w:p>
        </w:tc>
        <w:tc>
          <w:tcPr>
            <w:tcW w:w="1928" w:type="dxa"/>
            <w:vAlign w:val="bottom"/>
          </w:tcPr>
          <w:p w14:paraId="3F9E7CA9"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3E2129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-0.36479109</w:t>
            </w:r>
          </w:p>
        </w:tc>
        <w:tc>
          <w:tcPr>
            <w:tcW w:w="1928" w:type="dxa"/>
            <w:vAlign w:val="bottom"/>
          </w:tcPr>
          <w:p w14:paraId="19479F5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0.09830326</w:t>
            </w:r>
          </w:p>
        </w:tc>
      </w:tr>
      <w:tr w:rsidR="005816E5" w:rsidRPr="00EB75F0" w14:paraId="679BAD35" w14:textId="77777777" w:rsidTr="00C32B29">
        <w:trPr>
          <w:trHeight w:val="288"/>
        </w:trPr>
        <w:tc>
          <w:tcPr>
            <w:tcW w:w="1927" w:type="dxa"/>
            <w:vAlign w:val="bottom"/>
          </w:tcPr>
          <w:p w14:paraId="4FFD0F9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1927" w:type="dxa"/>
            <w:vAlign w:val="bottom"/>
          </w:tcPr>
          <w:p w14:paraId="3A4C2F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c>
          <w:tcPr>
            <w:tcW w:w="1928" w:type="dxa"/>
            <w:vAlign w:val="bottom"/>
          </w:tcPr>
          <w:p w14:paraId="17D7A50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6E23EF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096E35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0.1202864</w:t>
            </w:r>
          </w:p>
        </w:tc>
      </w:tr>
      <w:tr w:rsidR="005816E5" w:rsidRPr="00EB75F0" w14:paraId="5DCD5B41" w14:textId="77777777" w:rsidTr="00C32B29">
        <w:trPr>
          <w:trHeight w:val="288"/>
        </w:trPr>
        <w:tc>
          <w:tcPr>
            <w:tcW w:w="1927" w:type="dxa"/>
            <w:vAlign w:val="bottom"/>
          </w:tcPr>
          <w:p w14:paraId="5A50C42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1927" w:type="dxa"/>
            <w:vAlign w:val="bottom"/>
          </w:tcPr>
          <w:p w14:paraId="6782470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50</w:t>
            </w:r>
          </w:p>
        </w:tc>
        <w:tc>
          <w:tcPr>
            <w:tcW w:w="1928" w:type="dxa"/>
            <w:vAlign w:val="bottom"/>
          </w:tcPr>
          <w:p w14:paraId="0BEC24E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7D5146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-0.25</w:t>
            </w:r>
          </w:p>
        </w:tc>
        <w:tc>
          <w:tcPr>
            <w:tcW w:w="1928" w:type="dxa"/>
            <w:vAlign w:val="bottom"/>
          </w:tcPr>
          <w:p w14:paraId="3218003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0.20001704</w:t>
            </w:r>
          </w:p>
        </w:tc>
      </w:tr>
      <w:tr w:rsidR="005816E5" w:rsidRPr="00EB75F0" w14:paraId="654566A2" w14:textId="77777777" w:rsidTr="00C32B29">
        <w:trPr>
          <w:trHeight w:val="288"/>
        </w:trPr>
        <w:tc>
          <w:tcPr>
            <w:tcW w:w="1927" w:type="dxa"/>
            <w:vAlign w:val="bottom"/>
          </w:tcPr>
          <w:p w14:paraId="2A32B09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1927" w:type="dxa"/>
            <w:vAlign w:val="bottom"/>
          </w:tcPr>
          <w:p w14:paraId="75AC90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90</w:t>
            </w:r>
          </w:p>
        </w:tc>
        <w:tc>
          <w:tcPr>
            <w:tcW w:w="1928" w:type="dxa"/>
            <w:vAlign w:val="bottom"/>
          </w:tcPr>
          <w:p w14:paraId="782AB930"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1A0F673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-0.07</w:t>
            </w:r>
          </w:p>
        </w:tc>
        <w:tc>
          <w:tcPr>
            <w:tcW w:w="1928" w:type="dxa"/>
            <w:vAlign w:val="bottom"/>
          </w:tcPr>
          <w:p w14:paraId="5BF8724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0.17685818</w:t>
            </w:r>
          </w:p>
        </w:tc>
      </w:tr>
      <w:tr w:rsidR="005816E5" w:rsidRPr="00EB75F0" w14:paraId="69554C9C" w14:textId="77777777" w:rsidTr="00C32B29">
        <w:trPr>
          <w:trHeight w:val="288"/>
        </w:trPr>
        <w:tc>
          <w:tcPr>
            <w:tcW w:w="1927" w:type="dxa"/>
            <w:vAlign w:val="bottom"/>
          </w:tcPr>
          <w:p w14:paraId="327F485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2020</w:t>
            </w:r>
          </w:p>
        </w:tc>
        <w:tc>
          <w:tcPr>
            <w:tcW w:w="1927" w:type="dxa"/>
            <w:vAlign w:val="bottom"/>
          </w:tcPr>
          <w:p w14:paraId="580621B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141</w:t>
            </w:r>
          </w:p>
        </w:tc>
        <w:tc>
          <w:tcPr>
            <w:tcW w:w="1928" w:type="dxa"/>
            <w:vAlign w:val="bottom"/>
          </w:tcPr>
          <w:p w14:paraId="7E49597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5EF9926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7725C8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C9A2248" w14:textId="77777777" w:rsidTr="00C32B29">
        <w:trPr>
          <w:trHeight w:val="288"/>
        </w:trPr>
        <w:tc>
          <w:tcPr>
            <w:tcW w:w="1927" w:type="dxa"/>
            <w:vAlign w:val="bottom"/>
          </w:tcPr>
          <w:p w14:paraId="0868F02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2020</w:t>
            </w:r>
          </w:p>
        </w:tc>
        <w:tc>
          <w:tcPr>
            <w:tcW w:w="1927" w:type="dxa"/>
            <w:vAlign w:val="bottom"/>
          </w:tcPr>
          <w:p w14:paraId="3CD1450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148</w:t>
            </w:r>
          </w:p>
        </w:tc>
        <w:tc>
          <w:tcPr>
            <w:tcW w:w="1928" w:type="dxa"/>
            <w:vAlign w:val="bottom"/>
          </w:tcPr>
          <w:p w14:paraId="4352275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Lumateperone</w:t>
            </w:r>
            <w:proofErr w:type="spellEnd"/>
          </w:p>
        </w:tc>
        <w:tc>
          <w:tcPr>
            <w:tcW w:w="1928" w:type="dxa"/>
            <w:vAlign w:val="bottom"/>
          </w:tcPr>
          <w:p w14:paraId="41BBE98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w:t>
            </w:r>
          </w:p>
        </w:tc>
        <w:tc>
          <w:tcPr>
            <w:tcW w:w="1928" w:type="dxa"/>
            <w:vAlign w:val="bottom"/>
          </w:tcPr>
          <w:p w14:paraId="60F9DC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0.11295194</w:t>
            </w:r>
          </w:p>
        </w:tc>
      </w:tr>
      <w:tr w:rsidR="005816E5" w:rsidRPr="00EB75F0" w14:paraId="6428A75C" w14:textId="77777777" w:rsidTr="00C32B29">
        <w:trPr>
          <w:trHeight w:val="288"/>
        </w:trPr>
        <w:tc>
          <w:tcPr>
            <w:tcW w:w="1927" w:type="dxa"/>
            <w:vAlign w:val="bottom"/>
          </w:tcPr>
          <w:p w14:paraId="70221FD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Corrigan 2004</w:t>
            </w:r>
          </w:p>
        </w:tc>
        <w:tc>
          <w:tcPr>
            <w:tcW w:w="1927" w:type="dxa"/>
            <w:vAlign w:val="bottom"/>
          </w:tcPr>
          <w:p w14:paraId="682D36E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85</w:t>
            </w:r>
          </w:p>
        </w:tc>
        <w:tc>
          <w:tcPr>
            <w:tcW w:w="1928" w:type="dxa"/>
            <w:vAlign w:val="bottom"/>
          </w:tcPr>
          <w:p w14:paraId="29A1139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37A4EF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63541C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1F03F19" w14:textId="77777777" w:rsidTr="00C32B29">
        <w:trPr>
          <w:trHeight w:val="288"/>
        </w:trPr>
        <w:tc>
          <w:tcPr>
            <w:tcW w:w="1927" w:type="dxa"/>
            <w:vAlign w:val="bottom"/>
          </w:tcPr>
          <w:p w14:paraId="06A9663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Corrigan 2004</w:t>
            </w:r>
          </w:p>
        </w:tc>
        <w:tc>
          <w:tcPr>
            <w:tcW w:w="1927" w:type="dxa"/>
            <w:vAlign w:val="bottom"/>
          </w:tcPr>
          <w:p w14:paraId="2BC408A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c>
          <w:tcPr>
            <w:tcW w:w="1928" w:type="dxa"/>
            <w:vAlign w:val="bottom"/>
          </w:tcPr>
          <w:p w14:paraId="1A8BD37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013D5BC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w:t>
            </w:r>
          </w:p>
        </w:tc>
        <w:tc>
          <w:tcPr>
            <w:tcW w:w="1928" w:type="dxa"/>
            <w:vAlign w:val="bottom"/>
          </w:tcPr>
          <w:p w14:paraId="29F75E7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0.20661846</w:t>
            </w:r>
          </w:p>
        </w:tc>
      </w:tr>
      <w:tr w:rsidR="005816E5" w:rsidRPr="00EB75F0" w14:paraId="4B1487BF" w14:textId="77777777" w:rsidTr="00C32B29">
        <w:trPr>
          <w:trHeight w:val="288"/>
        </w:trPr>
        <w:tc>
          <w:tcPr>
            <w:tcW w:w="1927" w:type="dxa"/>
            <w:vAlign w:val="bottom"/>
          </w:tcPr>
          <w:p w14:paraId="48B159B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Cutler 2006</w:t>
            </w:r>
          </w:p>
        </w:tc>
        <w:tc>
          <w:tcPr>
            <w:tcW w:w="1927" w:type="dxa"/>
            <w:vAlign w:val="bottom"/>
          </w:tcPr>
          <w:p w14:paraId="56CBA97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84</w:t>
            </w:r>
          </w:p>
        </w:tc>
        <w:tc>
          <w:tcPr>
            <w:tcW w:w="1928" w:type="dxa"/>
            <w:vAlign w:val="bottom"/>
          </w:tcPr>
          <w:p w14:paraId="5E30420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C6292B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CA32D7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014C666" w14:textId="77777777" w:rsidTr="00C32B29">
        <w:trPr>
          <w:trHeight w:val="288"/>
        </w:trPr>
        <w:tc>
          <w:tcPr>
            <w:tcW w:w="1927" w:type="dxa"/>
            <w:vAlign w:val="bottom"/>
          </w:tcPr>
          <w:p w14:paraId="6DA88FE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Cutler 2006</w:t>
            </w:r>
          </w:p>
        </w:tc>
        <w:tc>
          <w:tcPr>
            <w:tcW w:w="1927" w:type="dxa"/>
            <w:vAlign w:val="bottom"/>
          </w:tcPr>
          <w:p w14:paraId="76A5E2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85</w:t>
            </w:r>
          </w:p>
        </w:tc>
        <w:tc>
          <w:tcPr>
            <w:tcW w:w="1928" w:type="dxa"/>
            <w:vAlign w:val="bottom"/>
          </w:tcPr>
          <w:p w14:paraId="54F1B78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5819C02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w:t>
            </w:r>
          </w:p>
        </w:tc>
        <w:tc>
          <w:tcPr>
            <w:tcW w:w="1928" w:type="dxa"/>
            <w:vAlign w:val="bottom"/>
          </w:tcPr>
          <w:p w14:paraId="6EEE894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0.21183821</w:t>
            </w:r>
          </w:p>
        </w:tc>
      </w:tr>
      <w:tr w:rsidR="005816E5" w:rsidRPr="00EB75F0" w14:paraId="1E35ECF6" w14:textId="77777777" w:rsidTr="00C32B29">
        <w:trPr>
          <w:trHeight w:val="288"/>
        </w:trPr>
        <w:tc>
          <w:tcPr>
            <w:tcW w:w="1927" w:type="dxa"/>
            <w:vAlign w:val="bottom"/>
          </w:tcPr>
          <w:p w14:paraId="480C290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1927" w:type="dxa"/>
            <w:vAlign w:val="bottom"/>
          </w:tcPr>
          <w:p w14:paraId="158E893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148</w:t>
            </w:r>
          </w:p>
        </w:tc>
        <w:tc>
          <w:tcPr>
            <w:tcW w:w="1928" w:type="dxa"/>
            <w:vAlign w:val="bottom"/>
          </w:tcPr>
          <w:p w14:paraId="1833127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A58595C"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A69217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0.10028338</w:t>
            </w:r>
          </w:p>
        </w:tc>
      </w:tr>
      <w:tr w:rsidR="005816E5" w:rsidRPr="00EB75F0" w14:paraId="30F84F8C" w14:textId="77777777" w:rsidTr="00C32B29">
        <w:trPr>
          <w:trHeight w:val="288"/>
        </w:trPr>
        <w:tc>
          <w:tcPr>
            <w:tcW w:w="1927" w:type="dxa"/>
            <w:vAlign w:val="bottom"/>
          </w:tcPr>
          <w:p w14:paraId="15D0503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1927" w:type="dxa"/>
            <w:vAlign w:val="bottom"/>
          </w:tcPr>
          <w:p w14:paraId="73A2265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425</w:t>
            </w:r>
          </w:p>
        </w:tc>
        <w:tc>
          <w:tcPr>
            <w:tcW w:w="1928" w:type="dxa"/>
            <w:vAlign w:val="bottom"/>
          </w:tcPr>
          <w:p w14:paraId="2EA4F78C"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09B9951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-0.43529412</w:t>
            </w:r>
          </w:p>
        </w:tc>
        <w:tc>
          <w:tcPr>
            <w:tcW w:w="1928" w:type="dxa"/>
            <w:vAlign w:val="bottom"/>
          </w:tcPr>
          <w:p w14:paraId="2F998E6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0.11563395</w:t>
            </w:r>
          </w:p>
        </w:tc>
      </w:tr>
      <w:tr w:rsidR="005816E5" w:rsidRPr="00EB75F0" w14:paraId="1958CD72" w14:textId="77777777" w:rsidTr="00C32B29">
        <w:trPr>
          <w:trHeight w:val="288"/>
        </w:trPr>
        <w:tc>
          <w:tcPr>
            <w:tcW w:w="1927" w:type="dxa"/>
            <w:vAlign w:val="bottom"/>
          </w:tcPr>
          <w:p w14:paraId="411070B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1927" w:type="dxa"/>
            <w:vAlign w:val="bottom"/>
          </w:tcPr>
          <w:p w14:paraId="2EC0376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138</w:t>
            </w:r>
          </w:p>
        </w:tc>
        <w:tc>
          <w:tcPr>
            <w:tcW w:w="1928" w:type="dxa"/>
            <w:vAlign w:val="bottom"/>
          </w:tcPr>
          <w:p w14:paraId="1F1A42F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4D888B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w:t>
            </w:r>
          </w:p>
        </w:tc>
        <w:tc>
          <w:tcPr>
            <w:tcW w:w="1928" w:type="dxa"/>
            <w:vAlign w:val="bottom"/>
          </w:tcPr>
          <w:p w14:paraId="0A69D68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0.14133762</w:t>
            </w:r>
          </w:p>
        </w:tc>
      </w:tr>
      <w:tr w:rsidR="005816E5" w:rsidRPr="00EB75F0" w14:paraId="6A829505" w14:textId="77777777" w:rsidTr="00C32B29">
        <w:trPr>
          <w:trHeight w:val="288"/>
        </w:trPr>
        <w:tc>
          <w:tcPr>
            <w:tcW w:w="1927" w:type="dxa"/>
            <w:vAlign w:val="bottom"/>
          </w:tcPr>
          <w:p w14:paraId="7ECE494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1927" w:type="dxa"/>
            <w:vAlign w:val="bottom"/>
          </w:tcPr>
          <w:p w14:paraId="4ADF2CB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149</w:t>
            </w:r>
          </w:p>
        </w:tc>
        <w:tc>
          <w:tcPr>
            <w:tcW w:w="1928" w:type="dxa"/>
            <w:vAlign w:val="bottom"/>
          </w:tcPr>
          <w:p w14:paraId="6EC2902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920890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034894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0.09994629</w:t>
            </w:r>
          </w:p>
        </w:tc>
      </w:tr>
      <w:tr w:rsidR="005816E5" w:rsidRPr="00EB75F0" w14:paraId="74230430" w14:textId="77777777" w:rsidTr="00C32B29">
        <w:trPr>
          <w:trHeight w:val="288"/>
        </w:trPr>
        <w:tc>
          <w:tcPr>
            <w:tcW w:w="1927" w:type="dxa"/>
            <w:vAlign w:val="bottom"/>
          </w:tcPr>
          <w:p w14:paraId="2E9BDE2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1927" w:type="dxa"/>
            <w:vAlign w:val="bottom"/>
          </w:tcPr>
          <w:p w14:paraId="2CA7136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c>
          <w:tcPr>
            <w:tcW w:w="1928" w:type="dxa"/>
            <w:vAlign w:val="bottom"/>
          </w:tcPr>
          <w:p w14:paraId="20A032F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3CCFA0F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w:t>
            </w:r>
          </w:p>
        </w:tc>
        <w:tc>
          <w:tcPr>
            <w:tcW w:w="1928" w:type="dxa"/>
            <w:vAlign w:val="bottom"/>
          </w:tcPr>
          <w:p w14:paraId="04600EC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0.14110963</w:t>
            </w:r>
          </w:p>
        </w:tc>
      </w:tr>
      <w:tr w:rsidR="005816E5" w:rsidRPr="00EB75F0" w14:paraId="3272475A" w14:textId="77777777" w:rsidTr="00C32B29">
        <w:trPr>
          <w:trHeight w:val="288"/>
        </w:trPr>
        <w:tc>
          <w:tcPr>
            <w:tcW w:w="1927" w:type="dxa"/>
            <w:vAlign w:val="bottom"/>
          </w:tcPr>
          <w:p w14:paraId="7E648BD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1927" w:type="dxa"/>
            <w:vAlign w:val="bottom"/>
          </w:tcPr>
          <w:p w14:paraId="725682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305</w:t>
            </w:r>
          </w:p>
        </w:tc>
        <w:tc>
          <w:tcPr>
            <w:tcW w:w="1928" w:type="dxa"/>
            <w:vAlign w:val="bottom"/>
          </w:tcPr>
          <w:p w14:paraId="7BE5443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25761BE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-0.4504918</w:t>
            </w:r>
          </w:p>
        </w:tc>
        <w:tc>
          <w:tcPr>
            <w:tcW w:w="1928" w:type="dxa"/>
            <w:vAlign w:val="bottom"/>
          </w:tcPr>
          <w:p w14:paraId="3F18B8B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0.12243563</w:t>
            </w:r>
          </w:p>
        </w:tc>
      </w:tr>
      <w:tr w:rsidR="005816E5" w:rsidRPr="00EB75F0" w14:paraId="5AC02331" w14:textId="77777777" w:rsidTr="00C32B29">
        <w:trPr>
          <w:trHeight w:val="288"/>
        </w:trPr>
        <w:tc>
          <w:tcPr>
            <w:tcW w:w="1927" w:type="dxa"/>
            <w:vAlign w:val="bottom"/>
          </w:tcPr>
          <w:p w14:paraId="6528147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2016</w:t>
            </w:r>
          </w:p>
        </w:tc>
        <w:tc>
          <w:tcPr>
            <w:tcW w:w="1927" w:type="dxa"/>
            <w:vAlign w:val="bottom"/>
          </w:tcPr>
          <w:p w14:paraId="4DA72CF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126</w:t>
            </w:r>
          </w:p>
        </w:tc>
        <w:tc>
          <w:tcPr>
            <w:tcW w:w="1928" w:type="dxa"/>
            <w:vAlign w:val="bottom"/>
          </w:tcPr>
          <w:p w14:paraId="21740D7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C3567F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7E36C58"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A6A421A" w14:textId="77777777" w:rsidTr="00C32B29">
        <w:trPr>
          <w:trHeight w:val="288"/>
        </w:trPr>
        <w:tc>
          <w:tcPr>
            <w:tcW w:w="1927" w:type="dxa"/>
            <w:vAlign w:val="bottom"/>
          </w:tcPr>
          <w:p w14:paraId="1812E39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2016</w:t>
            </w:r>
          </w:p>
        </w:tc>
        <w:tc>
          <w:tcPr>
            <w:tcW w:w="1927" w:type="dxa"/>
            <w:vAlign w:val="bottom"/>
          </w:tcPr>
          <w:p w14:paraId="27B315E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122</w:t>
            </w:r>
          </w:p>
        </w:tc>
        <w:tc>
          <w:tcPr>
            <w:tcW w:w="1928" w:type="dxa"/>
            <w:vAlign w:val="bottom"/>
          </w:tcPr>
          <w:p w14:paraId="1C5C92F8"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267EE93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-0.13</w:t>
            </w:r>
          </w:p>
        </w:tc>
        <w:tc>
          <w:tcPr>
            <w:tcW w:w="1928" w:type="dxa"/>
            <w:vAlign w:val="bottom"/>
          </w:tcPr>
          <w:p w14:paraId="6DC5DAD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0.1202588</w:t>
            </w:r>
          </w:p>
        </w:tc>
      </w:tr>
      <w:tr w:rsidR="005816E5" w:rsidRPr="00EB75F0" w14:paraId="476199B4" w14:textId="77777777" w:rsidTr="00C32B29">
        <w:trPr>
          <w:trHeight w:val="288"/>
        </w:trPr>
        <w:tc>
          <w:tcPr>
            <w:tcW w:w="1927" w:type="dxa"/>
            <w:vAlign w:val="bottom"/>
          </w:tcPr>
          <w:p w14:paraId="3976B5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EMERGENT-1</w:t>
            </w:r>
          </w:p>
        </w:tc>
        <w:tc>
          <w:tcPr>
            <w:tcW w:w="1927" w:type="dxa"/>
            <w:vAlign w:val="bottom"/>
          </w:tcPr>
          <w:p w14:paraId="1A307CE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73</w:t>
            </w:r>
          </w:p>
        </w:tc>
        <w:tc>
          <w:tcPr>
            <w:tcW w:w="1928" w:type="dxa"/>
            <w:vAlign w:val="bottom"/>
          </w:tcPr>
          <w:p w14:paraId="5133B90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84D191B"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0C8EE0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67C7BF2" w14:textId="77777777" w:rsidTr="00C32B29">
        <w:trPr>
          <w:trHeight w:val="288"/>
        </w:trPr>
        <w:tc>
          <w:tcPr>
            <w:tcW w:w="1927" w:type="dxa"/>
            <w:vAlign w:val="bottom"/>
          </w:tcPr>
          <w:p w14:paraId="0652699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EMERGENT-1</w:t>
            </w:r>
          </w:p>
        </w:tc>
        <w:tc>
          <w:tcPr>
            <w:tcW w:w="1927" w:type="dxa"/>
            <w:vAlign w:val="bottom"/>
          </w:tcPr>
          <w:p w14:paraId="22A92EC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72</w:t>
            </w:r>
          </w:p>
        </w:tc>
        <w:tc>
          <w:tcPr>
            <w:tcW w:w="1928" w:type="dxa"/>
            <w:vAlign w:val="bottom"/>
          </w:tcPr>
          <w:p w14:paraId="4F74643B"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1928" w:type="dxa"/>
            <w:vAlign w:val="bottom"/>
          </w:tcPr>
          <w:p w14:paraId="3F36006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-0.685</w:t>
            </w:r>
          </w:p>
        </w:tc>
        <w:tc>
          <w:tcPr>
            <w:tcW w:w="1928" w:type="dxa"/>
            <w:vAlign w:val="bottom"/>
          </w:tcPr>
          <w:p w14:paraId="15BA488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0.14231055</w:t>
            </w:r>
          </w:p>
        </w:tc>
      </w:tr>
      <w:tr w:rsidR="005816E5" w:rsidRPr="00EB75F0" w14:paraId="6336CC97" w14:textId="77777777" w:rsidTr="00C32B29">
        <w:trPr>
          <w:trHeight w:val="288"/>
        </w:trPr>
        <w:tc>
          <w:tcPr>
            <w:tcW w:w="1927" w:type="dxa"/>
            <w:vAlign w:val="bottom"/>
          </w:tcPr>
          <w:p w14:paraId="10ABA8C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EMERGENT-2</w:t>
            </w:r>
          </w:p>
        </w:tc>
        <w:tc>
          <w:tcPr>
            <w:tcW w:w="1927" w:type="dxa"/>
            <w:vAlign w:val="bottom"/>
          </w:tcPr>
          <w:p w14:paraId="247717D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99</w:t>
            </w:r>
          </w:p>
        </w:tc>
        <w:tc>
          <w:tcPr>
            <w:tcW w:w="1928" w:type="dxa"/>
            <w:vAlign w:val="bottom"/>
          </w:tcPr>
          <w:p w14:paraId="07DB41E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017BA20C"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F044E2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DFB758D" w14:textId="77777777" w:rsidTr="00C32B29">
        <w:trPr>
          <w:trHeight w:val="288"/>
        </w:trPr>
        <w:tc>
          <w:tcPr>
            <w:tcW w:w="1927" w:type="dxa"/>
            <w:vAlign w:val="bottom"/>
          </w:tcPr>
          <w:p w14:paraId="4853987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EMERGENT-2</w:t>
            </w:r>
          </w:p>
        </w:tc>
        <w:tc>
          <w:tcPr>
            <w:tcW w:w="1927" w:type="dxa"/>
            <w:vAlign w:val="bottom"/>
          </w:tcPr>
          <w:p w14:paraId="4A0DF93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c>
          <w:tcPr>
            <w:tcW w:w="1928" w:type="dxa"/>
            <w:vAlign w:val="bottom"/>
          </w:tcPr>
          <w:p w14:paraId="151F3603"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1928" w:type="dxa"/>
            <w:vAlign w:val="bottom"/>
          </w:tcPr>
          <w:p w14:paraId="6967C1F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w:t>
            </w:r>
          </w:p>
        </w:tc>
        <w:tc>
          <w:tcPr>
            <w:tcW w:w="1928" w:type="dxa"/>
            <w:vAlign w:val="bottom"/>
          </w:tcPr>
          <w:p w14:paraId="4C8824E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0.15644834</w:t>
            </w:r>
          </w:p>
        </w:tc>
      </w:tr>
      <w:tr w:rsidR="005816E5" w:rsidRPr="00EB75F0" w14:paraId="4523BA95" w14:textId="77777777" w:rsidTr="00C32B29">
        <w:trPr>
          <w:trHeight w:val="288"/>
        </w:trPr>
        <w:tc>
          <w:tcPr>
            <w:tcW w:w="1927" w:type="dxa"/>
            <w:vAlign w:val="bottom"/>
          </w:tcPr>
          <w:p w14:paraId="52D9635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EMERGENT-3</w:t>
            </w:r>
          </w:p>
        </w:tc>
        <w:tc>
          <w:tcPr>
            <w:tcW w:w="1927" w:type="dxa"/>
            <w:vAlign w:val="bottom"/>
          </w:tcPr>
          <w:p w14:paraId="78C4AE2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91</w:t>
            </w:r>
          </w:p>
        </w:tc>
        <w:tc>
          <w:tcPr>
            <w:tcW w:w="1928" w:type="dxa"/>
            <w:vAlign w:val="bottom"/>
          </w:tcPr>
          <w:p w14:paraId="2C5A458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E29C514"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37A47D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B4064B6" w14:textId="77777777" w:rsidTr="00C32B29">
        <w:trPr>
          <w:trHeight w:val="288"/>
        </w:trPr>
        <w:tc>
          <w:tcPr>
            <w:tcW w:w="1927" w:type="dxa"/>
            <w:vAlign w:val="bottom"/>
          </w:tcPr>
          <w:p w14:paraId="06B9C30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EMERGENT-3</w:t>
            </w:r>
          </w:p>
        </w:tc>
        <w:tc>
          <w:tcPr>
            <w:tcW w:w="1927" w:type="dxa"/>
            <w:vAlign w:val="bottom"/>
          </w:tcPr>
          <w:p w14:paraId="1F7C397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79</w:t>
            </w:r>
          </w:p>
        </w:tc>
        <w:tc>
          <w:tcPr>
            <w:tcW w:w="1928" w:type="dxa"/>
            <w:vAlign w:val="bottom"/>
          </w:tcPr>
          <w:p w14:paraId="7BB5541B"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1928" w:type="dxa"/>
            <w:vAlign w:val="bottom"/>
          </w:tcPr>
          <w:p w14:paraId="766893C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w:t>
            </w:r>
          </w:p>
        </w:tc>
        <w:tc>
          <w:tcPr>
            <w:tcW w:w="1928" w:type="dxa"/>
            <w:vAlign w:val="bottom"/>
          </w:tcPr>
          <w:p w14:paraId="24F94E5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0.13319944</w:t>
            </w:r>
          </w:p>
        </w:tc>
      </w:tr>
      <w:tr w:rsidR="005816E5" w:rsidRPr="00EB75F0" w14:paraId="15A42D48" w14:textId="77777777" w:rsidTr="00C32B29">
        <w:trPr>
          <w:trHeight w:val="288"/>
        </w:trPr>
        <w:tc>
          <w:tcPr>
            <w:tcW w:w="1927" w:type="dxa"/>
            <w:vAlign w:val="bottom"/>
          </w:tcPr>
          <w:p w14:paraId="4064578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Egan 2013</w:t>
            </w:r>
          </w:p>
        </w:tc>
        <w:tc>
          <w:tcPr>
            <w:tcW w:w="1927" w:type="dxa"/>
            <w:vAlign w:val="bottom"/>
          </w:tcPr>
          <w:p w14:paraId="647FE0B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78</w:t>
            </w:r>
          </w:p>
        </w:tc>
        <w:tc>
          <w:tcPr>
            <w:tcW w:w="1928" w:type="dxa"/>
            <w:vAlign w:val="bottom"/>
          </w:tcPr>
          <w:p w14:paraId="18DBB4A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FAF2A8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DFFB3D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DAF5184" w14:textId="77777777" w:rsidTr="00C32B29">
        <w:trPr>
          <w:trHeight w:val="288"/>
        </w:trPr>
        <w:tc>
          <w:tcPr>
            <w:tcW w:w="1927" w:type="dxa"/>
            <w:vAlign w:val="bottom"/>
          </w:tcPr>
          <w:p w14:paraId="5669F0A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Egan 2013</w:t>
            </w:r>
          </w:p>
        </w:tc>
        <w:tc>
          <w:tcPr>
            <w:tcW w:w="1927" w:type="dxa"/>
            <w:vAlign w:val="bottom"/>
          </w:tcPr>
          <w:p w14:paraId="394149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45</w:t>
            </w:r>
          </w:p>
        </w:tc>
        <w:tc>
          <w:tcPr>
            <w:tcW w:w="1928" w:type="dxa"/>
            <w:vAlign w:val="bottom"/>
          </w:tcPr>
          <w:p w14:paraId="18B3342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2DE3B32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w:t>
            </w:r>
          </w:p>
        </w:tc>
        <w:tc>
          <w:tcPr>
            <w:tcW w:w="1928" w:type="dxa"/>
            <w:vAlign w:val="bottom"/>
          </w:tcPr>
          <w:p w14:paraId="135BA40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0.25775615</w:t>
            </w:r>
          </w:p>
        </w:tc>
      </w:tr>
      <w:tr w:rsidR="005816E5" w:rsidRPr="00EB75F0" w14:paraId="6342B7DB" w14:textId="77777777" w:rsidTr="00C32B29">
        <w:trPr>
          <w:trHeight w:val="288"/>
        </w:trPr>
        <w:tc>
          <w:tcPr>
            <w:tcW w:w="1927" w:type="dxa"/>
            <w:vAlign w:val="bottom"/>
          </w:tcPr>
          <w:p w14:paraId="09D713A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Fleischhacker 2009</w:t>
            </w:r>
          </w:p>
        </w:tc>
        <w:tc>
          <w:tcPr>
            <w:tcW w:w="1927" w:type="dxa"/>
            <w:vAlign w:val="bottom"/>
          </w:tcPr>
          <w:p w14:paraId="1B1A2B0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137</w:t>
            </w:r>
          </w:p>
        </w:tc>
        <w:tc>
          <w:tcPr>
            <w:tcW w:w="1928" w:type="dxa"/>
            <w:vAlign w:val="bottom"/>
          </w:tcPr>
          <w:p w14:paraId="55F0EC2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16A07AB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591BE6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0271D2F" w14:textId="77777777" w:rsidTr="00C32B29">
        <w:trPr>
          <w:trHeight w:val="288"/>
        </w:trPr>
        <w:tc>
          <w:tcPr>
            <w:tcW w:w="1927" w:type="dxa"/>
            <w:vAlign w:val="bottom"/>
          </w:tcPr>
          <w:p w14:paraId="1194341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Fleischhacker 2009</w:t>
            </w:r>
          </w:p>
        </w:tc>
        <w:tc>
          <w:tcPr>
            <w:tcW w:w="1927" w:type="dxa"/>
            <w:vAlign w:val="bottom"/>
          </w:tcPr>
          <w:p w14:paraId="7D9FF10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170</w:t>
            </w:r>
          </w:p>
        </w:tc>
        <w:tc>
          <w:tcPr>
            <w:tcW w:w="1928" w:type="dxa"/>
            <w:vAlign w:val="bottom"/>
          </w:tcPr>
          <w:p w14:paraId="7BEFB2F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35B100B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-0.17</w:t>
            </w:r>
          </w:p>
        </w:tc>
        <w:tc>
          <w:tcPr>
            <w:tcW w:w="1928" w:type="dxa"/>
            <w:vAlign w:val="bottom"/>
          </w:tcPr>
          <w:p w14:paraId="6274A69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0.15808639</w:t>
            </w:r>
          </w:p>
        </w:tc>
      </w:tr>
      <w:tr w:rsidR="005816E5" w:rsidRPr="00EB75F0" w14:paraId="4AB62013" w14:textId="77777777" w:rsidTr="00C32B29">
        <w:trPr>
          <w:trHeight w:val="288"/>
        </w:trPr>
        <w:tc>
          <w:tcPr>
            <w:tcW w:w="1927" w:type="dxa"/>
            <w:vAlign w:val="bottom"/>
          </w:tcPr>
          <w:p w14:paraId="67976E5C"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Ishigooka</w:t>
            </w:r>
            <w:proofErr w:type="spellEnd"/>
            <w:r w:rsidRPr="00EB75F0">
              <w:rPr>
                <w:rFonts w:asciiTheme="majorHAnsi" w:hAnsiTheme="majorHAnsi" w:cstheme="majorHAnsi"/>
                <w:sz w:val="18"/>
                <w:szCs w:val="18"/>
              </w:rPr>
              <w:t xml:space="preserve"> 2018</w:t>
            </w:r>
          </w:p>
        </w:tc>
        <w:tc>
          <w:tcPr>
            <w:tcW w:w="1927" w:type="dxa"/>
            <w:vAlign w:val="bottom"/>
          </w:tcPr>
          <w:p w14:paraId="3771BAE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70</w:t>
            </w:r>
          </w:p>
        </w:tc>
        <w:tc>
          <w:tcPr>
            <w:tcW w:w="1928" w:type="dxa"/>
            <w:vAlign w:val="bottom"/>
          </w:tcPr>
          <w:p w14:paraId="211C16F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DA9126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A333CF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48CDC14" w14:textId="77777777" w:rsidTr="00C32B29">
        <w:trPr>
          <w:trHeight w:val="288"/>
        </w:trPr>
        <w:tc>
          <w:tcPr>
            <w:tcW w:w="1927" w:type="dxa"/>
            <w:vAlign w:val="bottom"/>
          </w:tcPr>
          <w:p w14:paraId="47F9650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Ishigooka</w:t>
            </w:r>
            <w:proofErr w:type="spellEnd"/>
            <w:r w:rsidRPr="00EB75F0">
              <w:rPr>
                <w:rFonts w:asciiTheme="majorHAnsi" w:hAnsiTheme="majorHAnsi" w:cstheme="majorHAnsi"/>
                <w:sz w:val="18"/>
                <w:szCs w:val="18"/>
              </w:rPr>
              <w:t xml:space="preserve"> 2018</w:t>
            </w:r>
          </w:p>
        </w:tc>
        <w:tc>
          <w:tcPr>
            <w:tcW w:w="1927" w:type="dxa"/>
            <w:vAlign w:val="bottom"/>
          </w:tcPr>
          <w:p w14:paraId="45A5752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162</w:t>
            </w:r>
          </w:p>
        </w:tc>
        <w:tc>
          <w:tcPr>
            <w:tcW w:w="1928" w:type="dxa"/>
            <w:vAlign w:val="bottom"/>
          </w:tcPr>
          <w:p w14:paraId="778BB75F"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4606BAC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-0.17117284</w:t>
            </w:r>
          </w:p>
        </w:tc>
        <w:tc>
          <w:tcPr>
            <w:tcW w:w="1928" w:type="dxa"/>
            <w:vAlign w:val="bottom"/>
          </w:tcPr>
          <w:p w14:paraId="0B3893D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0.13078612</w:t>
            </w:r>
          </w:p>
        </w:tc>
      </w:tr>
      <w:tr w:rsidR="005816E5" w:rsidRPr="00EB75F0" w14:paraId="11C6844E" w14:textId="77777777" w:rsidTr="00C32B29">
        <w:trPr>
          <w:trHeight w:val="288"/>
        </w:trPr>
        <w:tc>
          <w:tcPr>
            <w:tcW w:w="1927" w:type="dxa"/>
            <w:vAlign w:val="bottom"/>
          </w:tcPr>
          <w:p w14:paraId="7AE3A27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Kahn 2007</w:t>
            </w:r>
          </w:p>
        </w:tc>
        <w:tc>
          <w:tcPr>
            <w:tcW w:w="1927" w:type="dxa"/>
            <w:vAlign w:val="bottom"/>
          </w:tcPr>
          <w:p w14:paraId="09DD6A3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115</w:t>
            </w:r>
          </w:p>
        </w:tc>
        <w:tc>
          <w:tcPr>
            <w:tcW w:w="1928" w:type="dxa"/>
            <w:vAlign w:val="bottom"/>
          </w:tcPr>
          <w:p w14:paraId="0E41249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4256F7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B316A4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FB420D5" w14:textId="77777777" w:rsidTr="00C32B29">
        <w:trPr>
          <w:trHeight w:val="288"/>
        </w:trPr>
        <w:tc>
          <w:tcPr>
            <w:tcW w:w="1927" w:type="dxa"/>
            <w:vAlign w:val="bottom"/>
          </w:tcPr>
          <w:p w14:paraId="07CE506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Kahn 2007</w:t>
            </w:r>
          </w:p>
        </w:tc>
        <w:tc>
          <w:tcPr>
            <w:tcW w:w="1927" w:type="dxa"/>
            <w:vAlign w:val="bottom"/>
          </w:tcPr>
          <w:p w14:paraId="10EF050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458</w:t>
            </w:r>
          </w:p>
        </w:tc>
        <w:tc>
          <w:tcPr>
            <w:tcW w:w="1928" w:type="dxa"/>
            <w:vAlign w:val="bottom"/>
          </w:tcPr>
          <w:p w14:paraId="3CA11C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0BBC6E9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-0.42510917</w:t>
            </w:r>
          </w:p>
        </w:tc>
        <w:tc>
          <w:tcPr>
            <w:tcW w:w="1928" w:type="dxa"/>
            <w:vAlign w:val="bottom"/>
          </w:tcPr>
          <w:p w14:paraId="56EB65F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0.14361695</w:t>
            </w:r>
          </w:p>
        </w:tc>
      </w:tr>
      <w:tr w:rsidR="005816E5" w:rsidRPr="00EB75F0" w14:paraId="1045C202" w14:textId="77777777" w:rsidTr="00C32B29">
        <w:trPr>
          <w:trHeight w:val="288"/>
        </w:trPr>
        <w:tc>
          <w:tcPr>
            <w:tcW w:w="1927" w:type="dxa"/>
            <w:vAlign w:val="bottom"/>
          </w:tcPr>
          <w:p w14:paraId="5C5C4C4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2002</w:t>
            </w:r>
          </w:p>
        </w:tc>
        <w:tc>
          <w:tcPr>
            <w:tcW w:w="1927" w:type="dxa"/>
            <w:vAlign w:val="bottom"/>
          </w:tcPr>
          <w:p w14:paraId="5BE6B21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106</w:t>
            </w:r>
          </w:p>
        </w:tc>
        <w:tc>
          <w:tcPr>
            <w:tcW w:w="1928" w:type="dxa"/>
            <w:vAlign w:val="bottom"/>
          </w:tcPr>
          <w:p w14:paraId="3C4AA04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5F2A22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844538B"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2BF15CB" w14:textId="77777777" w:rsidTr="00C32B29">
        <w:trPr>
          <w:trHeight w:val="288"/>
        </w:trPr>
        <w:tc>
          <w:tcPr>
            <w:tcW w:w="1927" w:type="dxa"/>
            <w:vAlign w:val="bottom"/>
          </w:tcPr>
          <w:p w14:paraId="5F3077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2002</w:t>
            </w:r>
          </w:p>
        </w:tc>
        <w:tc>
          <w:tcPr>
            <w:tcW w:w="1927" w:type="dxa"/>
            <w:vAlign w:val="bottom"/>
          </w:tcPr>
          <w:p w14:paraId="615CD3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204</w:t>
            </w:r>
          </w:p>
        </w:tc>
        <w:tc>
          <w:tcPr>
            <w:tcW w:w="1928" w:type="dxa"/>
            <w:vAlign w:val="bottom"/>
          </w:tcPr>
          <w:p w14:paraId="412EC1F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39D406B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w:t>
            </w:r>
          </w:p>
        </w:tc>
        <w:tc>
          <w:tcPr>
            <w:tcW w:w="1928" w:type="dxa"/>
            <w:vAlign w:val="bottom"/>
          </w:tcPr>
          <w:p w14:paraId="16122FC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0.16486288</w:t>
            </w:r>
          </w:p>
        </w:tc>
      </w:tr>
      <w:tr w:rsidR="005816E5" w:rsidRPr="00EB75F0" w14:paraId="5D51F5A4" w14:textId="77777777" w:rsidTr="00C32B29">
        <w:trPr>
          <w:trHeight w:val="288"/>
        </w:trPr>
        <w:tc>
          <w:tcPr>
            <w:tcW w:w="1927" w:type="dxa"/>
            <w:vAlign w:val="bottom"/>
          </w:tcPr>
          <w:p w14:paraId="07B3F14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lastRenderedPageBreak/>
              <w:t>Kane 2015</w:t>
            </w:r>
          </w:p>
        </w:tc>
        <w:tc>
          <w:tcPr>
            <w:tcW w:w="1927" w:type="dxa"/>
            <w:vAlign w:val="bottom"/>
          </w:tcPr>
          <w:p w14:paraId="1D3CE7A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145</w:t>
            </w:r>
          </w:p>
        </w:tc>
        <w:tc>
          <w:tcPr>
            <w:tcW w:w="1928" w:type="dxa"/>
            <w:vAlign w:val="bottom"/>
          </w:tcPr>
          <w:p w14:paraId="44907D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618B986"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D9236E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66895B6" w14:textId="77777777" w:rsidTr="00C32B29">
        <w:trPr>
          <w:trHeight w:val="288"/>
        </w:trPr>
        <w:tc>
          <w:tcPr>
            <w:tcW w:w="1927" w:type="dxa"/>
            <w:vAlign w:val="bottom"/>
          </w:tcPr>
          <w:p w14:paraId="2C4982B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w:t>
            </w:r>
          </w:p>
        </w:tc>
        <w:tc>
          <w:tcPr>
            <w:tcW w:w="1927" w:type="dxa"/>
            <w:vAlign w:val="bottom"/>
          </w:tcPr>
          <w:p w14:paraId="1B28CD8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147</w:t>
            </w:r>
          </w:p>
        </w:tc>
        <w:tc>
          <w:tcPr>
            <w:tcW w:w="1928" w:type="dxa"/>
            <w:vAlign w:val="bottom"/>
          </w:tcPr>
          <w:p w14:paraId="0760564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15D9E2A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w:t>
            </w:r>
          </w:p>
        </w:tc>
        <w:tc>
          <w:tcPr>
            <w:tcW w:w="1928" w:type="dxa"/>
            <w:vAlign w:val="bottom"/>
          </w:tcPr>
          <w:p w14:paraId="62D87E0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0.1410351</w:t>
            </w:r>
          </w:p>
        </w:tc>
      </w:tr>
      <w:tr w:rsidR="005816E5" w:rsidRPr="00EB75F0" w14:paraId="55E2B293" w14:textId="77777777" w:rsidTr="00C32B29">
        <w:trPr>
          <w:trHeight w:val="288"/>
        </w:trPr>
        <w:tc>
          <w:tcPr>
            <w:tcW w:w="1927" w:type="dxa"/>
            <w:vAlign w:val="bottom"/>
          </w:tcPr>
          <w:p w14:paraId="15442A8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 (BEACON)</w:t>
            </w:r>
          </w:p>
        </w:tc>
        <w:tc>
          <w:tcPr>
            <w:tcW w:w="1927" w:type="dxa"/>
            <w:vAlign w:val="bottom"/>
          </w:tcPr>
          <w:p w14:paraId="73214F5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181</w:t>
            </w:r>
          </w:p>
        </w:tc>
        <w:tc>
          <w:tcPr>
            <w:tcW w:w="1928" w:type="dxa"/>
            <w:vAlign w:val="bottom"/>
          </w:tcPr>
          <w:p w14:paraId="5FEDC0E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F0F3BE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67A1E2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4B277B2" w14:textId="77777777" w:rsidTr="00C32B29">
        <w:trPr>
          <w:trHeight w:val="288"/>
        </w:trPr>
        <w:tc>
          <w:tcPr>
            <w:tcW w:w="1927" w:type="dxa"/>
            <w:vAlign w:val="bottom"/>
          </w:tcPr>
          <w:p w14:paraId="74E9A26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 (BEACON)</w:t>
            </w:r>
          </w:p>
        </w:tc>
        <w:tc>
          <w:tcPr>
            <w:tcW w:w="1927" w:type="dxa"/>
            <w:vAlign w:val="bottom"/>
          </w:tcPr>
          <w:p w14:paraId="4207D33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363</w:t>
            </w:r>
          </w:p>
        </w:tc>
        <w:tc>
          <w:tcPr>
            <w:tcW w:w="1928" w:type="dxa"/>
            <w:vAlign w:val="bottom"/>
          </w:tcPr>
          <w:p w14:paraId="413F76D8"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3ABF125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-0.22595041</w:t>
            </w:r>
          </w:p>
        </w:tc>
        <w:tc>
          <w:tcPr>
            <w:tcW w:w="1928" w:type="dxa"/>
            <w:vAlign w:val="bottom"/>
          </w:tcPr>
          <w:p w14:paraId="4F2F4D3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0.09812265</w:t>
            </w:r>
          </w:p>
        </w:tc>
      </w:tr>
      <w:tr w:rsidR="005816E5" w:rsidRPr="00EB75F0" w14:paraId="508C4AB7" w14:textId="77777777" w:rsidTr="00C32B29">
        <w:trPr>
          <w:trHeight w:val="288"/>
        </w:trPr>
        <w:tc>
          <w:tcPr>
            <w:tcW w:w="1927" w:type="dxa"/>
            <w:vAlign w:val="bottom"/>
          </w:tcPr>
          <w:p w14:paraId="2DA6C86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Kinon</w:t>
            </w:r>
            <w:proofErr w:type="spellEnd"/>
            <w:r w:rsidRPr="00EB75F0">
              <w:rPr>
                <w:rFonts w:asciiTheme="majorHAnsi" w:hAnsiTheme="majorHAnsi" w:cstheme="majorHAnsi"/>
                <w:sz w:val="18"/>
                <w:szCs w:val="18"/>
              </w:rPr>
              <w:t xml:space="preserve"> 2011</w:t>
            </w:r>
          </w:p>
        </w:tc>
        <w:tc>
          <w:tcPr>
            <w:tcW w:w="1927" w:type="dxa"/>
            <w:vAlign w:val="bottom"/>
          </w:tcPr>
          <w:p w14:paraId="7262B7A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122</w:t>
            </w:r>
          </w:p>
        </w:tc>
        <w:tc>
          <w:tcPr>
            <w:tcW w:w="1928" w:type="dxa"/>
            <w:vAlign w:val="bottom"/>
          </w:tcPr>
          <w:p w14:paraId="502BC61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A5B9DD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7C375D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76886CFB" w14:textId="77777777" w:rsidTr="00C32B29">
        <w:trPr>
          <w:trHeight w:val="288"/>
        </w:trPr>
        <w:tc>
          <w:tcPr>
            <w:tcW w:w="1927" w:type="dxa"/>
            <w:vAlign w:val="bottom"/>
          </w:tcPr>
          <w:p w14:paraId="311B1C4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Kinon</w:t>
            </w:r>
            <w:proofErr w:type="spellEnd"/>
            <w:r w:rsidRPr="00EB75F0">
              <w:rPr>
                <w:rFonts w:asciiTheme="majorHAnsi" w:hAnsiTheme="majorHAnsi" w:cstheme="majorHAnsi"/>
                <w:sz w:val="18"/>
                <w:szCs w:val="18"/>
              </w:rPr>
              <w:t xml:space="preserve"> 2011</w:t>
            </w:r>
          </w:p>
        </w:tc>
        <w:tc>
          <w:tcPr>
            <w:tcW w:w="1927" w:type="dxa"/>
            <w:vAlign w:val="bottom"/>
          </w:tcPr>
          <w:p w14:paraId="7817D8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62</w:t>
            </w:r>
          </w:p>
        </w:tc>
        <w:tc>
          <w:tcPr>
            <w:tcW w:w="1928" w:type="dxa"/>
            <w:vAlign w:val="bottom"/>
          </w:tcPr>
          <w:p w14:paraId="45D126D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03CCA48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-0.22</w:t>
            </w:r>
          </w:p>
        </w:tc>
        <w:tc>
          <w:tcPr>
            <w:tcW w:w="1928" w:type="dxa"/>
            <w:vAlign w:val="bottom"/>
          </w:tcPr>
          <w:p w14:paraId="5CD1C53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0.19392594</w:t>
            </w:r>
          </w:p>
        </w:tc>
      </w:tr>
      <w:tr w:rsidR="005816E5" w:rsidRPr="00EB75F0" w14:paraId="3AD88966" w14:textId="77777777" w:rsidTr="00C32B29">
        <w:trPr>
          <w:trHeight w:val="288"/>
        </w:trPr>
        <w:tc>
          <w:tcPr>
            <w:tcW w:w="1927" w:type="dxa"/>
            <w:vAlign w:val="bottom"/>
          </w:tcPr>
          <w:p w14:paraId="6AC9BF6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Landbloom</w:t>
            </w:r>
            <w:proofErr w:type="spellEnd"/>
            <w:r w:rsidRPr="00EB75F0">
              <w:rPr>
                <w:rFonts w:asciiTheme="majorHAnsi" w:hAnsiTheme="majorHAnsi" w:cstheme="majorHAnsi"/>
                <w:sz w:val="18"/>
                <w:szCs w:val="18"/>
              </w:rPr>
              <w:t xml:space="preserve"> 2016</w:t>
            </w:r>
          </w:p>
        </w:tc>
        <w:tc>
          <w:tcPr>
            <w:tcW w:w="1927" w:type="dxa"/>
            <w:vAlign w:val="bottom"/>
          </w:tcPr>
          <w:p w14:paraId="58C0098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58</w:t>
            </w:r>
          </w:p>
        </w:tc>
        <w:tc>
          <w:tcPr>
            <w:tcW w:w="1928" w:type="dxa"/>
            <w:vAlign w:val="bottom"/>
          </w:tcPr>
          <w:p w14:paraId="5A39CA9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61EFC0B"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DB81A6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035AEDA" w14:textId="77777777" w:rsidTr="00C32B29">
        <w:trPr>
          <w:trHeight w:val="288"/>
        </w:trPr>
        <w:tc>
          <w:tcPr>
            <w:tcW w:w="1927" w:type="dxa"/>
            <w:vAlign w:val="bottom"/>
          </w:tcPr>
          <w:p w14:paraId="201BF48F"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Landbloom</w:t>
            </w:r>
            <w:proofErr w:type="spellEnd"/>
            <w:r w:rsidRPr="00EB75F0">
              <w:rPr>
                <w:rFonts w:asciiTheme="majorHAnsi" w:hAnsiTheme="majorHAnsi" w:cstheme="majorHAnsi"/>
                <w:sz w:val="18"/>
                <w:szCs w:val="18"/>
              </w:rPr>
              <w:t xml:space="preserve"> 2016</w:t>
            </w:r>
          </w:p>
        </w:tc>
        <w:tc>
          <w:tcPr>
            <w:tcW w:w="1927" w:type="dxa"/>
            <w:vAlign w:val="bottom"/>
          </w:tcPr>
          <w:p w14:paraId="6B81D80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35</w:t>
            </w:r>
          </w:p>
        </w:tc>
        <w:tc>
          <w:tcPr>
            <w:tcW w:w="1928" w:type="dxa"/>
            <w:vAlign w:val="bottom"/>
          </w:tcPr>
          <w:p w14:paraId="6F48983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4F039D7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w:t>
            </w:r>
          </w:p>
        </w:tc>
        <w:tc>
          <w:tcPr>
            <w:tcW w:w="1928" w:type="dxa"/>
            <w:vAlign w:val="bottom"/>
          </w:tcPr>
          <w:p w14:paraId="58BDB0D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0.17846113</w:t>
            </w:r>
          </w:p>
        </w:tc>
      </w:tr>
      <w:tr w:rsidR="005816E5" w:rsidRPr="00EB75F0" w14:paraId="35BF9484" w14:textId="77777777" w:rsidTr="00C32B29">
        <w:trPr>
          <w:trHeight w:val="288"/>
        </w:trPr>
        <w:tc>
          <w:tcPr>
            <w:tcW w:w="1927" w:type="dxa"/>
            <w:vAlign w:val="bottom"/>
          </w:tcPr>
          <w:p w14:paraId="2681A2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Lindenmayer 2008</w:t>
            </w:r>
          </w:p>
        </w:tc>
        <w:tc>
          <w:tcPr>
            <w:tcW w:w="1927" w:type="dxa"/>
            <w:vAlign w:val="bottom"/>
          </w:tcPr>
          <w:p w14:paraId="5631052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78</w:t>
            </w:r>
          </w:p>
        </w:tc>
        <w:tc>
          <w:tcPr>
            <w:tcW w:w="1928" w:type="dxa"/>
            <w:vAlign w:val="bottom"/>
          </w:tcPr>
          <w:p w14:paraId="319EF2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9D72E3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F150DD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7373B9F6" w14:textId="77777777" w:rsidTr="00C32B29">
        <w:trPr>
          <w:trHeight w:val="288"/>
        </w:trPr>
        <w:tc>
          <w:tcPr>
            <w:tcW w:w="1927" w:type="dxa"/>
            <w:vAlign w:val="bottom"/>
          </w:tcPr>
          <w:p w14:paraId="11B16F6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Lindenmayer 2008</w:t>
            </w:r>
          </w:p>
        </w:tc>
        <w:tc>
          <w:tcPr>
            <w:tcW w:w="1927" w:type="dxa"/>
            <w:vAlign w:val="bottom"/>
          </w:tcPr>
          <w:p w14:paraId="5F0ADDD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420</w:t>
            </w:r>
          </w:p>
        </w:tc>
        <w:tc>
          <w:tcPr>
            <w:tcW w:w="1928" w:type="dxa"/>
            <w:vAlign w:val="bottom"/>
          </w:tcPr>
          <w:p w14:paraId="3EEE4A4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56A3EA8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-0.16969048</w:t>
            </w:r>
          </w:p>
        </w:tc>
        <w:tc>
          <w:tcPr>
            <w:tcW w:w="1928" w:type="dxa"/>
            <w:vAlign w:val="bottom"/>
          </w:tcPr>
          <w:p w14:paraId="6968C5A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0.14117523</w:t>
            </w:r>
          </w:p>
        </w:tc>
      </w:tr>
      <w:tr w:rsidR="005816E5" w:rsidRPr="00EB75F0" w14:paraId="40DF6AD2" w14:textId="77777777" w:rsidTr="00C32B29">
        <w:trPr>
          <w:trHeight w:val="288"/>
        </w:trPr>
        <w:tc>
          <w:tcPr>
            <w:tcW w:w="1927" w:type="dxa"/>
            <w:vAlign w:val="bottom"/>
          </w:tcPr>
          <w:p w14:paraId="39B1FCD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Loebel 2013</w:t>
            </w:r>
          </w:p>
        </w:tc>
        <w:tc>
          <w:tcPr>
            <w:tcW w:w="1927" w:type="dxa"/>
            <w:vAlign w:val="bottom"/>
          </w:tcPr>
          <w:p w14:paraId="7C3DA24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120</w:t>
            </w:r>
          </w:p>
        </w:tc>
        <w:tc>
          <w:tcPr>
            <w:tcW w:w="1928" w:type="dxa"/>
            <w:vAlign w:val="bottom"/>
          </w:tcPr>
          <w:p w14:paraId="6387D71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6D53378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C868D1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C5173C2" w14:textId="77777777" w:rsidTr="00C32B29">
        <w:trPr>
          <w:trHeight w:val="288"/>
        </w:trPr>
        <w:tc>
          <w:tcPr>
            <w:tcW w:w="1927" w:type="dxa"/>
            <w:vAlign w:val="bottom"/>
          </w:tcPr>
          <w:p w14:paraId="5611CE5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Loebel 2013</w:t>
            </w:r>
          </w:p>
        </w:tc>
        <w:tc>
          <w:tcPr>
            <w:tcW w:w="1927" w:type="dxa"/>
            <w:vAlign w:val="bottom"/>
          </w:tcPr>
          <w:p w14:paraId="0426719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116</w:t>
            </w:r>
          </w:p>
        </w:tc>
        <w:tc>
          <w:tcPr>
            <w:tcW w:w="1928" w:type="dxa"/>
            <w:vAlign w:val="bottom"/>
          </w:tcPr>
          <w:p w14:paraId="51E19E3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577F08A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w:t>
            </w:r>
          </w:p>
        </w:tc>
        <w:tc>
          <w:tcPr>
            <w:tcW w:w="1928" w:type="dxa"/>
            <w:vAlign w:val="bottom"/>
          </w:tcPr>
          <w:p w14:paraId="3F7AFD3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0.1419102</w:t>
            </w:r>
          </w:p>
        </w:tc>
      </w:tr>
      <w:tr w:rsidR="005816E5" w:rsidRPr="00EB75F0" w14:paraId="5BD829B0" w14:textId="77777777" w:rsidTr="00C32B29">
        <w:trPr>
          <w:trHeight w:val="288"/>
        </w:trPr>
        <w:tc>
          <w:tcPr>
            <w:tcW w:w="1927" w:type="dxa"/>
            <w:vAlign w:val="bottom"/>
          </w:tcPr>
          <w:p w14:paraId="0BD2C39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1927" w:type="dxa"/>
            <w:vAlign w:val="bottom"/>
          </w:tcPr>
          <w:p w14:paraId="2FA5C00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159</w:t>
            </w:r>
          </w:p>
        </w:tc>
        <w:tc>
          <w:tcPr>
            <w:tcW w:w="1928" w:type="dxa"/>
            <w:vAlign w:val="bottom"/>
          </w:tcPr>
          <w:p w14:paraId="04C4E6C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0D5003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674D9E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0.0999245</w:t>
            </w:r>
          </w:p>
        </w:tc>
      </w:tr>
      <w:tr w:rsidR="005816E5" w:rsidRPr="00EB75F0" w14:paraId="592DBEC6" w14:textId="77777777" w:rsidTr="00C32B29">
        <w:trPr>
          <w:trHeight w:val="288"/>
        </w:trPr>
        <w:tc>
          <w:tcPr>
            <w:tcW w:w="1927" w:type="dxa"/>
            <w:vAlign w:val="bottom"/>
          </w:tcPr>
          <w:p w14:paraId="0EC43CA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1927" w:type="dxa"/>
            <w:vAlign w:val="bottom"/>
          </w:tcPr>
          <w:p w14:paraId="1958765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c>
          <w:tcPr>
            <w:tcW w:w="1928" w:type="dxa"/>
            <w:vAlign w:val="bottom"/>
          </w:tcPr>
          <w:p w14:paraId="71C1AC7E"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2E034E6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w:t>
            </w:r>
          </w:p>
        </w:tc>
        <w:tc>
          <w:tcPr>
            <w:tcW w:w="1928" w:type="dxa"/>
            <w:vAlign w:val="bottom"/>
          </w:tcPr>
          <w:p w14:paraId="4FE32C7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0.1410942</w:t>
            </w:r>
          </w:p>
        </w:tc>
      </w:tr>
      <w:tr w:rsidR="005816E5" w:rsidRPr="00EB75F0" w14:paraId="26F8855E" w14:textId="77777777" w:rsidTr="00C32B29">
        <w:trPr>
          <w:trHeight w:val="288"/>
        </w:trPr>
        <w:tc>
          <w:tcPr>
            <w:tcW w:w="1927" w:type="dxa"/>
            <w:vAlign w:val="bottom"/>
          </w:tcPr>
          <w:p w14:paraId="4AFCA13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1927" w:type="dxa"/>
            <w:vAlign w:val="bottom"/>
          </w:tcPr>
          <w:p w14:paraId="58C0F14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c>
          <w:tcPr>
            <w:tcW w:w="1928" w:type="dxa"/>
            <w:vAlign w:val="bottom"/>
          </w:tcPr>
          <w:p w14:paraId="7CF408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38EE787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w:t>
            </w:r>
          </w:p>
        </w:tc>
        <w:tc>
          <w:tcPr>
            <w:tcW w:w="1928" w:type="dxa"/>
            <w:vAlign w:val="bottom"/>
          </w:tcPr>
          <w:p w14:paraId="2F8F493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0.1410942</w:t>
            </w:r>
          </w:p>
        </w:tc>
      </w:tr>
      <w:tr w:rsidR="005816E5" w:rsidRPr="00EB75F0" w14:paraId="4E400868" w14:textId="77777777" w:rsidTr="00C32B29">
        <w:trPr>
          <w:trHeight w:val="288"/>
        </w:trPr>
        <w:tc>
          <w:tcPr>
            <w:tcW w:w="1927" w:type="dxa"/>
            <w:vAlign w:val="bottom"/>
          </w:tcPr>
          <w:p w14:paraId="27213E7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McDonnell 2018</w:t>
            </w:r>
          </w:p>
        </w:tc>
        <w:tc>
          <w:tcPr>
            <w:tcW w:w="1927" w:type="dxa"/>
            <w:vAlign w:val="bottom"/>
          </w:tcPr>
          <w:p w14:paraId="41653FF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133</w:t>
            </w:r>
          </w:p>
        </w:tc>
        <w:tc>
          <w:tcPr>
            <w:tcW w:w="1928" w:type="dxa"/>
            <w:vAlign w:val="bottom"/>
          </w:tcPr>
          <w:p w14:paraId="64544C3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0FD81A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8638DB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388E222" w14:textId="77777777" w:rsidTr="00C32B29">
        <w:trPr>
          <w:trHeight w:val="288"/>
        </w:trPr>
        <w:tc>
          <w:tcPr>
            <w:tcW w:w="1927" w:type="dxa"/>
            <w:vAlign w:val="bottom"/>
          </w:tcPr>
          <w:p w14:paraId="098F6BB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McDonnell 2018</w:t>
            </w:r>
          </w:p>
        </w:tc>
        <w:tc>
          <w:tcPr>
            <w:tcW w:w="1927" w:type="dxa"/>
            <w:vAlign w:val="bottom"/>
          </w:tcPr>
          <w:p w14:paraId="5E239DC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132</w:t>
            </w:r>
          </w:p>
        </w:tc>
        <w:tc>
          <w:tcPr>
            <w:tcW w:w="1928" w:type="dxa"/>
            <w:vAlign w:val="bottom"/>
          </w:tcPr>
          <w:p w14:paraId="1768966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225F200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w:t>
            </w:r>
          </w:p>
        </w:tc>
        <w:tc>
          <w:tcPr>
            <w:tcW w:w="1928" w:type="dxa"/>
            <w:vAlign w:val="bottom"/>
          </w:tcPr>
          <w:p w14:paraId="365D4766" w14:textId="62739301" w:rsidR="005816E5" w:rsidRPr="00EB75F0" w:rsidRDefault="00385437" w:rsidP="00C32B29">
            <w:pPr>
              <w:pStyle w:val="BodyText"/>
              <w:spacing w:before="0" w:after="0" w:line="240" w:lineRule="auto"/>
              <w:rPr>
                <w:rFonts w:asciiTheme="majorHAnsi" w:hAnsiTheme="majorHAnsi" w:cstheme="majorHAnsi"/>
                <w:sz w:val="18"/>
                <w:szCs w:val="18"/>
              </w:rPr>
            </w:pPr>
            <w:r>
              <w:rPr>
                <w:rFonts w:asciiTheme="majorHAnsi" w:hAnsiTheme="majorHAnsi" w:cstheme="majorHAnsi"/>
                <w:sz w:val="18"/>
                <w:szCs w:val="18"/>
              </w:rPr>
              <w:t>0.08</w:t>
            </w:r>
            <w:r w:rsidR="009B5B3A">
              <w:rPr>
                <w:rFonts w:asciiTheme="majorHAnsi" w:hAnsiTheme="majorHAnsi" w:cstheme="majorHAnsi"/>
                <w:sz w:val="18"/>
                <w:szCs w:val="18"/>
              </w:rPr>
              <w:t>76870</w:t>
            </w:r>
          </w:p>
        </w:tc>
      </w:tr>
      <w:tr w:rsidR="005816E5" w:rsidRPr="00EB75F0" w14:paraId="0DBB7B5D" w14:textId="77777777" w:rsidTr="00C32B29">
        <w:trPr>
          <w:trHeight w:val="288"/>
        </w:trPr>
        <w:tc>
          <w:tcPr>
            <w:tcW w:w="1927" w:type="dxa"/>
            <w:vAlign w:val="bottom"/>
          </w:tcPr>
          <w:p w14:paraId="2557F02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McEvoy 2007</w:t>
            </w:r>
          </w:p>
        </w:tc>
        <w:tc>
          <w:tcPr>
            <w:tcW w:w="1927" w:type="dxa"/>
            <w:vAlign w:val="bottom"/>
          </w:tcPr>
          <w:p w14:paraId="39A575D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107</w:t>
            </w:r>
          </w:p>
        </w:tc>
        <w:tc>
          <w:tcPr>
            <w:tcW w:w="1928" w:type="dxa"/>
            <w:vAlign w:val="bottom"/>
          </w:tcPr>
          <w:p w14:paraId="1BA6993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615194B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1C355B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48517D2E" w14:textId="77777777" w:rsidTr="00C32B29">
        <w:trPr>
          <w:trHeight w:val="288"/>
        </w:trPr>
        <w:tc>
          <w:tcPr>
            <w:tcW w:w="1927" w:type="dxa"/>
            <w:vAlign w:val="bottom"/>
          </w:tcPr>
          <w:p w14:paraId="6C784F4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McEvoy 2007</w:t>
            </w:r>
          </w:p>
        </w:tc>
        <w:tc>
          <w:tcPr>
            <w:tcW w:w="1927" w:type="dxa"/>
            <w:vAlign w:val="bottom"/>
          </w:tcPr>
          <w:p w14:paraId="5E85AB2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303</w:t>
            </w:r>
          </w:p>
        </w:tc>
        <w:tc>
          <w:tcPr>
            <w:tcW w:w="1928" w:type="dxa"/>
            <w:vAlign w:val="bottom"/>
          </w:tcPr>
          <w:p w14:paraId="49050F0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621D668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-0.41920792</w:t>
            </w:r>
          </w:p>
        </w:tc>
        <w:tc>
          <w:tcPr>
            <w:tcW w:w="1928" w:type="dxa"/>
            <w:vAlign w:val="bottom"/>
          </w:tcPr>
          <w:p w14:paraId="1CF3996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0.154842</w:t>
            </w:r>
          </w:p>
        </w:tc>
      </w:tr>
      <w:tr w:rsidR="005816E5" w:rsidRPr="00EB75F0" w14:paraId="461D04B3" w14:textId="77777777" w:rsidTr="00C32B29">
        <w:trPr>
          <w:trHeight w:val="288"/>
        </w:trPr>
        <w:tc>
          <w:tcPr>
            <w:tcW w:w="1927" w:type="dxa"/>
            <w:vAlign w:val="bottom"/>
          </w:tcPr>
          <w:p w14:paraId="793C295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McQuade 2004</w:t>
            </w:r>
          </w:p>
        </w:tc>
        <w:tc>
          <w:tcPr>
            <w:tcW w:w="1927" w:type="dxa"/>
            <w:vAlign w:val="bottom"/>
          </w:tcPr>
          <w:p w14:paraId="140B1AC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156</w:t>
            </w:r>
          </w:p>
        </w:tc>
        <w:tc>
          <w:tcPr>
            <w:tcW w:w="1928" w:type="dxa"/>
            <w:vAlign w:val="bottom"/>
          </w:tcPr>
          <w:p w14:paraId="090FA11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37A46DF6"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A1B587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42A78AE" w14:textId="77777777" w:rsidTr="00C32B29">
        <w:trPr>
          <w:trHeight w:val="288"/>
        </w:trPr>
        <w:tc>
          <w:tcPr>
            <w:tcW w:w="1927" w:type="dxa"/>
            <w:vAlign w:val="bottom"/>
          </w:tcPr>
          <w:p w14:paraId="624A277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McQuade 2004</w:t>
            </w:r>
          </w:p>
        </w:tc>
        <w:tc>
          <w:tcPr>
            <w:tcW w:w="1927" w:type="dxa"/>
            <w:vAlign w:val="bottom"/>
          </w:tcPr>
          <w:p w14:paraId="51D8AAF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161</w:t>
            </w:r>
          </w:p>
        </w:tc>
        <w:tc>
          <w:tcPr>
            <w:tcW w:w="1928" w:type="dxa"/>
            <w:vAlign w:val="bottom"/>
          </w:tcPr>
          <w:p w14:paraId="0022A7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4C82E1C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w:t>
            </w:r>
          </w:p>
        </w:tc>
        <w:tc>
          <w:tcPr>
            <w:tcW w:w="1928" w:type="dxa"/>
            <w:vAlign w:val="bottom"/>
          </w:tcPr>
          <w:p w14:paraId="541C7E6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0.15469078</w:t>
            </w:r>
          </w:p>
        </w:tc>
      </w:tr>
      <w:tr w:rsidR="005816E5" w:rsidRPr="00EB75F0" w14:paraId="1CAFFED5" w14:textId="77777777" w:rsidTr="00C32B29">
        <w:trPr>
          <w:trHeight w:val="288"/>
        </w:trPr>
        <w:tc>
          <w:tcPr>
            <w:tcW w:w="1927" w:type="dxa"/>
            <w:vAlign w:val="bottom"/>
          </w:tcPr>
          <w:p w14:paraId="4C6492B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Meltzer 2011</w:t>
            </w:r>
          </w:p>
        </w:tc>
        <w:tc>
          <w:tcPr>
            <w:tcW w:w="1927" w:type="dxa"/>
            <w:vAlign w:val="bottom"/>
          </w:tcPr>
          <w:p w14:paraId="495C3DD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78</w:t>
            </w:r>
          </w:p>
        </w:tc>
        <w:tc>
          <w:tcPr>
            <w:tcW w:w="1928" w:type="dxa"/>
            <w:vAlign w:val="bottom"/>
          </w:tcPr>
          <w:p w14:paraId="72BDE52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A0E01C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666469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7F54AA79" w14:textId="77777777" w:rsidTr="00C32B29">
        <w:trPr>
          <w:trHeight w:val="288"/>
        </w:trPr>
        <w:tc>
          <w:tcPr>
            <w:tcW w:w="1927" w:type="dxa"/>
            <w:vAlign w:val="bottom"/>
          </w:tcPr>
          <w:p w14:paraId="26CFE6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Meltzer 2011</w:t>
            </w:r>
          </w:p>
        </w:tc>
        <w:tc>
          <w:tcPr>
            <w:tcW w:w="1927" w:type="dxa"/>
            <w:vAlign w:val="bottom"/>
          </w:tcPr>
          <w:p w14:paraId="10C214C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96</w:t>
            </w:r>
          </w:p>
        </w:tc>
        <w:tc>
          <w:tcPr>
            <w:tcW w:w="1928" w:type="dxa"/>
            <w:vAlign w:val="bottom"/>
          </w:tcPr>
          <w:p w14:paraId="00A3C7C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2632BFB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w:t>
            </w:r>
          </w:p>
        </w:tc>
        <w:tc>
          <w:tcPr>
            <w:tcW w:w="1928" w:type="dxa"/>
            <w:vAlign w:val="bottom"/>
          </w:tcPr>
          <w:p w14:paraId="03F23E8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0.14118205</w:t>
            </w:r>
          </w:p>
        </w:tc>
      </w:tr>
      <w:tr w:rsidR="005816E5" w:rsidRPr="00EB75F0" w14:paraId="257B34A1" w14:textId="77777777" w:rsidTr="00C32B29">
        <w:trPr>
          <w:trHeight w:val="288"/>
        </w:trPr>
        <w:tc>
          <w:tcPr>
            <w:tcW w:w="1927" w:type="dxa"/>
            <w:vAlign w:val="bottom"/>
          </w:tcPr>
          <w:p w14:paraId="6E1CD0B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NCT01175135</w:t>
            </w:r>
          </w:p>
        </w:tc>
        <w:tc>
          <w:tcPr>
            <w:tcW w:w="1927" w:type="dxa"/>
            <w:vAlign w:val="bottom"/>
          </w:tcPr>
          <w:p w14:paraId="627FDC2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63</w:t>
            </w:r>
          </w:p>
        </w:tc>
        <w:tc>
          <w:tcPr>
            <w:tcW w:w="1928" w:type="dxa"/>
            <w:vAlign w:val="bottom"/>
          </w:tcPr>
          <w:p w14:paraId="5E2E0F7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813809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F3954E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4E23EFDB" w14:textId="77777777" w:rsidTr="00C32B29">
        <w:trPr>
          <w:trHeight w:val="288"/>
        </w:trPr>
        <w:tc>
          <w:tcPr>
            <w:tcW w:w="1927" w:type="dxa"/>
            <w:vAlign w:val="bottom"/>
          </w:tcPr>
          <w:p w14:paraId="029ED0F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NCT01175135</w:t>
            </w:r>
          </w:p>
        </w:tc>
        <w:tc>
          <w:tcPr>
            <w:tcW w:w="1927" w:type="dxa"/>
            <w:vAlign w:val="bottom"/>
          </w:tcPr>
          <w:p w14:paraId="21C4653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26</w:t>
            </w:r>
          </w:p>
        </w:tc>
        <w:tc>
          <w:tcPr>
            <w:tcW w:w="1928" w:type="dxa"/>
            <w:vAlign w:val="bottom"/>
          </w:tcPr>
          <w:p w14:paraId="066B804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6525862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w:t>
            </w:r>
          </w:p>
        </w:tc>
        <w:tc>
          <w:tcPr>
            <w:tcW w:w="1928" w:type="dxa"/>
            <w:vAlign w:val="bottom"/>
          </w:tcPr>
          <w:p w14:paraId="6B9855E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0.19192426</w:t>
            </w:r>
          </w:p>
        </w:tc>
      </w:tr>
      <w:tr w:rsidR="005816E5" w:rsidRPr="00EB75F0" w14:paraId="277927C0" w14:textId="77777777" w:rsidTr="00C32B29">
        <w:trPr>
          <w:trHeight w:val="288"/>
        </w:trPr>
        <w:tc>
          <w:tcPr>
            <w:tcW w:w="1927" w:type="dxa"/>
            <w:vAlign w:val="bottom"/>
          </w:tcPr>
          <w:p w14:paraId="53B591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NCT01625000</w:t>
            </w:r>
          </w:p>
        </w:tc>
        <w:tc>
          <w:tcPr>
            <w:tcW w:w="1927" w:type="dxa"/>
            <w:vAlign w:val="bottom"/>
          </w:tcPr>
          <w:p w14:paraId="7793402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71</w:t>
            </w:r>
          </w:p>
        </w:tc>
        <w:tc>
          <w:tcPr>
            <w:tcW w:w="1928" w:type="dxa"/>
            <w:vAlign w:val="bottom"/>
          </w:tcPr>
          <w:p w14:paraId="6710556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8A956C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3726AD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0.09968966</w:t>
            </w:r>
          </w:p>
        </w:tc>
      </w:tr>
      <w:tr w:rsidR="005816E5" w:rsidRPr="00EB75F0" w14:paraId="45E18C0C" w14:textId="77777777" w:rsidTr="00C32B29">
        <w:trPr>
          <w:trHeight w:val="288"/>
        </w:trPr>
        <w:tc>
          <w:tcPr>
            <w:tcW w:w="1927" w:type="dxa"/>
            <w:vAlign w:val="bottom"/>
          </w:tcPr>
          <w:p w14:paraId="6DF6B75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NCT01625000</w:t>
            </w:r>
          </w:p>
        </w:tc>
        <w:tc>
          <w:tcPr>
            <w:tcW w:w="1927" w:type="dxa"/>
            <w:vAlign w:val="bottom"/>
          </w:tcPr>
          <w:p w14:paraId="2CE415C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158</w:t>
            </w:r>
          </w:p>
        </w:tc>
        <w:tc>
          <w:tcPr>
            <w:tcW w:w="1928" w:type="dxa"/>
            <w:vAlign w:val="bottom"/>
          </w:tcPr>
          <w:p w14:paraId="4523CA9B"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0920845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-0.15063291</w:t>
            </w:r>
          </w:p>
        </w:tc>
        <w:tc>
          <w:tcPr>
            <w:tcW w:w="1928" w:type="dxa"/>
            <w:vAlign w:val="bottom"/>
          </w:tcPr>
          <w:p w14:paraId="3F80A90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0.12204927</w:t>
            </w:r>
          </w:p>
        </w:tc>
      </w:tr>
      <w:tr w:rsidR="005816E5" w:rsidRPr="00EB75F0" w14:paraId="27373428" w14:textId="77777777" w:rsidTr="00C32B29">
        <w:trPr>
          <w:trHeight w:val="288"/>
        </w:trPr>
        <w:tc>
          <w:tcPr>
            <w:tcW w:w="1927" w:type="dxa"/>
            <w:vAlign w:val="bottom"/>
          </w:tcPr>
          <w:p w14:paraId="78C670A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NCT01625000</w:t>
            </w:r>
          </w:p>
        </w:tc>
        <w:tc>
          <w:tcPr>
            <w:tcW w:w="1927" w:type="dxa"/>
            <w:vAlign w:val="bottom"/>
          </w:tcPr>
          <w:p w14:paraId="6FDD0E7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36</w:t>
            </w:r>
          </w:p>
        </w:tc>
        <w:tc>
          <w:tcPr>
            <w:tcW w:w="1928" w:type="dxa"/>
            <w:vAlign w:val="bottom"/>
          </w:tcPr>
          <w:p w14:paraId="0E80A38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780D4F3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w:t>
            </w:r>
          </w:p>
        </w:tc>
        <w:tc>
          <w:tcPr>
            <w:tcW w:w="1928" w:type="dxa"/>
            <w:vAlign w:val="bottom"/>
          </w:tcPr>
          <w:p w14:paraId="31A522D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0.22346818</w:t>
            </w:r>
          </w:p>
        </w:tc>
      </w:tr>
      <w:tr w:rsidR="005816E5" w:rsidRPr="00EB75F0" w14:paraId="4D27CF96" w14:textId="77777777" w:rsidTr="00C32B29">
        <w:trPr>
          <w:trHeight w:val="288"/>
        </w:trPr>
        <w:tc>
          <w:tcPr>
            <w:tcW w:w="1927" w:type="dxa"/>
            <w:vAlign w:val="bottom"/>
          </w:tcPr>
          <w:p w14:paraId="0BD89B0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NCT03055338</w:t>
            </w:r>
          </w:p>
        </w:tc>
        <w:tc>
          <w:tcPr>
            <w:tcW w:w="1927" w:type="dxa"/>
            <w:vAlign w:val="bottom"/>
          </w:tcPr>
          <w:p w14:paraId="0FC033B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89</w:t>
            </w:r>
          </w:p>
        </w:tc>
        <w:tc>
          <w:tcPr>
            <w:tcW w:w="1928" w:type="dxa"/>
            <w:vAlign w:val="bottom"/>
          </w:tcPr>
          <w:p w14:paraId="5B8D851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5F38B73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DD9F20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6EB8FE6" w14:textId="77777777" w:rsidTr="00C32B29">
        <w:trPr>
          <w:trHeight w:val="288"/>
        </w:trPr>
        <w:tc>
          <w:tcPr>
            <w:tcW w:w="1927" w:type="dxa"/>
            <w:vAlign w:val="bottom"/>
          </w:tcPr>
          <w:p w14:paraId="0B5398C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NCT03055338</w:t>
            </w:r>
          </w:p>
        </w:tc>
        <w:tc>
          <w:tcPr>
            <w:tcW w:w="1927" w:type="dxa"/>
            <w:vAlign w:val="bottom"/>
          </w:tcPr>
          <w:p w14:paraId="21195B6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40</w:t>
            </w:r>
          </w:p>
        </w:tc>
        <w:tc>
          <w:tcPr>
            <w:tcW w:w="1928" w:type="dxa"/>
            <w:vAlign w:val="bottom"/>
          </w:tcPr>
          <w:p w14:paraId="64D4F02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580D478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w:t>
            </w:r>
          </w:p>
        </w:tc>
        <w:tc>
          <w:tcPr>
            <w:tcW w:w="1928" w:type="dxa"/>
            <w:vAlign w:val="bottom"/>
          </w:tcPr>
          <w:p w14:paraId="107D031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0.26210777</w:t>
            </w:r>
          </w:p>
        </w:tc>
      </w:tr>
      <w:tr w:rsidR="005816E5" w:rsidRPr="00EB75F0" w14:paraId="19E6A490" w14:textId="77777777" w:rsidTr="00C32B29">
        <w:trPr>
          <w:trHeight w:val="288"/>
        </w:trPr>
        <w:tc>
          <w:tcPr>
            <w:tcW w:w="1927" w:type="dxa"/>
            <w:vAlign w:val="bottom"/>
          </w:tcPr>
          <w:p w14:paraId="35FC3389"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1927" w:type="dxa"/>
            <w:vAlign w:val="bottom"/>
          </w:tcPr>
          <w:p w14:paraId="2751E57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103</w:t>
            </w:r>
          </w:p>
        </w:tc>
        <w:tc>
          <w:tcPr>
            <w:tcW w:w="1928" w:type="dxa"/>
            <w:vAlign w:val="bottom"/>
          </w:tcPr>
          <w:p w14:paraId="0BDCBFC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EB5FBF4"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68F7E2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0.13567238</w:t>
            </w:r>
          </w:p>
        </w:tc>
      </w:tr>
      <w:tr w:rsidR="005816E5" w:rsidRPr="00EB75F0" w14:paraId="6F3B2C8F" w14:textId="77777777" w:rsidTr="00C32B29">
        <w:trPr>
          <w:trHeight w:val="288"/>
        </w:trPr>
        <w:tc>
          <w:tcPr>
            <w:tcW w:w="1927" w:type="dxa"/>
            <w:vAlign w:val="bottom"/>
          </w:tcPr>
          <w:p w14:paraId="4043E35B"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1927" w:type="dxa"/>
            <w:vAlign w:val="bottom"/>
          </w:tcPr>
          <w:p w14:paraId="0775F8F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202</w:t>
            </w:r>
          </w:p>
        </w:tc>
        <w:tc>
          <w:tcPr>
            <w:tcW w:w="1928" w:type="dxa"/>
            <w:vAlign w:val="bottom"/>
          </w:tcPr>
          <w:p w14:paraId="53DE076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07CFFB0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-0.35</w:t>
            </w:r>
          </w:p>
        </w:tc>
        <w:tc>
          <w:tcPr>
            <w:tcW w:w="1928" w:type="dxa"/>
            <w:vAlign w:val="bottom"/>
          </w:tcPr>
          <w:p w14:paraId="50DDFCE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0.16671154</w:t>
            </w:r>
          </w:p>
        </w:tc>
      </w:tr>
      <w:tr w:rsidR="005816E5" w:rsidRPr="00EB75F0" w14:paraId="7089CD1B" w14:textId="77777777" w:rsidTr="00C32B29">
        <w:trPr>
          <w:trHeight w:val="288"/>
        </w:trPr>
        <w:tc>
          <w:tcPr>
            <w:tcW w:w="1927" w:type="dxa"/>
            <w:vAlign w:val="bottom"/>
          </w:tcPr>
          <w:p w14:paraId="4C296E9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1927" w:type="dxa"/>
            <w:vAlign w:val="bottom"/>
          </w:tcPr>
          <w:p w14:paraId="6C83C45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95</w:t>
            </w:r>
          </w:p>
        </w:tc>
        <w:tc>
          <w:tcPr>
            <w:tcW w:w="1928" w:type="dxa"/>
            <w:vAlign w:val="bottom"/>
          </w:tcPr>
          <w:p w14:paraId="1610D7C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1F33164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w:t>
            </w:r>
          </w:p>
        </w:tc>
        <w:tc>
          <w:tcPr>
            <w:tcW w:w="1928" w:type="dxa"/>
            <w:vAlign w:val="bottom"/>
          </w:tcPr>
          <w:p w14:paraId="05E9AC7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0.19586743</w:t>
            </w:r>
          </w:p>
        </w:tc>
      </w:tr>
      <w:tr w:rsidR="005816E5" w:rsidRPr="00EB75F0" w14:paraId="4050EB84" w14:textId="77777777" w:rsidTr="00C32B29">
        <w:trPr>
          <w:trHeight w:val="288"/>
        </w:trPr>
        <w:tc>
          <w:tcPr>
            <w:tcW w:w="1927" w:type="dxa"/>
            <w:vAlign w:val="bottom"/>
          </w:tcPr>
          <w:p w14:paraId="718E856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2007</w:t>
            </w:r>
          </w:p>
        </w:tc>
        <w:tc>
          <w:tcPr>
            <w:tcW w:w="1927" w:type="dxa"/>
            <w:vAlign w:val="bottom"/>
          </w:tcPr>
          <w:p w14:paraId="039FF51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60</w:t>
            </w:r>
          </w:p>
        </w:tc>
        <w:tc>
          <w:tcPr>
            <w:tcW w:w="1928" w:type="dxa"/>
            <w:vAlign w:val="bottom"/>
          </w:tcPr>
          <w:p w14:paraId="2A8B44C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BD99D8B"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67DB9E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D815941" w14:textId="77777777" w:rsidTr="00C32B29">
        <w:trPr>
          <w:trHeight w:val="288"/>
        </w:trPr>
        <w:tc>
          <w:tcPr>
            <w:tcW w:w="1927" w:type="dxa"/>
            <w:vAlign w:val="bottom"/>
          </w:tcPr>
          <w:p w14:paraId="7B680DAD"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2007</w:t>
            </w:r>
          </w:p>
        </w:tc>
        <w:tc>
          <w:tcPr>
            <w:tcW w:w="1927" w:type="dxa"/>
            <w:vAlign w:val="bottom"/>
          </w:tcPr>
          <w:p w14:paraId="61E1A72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56</w:t>
            </w:r>
          </w:p>
        </w:tc>
        <w:tc>
          <w:tcPr>
            <w:tcW w:w="1928" w:type="dxa"/>
            <w:vAlign w:val="bottom"/>
          </w:tcPr>
          <w:p w14:paraId="28D730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62707A2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-0.43</w:t>
            </w:r>
          </w:p>
        </w:tc>
        <w:tc>
          <w:tcPr>
            <w:tcW w:w="1928" w:type="dxa"/>
            <w:vAlign w:val="bottom"/>
          </w:tcPr>
          <w:p w14:paraId="100C28A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0.25584056</w:t>
            </w:r>
          </w:p>
        </w:tc>
      </w:tr>
      <w:tr w:rsidR="005816E5" w:rsidRPr="00EB75F0" w14:paraId="1789D6FA" w14:textId="77777777" w:rsidTr="00C32B29">
        <w:trPr>
          <w:trHeight w:val="288"/>
        </w:trPr>
        <w:tc>
          <w:tcPr>
            <w:tcW w:w="1927" w:type="dxa"/>
            <w:vAlign w:val="bottom"/>
          </w:tcPr>
          <w:p w14:paraId="2649D56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Shen 2014</w:t>
            </w:r>
          </w:p>
        </w:tc>
        <w:tc>
          <w:tcPr>
            <w:tcW w:w="1927" w:type="dxa"/>
            <w:vAlign w:val="bottom"/>
          </w:tcPr>
          <w:p w14:paraId="798B97A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77</w:t>
            </w:r>
          </w:p>
        </w:tc>
        <w:tc>
          <w:tcPr>
            <w:tcW w:w="1928" w:type="dxa"/>
            <w:vAlign w:val="bottom"/>
          </w:tcPr>
          <w:p w14:paraId="7B4571A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224FB7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FD0C7B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F71191F" w14:textId="77777777" w:rsidTr="00C32B29">
        <w:trPr>
          <w:trHeight w:val="288"/>
        </w:trPr>
        <w:tc>
          <w:tcPr>
            <w:tcW w:w="1927" w:type="dxa"/>
            <w:vAlign w:val="bottom"/>
          </w:tcPr>
          <w:p w14:paraId="1E08EA1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Shen 2014</w:t>
            </w:r>
          </w:p>
        </w:tc>
        <w:tc>
          <w:tcPr>
            <w:tcW w:w="1927" w:type="dxa"/>
            <w:vAlign w:val="bottom"/>
          </w:tcPr>
          <w:p w14:paraId="57097A2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77</w:t>
            </w:r>
          </w:p>
        </w:tc>
        <w:tc>
          <w:tcPr>
            <w:tcW w:w="1928" w:type="dxa"/>
            <w:vAlign w:val="bottom"/>
          </w:tcPr>
          <w:p w14:paraId="21A0F9E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37A0A9F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-0.62</w:t>
            </w:r>
          </w:p>
        </w:tc>
        <w:tc>
          <w:tcPr>
            <w:tcW w:w="1928" w:type="dxa"/>
            <w:vAlign w:val="bottom"/>
          </w:tcPr>
          <w:p w14:paraId="29A4B99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0.18372764</w:t>
            </w:r>
          </w:p>
        </w:tc>
      </w:tr>
    </w:tbl>
    <w:p w14:paraId="20DD7B60" w14:textId="77777777" w:rsidR="005816E5" w:rsidRPr="00EB75F0" w:rsidRDefault="005816E5" w:rsidP="005816E5">
      <w:pPr>
        <w:pStyle w:val="BodyText"/>
      </w:pPr>
    </w:p>
    <w:p w14:paraId="6BD2E5CB" w14:textId="77777777" w:rsidR="005816E5" w:rsidRPr="00541089" w:rsidRDefault="005816E5" w:rsidP="005816E5">
      <w:pPr>
        <w:pStyle w:val="Heading2"/>
      </w:pPr>
      <w:r w:rsidRPr="00541089">
        <w:t>Change from baseline weight</w:t>
      </w:r>
    </w:p>
    <w:p w14:paraId="14C6875F" w14:textId="2501D12F" w:rsidR="005816E5" w:rsidRPr="00EB75F0" w:rsidRDefault="00A06AE8" w:rsidP="00541089">
      <w:pPr>
        <w:pStyle w:val="Heading3"/>
      </w:pPr>
      <w:r w:rsidRPr="00EB75F0">
        <w:t>Table S</w:t>
      </w:r>
      <w:fldSimple w:instr=" STYLEREF 1 \s ">
        <w:r w:rsidR="004B2F28">
          <w:rPr>
            <w:noProof/>
          </w:rPr>
          <w:t>10</w:t>
        </w:r>
      </w:fldSimple>
      <w:r w:rsidR="00EE288E" w:rsidRPr="00EB75F0">
        <w:noBreakHyphen/>
      </w:r>
      <w:fldSimple w:instr=" SEQ Table \* ARABIC \s 1 ">
        <w:r w:rsidR="004B2F28">
          <w:rPr>
            <w:noProof/>
          </w:rPr>
          <w:t>5</w:t>
        </w:r>
      </w:fldSimple>
      <w:r w:rsidR="005816E5" w:rsidRPr="00EB75F0">
        <w:t>: NMA input dataset - change from baseline weight, base case network</w:t>
      </w:r>
    </w:p>
    <w:tbl>
      <w:tblPr>
        <w:tblStyle w:val="Lumanitytable"/>
        <w:tblW w:w="9638" w:type="dxa"/>
        <w:tblLook w:val="04A0" w:firstRow="1" w:lastRow="0" w:firstColumn="1" w:lastColumn="0" w:noHBand="0" w:noVBand="1"/>
      </w:tblPr>
      <w:tblGrid>
        <w:gridCol w:w="1927"/>
        <w:gridCol w:w="1927"/>
        <w:gridCol w:w="1928"/>
        <w:gridCol w:w="1928"/>
        <w:gridCol w:w="1928"/>
      </w:tblGrid>
      <w:tr w:rsidR="005816E5" w:rsidRPr="00EB75F0" w14:paraId="120AE27A" w14:textId="77777777" w:rsidTr="00C32B29">
        <w:trPr>
          <w:cnfStyle w:val="100000000000" w:firstRow="1" w:lastRow="0" w:firstColumn="0" w:lastColumn="0" w:oddVBand="0" w:evenVBand="0" w:oddHBand="0" w:evenHBand="0" w:firstRowFirstColumn="0" w:firstRowLastColumn="0" w:lastRowFirstColumn="0" w:lastRowLastColumn="0"/>
          <w:trHeight w:val="288"/>
        </w:trPr>
        <w:tc>
          <w:tcPr>
            <w:tcW w:w="1927" w:type="dxa"/>
            <w:vAlign w:val="bottom"/>
          </w:tcPr>
          <w:p w14:paraId="1F440D46"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StudyName</w:t>
            </w:r>
            <w:proofErr w:type="spellEnd"/>
          </w:p>
        </w:tc>
        <w:tc>
          <w:tcPr>
            <w:tcW w:w="1927" w:type="dxa"/>
            <w:vAlign w:val="bottom"/>
          </w:tcPr>
          <w:p w14:paraId="10BDEE08"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NumberAnalysed</w:t>
            </w:r>
            <w:proofErr w:type="spellEnd"/>
          </w:p>
        </w:tc>
        <w:tc>
          <w:tcPr>
            <w:tcW w:w="1928" w:type="dxa"/>
            <w:vAlign w:val="bottom"/>
          </w:tcPr>
          <w:p w14:paraId="616153D7"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TreatmentName</w:t>
            </w:r>
            <w:proofErr w:type="spellEnd"/>
          </w:p>
        </w:tc>
        <w:tc>
          <w:tcPr>
            <w:tcW w:w="1928" w:type="dxa"/>
            <w:vAlign w:val="bottom"/>
          </w:tcPr>
          <w:p w14:paraId="6DDA3C04" w14:textId="77777777" w:rsidR="005816E5" w:rsidRPr="00EB75F0" w:rsidRDefault="005816E5" w:rsidP="00C32B29">
            <w:pPr>
              <w:pStyle w:val="BodyText"/>
              <w:spacing w:before="0" w:after="0" w:line="240" w:lineRule="auto"/>
              <w:rPr>
                <w:color w:val="FFFFFF" w:themeColor="background1"/>
                <w:sz w:val="18"/>
                <w:szCs w:val="20"/>
              </w:rPr>
            </w:pPr>
            <w:r w:rsidRPr="00EB75F0">
              <w:rPr>
                <w:rFonts w:ascii="Calibri" w:hAnsi="Calibri" w:cs="Calibri"/>
                <w:color w:val="FFFFFF" w:themeColor="background1"/>
                <w:szCs w:val="22"/>
              </w:rPr>
              <w:t>diff</w:t>
            </w:r>
          </w:p>
        </w:tc>
        <w:tc>
          <w:tcPr>
            <w:tcW w:w="1928" w:type="dxa"/>
            <w:vAlign w:val="bottom"/>
          </w:tcPr>
          <w:p w14:paraId="683D4848"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std.err</w:t>
            </w:r>
            <w:proofErr w:type="spellEnd"/>
          </w:p>
        </w:tc>
      </w:tr>
      <w:tr w:rsidR="005816E5" w:rsidRPr="00EB75F0" w14:paraId="206C527D" w14:textId="77777777" w:rsidTr="00C32B29">
        <w:trPr>
          <w:trHeight w:val="288"/>
        </w:trPr>
        <w:tc>
          <w:tcPr>
            <w:tcW w:w="1927" w:type="dxa"/>
            <w:vAlign w:val="bottom"/>
          </w:tcPr>
          <w:p w14:paraId="469F208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Casey 2008</w:t>
            </w:r>
          </w:p>
        </w:tc>
        <w:tc>
          <w:tcPr>
            <w:tcW w:w="1927" w:type="dxa"/>
            <w:vAlign w:val="bottom"/>
          </w:tcPr>
          <w:p w14:paraId="61AF124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119</w:t>
            </w:r>
          </w:p>
        </w:tc>
        <w:tc>
          <w:tcPr>
            <w:tcW w:w="1928" w:type="dxa"/>
            <w:vAlign w:val="bottom"/>
          </w:tcPr>
          <w:p w14:paraId="145D6C6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5F14D594"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D527C0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4A89A26" w14:textId="77777777" w:rsidTr="00C32B29">
        <w:trPr>
          <w:trHeight w:val="288"/>
        </w:trPr>
        <w:tc>
          <w:tcPr>
            <w:tcW w:w="1927" w:type="dxa"/>
            <w:vAlign w:val="bottom"/>
          </w:tcPr>
          <w:p w14:paraId="76A53F4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Casey 2008</w:t>
            </w:r>
          </w:p>
        </w:tc>
        <w:tc>
          <w:tcPr>
            <w:tcW w:w="1927" w:type="dxa"/>
            <w:vAlign w:val="bottom"/>
          </w:tcPr>
          <w:p w14:paraId="3C78832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120</w:t>
            </w:r>
          </w:p>
        </w:tc>
        <w:tc>
          <w:tcPr>
            <w:tcW w:w="1928" w:type="dxa"/>
            <w:vAlign w:val="bottom"/>
          </w:tcPr>
          <w:p w14:paraId="764BF6E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5B4B312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1.34</w:t>
            </w:r>
          </w:p>
        </w:tc>
        <w:tc>
          <w:tcPr>
            <w:tcW w:w="1928" w:type="dxa"/>
            <w:vAlign w:val="bottom"/>
          </w:tcPr>
          <w:p w14:paraId="6EA9016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0.38152611</w:t>
            </w:r>
          </w:p>
        </w:tc>
      </w:tr>
      <w:tr w:rsidR="005816E5" w:rsidRPr="00EB75F0" w14:paraId="3535A143" w14:textId="77777777" w:rsidTr="00C32B29">
        <w:trPr>
          <w:trHeight w:val="288"/>
        </w:trPr>
        <w:tc>
          <w:tcPr>
            <w:tcW w:w="1927" w:type="dxa"/>
            <w:vAlign w:val="bottom"/>
          </w:tcPr>
          <w:p w14:paraId="332E7E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Chan 2007</w:t>
            </w:r>
          </w:p>
        </w:tc>
        <w:tc>
          <w:tcPr>
            <w:tcW w:w="1927" w:type="dxa"/>
            <w:vAlign w:val="bottom"/>
          </w:tcPr>
          <w:p w14:paraId="19C4F28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49</w:t>
            </w:r>
          </w:p>
        </w:tc>
        <w:tc>
          <w:tcPr>
            <w:tcW w:w="1928" w:type="dxa"/>
            <w:vAlign w:val="bottom"/>
          </w:tcPr>
          <w:p w14:paraId="3399A2A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28029B1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703BB5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93F0046" w14:textId="77777777" w:rsidTr="00C32B29">
        <w:trPr>
          <w:trHeight w:val="288"/>
        </w:trPr>
        <w:tc>
          <w:tcPr>
            <w:tcW w:w="1927" w:type="dxa"/>
            <w:vAlign w:val="bottom"/>
          </w:tcPr>
          <w:p w14:paraId="65785FD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lastRenderedPageBreak/>
              <w:t>Chan 2007</w:t>
            </w:r>
          </w:p>
        </w:tc>
        <w:tc>
          <w:tcPr>
            <w:tcW w:w="1927" w:type="dxa"/>
            <w:vAlign w:val="bottom"/>
          </w:tcPr>
          <w:p w14:paraId="560135B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34</w:t>
            </w:r>
          </w:p>
        </w:tc>
        <w:tc>
          <w:tcPr>
            <w:tcW w:w="1928" w:type="dxa"/>
            <w:vAlign w:val="bottom"/>
          </w:tcPr>
          <w:p w14:paraId="07765DF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62FF6D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w:t>
            </w:r>
          </w:p>
        </w:tc>
        <w:tc>
          <w:tcPr>
            <w:tcW w:w="1928" w:type="dxa"/>
            <w:vAlign w:val="bottom"/>
          </w:tcPr>
          <w:p w14:paraId="7C2602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0.53160045</w:t>
            </w:r>
          </w:p>
        </w:tc>
      </w:tr>
      <w:tr w:rsidR="005816E5" w:rsidRPr="00EB75F0" w14:paraId="7326DD72" w14:textId="77777777" w:rsidTr="00C32B29">
        <w:trPr>
          <w:trHeight w:val="288"/>
        </w:trPr>
        <w:tc>
          <w:tcPr>
            <w:tcW w:w="1927" w:type="dxa"/>
            <w:vAlign w:val="bottom"/>
          </w:tcPr>
          <w:p w14:paraId="60FA62F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2015</w:t>
            </w:r>
          </w:p>
        </w:tc>
        <w:tc>
          <w:tcPr>
            <w:tcW w:w="1927" w:type="dxa"/>
            <w:vAlign w:val="bottom"/>
          </w:tcPr>
          <w:p w14:paraId="00B32F9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184</w:t>
            </w:r>
          </w:p>
        </w:tc>
        <w:tc>
          <w:tcPr>
            <w:tcW w:w="1928" w:type="dxa"/>
            <w:vAlign w:val="bottom"/>
          </w:tcPr>
          <w:p w14:paraId="753489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B9EB794"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2F59A2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8309321" w14:textId="77777777" w:rsidTr="00C32B29">
        <w:trPr>
          <w:trHeight w:val="288"/>
        </w:trPr>
        <w:tc>
          <w:tcPr>
            <w:tcW w:w="1927" w:type="dxa"/>
            <w:vAlign w:val="bottom"/>
          </w:tcPr>
          <w:p w14:paraId="350A491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2015</w:t>
            </w:r>
          </w:p>
        </w:tc>
        <w:tc>
          <w:tcPr>
            <w:tcW w:w="1927" w:type="dxa"/>
            <w:vAlign w:val="bottom"/>
          </w:tcPr>
          <w:p w14:paraId="66A3AA2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362</w:t>
            </w:r>
          </w:p>
        </w:tc>
        <w:tc>
          <w:tcPr>
            <w:tcW w:w="1928" w:type="dxa"/>
            <w:vAlign w:val="bottom"/>
          </w:tcPr>
          <w:p w14:paraId="2FC4C64F"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2AF89A7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0.94546961</w:t>
            </w:r>
          </w:p>
        </w:tc>
        <w:tc>
          <w:tcPr>
            <w:tcW w:w="1928" w:type="dxa"/>
            <w:vAlign w:val="bottom"/>
          </w:tcPr>
          <w:p w14:paraId="1E4BACC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0.26700693</w:t>
            </w:r>
          </w:p>
        </w:tc>
      </w:tr>
      <w:tr w:rsidR="005816E5" w:rsidRPr="00EB75F0" w14:paraId="6A8C7021" w14:textId="77777777" w:rsidTr="00C32B29">
        <w:trPr>
          <w:trHeight w:val="288"/>
        </w:trPr>
        <w:tc>
          <w:tcPr>
            <w:tcW w:w="1927" w:type="dxa"/>
            <w:vAlign w:val="bottom"/>
          </w:tcPr>
          <w:p w14:paraId="5A89395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1927" w:type="dxa"/>
            <w:vAlign w:val="bottom"/>
          </w:tcPr>
          <w:p w14:paraId="5D69D56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95</w:t>
            </w:r>
          </w:p>
        </w:tc>
        <w:tc>
          <w:tcPr>
            <w:tcW w:w="1928" w:type="dxa"/>
            <w:vAlign w:val="bottom"/>
          </w:tcPr>
          <w:p w14:paraId="402DF5D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E3C1B6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2F34AE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0.23597502</w:t>
            </w:r>
          </w:p>
        </w:tc>
      </w:tr>
      <w:tr w:rsidR="005816E5" w:rsidRPr="00EB75F0" w14:paraId="6C28DE5F" w14:textId="77777777" w:rsidTr="00C32B29">
        <w:trPr>
          <w:trHeight w:val="288"/>
        </w:trPr>
        <w:tc>
          <w:tcPr>
            <w:tcW w:w="1927" w:type="dxa"/>
            <w:vAlign w:val="bottom"/>
          </w:tcPr>
          <w:p w14:paraId="28B68C6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1927" w:type="dxa"/>
            <w:vAlign w:val="bottom"/>
          </w:tcPr>
          <w:p w14:paraId="7E34891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50</w:t>
            </w:r>
          </w:p>
        </w:tc>
        <w:tc>
          <w:tcPr>
            <w:tcW w:w="1928" w:type="dxa"/>
            <w:vAlign w:val="bottom"/>
          </w:tcPr>
          <w:p w14:paraId="407CB42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0B1883B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0.1</w:t>
            </w:r>
          </w:p>
        </w:tc>
        <w:tc>
          <w:tcPr>
            <w:tcW w:w="1928" w:type="dxa"/>
            <w:vAlign w:val="bottom"/>
          </w:tcPr>
          <w:p w14:paraId="46815F1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0.44886993</w:t>
            </w:r>
          </w:p>
        </w:tc>
      </w:tr>
      <w:tr w:rsidR="005816E5" w:rsidRPr="00EB75F0" w14:paraId="7602C3E7" w14:textId="77777777" w:rsidTr="00C32B29">
        <w:trPr>
          <w:trHeight w:val="288"/>
        </w:trPr>
        <w:tc>
          <w:tcPr>
            <w:tcW w:w="1927" w:type="dxa"/>
            <w:vAlign w:val="bottom"/>
          </w:tcPr>
          <w:p w14:paraId="76E7E27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1927" w:type="dxa"/>
            <w:vAlign w:val="bottom"/>
          </w:tcPr>
          <w:p w14:paraId="38E8B88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90</w:t>
            </w:r>
          </w:p>
        </w:tc>
        <w:tc>
          <w:tcPr>
            <w:tcW w:w="1928" w:type="dxa"/>
            <w:vAlign w:val="bottom"/>
          </w:tcPr>
          <w:p w14:paraId="52FC6BF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38C6907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w:t>
            </w:r>
          </w:p>
        </w:tc>
        <w:tc>
          <w:tcPr>
            <w:tcW w:w="1928" w:type="dxa"/>
            <w:vAlign w:val="bottom"/>
          </w:tcPr>
          <w:p w14:paraId="349FEAE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0.51100749</w:t>
            </w:r>
          </w:p>
        </w:tc>
      </w:tr>
      <w:tr w:rsidR="005816E5" w:rsidRPr="00EB75F0" w14:paraId="07C8ACB2" w14:textId="77777777" w:rsidTr="00C32B29">
        <w:trPr>
          <w:trHeight w:val="288"/>
        </w:trPr>
        <w:tc>
          <w:tcPr>
            <w:tcW w:w="1927" w:type="dxa"/>
            <w:vAlign w:val="bottom"/>
          </w:tcPr>
          <w:p w14:paraId="6322730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2020</w:t>
            </w:r>
          </w:p>
        </w:tc>
        <w:tc>
          <w:tcPr>
            <w:tcW w:w="1927" w:type="dxa"/>
            <w:vAlign w:val="bottom"/>
          </w:tcPr>
          <w:p w14:paraId="3BA37BA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c>
          <w:tcPr>
            <w:tcW w:w="1928" w:type="dxa"/>
            <w:vAlign w:val="bottom"/>
          </w:tcPr>
          <w:p w14:paraId="09CAB02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FD4616B"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1AA27E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35D71E7" w14:textId="77777777" w:rsidTr="00C32B29">
        <w:trPr>
          <w:trHeight w:val="288"/>
        </w:trPr>
        <w:tc>
          <w:tcPr>
            <w:tcW w:w="1927" w:type="dxa"/>
            <w:vAlign w:val="bottom"/>
          </w:tcPr>
          <w:p w14:paraId="3895E6D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2020</w:t>
            </w:r>
          </w:p>
        </w:tc>
        <w:tc>
          <w:tcPr>
            <w:tcW w:w="1927" w:type="dxa"/>
            <w:vAlign w:val="bottom"/>
          </w:tcPr>
          <w:p w14:paraId="69C6304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c>
          <w:tcPr>
            <w:tcW w:w="1928" w:type="dxa"/>
            <w:vAlign w:val="bottom"/>
          </w:tcPr>
          <w:p w14:paraId="73361F80"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Lumateperone</w:t>
            </w:r>
            <w:proofErr w:type="spellEnd"/>
          </w:p>
        </w:tc>
        <w:tc>
          <w:tcPr>
            <w:tcW w:w="1928" w:type="dxa"/>
            <w:vAlign w:val="bottom"/>
          </w:tcPr>
          <w:p w14:paraId="7E63754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0.29</w:t>
            </w:r>
          </w:p>
        </w:tc>
        <w:tc>
          <w:tcPr>
            <w:tcW w:w="1928" w:type="dxa"/>
            <w:vAlign w:val="bottom"/>
          </w:tcPr>
          <w:p w14:paraId="4897D1E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0.38079303</w:t>
            </w:r>
          </w:p>
        </w:tc>
      </w:tr>
      <w:tr w:rsidR="005816E5" w:rsidRPr="00EB75F0" w14:paraId="7DA8B862" w14:textId="77777777" w:rsidTr="00C32B29">
        <w:trPr>
          <w:trHeight w:val="288"/>
        </w:trPr>
        <w:tc>
          <w:tcPr>
            <w:tcW w:w="1927" w:type="dxa"/>
            <w:vAlign w:val="bottom"/>
          </w:tcPr>
          <w:p w14:paraId="32E7679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Davidson 2007</w:t>
            </w:r>
          </w:p>
        </w:tc>
        <w:tc>
          <w:tcPr>
            <w:tcW w:w="1927" w:type="dxa"/>
            <w:vAlign w:val="bottom"/>
          </w:tcPr>
          <w:p w14:paraId="727EAA7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110</w:t>
            </w:r>
          </w:p>
        </w:tc>
        <w:tc>
          <w:tcPr>
            <w:tcW w:w="1928" w:type="dxa"/>
            <w:vAlign w:val="bottom"/>
          </w:tcPr>
          <w:p w14:paraId="005E1BB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55A8484"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C9A7C8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E4CB0E8" w14:textId="77777777" w:rsidTr="00C32B29">
        <w:trPr>
          <w:trHeight w:val="288"/>
        </w:trPr>
        <w:tc>
          <w:tcPr>
            <w:tcW w:w="1927" w:type="dxa"/>
            <w:vAlign w:val="bottom"/>
          </w:tcPr>
          <w:p w14:paraId="4CB68A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Davidson 2007</w:t>
            </w:r>
          </w:p>
        </w:tc>
        <w:tc>
          <w:tcPr>
            <w:tcW w:w="1927" w:type="dxa"/>
            <w:vAlign w:val="bottom"/>
          </w:tcPr>
          <w:p w14:paraId="11E6773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115</w:t>
            </w:r>
          </w:p>
        </w:tc>
        <w:tc>
          <w:tcPr>
            <w:tcW w:w="1928" w:type="dxa"/>
            <w:vAlign w:val="bottom"/>
          </w:tcPr>
          <w:p w14:paraId="517733C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6509E36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w:t>
            </w:r>
          </w:p>
        </w:tc>
        <w:tc>
          <w:tcPr>
            <w:tcW w:w="1928" w:type="dxa"/>
            <w:vAlign w:val="bottom"/>
          </w:tcPr>
          <w:p w14:paraId="4765FAA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0.54627882</w:t>
            </w:r>
          </w:p>
        </w:tc>
      </w:tr>
      <w:tr w:rsidR="005816E5" w:rsidRPr="00EB75F0" w14:paraId="375083EB" w14:textId="77777777" w:rsidTr="00C32B29">
        <w:trPr>
          <w:trHeight w:val="288"/>
        </w:trPr>
        <w:tc>
          <w:tcPr>
            <w:tcW w:w="1927" w:type="dxa"/>
            <w:vAlign w:val="bottom"/>
          </w:tcPr>
          <w:p w14:paraId="4F2B738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1927" w:type="dxa"/>
            <w:vAlign w:val="bottom"/>
          </w:tcPr>
          <w:p w14:paraId="50FB9A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151</w:t>
            </w:r>
          </w:p>
        </w:tc>
        <w:tc>
          <w:tcPr>
            <w:tcW w:w="1928" w:type="dxa"/>
            <w:vAlign w:val="bottom"/>
          </w:tcPr>
          <w:p w14:paraId="5F702F0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6DC9023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36727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0.23599865</w:t>
            </w:r>
          </w:p>
        </w:tc>
      </w:tr>
      <w:tr w:rsidR="005816E5" w:rsidRPr="00EB75F0" w14:paraId="57BE3733" w14:textId="77777777" w:rsidTr="00C32B29">
        <w:trPr>
          <w:trHeight w:val="288"/>
        </w:trPr>
        <w:tc>
          <w:tcPr>
            <w:tcW w:w="1927" w:type="dxa"/>
            <w:vAlign w:val="bottom"/>
          </w:tcPr>
          <w:p w14:paraId="26E1A27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1927" w:type="dxa"/>
            <w:vAlign w:val="bottom"/>
          </w:tcPr>
          <w:p w14:paraId="39219B3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438</w:t>
            </w:r>
          </w:p>
        </w:tc>
        <w:tc>
          <w:tcPr>
            <w:tcW w:w="1928" w:type="dxa"/>
            <w:vAlign w:val="bottom"/>
          </w:tcPr>
          <w:p w14:paraId="594DA3B1"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128D950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0.76552511</w:t>
            </w:r>
          </w:p>
        </w:tc>
        <w:tc>
          <w:tcPr>
            <w:tcW w:w="1928" w:type="dxa"/>
            <w:vAlign w:val="bottom"/>
          </w:tcPr>
          <w:p w14:paraId="5C9B955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0.27895995</w:t>
            </w:r>
          </w:p>
        </w:tc>
      </w:tr>
      <w:tr w:rsidR="005816E5" w:rsidRPr="00EB75F0" w14:paraId="4DFAEF99" w14:textId="77777777" w:rsidTr="00C32B29">
        <w:trPr>
          <w:trHeight w:val="288"/>
        </w:trPr>
        <w:tc>
          <w:tcPr>
            <w:tcW w:w="1927" w:type="dxa"/>
            <w:vAlign w:val="bottom"/>
          </w:tcPr>
          <w:p w14:paraId="375889A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1927" w:type="dxa"/>
            <w:vAlign w:val="bottom"/>
          </w:tcPr>
          <w:p w14:paraId="5AA4A0C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140</w:t>
            </w:r>
          </w:p>
        </w:tc>
        <w:tc>
          <w:tcPr>
            <w:tcW w:w="1928" w:type="dxa"/>
            <w:vAlign w:val="bottom"/>
          </w:tcPr>
          <w:p w14:paraId="78B7FFF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45E3067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w:t>
            </w:r>
          </w:p>
        </w:tc>
        <w:tc>
          <w:tcPr>
            <w:tcW w:w="1928" w:type="dxa"/>
            <w:vAlign w:val="bottom"/>
          </w:tcPr>
          <w:p w14:paraId="317AC59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0.35894041</w:t>
            </w:r>
          </w:p>
        </w:tc>
      </w:tr>
      <w:tr w:rsidR="005816E5" w:rsidRPr="00EB75F0" w14:paraId="62EC52B5" w14:textId="77777777" w:rsidTr="00C32B29">
        <w:trPr>
          <w:trHeight w:val="288"/>
        </w:trPr>
        <w:tc>
          <w:tcPr>
            <w:tcW w:w="1927" w:type="dxa"/>
            <w:vAlign w:val="bottom"/>
          </w:tcPr>
          <w:p w14:paraId="2EC68DD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1927" w:type="dxa"/>
            <w:vAlign w:val="bottom"/>
          </w:tcPr>
          <w:p w14:paraId="123C08A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153</w:t>
            </w:r>
          </w:p>
        </w:tc>
        <w:tc>
          <w:tcPr>
            <w:tcW w:w="1928" w:type="dxa"/>
            <w:vAlign w:val="bottom"/>
          </w:tcPr>
          <w:p w14:paraId="24240A0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5A1FDA6"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28C7EE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0.2344511</w:t>
            </w:r>
          </w:p>
        </w:tc>
      </w:tr>
      <w:tr w:rsidR="005816E5" w:rsidRPr="00EB75F0" w14:paraId="7E9151F0" w14:textId="77777777" w:rsidTr="00C32B29">
        <w:trPr>
          <w:trHeight w:val="288"/>
        </w:trPr>
        <w:tc>
          <w:tcPr>
            <w:tcW w:w="1927" w:type="dxa"/>
            <w:vAlign w:val="bottom"/>
          </w:tcPr>
          <w:p w14:paraId="1F2DC2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1927" w:type="dxa"/>
            <w:vAlign w:val="bottom"/>
          </w:tcPr>
          <w:p w14:paraId="3998C83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152</w:t>
            </w:r>
          </w:p>
        </w:tc>
        <w:tc>
          <w:tcPr>
            <w:tcW w:w="1928" w:type="dxa"/>
            <w:vAlign w:val="bottom"/>
          </w:tcPr>
          <w:p w14:paraId="3544AC9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269EA7F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w:t>
            </w:r>
          </w:p>
        </w:tc>
        <w:tc>
          <w:tcPr>
            <w:tcW w:w="1928" w:type="dxa"/>
            <w:vAlign w:val="bottom"/>
          </w:tcPr>
          <w:p w14:paraId="2F9EEA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0.33210882</w:t>
            </w:r>
          </w:p>
        </w:tc>
      </w:tr>
      <w:tr w:rsidR="005816E5" w:rsidRPr="00EB75F0" w14:paraId="09409EC6" w14:textId="77777777" w:rsidTr="00C32B29">
        <w:trPr>
          <w:trHeight w:val="288"/>
        </w:trPr>
        <w:tc>
          <w:tcPr>
            <w:tcW w:w="1927" w:type="dxa"/>
            <w:vAlign w:val="bottom"/>
          </w:tcPr>
          <w:p w14:paraId="28015CD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1927" w:type="dxa"/>
            <w:vAlign w:val="bottom"/>
          </w:tcPr>
          <w:p w14:paraId="5752CF3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312</w:t>
            </w:r>
          </w:p>
        </w:tc>
        <w:tc>
          <w:tcPr>
            <w:tcW w:w="1928" w:type="dxa"/>
            <w:vAlign w:val="bottom"/>
          </w:tcPr>
          <w:p w14:paraId="1EE42C2D"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327F80D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0.59935897</w:t>
            </w:r>
          </w:p>
        </w:tc>
        <w:tc>
          <w:tcPr>
            <w:tcW w:w="1928" w:type="dxa"/>
            <w:vAlign w:val="bottom"/>
          </w:tcPr>
          <w:p w14:paraId="607F287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0.28006888</w:t>
            </w:r>
          </w:p>
        </w:tc>
      </w:tr>
      <w:tr w:rsidR="005816E5" w:rsidRPr="00EB75F0" w14:paraId="1C5FDEED" w14:textId="77777777" w:rsidTr="00C32B29">
        <w:trPr>
          <w:trHeight w:val="288"/>
        </w:trPr>
        <w:tc>
          <w:tcPr>
            <w:tcW w:w="1927" w:type="dxa"/>
            <w:vAlign w:val="bottom"/>
          </w:tcPr>
          <w:p w14:paraId="0F17CC3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2016</w:t>
            </w:r>
          </w:p>
        </w:tc>
        <w:tc>
          <w:tcPr>
            <w:tcW w:w="1927" w:type="dxa"/>
            <w:vAlign w:val="bottom"/>
          </w:tcPr>
          <w:p w14:paraId="1F028CB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127</w:t>
            </w:r>
          </w:p>
        </w:tc>
        <w:tc>
          <w:tcPr>
            <w:tcW w:w="1928" w:type="dxa"/>
            <w:vAlign w:val="bottom"/>
          </w:tcPr>
          <w:p w14:paraId="3FDBF79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4B5D91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F55DF2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8DCFE77" w14:textId="77777777" w:rsidTr="00C32B29">
        <w:trPr>
          <w:trHeight w:val="288"/>
        </w:trPr>
        <w:tc>
          <w:tcPr>
            <w:tcW w:w="1927" w:type="dxa"/>
            <w:vAlign w:val="bottom"/>
          </w:tcPr>
          <w:p w14:paraId="24F7DD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2016</w:t>
            </w:r>
          </w:p>
        </w:tc>
        <w:tc>
          <w:tcPr>
            <w:tcW w:w="1927" w:type="dxa"/>
            <w:vAlign w:val="bottom"/>
          </w:tcPr>
          <w:p w14:paraId="53F0A29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124</w:t>
            </w:r>
          </w:p>
        </w:tc>
        <w:tc>
          <w:tcPr>
            <w:tcW w:w="1928" w:type="dxa"/>
            <w:vAlign w:val="bottom"/>
          </w:tcPr>
          <w:p w14:paraId="519A64BA"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2B1726A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w:t>
            </w:r>
          </w:p>
        </w:tc>
        <w:tc>
          <w:tcPr>
            <w:tcW w:w="1928" w:type="dxa"/>
            <w:vAlign w:val="bottom"/>
          </w:tcPr>
          <w:p w14:paraId="3232FB3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0.45489185</w:t>
            </w:r>
          </w:p>
        </w:tc>
      </w:tr>
      <w:tr w:rsidR="005816E5" w:rsidRPr="00EB75F0" w14:paraId="0CDD5B9D" w14:textId="77777777" w:rsidTr="00C32B29">
        <w:trPr>
          <w:trHeight w:val="288"/>
        </w:trPr>
        <w:tc>
          <w:tcPr>
            <w:tcW w:w="1927" w:type="dxa"/>
            <w:vAlign w:val="bottom"/>
          </w:tcPr>
          <w:p w14:paraId="011B1A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EMERGENT-1</w:t>
            </w:r>
          </w:p>
        </w:tc>
        <w:tc>
          <w:tcPr>
            <w:tcW w:w="1927" w:type="dxa"/>
            <w:vAlign w:val="bottom"/>
          </w:tcPr>
          <w:p w14:paraId="07E703C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72</w:t>
            </w:r>
          </w:p>
        </w:tc>
        <w:tc>
          <w:tcPr>
            <w:tcW w:w="1928" w:type="dxa"/>
            <w:vAlign w:val="bottom"/>
          </w:tcPr>
          <w:p w14:paraId="44888EA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5D6A70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6D38D3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4FE0A2FF" w14:textId="77777777" w:rsidTr="00C32B29">
        <w:trPr>
          <w:trHeight w:val="288"/>
        </w:trPr>
        <w:tc>
          <w:tcPr>
            <w:tcW w:w="1927" w:type="dxa"/>
            <w:vAlign w:val="bottom"/>
          </w:tcPr>
          <w:p w14:paraId="2310475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EMERGENT-1</w:t>
            </w:r>
          </w:p>
        </w:tc>
        <w:tc>
          <w:tcPr>
            <w:tcW w:w="1927" w:type="dxa"/>
            <w:vAlign w:val="bottom"/>
          </w:tcPr>
          <w:p w14:paraId="428D9C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73</w:t>
            </w:r>
          </w:p>
        </w:tc>
        <w:tc>
          <w:tcPr>
            <w:tcW w:w="1928" w:type="dxa"/>
            <w:vAlign w:val="bottom"/>
          </w:tcPr>
          <w:p w14:paraId="4DA6FCE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1928" w:type="dxa"/>
            <w:vAlign w:val="bottom"/>
          </w:tcPr>
          <w:p w14:paraId="1A40ED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0.36</w:t>
            </w:r>
          </w:p>
        </w:tc>
        <w:tc>
          <w:tcPr>
            <w:tcW w:w="1928" w:type="dxa"/>
            <w:vAlign w:val="bottom"/>
          </w:tcPr>
          <w:p w14:paraId="47DBA1F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0.53392052</w:t>
            </w:r>
          </w:p>
        </w:tc>
      </w:tr>
      <w:tr w:rsidR="005816E5" w:rsidRPr="00EB75F0" w14:paraId="7D41402C" w14:textId="77777777" w:rsidTr="00C32B29">
        <w:trPr>
          <w:trHeight w:val="288"/>
        </w:trPr>
        <w:tc>
          <w:tcPr>
            <w:tcW w:w="1927" w:type="dxa"/>
            <w:vAlign w:val="bottom"/>
          </w:tcPr>
          <w:p w14:paraId="77D9E18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EMERGENT-2</w:t>
            </w:r>
          </w:p>
        </w:tc>
        <w:tc>
          <w:tcPr>
            <w:tcW w:w="1927" w:type="dxa"/>
            <w:vAlign w:val="bottom"/>
          </w:tcPr>
          <w:p w14:paraId="7CAF0B6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125</w:t>
            </w:r>
          </w:p>
        </w:tc>
        <w:tc>
          <w:tcPr>
            <w:tcW w:w="1928" w:type="dxa"/>
            <w:vAlign w:val="bottom"/>
          </w:tcPr>
          <w:p w14:paraId="62547FB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5EB5B7CC"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C58FF26"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4CE64C6" w14:textId="77777777" w:rsidTr="00C32B29">
        <w:trPr>
          <w:trHeight w:val="288"/>
        </w:trPr>
        <w:tc>
          <w:tcPr>
            <w:tcW w:w="1927" w:type="dxa"/>
            <w:vAlign w:val="bottom"/>
          </w:tcPr>
          <w:p w14:paraId="4B47E36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EMERGENT-2</w:t>
            </w:r>
          </w:p>
        </w:tc>
        <w:tc>
          <w:tcPr>
            <w:tcW w:w="1927" w:type="dxa"/>
            <w:vAlign w:val="bottom"/>
          </w:tcPr>
          <w:p w14:paraId="1FECA7C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126</w:t>
            </w:r>
          </w:p>
        </w:tc>
        <w:tc>
          <w:tcPr>
            <w:tcW w:w="1928" w:type="dxa"/>
            <w:vAlign w:val="bottom"/>
          </w:tcPr>
          <w:p w14:paraId="54EDA608"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1928" w:type="dxa"/>
            <w:vAlign w:val="bottom"/>
          </w:tcPr>
          <w:p w14:paraId="3C075C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-1.127</w:t>
            </w:r>
          </w:p>
        </w:tc>
        <w:tc>
          <w:tcPr>
            <w:tcW w:w="1928" w:type="dxa"/>
            <w:vAlign w:val="bottom"/>
          </w:tcPr>
          <w:p w14:paraId="01819F7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0.68534515</w:t>
            </w:r>
          </w:p>
        </w:tc>
      </w:tr>
      <w:tr w:rsidR="005816E5" w:rsidRPr="00EB75F0" w14:paraId="1F36221B" w14:textId="77777777" w:rsidTr="00C32B29">
        <w:trPr>
          <w:trHeight w:val="288"/>
        </w:trPr>
        <w:tc>
          <w:tcPr>
            <w:tcW w:w="1927" w:type="dxa"/>
            <w:vAlign w:val="bottom"/>
          </w:tcPr>
          <w:p w14:paraId="5CFCFF0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EMERGENT-3</w:t>
            </w:r>
          </w:p>
        </w:tc>
        <w:tc>
          <w:tcPr>
            <w:tcW w:w="1927" w:type="dxa"/>
            <w:vAlign w:val="bottom"/>
          </w:tcPr>
          <w:p w14:paraId="70CFD76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128</w:t>
            </w:r>
          </w:p>
        </w:tc>
        <w:tc>
          <w:tcPr>
            <w:tcW w:w="1928" w:type="dxa"/>
            <w:vAlign w:val="bottom"/>
          </w:tcPr>
          <w:p w14:paraId="7088596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9DB629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06148E4"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6AD17F2A" w14:textId="77777777" w:rsidTr="00C32B29">
        <w:trPr>
          <w:trHeight w:val="288"/>
        </w:trPr>
        <w:tc>
          <w:tcPr>
            <w:tcW w:w="1927" w:type="dxa"/>
            <w:vAlign w:val="bottom"/>
          </w:tcPr>
          <w:p w14:paraId="7AC7200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EMERGENT-3</w:t>
            </w:r>
          </w:p>
        </w:tc>
        <w:tc>
          <w:tcPr>
            <w:tcW w:w="1927" w:type="dxa"/>
            <w:vAlign w:val="bottom"/>
          </w:tcPr>
          <w:p w14:paraId="44248B8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125</w:t>
            </w:r>
          </w:p>
        </w:tc>
        <w:tc>
          <w:tcPr>
            <w:tcW w:w="1928" w:type="dxa"/>
            <w:vAlign w:val="bottom"/>
          </w:tcPr>
          <w:p w14:paraId="490A865A"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1928" w:type="dxa"/>
            <w:vAlign w:val="bottom"/>
          </w:tcPr>
          <w:p w14:paraId="33D0F4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-0.589</w:t>
            </w:r>
          </w:p>
        </w:tc>
        <w:tc>
          <w:tcPr>
            <w:tcW w:w="1928" w:type="dxa"/>
            <w:vAlign w:val="bottom"/>
          </w:tcPr>
          <w:p w14:paraId="7238098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0.40649636</w:t>
            </w:r>
          </w:p>
        </w:tc>
      </w:tr>
      <w:tr w:rsidR="005816E5" w:rsidRPr="00EB75F0" w14:paraId="29464043" w14:textId="77777777" w:rsidTr="00C32B29">
        <w:trPr>
          <w:trHeight w:val="288"/>
        </w:trPr>
        <w:tc>
          <w:tcPr>
            <w:tcW w:w="1927" w:type="dxa"/>
            <w:vAlign w:val="bottom"/>
          </w:tcPr>
          <w:p w14:paraId="02085E48"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Ishigooka</w:t>
            </w:r>
            <w:proofErr w:type="spellEnd"/>
            <w:r w:rsidRPr="00EB75F0">
              <w:rPr>
                <w:rFonts w:asciiTheme="majorHAnsi" w:hAnsiTheme="majorHAnsi" w:cstheme="majorHAnsi"/>
                <w:sz w:val="18"/>
                <w:szCs w:val="18"/>
              </w:rPr>
              <w:t xml:space="preserve"> 2018</w:t>
            </w:r>
          </w:p>
        </w:tc>
        <w:tc>
          <w:tcPr>
            <w:tcW w:w="1927" w:type="dxa"/>
            <w:vAlign w:val="bottom"/>
          </w:tcPr>
          <w:p w14:paraId="1615928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116</w:t>
            </w:r>
          </w:p>
        </w:tc>
        <w:tc>
          <w:tcPr>
            <w:tcW w:w="1928" w:type="dxa"/>
            <w:vAlign w:val="bottom"/>
          </w:tcPr>
          <w:p w14:paraId="54A3ED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FC8690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67107D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9B27CE4" w14:textId="77777777" w:rsidTr="00C32B29">
        <w:trPr>
          <w:trHeight w:val="288"/>
        </w:trPr>
        <w:tc>
          <w:tcPr>
            <w:tcW w:w="1927" w:type="dxa"/>
            <w:vAlign w:val="bottom"/>
          </w:tcPr>
          <w:p w14:paraId="071C0191"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Ishigooka</w:t>
            </w:r>
            <w:proofErr w:type="spellEnd"/>
            <w:r w:rsidRPr="00EB75F0">
              <w:rPr>
                <w:rFonts w:asciiTheme="majorHAnsi" w:hAnsiTheme="majorHAnsi" w:cstheme="majorHAnsi"/>
                <w:sz w:val="18"/>
                <w:szCs w:val="18"/>
              </w:rPr>
              <w:t xml:space="preserve"> 2018</w:t>
            </w:r>
          </w:p>
        </w:tc>
        <w:tc>
          <w:tcPr>
            <w:tcW w:w="1927" w:type="dxa"/>
            <w:vAlign w:val="bottom"/>
          </w:tcPr>
          <w:p w14:paraId="5874C62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228</w:t>
            </w:r>
          </w:p>
        </w:tc>
        <w:tc>
          <w:tcPr>
            <w:tcW w:w="1928" w:type="dxa"/>
            <w:vAlign w:val="bottom"/>
          </w:tcPr>
          <w:p w14:paraId="12E1D18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7C2F22D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0.89201754</w:t>
            </w:r>
          </w:p>
        </w:tc>
        <w:tc>
          <w:tcPr>
            <w:tcW w:w="1928" w:type="dxa"/>
            <w:vAlign w:val="bottom"/>
          </w:tcPr>
          <w:p w14:paraId="3757ADC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0.33633512</w:t>
            </w:r>
          </w:p>
        </w:tc>
      </w:tr>
      <w:tr w:rsidR="005816E5" w:rsidRPr="00EB75F0" w14:paraId="3A2D1794" w14:textId="77777777" w:rsidTr="00C32B29">
        <w:trPr>
          <w:trHeight w:val="288"/>
        </w:trPr>
        <w:tc>
          <w:tcPr>
            <w:tcW w:w="1927" w:type="dxa"/>
            <w:vAlign w:val="bottom"/>
          </w:tcPr>
          <w:p w14:paraId="0F6E094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Kahn 2007</w:t>
            </w:r>
          </w:p>
        </w:tc>
        <w:tc>
          <w:tcPr>
            <w:tcW w:w="1927" w:type="dxa"/>
            <w:vAlign w:val="bottom"/>
          </w:tcPr>
          <w:p w14:paraId="0B65AE9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118</w:t>
            </w:r>
          </w:p>
        </w:tc>
        <w:tc>
          <w:tcPr>
            <w:tcW w:w="1928" w:type="dxa"/>
            <w:vAlign w:val="bottom"/>
          </w:tcPr>
          <w:p w14:paraId="56E7EEF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1AC722D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4916DC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7185AEF" w14:textId="77777777" w:rsidTr="00C32B29">
        <w:trPr>
          <w:trHeight w:val="288"/>
        </w:trPr>
        <w:tc>
          <w:tcPr>
            <w:tcW w:w="1927" w:type="dxa"/>
            <w:vAlign w:val="bottom"/>
          </w:tcPr>
          <w:p w14:paraId="6EEE49A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Kahn 2007</w:t>
            </w:r>
          </w:p>
        </w:tc>
        <w:tc>
          <w:tcPr>
            <w:tcW w:w="1927" w:type="dxa"/>
            <w:vAlign w:val="bottom"/>
          </w:tcPr>
          <w:p w14:paraId="468C710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470</w:t>
            </w:r>
          </w:p>
        </w:tc>
        <w:tc>
          <w:tcPr>
            <w:tcW w:w="1928" w:type="dxa"/>
            <w:vAlign w:val="bottom"/>
          </w:tcPr>
          <w:p w14:paraId="14D9AA0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7D5DCCF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0.97768085</w:t>
            </w:r>
          </w:p>
        </w:tc>
        <w:tc>
          <w:tcPr>
            <w:tcW w:w="1928" w:type="dxa"/>
            <w:vAlign w:val="bottom"/>
          </w:tcPr>
          <w:p w14:paraId="128D704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0.32119997</w:t>
            </w:r>
          </w:p>
        </w:tc>
      </w:tr>
      <w:tr w:rsidR="005816E5" w:rsidRPr="00EB75F0" w14:paraId="77976ABB" w14:textId="77777777" w:rsidTr="00C32B29">
        <w:trPr>
          <w:trHeight w:val="288"/>
        </w:trPr>
        <w:tc>
          <w:tcPr>
            <w:tcW w:w="1927" w:type="dxa"/>
            <w:vAlign w:val="bottom"/>
          </w:tcPr>
          <w:p w14:paraId="5C655D3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2002</w:t>
            </w:r>
          </w:p>
        </w:tc>
        <w:tc>
          <w:tcPr>
            <w:tcW w:w="1927" w:type="dxa"/>
            <w:vAlign w:val="bottom"/>
          </w:tcPr>
          <w:p w14:paraId="37B4D68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106</w:t>
            </w:r>
          </w:p>
        </w:tc>
        <w:tc>
          <w:tcPr>
            <w:tcW w:w="1928" w:type="dxa"/>
            <w:vAlign w:val="bottom"/>
          </w:tcPr>
          <w:p w14:paraId="2F96B59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3C10C5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0033F1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E7A2F24" w14:textId="77777777" w:rsidTr="00C32B29">
        <w:trPr>
          <w:trHeight w:val="288"/>
        </w:trPr>
        <w:tc>
          <w:tcPr>
            <w:tcW w:w="1927" w:type="dxa"/>
            <w:vAlign w:val="bottom"/>
          </w:tcPr>
          <w:p w14:paraId="06E675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2002</w:t>
            </w:r>
          </w:p>
        </w:tc>
        <w:tc>
          <w:tcPr>
            <w:tcW w:w="1927" w:type="dxa"/>
            <w:vAlign w:val="bottom"/>
          </w:tcPr>
          <w:p w14:paraId="5246F7D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204</w:t>
            </w:r>
          </w:p>
        </w:tc>
        <w:tc>
          <w:tcPr>
            <w:tcW w:w="1928" w:type="dxa"/>
            <w:vAlign w:val="bottom"/>
          </w:tcPr>
          <w:p w14:paraId="079DC3E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4A721B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0.45</w:t>
            </w:r>
          </w:p>
        </w:tc>
        <w:tc>
          <w:tcPr>
            <w:tcW w:w="1928" w:type="dxa"/>
            <w:vAlign w:val="bottom"/>
          </w:tcPr>
          <w:p w14:paraId="1683199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0.35310368</w:t>
            </w:r>
          </w:p>
        </w:tc>
      </w:tr>
      <w:tr w:rsidR="005816E5" w:rsidRPr="00EB75F0" w14:paraId="17FCB369" w14:textId="77777777" w:rsidTr="00C32B29">
        <w:trPr>
          <w:trHeight w:val="288"/>
        </w:trPr>
        <w:tc>
          <w:tcPr>
            <w:tcW w:w="1927" w:type="dxa"/>
            <w:vAlign w:val="bottom"/>
          </w:tcPr>
          <w:p w14:paraId="706F5E2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2007</w:t>
            </w:r>
          </w:p>
        </w:tc>
        <w:tc>
          <w:tcPr>
            <w:tcW w:w="1927" w:type="dxa"/>
            <w:vAlign w:val="bottom"/>
          </w:tcPr>
          <w:p w14:paraId="7B7B00F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119</w:t>
            </w:r>
          </w:p>
        </w:tc>
        <w:tc>
          <w:tcPr>
            <w:tcW w:w="1928" w:type="dxa"/>
            <w:vAlign w:val="bottom"/>
          </w:tcPr>
          <w:p w14:paraId="38E0C9A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22A45E3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6BE277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239A44F" w14:textId="77777777" w:rsidTr="00C32B29">
        <w:trPr>
          <w:trHeight w:val="288"/>
        </w:trPr>
        <w:tc>
          <w:tcPr>
            <w:tcW w:w="1927" w:type="dxa"/>
            <w:vAlign w:val="bottom"/>
          </w:tcPr>
          <w:p w14:paraId="547B78F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2007</w:t>
            </w:r>
          </w:p>
        </w:tc>
        <w:tc>
          <w:tcPr>
            <w:tcW w:w="1927" w:type="dxa"/>
            <w:vAlign w:val="bottom"/>
          </w:tcPr>
          <w:p w14:paraId="1FDB9F6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123</w:t>
            </w:r>
          </w:p>
        </w:tc>
        <w:tc>
          <w:tcPr>
            <w:tcW w:w="1928" w:type="dxa"/>
            <w:vAlign w:val="bottom"/>
          </w:tcPr>
          <w:p w14:paraId="477FE55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108D7AF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w:t>
            </w:r>
          </w:p>
        </w:tc>
        <w:tc>
          <w:tcPr>
            <w:tcW w:w="1928" w:type="dxa"/>
            <w:vAlign w:val="bottom"/>
          </w:tcPr>
          <w:p w14:paraId="1EB433F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0.33487789</w:t>
            </w:r>
          </w:p>
        </w:tc>
      </w:tr>
      <w:tr w:rsidR="005816E5" w:rsidRPr="00EB75F0" w14:paraId="2F9D9C6B" w14:textId="77777777" w:rsidTr="00C32B29">
        <w:trPr>
          <w:trHeight w:val="288"/>
        </w:trPr>
        <w:tc>
          <w:tcPr>
            <w:tcW w:w="1927" w:type="dxa"/>
            <w:vAlign w:val="bottom"/>
          </w:tcPr>
          <w:p w14:paraId="7861128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w:t>
            </w:r>
          </w:p>
        </w:tc>
        <w:tc>
          <w:tcPr>
            <w:tcW w:w="1927" w:type="dxa"/>
            <w:vAlign w:val="bottom"/>
          </w:tcPr>
          <w:p w14:paraId="3F11EA1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147</w:t>
            </w:r>
          </w:p>
        </w:tc>
        <w:tc>
          <w:tcPr>
            <w:tcW w:w="1928" w:type="dxa"/>
            <w:vAlign w:val="bottom"/>
          </w:tcPr>
          <w:p w14:paraId="2D4D712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0EFAE35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9F0A2A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897F0A1" w14:textId="77777777" w:rsidTr="00C32B29">
        <w:trPr>
          <w:trHeight w:val="288"/>
        </w:trPr>
        <w:tc>
          <w:tcPr>
            <w:tcW w:w="1927" w:type="dxa"/>
            <w:vAlign w:val="bottom"/>
          </w:tcPr>
          <w:p w14:paraId="4C8678F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w:t>
            </w:r>
          </w:p>
        </w:tc>
        <w:tc>
          <w:tcPr>
            <w:tcW w:w="1927" w:type="dxa"/>
            <w:vAlign w:val="bottom"/>
          </w:tcPr>
          <w:p w14:paraId="5DDC134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151</w:t>
            </w:r>
          </w:p>
        </w:tc>
        <w:tc>
          <w:tcPr>
            <w:tcW w:w="1928" w:type="dxa"/>
            <w:vAlign w:val="bottom"/>
          </w:tcPr>
          <w:p w14:paraId="5EDD037A"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1928" w:type="dxa"/>
            <w:vAlign w:val="bottom"/>
          </w:tcPr>
          <w:p w14:paraId="5FDB5A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w:t>
            </w:r>
          </w:p>
        </w:tc>
        <w:tc>
          <w:tcPr>
            <w:tcW w:w="1928" w:type="dxa"/>
            <w:vAlign w:val="bottom"/>
          </w:tcPr>
          <w:p w14:paraId="7D26124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0.30702531</w:t>
            </w:r>
          </w:p>
        </w:tc>
      </w:tr>
      <w:tr w:rsidR="005816E5" w:rsidRPr="00EB75F0" w14:paraId="2E26F7A7" w14:textId="77777777" w:rsidTr="00C32B29">
        <w:trPr>
          <w:trHeight w:val="288"/>
        </w:trPr>
        <w:tc>
          <w:tcPr>
            <w:tcW w:w="1927" w:type="dxa"/>
            <w:vAlign w:val="bottom"/>
          </w:tcPr>
          <w:p w14:paraId="37F72B3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 (BEACON)</w:t>
            </w:r>
          </w:p>
        </w:tc>
        <w:tc>
          <w:tcPr>
            <w:tcW w:w="1927" w:type="dxa"/>
            <w:vAlign w:val="bottom"/>
          </w:tcPr>
          <w:p w14:paraId="204228A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184</w:t>
            </w:r>
          </w:p>
        </w:tc>
        <w:tc>
          <w:tcPr>
            <w:tcW w:w="1928" w:type="dxa"/>
            <w:vAlign w:val="bottom"/>
          </w:tcPr>
          <w:p w14:paraId="251DC38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01E271A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72FC1B4"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F22D973" w14:textId="77777777" w:rsidTr="00C32B29">
        <w:trPr>
          <w:trHeight w:val="288"/>
        </w:trPr>
        <w:tc>
          <w:tcPr>
            <w:tcW w:w="1927" w:type="dxa"/>
            <w:vAlign w:val="bottom"/>
          </w:tcPr>
          <w:p w14:paraId="27F7834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 (BEACON)</w:t>
            </w:r>
          </w:p>
        </w:tc>
        <w:tc>
          <w:tcPr>
            <w:tcW w:w="1927" w:type="dxa"/>
            <w:vAlign w:val="bottom"/>
          </w:tcPr>
          <w:p w14:paraId="5D7525A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370</w:t>
            </w:r>
          </w:p>
        </w:tc>
        <w:tc>
          <w:tcPr>
            <w:tcW w:w="1928" w:type="dxa"/>
            <w:vAlign w:val="bottom"/>
          </w:tcPr>
          <w:p w14:paraId="7233054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1928" w:type="dxa"/>
            <w:vAlign w:val="bottom"/>
          </w:tcPr>
          <w:p w14:paraId="2A5DA3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1.356</w:t>
            </w:r>
          </w:p>
        </w:tc>
        <w:tc>
          <w:tcPr>
            <w:tcW w:w="1928" w:type="dxa"/>
            <w:vAlign w:val="bottom"/>
          </w:tcPr>
          <w:p w14:paraId="655BD5B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0.2660324</w:t>
            </w:r>
          </w:p>
        </w:tc>
      </w:tr>
      <w:tr w:rsidR="005816E5" w:rsidRPr="00EB75F0" w14:paraId="2742907B" w14:textId="77777777" w:rsidTr="00C32B29">
        <w:trPr>
          <w:trHeight w:val="288"/>
        </w:trPr>
        <w:tc>
          <w:tcPr>
            <w:tcW w:w="1927" w:type="dxa"/>
            <w:vAlign w:val="bottom"/>
          </w:tcPr>
          <w:p w14:paraId="46FCCFF1"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Kinon</w:t>
            </w:r>
            <w:proofErr w:type="spellEnd"/>
            <w:r w:rsidRPr="00EB75F0">
              <w:rPr>
                <w:rFonts w:asciiTheme="majorHAnsi" w:hAnsiTheme="majorHAnsi" w:cstheme="majorHAnsi"/>
                <w:sz w:val="18"/>
                <w:szCs w:val="18"/>
              </w:rPr>
              <w:t xml:space="preserve"> 2011</w:t>
            </w:r>
          </w:p>
        </w:tc>
        <w:tc>
          <w:tcPr>
            <w:tcW w:w="1927" w:type="dxa"/>
            <w:vAlign w:val="bottom"/>
          </w:tcPr>
          <w:p w14:paraId="6BC22F1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122</w:t>
            </w:r>
          </w:p>
        </w:tc>
        <w:tc>
          <w:tcPr>
            <w:tcW w:w="1928" w:type="dxa"/>
            <w:vAlign w:val="bottom"/>
          </w:tcPr>
          <w:p w14:paraId="139627D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0283B89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24CCC34"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3CC0D35" w14:textId="77777777" w:rsidTr="00C32B29">
        <w:trPr>
          <w:trHeight w:val="288"/>
        </w:trPr>
        <w:tc>
          <w:tcPr>
            <w:tcW w:w="1927" w:type="dxa"/>
            <w:vAlign w:val="bottom"/>
          </w:tcPr>
          <w:p w14:paraId="3FAD81E5"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Kinon</w:t>
            </w:r>
            <w:proofErr w:type="spellEnd"/>
            <w:r w:rsidRPr="00EB75F0">
              <w:rPr>
                <w:rFonts w:asciiTheme="majorHAnsi" w:hAnsiTheme="majorHAnsi" w:cstheme="majorHAnsi"/>
                <w:sz w:val="18"/>
                <w:szCs w:val="18"/>
              </w:rPr>
              <w:t xml:space="preserve"> 2011</w:t>
            </w:r>
          </w:p>
        </w:tc>
        <w:tc>
          <w:tcPr>
            <w:tcW w:w="1927" w:type="dxa"/>
            <w:vAlign w:val="bottom"/>
          </w:tcPr>
          <w:p w14:paraId="7E5D056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62</w:t>
            </w:r>
          </w:p>
        </w:tc>
        <w:tc>
          <w:tcPr>
            <w:tcW w:w="1928" w:type="dxa"/>
            <w:vAlign w:val="bottom"/>
          </w:tcPr>
          <w:p w14:paraId="51A5511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4E25490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1.18</w:t>
            </w:r>
          </w:p>
        </w:tc>
        <w:tc>
          <w:tcPr>
            <w:tcW w:w="1928" w:type="dxa"/>
            <w:vAlign w:val="bottom"/>
          </w:tcPr>
          <w:p w14:paraId="07708C8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0.32238145</w:t>
            </w:r>
          </w:p>
        </w:tc>
      </w:tr>
      <w:tr w:rsidR="005816E5" w:rsidRPr="00EB75F0" w14:paraId="3882E8B4" w14:textId="77777777" w:rsidTr="00C32B29">
        <w:trPr>
          <w:trHeight w:val="288"/>
        </w:trPr>
        <w:tc>
          <w:tcPr>
            <w:tcW w:w="1927" w:type="dxa"/>
            <w:vAlign w:val="bottom"/>
          </w:tcPr>
          <w:p w14:paraId="46236EE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Kluge 2007</w:t>
            </w:r>
          </w:p>
        </w:tc>
        <w:tc>
          <w:tcPr>
            <w:tcW w:w="1927" w:type="dxa"/>
            <w:vAlign w:val="bottom"/>
          </w:tcPr>
          <w:p w14:paraId="5861E2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w:t>
            </w:r>
          </w:p>
        </w:tc>
        <w:tc>
          <w:tcPr>
            <w:tcW w:w="1928" w:type="dxa"/>
            <w:vAlign w:val="bottom"/>
          </w:tcPr>
          <w:p w14:paraId="3E4DECA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Clozapine</w:t>
            </w:r>
          </w:p>
        </w:tc>
        <w:tc>
          <w:tcPr>
            <w:tcW w:w="1928" w:type="dxa"/>
            <w:vAlign w:val="bottom"/>
          </w:tcPr>
          <w:p w14:paraId="4E7CE6A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8AAB8DE"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4CE98E2F" w14:textId="77777777" w:rsidTr="00C32B29">
        <w:trPr>
          <w:trHeight w:val="288"/>
        </w:trPr>
        <w:tc>
          <w:tcPr>
            <w:tcW w:w="1927" w:type="dxa"/>
            <w:vAlign w:val="bottom"/>
          </w:tcPr>
          <w:p w14:paraId="112602E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Kluge 2007</w:t>
            </w:r>
          </w:p>
        </w:tc>
        <w:tc>
          <w:tcPr>
            <w:tcW w:w="1927" w:type="dxa"/>
            <w:vAlign w:val="bottom"/>
          </w:tcPr>
          <w:p w14:paraId="7A49422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w:t>
            </w:r>
          </w:p>
        </w:tc>
        <w:tc>
          <w:tcPr>
            <w:tcW w:w="1928" w:type="dxa"/>
            <w:vAlign w:val="bottom"/>
          </w:tcPr>
          <w:p w14:paraId="677B0EB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76F109D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-0.8</w:t>
            </w:r>
          </w:p>
        </w:tc>
        <w:tc>
          <w:tcPr>
            <w:tcW w:w="1928" w:type="dxa"/>
            <w:vAlign w:val="bottom"/>
          </w:tcPr>
          <w:p w14:paraId="1813DBF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1.07685886</w:t>
            </w:r>
          </w:p>
        </w:tc>
      </w:tr>
      <w:tr w:rsidR="005816E5" w:rsidRPr="00EB75F0" w14:paraId="6E347839" w14:textId="77777777" w:rsidTr="00C32B29">
        <w:trPr>
          <w:trHeight w:val="288"/>
        </w:trPr>
        <w:tc>
          <w:tcPr>
            <w:tcW w:w="1927" w:type="dxa"/>
            <w:vAlign w:val="bottom"/>
          </w:tcPr>
          <w:p w14:paraId="37006E8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Lieberman 2016</w:t>
            </w:r>
          </w:p>
        </w:tc>
        <w:tc>
          <w:tcPr>
            <w:tcW w:w="1927" w:type="dxa"/>
            <w:vAlign w:val="bottom"/>
          </w:tcPr>
          <w:p w14:paraId="269DEA0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85</w:t>
            </w:r>
          </w:p>
        </w:tc>
        <w:tc>
          <w:tcPr>
            <w:tcW w:w="1928" w:type="dxa"/>
            <w:vAlign w:val="bottom"/>
          </w:tcPr>
          <w:p w14:paraId="132790A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6FE4C0B6"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5C1FDDB"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40E094F6" w14:textId="77777777" w:rsidTr="00C32B29">
        <w:trPr>
          <w:trHeight w:val="288"/>
        </w:trPr>
        <w:tc>
          <w:tcPr>
            <w:tcW w:w="1927" w:type="dxa"/>
            <w:vAlign w:val="bottom"/>
          </w:tcPr>
          <w:p w14:paraId="6DF50F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Lieberman 2016</w:t>
            </w:r>
          </w:p>
        </w:tc>
        <w:tc>
          <w:tcPr>
            <w:tcW w:w="1927" w:type="dxa"/>
            <w:vAlign w:val="bottom"/>
          </w:tcPr>
          <w:p w14:paraId="6D5AD83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82</w:t>
            </w:r>
          </w:p>
        </w:tc>
        <w:tc>
          <w:tcPr>
            <w:tcW w:w="1928" w:type="dxa"/>
            <w:vAlign w:val="bottom"/>
          </w:tcPr>
          <w:p w14:paraId="5125C52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3109E0F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2.2</w:t>
            </w:r>
          </w:p>
        </w:tc>
        <w:tc>
          <w:tcPr>
            <w:tcW w:w="1928" w:type="dxa"/>
            <w:vAlign w:val="bottom"/>
          </w:tcPr>
          <w:p w14:paraId="6307E4C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0.55397866</w:t>
            </w:r>
          </w:p>
        </w:tc>
      </w:tr>
      <w:tr w:rsidR="005816E5" w:rsidRPr="00EB75F0" w14:paraId="6CB4F1C0" w14:textId="77777777" w:rsidTr="00C32B29">
        <w:trPr>
          <w:trHeight w:val="288"/>
        </w:trPr>
        <w:tc>
          <w:tcPr>
            <w:tcW w:w="1927" w:type="dxa"/>
            <w:vAlign w:val="bottom"/>
          </w:tcPr>
          <w:p w14:paraId="02BF861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Lindenmayer 2008</w:t>
            </w:r>
          </w:p>
        </w:tc>
        <w:tc>
          <w:tcPr>
            <w:tcW w:w="1927" w:type="dxa"/>
            <w:vAlign w:val="bottom"/>
          </w:tcPr>
          <w:p w14:paraId="08873F2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84</w:t>
            </w:r>
          </w:p>
        </w:tc>
        <w:tc>
          <w:tcPr>
            <w:tcW w:w="1928" w:type="dxa"/>
            <w:vAlign w:val="bottom"/>
          </w:tcPr>
          <w:p w14:paraId="478F64A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6314900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6E650C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815CDF3" w14:textId="77777777" w:rsidTr="00C32B29">
        <w:trPr>
          <w:trHeight w:val="288"/>
        </w:trPr>
        <w:tc>
          <w:tcPr>
            <w:tcW w:w="1927" w:type="dxa"/>
            <w:vAlign w:val="bottom"/>
          </w:tcPr>
          <w:p w14:paraId="74AB335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Lindenmayer 2008</w:t>
            </w:r>
          </w:p>
        </w:tc>
        <w:tc>
          <w:tcPr>
            <w:tcW w:w="1927" w:type="dxa"/>
            <w:vAlign w:val="bottom"/>
          </w:tcPr>
          <w:p w14:paraId="66DD22F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448</w:t>
            </w:r>
          </w:p>
        </w:tc>
        <w:tc>
          <w:tcPr>
            <w:tcW w:w="1928" w:type="dxa"/>
            <w:vAlign w:val="bottom"/>
          </w:tcPr>
          <w:p w14:paraId="4C93248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43ED8E8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1.2328125</w:t>
            </w:r>
          </w:p>
        </w:tc>
        <w:tc>
          <w:tcPr>
            <w:tcW w:w="1928" w:type="dxa"/>
            <w:vAlign w:val="bottom"/>
          </w:tcPr>
          <w:p w14:paraId="0B82E8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0.36237673</w:t>
            </w:r>
          </w:p>
        </w:tc>
      </w:tr>
      <w:tr w:rsidR="005816E5" w:rsidRPr="00EB75F0" w14:paraId="79B04635" w14:textId="77777777" w:rsidTr="00C32B29">
        <w:trPr>
          <w:trHeight w:val="288"/>
        </w:trPr>
        <w:tc>
          <w:tcPr>
            <w:tcW w:w="1927" w:type="dxa"/>
            <w:vAlign w:val="bottom"/>
          </w:tcPr>
          <w:p w14:paraId="378ABB2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Loebel 2013</w:t>
            </w:r>
          </w:p>
        </w:tc>
        <w:tc>
          <w:tcPr>
            <w:tcW w:w="1927" w:type="dxa"/>
            <w:vAlign w:val="bottom"/>
          </w:tcPr>
          <w:p w14:paraId="603B3CE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115</w:t>
            </w:r>
          </w:p>
        </w:tc>
        <w:tc>
          <w:tcPr>
            <w:tcW w:w="1928" w:type="dxa"/>
            <w:vAlign w:val="bottom"/>
          </w:tcPr>
          <w:p w14:paraId="5B9D6E4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19C37E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119E69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34E51E7" w14:textId="77777777" w:rsidTr="00C32B29">
        <w:trPr>
          <w:trHeight w:val="288"/>
        </w:trPr>
        <w:tc>
          <w:tcPr>
            <w:tcW w:w="1927" w:type="dxa"/>
            <w:vAlign w:val="bottom"/>
          </w:tcPr>
          <w:p w14:paraId="7A825C2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Loebel 2013</w:t>
            </w:r>
          </w:p>
        </w:tc>
        <w:tc>
          <w:tcPr>
            <w:tcW w:w="1927" w:type="dxa"/>
            <w:vAlign w:val="bottom"/>
          </w:tcPr>
          <w:p w14:paraId="761662F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111</w:t>
            </w:r>
          </w:p>
        </w:tc>
        <w:tc>
          <w:tcPr>
            <w:tcW w:w="1928" w:type="dxa"/>
            <w:vAlign w:val="bottom"/>
          </w:tcPr>
          <w:p w14:paraId="53DE8D7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1928" w:type="dxa"/>
            <w:vAlign w:val="bottom"/>
          </w:tcPr>
          <w:p w14:paraId="1BE701C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w:t>
            </w:r>
          </w:p>
        </w:tc>
        <w:tc>
          <w:tcPr>
            <w:tcW w:w="1928" w:type="dxa"/>
            <w:vAlign w:val="bottom"/>
          </w:tcPr>
          <w:p w14:paraId="083CE5F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0.3140885</w:t>
            </w:r>
          </w:p>
        </w:tc>
      </w:tr>
      <w:tr w:rsidR="005816E5" w:rsidRPr="00EB75F0" w14:paraId="02AEE35E" w14:textId="77777777" w:rsidTr="00C32B29">
        <w:trPr>
          <w:trHeight w:val="288"/>
        </w:trPr>
        <w:tc>
          <w:tcPr>
            <w:tcW w:w="1927" w:type="dxa"/>
            <w:vAlign w:val="bottom"/>
          </w:tcPr>
          <w:p w14:paraId="0EA8CE5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lastRenderedPageBreak/>
              <w:t>Marder 2003</w:t>
            </w:r>
          </w:p>
        </w:tc>
        <w:tc>
          <w:tcPr>
            <w:tcW w:w="1927" w:type="dxa"/>
            <w:vAlign w:val="bottom"/>
          </w:tcPr>
          <w:p w14:paraId="7D013ED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379</w:t>
            </w:r>
          </w:p>
        </w:tc>
        <w:tc>
          <w:tcPr>
            <w:tcW w:w="1928" w:type="dxa"/>
            <w:vAlign w:val="bottom"/>
          </w:tcPr>
          <w:p w14:paraId="33D3B5E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5BF596E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77AB537D"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1BA04A74" w14:textId="77777777" w:rsidTr="00C32B29">
        <w:trPr>
          <w:trHeight w:val="288"/>
        </w:trPr>
        <w:tc>
          <w:tcPr>
            <w:tcW w:w="1927" w:type="dxa"/>
            <w:vAlign w:val="bottom"/>
          </w:tcPr>
          <w:p w14:paraId="0A55317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2003</w:t>
            </w:r>
          </w:p>
        </w:tc>
        <w:tc>
          <w:tcPr>
            <w:tcW w:w="1927" w:type="dxa"/>
            <w:vAlign w:val="bottom"/>
          </w:tcPr>
          <w:p w14:paraId="015865E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823</w:t>
            </w:r>
          </w:p>
        </w:tc>
        <w:tc>
          <w:tcPr>
            <w:tcW w:w="1928" w:type="dxa"/>
            <w:vAlign w:val="bottom"/>
          </w:tcPr>
          <w:p w14:paraId="374AF39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516F521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0.70122722</w:t>
            </w:r>
          </w:p>
        </w:tc>
        <w:tc>
          <w:tcPr>
            <w:tcW w:w="1928" w:type="dxa"/>
            <w:vAlign w:val="bottom"/>
          </w:tcPr>
          <w:p w14:paraId="36ACBB7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0.03559977</w:t>
            </w:r>
          </w:p>
        </w:tc>
      </w:tr>
      <w:tr w:rsidR="005816E5" w:rsidRPr="00EB75F0" w14:paraId="4B21BBD5" w14:textId="77777777" w:rsidTr="00C32B29">
        <w:trPr>
          <w:trHeight w:val="288"/>
        </w:trPr>
        <w:tc>
          <w:tcPr>
            <w:tcW w:w="1927" w:type="dxa"/>
            <w:vAlign w:val="bottom"/>
          </w:tcPr>
          <w:p w14:paraId="6F54FA8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2007</w:t>
            </w:r>
          </w:p>
        </w:tc>
        <w:tc>
          <w:tcPr>
            <w:tcW w:w="1927" w:type="dxa"/>
            <w:vAlign w:val="bottom"/>
          </w:tcPr>
          <w:p w14:paraId="2A1C550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94</w:t>
            </w:r>
          </w:p>
        </w:tc>
        <w:tc>
          <w:tcPr>
            <w:tcW w:w="1928" w:type="dxa"/>
            <w:vAlign w:val="bottom"/>
          </w:tcPr>
          <w:p w14:paraId="1BF6BFB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64269976"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7DA41F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7F226708" w14:textId="77777777" w:rsidTr="00C32B29">
        <w:trPr>
          <w:trHeight w:val="288"/>
        </w:trPr>
        <w:tc>
          <w:tcPr>
            <w:tcW w:w="1927" w:type="dxa"/>
            <w:vAlign w:val="bottom"/>
          </w:tcPr>
          <w:p w14:paraId="682FB41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2007</w:t>
            </w:r>
          </w:p>
        </w:tc>
        <w:tc>
          <w:tcPr>
            <w:tcW w:w="1927" w:type="dxa"/>
            <w:vAlign w:val="bottom"/>
          </w:tcPr>
          <w:p w14:paraId="091BDA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90</w:t>
            </w:r>
          </w:p>
        </w:tc>
        <w:tc>
          <w:tcPr>
            <w:tcW w:w="1928" w:type="dxa"/>
            <w:vAlign w:val="bottom"/>
          </w:tcPr>
          <w:p w14:paraId="0C91911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4776E04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2.3</w:t>
            </w:r>
          </w:p>
        </w:tc>
        <w:tc>
          <w:tcPr>
            <w:tcW w:w="1928" w:type="dxa"/>
            <w:vAlign w:val="bottom"/>
          </w:tcPr>
          <w:p w14:paraId="368749A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0.5941241</w:t>
            </w:r>
          </w:p>
        </w:tc>
      </w:tr>
      <w:tr w:rsidR="005816E5" w:rsidRPr="00EB75F0" w14:paraId="09551C0E" w14:textId="77777777" w:rsidTr="00C32B29">
        <w:trPr>
          <w:trHeight w:val="288"/>
        </w:trPr>
        <w:tc>
          <w:tcPr>
            <w:tcW w:w="1927" w:type="dxa"/>
            <w:vAlign w:val="bottom"/>
          </w:tcPr>
          <w:p w14:paraId="65D7A16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McDonnell 2018</w:t>
            </w:r>
          </w:p>
        </w:tc>
        <w:tc>
          <w:tcPr>
            <w:tcW w:w="1927" w:type="dxa"/>
            <w:vAlign w:val="bottom"/>
          </w:tcPr>
          <w:p w14:paraId="1C57E43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134</w:t>
            </w:r>
          </w:p>
        </w:tc>
        <w:tc>
          <w:tcPr>
            <w:tcW w:w="1928" w:type="dxa"/>
            <w:vAlign w:val="bottom"/>
          </w:tcPr>
          <w:p w14:paraId="72DB6FE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676164F5"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1E6AFC13"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E4F0149" w14:textId="77777777" w:rsidTr="00C32B29">
        <w:trPr>
          <w:trHeight w:val="288"/>
        </w:trPr>
        <w:tc>
          <w:tcPr>
            <w:tcW w:w="1927" w:type="dxa"/>
            <w:vAlign w:val="bottom"/>
          </w:tcPr>
          <w:p w14:paraId="2121EC9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McDonnell 2018</w:t>
            </w:r>
          </w:p>
        </w:tc>
        <w:tc>
          <w:tcPr>
            <w:tcW w:w="1927" w:type="dxa"/>
            <w:vAlign w:val="bottom"/>
          </w:tcPr>
          <w:p w14:paraId="2D7D92A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133</w:t>
            </w:r>
          </w:p>
        </w:tc>
        <w:tc>
          <w:tcPr>
            <w:tcW w:w="1928" w:type="dxa"/>
            <w:vAlign w:val="bottom"/>
          </w:tcPr>
          <w:p w14:paraId="4570D76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150575F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2.14</w:t>
            </w:r>
          </w:p>
        </w:tc>
        <w:tc>
          <w:tcPr>
            <w:tcW w:w="1928" w:type="dxa"/>
            <w:vAlign w:val="bottom"/>
          </w:tcPr>
          <w:p w14:paraId="0D8B913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0.39625362</w:t>
            </w:r>
          </w:p>
        </w:tc>
      </w:tr>
      <w:tr w:rsidR="005816E5" w:rsidRPr="00EB75F0" w14:paraId="4739074A" w14:textId="77777777" w:rsidTr="00C32B29">
        <w:trPr>
          <w:trHeight w:val="288"/>
        </w:trPr>
        <w:tc>
          <w:tcPr>
            <w:tcW w:w="1927" w:type="dxa"/>
            <w:vAlign w:val="bottom"/>
          </w:tcPr>
          <w:p w14:paraId="77F1359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McQuade 2004</w:t>
            </w:r>
          </w:p>
        </w:tc>
        <w:tc>
          <w:tcPr>
            <w:tcW w:w="1927" w:type="dxa"/>
            <w:vAlign w:val="bottom"/>
          </w:tcPr>
          <w:p w14:paraId="7BA1ED8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156</w:t>
            </w:r>
          </w:p>
        </w:tc>
        <w:tc>
          <w:tcPr>
            <w:tcW w:w="1928" w:type="dxa"/>
            <w:vAlign w:val="bottom"/>
          </w:tcPr>
          <w:p w14:paraId="0E21F75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481A66F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7EE2CCA"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36DEA7EE" w14:textId="77777777" w:rsidTr="00C32B29">
        <w:trPr>
          <w:trHeight w:val="288"/>
        </w:trPr>
        <w:tc>
          <w:tcPr>
            <w:tcW w:w="1927" w:type="dxa"/>
            <w:vAlign w:val="bottom"/>
          </w:tcPr>
          <w:p w14:paraId="71D98DC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McQuade 2004</w:t>
            </w:r>
          </w:p>
        </w:tc>
        <w:tc>
          <w:tcPr>
            <w:tcW w:w="1927" w:type="dxa"/>
            <w:vAlign w:val="bottom"/>
          </w:tcPr>
          <w:p w14:paraId="4220FAB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161</w:t>
            </w:r>
          </w:p>
        </w:tc>
        <w:tc>
          <w:tcPr>
            <w:tcW w:w="1928" w:type="dxa"/>
            <w:vAlign w:val="bottom"/>
          </w:tcPr>
          <w:p w14:paraId="063EF5D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386A8EF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3.12</w:t>
            </w:r>
          </w:p>
        </w:tc>
        <w:tc>
          <w:tcPr>
            <w:tcW w:w="1928" w:type="dxa"/>
            <w:vAlign w:val="bottom"/>
          </w:tcPr>
          <w:p w14:paraId="6AFAE98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0.33131707</w:t>
            </w:r>
          </w:p>
        </w:tc>
      </w:tr>
      <w:tr w:rsidR="005816E5" w:rsidRPr="00EB75F0" w14:paraId="4D707A07" w14:textId="77777777" w:rsidTr="00C32B29">
        <w:trPr>
          <w:trHeight w:val="288"/>
        </w:trPr>
        <w:tc>
          <w:tcPr>
            <w:tcW w:w="1927" w:type="dxa"/>
            <w:vAlign w:val="bottom"/>
          </w:tcPr>
          <w:p w14:paraId="16DD29E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Meltzer 2011</w:t>
            </w:r>
          </w:p>
        </w:tc>
        <w:tc>
          <w:tcPr>
            <w:tcW w:w="1927" w:type="dxa"/>
            <w:vAlign w:val="bottom"/>
          </w:tcPr>
          <w:p w14:paraId="3D9D77F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116</w:t>
            </w:r>
          </w:p>
        </w:tc>
        <w:tc>
          <w:tcPr>
            <w:tcW w:w="1928" w:type="dxa"/>
            <w:vAlign w:val="bottom"/>
          </w:tcPr>
          <w:p w14:paraId="5D0FC13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073C181"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33D354F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839B1A3" w14:textId="77777777" w:rsidTr="00C32B29">
        <w:trPr>
          <w:trHeight w:val="288"/>
        </w:trPr>
        <w:tc>
          <w:tcPr>
            <w:tcW w:w="1927" w:type="dxa"/>
            <w:vAlign w:val="bottom"/>
          </w:tcPr>
          <w:p w14:paraId="6F062BA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Meltzer 2011</w:t>
            </w:r>
          </w:p>
        </w:tc>
        <w:tc>
          <w:tcPr>
            <w:tcW w:w="1927" w:type="dxa"/>
            <w:vAlign w:val="bottom"/>
          </w:tcPr>
          <w:p w14:paraId="5AC52F4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123</w:t>
            </w:r>
          </w:p>
        </w:tc>
        <w:tc>
          <w:tcPr>
            <w:tcW w:w="1928" w:type="dxa"/>
            <w:vAlign w:val="bottom"/>
          </w:tcPr>
          <w:p w14:paraId="59B2DA6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3D71A30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3.5</w:t>
            </w:r>
          </w:p>
        </w:tc>
        <w:tc>
          <w:tcPr>
            <w:tcW w:w="1928" w:type="dxa"/>
            <w:vAlign w:val="bottom"/>
          </w:tcPr>
          <w:p w14:paraId="4B88BFF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0.4617034</w:t>
            </w:r>
          </w:p>
        </w:tc>
      </w:tr>
      <w:tr w:rsidR="005816E5" w:rsidRPr="00EB75F0" w14:paraId="21520979" w14:textId="77777777" w:rsidTr="00C32B29">
        <w:trPr>
          <w:trHeight w:val="288"/>
        </w:trPr>
        <w:tc>
          <w:tcPr>
            <w:tcW w:w="1927" w:type="dxa"/>
            <w:vAlign w:val="bottom"/>
          </w:tcPr>
          <w:p w14:paraId="38608F8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NCT01175135</w:t>
            </w:r>
          </w:p>
        </w:tc>
        <w:tc>
          <w:tcPr>
            <w:tcW w:w="1927" w:type="dxa"/>
            <w:vAlign w:val="bottom"/>
          </w:tcPr>
          <w:p w14:paraId="6B70368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74</w:t>
            </w:r>
          </w:p>
        </w:tc>
        <w:tc>
          <w:tcPr>
            <w:tcW w:w="1928" w:type="dxa"/>
            <w:vAlign w:val="bottom"/>
          </w:tcPr>
          <w:p w14:paraId="4AE8506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4D6243C8"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4DCF35DC"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21573A23" w14:textId="77777777" w:rsidTr="00C32B29">
        <w:trPr>
          <w:trHeight w:val="288"/>
        </w:trPr>
        <w:tc>
          <w:tcPr>
            <w:tcW w:w="1927" w:type="dxa"/>
            <w:vAlign w:val="bottom"/>
          </w:tcPr>
          <w:p w14:paraId="6342248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NCT01175135</w:t>
            </w:r>
          </w:p>
        </w:tc>
        <w:tc>
          <w:tcPr>
            <w:tcW w:w="1927" w:type="dxa"/>
            <w:vAlign w:val="bottom"/>
          </w:tcPr>
          <w:p w14:paraId="7B80F48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w:t>
            </w:r>
          </w:p>
        </w:tc>
        <w:tc>
          <w:tcPr>
            <w:tcW w:w="1928" w:type="dxa"/>
            <w:vAlign w:val="bottom"/>
          </w:tcPr>
          <w:p w14:paraId="1D32184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25D9C32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w:t>
            </w:r>
          </w:p>
        </w:tc>
        <w:tc>
          <w:tcPr>
            <w:tcW w:w="1928" w:type="dxa"/>
            <w:vAlign w:val="bottom"/>
          </w:tcPr>
          <w:p w14:paraId="2E201F2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0.57844152</w:t>
            </w:r>
          </w:p>
        </w:tc>
      </w:tr>
      <w:tr w:rsidR="005816E5" w:rsidRPr="00EB75F0" w14:paraId="0EEA6829" w14:textId="77777777" w:rsidTr="00C32B29">
        <w:trPr>
          <w:trHeight w:val="288"/>
        </w:trPr>
        <w:tc>
          <w:tcPr>
            <w:tcW w:w="1927" w:type="dxa"/>
            <w:vAlign w:val="bottom"/>
          </w:tcPr>
          <w:p w14:paraId="2A5E21F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NCT03055338</w:t>
            </w:r>
          </w:p>
        </w:tc>
        <w:tc>
          <w:tcPr>
            <w:tcW w:w="1927" w:type="dxa"/>
            <w:vAlign w:val="bottom"/>
          </w:tcPr>
          <w:p w14:paraId="7848CA2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89</w:t>
            </w:r>
          </w:p>
        </w:tc>
        <w:tc>
          <w:tcPr>
            <w:tcW w:w="1928" w:type="dxa"/>
            <w:vAlign w:val="bottom"/>
          </w:tcPr>
          <w:p w14:paraId="1B7F3AF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B04F934"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08D92EF0"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53ADA84B" w14:textId="77777777" w:rsidTr="00C32B29">
        <w:trPr>
          <w:trHeight w:val="288"/>
        </w:trPr>
        <w:tc>
          <w:tcPr>
            <w:tcW w:w="1927" w:type="dxa"/>
            <w:vAlign w:val="bottom"/>
          </w:tcPr>
          <w:p w14:paraId="51AA9E7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NCT03055338</w:t>
            </w:r>
          </w:p>
        </w:tc>
        <w:tc>
          <w:tcPr>
            <w:tcW w:w="1927" w:type="dxa"/>
            <w:vAlign w:val="bottom"/>
          </w:tcPr>
          <w:p w14:paraId="198F516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40</w:t>
            </w:r>
          </w:p>
        </w:tc>
        <w:tc>
          <w:tcPr>
            <w:tcW w:w="1928" w:type="dxa"/>
            <w:vAlign w:val="bottom"/>
          </w:tcPr>
          <w:p w14:paraId="2A33433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0BA5C06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3.44</w:t>
            </w:r>
          </w:p>
        </w:tc>
        <w:tc>
          <w:tcPr>
            <w:tcW w:w="1928" w:type="dxa"/>
            <w:vAlign w:val="bottom"/>
          </w:tcPr>
          <w:p w14:paraId="70D26D0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0.90306122</w:t>
            </w:r>
          </w:p>
        </w:tc>
      </w:tr>
      <w:tr w:rsidR="005816E5" w:rsidRPr="00EB75F0" w14:paraId="5FD6300E" w14:textId="77777777" w:rsidTr="00C32B29">
        <w:trPr>
          <w:trHeight w:val="288"/>
        </w:trPr>
        <w:tc>
          <w:tcPr>
            <w:tcW w:w="1927" w:type="dxa"/>
            <w:vAlign w:val="bottom"/>
          </w:tcPr>
          <w:p w14:paraId="481E1DBC"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1927" w:type="dxa"/>
            <w:vAlign w:val="bottom"/>
          </w:tcPr>
          <w:p w14:paraId="4667A2F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103</w:t>
            </w:r>
          </w:p>
        </w:tc>
        <w:tc>
          <w:tcPr>
            <w:tcW w:w="1928" w:type="dxa"/>
            <w:vAlign w:val="bottom"/>
          </w:tcPr>
          <w:p w14:paraId="10E4C11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2D1636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25DE650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0.32515866</w:t>
            </w:r>
          </w:p>
        </w:tc>
      </w:tr>
      <w:tr w:rsidR="005816E5" w:rsidRPr="00EB75F0" w14:paraId="1FEA5BD2" w14:textId="77777777" w:rsidTr="00C32B29">
        <w:trPr>
          <w:trHeight w:val="288"/>
        </w:trPr>
        <w:tc>
          <w:tcPr>
            <w:tcW w:w="1927" w:type="dxa"/>
            <w:vAlign w:val="bottom"/>
          </w:tcPr>
          <w:p w14:paraId="36FE6E9D"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1927" w:type="dxa"/>
            <w:vAlign w:val="bottom"/>
          </w:tcPr>
          <w:p w14:paraId="59E65B9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202</w:t>
            </w:r>
          </w:p>
        </w:tc>
        <w:tc>
          <w:tcPr>
            <w:tcW w:w="1928" w:type="dxa"/>
            <w:vAlign w:val="bottom"/>
          </w:tcPr>
          <w:p w14:paraId="7554B8E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1928" w:type="dxa"/>
            <w:vAlign w:val="bottom"/>
          </w:tcPr>
          <w:p w14:paraId="4E4631D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w:t>
            </w:r>
          </w:p>
        </w:tc>
        <w:tc>
          <w:tcPr>
            <w:tcW w:w="1928" w:type="dxa"/>
            <w:vAlign w:val="bottom"/>
          </w:tcPr>
          <w:p w14:paraId="75F3AAB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0.42096711</w:t>
            </w:r>
          </w:p>
        </w:tc>
      </w:tr>
      <w:tr w:rsidR="005816E5" w:rsidRPr="00EB75F0" w14:paraId="52A15A0F" w14:textId="77777777" w:rsidTr="00C32B29">
        <w:trPr>
          <w:trHeight w:val="288"/>
        </w:trPr>
        <w:tc>
          <w:tcPr>
            <w:tcW w:w="1927" w:type="dxa"/>
            <w:vAlign w:val="bottom"/>
          </w:tcPr>
          <w:p w14:paraId="7CD159A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1927" w:type="dxa"/>
            <w:vAlign w:val="bottom"/>
          </w:tcPr>
          <w:p w14:paraId="06688D9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99</w:t>
            </w:r>
          </w:p>
        </w:tc>
        <w:tc>
          <w:tcPr>
            <w:tcW w:w="1928" w:type="dxa"/>
            <w:vAlign w:val="bottom"/>
          </w:tcPr>
          <w:p w14:paraId="740CCFD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2A8F54B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w:t>
            </w:r>
          </w:p>
        </w:tc>
        <w:tc>
          <w:tcPr>
            <w:tcW w:w="1928" w:type="dxa"/>
            <w:vAlign w:val="bottom"/>
          </w:tcPr>
          <w:p w14:paraId="57B194A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0.50158423</w:t>
            </w:r>
          </w:p>
        </w:tc>
      </w:tr>
      <w:tr w:rsidR="005816E5" w:rsidRPr="00EB75F0" w14:paraId="441D6F44" w14:textId="77777777" w:rsidTr="00C32B29">
        <w:trPr>
          <w:trHeight w:val="288"/>
        </w:trPr>
        <w:tc>
          <w:tcPr>
            <w:tcW w:w="1927" w:type="dxa"/>
            <w:vAlign w:val="bottom"/>
          </w:tcPr>
          <w:p w14:paraId="1308C78B"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2007</w:t>
            </w:r>
          </w:p>
        </w:tc>
        <w:tc>
          <w:tcPr>
            <w:tcW w:w="1927" w:type="dxa"/>
            <w:vAlign w:val="bottom"/>
          </w:tcPr>
          <w:p w14:paraId="52DBEE0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62</w:t>
            </w:r>
          </w:p>
        </w:tc>
        <w:tc>
          <w:tcPr>
            <w:tcW w:w="1928" w:type="dxa"/>
            <w:vAlign w:val="bottom"/>
          </w:tcPr>
          <w:p w14:paraId="5A471D7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754159E7"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6722FBA9"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7647157" w14:textId="77777777" w:rsidTr="00C32B29">
        <w:trPr>
          <w:trHeight w:val="288"/>
        </w:trPr>
        <w:tc>
          <w:tcPr>
            <w:tcW w:w="1927" w:type="dxa"/>
            <w:vAlign w:val="bottom"/>
          </w:tcPr>
          <w:p w14:paraId="38425A9F"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2007</w:t>
            </w:r>
          </w:p>
        </w:tc>
        <w:tc>
          <w:tcPr>
            <w:tcW w:w="1927" w:type="dxa"/>
            <w:vAlign w:val="bottom"/>
          </w:tcPr>
          <w:p w14:paraId="649B543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59</w:t>
            </w:r>
          </w:p>
        </w:tc>
        <w:tc>
          <w:tcPr>
            <w:tcW w:w="1928" w:type="dxa"/>
            <w:vAlign w:val="bottom"/>
          </w:tcPr>
          <w:p w14:paraId="35FA7C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1928" w:type="dxa"/>
            <w:vAlign w:val="bottom"/>
          </w:tcPr>
          <w:p w14:paraId="657E6F6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1.45</w:t>
            </w:r>
          </w:p>
        </w:tc>
        <w:tc>
          <w:tcPr>
            <w:tcW w:w="1928" w:type="dxa"/>
            <w:vAlign w:val="bottom"/>
          </w:tcPr>
          <w:p w14:paraId="3E84CAC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0.53636478</w:t>
            </w:r>
          </w:p>
        </w:tc>
      </w:tr>
      <w:tr w:rsidR="005816E5" w:rsidRPr="00EB75F0" w14:paraId="2F12B5F0" w14:textId="77777777" w:rsidTr="00C32B29">
        <w:trPr>
          <w:trHeight w:val="288"/>
        </w:trPr>
        <w:tc>
          <w:tcPr>
            <w:tcW w:w="1927" w:type="dxa"/>
            <w:vAlign w:val="bottom"/>
          </w:tcPr>
          <w:p w14:paraId="335CD4C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Shen 2014</w:t>
            </w:r>
          </w:p>
        </w:tc>
        <w:tc>
          <w:tcPr>
            <w:tcW w:w="1927" w:type="dxa"/>
            <w:vAlign w:val="bottom"/>
          </w:tcPr>
          <w:p w14:paraId="0B5C66D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77</w:t>
            </w:r>
          </w:p>
        </w:tc>
        <w:tc>
          <w:tcPr>
            <w:tcW w:w="1928" w:type="dxa"/>
            <w:vAlign w:val="bottom"/>
          </w:tcPr>
          <w:p w14:paraId="72E0DEB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1928" w:type="dxa"/>
            <w:vAlign w:val="bottom"/>
          </w:tcPr>
          <w:p w14:paraId="37CD6302"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c>
          <w:tcPr>
            <w:tcW w:w="1928" w:type="dxa"/>
            <w:vAlign w:val="bottom"/>
          </w:tcPr>
          <w:p w14:paraId="5D5C0AAF" w14:textId="77777777" w:rsidR="005816E5" w:rsidRPr="00EB75F0" w:rsidRDefault="005816E5" w:rsidP="00C32B29">
            <w:pPr>
              <w:pStyle w:val="BodyText"/>
              <w:spacing w:before="0" w:after="0" w:line="240" w:lineRule="auto"/>
              <w:rPr>
                <w:rFonts w:asciiTheme="majorHAnsi" w:hAnsiTheme="majorHAnsi" w:cstheme="majorHAnsi"/>
                <w:sz w:val="18"/>
                <w:szCs w:val="18"/>
              </w:rPr>
            </w:pPr>
          </w:p>
        </w:tc>
      </w:tr>
      <w:tr w:rsidR="005816E5" w:rsidRPr="00EB75F0" w14:paraId="0DB5E06C" w14:textId="77777777" w:rsidTr="00C32B29">
        <w:trPr>
          <w:trHeight w:val="288"/>
        </w:trPr>
        <w:tc>
          <w:tcPr>
            <w:tcW w:w="1927" w:type="dxa"/>
            <w:vAlign w:val="bottom"/>
          </w:tcPr>
          <w:p w14:paraId="7BDA944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Shen 2014</w:t>
            </w:r>
          </w:p>
        </w:tc>
        <w:tc>
          <w:tcPr>
            <w:tcW w:w="1927" w:type="dxa"/>
            <w:vAlign w:val="bottom"/>
          </w:tcPr>
          <w:p w14:paraId="0B77245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77</w:t>
            </w:r>
          </w:p>
        </w:tc>
        <w:tc>
          <w:tcPr>
            <w:tcW w:w="1928" w:type="dxa"/>
            <w:vAlign w:val="bottom"/>
          </w:tcPr>
          <w:p w14:paraId="74B9C81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1928" w:type="dxa"/>
            <w:vAlign w:val="bottom"/>
          </w:tcPr>
          <w:p w14:paraId="163DF3D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4.04</w:t>
            </w:r>
          </w:p>
        </w:tc>
        <w:tc>
          <w:tcPr>
            <w:tcW w:w="1928" w:type="dxa"/>
            <w:vAlign w:val="bottom"/>
          </w:tcPr>
          <w:p w14:paraId="61BF94A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0.78031379</w:t>
            </w:r>
          </w:p>
        </w:tc>
      </w:tr>
    </w:tbl>
    <w:p w14:paraId="156F5359" w14:textId="77777777" w:rsidR="005816E5" w:rsidRPr="00EB75F0" w:rsidRDefault="005816E5" w:rsidP="005816E5">
      <w:pPr>
        <w:pStyle w:val="BodyText"/>
      </w:pPr>
    </w:p>
    <w:p w14:paraId="6ADD3514" w14:textId="77777777" w:rsidR="005816E5" w:rsidRPr="00541089" w:rsidRDefault="005816E5" w:rsidP="005816E5">
      <w:pPr>
        <w:pStyle w:val="Heading2"/>
      </w:pPr>
      <w:r w:rsidRPr="00541089">
        <w:t>≥ 30% improvement in PANSS total score from baseline</w:t>
      </w:r>
    </w:p>
    <w:p w14:paraId="434A1F80" w14:textId="4870E620" w:rsidR="005816E5" w:rsidRPr="00EB75F0" w:rsidRDefault="00A06AE8" w:rsidP="00541089">
      <w:pPr>
        <w:pStyle w:val="Heading3"/>
      </w:pPr>
      <w:r w:rsidRPr="00EB75F0">
        <w:t>Table S</w:t>
      </w:r>
      <w:fldSimple w:instr=" STYLEREF 1 \s ">
        <w:r w:rsidR="004B2F28">
          <w:rPr>
            <w:noProof/>
          </w:rPr>
          <w:t>10</w:t>
        </w:r>
      </w:fldSimple>
      <w:r w:rsidR="00EE288E" w:rsidRPr="00EB75F0">
        <w:noBreakHyphen/>
      </w:r>
      <w:fldSimple w:instr=" SEQ Table \* ARABIC \s 1 ">
        <w:r w:rsidR="004B2F28">
          <w:rPr>
            <w:noProof/>
          </w:rPr>
          <w:t>6</w:t>
        </w:r>
      </w:fldSimple>
      <w:r w:rsidR="005816E5" w:rsidRPr="00EB75F0">
        <w:t>: NMA input dataset - ≥ 30% improvement in PANSS total score from baseline, base case network</w:t>
      </w:r>
    </w:p>
    <w:tbl>
      <w:tblPr>
        <w:tblStyle w:val="Lumanitytable"/>
        <w:tblW w:w="9638" w:type="dxa"/>
        <w:tblLook w:val="04A0" w:firstRow="1" w:lastRow="0" w:firstColumn="1" w:lastColumn="0" w:noHBand="0" w:noVBand="1"/>
      </w:tblPr>
      <w:tblGrid>
        <w:gridCol w:w="2409"/>
        <w:gridCol w:w="2409"/>
        <w:gridCol w:w="2410"/>
        <w:gridCol w:w="2410"/>
      </w:tblGrid>
      <w:tr w:rsidR="005816E5" w:rsidRPr="00EB75F0" w14:paraId="10DF9CA3" w14:textId="77777777" w:rsidTr="00C32B29">
        <w:trPr>
          <w:cnfStyle w:val="100000000000" w:firstRow="1" w:lastRow="0" w:firstColumn="0" w:lastColumn="0" w:oddVBand="0" w:evenVBand="0" w:oddHBand="0" w:evenHBand="0" w:firstRowFirstColumn="0" w:firstRowLastColumn="0" w:lastRowFirstColumn="0" w:lastRowLastColumn="0"/>
          <w:trHeight w:val="288"/>
        </w:trPr>
        <w:tc>
          <w:tcPr>
            <w:tcW w:w="2409" w:type="dxa"/>
            <w:vAlign w:val="bottom"/>
          </w:tcPr>
          <w:p w14:paraId="0DA7463F"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StudyName</w:t>
            </w:r>
            <w:proofErr w:type="spellEnd"/>
          </w:p>
        </w:tc>
        <w:tc>
          <w:tcPr>
            <w:tcW w:w="2409" w:type="dxa"/>
            <w:vAlign w:val="bottom"/>
          </w:tcPr>
          <w:p w14:paraId="653EA312"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TreatmentName</w:t>
            </w:r>
            <w:proofErr w:type="spellEnd"/>
          </w:p>
        </w:tc>
        <w:tc>
          <w:tcPr>
            <w:tcW w:w="2410" w:type="dxa"/>
            <w:vAlign w:val="bottom"/>
          </w:tcPr>
          <w:p w14:paraId="2F02CE9E" w14:textId="77777777" w:rsidR="005816E5" w:rsidRPr="00EB75F0" w:rsidRDefault="005816E5" w:rsidP="00C32B29">
            <w:pPr>
              <w:pStyle w:val="BodyText"/>
              <w:spacing w:before="0" w:after="0" w:line="240" w:lineRule="auto"/>
              <w:rPr>
                <w:rFonts w:ascii="Calibri" w:hAnsi="Calibri" w:cs="Calibri"/>
                <w:color w:val="FFFFFF" w:themeColor="background1"/>
                <w:szCs w:val="22"/>
              </w:rPr>
            </w:pPr>
            <w:r w:rsidRPr="00EB75F0">
              <w:rPr>
                <w:rFonts w:ascii="Calibri" w:hAnsi="Calibri" w:cs="Calibri"/>
                <w:color w:val="FFFFFF" w:themeColor="background1"/>
                <w:szCs w:val="22"/>
              </w:rPr>
              <w:t>responders</w:t>
            </w:r>
          </w:p>
        </w:tc>
        <w:tc>
          <w:tcPr>
            <w:tcW w:w="2410" w:type="dxa"/>
            <w:vAlign w:val="bottom"/>
          </w:tcPr>
          <w:p w14:paraId="19BD5E84" w14:textId="77777777" w:rsidR="005816E5" w:rsidRPr="00EB75F0" w:rsidRDefault="005816E5" w:rsidP="00C32B29">
            <w:pPr>
              <w:pStyle w:val="BodyText"/>
              <w:spacing w:before="0" w:after="0" w:line="240" w:lineRule="auto"/>
              <w:rPr>
                <w:rFonts w:ascii="Calibri" w:hAnsi="Calibri" w:cs="Calibri"/>
                <w:color w:val="FFFFFF" w:themeColor="background1"/>
                <w:szCs w:val="22"/>
              </w:rPr>
            </w:pPr>
            <w:proofErr w:type="spellStart"/>
            <w:r w:rsidRPr="00EB75F0">
              <w:rPr>
                <w:rFonts w:ascii="Calibri" w:hAnsi="Calibri" w:cs="Calibri"/>
                <w:color w:val="FFFFFF" w:themeColor="background1"/>
                <w:szCs w:val="22"/>
              </w:rPr>
              <w:t>sampleSize</w:t>
            </w:r>
            <w:proofErr w:type="spellEnd"/>
          </w:p>
        </w:tc>
      </w:tr>
      <w:tr w:rsidR="005816E5" w:rsidRPr="00EB75F0" w14:paraId="326ADFB8" w14:textId="77777777" w:rsidTr="00C32B29">
        <w:trPr>
          <w:trHeight w:val="288"/>
        </w:trPr>
        <w:tc>
          <w:tcPr>
            <w:tcW w:w="2409" w:type="dxa"/>
            <w:vAlign w:val="bottom"/>
          </w:tcPr>
          <w:p w14:paraId="6D88D2E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Cantillon 2017</w:t>
            </w:r>
          </w:p>
        </w:tc>
        <w:tc>
          <w:tcPr>
            <w:tcW w:w="2409" w:type="dxa"/>
            <w:vAlign w:val="bottom"/>
          </w:tcPr>
          <w:p w14:paraId="3510093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433F45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w:t>
            </w:r>
          </w:p>
        </w:tc>
        <w:tc>
          <w:tcPr>
            <w:tcW w:w="2410" w:type="dxa"/>
            <w:vAlign w:val="bottom"/>
          </w:tcPr>
          <w:p w14:paraId="6D6763C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19</w:t>
            </w:r>
          </w:p>
        </w:tc>
      </w:tr>
      <w:tr w:rsidR="005816E5" w:rsidRPr="00EB75F0" w14:paraId="0EC22EDB" w14:textId="77777777" w:rsidTr="00C32B29">
        <w:trPr>
          <w:trHeight w:val="288"/>
        </w:trPr>
        <w:tc>
          <w:tcPr>
            <w:tcW w:w="2409" w:type="dxa"/>
            <w:vAlign w:val="bottom"/>
          </w:tcPr>
          <w:p w14:paraId="4915726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Cantillon 2017</w:t>
            </w:r>
          </w:p>
        </w:tc>
        <w:tc>
          <w:tcPr>
            <w:tcW w:w="2409" w:type="dxa"/>
            <w:vAlign w:val="bottom"/>
          </w:tcPr>
          <w:p w14:paraId="56D1D99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4B95545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w:t>
            </w:r>
          </w:p>
        </w:tc>
        <w:tc>
          <w:tcPr>
            <w:tcW w:w="2410" w:type="dxa"/>
            <w:vAlign w:val="bottom"/>
          </w:tcPr>
          <w:p w14:paraId="3AD1695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w:t>
            </w:r>
          </w:p>
        </w:tc>
      </w:tr>
      <w:tr w:rsidR="005816E5" w:rsidRPr="00EB75F0" w14:paraId="29939D3F" w14:textId="77777777" w:rsidTr="00C32B29">
        <w:trPr>
          <w:trHeight w:val="288"/>
        </w:trPr>
        <w:tc>
          <w:tcPr>
            <w:tcW w:w="2409" w:type="dxa"/>
            <w:vAlign w:val="bottom"/>
          </w:tcPr>
          <w:p w14:paraId="4A8C46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Casey 2008</w:t>
            </w:r>
          </w:p>
        </w:tc>
        <w:tc>
          <w:tcPr>
            <w:tcW w:w="2409" w:type="dxa"/>
            <w:vAlign w:val="bottom"/>
          </w:tcPr>
          <w:p w14:paraId="027F25E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62DDA8F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w:t>
            </w:r>
          </w:p>
        </w:tc>
        <w:tc>
          <w:tcPr>
            <w:tcW w:w="2410" w:type="dxa"/>
            <w:vAlign w:val="bottom"/>
          </w:tcPr>
          <w:p w14:paraId="6CA8FA3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114</w:t>
            </w:r>
          </w:p>
        </w:tc>
      </w:tr>
      <w:tr w:rsidR="005816E5" w:rsidRPr="00EB75F0" w14:paraId="38224147" w14:textId="77777777" w:rsidTr="00C32B29">
        <w:trPr>
          <w:trHeight w:val="288"/>
        </w:trPr>
        <w:tc>
          <w:tcPr>
            <w:tcW w:w="2409" w:type="dxa"/>
            <w:vAlign w:val="bottom"/>
          </w:tcPr>
          <w:p w14:paraId="1F04333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Casey 2008</w:t>
            </w:r>
          </w:p>
        </w:tc>
        <w:tc>
          <w:tcPr>
            <w:tcW w:w="2409" w:type="dxa"/>
            <w:vAlign w:val="bottom"/>
          </w:tcPr>
          <w:p w14:paraId="7F2D505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0871175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26</w:t>
            </w:r>
          </w:p>
        </w:tc>
        <w:tc>
          <w:tcPr>
            <w:tcW w:w="2410" w:type="dxa"/>
            <w:vAlign w:val="bottom"/>
          </w:tcPr>
          <w:p w14:paraId="759A364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116</w:t>
            </w:r>
          </w:p>
        </w:tc>
      </w:tr>
      <w:tr w:rsidR="005816E5" w:rsidRPr="00EB75F0" w14:paraId="71256F0F" w14:textId="77777777" w:rsidTr="00C32B29">
        <w:trPr>
          <w:trHeight w:val="288"/>
        </w:trPr>
        <w:tc>
          <w:tcPr>
            <w:tcW w:w="2409" w:type="dxa"/>
            <w:vAlign w:val="bottom"/>
          </w:tcPr>
          <w:p w14:paraId="152F0C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Chan 2007</w:t>
            </w:r>
          </w:p>
        </w:tc>
        <w:tc>
          <w:tcPr>
            <w:tcW w:w="2409" w:type="dxa"/>
            <w:vAlign w:val="bottom"/>
          </w:tcPr>
          <w:p w14:paraId="490CA25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04BBF43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w:t>
            </w:r>
          </w:p>
        </w:tc>
        <w:tc>
          <w:tcPr>
            <w:tcW w:w="2410" w:type="dxa"/>
            <w:vAlign w:val="bottom"/>
          </w:tcPr>
          <w:p w14:paraId="3993AB7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19</w:t>
            </w:r>
          </w:p>
        </w:tc>
      </w:tr>
      <w:tr w:rsidR="005816E5" w:rsidRPr="00EB75F0" w14:paraId="6F07EE85" w14:textId="77777777" w:rsidTr="00C32B29">
        <w:trPr>
          <w:trHeight w:val="288"/>
        </w:trPr>
        <w:tc>
          <w:tcPr>
            <w:tcW w:w="2409" w:type="dxa"/>
            <w:vAlign w:val="bottom"/>
          </w:tcPr>
          <w:p w14:paraId="44227E3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Chan 2007</w:t>
            </w:r>
          </w:p>
        </w:tc>
        <w:tc>
          <w:tcPr>
            <w:tcW w:w="2409" w:type="dxa"/>
            <w:vAlign w:val="bottom"/>
          </w:tcPr>
          <w:p w14:paraId="7A5025C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6FC6D09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w:t>
            </w:r>
          </w:p>
        </w:tc>
        <w:tc>
          <w:tcPr>
            <w:tcW w:w="2410" w:type="dxa"/>
            <w:vAlign w:val="bottom"/>
          </w:tcPr>
          <w:p w14:paraId="393CDD7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w:t>
            </w:r>
          </w:p>
        </w:tc>
      </w:tr>
      <w:tr w:rsidR="005816E5" w:rsidRPr="00EB75F0" w14:paraId="2C02F964" w14:textId="77777777" w:rsidTr="00C32B29">
        <w:trPr>
          <w:trHeight w:val="288"/>
        </w:trPr>
        <w:tc>
          <w:tcPr>
            <w:tcW w:w="2409" w:type="dxa"/>
            <w:vAlign w:val="bottom"/>
          </w:tcPr>
          <w:p w14:paraId="1E56668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2015</w:t>
            </w:r>
          </w:p>
        </w:tc>
        <w:tc>
          <w:tcPr>
            <w:tcW w:w="2409" w:type="dxa"/>
            <w:vAlign w:val="bottom"/>
          </w:tcPr>
          <w:p w14:paraId="73A8B0A5"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298D951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168</w:t>
            </w:r>
          </w:p>
        </w:tc>
        <w:tc>
          <w:tcPr>
            <w:tcW w:w="2410" w:type="dxa"/>
            <w:vAlign w:val="bottom"/>
          </w:tcPr>
          <w:p w14:paraId="379D63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358</w:t>
            </w:r>
          </w:p>
        </w:tc>
      </w:tr>
      <w:tr w:rsidR="005816E5" w:rsidRPr="00EB75F0" w14:paraId="0B853E83" w14:textId="77777777" w:rsidTr="00C32B29">
        <w:trPr>
          <w:trHeight w:val="288"/>
        </w:trPr>
        <w:tc>
          <w:tcPr>
            <w:tcW w:w="2409" w:type="dxa"/>
            <w:vAlign w:val="bottom"/>
          </w:tcPr>
          <w:p w14:paraId="0926412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2015</w:t>
            </w:r>
          </w:p>
        </w:tc>
        <w:tc>
          <w:tcPr>
            <w:tcW w:w="2409" w:type="dxa"/>
            <w:vAlign w:val="bottom"/>
          </w:tcPr>
          <w:p w14:paraId="1B9D53A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D9DE34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54</w:t>
            </w:r>
          </w:p>
        </w:tc>
        <w:tc>
          <w:tcPr>
            <w:tcW w:w="2410" w:type="dxa"/>
            <w:vAlign w:val="bottom"/>
          </w:tcPr>
          <w:p w14:paraId="2D25504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178</w:t>
            </w:r>
          </w:p>
        </w:tc>
      </w:tr>
      <w:tr w:rsidR="005816E5" w:rsidRPr="00EB75F0" w14:paraId="5C4B0EC7" w14:textId="77777777" w:rsidTr="00C32B29">
        <w:trPr>
          <w:trHeight w:val="288"/>
        </w:trPr>
        <w:tc>
          <w:tcPr>
            <w:tcW w:w="2409" w:type="dxa"/>
            <w:vAlign w:val="bottom"/>
          </w:tcPr>
          <w:p w14:paraId="11BBDA1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2409" w:type="dxa"/>
            <w:vAlign w:val="bottom"/>
          </w:tcPr>
          <w:p w14:paraId="6EAA8E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202AB9A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30</w:t>
            </w:r>
          </w:p>
        </w:tc>
        <w:tc>
          <w:tcPr>
            <w:tcW w:w="2410" w:type="dxa"/>
            <w:vAlign w:val="bottom"/>
          </w:tcPr>
          <w:p w14:paraId="2220B84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50</w:t>
            </w:r>
          </w:p>
        </w:tc>
      </w:tr>
      <w:tr w:rsidR="005816E5" w:rsidRPr="00EB75F0" w14:paraId="0E3C01CD" w14:textId="77777777" w:rsidTr="00C32B29">
        <w:trPr>
          <w:trHeight w:val="288"/>
        </w:trPr>
        <w:tc>
          <w:tcPr>
            <w:tcW w:w="2409" w:type="dxa"/>
            <w:vAlign w:val="bottom"/>
          </w:tcPr>
          <w:p w14:paraId="4682D9F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2409" w:type="dxa"/>
            <w:vAlign w:val="bottom"/>
          </w:tcPr>
          <w:p w14:paraId="24F07AE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38A79CC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42</w:t>
            </w:r>
          </w:p>
        </w:tc>
        <w:tc>
          <w:tcPr>
            <w:tcW w:w="2410" w:type="dxa"/>
            <w:vAlign w:val="bottom"/>
          </w:tcPr>
          <w:p w14:paraId="113736B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90</w:t>
            </w:r>
          </w:p>
        </w:tc>
      </w:tr>
      <w:tr w:rsidR="005816E5" w:rsidRPr="00EB75F0" w14:paraId="4D394E75" w14:textId="77777777" w:rsidTr="00C32B29">
        <w:trPr>
          <w:trHeight w:val="288"/>
        </w:trPr>
        <w:tc>
          <w:tcPr>
            <w:tcW w:w="2409" w:type="dxa"/>
            <w:vAlign w:val="bottom"/>
          </w:tcPr>
          <w:p w14:paraId="2F1DC2B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2409" w:type="dxa"/>
            <w:vAlign w:val="bottom"/>
          </w:tcPr>
          <w:p w14:paraId="23C44EA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3D0B65B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47</w:t>
            </w:r>
          </w:p>
        </w:tc>
        <w:tc>
          <w:tcPr>
            <w:tcW w:w="2410" w:type="dxa"/>
            <w:vAlign w:val="bottom"/>
          </w:tcPr>
          <w:p w14:paraId="794AFF8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r>
      <w:tr w:rsidR="005816E5" w:rsidRPr="00EB75F0" w14:paraId="32676FDF" w14:textId="77777777" w:rsidTr="00C32B29">
        <w:trPr>
          <w:trHeight w:val="288"/>
        </w:trPr>
        <w:tc>
          <w:tcPr>
            <w:tcW w:w="2409" w:type="dxa"/>
            <w:vAlign w:val="bottom"/>
          </w:tcPr>
          <w:p w14:paraId="2A83C0B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2020</w:t>
            </w:r>
          </w:p>
        </w:tc>
        <w:tc>
          <w:tcPr>
            <w:tcW w:w="2409" w:type="dxa"/>
            <w:vAlign w:val="bottom"/>
          </w:tcPr>
          <w:p w14:paraId="1B85CB29"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Lumateperone</w:t>
            </w:r>
            <w:proofErr w:type="spellEnd"/>
          </w:p>
        </w:tc>
        <w:tc>
          <w:tcPr>
            <w:tcW w:w="2410" w:type="dxa"/>
            <w:vAlign w:val="bottom"/>
          </w:tcPr>
          <w:p w14:paraId="76CF95B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54</w:t>
            </w:r>
          </w:p>
        </w:tc>
        <w:tc>
          <w:tcPr>
            <w:tcW w:w="2410" w:type="dxa"/>
            <w:vAlign w:val="bottom"/>
          </w:tcPr>
          <w:p w14:paraId="14AFAC0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148</w:t>
            </w:r>
          </w:p>
        </w:tc>
      </w:tr>
      <w:tr w:rsidR="005816E5" w:rsidRPr="00EB75F0" w14:paraId="1BD50CE5" w14:textId="77777777" w:rsidTr="00C32B29">
        <w:trPr>
          <w:trHeight w:val="288"/>
        </w:trPr>
        <w:tc>
          <w:tcPr>
            <w:tcW w:w="2409" w:type="dxa"/>
            <w:vAlign w:val="bottom"/>
          </w:tcPr>
          <w:p w14:paraId="453B83F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2020</w:t>
            </w:r>
          </w:p>
        </w:tc>
        <w:tc>
          <w:tcPr>
            <w:tcW w:w="2409" w:type="dxa"/>
            <w:vAlign w:val="bottom"/>
          </w:tcPr>
          <w:p w14:paraId="17439A2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177D1C0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36</w:t>
            </w:r>
          </w:p>
        </w:tc>
        <w:tc>
          <w:tcPr>
            <w:tcW w:w="2410" w:type="dxa"/>
            <w:vAlign w:val="bottom"/>
          </w:tcPr>
          <w:p w14:paraId="35A87D2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141</w:t>
            </w:r>
          </w:p>
        </w:tc>
      </w:tr>
      <w:tr w:rsidR="005816E5" w:rsidRPr="00EB75F0" w14:paraId="33B84023" w14:textId="77777777" w:rsidTr="00C32B29">
        <w:trPr>
          <w:trHeight w:val="288"/>
        </w:trPr>
        <w:tc>
          <w:tcPr>
            <w:tcW w:w="2409" w:type="dxa"/>
            <w:vAlign w:val="bottom"/>
          </w:tcPr>
          <w:p w14:paraId="575C5F9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Cutler 2006</w:t>
            </w:r>
          </w:p>
        </w:tc>
        <w:tc>
          <w:tcPr>
            <w:tcW w:w="2409" w:type="dxa"/>
            <w:vAlign w:val="bottom"/>
          </w:tcPr>
          <w:p w14:paraId="0DCD13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0F75E7A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40</w:t>
            </w:r>
          </w:p>
        </w:tc>
        <w:tc>
          <w:tcPr>
            <w:tcW w:w="2410" w:type="dxa"/>
            <w:vAlign w:val="bottom"/>
          </w:tcPr>
          <w:p w14:paraId="3945541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94</w:t>
            </w:r>
          </w:p>
        </w:tc>
      </w:tr>
      <w:tr w:rsidR="005816E5" w:rsidRPr="00EB75F0" w14:paraId="7432E183" w14:textId="77777777" w:rsidTr="00C32B29">
        <w:trPr>
          <w:trHeight w:val="288"/>
        </w:trPr>
        <w:tc>
          <w:tcPr>
            <w:tcW w:w="2409" w:type="dxa"/>
            <w:vAlign w:val="bottom"/>
          </w:tcPr>
          <w:p w14:paraId="3E815EA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Cutler 2006</w:t>
            </w:r>
          </w:p>
        </w:tc>
        <w:tc>
          <w:tcPr>
            <w:tcW w:w="2409" w:type="dxa"/>
            <w:vAlign w:val="bottom"/>
          </w:tcPr>
          <w:p w14:paraId="0417E6C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23FD6B8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29</w:t>
            </w:r>
          </w:p>
        </w:tc>
        <w:tc>
          <w:tcPr>
            <w:tcW w:w="2410" w:type="dxa"/>
            <w:vAlign w:val="bottom"/>
          </w:tcPr>
          <w:p w14:paraId="4C1246C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88</w:t>
            </w:r>
          </w:p>
        </w:tc>
      </w:tr>
      <w:tr w:rsidR="005816E5" w:rsidRPr="00EB75F0" w14:paraId="3252A477" w14:textId="77777777" w:rsidTr="00C32B29">
        <w:trPr>
          <w:trHeight w:val="288"/>
        </w:trPr>
        <w:tc>
          <w:tcPr>
            <w:tcW w:w="2409" w:type="dxa"/>
            <w:vAlign w:val="bottom"/>
          </w:tcPr>
          <w:p w14:paraId="5F0263E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2409" w:type="dxa"/>
            <w:vAlign w:val="bottom"/>
          </w:tcPr>
          <w:p w14:paraId="79BEDAB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2410" w:type="dxa"/>
            <w:vAlign w:val="bottom"/>
          </w:tcPr>
          <w:p w14:paraId="29D8D9B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146</w:t>
            </w:r>
          </w:p>
        </w:tc>
        <w:tc>
          <w:tcPr>
            <w:tcW w:w="2410" w:type="dxa"/>
            <w:vAlign w:val="bottom"/>
          </w:tcPr>
          <w:p w14:paraId="7F24656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425</w:t>
            </w:r>
          </w:p>
        </w:tc>
      </w:tr>
      <w:tr w:rsidR="005816E5" w:rsidRPr="00EB75F0" w14:paraId="7AB28AF7" w14:textId="77777777" w:rsidTr="00C32B29">
        <w:trPr>
          <w:trHeight w:val="288"/>
        </w:trPr>
        <w:tc>
          <w:tcPr>
            <w:tcW w:w="2409" w:type="dxa"/>
            <w:vAlign w:val="bottom"/>
          </w:tcPr>
          <w:p w14:paraId="277C3BE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2409" w:type="dxa"/>
            <w:vAlign w:val="bottom"/>
          </w:tcPr>
          <w:p w14:paraId="6411E7A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1DEFCA8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28</w:t>
            </w:r>
          </w:p>
        </w:tc>
        <w:tc>
          <w:tcPr>
            <w:tcW w:w="2410" w:type="dxa"/>
            <w:vAlign w:val="bottom"/>
          </w:tcPr>
          <w:p w14:paraId="1338877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148</w:t>
            </w:r>
          </w:p>
        </w:tc>
      </w:tr>
      <w:tr w:rsidR="005816E5" w:rsidRPr="00EB75F0" w14:paraId="030FB73C" w14:textId="77777777" w:rsidTr="00C32B29">
        <w:trPr>
          <w:trHeight w:val="288"/>
        </w:trPr>
        <w:tc>
          <w:tcPr>
            <w:tcW w:w="2409" w:type="dxa"/>
            <w:vAlign w:val="bottom"/>
          </w:tcPr>
          <w:p w14:paraId="2E8A2DA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lastRenderedPageBreak/>
              <w:t>Durgam 2014</w:t>
            </w:r>
          </w:p>
        </w:tc>
        <w:tc>
          <w:tcPr>
            <w:tcW w:w="2409" w:type="dxa"/>
            <w:vAlign w:val="bottom"/>
          </w:tcPr>
          <w:p w14:paraId="0606265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34F9230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60</w:t>
            </w:r>
          </w:p>
        </w:tc>
        <w:tc>
          <w:tcPr>
            <w:tcW w:w="2410" w:type="dxa"/>
            <w:vAlign w:val="bottom"/>
          </w:tcPr>
          <w:p w14:paraId="54C0C9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138</w:t>
            </w:r>
          </w:p>
        </w:tc>
      </w:tr>
      <w:tr w:rsidR="005816E5" w:rsidRPr="00EB75F0" w14:paraId="086DEE30" w14:textId="77777777" w:rsidTr="00C32B29">
        <w:trPr>
          <w:trHeight w:val="288"/>
        </w:trPr>
        <w:tc>
          <w:tcPr>
            <w:tcW w:w="2409" w:type="dxa"/>
            <w:vAlign w:val="bottom"/>
          </w:tcPr>
          <w:p w14:paraId="0CF5315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2409" w:type="dxa"/>
            <w:vAlign w:val="bottom"/>
          </w:tcPr>
          <w:p w14:paraId="3573C25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34F2356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45</w:t>
            </w:r>
          </w:p>
        </w:tc>
        <w:tc>
          <w:tcPr>
            <w:tcW w:w="2410" w:type="dxa"/>
            <w:vAlign w:val="bottom"/>
          </w:tcPr>
          <w:p w14:paraId="4AF7330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r>
      <w:tr w:rsidR="005816E5" w:rsidRPr="00EB75F0" w14:paraId="684574E7" w14:textId="77777777" w:rsidTr="00C32B29">
        <w:trPr>
          <w:trHeight w:val="288"/>
        </w:trPr>
        <w:tc>
          <w:tcPr>
            <w:tcW w:w="2409" w:type="dxa"/>
            <w:vAlign w:val="bottom"/>
          </w:tcPr>
          <w:p w14:paraId="7C575BF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2409" w:type="dxa"/>
            <w:vAlign w:val="bottom"/>
          </w:tcPr>
          <w:p w14:paraId="3E6FD2DF"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2410" w:type="dxa"/>
            <w:vAlign w:val="bottom"/>
          </w:tcPr>
          <w:p w14:paraId="62F97B1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86</w:t>
            </w:r>
          </w:p>
        </w:tc>
        <w:tc>
          <w:tcPr>
            <w:tcW w:w="2410" w:type="dxa"/>
            <w:vAlign w:val="bottom"/>
          </w:tcPr>
          <w:p w14:paraId="17F335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305</w:t>
            </w:r>
          </w:p>
        </w:tc>
      </w:tr>
      <w:tr w:rsidR="005816E5" w:rsidRPr="00EB75F0" w14:paraId="6A53D796" w14:textId="77777777" w:rsidTr="00C32B29">
        <w:trPr>
          <w:trHeight w:val="288"/>
        </w:trPr>
        <w:tc>
          <w:tcPr>
            <w:tcW w:w="2409" w:type="dxa"/>
            <w:vAlign w:val="bottom"/>
          </w:tcPr>
          <w:p w14:paraId="4BA2A05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2409" w:type="dxa"/>
            <w:vAlign w:val="bottom"/>
          </w:tcPr>
          <w:p w14:paraId="38ED8B4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C044D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29</w:t>
            </w:r>
          </w:p>
        </w:tc>
        <w:tc>
          <w:tcPr>
            <w:tcW w:w="2410" w:type="dxa"/>
            <w:vAlign w:val="bottom"/>
          </w:tcPr>
          <w:p w14:paraId="1C1EF2C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149</w:t>
            </w:r>
          </w:p>
        </w:tc>
      </w:tr>
      <w:tr w:rsidR="005816E5" w:rsidRPr="00EB75F0" w14:paraId="69354B66" w14:textId="77777777" w:rsidTr="00C32B29">
        <w:trPr>
          <w:trHeight w:val="288"/>
        </w:trPr>
        <w:tc>
          <w:tcPr>
            <w:tcW w:w="2409" w:type="dxa"/>
            <w:vAlign w:val="bottom"/>
          </w:tcPr>
          <w:p w14:paraId="2D8290E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EMERGENT-1</w:t>
            </w:r>
          </w:p>
        </w:tc>
        <w:tc>
          <w:tcPr>
            <w:tcW w:w="2409" w:type="dxa"/>
            <w:vAlign w:val="bottom"/>
          </w:tcPr>
          <w:p w14:paraId="04FDA79E"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2410" w:type="dxa"/>
            <w:vAlign w:val="bottom"/>
          </w:tcPr>
          <w:p w14:paraId="121406A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32</w:t>
            </w:r>
          </w:p>
        </w:tc>
        <w:tc>
          <w:tcPr>
            <w:tcW w:w="2410" w:type="dxa"/>
            <w:vAlign w:val="bottom"/>
          </w:tcPr>
          <w:p w14:paraId="254F2B1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83</w:t>
            </w:r>
          </w:p>
        </w:tc>
      </w:tr>
      <w:tr w:rsidR="005816E5" w:rsidRPr="00EB75F0" w14:paraId="4EF5FE3D" w14:textId="77777777" w:rsidTr="00C32B29">
        <w:trPr>
          <w:trHeight w:val="288"/>
        </w:trPr>
        <w:tc>
          <w:tcPr>
            <w:tcW w:w="2409" w:type="dxa"/>
            <w:vAlign w:val="bottom"/>
          </w:tcPr>
          <w:p w14:paraId="3C9A88C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EMERGENT-1</w:t>
            </w:r>
          </w:p>
        </w:tc>
        <w:tc>
          <w:tcPr>
            <w:tcW w:w="2409" w:type="dxa"/>
            <w:vAlign w:val="bottom"/>
          </w:tcPr>
          <w:p w14:paraId="0F7E3CB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8ED27E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w:t>
            </w:r>
          </w:p>
        </w:tc>
        <w:tc>
          <w:tcPr>
            <w:tcW w:w="2410" w:type="dxa"/>
            <w:vAlign w:val="bottom"/>
          </w:tcPr>
          <w:p w14:paraId="3D21A64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87</w:t>
            </w:r>
          </w:p>
        </w:tc>
      </w:tr>
      <w:tr w:rsidR="005816E5" w:rsidRPr="00EB75F0" w14:paraId="0838E724" w14:textId="77777777" w:rsidTr="00C32B29">
        <w:trPr>
          <w:trHeight w:val="288"/>
        </w:trPr>
        <w:tc>
          <w:tcPr>
            <w:tcW w:w="2409" w:type="dxa"/>
            <w:vAlign w:val="bottom"/>
          </w:tcPr>
          <w:p w14:paraId="4E27465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EMERGENT-2</w:t>
            </w:r>
          </w:p>
        </w:tc>
        <w:tc>
          <w:tcPr>
            <w:tcW w:w="2409" w:type="dxa"/>
            <w:vAlign w:val="bottom"/>
          </w:tcPr>
          <w:p w14:paraId="53C1A1A9"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2410" w:type="dxa"/>
            <w:vAlign w:val="bottom"/>
          </w:tcPr>
          <w:p w14:paraId="4663C37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51</w:t>
            </w:r>
          </w:p>
        </w:tc>
        <w:tc>
          <w:tcPr>
            <w:tcW w:w="2410" w:type="dxa"/>
            <w:vAlign w:val="bottom"/>
          </w:tcPr>
          <w:p w14:paraId="7C4F45E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r>
      <w:tr w:rsidR="005816E5" w:rsidRPr="00EB75F0" w14:paraId="788CDA05" w14:textId="77777777" w:rsidTr="00C32B29">
        <w:trPr>
          <w:trHeight w:val="288"/>
        </w:trPr>
        <w:tc>
          <w:tcPr>
            <w:tcW w:w="2409" w:type="dxa"/>
            <w:vAlign w:val="bottom"/>
          </w:tcPr>
          <w:p w14:paraId="0A08034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EMERGENT-2</w:t>
            </w:r>
          </w:p>
        </w:tc>
        <w:tc>
          <w:tcPr>
            <w:tcW w:w="2409" w:type="dxa"/>
            <w:vAlign w:val="bottom"/>
          </w:tcPr>
          <w:p w14:paraId="7071B0C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49785C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28</w:t>
            </w:r>
          </w:p>
        </w:tc>
        <w:tc>
          <w:tcPr>
            <w:tcW w:w="2410" w:type="dxa"/>
            <w:vAlign w:val="bottom"/>
          </w:tcPr>
          <w:p w14:paraId="53F4FCA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99</w:t>
            </w:r>
          </w:p>
        </w:tc>
      </w:tr>
      <w:tr w:rsidR="005816E5" w:rsidRPr="00EB75F0" w14:paraId="34B03F78" w14:textId="77777777" w:rsidTr="00C32B29">
        <w:trPr>
          <w:trHeight w:val="288"/>
        </w:trPr>
        <w:tc>
          <w:tcPr>
            <w:tcW w:w="2409" w:type="dxa"/>
            <w:vAlign w:val="bottom"/>
          </w:tcPr>
          <w:p w14:paraId="4E94E5B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EMERGENT-3</w:t>
            </w:r>
          </w:p>
        </w:tc>
        <w:tc>
          <w:tcPr>
            <w:tcW w:w="2409" w:type="dxa"/>
            <w:vAlign w:val="bottom"/>
          </w:tcPr>
          <w:p w14:paraId="413E10C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2410" w:type="dxa"/>
            <w:vAlign w:val="bottom"/>
          </w:tcPr>
          <w:p w14:paraId="05164D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40</w:t>
            </w:r>
          </w:p>
        </w:tc>
        <w:tc>
          <w:tcPr>
            <w:tcW w:w="2410" w:type="dxa"/>
            <w:vAlign w:val="bottom"/>
          </w:tcPr>
          <w:p w14:paraId="43ABE65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79</w:t>
            </w:r>
          </w:p>
        </w:tc>
      </w:tr>
      <w:tr w:rsidR="005816E5" w:rsidRPr="00EB75F0" w14:paraId="231060F3" w14:textId="77777777" w:rsidTr="00C32B29">
        <w:trPr>
          <w:trHeight w:val="288"/>
        </w:trPr>
        <w:tc>
          <w:tcPr>
            <w:tcW w:w="2409" w:type="dxa"/>
            <w:vAlign w:val="bottom"/>
          </w:tcPr>
          <w:p w14:paraId="687FAA5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EMERGENT-3</w:t>
            </w:r>
          </w:p>
        </w:tc>
        <w:tc>
          <w:tcPr>
            <w:tcW w:w="2409" w:type="dxa"/>
            <w:vAlign w:val="bottom"/>
          </w:tcPr>
          <w:p w14:paraId="04B6E45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7618B9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23</w:t>
            </w:r>
          </w:p>
        </w:tc>
        <w:tc>
          <w:tcPr>
            <w:tcW w:w="2410" w:type="dxa"/>
            <w:vAlign w:val="bottom"/>
          </w:tcPr>
          <w:p w14:paraId="7434A7A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91</w:t>
            </w:r>
          </w:p>
        </w:tc>
      </w:tr>
      <w:tr w:rsidR="005816E5" w:rsidRPr="00EB75F0" w14:paraId="3238F8DE" w14:textId="77777777" w:rsidTr="00C32B29">
        <w:trPr>
          <w:trHeight w:val="288"/>
        </w:trPr>
        <w:tc>
          <w:tcPr>
            <w:tcW w:w="2409" w:type="dxa"/>
            <w:vAlign w:val="bottom"/>
          </w:tcPr>
          <w:p w14:paraId="4664156E"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Ishigooka</w:t>
            </w:r>
            <w:proofErr w:type="spellEnd"/>
            <w:r w:rsidRPr="00EB75F0">
              <w:rPr>
                <w:rFonts w:asciiTheme="majorHAnsi" w:hAnsiTheme="majorHAnsi" w:cstheme="majorHAnsi"/>
                <w:sz w:val="18"/>
                <w:szCs w:val="18"/>
              </w:rPr>
              <w:t xml:space="preserve"> 2018</w:t>
            </w:r>
          </w:p>
        </w:tc>
        <w:tc>
          <w:tcPr>
            <w:tcW w:w="2409" w:type="dxa"/>
            <w:vAlign w:val="bottom"/>
          </w:tcPr>
          <w:p w14:paraId="0896FDEC"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2397FBD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56</w:t>
            </w:r>
          </w:p>
        </w:tc>
        <w:tc>
          <w:tcPr>
            <w:tcW w:w="2410" w:type="dxa"/>
            <w:vAlign w:val="bottom"/>
          </w:tcPr>
          <w:p w14:paraId="18A5F87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222</w:t>
            </w:r>
          </w:p>
        </w:tc>
      </w:tr>
      <w:tr w:rsidR="005816E5" w:rsidRPr="00EB75F0" w14:paraId="5FF73A38" w14:textId="77777777" w:rsidTr="00C32B29">
        <w:trPr>
          <w:trHeight w:val="288"/>
        </w:trPr>
        <w:tc>
          <w:tcPr>
            <w:tcW w:w="2409" w:type="dxa"/>
            <w:vAlign w:val="bottom"/>
          </w:tcPr>
          <w:p w14:paraId="4EB0331D"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Ishigooka</w:t>
            </w:r>
            <w:proofErr w:type="spellEnd"/>
            <w:r w:rsidRPr="00EB75F0">
              <w:rPr>
                <w:rFonts w:asciiTheme="majorHAnsi" w:hAnsiTheme="majorHAnsi" w:cstheme="majorHAnsi"/>
                <w:sz w:val="18"/>
                <w:szCs w:val="18"/>
              </w:rPr>
              <w:t xml:space="preserve"> 2018</w:t>
            </w:r>
          </w:p>
        </w:tc>
        <w:tc>
          <w:tcPr>
            <w:tcW w:w="2409" w:type="dxa"/>
            <w:vAlign w:val="bottom"/>
          </w:tcPr>
          <w:p w14:paraId="58A5D0E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6C4C00F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23</w:t>
            </w:r>
          </w:p>
        </w:tc>
        <w:tc>
          <w:tcPr>
            <w:tcW w:w="2410" w:type="dxa"/>
            <w:vAlign w:val="bottom"/>
          </w:tcPr>
          <w:p w14:paraId="3ACCDAE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113</w:t>
            </w:r>
          </w:p>
        </w:tc>
      </w:tr>
      <w:tr w:rsidR="005816E5" w:rsidRPr="00EB75F0" w14:paraId="3F657939" w14:textId="77777777" w:rsidTr="00C32B29">
        <w:trPr>
          <w:trHeight w:val="288"/>
        </w:trPr>
        <w:tc>
          <w:tcPr>
            <w:tcW w:w="2409" w:type="dxa"/>
            <w:vAlign w:val="bottom"/>
          </w:tcPr>
          <w:p w14:paraId="2A814F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2002</w:t>
            </w:r>
          </w:p>
        </w:tc>
        <w:tc>
          <w:tcPr>
            <w:tcW w:w="2409" w:type="dxa"/>
            <w:vAlign w:val="bottom"/>
          </w:tcPr>
          <w:p w14:paraId="3DDF8D6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4440235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65</w:t>
            </w:r>
          </w:p>
        </w:tc>
        <w:tc>
          <w:tcPr>
            <w:tcW w:w="2410" w:type="dxa"/>
            <w:vAlign w:val="bottom"/>
          </w:tcPr>
          <w:p w14:paraId="6B97F38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204</w:t>
            </w:r>
          </w:p>
        </w:tc>
      </w:tr>
      <w:tr w:rsidR="005816E5" w:rsidRPr="00EB75F0" w14:paraId="1D1A13FD" w14:textId="77777777" w:rsidTr="00C32B29">
        <w:trPr>
          <w:trHeight w:val="288"/>
        </w:trPr>
        <w:tc>
          <w:tcPr>
            <w:tcW w:w="2409" w:type="dxa"/>
            <w:vAlign w:val="bottom"/>
          </w:tcPr>
          <w:p w14:paraId="32E8662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2002</w:t>
            </w:r>
          </w:p>
        </w:tc>
        <w:tc>
          <w:tcPr>
            <w:tcW w:w="2409" w:type="dxa"/>
            <w:vAlign w:val="bottom"/>
          </w:tcPr>
          <w:p w14:paraId="18A30B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4208B56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w:t>
            </w:r>
          </w:p>
        </w:tc>
        <w:tc>
          <w:tcPr>
            <w:tcW w:w="2410" w:type="dxa"/>
            <w:vAlign w:val="bottom"/>
          </w:tcPr>
          <w:p w14:paraId="6324FD6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106</w:t>
            </w:r>
          </w:p>
        </w:tc>
      </w:tr>
      <w:tr w:rsidR="005816E5" w:rsidRPr="00EB75F0" w14:paraId="34FF5DE8" w14:textId="77777777" w:rsidTr="00C32B29">
        <w:trPr>
          <w:trHeight w:val="288"/>
        </w:trPr>
        <w:tc>
          <w:tcPr>
            <w:tcW w:w="2409" w:type="dxa"/>
            <w:vAlign w:val="bottom"/>
          </w:tcPr>
          <w:p w14:paraId="0C7D93E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2007</w:t>
            </w:r>
          </w:p>
        </w:tc>
        <w:tc>
          <w:tcPr>
            <w:tcW w:w="2409" w:type="dxa"/>
            <w:vAlign w:val="bottom"/>
          </w:tcPr>
          <w:p w14:paraId="489FA0D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2EEB34F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67</w:t>
            </w:r>
          </w:p>
        </w:tc>
        <w:tc>
          <w:tcPr>
            <w:tcW w:w="2410" w:type="dxa"/>
            <w:vAlign w:val="bottom"/>
          </w:tcPr>
          <w:p w14:paraId="105C038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128</w:t>
            </w:r>
          </w:p>
        </w:tc>
      </w:tr>
      <w:tr w:rsidR="005816E5" w:rsidRPr="00EB75F0" w14:paraId="523E176D" w14:textId="77777777" w:rsidTr="00C32B29">
        <w:trPr>
          <w:trHeight w:val="288"/>
        </w:trPr>
        <w:tc>
          <w:tcPr>
            <w:tcW w:w="2409" w:type="dxa"/>
            <w:vAlign w:val="bottom"/>
          </w:tcPr>
          <w:p w14:paraId="43C2524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2007</w:t>
            </w:r>
          </w:p>
        </w:tc>
        <w:tc>
          <w:tcPr>
            <w:tcW w:w="2409" w:type="dxa"/>
            <w:vAlign w:val="bottom"/>
          </w:tcPr>
          <w:p w14:paraId="10DBC5E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A43699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38</w:t>
            </w:r>
          </w:p>
        </w:tc>
        <w:tc>
          <w:tcPr>
            <w:tcW w:w="2410" w:type="dxa"/>
            <w:vAlign w:val="bottom"/>
          </w:tcPr>
          <w:p w14:paraId="67375ED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127</w:t>
            </w:r>
          </w:p>
        </w:tc>
      </w:tr>
      <w:tr w:rsidR="005816E5" w:rsidRPr="00EB75F0" w14:paraId="6D2A0AA5" w14:textId="77777777" w:rsidTr="00C32B29">
        <w:trPr>
          <w:trHeight w:val="288"/>
        </w:trPr>
        <w:tc>
          <w:tcPr>
            <w:tcW w:w="2409" w:type="dxa"/>
            <w:vAlign w:val="bottom"/>
          </w:tcPr>
          <w:p w14:paraId="331588B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w:t>
            </w:r>
          </w:p>
        </w:tc>
        <w:tc>
          <w:tcPr>
            <w:tcW w:w="2409" w:type="dxa"/>
            <w:vAlign w:val="bottom"/>
          </w:tcPr>
          <w:p w14:paraId="5C2A9F55"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2410" w:type="dxa"/>
            <w:vAlign w:val="bottom"/>
          </w:tcPr>
          <w:p w14:paraId="6A2F6B5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51</w:t>
            </w:r>
          </w:p>
        </w:tc>
        <w:tc>
          <w:tcPr>
            <w:tcW w:w="2410" w:type="dxa"/>
            <w:vAlign w:val="bottom"/>
          </w:tcPr>
          <w:p w14:paraId="38353B2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147</w:t>
            </w:r>
          </w:p>
        </w:tc>
      </w:tr>
      <w:tr w:rsidR="005816E5" w:rsidRPr="00EB75F0" w14:paraId="6CEA2AD8" w14:textId="77777777" w:rsidTr="00C32B29">
        <w:trPr>
          <w:trHeight w:val="288"/>
        </w:trPr>
        <w:tc>
          <w:tcPr>
            <w:tcW w:w="2409" w:type="dxa"/>
            <w:vAlign w:val="bottom"/>
          </w:tcPr>
          <w:p w14:paraId="00E75B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w:t>
            </w:r>
          </w:p>
        </w:tc>
        <w:tc>
          <w:tcPr>
            <w:tcW w:w="2409" w:type="dxa"/>
            <w:vAlign w:val="bottom"/>
          </w:tcPr>
          <w:p w14:paraId="46BB49B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1A076F3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42</w:t>
            </w:r>
          </w:p>
        </w:tc>
        <w:tc>
          <w:tcPr>
            <w:tcW w:w="2410" w:type="dxa"/>
            <w:vAlign w:val="bottom"/>
          </w:tcPr>
          <w:p w14:paraId="2A4324D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147</w:t>
            </w:r>
          </w:p>
        </w:tc>
      </w:tr>
      <w:tr w:rsidR="005816E5" w:rsidRPr="00EB75F0" w14:paraId="52C12008" w14:textId="77777777" w:rsidTr="00C32B29">
        <w:trPr>
          <w:trHeight w:val="288"/>
        </w:trPr>
        <w:tc>
          <w:tcPr>
            <w:tcW w:w="2409" w:type="dxa"/>
            <w:vAlign w:val="bottom"/>
          </w:tcPr>
          <w:p w14:paraId="6E7A844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 (BEACON)</w:t>
            </w:r>
          </w:p>
        </w:tc>
        <w:tc>
          <w:tcPr>
            <w:tcW w:w="2409" w:type="dxa"/>
            <w:vAlign w:val="bottom"/>
          </w:tcPr>
          <w:p w14:paraId="6D31492B"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16D0EB7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159</w:t>
            </w:r>
          </w:p>
        </w:tc>
        <w:tc>
          <w:tcPr>
            <w:tcW w:w="2410" w:type="dxa"/>
            <w:vAlign w:val="bottom"/>
          </w:tcPr>
          <w:p w14:paraId="67E4E20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360</w:t>
            </w:r>
          </w:p>
        </w:tc>
      </w:tr>
      <w:tr w:rsidR="005816E5" w:rsidRPr="00EB75F0" w14:paraId="53887D6D" w14:textId="77777777" w:rsidTr="00C32B29">
        <w:trPr>
          <w:trHeight w:val="288"/>
        </w:trPr>
        <w:tc>
          <w:tcPr>
            <w:tcW w:w="2409" w:type="dxa"/>
            <w:vAlign w:val="bottom"/>
          </w:tcPr>
          <w:p w14:paraId="55F6B0C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 (BEACON)</w:t>
            </w:r>
          </w:p>
        </w:tc>
        <w:tc>
          <w:tcPr>
            <w:tcW w:w="2409" w:type="dxa"/>
            <w:vAlign w:val="bottom"/>
          </w:tcPr>
          <w:p w14:paraId="73E9261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26687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57</w:t>
            </w:r>
          </w:p>
        </w:tc>
        <w:tc>
          <w:tcPr>
            <w:tcW w:w="2410" w:type="dxa"/>
            <w:vAlign w:val="bottom"/>
          </w:tcPr>
          <w:p w14:paraId="4279BE5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180</w:t>
            </w:r>
          </w:p>
        </w:tc>
      </w:tr>
      <w:tr w:rsidR="005816E5" w:rsidRPr="00EB75F0" w14:paraId="2C08F7C4" w14:textId="77777777" w:rsidTr="00C32B29">
        <w:trPr>
          <w:trHeight w:val="288"/>
        </w:trPr>
        <w:tc>
          <w:tcPr>
            <w:tcW w:w="2409" w:type="dxa"/>
            <w:vAlign w:val="bottom"/>
          </w:tcPr>
          <w:p w14:paraId="3640ACA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Lieberman 2016</w:t>
            </w:r>
          </w:p>
        </w:tc>
        <w:tc>
          <w:tcPr>
            <w:tcW w:w="2409" w:type="dxa"/>
            <w:vAlign w:val="bottom"/>
          </w:tcPr>
          <w:p w14:paraId="6A2CEF7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8EA9B4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w:t>
            </w:r>
          </w:p>
        </w:tc>
        <w:tc>
          <w:tcPr>
            <w:tcW w:w="2410" w:type="dxa"/>
            <w:vAlign w:val="bottom"/>
          </w:tcPr>
          <w:p w14:paraId="3B544C8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80</w:t>
            </w:r>
          </w:p>
        </w:tc>
      </w:tr>
      <w:tr w:rsidR="005816E5" w:rsidRPr="00EB75F0" w14:paraId="1713559E" w14:textId="77777777" w:rsidTr="00C32B29">
        <w:trPr>
          <w:trHeight w:val="288"/>
        </w:trPr>
        <w:tc>
          <w:tcPr>
            <w:tcW w:w="2409" w:type="dxa"/>
            <w:vAlign w:val="bottom"/>
          </w:tcPr>
          <w:p w14:paraId="6F15E56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Lieberman 2016</w:t>
            </w:r>
          </w:p>
        </w:tc>
        <w:tc>
          <w:tcPr>
            <w:tcW w:w="2409" w:type="dxa"/>
            <w:vAlign w:val="bottom"/>
          </w:tcPr>
          <w:p w14:paraId="360F94E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0ECF9FE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30</w:t>
            </w:r>
          </w:p>
        </w:tc>
        <w:tc>
          <w:tcPr>
            <w:tcW w:w="2410" w:type="dxa"/>
            <w:vAlign w:val="bottom"/>
          </w:tcPr>
          <w:p w14:paraId="4E36602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75</w:t>
            </w:r>
          </w:p>
        </w:tc>
      </w:tr>
      <w:tr w:rsidR="005816E5" w:rsidRPr="00EB75F0" w14:paraId="6718F243" w14:textId="77777777" w:rsidTr="00C32B29">
        <w:trPr>
          <w:trHeight w:val="288"/>
        </w:trPr>
        <w:tc>
          <w:tcPr>
            <w:tcW w:w="2409" w:type="dxa"/>
            <w:vAlign w:val="bottom"/>
          </w:tcPr>
          <w:p w14:paraId="5BC850A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Lindenmayer 2008</w:t>
            </w:r>
          </w:p>
        </w:tc>
        <w:tc>
          <w:tcPr>
            <w:tcW w:w="2409" w:type="dxa"/>
            <w:vAlign w:val="bottom"/>
          </w:tcPr>
          <w:p w14:paraId="2ECA469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2102223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w:t>
            </w:r>
          </w:p>
        </w:tc>
        <w:tc>
          <w:tcPr>
            <w:tcW w:w="2410" w:type="dxa"/>
            <w:vAlign w:val="bottom"/>
          </w:tcPr>
          <w:p w14:paraId="69E73CE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78</w:t>
            </w:r>
          </w:p>
        </w:tc>
      </w:tr>
      <w:tr w:rsidR="005816E5" w:rsidRPr="00EB75F0" w14:paraId="1AC7D8B6" w14:textId="77777777" w:rsidTr="00C32B29">
        <w:trPr>
          <w:trHeight w:val="288"/>
        </w:trPr>
        <w:tc>
          <w:tcPr>
            <w:tcW w:w="2409" w:type="dxa"/>
            <w:vAlign w:val="bottom"/>
          </w:tcPr>
          <w:p w14:paraId="4312EDF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Lindenmayer 2008</w:t>
            </w:r>
          </w:p>
        </w:tc>
        <w:tc>
          <w:tcPr>
            <w:tcW w:w="2409" w:type="dxa"/>
            <w:vAlign w:val="bottom"/>
          </w:tcPr>
          <w:p w14:paraId="483F558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2410" w:type="dxa"/>
            <w:vAlign w:val="bottom"/>
          </w:tcPr>
          <w:p w14:paraId="40C1C6A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78</w:t>
            </w:r>
          </w:p>
        </w:tc>
        <w:tc>
          <w:tcPr>
            <w:tcW w:w="2410" w:type="dxa"/>
            <w:vAlign w:val="bottom"/>
          </w:tcPr>
          <w:p w14:paraId="64EE087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420</w:t>
            </w:r>
          </w:p>
        </w:tc>
      </w:tr>
      <w:tr w:rsidR="005816E5" w:rsidRPr="00EB75F0" w14:paraId="2783649A" w14:textId="77777777" w:rsidTr="00C32B29">
        <w:trPr>
          <w:trHeight w:val="288"/>
        </w:trPr>
        <w:tc>
          <w:tcPr>
            <w:tcW w:w="2409" w:type="dxa"/>
            <w:vAlign w:val="bottom"/>
          </w:tcPr>
          <w:p w14:paraId="7FD16DE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2007</w:t>
            </w:r>
          </w:p>
        </w:tc>
        <w:tc>
          <w:tcPr>
            <w:tcW w:w="2409" w:type="dxa"/>
            <w:vAlign w:val="bottom"/>
          </w:tcPr>
          <w:p w14:paraId="2072CC3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6F11B0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48</w:t>
            </w:r>
          </w:p>
        </w:tc>
        <w:tc>
          <w:tcPr>
            <w:tcW w:w="2410" w:type="dxa"/>
            <w:vAlign w:val="bottom"/>
          </w:tcPr>
          <w:p w14:paraId="14B2B98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105</w:t>
            </w:r>
          </w:p>
        </w:tc>
      </w:tr>
      <w:tr w:rsidR="005816E5" w:rsidRPr="00EB75F0" w14:paraId="3AA3DF49" w14:textId="77777777" w:rsidTr="00C32B29">
        <w:trPr>
          <w:trHeight w:val="288"/>
        </w:trPr>
        <w:tc>
          <w:tcPr>
            <w:tcW w:w="2409" w:type="dxa"/>
            <w:vAlign w:val="bottom"/>
          </w:tcPr>
          <w:p w14:paraId="76B7408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2007</w:t>
            </w:r>
          </w:p>
        </w:tc>
        <w:tc>
          <w:tcPr>
            <w:tcW w:w="2409" w:type="dxa"/>
            <w:vAlign w:val="bottom"/>
          </w:tcPr>
          <w:p w14:paraId="6F32AFE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69290A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36</w:t>
            </w:r>
          </w:p>
        </w:tc>
        <w:tc>
          <w:tcPr>
            <w:tcW w:w="2410" w:type="dxa"/>
            <w:vAlign w:val="bottom"/>
          </w:tcPr>
          <w:p w14:paraId="3FC3190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105</w:t>
            </w:r>
          </w:p>
        </w:tc>
      </w:tr>
      <w:tr w:rsidR="005816E5" w:rsidRPr="00EB75F0" w14:paraId="4497A4D1" w14:textId="77777777" w:rsidTr="00C32B29">
        <w:trPr>
          <w:trHeight w:val="288"/>
        </w:trPr>
        <w:tc>
          <w:tcPr>
            <w:tcW w:w="2409" w:type="dxa"/>
            <w:vAlign w:val="bottom"/>
          </w:tcPr>
          <w:p w14:paraId="3BB9C0C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2409" w:type="dxa"/>
            <w:vAlign w:val="bottom"/>
          </w:tcPr>
          <w:p w14:paraId="602529D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0CC2387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73</w:t>
            </w:r>
          </w:p>
        </w:tc>
        <w:tc>
          <w:tcPr>
            <w:tcW w:w="2410" w:type="dxa"/>
            <w:vAlign w:val="bottom"/>
          </w:tcPr>
          <w:p w14:paraId="11FD7C5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r>
      <w:tr w:rsidR="005816E5" w:rsidRPr="00EB75F0" w14:paraId="757C0ABA" w14:textId="77777777" w:rsidTr="00C32B29">
        <w:trPr>
          <w:trHeight w:val="288"/>
        </w:trPr>
        <w:tc>
          <w:tcPr>
            <w:tcW w:w="2409" w:type="dxa"/>
            <w:vAlign w:val="bottom"/>
          </w:tcPr>
          <w:p w14:paraId="089ABAE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2409" w:type="dxa"/>
            <w:vAlign w:val="bottom"/>
          </w:tcPr>
          <w:p w14:paraId="3300BC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3E43EED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51</w:t>
            </w:r>
          </w:p>
        </w:tc>
        <w:tc>
          <w:tcPr>
            <w:tcW w:w="2410" w:type="dxa"/>
            <w:vAlign w:val="bottom"/>
          </w:tcPr>
          <w:p w14:paraId="4F2FBD3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159</w:t>
            </w:r>
          </w:p>
        </w:tc>
      </w:tr>
      <w:tr w:rsidR="005816E5" w:rsidRPr="00EB75F0" w14:paraId="6073BCAE" w14:textId="77777777" w:rsidTr="00C32B29">
        <w:trPr>
          <w:trHeight w:val="288"/>
        </w:trPr>
        <w:tc>
          <w:tcPr>
            <w:tcW w:w="2409" w:type="dxa"/>
            <w:vAlign w:val="bottom"/>
          </w:tcPr>
          <w:p w14:paraId="32B4708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2409" w:type="dxa"/>
            <w:vAlign w:val="bottom"/>
          </w:tcPr>
          <w:p w14:paraId="4F4E386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2410" w:type="dxa"/>
            <w:vAlign w:val="bottom"/>
          </w:tcPr>
          <w:p w14:paraId="06D75C5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94</w:t>
            </w:r>
          </w:p>
        </w:tc>
        <w:tc>
          <w:tcPr>
            <w:tcW w:w="2410" w:type="dxa"/>
            <w:vAlign w:val="bottom"/>
          </w:tcPr>
          <w:p w14:paraId="0EFECFB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r>
      <w:tr w:rsidR="005816E5" w:rsidRPr="00EB75F0" w14:paraId="7C3472CE" w14:textId="77777777" w:rsidTr="00C32B29">
        <w:trPr>
          <w:trHeight w:val="288"/>
        </w:trPr>
        <w:tc>
          <w:tcPr>
            <w:tcW w:w="2409" w:type="dxa"/>
            <w:vAlign w:val="bottom"/>
          </w:tcPr>
          <w:p w14:paraId="531A3C3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McEvoy 2007</w:t>
            </w:r>
          </w:p>
        </w:tc>
        <w:tc>
          <w:tcPr>
            <w:tcW w:w="2409" w:type="dxa"/>
            <w:vAlign w:val="bottom"/>
          </w:tcPr>
          <w:p w14:paraId="308433F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5ACA507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122</w:t>
            </w:r>
          </w:p>
        </w:tc>
        <w:tc>
          <w:tcPr>
            <w:tcW w:w="2410" w:type="dxa"/>
            <w:vAlign w:val="bottom"/>
          </w:tcPr>
          <w:p w14:paraId="1E7EA95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303</w:t>
            </w:r>
          </w:p>
        </w:tc>
      </w:tr>
      <w:tr w:rsidR="005816E5" w:rsidRPr="00EB75F0" w14:paraId="5B9CEC49" w14:textId="77777777" w:rsidTr="00C32B29">
        <w:trPr>
          <w:trHeight w:val="288"/>
        </w:trPr>
        <w:tc>
          <w:tcPr>
            <w:tcW w:w="2409" w:type="dxa"/>
            <w:vAlign w:val="bottom"/>
          </w:tcPr>
          <w:p w14:paraId="03254C1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McEvoy 2007</w:t>
            </w:r>
          </w:p>
        </w:tc>
        <w:tc>
          <w:tcPr>
            <w:tcW w:w="2409" w:type="dxa"/>
            <w:vAlign w:val="bottom"/>
          </w:tcPr>
          <w:p w14:paraId="48E5B10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2EC43D3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28</w:t>
            </w:r>
          </w:p>
        </w:tc>
        <w:tc>
          <w:tcPr>
            <w:tcW w:w="2410" w:type="dxa"/>
            <w:vAlign w:val="bottom"/>
          </w:tcPr>
          <w:p w14:paraId="396E681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107</w:t>
            </w:r>
          </w:p>
        </w:tc>
      </w:tr>
      <w:tr w:rsidR="005816E5" w:rsidRPr="00EB75F0" w14:paraId="57B51D78" w14:textId="77777777" w:rsidTr="00C32B29">
        <w:trPr>
          <w:trHeight w:val="288"/>
        </w:trPr>
        <w:tc>
          <w:tcPr>
            <w:tcW w:w="2409" w:type="dxa"/>
            <w:vAlign w:val="bottom"/>
          </w:tcPr>
          <w:p w14:paraId="2E219EDD"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2409" w:type="dxa"/>
            <w:vAlign w:val="bottom"/>
          </w:tcPr>
          <w:p w14:paraId="5AD83EC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34EE395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74</w:t>
            </w:r>
          </w:p>
        </w:tc>
        <w:tc>
          <w:tcPr>
            <w:tcW w:w="2410" w:type="dxa"/>
            <w:vAlign w:val="bottom"/>
          </w:tcPr>
          <w:p w14:paraId="321B2DB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194</w:t>
            </w:r>
          </w:p>
        </w:tc>
      </w:tr>
      <w:tr w:rsidR="005816E5" w:rsidRPr="00EB75F0" w14:paraId="70F9BF0E" w14:textId="77777777" w:rsidTr="00C32B29">
        <w:trPr>
          <w:trHeight w:val="288"/>
        </w:trPr>
        <w:tc>
          <w:tcPr>
            <w:tcW w:w="2409" w:type="dxa"/>
            <w:vAlign w:val="bottom"/>
          </w:tcPr>
          <w:p w14:paraId="5A385E95"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2409" w:type="dxa"/>
            <w:vAlign w:val="bottom"/>
          </w:tcPr>
          <w:p w14:paraId="3F9159B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462C78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24</w:t>
            </w:r>
          </w:p>
        </w:tc>
        <w:tc>
          <w:tcPr>
            <w:tcW w:w="2410" w:type="dxa"/>
            <w:vAlign w:val="bottom"/>
          </w:tcPr>
          <w:p w14:paraId="33236C2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103</w:t>
            </w:r>
          </w:p>
        </w:tc>
      </w:tr>
      <w:tr w:rsidR="005816E5" w:rsidRPr="00EB75F0" w14:paraId="1472F1D4" w14:textId="77777777" w:rsidTr="00C32B29">
        <w:trPr>
          <w:trHeight w:val="288"/>
        </w:trPr>
        <w:tc>
          <w:tcPr>
            <w:tcW w:w="2409" w:type="dxa"/>
            <w:vAlign w:val="bottom"/>
          </w:tcPr>
          <w:p w14:paraId="38236B94"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2409" w:type="dxa"/>
            <w:vAlign w:val="bottom"/>
          </w:tcPr>
          <w:p w14:paraId="41E2F16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3A53875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38</w:t>
            </w:r>
          </w:p>
        </w:tc>
        <w:tc>
          <w:tcPr>
            <w:tcW w:w="2410" w:type="dxa"/>
            <w:vAlign w:val="bottom"/>
          </w:tcPr>
          <w:p w14:paraId="317C9BD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96</w:t>
            </w:r>
          </w:p>
        </w:tc>
      </w:tr>
      <w:tr w:rsidR="005816E5" w:rsidRPr="00EB75F0" w14:paraId="7574D6CA" w14:textId="77777777" w:rsidTr="00C32B29">
        <w:trPr>
          <w:trHeight w:val="288"/>
        </w:trPr>
        <w:tc>
          <w:tcPr>
            <w:tcW w:w="2409" w:type="dxa"/>
            <w:vAlign w:val="bottom"/>
          </w:tcPr>
          <w:p w14:paraId="18B4156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Schmidt 2012</w:t>
            </w:r>
          </w:p>
        </w:tc>
        <w:tc>
          <w:tcPr>
            <w:tcW w:w="2409" w:type="dxa"/>
            <w:vAlign w:val="bottom"/>
          </w:tcPr>
          <w:p w14:paraId="4FA4E90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048C93A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62</w:t>
            </w:r>
          </w:p>
        </w:tc>
        <w:tc>
          <w:tcPr>
            <w:tcW w:w="2410" w:type="dxa"/>
            <w:vAlign w:val="bottom"/>
          </w:tcPr>
          <w:p w14:paraId="2008320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r>
      <w:tr w:rsidR="005816E5" w:rsidRPr="00EB75F0" w14:paraId="42CFC864" w14:textId="77777777" w:rsidTr="00C32B29">
        <w:trPr>
          <w:trHeight w:val="288"/>
        </w:trPr>
        <w:tc>
          <w:tcPr>
            <w:tcW w:w="2409" w:type="dxa"/>
            <w:vAlign w:val="bottom"/>
          </w:tcPr>
          <w:p w14:paraId="1E60FAD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Schmidt 2012</w:t>
            </w:r>
          </w:p>
        </w:tc>
        <w:tc>
          <w:tcPr>
            <w:tcW w:w="2409" w:type="dxa"/>
            <w:vAlign w:val="bottom"/>
          </w:tcPr>
          <w:p w14:paraId="0983127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467762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26</w:t>
            </w:r>
          </w:p>
        </w:tc>
        <w:tc>
          <w:tcPr>
            <w:tcW w:w="2410" w:type="dxa"/>
            <w:vAlign w:val="bottom"/>
          </w:tcPr>
          <w:p w14:paraId="102DA99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99</w:t>
            </w:r>
          </w:p>
        </w:tc>
      </w:tr>
    </w:tbl>
    <w:p w14:paraId="3847898F" w14:textId="77777777" w:rsidR="005816E5" w:rsidRPr="00EB75F0" w:rsidRDefault="005816E5" w:rsidP="005816E5">
      <w:pPr>
        <w:pStyle w:val="BodyText"/>
      </w:pPr>
    </w:p>
    <w:p w14:paraId="2B74F5A3" w14:textId="77777777" w:rsidR="005816E5" w:rsidRPr="00541089" w:rsidRDefault="005816E5" w:rsidP="005816E5">
      <w:pPr>
        <w:pStyle w:val="Heading2"/>
      </w:pPr>
      <w:r w:rsidRPr="00541089">
        <w:t>Discontinuation due to all causes</w:t>
      </w:r>
    </w:p>
    <w:p w14:paraId="41003B04" w14:textId="584197B0" w:rsidR="005816E5" w:rsidRPr="00EB75F0" w:rsidRDefault="00A06AE8" w:rsidP="00541089">
      <w:pPr>
        <w:pStyle w:val="Heading3"/>
      </w:pPr>
      <w:r w:rsidRPr="00EB75F0">
        <w:t>Table S</w:t>
      </w:r>
      <w:fldSimple w:instr=" STYLEREF 1 \s ">
        <w:r w:rsidR="004B2F28">
          <w:rPr>
            <w:noProof/>
          </w:rPr>
          <w:t>10</w:t>
        </w:r>
      </w:fldSimple>
      <w:r w:rsidR="00EE288E" w:rsidRPr="00EB75F0">
        <w:noBreakHyphen/>
      </w:r>
      <w:fldSimple w:instr=" SEQ Table \* ARABIC \s 1 ">
        <w:r w:rsidR="004B2F28">
          <w:rPr>
            <w:noProof/>
          </w:rPr>
          <w:t>7</w:t>
        </w:r>
      </w:fldSimple>
      <w:r w:rsidR="005816E5" w:rsidRPr="00EB75F0">
        <w:t>: NMA input dataset – discontinuation due to all causes, base case network</w:t>
      </w:r>
    </w:p>
    <w:tbl>
      <w:tblPr>
        <w:tblStyle w:val="Lumanitytable"/>
        <w:tblW w:w="9638" w:type="dxa"/>
        <w:tblLook w:val="04A0" w:firstRow="1" w:lastRow="0" w:firstColumn="1" w:lastColumn="0" w:noHBand="0" w:noVBand="1"/>
      </w:tblPr>
      <w:tblGrid>
        <w:gridCol w:w="2409"/>
        <w:gridCol w:w="2409"/>
        <w:gridCol w:w="2410"/>
        <w:gridCol w:w="2410"/>
      </w:tblGrid>
      <w:tr w:rsidR="005816E5" w:rsidRPr="00EB75F0" w14:paraId="118B783F" w14:textId="77777777" w:rsidTr="00C32B29">
        <w:trPr>
          <w:cnfStyle w:val="100000000000" w:firstRow="1" w:lastRow="0" w:firstColumn="0" w:lastColumn="0" w:oddVBand="0" w:evenVBand="0" w:oddHBand="0" w:evenHBand="0" w:firstRowFirstColumn="0" w:firstRowLastColumn="0" w:lastRowFirstColumn="0" w:lastRowLastColumn="0"/>
          <w:trHeight w:val="288"/>
        </w:trPr>
        <w:tc>
          <w:tcPr>
            <w:tcW w:w="2409" w:type="dxa"/>
            <w:vAlign w:val="bottom"/>
          </w:tcPr>
          <w:p w14:paraId="40E4E943"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StudyName</w:t>
            </w:r>
            <w:proofErr w:type="spellEnd"/>
          </w:p>
        </w:tc>
        <w:tc>
          <w:tcPr>
            <w:tcW w:w="2409" w:type="dxa"/>
            <w:vAlign w:val="bottom"/>
          </w:tcPr>
          <w:p w14:paraId="28D57CE4"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TreatmentName</w:t>
            </w:r>
            <w:proofErr w:type="spellEnd"/>
          </w:p>
        </w:tc>
        <w:tc>
          <w:tcPr>
            <w:tcW w:w="2410" w:type="dxa"/>
            <w:vAlign w:val="bottom"/>
          </w:tcPr>
          <w:p w14:paraId="21251098" w14:textId="77777777" w:rsidR="005816E5" w:rsidRPr="00EB75F0" w:rsidRDefault="005816E5" w:rsidP="00C32B29">
            <w:pPr>
              <w:pStyle w:val="BodyText"/>
              <w:spacing w:before="0" w:after="0" w:line="240" w:lineRule="auto"/>
              <w:rPr>
                <w:rFonts w:ascii="Calibri" w:hAnsi="Calibri" w:cs="Calibri"/>
                <w:color w:val="FFFFFF" w:themeColor="background1"/>
                <w:szCs w:val="22"/>
              </w:rPr>
            </w:pPr>
            <w:r w:rsidRPr="00EB75F0">
              <w:rPr>
                <w:rFonts w:ascii="Calibri" w:hAnsi="Calibri" w:cs="Calibri"/>
                <w:color w:val="FFFFFF" w:themeColor="background1"/>
                <w:szCs w:val="22"/>
              </w:rPr>
              <w:t>responders</w:t>
            </w:r>
          </w:p>
        </w:tc>
        <w:tc>
          <w:tcPr>
            <w:tcW w:w="2410" w:type="dxa"/>
            <w:vAlign w:val="bottom"/>
          </w:tcPr>
          <w:p w14:paraId="25FA61ED" w14:textId="77777777" w:rsidR="005816E5" w:rsidRPr="00EB75F0" w:rsidRDefault="005816E5" w:rsidP="00C32B29">
            <w:pPr>
              <w:pStyle w:val="BodyText"/>
              <w:spacing w:before="0" w:after="0" w:line="240" w:lineRule="auto"/>
              <w:rPr>
                <w:rFonts w:ascii="Calibri" w:hAnsi="Calibri" w:cs="Calibri"/>
                <w:color w:val="FFFFFF" w:themeColor="background1"/>
                <w:szCs w:val="22"/>
              </w:rPr>
            </w:pPr>
            <w:proofErr w:type="spellStart"/>
            <w:r w:rsidRPr="00EB75F0">
              <w:rPr>
                <w:rFonts w:ascii="Calibri" w:hAnsi="Calibri" w:cs="Calibri"/>
                <w:color w:val="FFFFFF" w:themeColor="background1"/>
                <w:szCs w:val="22"/>
              </w:rPr>
              <w:t>sampleSize</w:t>
            </w:r>
            <w:proofErr w:type="spellEnd"/>
          </w:p>
        </w:tc>
      </w:tr>
      <w:tr w:rsidR="005816E5" w:rsidRPr="00EB75F0" w14:paraId="6F8FA382" w14:textId="77777777" w:rsidTr="00C32B29">
        <w:trPr>
          <w:trHeight w:val="288"/>
        </w:trPr>
        <w:tc>
          <w:tcPr>
            <w:tcW w:w="2409" w:type="dxa"/>
            <w:vAlign w:val="bottom"/>
          </w:tcPr>
          <w:p w14:paraId="2E90D6B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Cantillon 2017</w:t>
            </w:r>
          </w:p>
        </w:tc>
        <w:tc>
          <w:tcPr>
            <w:tcW w:w="2409" w:type="dxa"/>
            <w:vAlign w:val="bottom"/>
          </w:tcPr>
          <w:p w14:paraId="058ADFF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3BBDB46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w:t>
            </w:r>
          </w:p>
        </w:tc>
        <w:tc>
          <w:tcPr>
            <w:tcW w:w="2410" w:type="dxa"/>
            <w:vAlign w:val="bottom"/>
          </w:tcPr>
          <w:p w14:paraId="77BED8C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w:t>
            </w:r>
          </w:p>
        </w:tc>
      </w:tr>
      <w:tr w:rsidR="005816E5" w:rsidRPr="00EB75F0" w14:paraId="33CD3EE5" w14:textId="77777777" w:rsidTr="00C32B29">
        <w:trPr>
          <w:trHeight w:val="288"/>
        </w:trPr>
        <w:tc>
          <w:tcPr>
            <w:tcW w:w="2409" w:type="dxa"/>
            <w:vAlign w:val="bottom"/>
          </w:tcPr>
          <w:p w14:paraId="7480A23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Cantillon 2017</w:t>
            </w:r>
          </w:p>
        </w:tc>
        <w:tc>
          <w:tcPr>
            <w:tcW w:w="2409" w:type="dxa"/>
            <w:vAlign w:val="bottom"/>
          </w:tcPr>
          <w:p w14:paraId="05DD13A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D4762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w:t>
            </w:r>
          </w:p>
        </w:tc>
        <w:tc>
          <w:tcPr>
            <w:tcW w:w="2410" w:type="dxa"/>
            <w:vAlign w:val="bottom"/>
          </w:tcPr>
          <w:p w14:paraId="06A645B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39</w:t>
            </w:r>
          </w:p>
        </w:tc>
      </w:tr>
      <w:tr w:rsidR="005816E5" w:rsidRPr="00EB75F0" w14:paraId="181E902A" w14:textId="77777777" w:rsidTr="00C32B29">
        <w:trPr>
          <w:trHeight w:val="288"/>
        </w:trPr>
        <w:tc>
          <w:tcPr>
            <w:tcW w:w="2409" w:type="dxa"/>
            <w:vAlign w:val="bottom"/>
          </w:tcPr>
          <w:p w14:paraId="63F2A09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Casey 2008</w:t>
            </w:r>
          </w:p>
        </w:tc>
        <w:tc>
          <w:tcPr>
            <w:tcW w:w="2409" w:type="dxa"/>
            <w:vAlign w:val="bottom"/>
          </w:tcPr>
          <w:p w14:paraId="6E08CDE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62CFDE1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70</w:t>
            </w:r>
          </w:p>
        </w:tc>
        <w:tc>
          <w:tcPr>
            <w:tcW w:w="2410" w:type="dxa"/>
            <w:vAlign w:val="bottom"/>
          </w:tcPr>
          <w:p w14:paraId="5B88548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119</w:t>
            </w:r>
          </w:p>
        </w:tc>
      </w:tr>
      <w:tr w:rsidR="005816E5" w:rsidRPr="00EB75F0" w14:paraId="073519C8" w14:textId="77777777" w:rsidTr="00C32B29">
        <w:trPr>
          <w:trHeight w:val="288"/>
        </w:trPr>
        <w:tc>
          <w:tcPr>
            <w:tcW w:w="2409" w:type="dxa"/>
            <w:vAlign w:val="bottom"/>
          </w:tcPr>
          <w:p w14:paraId="678D50A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Casey 2008</w:t>
            </w:r>
          </w:p>
        </w:tc>
        <w:tc>
          <w:tcPr>
            <w:tcW w:w="2409" w:type="dxa"/>
            <w:vAlign w:val="bottom"/>
          </w:tcPr>
          <w:p w14:paraId="335D10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1452EBA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61</w:t>
            </w:r>
          </w:p>
        </w:tc>
        <w:tc>
          <w:tcPr>
            <w:tcW w:w="2410" w:type="dxa"/>
            <w:vAlign w:val="bottom"/>
          </w:tcPr>
          <w:p w14:paraId="4C26CA8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120</w:t>
            </w:r>
          </w:p>
        </w:tc>
      </w:tr>
      <w:tr w:rsidR="005816E5" w:rsidRPr="00EB75F0" w14:paraId="14442AD6" w14:textId="77777777" w:rsidTr="00C32B29">
        <w:trPr>
          <w:trHeight w:val="288"/>
        </w:trPr>
        <w:tc>
          <w:tcPr>
            <w:tcW w:w="2409" w:type="dxa"/>
            <w:vAlign w:val="bottom"/>
          </w:tcPr>
          <w:p w14:paraId="1B2AB49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Chan 2007</w:t>
            </w:r>
          </w:p>
        </w:tc>
        <w:tc>
          <w:tcPr>
            <w:tcW w:w="2409" w:type="dxa"/>
            <w:vAlign w:val="bottom"/>
          </w:tcPr>
          <w:p w14:paraId="505FFC9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0D6B36D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w:t>
            </w:r>
          </w:p>
        </w:tc>
        <w:tc>
          <w:tcPr>
            <w:tcW w:w="2410" w:type="dxa"/>
            <w:vAlign w:val="bottom"/>
          </w:tcPr>
          <w:p w14:paraId="65233F6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49</w:t>
            </w:r>
          </w:p>
        </w:tc>
      </w:tr>
      <w:tr w:rsidR="005816E5" w:rsidRPr="00EB75F0" w14:paraId="283E6EE3" w14:textId="77777777" w:rsidTr="00C32B29">
        <w:trPr>
          <w:trHeight w:val="288"/>
        </w:trPr>
        <w:tc>
          <w:tcPr>
            <w:tcW w:w="2409" w:type="dxa"/>
            <w:vAlign w:val="bottom"/>
          </w:tcPr>
          <w:p w14:paraId="162C141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lastRenderedPageBreak/>
              <w:t>Chan 2007</w:t>
            </w:r>
          </w:p>
        </w:tc>
        <w:tc>
          <w:tcPr>
            <w:tcW w:w="2409" w:type="dxa"/>
            <w:vAlign w:val="bottom"/>
          </w:tcPr>
          <w:p w14:paraId="340C2AC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51D1B50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w:t>
            </w:r>
          </w:p>
        </w:tc>
        <w:tc>
          <w:tcPr>
            <w:tcW w:w="2410" w:type="dxa"/>
            <w:vAlign w:val="bottom"/>
          </w:tcPr>
          <w:p w14:paraId="751B029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34</w:t>
            </w:r>
          </w:p>
        </w:tc>
      </w:tr>
      <w:tr w:rsidR="005816E5" w:rsidRPr="00EB75F0" w14:paraId="522A27F1" w14:textId="77777777" w:rsidTr="00C32B29">
        <w:trPr>
          <w:trHeight w:val="288"/>
        </w:trPr>
        <w:tc>
          <w:tcPr>
            <w:tcW w:w="2409" w:type="dxa"/>
            <w:vAlign w:val="bottom"/>
          </w:tcPr>
          <w:p w14:paraId="7E30B7D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2015</w:t>
            </w:r>
          </w:p>
        </w:tc>
        <w:tc>
          <w:tcPr>
            <w:tcW w:w="2409" w:type="dxa"/>
            <w:vAlign w:val="bottom"/>
          </w:tcPr>
          <w:p w14:paraId="2E093727"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3295A5D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117</w:t>
            </w:r>
          </w:p>
        </w:tc>
        <w:tc>
          <w:tcPr>
            <w:tcW w:w="2410" w:type="dxa"/>
            <w:vAlign w:val="bottom"/>
          </w:tcPr>
          <w:p w14:paraId="320703D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362</w:t>
            </w:r>
          </w:p>
        </w:tc>
      </w:tr>
      <w:tr w:rsidR="005816E5" w:rsidRPr="00EB75F0" w14:paraId="5DBFE3B1" w14:textId="77777777" w:rsidTr="00C32B29">
        <w:trPr>
          <w:trHeight w:val="288"/>
        </w:trPr>
        <w:tc>
          <w:tcPr>
            <w:tcW w:w="2409" w:type="dxa"/>
            <w:vAlign w:val="bottom"/>
          </w:tcPr>
          <w:p w14:paraId="364B192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2015</w:t>
            </w:r>
          </w:p>
        </w:tc>
        <w:tc>
          <w:tcPr>
            <w:tcW w:w="2409" w:type="dxa"/>
            <w:vAlign w:val="bottom"/>
          </w:tcPr>
          <w:p w14:paraId="7A1197E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FFD80D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74</w:t>
            </w:r>
          </w:p>
        </w:tc>
        <w:tc>
          <w:tcPr>
            <w:tcW w:w="2410" w:type="dxa"/>
            <w:vAlign w:val="bottom"/>
          </w:tcPr>
          <w:p w14:paraId="0B447EC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184</w:t>
            </w:r>
          </w:p>
        </w:tc>
      </w:tr>
      <w:tr w:rsidR="005816E5" w:rsidRPr="00EB75F0" w14:paraId="1216A136" w14:textId="77777777" w:rsidTr="00C32B29">
        <w:trPr>
          <w:trHeight w:val="288"/>
        </w:trPr>
        <w:tc>
          <w:tcPr>
            <w:tcW w:w="2409" w:type="dxa"/>
            <w:vAlign w:val="bottom"/>
          </w:tcPr>
          <w:p w14:paraId="258EE9E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2409" w:type="dxa"/>
            <w:vAlign w:val="bottom"/>
          </w:tcPr>
          <w:p w14:paraId="76AEF16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307074C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w:t>
            </w:r>
          </w:p>
        </w:tc>
        <w:tc>
          <w:tcPr>
            <w:tcW w:w="2410" w:type="dxa"/>
            <w:vAlign w:val="bottom"/>
          </w:tcPr>
          <w:p w14:paraId="653DE21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50</w:t>
            </w:r>
          </w:p>
        </w:tc>
      </w:tr>
      <w:tr w:rsidR="005816E5" w:rsidRPr="00EB75F0" w14:paraId="71E13042" w14:textId="77777777" w:rsidTr="00C32B29">
        <w:trPr>
          <w:trHeight w:val="288"/>
        </w:trPr>
        <w:tc>
          <w:tcPr>
            <w:tcW w:w="2409" w:type="dxa"/>
            <w:vAlign w:val="bottom"/>
          </w:tcPr>
          <w:p w14:paraId="093351D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2409" w:type="dxa"/>
            <w:vAlign w:val="bottom"/>
          </w:tcPr>
          <w:p w14:paraId="10D74195"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2CFBA58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26</w:t>
            </w:r>
          </w:p>
        </w:tc>
        <w:tc>
          <w:tcPr>
            <w:tcW w:w="2410" w:type="dxa"/>
            <w:vAlign w:val="bottom"/>
          </w:tcPr>
          <w:p w14:paraId="4D091E6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90</w:t>
            </w:r>
          </w:p>
        </w:tc>
      </w:tr>
      <w:tr w:rsidR="005816E5" w:rsidRPr="00EB75F0" w14:paraId="579C9E46" w14:textId="77777777" w:rsidTr="00C32B29">
        <w:trPr>
          <w:trHeight w:val="288"/>
        </w:trPr>
        <w:tc>
          <w:tcPr>
            <w:tcW w:w="2409" w:type="dxa"/>
            <w:vAlign w:val="bottom"/>
          </w:tcPr>
          <w:p w14:paraId="67054D0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2409" w:type="dxa"/>
            <w:vAlign w:val="bottom"/>
          </w:tcPr>
          <w:p w14:paraId="516A26A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05A4F6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27</w:t>
            </w:r>
          </w:p>
        </w:tc>
        <w:tc>
          <w:tcPr>
            <w:tcW w:w="2410" w:type="dxa"/>
            <w:vAlign w:val="bottom"/>
          </w:tcPr>
          <w:p w14:paraId="53A40D3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r>
      <w:tr w:rsidR="005816E5" w:rsidRPr="00EB75F0" w14:paraId="1E0320E2" w14:textId="77777777" w:rsidTr="00C32B29">
        <w:trPr>
          <w:trHeight w:val="288"/>
        </w:trPr>
        <w:tc>
          <w:tcPr>
            <w:tcW w:w="2409" w:type="dxa"/>
            <w:vAlign w:val="bottom"/>
          </w:tcPr>
          <w:p w14:paraId="2E70B7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2020</w:t>
            </w:r>
          </w:p>
        </w:tc>
        <w:tc>
          <w:tcPr>
            <w:tcW w:w="2409" w:type="dxa"/>
            <w:vAlign w:val="bottom"/>
          </w:tcPr>
          <w:p w14:paraId="3536BBF5"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Lumateperone</w:t>
            </w:r>
            <w:proofErr w:type="spellEnd"/>
          </w:p>
        </w:tc>
        <w:tc>
          <w:tcPr>
            <w:tcW w:w="2410" w:type="dxa"/>
            <w:vAlign w:val="bottom"/>
          </w:tcPr>
          <w:p w14:paraId="0FD56BB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w:t>
            </w:r>
          </w:p>
        </w:tc>
        <w:tc>
          <w:tcPr>
            <w:tcW w:w="2410" w:type="dxa"/>
            <w:vAlign w:val="bottom"/>
          </w:tcPr>
          <w:p w14:paraId="099115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r>
      <w:tr w:rsidR="005816E5" w:rsidRPr="00EB75F0" w14:paraId="09FB71BF" w14:textId="77777777" w:rsidTr="00C32B29">
        <w:trPr>
          <w:trHeight w:val="288"/>
        </w:trPr>
        <w:tc>
          <w:tcPr>
            <w:tcW w:w="2409" w:type="dxa"/>
            <w:vAlign w:val="bottom"/>
          </w:tcPr>
          <w:p w14:paraId="7911344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2020</w:t>
            </w:r>
          </w:p>
        </w:tc>
        <w:tc>
          <w:tcPr>
            <w:tcW w:w="2409" w:type="dxa"/>
            <w:vAlign w:val="bottom"/>
          </w:tcPr>
          <w:p w14:paraId="240F47C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941A24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38</w:t>
            </w:r>
          </w:p>
        </w:tc>
        <w:tc>
          <w:tcPr>
            <w:tcW w:w="2410" w:type="dxa"/>
            <w:vAlign w:val="bottom"/>
          </w:tcPr>
          <w:p w14:paraId="65FBDA8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r>
      <w:tr w:rsidR="005816E5" w:rsidRPr="00EB75F0" w14:paraId="77240AB6" w14:textId="77777777" w:rsidTr="00C32B29">
        <w:trPr>
          <w:trHeight w:val="288"/>
        </w:trPr>
        <w:tc>
          <w:tcPr>
            <w:tcW w:w="2409" w:type="dxa"/>
            <w:vAlign w:val="bottom"/>
          </w:tcPr>
          <w:p w14:paraId="0E4753C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Corrigan 2004</w:t>
            </w:r>
          </w:p>
        </w:tc>
        <w:tc>
          <w:tcPr>
            <w:tcW w:w="2409" w:type="dxa"/>
            <w:vAlign w:val="bottom"/>
          </w:tcPr>
          <w:p w14:paraId="6166A7C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3A3F61F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24</w:t>
            </w:r>
          </w:p>
        </w:tc>
        <w:tc>
          <w:tcPr>
            <w:tcW w:w="2410" w:type="dxa"/>
            <w:vAlign w:val="bottom"/>
          </w:tcPr>
          <w:p w14:paraId="2C9F524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r>
      <w:tr w:rsidR="005816E5" w:rsidRPr="00EB75F0" w14:paraId="37331340" w14:textId="77777777" w:rsidTr="00C32B29">
        <w:trPr>
          <w:trHeight w:val="288"/>
        </w:trPr>
        <w:tc>
          <w:tcPr>
            <w:tcW w:w="2409" w:type="dxa"/>
            <w:vAlign w:val="bottom"/>
          </w:tcPr>
          <w:p w14:paraId="3CBBECA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Corrigan 2004</w:t>
            </w:r>
          </w:p>
        </w:tc>
        <w:tc>
          <w:tcPr>
            <w:tcW w:w="2409" w:type="dxa"/>
            <w:vAlign w:val="bottom"/>
          </w:tcPr>
          <w:p w14:paraId="10731C0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2B075CC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22</w:t>
            </w:r>
          </w:p>
        </w:tc>
        <w:tc>
          <w:tcPr>
            <w:tcW w:w="2410" w:type="dxa"/>
            <w:vAlign w:val="bottom"/>
          </w:tcPr>
          <w:p w14:paraId="547F6AD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87</w:t>
            </w:r>
          </w:p>
        </w:tc>
      </w:tr>
      <w:tr w:rsidR="005816E5" w:rsidRPr="00EB75F0" w14:paraId="1B018DF6" w14:textId="77777777" w:rsidTr="00C32B29">
        <w:trPr>
          <w:trHeight w:val="288"/>
        </w:trPr>
        <w:tc>
          <w:tcPr>
            <w:tcW w:w="2409" w:type="dxa"/>
            <w:vAlign w:val="bottom"/>
          </w:tcPr>
          <w:p w14:paraId="3D7640D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Cutler 2006</w:t>
            </w:r>
          </w:p>
        </w:tc>
        <w:tc>
          <w:tcPr>
            <w:tcW w:w="2409" w:type="dxa"/>
            <w:vAlign w:val="bottom"/>
          </w:tcPr>
          <w:p w14:paraId="7CA3241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19AD77D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41</w:t>
            </w:r>
          </w:p>
        </w:tc>
        <w:tc>
          <w:tcPr>
            <w:tcW w:w="2410" w:type="dxa"/>
            <w:vAlign w:val="bottom"/>
          </w:tcPr>
          <w:p w14:paraId="2EDACD4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94</w:t>
            </w:r>
          </w:p>
        </w:tc>
      </w:tr>
      <w:tr w:rsidR="005816E5" w:rsidRPr="00EB75F0" w14:paraId="7D5D24AE" w14:textId="77777777" w:rsidTr="00C32B29">
        <w:trPr>
          <w:trHeight w:val="288"/>
        </w:trPr>
        <w:tc>
          <w:tcPr>
            <w:tcW w:w="2409" w:type="dxa"/>
            <w:vAlign w:val="bottom"/>
          </w:tcPr>
          <w:p w14:paraId="25AFCB3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Cutler 2006</w:t>
            </w:r>
          </w:p>
        </w:tc>
        <w:tc>
          <w:tcPr>
            <w:tcW w:w="2409" w:type="dxa"/>
            <w:vAlign w:val="bottom"/>
          </w:tcPr>
          <w:p w14:paraId="6412F2D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45F9F18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44</w:t>
            </w:r>
          </w:p>
        </w:tc>
        <w:tc>
          <w:tcPr>
            <w:tcW w:w="2410" w:type="dxa"/>
            <w:vAlign w:val="bottom"/>
          </w:tcPr>
          <w:p w14:paraId="20B2907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88</w:t>
            </w:r>
          </w:p>
        </w:tc>
      </w:tr>
      <w:tr w:rsidR="005816E5" w:rsidRPr="00EB75F0" w14:paraId="0ECEEDBF" w14:textId="77777777" w:rsidTr="00C32B29">
        <w:trPr>
          <w:trHeight w:val="288"/>
        </w:trPr>
        <w:tc>
          <w:tcPr>
            <w:tcW w:w="2409" w:type="dxa"/>
            <w:vAlign w:val="bottom"/>
          </w:tcPr>
          <w:p w14:paraId="7955264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Davidson 2007</w:t>
            </w:r>
          </w:p>
        </w:tc>
        <w:tc>
          <w:tcPr>
            <w:tcW w:w="2409" w:type="dxa"/>
            <w:vAlign w:val="bottom"/>
          </w:tcPr>
          <w:p w14:paraId="52AAC11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7BBF8CD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40</w:t>
            </w:r>
          </w:p>
        </w:tc>
        <w:tc>
          <w:tcPr>
            <w:tcW w:w="2410" w:type="dxa"/>
            <w:vAlign w:val="bottom"/>
          </w:tcPr>
          <w:p w14:paraId="7E89FD7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128</w:t>
            </w:r>
          </w:p>
        </w:tc>
      </w:tr>
      <w:tr w:rsidR="005816E5" w:rsidRPr="00EB75F0" w14:paraId="1FC39269" w14:textId="77777777" w:rsidTr="00C32B29">
        <w:trPr>
          <w:trHeight w:val="288"/>
        </w:trPr>
        <w:tc>
          <w:tcPr>
            <w:tcW w:w="2409" w:type="dxa"/>
            <w:vAlign w:val="bottom"/>
          </w:tcPr>
          <w:p w14:paraId="33836E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Davidson 2007</w:t>
            </w:r>
          </w:p>
        </w:tc>
        <w:tc>
          <w:tcPr>
            <w:tcW w:w="2409" w:type="dxa"/>
            <w:vAlign w:val="bottom"/>
          </w:tcPr>
          <w:p w14:paraId="54354A4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1B704A7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76</w:t>
            </w:r>
          </w:p>
        </w:tc>
        <w:tc>
          <w:tcPr>
            <w:tcW w:w="2410" w:type="dxa"/>
            <w:vAlign w:val="bottom"/>
          </w:tcPr>
          <w:p w14:paraId="3DE5463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123</w:t>
            </w:r>
          </w:p>
        </w:tc>
      </w:tr>
      <w:tr w:rsidR="005816E5" w:rsidRPr="00EB75F0" w14:paraId="257CF8B4" w14:textId="77777777" w:rsidTr="00C32B29">
        <w:trPr>
          <w:trHeight w:val="288"/>
        </w:trPr>
        <w:tc>
          <w:tcPr>
            <w:tcW w:w="2409" w:type="dxa"/>
            <w:vAlign w:val="bottom"/>
          </w:tcPr>
          <w:p w14:paraId="2CD4853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Downing 2014</w:t>
            </w:r>
          </w:p>
        </w:tc>
        <w:tc>
          <w:tcPr>
            <w:tcW w:w="2409" w:type="dxa"/>
            <w:vAlign w:val="bottom"/>
          </w:tcPr>
          <w:p w14:paraId="7008266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3B58AC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124</w:t>
            </w:r>
          </w:p>
        </w:tc>
        <w:tc>
          <w:tcPr>
            <w:tcW w:w="2410" w:type="dxa"/>
            <w:vAlign w:val="bottom"/>
          </w:tcPr>
          <w:p w14:paraId="6699632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295</w:t>
            </w:r>
          </w:p>
        </w:tc>
      </w:tr>
      <w:tr w:rsidR="005816E5" w:rsidRPr="00EB75F0" w14:paraId="483DED00" w14:textId="77777777" w:rsidTr="00C32B29">
        <w:trPr>
          <w:trHeight w:val="288"/>
        </w:trPr>
        <w:tc>
          <w:tcPr>
            <w:tcW w:w="2409" w:type="dxa"/>
            <w:vAlign w:val="bottom"/>
          </w:tcPr>
          <w:p w14:paraId="465DD3B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Downing 2014</w:t>
            </w:r>
          </w:p>
        </w:tc>
        <w:tc>
          <w:tcPr>
            <w:tcW w:w="2409" w:type="dxa"/>
            <w:vAlign w:val="bottom"/>
          </w:tcPr>
          <w:p w14:paraId="188F70B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51E3EB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46</w:t>
            </w:r>
          </w:p>
        </w:tc>
        <w:tc>
          <w:tcPr>
            <w:tcW w:w="2410" w:type="dxa"/>
            <w:vAlign w:val="bottom"/>
          </w:tcPr>
          <w:p w14:paraId="2FCF8C1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142</w:t>
            </w:r>
          </w:p>
        </w:tc>
      </w:tr>
      <w:tr w:rsidR="005816E5" w:rsidRPr="00EB75F0" w14:paraId="7CD56B34" w14:textId="77777777" w:rsidTr="00C32B29">
        <w:trPr>
          <w:trHeight w:val="288"/>
        </w:trPr>
        <w:tc>
          <w:tcPr>
            <w:tcW w:w="2409" w:type="dxa"/>
            <w:vAlign w:val="bottom"/>
          </w:tcPr>
          <w:p w14:paraId="0AB9FE0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2409" w:type="dxa"/>
            <w:vAlign w:val="bottom"/>
          </w:tcPr>
          <w:p w14:paraId="1C524083"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2410" w:type="dxa"/>
            <w:vAlign w:val="bottom"/>
          </w:tcPr>
          <w:p w14:paraId="1A81946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154</w:t>
            </w:r>
          </w:p>
        </w:tc>
        <w:tc>
          <w:tcPr>
            <w:tcW w:w="2410" w:type="dxa"/>
            <w:vAlign w:val="bottom"/>
          </w:tcPr>
          <w:p w14:paraId="7826A00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438</w:t>
            </w:r>
          </w:p>
        </w:tc>
      </w:tr>
      <w:tr w:rsidR="005816E5" w:rsidRPr="00EB75F0" w14:paraId="24D6A270" w14:textId="77777777" w:rsidTr="00C32B29">
        <w:trPr>
          <w:trHeight w:val="288"/>
        </w:trPr>
        <w:tc>
          <w:tcPr>
            <w:tcW w:w="2409" w:type="dxa"/>
            <w:vAlign w:val="bottom"/>
          </w:tcPr>
          <w:p w14:paraId="227E9B1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2409" w:type="dxa"/>
            <w:vAlign w:val="bottom"/>
          </w:tcPr>
          <w:p w14:paraId="6E11465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27C3F77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72</w:t>
            </w:r>
          </w:p>
        </w:tc>
        <w:tc>
          <w:tcPr>
            <w:tcW w:w="2410" w:type="dxa"/>
            <w:vAlign w:val="bottom"/>
          </w:tcPr>
          <w:p w14:paraId="23F90F8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151</w:t>
            </w:r>
          </w:p>
        </w:tc>
      </w:tr>
      <w:tr w:rsidR="005816E5" w:rsidRPr="00EB75F0" w14:paraId="7ECC496A" w14:textId="77777777" w:rsidTr="00C32B29">
        <w:trPr>
          <w:trHeight w:val="288"/>
        </w:trPr>
        <w:tc>
          <w:tcPr>
            <w:tcW w:w="2409" w:type="dxa"/>
            <w:vAlign w:val="bottom"/>
          </w:tcPr>
          <w:p w14:paraId="5922731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2409" w:type="dxa"/>
            <w:vAlign w:val="bottom"/>
          </w:tcPr>
          <w:p w14:paraId="19A5E9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0CE8DF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39</w:t>
            </w:r>
          </w:p>
        </w:tc>
        <w:tc>
          <w:tcPr>
            <w:tcW w:w="2410" w:type="dxa"/>
            <w:vAlign w:val="bottom"/>
          </w:tcPr>
          <w:p w14:paraId="5CD8A8B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140</w:t>
            </w:r>
          </w:p>
        </w:tc>
      </w:tr>
      <w:tr w:rsidR="005816E5" w:rsidRPr="00EB75F0" w14:paraId="440A1095" w14:textId="77777777" w:rsidTr="00C32B29">
        <w:trPr>
          <w:trHeight w:val="288"/>
        </w:trPr>
        <w:tc>
          <w:tcPr>
            <w:tcW w:w="2409" w:type="dxa"/>
            <w:vAlign w:val="bottom"/>
          </w:tcPr>
          <w:p w14:paraId="7E2973C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2409" w:type="dxa"/>
            <w:vAlign w:val="bottom"/>
          </w:tcPr>
          <w:p w14:paraId="174B4DF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3EFAF13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38</w:t>
            </w:r>
          </w:p>
        </w:tc>
        <w:tc>
          <w:tcPr>
            <w:tcW w:w="2410" w:type="dxa"/>
            <w:vAlign w:val="bottom"/>
          </w:tcPr>
          <w:p w14:paraId="3C05C2A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152</w:t>
            </w:r>
          </w:p>
        </w:tc>
      </w:tr>
      <w:tr w:rsidR="005816E5" w:rsidRPr="00EB75F0" w14:paraId="798D0DD2" w14:textId="77777777" w:rsidTr="00C32B29">
        <w:trPr>
          <w:trHeight w:val="288"/>
        </w:trPr>
        <w:tc>
          <w:tcPr>
            <w:tcW w:w="2409" w:type="dxa"/>
            <w:vAlign w:val="bottom"/>
          </w:tcPr>
          <w:p w14:paraId="512B04A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2409" w:type="dxa"/>
            <w:vAlign w:val="bottom"/>
          </w:tcPr>
          <w:p w14:paraId="7A5DB941"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2410" w:type="dxa"/>
            <w:vAlign w:val="bottom"/>
          </w:tcPr>
          <w:p w14:paraId="7898DCD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111</w:t>
            </w:r>
          </w:p>
        </w:tc>
        <w:tc>
          <w:tcPr>
            <w:tcW w:w="2410" w:type="dxa"/>
            <w:vAlign w:val="bottom"/>
          </w:tcPr>
          <w:p w14:paraId="1B5DD3A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312</w:t>
            </w:r>
          </w:p>
        </w:tc>
      </w:tr>
      <w:tr w:rsidR="005816E5" w:rsidRPr="00EB75F0" w14:paraId="2F2210B4" w14:textId="77777777" w:rsidTr="00C32B29">
        <w:trPr>
          <w:trHeight w:val="288"/>
        </w:trPr>
        <w:tc>
          <w:tcPr>
            <w:tcW w:w="2409" w:type="dxa"/>
            <w:vAlign w:val="bottom"/>
          </w:tcPr>
          <w:p w14:paraId="335829E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2409" w:type="dxa"/>
            <w:vAlign w:val="bottom"/>
          </w:tcPr>
          <w:p w14:paraId="584D2DA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23DD679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58</w:t>
            </w:r>
          </w:p>
        </w:tc>
        <w:tc>
          <w:tcPr>
            <w:tcW w:w="2410" w:type="dxa"/>
            <w:vAlign w:val="bottom"/>
          </w:tcPr>
          <w:p w14:paraId="7FDBD25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153</w:t>
            </w:r>
          </w:p>
        </w:tc>
      </w:tr>
      <w:tr w:rsidR="005816E5" w:rsidRPr="00EB75F0" w14:paraId="75804EA5" w14:textId="77777777" w:rsidTr="00C32B29">
        <w:trPr>
          <w:trHeight w:val="288"/>
        </w:trPr>
        <w:tc>
          <w:tcPr>
            <w:tcW w:w="2409" w:type="dxa"/>
            <w:vAlign w:val="bottom"/>
          </w:tcPr>
          <w:p w14:paraId="48E797D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2016</w:t>
            </w:r>
          </w:p>
        </w:tc>
        <w:tc>
          <w:tcPr>
            <w:tcW w:w="2409" w:type="dxa"/>
            <w:vAlign w:val="bottom"/>
          </w:tcPr>
          <w:p w14:paraId="77B8F3C3"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2410" w:type="dxa"/>
            <w:vAlign w:val="bottom"/>
          </w:tcPr>
          <w:p w14:paraId="0D6C65D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57</w:t>
            </w:r>
          </w:p>
        </w:tc>
        <w:tc>
          <w:tcPr>
            <w:tcW w:w="2410" w:type="dxa"/>
            <w:vAlign w:val="bottom"/>
          </w:tcPr>
          <w:p w14:paraId="128AE5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127</w:t>
            </w:r>
          </w:p>
        </w:tc>
      </w:tr>
      <w:tr w:rsidR="005816E5" w:rsidRPr="00EB75F0" w14:paraId="16CCB895" w14:textId="77777777" w:rsidTr="00C32B29">
        <w:trPr>
          <w:trHeight w:val="288"/>
        </w:trPr>
        <w:tc>
          <w:tcPr>
            <w:tcW w:w="2409" w:type="dxa"/>
            <w:vAlign w:val="bottom"/>
          </w:tcPr>
          <w:p w14:paraId="565616B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2016</w:t>
            </w:r>
          </w:p>
        </w:tc>
        <w:tc>
          <w:tcPr>
            <w:tcW w:w="2409" w:type="dxa"/>
            <w:vAlign w:val="bottom"/>
          </w:tcPr>
          <w:p w14:paraId="3FB321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624D12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59</w:t>
            </w:r>
          </w:p>
        </w:tc>
        <w:tc>
          <w:tcPr>
            <w:tcW w:w="2410" w:type="dxa"/>
            <w:vAlign w:val="bottom"/>
          </w:tcPr>
          <w:p w14:paraId="5D79700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129</w:t>
            </w:r>
          </w:p>
        </w:tc>
      </w:tr>
      <w:tr w:rsidR="005816E5" w:rsidRPr="00EB75F0" w14:paraId="65FF3E3F" w14:textId="77777777" w:rsidTr="00C32B29">
        <w:trPr>
          <w:trHeight w:val="288"/>
        </w:trPr>
        <w:tc>
          <w:tcPr>
            <w:tcW w:w="2409" w:type="dxa"/>
            <w:vAlign w:val="bottom"/>
          </w:tcPr>
          <w:p w14:paraId="46D1EA6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EMERGENT-1</w:t>
            </w:r>
          </w:p>
        </w:tc>
        <w:tc>
          <w:tcPr>
            <w:tcW w:w="2409" w:type="dxa"/>
            <w:vAlign w:val="bottom"/>
          </w:tcPr>
          <w:p w14:paraId="7E19FC5B"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2410" w:type="dxa"/>
            <w:vAlign w:val="bottom"/>
          </w:tcPr>
          <w:p w14:paraId="45F31CD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w:t>
            </w:r>
          </w:p>
        </w:tc>
        <w:tc>
          <w:tcPr>
            <w:tcW w:w="2410" w:type="dxa"/>
            <w:vAlign w:val="bottom"/>
          </w:tcPr>
          <w:p w14:paraId="1AA5CEE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89</w:t>
            </w:r>
          </w:p>
        </w:tc>
      </w:tr>
      <w:tr w:rsidR="005816E5" w:rsidRPr="00EB75F0" w14:paraId="58FD4FF9" w14:textId="77777777" w:rsidTr="00C32B29">
        <w:trPr>
          <w:trHeight w:val="288"/>
        </w:trPr>
        <w:tc>
          <w:tcPr>
            <w:tcW w:w="2409" w:type="dxa"/>
            <w:vAlign w:val="bottom"/>
          </w:tcPr>
          <w:p w14:paraId="0C03D7E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EMERGENT-1</w:t>
            </w:r>
          </w:p>
        </w:tc>
        <w:tc>
          <w:tcPr>
            <w:tcW w:w="2409" w:type="dxa"/>
            <w:vAlign w:val="bottom"/>
          </w:tcPr>
          <w:p w14:paraId="0A7F34D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4D1A766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19</w:t>
            </w:r>
          </w:p>
        </w:tc>
        <w:tc>
          <w:tcPr>
            <w:tcW w:w="2410" w:type="dxa"/>
            <w:vAlign w:val="bottom"/>
          </w:tcPr>
          <w:p w14:paraId="0B3DB2B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90</w:t>
            </w:r>
          </w:p>
        </w:tc>
      </w:tr>
      <w:tr w:rsidR="005816E5" w:rsidRPr="00EB75F0" w14:paraId="2FD45D23" w14:textId="77777777" w:rsidTr="00C32B29">
        <w:trPr>
          <w:trHeight w:val="288"/>
        </w:trPr>
        <w:tc>
          <w:tcPr>
            <w:tcW w:w="2409" w:type="dxa"/>
            <w:vAlign w:val="bottom"/>
          </w:tcPr>
          <w:p w14:paraId="08F1E03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EMERGENT-2</w:t>
            </w:r>
          </w:p>
        </w:tc>
        <w:tc>
          <w:tcPr>
            <w:tcW w:w="2409" w:type="dxa"/>
            <w:vAlign w:val="bottom"/>
          </w:tcPr>
          <w:p w14:paraId="4233993D"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2410" w:type="dxa"/>
            <w:vAlign w:val="bottom"/>
          </w:tcPr>
          <w:p w14:paraId="508A8B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32</w:t>
            </w:r>
          </w:p>
        </w:tc>
        <w:tc>
          <w:tcPr>
            <w:tcW w:w="2410" w:type="dxa"/>
            <w:vAlign w:val="bottom"/>
          </w:tcPr>
          <w:p w14:paraId="6E0E25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126</w:t>
            </w:r>
          </w:p>
        </w:tc>
      </w:tr>
      <w:tr w:rsidR="005816E5" w:rsidRPr="00EB75F0" w14:paraId="14562448" w14:textId="77777777" w:rsidTr="00C32B29">
        <w:trPr>
          <w:trHeight w:val="288"/>
        </w:trPr>
        <w:tc>
          <w:tcPr>
            <w:tcW w:w="2409" w:type="dxa"/>
            <w:vAlign w:val="bottom"/>
          </w:tcPr>
          <w:p w14:paraId="0105D5D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EMERGENT-2</w:t>
            </w:r>
          </w:p>
        </w:tc>
        <w:tc>
          <w:tcPr>
            <w:tcW w:w="2409" w:type="dxa"/>
            <w:vAlign w:val="bottom"/>
          </w:tcPr>
          <w:p w14:paraId="57EA6A6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701F46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26</w:t>
            </w:r>
          </w:p>
        </w:tc>
        <w:tc>
          <w:tcPr>
            <w:tcW w:w="2410" w:type="dxa"/>
            <w:vAlign w:val="bottom"/>
          </w:tcPr>
          <w:p w14:paraId="010ABF3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125</w:t>
            </w:r>
          </w:p>
        </w:tc>
      </w:tr>
      <w:tr w:rsidR="005816E5" w:rsidRPr="00EB75F0" w14:paraId="5E18E6BB" w14:textId="77777777" w:rsidTr="00C32B29">
        <w:trPr>
          <w:trHeight w:val="288"/>
        </w:trPr>
        <w:tc>
          <w:tcPr>
            <w:tcW w:w="2409" w:type="dxa"/>
            <w:vAlign w:val="bottom"/>
          </w:tcPr>
          <w:p w14:paraId="47BA915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EMERGENT-3</w:t>
            </w:r>
          </w:p>
        </w:tc>
        <w:tc>
          <w:tcPr>
            <w:tcW w:w="2409" w:type="dxa"/>
            <w:vAlign w:val="bottom"/>
          </w:tcPr>
          <w:p w14:paraId="5B66518A"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2410" w:type="dxa"/>
            <w:vAlign w:val="bottom"/>
          </w:tcPr>
          <w:p w14:paraId="7F53139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46</w:t>
            </w:r>
          </w:p>
        </w:tc>
        <w:tc>
          <w:tcPr>
            <w:tcW w:w="2410" w:type="dxa"/>
            <w:vAlign w:val="bottom"/>
          </w:tcPr>
          <w:p w14:paraId="3124713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125</w:t>
            </w:r>
          </w:p>
        </w:tc>
      </w:tr>
      <w:tr w:rsidR="005816E5" w:rsidRPr="00EB75F0" w14:paraId="6591EF0C" w14:textId="77777777" w:rsidTr="00C32B29">
        <w:trPr>
          <w:trHeight w:val="288"/>
        </w:trPr>
        <w:tc>
          <w:tcPr>
            <w:tcW w:w="2409" w:type="dxa"/>
            <w:vAlign w:val="bottom"/>
          </w:tcPr>
          <w:p w14:paraId="7C588F4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EMERGENT-3</w:t>
            </w:r>
          </w:p>
        </w:tc>
        <w:tc>
          <w:tcPr>
            <w:tcW w:w="2409" w:type="dxa"/>
            <w:vAlign w:val="bottom"/>
          </w:tcPr>
          <w:p w14:paraId="6C7CFCC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11FAD08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38</w:t>
            </w:r>
          </w:p>
        </w:tc>
        <w:tc>
          <w:tcPr>
            <w:tcW w:w="2410" w:type="dxa"/>
            <w:vAlign w:val="bottom"/>
          </w:tcPr>
          <w:p w14:paraId="5E1EFB0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128</w:t>
            </w:r>
          </w:p>
        </w:tc>
      </w:tr>
      <w:tr w:rsidR="005816E5" w:rsidRPr="00EB75F0" w14:paraId="6B6CD3CF" w14:textId="77777777" w:rsidTr="00C32B29">
        <w:trPr>
          <w:trHeight w:val="288"/>
        </w:trPr>
        <w:tc>
          <w:tcPr>
            <w:tcW w:w="2409" w:type="dxa"/>
            <w:vAlign w:val="bottom"/>
          </w:tcPr>
          <w:p w14:paraId="2A8C8A9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Egan 2013</w:t>
            </w:r>
          </w:p>
        </w:tc>
        <w:tc>
          <w:tcPr>
            <w:tcW w:w="2409" w:type="dxa"/>
            <w:vAlign w:val="bottom"/>
          </w:tcPr>
          <w:p w14:paraId="6CAD4D3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4F77538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w:t>
            </w:r>
          </w:p>
        </w:tc>
        <w:tc>
          <w:tcPr>
            <w:tcW w:w="2410" w:type="dxa"/>
            <w:vAlign w:val="bottom"/>
          </w:tcPr>
          <w:p w14:paraId="2FCD20B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47</w:t>
            </w:r>
          </w:p>
        </w:tc>
      </w:tr>
      <w:tr w:rsidR="005816E5" w:rsidRPr="00EB75F0" w14:paraId="50AF293B" w14:textId="77777777" w:rsidTr="00C32B29">
        <w:trPr>
          <w:trHeight w:val="288"/>
        </w:trPr>
        <w:tc>
          <w:tcPr>
            <w:tcW w:w="2409" w:type="dxa"/>
            <w:vAlign w:val="bottom"/>
          </w:tcPr>
          <w:p w14:paraId="4906A96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Egan 2013</w:t>
            </w:r>
          </w:p>
        </w:tc>
        <w:tc>
          <w:tcPr>
            <w:tcW w:w="2409" w:type="dxa"/>
            <w:vAlign w:val="bottom"/>
          </w:tcPr>
          <w:p w14:paraId="1F9DC25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23548F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21</w:t>
            </w:r>
          </w:p>
        </w:tc>
        <w:tc>
          <w:tcPr>
            <w:tcW w:w="2410" w:type="dxa"/>
            <w:vAlign w:val="bottom"/>
          </w:tcPr>
          <w:p w14:paraId="513DF36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83</w:t>
            </w:r>
          </w:p>
        </w:tc>
      </w:tr>
      <w:tr w:rsidR="005816E5" w:rsidRPr="00EB75F0" w14:paraId="509B2DCB" w14:textId="77777777" w:rsidTr="00C32B29">
        <w:trPr>
          <w:trHeight w:val="288"/>
        </w:trPr>
        <w:tc>
          <w:tcPr>
            <w:tcW w:w="2409" w:type="dxa"/>
            <w:vAlign w:val="bottom"/>
          </w:tcPr>
          <w:p w14:paraId="6ACDAE7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Heinrich 1994</w:t>
            </w:r>
          </w:p>
        </w:tc>
        <w:tc>
          <w:tcPr>
            <w:tcW w:w="2409" w:type="dxa"/>
            <w:vAlign w:val="bottom"/>
          </w:tcPr>
          <w:p w14:paraId="6FAB435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Clozapine</w:t>
            </w:r>
          </w:p>
        </w:tc>
        <w:tc>
          <w:tcPr>
            <w:tcW w:w="2410" w:type="dxa"/>
            <w:vAlign w:val="bottom"/>
          </w:tcPr>
          <w:p w14:paraId="1842D29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w:t>
            </w:r>
          </w:p>
        </w:tc>
        <w:tc>
          <w:tcPr>
            <w:tcW w:w="2410" w:type="dxa"/>
            <w:vAlign w:val="bottom"/>
          </w:tcPr>
          <w:p w14:paraId="5695EC6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w:t>
            </w:r>
          </w:p>
        </w:tc>
      </w:tr>
      <w:tr w:rsidR="005816E5" w:rsidRPr="00EB75F0" w14:paraId="0640836D" w14:textId="77777777" w:rsidTr="00C32B29">
        <w:trPr>
          <w:trHeight w:val="288"/>
        </w:trPr>
        <w:tc>
          <w:tcPr>
            <w:tcW w:w="2409" w:type="dxa"/>
            <w:vAlign w:val="bottom"/>
          </w:tcPr>
          <w:p w14:paraId="6C38A0A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Heinrich 1994</w:t>
            </w:r>
          </w:p>
        </w:tc>
        <w:tc>
          <w:tcPr>
            <w:tcW w:w="2409" w:type="dxa"/>
            <w:vAlign w:val="bottom"/>
          </w:tcPr>
          <w:p w14:paraId="53792E8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6AFB63B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22</w:t>
            </w:r>
          </w:p>
        </w:tc>
        <w:tc>
          <w:tcPr>
            <w:tcW w:w="2410" w:type="dxa"/>
            <w:vAlign w:val="bottom"/>
          </w:tcPr>
          <w:p w14:paraId="492E09F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39</w:t>
            </w:r>
          </w:p>
        </w:tc>
      </w:tr>
      <w:tr w:rsidR="005816E5" w:rsidRPr="00EB75F0" w14:paraId="4C1B7AC7" w14:textId="77777777" w:rsidTr="00C32B29">
        <w:trPr>
          <w:trHeight w:val="288"/>
        </w:trPr>
        <w:tc>
          <w:tcPr>
            <w:tcW w:w="2409" w:type="dxa"/>
            <w:vAlign w:val="bottom"/>
          </w:tcPr>
          <w:p w14:paraId="73FE9F65"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Ishigooka</w:t>
            </w:r>
            <w:proofErr w:type="spellEnd"/>
            <w:r w:rsidRPr="00EB75F0">
              <w:rPr>
                <w:rFonts w:asciiTheme="majorHAnsi" w:hAnsiTheme="majorHAnsi" w:cstheme="majorHAnsi"/>
                <w:sz w:val="18"/>
                <w:szCs w:val="18"/>
              </w:rPr>
              <w:t xml:space="preserve"> 2018</w:t>
            </w:r>
          </w:p>
        </w:tc>
        <w:tc>
          <w:tcPr>
            <w:tcW w:w="2409" w:type="dxa"/>
            <w:vAlign w:val="bottom"/>
          </w:tcPr>
          <w:p w14:paraId="0A35EBBE"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51A189D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79</w:t>
            </w:r>
          </w:p>
        </w:tc>
        <w:tc>
          <w:tcPr>
            <w:tcW w:w="2410" w:type="dxa"/>
            <w:vAlign w:val="bottom"/>
          </w:tcPr>
          <w:p w14:paraId="3D32420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228</w:t>
            </w:r>
          </w:p>
        </w:tc>
      </w:tr>
      <w:tr w:rsidR="005816E5" w:rsidRPr="00EB75F0" w14:paraId="32E44299" w14:textId="77777777" w:rsidTr="00C32B29">
        <w:trPr>
          <w:trHeight w:val="288"/>
        </w:trPr>
        <w:tc>
          <w:tcPr>
            <w:tcW w:w="2409" w:type="dxa"/>
            <w:vAlign w:val="bottom"/>
          </w:tcPr>
          <w:p w14:paraId="554210A3"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Ishigooka</w:t>
            </w:r>
            <w:proofErr w:type="spellEnd"/>
            <w:r w:rsidRPr="00EB75F0">
              <w:rPr>
                <w:rFonts w:asciiTheme="majorHAnsi" w:hAnsiTheme="majorHAnsi" w:cstheme="majorHAnsi"/>
                <w:sz w:val="18"/>
                <w:szCs w:val="18"/>
              </w:rPr>
              <w:t xml:space="preserve"> 2018</w:t>
            </w:r>
          </w:p>
        </w:tc>
        <w:tc>
          <w:tcPr>
            <w:tcW w:w="2409" w:type="dxa"/>
            <w:vAlign w:val="bottom"/>
          </w:tcPr>
          <w:p w14:paraId="6285301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2A925A9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46</w:t>
            </w:r>
          </w:p>
        </w:tc>
        <w:tc>
          <w:tcPr>
            <w:tcW w:w="2410" w:type="dxa"/>
            <w:vAlign w:val="bottom"/>
          </w:tcPr>
          <w:p w14:paraId="4BA9245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116</w:t>
            </w:r>
          </w:p>
        </w:tc>
      </w:tr>
      <w:tr w:rsidR="005816E5" w:rsidRPr="00EB75F0" w14:paraId="2E46C493" w14:textId="77777777" w:rsidTr="00C32B29">
        <w:trPr>
          <w:trHeight w:val="288"/>
        </w:trPr>
        <w:tc>
          <w:tcPr>
            <w:tcW w:w="2409" w:type="dxa"/>
            <w:vAlign w:val="bottom"/>
          </w:tcPr>
          <w:p w14:paraId="79DBC05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Kahn 2007</w:t>
            </w:r>
          </w:p>
        </w:tc>
        <w:tc>
          <w:tcPr>
            <w:tcW w:w="2409" w:type="dxa"/>
            <w:vAlign w:val="bottom"/>
          </w:tcPr>
          <w:p w14:paraId="7E6FDFB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24E65C3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33</w:t>
            </w:r>
          </w:p>
        </w:tc>
        <w:tc>
          <w:tcPr>
            <w:tcW w:w="2410" w:type="dxa"/>
            <w:vAlign w:val="bottom"/>
          </w:tcPr>
          <w:p w14:paraId="346BFFF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118</w:t>
            </w:r>
          </w:p>
        </w:tc>
      </w:tr>
      <w:tr w:rsidR="005816E5" w:rsidRPr="00EB75F0" w14:paraId="1AFA57C8" w14:textId="77777777" w:rsidTr="00C32B29">
        <w:trPr>
          <w:trHeight w:val="288"/>
        </w:trPr>
        <w:tc>
          <w:tcPr>
            <w:tcW w:w="2409" w:type="dxa"/>
            <w:vAlign w:val="bottom"/>
          </w:tcPr>
          <w:p w14:paraId="6BF0173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Kahn 2007</w:t>
            </w:r>
          </w:p>
        </w:tc>
        <w:tc>
          <w:tcPr>
            <w:tcW w:w="2409" w:type="dxa"/>
            <w:vAlign w:val="bottom"/>
          </w:tcPr>
          <w:p w14:paraId="74B679D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2410" w:type="dxa"/>
            <w:vAlign w:val="bottom"/>
          </w:tcPr>
          <w:p w14:paraId="176CC1B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109</w:t>
            </w:r>
          </w:p>
        </w:tc>
        <w:tc>
          <w:tcPr>
            <w:tcW w:w="2410" w:type="dxa"/>
            <w:vAlign w:val="bottom"/>
          </w:tcPr>
          <w:p w14:paraId="42503B2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470</w:t>
            </w:r>
          </w:p>
        </w:tc>
      </w:tr>
      <w:tr w:rsidR="005816E5" w:rsidRPr="00EB75F0" w14:paraId="3487089E" w14:textId="77777777" w:rsidTr="00C32B29">
        <w:trPr>
          <w:trHeight w:val="288"/>
        </w:trPr>
        <w:tc>
          <w:tcPr>
            <w:tcW w:w="2409" w:type="dxa"/>
            <w:vAlign w:val="bottom"/>
          </w:tcPr>
          <w:p w14:paraId="11065CD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2002</w:t>
            </w:r>
          </w:p>
        </w:tc>
        <w:tc>
          <w:tcPr>
            <w:tcW w:w="2409" w:type="dxa"/>
            <w:vAlign w:val="bottom"/>
          </w:tcPr>
          <w:p w14:paraId="3C254F8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7E6874D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76</w:t>
            </w:r>
          </w:p>
        </w:tc>
        <w:tc>
          <w:tcPr>
            <w:tcW w:w="2410" w:type="dxa"/>
            <w:vAlign w:val="bottom"/>
          </w:tcPr>
          <w:p w14:paraId="08580A1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204</w:t>
            </w:r>
          </w:p>
        </w:tc>
      </w:tr>
      <w:tr w:rsidR="005816E5" w:rsidRPr="00EB75F0" w14:paraId="622B67F5" w14:textId="77777777" w:rsidTr="00C32B29">
        <w:trPr>
          <w:trHeight w:val="288"/>
        </w:trPr>
        <w:tc>
          <w:tcPr>
            <w:tcW w:w="2409" w:type="dxa"/>
            <w:vAlign w:val="bottom"/>
          </w:tcPr>
          <w:p w14:paraId="3B62521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2002</w:t>
            </w:r>
          </w:p>
        </w:tc>
        <w:tc>
          <w:tcPr>
            <w:tcW w:w="2409" w:type="dxa"/>
            <w:vAlign w:val="bottom"/>
          </w:tcPr>
          <w:p w14:paraId="45F41B2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40C2054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48</w:t>
            </w:r>
          </w:p>
        </w:tc>
        <w:tc>
          <w:tcPr>
            <w:tcW w:w="2410" w:type="dxa"/>
            <w:vAlign w:val="bottom"/>
          </w:tcPr>
          <w:p w14:paraId="6E5230E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106</w:t>
            </w:r>
          </w:p>
        </w:tc>
      </w:tr>
      <w:tr w:rsidR="005816E5" w:rsidRPr="00EB75F0" w14:paraId="79DDD743" w14:textId="77777777" w:rsidTr="00C32B29">
        <w:trPr>
          <w:trHeight w:val="288"/>
        </w:trPr>
        <w:tc>
          <w:tcPr>
            <w:tcW w:w="2409" w:type="dxa"/>
            <w:vAlign w:val="bottom"/>
          </w:tcPr>
          <w:p w14:paraId="3640120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2007</w:t>
            </w:r>
          </w:p>
        </w:tc>
        <w:tc>
          <w:tcPr>
            <w:tcW w:w="2409" w:type="dxa"/>
            <w:vAlign w:val="bottom"/>
          </w:tcPr>
          <w:p w14:paraId="530038D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4A92311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38</w:t>
            </w:r>
          </w:p>
        </w:tc>
        <w:tc>
          <w:tcPr>
            <w:tcW w:w="2410" w:type="dxa"/>
            <w:vAlign w:val="bottom"/>
          </w:tcPr>
          <w:p w14:paraId="6572A2D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128</w:t>
            </w:r>
          </w:p>
        </w:tc>
      </w:tr>
      <w:tr w:rsidR="005816E5" w:rsidRPr="00EB75F0" w14:paraId="71E99A45" w14:textId="77777777" w:rsidTr="00C32B29">
        <w:trPr>
          <w:trHeight w:val="288"/>
        </w:trPr>
        <w:tc>
          <w:tcPr>
            <w:tcW w:w="2409" w:type="dxa"/>
            <w:vAlign w:val="bottom"/>
          </w:tcPr>
          <w:p w14:paraId="4E9818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2007</w:t>
            </w:r>
          </w:p>
        </w:tc>
        <w:tc>
          <w:tcPr>
            <w:tcW w:w="2409" w:type="dxa"/>
            <w:vAlign w:val="bottom"/>
          </w:tcPr>
          <w:p w14:paraId="3BE84E3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A0D2F1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69</w:t>
            </w:r>
          </w:p>
        </w:tc>
        <w:tc>
          <w:tcPr>
            <w:tcW w:w="2410" w:type="dxa"/>
            <w:vAlign w:val="bottom"/>
          </w:tcPr>
          <w:p w14:paraId="46D4EF3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127</w:t>
            </w:r>
          </w:p>
        </w:tc>
      </w:tr>
      <w:tr w:rsidR="005816E5" w:rsidRPr="00EB75F0" w14:paraId="05F9ED34" w14:textId="77777777" w:rsidTr="00C32B29">
        <w:trPr>
          <w:trHeight w:val="288"/>
        </w:trPr>
        <w:tc>
          <w:tcPr>
            <w:tcW w:w="2409" w:type="dxa"/>
            <w:vAlign w:val="bottom"/>
          </w:tcPr>
          <w:p w14:paraId="29D036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w:t>
            </w:r>
          </w:p>
        </w:tc>
        <w:tc>
          <w:tcPr>
            <w:tcW w:w="2409" w:type="dxa"/>
            <w:vAlign w:val="bottom"/>
          </w:tcPr>
          <w:p w14:paraId="33DA4D5F"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2410" w:type="dxa"/>
            <w:vAlign w:val="bottom"/>
          </w:tcPr>
          <w:p w14:paraId="58D6F79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55</w:t>
            </w:r>
          </w:p>
        </w:tc>
        <w:tc>
          <w:tcPr>
            <w:tcW w:w="2410" w:type="dxa"/>
            <w:vAlign w:val="bottom"/>
          </w:tcPr>
          <w:p w14:paraId="49E58A5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151</w:t>
            </w:r>
          </w:p>
        </w:tc>
      </w:tr>
      <w:tr w:rsidR="005816E5" w:rsidRPr="00EB75F0" w14:paraId="25E82C2B" w14:textId="77777777" w:rsidTr="00C32B29">
        <w:trPr>
          <w:trHeight w:val="288"/>
        </w:trPr>
        <w:tc>
          <w:tcPr>
            <w:tcW w:w="2409" w:type="dxa"/>
            <w:vAlign w:val="bottom"/>
          </w:tcPr>
          <w:p w14:paraId="600D881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w:t>
            </w:r>
          </w:p>
        </w:tc>
        <w:tc>
          <w:tcPr>
            <w:tcW w:w="2409" w:type="dxa"/>
            <w:vAlign w:val="bottom"/>
          </w:tcPr>
          <w:p w14:paraId="022A5D3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2E4669F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59</w:t>
            </w:r>
          </w:p>
        </w:tc>
        <w:tc>
          <w:tcPr>
            <w:tcW w:w="2410" w:type="dxa"/>
            <w:vAlign w:val="bottom"/>
          </w:tcPr>
          <w:p w14:paraId="5E5CB71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147</w:t>
            </w:r>
          </w:p>
        </w:tc>
      </w:tr>
      <w:tr w:rsidR="005816E5" w:rsidRPr="00EB75F0" w14:paraId="5BA658DE" w14:textId="77777777" w:rsidTr="00C32B29">
        <w:trPr>
          <w:trHeight w:val="288"/>
        </w:trPr>
        <w:tc>
          <w:tcPr>
            <w:tcW w:w="2409" w:type="dxa"/>
            <w:vAlign w:val="bottom"/>
          </w:tcPr>
          <w:p w14:paraId="56F3466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 (BEACON)</w:t>
            </w:r>
          </w:p>
        </w:tc>
        <w:tc>
          <w:tcPr>
            <w:tcW w:w="2409" w:type="dxa"/>
            <w:vAlign w:val="bottom"/>
          </w:tcPr>
          <w:p w14:paraId="4DE10D59"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4DC9FC0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111</w:t>
            </w:r>
          </w:p>
        </w:tc>
        <w:tc>
          <w:tcPr>
            <w:tcW w:w="2410" w:type="dxa"/>
            <w:vAlign w:val="bottom"/>
          </w:tcPr>
          <w:p w14:paraId="58D76E1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370</w:t>
            </w:r>
          </w:p>
        </w:tc>
      </w:tr>
      <w:tr w:rsidR="005816E5" w:rsidRPr="00EB75F0" w14:paraId="0FE31AA4" w14:textId="77777777" w:rsidTr="00C32B29">
        <w:trPr>
          <w:trHeight w:val="288"/>
        </w:trPr>
        <w:tc>
          <w:tcPr>
            <w:tcW w:w="2409" w:type="dxa"/>
            <w:vAlign w:val="bottom"/>
          </w:tcPr>
          <w:p w14:paraId="17AC1C8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 (BEACON)</w:t>
            </w:r>
          </w:p>
        </w:tc>
        <w:tc>
          <w:tcPr>
            <w:tcW w:w="2409" w:type="dxa"/>
            <w:vAlign w:val="bottom"/>
          </w:tcPr>
          <w:p w14:paraId="40D060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1516FF2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66</w:t>
            </w:r>
          </w:p>
        </w:tc>
        <w:tc>
          <w:tcPr>
            <w:tcW w:w="2410" w:type="dxa"/>
            <w:vAlign w:val="bottom"/>
          </w:tcPr>
          <w:p w14:paraId="2E47B47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184</w:t>
            </w:r>
          </w:p>
        </w:tc>
      </w:tr>
      <w:tr w:rsidR="005816E5" w:rsidRPr="00EB75F0" w14:paraId="6D2A3A37" w14:textId="77777777" w:rsidTr="00C32B29">
        <w:trPr>
          <w:trHeight w:val="288"/>
        </w:trPr>
        <w:tc>
          <w:tcPr>
            <w:tcW w:w="2409" w:type="dxa"/>
            <w:vAlign w:val="bottom"/>
          </w:tcPr>
          <w:p w14:paraId="1681BE27"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Kinon</w:t>
            </w:r>
            <w:proofErr w:type="spellEnd"/>
            <w:r w:rsidRPr="00EB75F0">
              <w:rPr>
                <w:rFonts w:asciiTheme="majorHAnsi" w:hAnsiTheme="majorHAnsi" w:cstheme="majorHAnsi"/>
                <w:sz w:val="18"/>
                <w:szCs w:val="18"/>
              </w:rPr>
              <w:t xml:space="preserve"> 2011</w:t>
            </w:r>
          </w:p>
        </w:tc>
        <w:tc>
          <w:tcPr>
            <w:tcW w:w="2409" w:type="dxa"/>
            <w:vAlign w:val="bottom"/>
          </w:tcPr>
          <w:p w14:paraId="0A6896F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69744F6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22</w:t>
            </w:r>
          </w:p>
        </w:tc>
        <w:tc>
          <w:tcPr>
            <w:tcW w:w="2410" w:type="dxa"/>
            <w:vAlign w:val="bottom"/>
          </w:tcPr>
          <w:p w14:paraId="2E1816A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62</w:t>
            </w:r>
          </w:p>
        </w:tc>
      </w:tr>
      <w:tr w:rsidR="005816E5" w:rsidRPr="00EB75F0" w14:paraId="1A6AF153" w14:textId="77777777" w:rsidTr="00C32B29">
        <w:trPr>
          <w:trHeight w:val="288"/>
        </w:trPr>
        <w:tc>
          <w:tcPr>
            <w:tcW w:w="2409" w:type="dxa"/>
            <w:vAlign w:val="bottom"/>
          </w:tcPr>
          <w:p w14:paraId="0808549B"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lastRenderedPageBreak/>
              <w:t>Kinon</w:t>
            </w:r>
            <w:proofErr w:type="spellEnd"/>
            <w:r w:rsidRPr="00EB75F0">
              <w:rPr>
                <w:rFonts w:asciiTheme="majorHAnsi" w:hAnsiTheme="majorHAnsi" w:cstheme="majorHAnsi"/>
                <w:sz w:val="18"/>
                <w:szCs w:val="18"/>
              </w:rPr>
              <w:t xml:space="preserve"> 2011</w:t>
            </w:r>
          </w:p>
        </w:tc>
        <w:tc>
          <w:tcPr>
            <w:tcW w:w="2409" w:type="dxa"/>
            <w:vAlign w:val="bottom"/>
          </w:tcPr>
          <w:p w14:paraId="42A2854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6FDF5C1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49</w:t>
            </w:r>
          </w:p>
        </w:tc>
        <w:tc>
          <w:tcPr>
            <w:tcW w:w="2410" w:type="dxa"/>
            <w:vAlign w:val="bottom"/>
          </w:tcPr>
          <w:p w14:paraId="66DBD44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122</w:t>
            </w:r>
          </w:p>
        </w:tc>
      </w:tr>
      <w:tr w:rsidR="005816E5" w:rsidRPr="00EB75F0" w14:paraId="52D69240" w14:textId="77777777" w:rsidTr="00C32B29">
        <w:trPr>
          <w:trHeight w:val="288"/>
        </w:trPr>
        <w:tc>
          <w:tcPr>
            <w:tcW w:w="2409" w:type="dxa"/>
            <w:vAlign w:val="bottom"/>
          </w:tcPr>
          <w:p w14:paraId="13B8AE9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Kluge 2007</w:t>
            </w:r>
          </w:p>
        </w:tc>
        <w:tc>
          <w:tcPr>
            <w:tcW w:w="2409" w:type="dxa"/>
            <w:vAlign w:val="bottom"/>
          </w:tcPr>
          <w:p w14:paraId="2F0F45A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Clozapine</w:t>
            </w:r>
          </w:p>
        </w:tc>
        <w:tc>
          <w:tcPr>
            <w:tcW w:w="2410" w:type="dxa"/>
            <w:vAlign w:val="bottom"/>
          </w:tcPr>
          <w:p w14:paraId="77EFED3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w:t>
            </w:r>
          </w:p>
        </w:tc>
        <w:tc>
          <w:tcPr>
            <w:tcW w:w="2410" w:type="dxa"/>
            <w:vAlign w:val="bottom"/>
          </w:tcPr>
          <w:p w14:paraId="4A6D014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w:t>
            </w:r>
          </w:p>
        </w:tc>
      </w:tr>
      <w:tr w:rsidR="005816E5" w:rsidRPr="00EB75F0" w14:paraId="610EDD5C" w14:textId="77777777" w:rsidTr="00C32B29">
        <w:trPr>
          <w:trHeight w:val="288"/>
        </w:trPr>
        <w:tc>
          <w:tcPr>
            <w:tcW w:w="2409" w:type="dxa"/>
            <w:vAlign w:val="bottom"/>
          </w:tcPr>
          <w:p w14:paraId="0CB5877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Kluge 2007</w:t>
            </w:r>
          </w:p>
        </w:tc>
        <w:tc>
          <w:tcPr>
            <w:tcW w:w="2409" w:type="dxa"/>
            <w:vAlign w:val="bottom"/>
          </w:tcPr>
          <w:p w14:paraId="2B1A3DB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28BD6CE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w:t>
            </w:r>
          </w:p>
        </w:tc>
        <w:tc>
          <w:tcPr>
            <w:tcW w:w="2410" w:type="dxa"/>
            <w:vAlign w:val="bottom"/>
          </w:tcPr>
          <w:p w14:paraId="06074C8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w:t>
            </w:r>
          </w:p>
        </w:tc>
      </w:tr>
      <w:tr w:rsidR="005816E5" w:rsidRPr="00EB75F0" w14:paraId="7ABBC138" w14:textId="77777777" w:rsidTr="00C32B29">
        <w:trPr>
          <w:trHeight w:val="288"/>
        </w:trPr>
        <w:tc>
          <w:tcPr>
            <w:tcW w:w="2409" w:type="dxa"/>
            <w:vAlign w:val="bottom"/>
          </w:tcPr>
          <w:p w14:paraId="124EECDD"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Landbloom</w:t>
            </w:r>
            <w:proofErr w:type="spellEnd"/>
            <w:r w:rsidRPr="00EB75F0">
              <w:rPr>
                <w:rFonts w:asciiTheme="majorHAnsi" w:hAnsiTheme="majorHAnsi" w:cstheme="majorHAnsi"/>
                <w:sz w:val="18"/>
                <w:szCs w:val="18"/>
              </w:rPr>
              <w:t xml:space="preserve"> 2016</w:t>
            </w:r>
          </w:p>
        </w:tc>
        <w:tc>
          <w:tcPr>
            <w:tcW w:w="2409" w:type="dxa"/>
            <w:vAlign w:val="bottom"/>
          </w:tcPr>
          <w:p w14:paraId="78E196F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0169D39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w:t>
            </w:r>
          </w:p>
        </w:tc>
        <w:tc>
          <w:tcPr>
            <w:tcW w:w="2410" w:type="dxa"/>
            <w:vAlign w:val="bottom"/>
          </w:tcPr>
          <w:p w14:paraId="53E7B2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46</w:t>
            </w:r>
          </w:p>
        </w:tc>
      </w:tr>
      <w:tr w:rsidR="005816E5" w:rsidRPr="00EB75F0" w14:paraId="4F2454CE" w14:textId="77777777" w:rsidTr="00C32B29">
        <w:trPr>
          <w:trHeight w:val="288"/>
        </w:trPr>
        <w:tc>
          <w:tcPr>
            <w:tcW w:w="2409" w:type="dxa"/>
            <w:vAlign w:val="bottom"/>
          </w:tcPr>
          <w:p w14:paraId="0FF06FA4"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Landbloom</w:t>
            </w:r>
            <w:proofErr w:type="spellEnd"/>
            <w:r w:rsidRPr="00EB75F0">
              <w:rPr>
                <w:rFonts w:asciiTheme="majorHAnsi" w:hAnsiTheme="majorHAnsi" w:cstheme="majorHAnsi"/>
                <w:sz w:val="18"/>
                <w:szCs w:val="18"/>
              </w:rPr>
              <w:t xml:space="preserve"> 2016</w:t>
            </w:r>
          </w:p>
        </w:tc>
        <w:tc>
          <w:tcPr>
            <w:tcW w:w="2409" w:type="dxa"/>
            <w:vAlign w:val="bottom"/>
          </w:tcPr>
          <w:p w14:paraId="15F7A87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905C3E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41</w:t>
            </w:r>
          </w:p>
        </w:tc>
        <w:tc>
          <w:tcPr>
            <w:tcW w:w="2410" w:type="dxa"/>
            <w:vAlign w:val="bottom"/>
          </w:tcPr>
          <w:p w14:paraId="4D3A42D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101</w:t>
            </w:r>
          </w:p>
        </w:tc>
      </w:tr>
      <w:tr w:rsidR="005816E5" w:rsidRPr="00EB75F0" w14:paraId="2F48D06A" w14:textId="77777777" w:rsidTr="00C32B29">
        <w:trPr>
          <w:trHeight w:val="288"/>
        </w:trPr>
        <w:tc>
          <w:tcPr>
            <w:tcW w:w="2409" w:type="dxa"/>
            <w:vAlign w:val="bottom"/>
          </w:tcPr>
          <w:p w14:paraId="3FD63CF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Lieberman 2016</w:t>
            </w:r>
          </w:p>
        </w:tc>
        <w:tc>
          <w:tcPr>
            <w:tcW w:w="2409" w:type="dxa"/>
            <w:vAlign w:val="bottom"/>
          </w:tcPr>
          <w:p w14:paraId="18EE0A0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F02914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19</w:t>
            </w:r>
          </w:p>
        </w:tc>
        <w:tc>
          <w:tcPr>
            <w:tcW w:w="2410" w:type="dxa"/>
            <w:vAlign w:val="bottom"/>
          </w:tcPr>
          <w:p w14:paraId="208BD3C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85</w:t>
            </w:r>
          </w:p>
        </w:tc>
      </w:tr>
      <w:tr w:rsidR="005816E5" w:rsidRPr="00EB75F0" w14:paraId="3F5EDF20" w14:textId="77777777" w:rsidTr="00C32B29">
        <w:trPr>
          <w:trHeight w:val="288"/>
        </w:trPr>
        <w:tc>
          <w:tcPr>
            <w:tcW w:w="2409" w:type="dxa"/>
            <w:vAlign w:val="bottom"/>
          </w:tcPr>
          <w:p w14:paraId="177038C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Lieberman 2016</w:t>
            </w:r>
          </w:p>
        </w:tc>
        <w:tc>
          <w:tcPr>
            <w:tcW w:w="2409" w:type="dxa"/>
            <w:vAlign w:val="bottom"/>
          </w:tcPr>
          <w:p w14:paraId="473F85C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6AFB3E4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w:t>
            </w:r>
          </w:p>
        </w:tc>
        <w:tc>
          <w:tcPr>
            <w:tcW w:w="2410" w:type="dxa"/>
            <w:vAlign w:val="bottom"/>
          </w:tcPr>
          <w:p w14:paraId="43917C6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82</w:t>
            </w:r>
          </w:p>
        </w:tc>
      </w:tr>
      <w:tr w:rsidR="005816E5" w:rsidRPr="00EB75F0" w14:paraId="622A3EF5" w14:textId="77777777" w:rsidTr="00C32B29">
        <w:trPr>
          <w:trHeight w:val="288"/>
        </w:trPr>
        <w:tc>
          <w:tcPr>
            <w:tcW w:w="2409" w:type="dxa"/>
            <w:vAlign w:val="bottom"/>
          </w:tcPr>
          <w:p w14:paraId="35A2A8B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Lindenmayer 2008</w:t>
            </w:r>
          </w:p>
        </w:tc>
        <w:tc>
          <w:tcPr>
            <w:tcW w:w="2409" w:type="dxa"/>
            <w:vAlign w:val="bottom"/>
          </w:tcPr>
          <w:p w14:paraId="3C2E4E8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786EAF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55</w:t>
            </w:r>
          </w:p>
        </w:tc>
        <w:tc>
          <w:tcPr>
            <w:tcW w:w="2410" w:type="dxa"/>
            <w:vAlign w:val="bottom"/>
          </w:tcPr>
          <w:p w14:paraId="6DF16E8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84</w:t>
            </w:r>
          </w:p>
        </w:tc>
      </w:tr>
      <w:tr w:rsidR="005816E5" w:rsidRPr="00EB75F0" w14:paraId="00C352F3" w14:textId="77777777" w:rsidTr="00C32B29">
        <w:trPr>
          <w:trHeight w:val="288"/>
        </w:trPr>
        <w:tc>
          <w:tcPr>
            <w:tcW w:w="2409" w:type="dxa"/>
            <w:vAlign w:val="bottom"/>
          </w:tcPr>
          <w:p w14:paraId="09BE180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Lindenmayer 2008</w:t>
            </w:r>
          </w:p>
        </w:tc>
        <w:tc>
          <w:tcPr>
            <w:tcW w:w="2409" w:type="dxa"/>
            <w:vAlign w:val="bottom"/>
          </w:tcPr>
          <w:p w14:paraId="5CAD2C1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2410" w:type="dxa"/>
            <w:vAlign w:val="bottom"/>
          </w:tcPr>
          <w:p w14:paraId="7A8092B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255</w:t>
            </w:r>
          </w:p>
        </w:tc>
        <w:tc>
          <w:tcPr>
            <w:tcW w:w="2410" w:type="dxa"/>
            <w:vAlign w:val="bottom"/>
          </w:tcPr>
          <w:p w14:paraId="3189711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448</w:t>
            </w:r>
          </w:p>
        </w:tc>
      </w:tr>
      <w:tr w:rsidR="005816E5" w:rsidRPr="00EB75F0" w14:paraId="2899CD06" w14:textId="77777777" w:rsidTr="00C32B29">
        <w:trPr>
          <w:trHeight w:val="288"/>
        </w:trPr>
        <w:tc>
          <w:tcPr>
            <w:tcW w:w="2409" w:type="dxa"/>
            <w:vAlign w:val="bottom"/>
          </w:tcPr>
          <w:p w14:paraId="6051E97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Loebel 2013</w:t>
            </w:r>
          </w:p>
        </w:tc>
        <w:tc>
          <w:tcPr>
            <w:tcW w:w="2409" w:type="dxa"/>
            <w:vAlign w:val="bottom"/>
          </w:tcPr>
          <w:p w14:paraId="4176C5D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48F8F5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48</w:t>
            </w:r>
          </w:p>
        </w:tc>
        <w:tc>
          <w:tcPr>
            <w:tcW w:w="2410" w:type="dxa"/>
            <w:vAlign w:val="bottom"/>
          </w:tcPr>
          <w:p w14:paraId="127B8B4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122</w:t>
            </w:r>
          </w:p>
        </w:tc>
      </w:tr>
      <w:tr w:rsidR="005816E5" w:rsidRPr="00EB75F0" w14:paraId="2BDFCE16" w14:textId="77777777" w:rsidTr="00C32B29">
        <w:trPr>
          <w:trHeight w:val="288"/>
        </w:trPr>
        <w:tc>
          <w:tcPr>
            <w:tcW w:w="2409" w:type="dxa"/>
            <w:vAlign w:val="bottom"/>
          </w:tcPr>
          <w:p w14:paraId="2F5B308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Loebel 2013</w:t>
            </w:r>
          </w:p>
        </w:tc>
        <w:tc>
          <w:tcPr>
            <w:tcW w:w="2409" w:type="dxa"/>
            <w:vAlign w:val="bottom"/>
          </w:tcPr>
          <w:p w14:paraId="5862751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2410" w:type="dxa"/>
            <w:vAlign w:val="bottom"/>
          </w:tcPr>
          <w:p w14:paraId="5433452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23</w:t>
            </w:r>
          </w:p>
        </w:tc>
        <w:tc>
          <w:tcPr>
            <w:tcW w:w="2410" w:type="dxa"/>
            <w:vAlign w:val="bottom"/>
          </w:tcPr>
          <w:p w14:paraId="4DF0D9C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120</w:t>
            </w:r>
          </w:p>
        </w:tc>
      </w:tr>
      <w:tr w:rsidR="005816E5" w:rsidRPr="00EB75F0" w14:paraId="7775E265" w14:textId="77777777" w:rsidTr="00C32B29">
        <w:trPr>
          <w:trHeight w:val="288"/>
        </w:trPr>
        <w:tc>
          <w:tcPr>
            <w:tcW w:w="2409" w:type="dxa"/>
            <w:vAlign w:val="bottom"/>
          </w:tcPr>
          <w:p w14:paraId="43F1E23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2003</w:t>
            </w:r>
          </w:p>
        </w:tc>
        <w:tc>
          <w:tcPr>
            <w:tcW w:w="2409" w:type="dxa"/>
            <w:vAlign w:val="bottom"/>
          </w:tcPr>
          <w:p w14:paraId="317FD8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1099118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424</w:t>
            </w:r>
          </w:p>
        </w:tc>
        <w:tc>
          <w:tcPr>
            <w:tcW w:w="2410" w:type="dxa"/>
            <w:vAlign w:val="bottom"/>
          </w:tcPr>
          <w:p w14:paraId="5B41696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926</w:t>
            </w:r>
          </w:p>
        </w:tc>
      </w:tr>
      <w:tr w:rsidR="005816E5" w:rsidRPr="00EB75F0" w14:paraId="41C9D547" w14:textId="77777777" w:rsidTr="00C32B29">
        <w:trPr>
          <w:trHeight w:val="288"/>
        </w:trPr>
        <w:tc>
          <w:tcPr>
            <w:tcW w:w="2409" w:type="dxa"/>
            <w:vAlign w:val="bottom"/>
          </w:tcPr>
          <w:p w14:paraId="007B233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2003</w:t>
            </w:r>
          </w:p>
        </w:tc>
        <w:tc>
          <w:tcPr>
            <w:tcW w:w="2409" w:type="dxa"/>
            <w:vAlign w:val="bottom"/>
          </w:tcPr>
          <w:p w14:paraId="0F01FB3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A0F8D2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232</w:t>
            </w:r>
          </w:p>
        </w:tc>
        <w:tc>
          <w:tcPr>
            <w:tcW w:w="2410" w:type="dxa"/>
            <w:vAlign w:val="bottom"/>
          </w:tcPr>
          <w:p w14:paraId="21A7EA0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413</w:t>
            </w:r>
          </w:p>
        </w:tc>
      </w:tr>
      <w:tr w:rsidR="005816E5" w:rsidRPr="00EB75F0" w14:paraId="1F3C49E0" w14:textId="77777777" w:rsidTr="00C32B29">
        <w:trPr>
          <w:trHeight w:val="288"/>
        </w:trPr>
        <w:tc>
          <w:tcPr>
            <w:tcW w:w="2409" w:type="dxa"/>
            <w:vAlign w:val="bottom"/>
          </w:tcPr>
          <w:p w14:paraId="7707CA4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2007</w:t>
            </w:r>
          </w:p>
        </w:tc>
        <w:tc>
          <w:tcPr>
            <w:tcW w:w="2409" w:type="dxa"/>
            <w:vAlign w:val="bottom"/>
          </w:tcPr>
          <w:p w14:paraId="00E6E1B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346D71F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60</w:t>
            </w:r>
          </w:p>
        </w:tc>
        <w:tc>
          <w:tcPr>
            <w:tcW w:w="2410" w:type="dxa"/>
            <w:vAlign w:val="bottom"/>
          </w:tcPr>
          <w:p w14:paraId="65B9AD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110</w:t>
            </w:r>
          </w:p>
        </w:tc>
      </w:tr>
      <w:tr w:rsidR="005816E5" w:rsidRPr="00EB75F0" w14:paraId="7ED3DC22" w14:textId="77777777" w:rsidTr="00C32B29">
        <w:trPr>
          <w:trHeight w:val="288"/>
        </w:trPr>
        <w:tc>
          <w:tcPr>
            <w:tcW w:w="2409" w:type="dxa"/>
            <w:vAlign w:val="bottom"/>
          </w:tcPr>
          <w:p w14:paraId="66EACF0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2007</w:t>
            </w:r>
          </w:p>
        </w:tc>
        <w:tc>
          <w:tcPr>
            <w:tcW w:w="2409" w:type="dxa"/>
            <w:vAlign w:val="bottom"/>
          </w:tcPr>
          <w:p w14:paraId="5914D8F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FD3857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73</w:t>
            </w:r>
          </w:p>
        </w:tc>
        <w:tc>
          <w:tcPr>
            <w:tcW w:w="2410" w:type="dxa"/>
            <w:vAlign w:val="bottom"/>
          </w:tcPr>
          <w:p w14:paraId="40B51A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110</w:t>
            </w:r>
          </w:p>
        </w:tc>
      </w:tr>
      <w:tr w:rsidR="005816E5" w:rsidRPr="00EB75F0" w14:paraId="1E04C121" w14:textId="77777777" w:rsidTr="00C32B29">
        <w:trPr>
          <w:trHeight w:val="288"/>
        </w:trPr>
        <w:tc>
          <w:tcPr>
            <w:tcW w:w="2409" w:type="dxa"/>
            <w:vAlign w:val="bottom"/>
          </w:tcPr>
          <w:p w14:paraId="20B0F45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2409" w:type="dxa"/>
            <w:vAlign w:val="bottom"/>
          </w:tcPr>
          <w:p w14:paraId="3F9BA944"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51B97DD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w:t>
            </w:r>
          </w:p>
        </w:tc>
        <w:tc>
          <w:tcPr>
            <w:tcW w:w="2410" w:type="dxa"/>
            <w:vAlign w:val="bottom"/>
          </w:tcPr>
          <w:p w14:paraId="541E007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r>
      <w:tr w:rsidR="005816E5" w:rsidRPr="00EB75F0" w14:paraId="50C43D1F" w14:textId="77777777" w:rsidTr="00C32B29">
        <w:trPr>
          <w:trHeight w:val="288"/>
        </w:trPr>
        <w:tc>
          <w:tcPr>
            <w:tcW w:w="2409" w:type="dxa"/>
            <w:vAlign w:val="bottom"/>
          </w:tcPr>
          <w:p w14:paraId="3771D80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2409" w:type="dxa"/>
            <w:vAlign w:val="bottom"/>
          </w:tcPr>
          <w:p w14:paraId="2579FBA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3B837D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53</w:t>
            </w:r>
          </w:p>
        </w:tc>
        <w:tc>
          <w:tcPr>
            <w:tcW w:w="2410" w:type="dxa"/>
            <w:vAlign w:val="bottom"/>
          </w:tcPr>
          <w:p w14:paraId="5D423A5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161</w:t>
            </w:r>
          </w:p>
        </w:tc>
      </w:tr>
      <w:tr w:rsidR="005816E5" w:rsidRPr="00EB75F0" w14:paraId="56C3F9B3" w14:textId="77777777" w:rsidTr="00C32B29">
        <w:trPr>
          <w:trHeight w:val="288"/>
        </w:trPr>
        <w:tc>
          <w:tcPr>
            <w:tcW w:w="2409" w:type="dxa"/>
            <w:vAlign w:val="bottom"/>
          </w:tcPr>
          <w:p w14:paraId="1369A63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2409" w:type="dxa"/>
            <w:vAlign w:val="bottom"/>
          </w:tcPr>
          <w:p w14:paraId="571AE25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2410" w:type="dxa"/>
            <w:vAlign w:val="bottom"/>
          </w:tcPr>
          <w:p w14:paraId="3D6A640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31</w:t>
            </w:r>
          </w:p>
        </w:tc>
        <w:tc>
          <w:tcPr>
            <w:tcW w:w="2410" w:type="dxa"/>
            <w:vAlign w:val="bottom"/>
          </w:tcPr>
          <w:p w14:paraId="358BFF0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153</w:t>
            </w:r>
          </w:p>
        </w:tc>
      </w:tr>
      <w:tr w:rsidR="005816E5" w:rsidRPr="00EB75F0" w14:paraId="7AAEC16E" w14:textId="77777777" w:rsidTr="00C32B29">
        <w:trPr>
          <w:trHeight w:val="288"/>
        </w:trPr>
        <w:tc>
          <w:tcPr>
            <w:tcW w:w="2409" w:type="dxa"/>
            <w:vAlign w:val="bottom"/>
          </w:tcPr>
          <w:p w14:paraId="374F246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McDonnell 2018</w:t>
            </w:r>
          </w:p>
        </w:tc>
        <w:tc>
          <w:tcPr>
            <w:tcW w:w="2409" w:type="dxa"/>
            <w:vAlign w:val="bottom"/>
          </w:tcPr>
          <w:p w14:paraId="7234CEE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6EF31A7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w:t>
            </w:r>
          </w:p>
        </w:tc>
        <w:tc>
          <w:tcPr>
            <w:tcW w:w="2410" w:type="dxa"/>
            <w:vAlign w:val="bottom"/>
          </w:tcPr>
          <w:p w14:paraId="7F4AFBE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133</w:t>
            </w:r>
          </w:p>
        </w:tc>
      </w:tr>
      <w:tr w:rsidR="005816E5" w:rsidRPr="00EB75F0" w14:paraId="058100E0" w14:textId="77777777" w:rsidTr="00C32B29">
        <w:trPr>
          <w:trHeight w:val="288"/>
        </w:trPr>
        <w:tc>
          <w:tcPr>
            <w:tcW w:w="2409" w:type="dxa"/>
            <w:vAlign w:val="bottom"/>
          </w:tcPr>
          <w:p w14:paraId="1D3F843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McDonnell 2018</w:t>
            </w:r>
          </w:p>
        </w:tc>
        <w:tc>
          <w:tcPr>
            <w:tcW w:w="2409" w:type="dxa"/>
            <w:vAlign w:val="bottom"/>
          </w:tcPr>
          <w:p w14:paraId="28BED63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3C2CDF5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23</w:t>
            </w:r>
          </w:p>
        </w:tc>
        <w:tc>
          <w:tcPr>
            <w:tcW w:w="2410" w:type="dxa"/>
            <w:vAlign w:val="bottom"/>
          </w:tcPr>
          <w:p w14:paraId="2080BA8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134</w:t>
            </w:r>
          </w:p>
        </w:tc>
      </w:tr>
      <w:tr w:rsidR="005816E5" w:rsidRPr="00EB75F0" w14:paraId="67604EDD" w14:textId="77777777" w:rsidTr="00C32B29">
        <w:trPr>
          <w:trHeight w:val="288"/>
        </w:trPr>
        <w:tc>
          <w:tcPr>
            <w:tcW w:w="2409" w:type="dxa"/>
            <w:vAlign w:val="bottom"/>
          </w:tcPr>
          <w:p w14:paraId="410B427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McEvoy 2007</w:t>
            </w:r>
          </w:p>
        </w:tc>
        <w:tc>
          <w:tcPr>
            <w:tcW w:w="2409" w:type="dxa"/>
            <w:vAlign w:val="bottom"/>
          </w:tcPr>
          <w:p w14:paraId="6801350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115B518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200</w:t>
            </w:r>
          </w:p>
        </w:tc>
        <w:tc>
          <w:tcPr>
            <w:tcW w:w="2410" w:type="dxa"/>
            <w:vAlign w:val="bottom"/>
          </w:tcPr>
          <w:p w14:paraId="7753DD5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308</w:t>
            </w:r>
          </w:p>
        </w:tc>
      </w:tr>
      <w:tr w:rsidR="005816E5" w:rsidRPr="00EB75F0" w14:paraId="2C127F0F" w14:textId="77777777" w:rsidTr="00C32B29">
        <w:trPr>
          <w:trHeight w:val="288"/>
        </w:trPr>
        <w:tc>
          <w:tcPr>
            <w:tcW w:w="2409" w:type="dxa"/>
            <w:vAlign w:val="bottom"/>
          </w:tcPr>
          <w:p w14:paraId="74BE6DE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McEvoy 2007</w:t>
            </w:r>
          </w:p>
        </w:tc>
        <w:tc>
          <w:tcPr>
            <w:tcW w:w="2409" w:type="dxa"/>
            <w:vAlign w:val="bottom"/>
          </w:tcPr>
          <w:p w14:paraId="488ABC7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D6CE5C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78</w:t>
            </w:r>
          </w:p>
        </w:tc>
        <w:tc>
          <w:tcPr>
            <w:tcW w:w="2410" w:type="dxa"/>
            <w:vAlign w:val="bottom"/>
          </w:tcPr>
          <w:p w14:paraId="25B857F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107</w:t>
            </w:r>
          </w:p>
        </w:tc>
      </w:tr>
      <w:tr w:rsidR="005816E5" w:rsidRPr="00EB75F0" w14:paraId="3AF77DB9" w14:textId="77777777" w:rsidTr="00C32B29">
        <w:trPr>
          <w:trHeight w:val="288"/>
        </w:trPr>
        <w:tc>
          <w:tcPr>
            <w:tcW w:w="2409" w:type="dxa"/>
            <w:vAlign w:val="bottom"/>
          </w:tcPr>
          <w:p w14:paraId="5CA1395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Meltzer 2011</w:t>
            </w:r>
          </w:p>
        </w:tc>
        <w:tc>
          <w:tcPr>
            <w:tcW w:w="2409" w:type="dxa"/>
            <w:vAlign w:val="bottom"/>
          </w:tcPr>
          <w:p w14:paraId="3022999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3A6B633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39</w:t>
            </w:r>
          </w:p>
        </w:tc>
        <w:tc>
          <w:tcPr>
            <w:tcW w:w="2410" w:type="dxa"/>
            <w:vAlign w:val="bottom"/>
          </w:tcPr>
          <w:p w14:paraId="44CB012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123</w:t>
            </w:r>
          </w:p>
        </w:tc>
      </w:tr>
      <w:tr w:rsidR="005816E5" w:rsidRPr="00EB75F0" w14:paraId="76D68E44" w14:textId="77777777" w:rsidTr="00C32B29">
        <w:trPr>
          <w:trHeight w:val="288"/>
        </w:trPr>
        <w:tc>
          <w:tcPr>
            <w:tcW w:w="2409" w:type="dxa"/>
            <w:vAlign w:val="bottom"/>
          </w:tcPr>
          <w:p w14:paraId="439EEC2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Meltzer 2011</w:t>
            </w:r>
          </w:p>
        </w:tc>
        <w:tc>
          <w:tcPr>
            <w:tcW w:w="2409" w:type="dxa"/>
            <w:vAlign w:val="bottom"/>
          </w:tcPr>
          <w:p w14:paraId="42D6C57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44619D7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45</w:t>
            </w:r>
          </w:p>
        </w:tc>
        <w:tc>
          <w:tcPr>
            <w:tcW w:w="2410" w:type="dxa"/>
            <w:vAlign w:val="bottom"/>
          </w:tcPr>
          <w:p w14:paraId="6FE31C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116</w:t>
            </w:r>
          </w:p>
        </w:tc>
      </w:tr>
      <w:tr w:rsidR="005816E5" w:rsidRPr="00EB75F0" w14:paraId="79D25951" w14:textId="77777777" w:rsidTr="00C32B29">
        <w:trPr>
          <w:trHeight w:val="288"/>
        </w:trPr>
        <w:tc>
          <w:tcPr>
            <w:tcW w:w="2409" w:type="dxa"/>
            <w:vAlign w:val="bottom"/>
          </w:tcPr>
          <w:p w14:paraId="201CB40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NCT00563706</w:t>
            </w:r>
          </w:p>
        </w:tc>
        <w:tc>
          <w:tcPr>
            <w:tcW w:w="2409" w:type="dxa"/>
            <w:vAlign w:val="bottom"/>
          </w:tcPr>
          <w:p w14:paraId="0833249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2D10A47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w:t>
            </w:r>
          </w:p>
        </w:tc>
        <w:tc>
          <w:tcPr>
            <w:tcW w:w="2410" w:type="dxa"/>
            <w:vAlign w:val="bottom"/>
          </w:tcPr>
          <w:p w14:paraId="7281D4E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w:t>
            </w:r>
          </w:p>
        </w:tc>
      </w:tr>
      <w:tr w:rsidR="005816E5" w:rsidRPr="00EB75F0" w14:paraId="23892228" w14:textId="77777777" w:rsidTr="00C32B29">
        <w:trPr>
          <w:trHeight w:val="288"/>
        </w:trPr>
        <w:tc>
          <w:tcPr>
            <w:tcW w:w="2409" w:type="dxa"/>
            <w:vAlign w:val="bottom"/>
          </w:tcPr>
          <w:p w14:paraId="15B974B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NCT00563706</w:t>
            </w:r>
          </w:p>
        </w:tc>
        <w:tc>
          <w:tcPr>
            <w:tcW w:w="2409" w:type="dxa"/>
            <w:vAlign w:val="bottom"/>
          </w:tcPr>
          <w:p w14:paraId="06C010F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11577D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w:t>
            </w:r>
          </w:p>
        </w:tc>
        <w:tc>
          <w:tcPr>
            <w:tcW w:w="2410" w:type="dxa"/>
            <w:vAlign w:val="bottom"/>
          </w:tcPr>
          <w:p w14:paraId="64837E1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w:t>
            </w:r>
          </w:p>
        </w:tc>
      </w:tr>
      <w:tr w:rsidR="005816E5" w:rsidRPr="00EB75F0" w14:paraId="39B0305E" w14:textId="77777777" w:rsidTr="00C32B29">
        <w:trPr>
          <w:trHeight w:val="288"/>
        </w:trPr>
        <w:tc>
          <w:tcPr>
            <w:tcW w:w="2409" w:type="dxa"/>
            <w:vAlign w:val="bottom"/>
          </w:tcPr>
          <w:p w14:paraId="5EF01E4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NCT00711269</w:t>
            </w:r>
          </w:p>
        </w:tc>
        <w:tc>
          <w:tcPr>
            <w:tcW w:w="2409" w:type="dxa"/>
            <w:vAlign w:val="bottom"/>
          </w:tcPr>
          <w:p w14:paraId="3CC6DA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33C661C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50</w:t>
            </w:r>
          </w:p>
        </w:tc>
        <w:tc>
          <w:tcPr>
            <w:tcW w:w="2410" w:type="dxa"/>
            <w:vAlign w:val="bottom"/>
          </w:tcPr>
          <w:p w14:paraId="5CA1791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133</w:t>
            </w:r>
          </w:p>
        </w:tc>
      </w:tr>
      <w:tr w:rsidR="005816E5" w:rsidRPr="00EB75F0" w14:paraId="358A45A7" w14:textId="77777777" w:rsidTr="00C32B29">
        <w:trPr>
          <w:trHeight w:val="288"/>
        </w:trPr>
        <w:tc>
          <w:tcPr>
            <w:tcW w:w="2409" w:type="dxa"/>
            <w:vAlign w:val="bottom"/>
          </w:tcPr>
          <w:p w14:paraId="373C500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NCT00711269</w:t>
            </w:r>
          </w:p>
        </w:tc>
        <w:tc>
          <w:tcPr>
            <w:tcW w:w="2409" w:type="dxa"/>
            <w:vAlign w:val="bottom"/>
          </w:tcPr>
          <w:p w14:paraId="1FD6FA2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154698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w:t>
            </w:r>
          </w:p>
        </w:tc>
        <w:tc>
          <w:tcPr>
            <w:tcW w:w="2410" w:type="dxa"/>
            <w:vAlign w:val="bottom"/>
          </w:tcPr>
          <w:p w14:paraId="506108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65</w:t>
            </w:r>
          </w:p>
        </w:tc>
      </w:tr>
      <w:tr w:rsidR="005816E5" w:rsidRPr="00EB75F0" w14:paraId="1C5549F3" w14:textId="77777777" w:rsidTr="00C32B29">
        <w:trPr>
          <w:trHeight w:val="288"/>
        </w:trPr>
        <w:tc>
          <w:tcPr>
            <w:tcW w:w="2409" w:type="dxa"/>
            <w:vAlign w:val="bottom"/>
          </w:tcPr>
          <w:p w14:paraId="149EF32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NCT01175135</w:t>
            </w:r>
          </w:p>
        </w:tc>
        <w:tc>
          <w:tcPr>
            <w:tcW w:w="2409" w:type="dxa"/>
            <w:vAlign w:val="bottom"/>
          </w:tcPr>
          <w:p w14:paraId="30E3170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12F83F8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w:t>
            </w:r>
          </w:p>
        </w:tc>
        <w:tc>
          <w:tcPr>
            <w:tcW w:w="2410" w:type="dxa"/>
            <w:vAlign w:val="bottom"/>
          </w:tcPr>
          <w:p w14:paraId="58AA679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74</w:t>
            </w:r>
          </w:p>
        </w:tc>
      </w:tr>
      <w:tr w:rsidR="005816E5" w:rsidRPr="00EB75F0" w14:paraId="281EC35B" w14:textId="77777777" w:rsidTr="00C32B29">
        <w:trPr>
          <w:trHeight w:val="288"/>
        </w:trPr>
        <w:tc>
          <w:tcPr>
            <w:tcW w:w="2409" w:type="dxa"/>
            <w:vAlign w:val="bottom"/>
          </w:tcPr>
          <w:p w14:paraId="0F02C24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NCT01175135</w:t>
            </w:r>
          </w:p>
        </w:tc>
        <w:tc>
          <w:tcPr>
            <w:tcW w:w="2409" w:type="dxa"/>
            <w:vAlign w:val="bottom"/>
          </w:tcPr>
          <w:p w14:paraId="77E4C15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1DD9F76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w:t>
            </w:r>
          </w:p>
        </w:tc>
        <w:tc>
          <w:tcPr>
            <w:tcW w:w="2410" w:type="dxa"/>
            <w:vAlign w:val="bottom"/>
          </w:tcPr>
          <w:p w14:paraId="4DF416E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w:t>
            </w:r>
          </w:p>
        </w:tc>
      </w:tr>
      <w:tr w:rsidR="005816E5" w:rsidRPr="00EB75F0" w14:paraId="09B62960" w14:textId="77777777" w:rsidTr="00C32B29">
        <w:trPr>
          <w:trHeight w:val="288"/>
        </w:trPr>
        <w:tc>
          <w:tcPr>
            <w:tcW w:w="2409" w:type="dxa"/>
            <w:vAlign w:val="bottom"/>
          </w:tcPr>
          <w:p w14:paraId="3F39391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NCT01625000</w:t>
            </w:r>
          </w:p>
        </w:tc>
        <w:tc>
          <w:tcPr>
            <w:tcW w:w="2409" w:type="dxa"/>
            <w:vAlign w:val="bottom"/>
          </w:tcPr>
          <w:p w14:paraId="114F5E87"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2410" w:type="dxa"/>
            <w:vAlign w:val="bottom"/>
          </w:tcPr>
          <w:p w14:paraId="2CEA25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104</w:t>
            </w:r>
          </w:p>
        </w:tc>
        <w:tc>
          <w:tcPr>
            <w:tcW w:w="2410" w:type="dxa"/>
            <w:vAlign w:val="bottom"/>
          </w:tcPr>
          <w:p w14:paraId="2DB1668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259</w:t>
            </w:r>
          </w:p>
        </w:tc>
      </w:tr>
      <w:tr w:rsidR="005816E5" w:rsidRPr="00EB75F0" w14:paraId="2EEEE9C9" w14:textId="77777777" w:rsidTr="00C32B29">
        <w:trPr>
          <w:trHeight w:val="288"/>
        </w:trPr>
        <w:tc>
          <w:tcPr>
            <w:tcW w:w="2409" w:type="dxa"/>
            <w:vAlign w:val="bottom"/>
          </w:tcPr>
          <w:p w14:paraId="2C5DF86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NCT01625000</w:t>
            </w:r>
          </w:p>
        </w:tc>
        <w:tc>
          <w:tcPr>
            <w:tcW w:w="2409" w:type="dxa"/>
            <w:vAlign w:val="bottom"/>
          </w:tcPr>
          <w:p w14:paraId="2C10626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B9C36C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55</w:t>
            </w:r>
          </w:p>
        </w:tc>
        <w:tc>
          <w:tcPr>
            <w:tcW w:w="2410" w:type="dxa"/>
            <w:vAlign w:val="bottom"/>
          </w:tcPr>
          <w:p w14:paraId="02EF3C7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126</w:t>
            </w:r>
          </w:p>
        </w:tc>
      </w:tr>
      <w:tr w:rsidR="005816E5" w:rsidRPr="00EB75F0" w14:paraId="7DA58753" w14:textId="77777777" w:rsidTr="00C32B29">
        <w:trPr>
          <w:trHeight w:val="288"/>
        </w:trPr>
        <w:tc>
          <w:tcPr>
            <w:tcW w:w="2409" w:type="dxa"/>
            <w:vAlign w:val="bottom"/>
          </w:tcPr>
          <w:p w14:paraId="1E8B8DF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NCT01625000</w:t>
            </w:r>
          </w:p>
        </w:tc>
        <w:tc>
          <w:tcPr>
            <w:tcW w:w="2409" w:type="dxa"/>
            <w:vAlign w:val="bottom"/>
          </w:tcPr>
          <w:p w14:paraId="6AD285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2945B21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19</w:t>
            </w:r>
          </w:p>
        </w:tc>
        <w:tc>
          <w:tcPr>
            <w:tcW w:w="2410" w:type="dxa"/>
            <w:vAlign w:val="bottom"/>
          </w:tcPr>
          <w:p w14:paraId="71CDC25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56</w:t>
            </w:r>
          </w:p>
        </w:tc>
      </w:tr>
      <w:tr w:rsidR="005816E5" w:rsidRPr="00EB75F0" w14:paraId="3D69472F" w14:textId="77777777" w:rsidTr="00C32B29">
        <w:trPr>
          <w:trHeight w:val="288"/>
        </w:trPr>
        <w:tc>
          <w:tcPr>
            <w:tcW w:w="2409" w:type="dxa"/>
            <w:vAlign w:val="bottom"/>
          </w:tcPr>
          <w:p w14:paraId="524587F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NCT03055338</w:t>
            </w:r>
          </w:p>
        </w:tc>
        <w:tc>
          <w:tcPr>
            <w:tcW w:w="2409" w:type="dxa"/>
            <w:vAlign w:val="bottom"/>
          </w:tcPr>
          <w:p w14:paraId="507D0E1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6891F3D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w:t>
            </w:r>
          </w:p>
        </w:tc>
        <w:tc>
          <w:tcPr>
            <w:tcW w:w="2410" w:type="dxa"/>
            <w:vAlign w:val="bottom"/>
          </w:tcPr>
          <w:p w14:paraId="4243C85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89</w:t>
            </w:r>
          </w:p>
        </w:tc>
      </w:tr>
      <w:tr w:rsidR="005816E5" w:rsidRPr="00EB75F0" w14:paraId="500DADC7" w14:textId="77777777" w:rsidTr="00C32B29">
        <w:trPr>
          <w:trHeight w:val="288"/>
        </w:trPr>
        <w:tc>
          <w:tcPr>
            <w:tcW w:w="2409" w:type="dxa"/>
            <w:vAlign w:val="bottom"/>
          </w:tcPr>
          <w:p w14:paraId="0ADCBBE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NCT03055338</w:t>
            </w:r>
          </w:p>
        </w:tc>
        <w:tc>
          <w:tcPr>
            <w:tcW w:w="2409" w:type="dxa"/>
            <w:vAlign w:val="bottom"/>
          </w:tcPr>
          <w:p w14:paraId="512160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08929C1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w:t>
            </w:r>
          </w:p>
        </w:tc>
        <w:tc>
          <w:tcPr>
            <w:tcW w:w="2410" w:type="dxa"/>
            <w:vAlign w:val="bottom"/>
          </w:tcPr>
          <w:p w14:paraId="7B7B9B9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45</w:t>
            </w:r>
          </w:p>
        </w:tc>
      </w:tr>
      <w:tr w:rsidR="005816E5" w:rsidRPr="00EB75F0" w14:paraId="0CE1CD5F" w14:textId="77777777" w:rsidTr="00C32B29">
        <w:trPr>
          <w:trHeight w:val="288"/>
        </w:trPr>
        <w:tc>
          <w:tcPr>
            <w:tcW w:w="2409" w:type="dxa"/>
            <w:vAlign w:val="bottom"/>
          </w:tcPr>
          <w:p w14:paraId="37D079B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NCT04512066</w:t>
            </w:r>
          </w:p>
        </w:tc>
        <w:tc>
          <w:tcPr>
            <w:tcW w:w="2409" w:type="dxa"/>
            <w:vAlign w:val="bottom"/>
          </w:tcPr>
          <w:p w14:paraId="53DB4EA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1F664F3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w:t>
            </w:r>
          </w:p>
        </w:tc>
        <w:tc>
          <w:tcPr>
            <w:tcW w:w="2410" w:type="dxa"/>
            <w:vAlign w:val="bottom"/>
          </w:tcPr>
          <w:p w14:paraId="32F8C67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72</w:t>
            </w:r>
          </w:p>
        </w:tc>
      </w:tr>
      <w:tr w:rsidR="005816E5" w:rsidRPr="00EB75F0" w14:paraId="17701E05" w14:textId="77777777" w:rsidTr="00C32B29">
        <w:trPr>
          <w:trHeight w:val="288"/>
        </w:trPr>
        <w:tc>
          <w:tcPr>
            <w:tcW w:w="2409" w:type="dxa"/>
            <w:vAlign w:val="bottom"/>
          </w:tcPr>
          <w:p w14:paraId="4D9073B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NCT04512066</w:t>
            </w:r>
          </w:p>
        </w:tc>
        <w:tc>
          <w:tcPr>
            <w:tcW w:w="2409" w:type="dxa"/>
            <w:vAlign w:val="bottom"/>
          </w:tcPr>
          <w:p w14:paraId="39B3911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38D1EAE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w:t>
            </w:r>
          </w:p>
        </w:tc>
        <w:tc>
          <w:tcPr>
            <w:tcW w:w="2410" w:type="dxa"/>
            <w:vAlign w:val="bottom"/>
          </w:tcPr>
          <w:p w14:paraId="682CBD8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71</w:t>
            </w:r>
          </w:p>
        </w:tc>
      </w:tr>
      <w:tr w:rsidR="005816E5" w:rsidRPr="00EB75F0" w14:paraId="6960E810" w14:textId="77777777" w:rsidTr="00C32B29">
        <w:trPr>
          <w:trHeight w:val="288"/>
        </w:trPr>
        <w:tc>
          <w:tcPr>
            <w:tcW w:w="2409" w:type="dxa"/>
            <w:vAlign w:val="bottom"/>
          </w:tcPr>
          <w:p w14:paraId="433C52D9"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2409" w:type="dxa"/>
            <w:vAlign w:val="bottom"/>
          </w:tcPr>
          <w:p w14:paraId="7C432F0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3870752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74</w:t>
            </w:r>
          </w:p>
        </w:tc>
        <w:tc>
          <w:tcPr>
            <w:tcW w:w="2410" w:type="dxa"/>
            <w:vAlign w:val="bottom"/>
          </w:tcPr>
          <w:p w14:paraId="4D4BA0B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202</w:t>
            </w:r>
          </w:p>
        </w:tc>
      </w:tr>
      <w:tr w:rsidR="005816E5" w:rsidRPr="00EB75F0" w14:paraId="485185B7" w14:textId="77777777" w:rsidTr="00C32B29">
        <w:trPr>
          <w:trHeight w:val="288"/>
        </w:trPr>
        <w:tc>
          <w:tcPr>
            <w:tcW w:w="2409" w:type="dxa"/>
            <w:vAlign w:val="bottom"/>
          </w:tcPr>
          <w:p w14:paraId="45B3A360"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2409" w:type="dxa"/>
            <w:vAlign w:val="bottom"/>
          </w:tcPr>
          <w:p w14:paraId="178F737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54E658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51</w:t>
            </w:r>
          </w:p>
        </w:tc>
        <w:tc>
          <w:tcPr>
            <w:tcW w:w="2410" w:type="dxa"/>
            <w:vAlign w:val="bottom"/>
          </w:tcPr>
          <w:p w14:paraId="5B9A44E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103</w:t>
            </w:r>
          </w:p>
        </w:tc>
      </w:tr>
      <w:tr w:rsidR="005816E5" w:rsidRPr="00EB75F0" w14:paraId="628030D3" w14:textId="77777777" w:rsidTr="00C32B29">
        <w:trPr>
          <w:trHeight w:val="288"/>
        </w:trPr>
        <w:tc>
          <w:tcPr>
            <w:tcW w:w="2409" w:type="dxa"/>
            <w:vAlign w:val="bottom"/>
          </w:tcPr>
          <w:p w14:paraId="7A83A1BB"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2409" w:type="dxa"/>
            <w:vAlign w:val="bottom"/>
          </w:tcPr>
          <w:p w14:paraId="26E0847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0E47652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w:t>
            </w:r>
          </w:p>
        </w:tc>
        <w:tc>
          <w:tcPr>
            <w:tcW w:w="2410" w:type="dxa"/>
            <w:vAlign w:val="bottom"/>
          </w:tcPr>
          <w:p w14:paraId="63FFAC4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99</w:t>
            </w:r>
          </w:p>
        </w:tc>
      </w:tr>
      <w:tr w:rsidR="005816E5" w:rsidRPr="00EB75F0" w14:paraId="13EC049D" w14:textId="77777777" w:rsidTr="00C32B29">
        <w:trPr>
          <w:trHeight w:val="288"/>
        </w:trPr>
        <w:tc>
          <w:tcPr>
            <w:tcW w:w="2409" w:type="dxa"/>
            <w:vAlign w:val="bottom"/>
          </w:tcPr>
          <w:p w14:paraId="6ADDE81D"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2007</w:t>
            </w:r>
          </w:p>
        </w:tc>
        <w:tc>
          <w:tcPr>
            <w:tcW w:w="2409" w:type="dxa"/>
            <w:vAlign w:val="bottom"/>
          </w:tcPr>
          <w:p w14:paraId="5E1E9C1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7570C6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41</w:t>
            </w:r>
          </w:p>
        </w:tc>
        <w:tc>
          <w:tcPr>
            <w:tcW w:w="2410" w:type="dxa"/>
            <w:vAlign w:val="bottom"/>
          </w:tcPr>
          <w:p w14:paraId="418484E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62</w:t>
            </w:r>
          </w:p>
        </w:tc>
      </w:tr>
      <w:tr w:rsidR="005816E5" w:rsidRPr="00EB75F0" w14:paraId="203258BF" w14:textId="77777777" w:rsidTr="00C32B29">
        <w:trPr>
          <w:trHeight w:val="288"/>
        </w:trPr>
        <w:tc>
          <w:tcPr>
            <w:tcW w:w="2409" w:type="dxa"/>
            <w:vAlign w:val="bottom"/>
          </w:tcPr>
          <w:p w14:paraId="6079BB5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2007</w:t>
            </w:r>
          </w:p>
        </w:tc>
        <w:tc>
          <w:tcPr>
            <w:tcW w:w="2409" w:type="dxa"/>
            <w:vAlign w:val="bottom"/>
          </w:tcPr>
          <w:p w14:paraId="3914332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56FB040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35</w:t>
            </w:r>
          </w:p>
        </w:tc>
        <w:tc>
          <w:tcPr>
            <w:tcW w:w="2410" w:type="dxa"/>
            <w:vAlign w:val="bottom"/>
          </w:tcPr>
          <w:p w14:paraId="76D68ED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60</w:t>
            </w:r>
          </w:p>
        </w:tc>
      </w:tr>
      <w:tr w:rsidR="005816E5" w:rsidRPr="00EB75F0" w14:paraId="171A96AD" w14:textId="77777777" w:rsidTr="00C32B29">
        <w:trPr>
          <w:trHeight w:val="288"/>
        </w:trPr>
        <w:tc>
          <w:tcPr>
            <w:tcW w:w="2409" w:type="dxa"/>
            <w:vAlign w:val="bottom"/>
          </w:tcPr>
          <w:p w14:paraId="4683696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Shen 2014</w:t>
            </w:r>
          </w:p>
        </w:tc>
        <w:tc>
          <w:tcPr>
            <w:tcW w:w="2409" w:type="dxa"/>
            <w:vAlign w:val="bottom"/>
          </w:tcPr>
          <w:p w14:paraId="3A709D3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0D4B40C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40</w:t>
            </w:r>
          </w:p>
        </w:tc>
        <w:tc>
          <w:tcPr>
            <w:tcW w:w="2410" w:type="dxa"/>
            <w:vAlign w:val="bottom"/>
          </w:tcPr>
          <w:p w14:paraId="1B012C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77</w:t>
            </w:r>
          </w:p>
        </w:tc>
      </w:tr>
      <w:tr w:rsidR="005816E5" w:rsidRPr="00EB75F0" w14:paraId="37806672" w14:textId="77777777" w:rsidTr="00C32B29">
        <w:trPr>
          <w:trHeight w:val="288"/>
        </w:trPr>
        <w:tc>
          <w:tcPr>
            <w:tcW w:w="2409" w:type="dxa"/>
            <w:vAlign w:val="bottom"/>
          </w:tcPr>
          <w:p w14:paraId="7213316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Shen 2014</w:t>
            </w:r>
          </w:p>
        </w:tc>
        <w:tc>
          <w:tcPr>
            <w:tcW w:w="2409" w:type="dxa"/>
            <w:vAlign w:val="bottom"/>
          </w:tcPr>
          <w:p w14:paraId="655C26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1B4B1D3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54</w:t>
            </w:r>
          </w:p>
        </w:tc>
        <w:tc>
          <w:tcPr>
            <w:tcW w:w="2410" w:type="dxa"/>
            <w:vAlign w:val="bottom"/>
          </w:tcPr>
          <w:p w14:paraId="2BAD6EC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77</w:t>
            </w:r>
          </w:p>
        </w:tc>
      </w:tr>
    </w:tbl>
    <w:p w14:paraId="53E6F130" w14:textId="77777777" w:rsidR="005816E5" w:rsidRPr="00EB75F0" w:rsidRDefault="005816E5" w:rsidP="005816E5">
      <w:pPr>
        <w:pStyle w:val="BodyText"/>
      </w:pPr>
    </w:p>
    <w:p w14:paraId="5DBFAD1B" w14:textId="77777777" w:rsidR="005816E5" w:rsidRPr="00541089" w:rsidRDefault="005816E5" w:rsidP="005816E5">
      <w:pPr>
        <w:pStyle w:val="Heading2"/>
      </w:pPr>
      <w:r w:rsidRPr="00541089">
        <w:lastRenderedPageBreak/>
        <w:t>Discontinuation due to adverse events</w:t>
      </w:r>
    </w:p>
    <w:p w14:paraId="1D60C984" w14:textId="1958030F" w:rsidR="005816E5" w:rsidRPr="00EB75F0" w:rsidRDefault="00A06AE8" w:rsidP="00541089">
      <w:pPr>
        <w:pStyle w:val="Heading3"/>
      </w:pPr>
      <w:r w:rsidRPr="00EB75F0">
        <w:t>Table S</w:t>
      </w:r>
      <w:fldSimple w:instr=" STYLEREF 1 \s ">
        <w:r w:rsidR="004B2F28">
          <w:rPr>
            <w:noProof/>
          </w:rPr>
          <w:t>10</w:t>
        </w:r>
      </w:fldSimple>
      <w:r w:rsidR="00EE288E" w:rsidRPr="00EB75F0">
        <w:noBreakHyphen/>
      </w:r>
      <w:fldSimple w:instr=" SEQ Table \* ARABIC \s 1 ">
        <w:r w:rsidR="004B2F28">
          <w:rPr>
            <w:noProof/>
          </w:rPr>
          <w:t>8</w:t>
        </w:r>
      </w:fldSimple>
      <w:r w:rsidR="005816E5" w:rsidRPr="00EB75F0">
        <w:t>: NMA input dataset – discontinuation due to adverse events, base case network</w:t>
      </w:r>
    </w:p>
    <w:tbl>
      <w:tblPr>
        <w:tblStyle w:val="Lumanitytable"/>
        <w:tblW w:w="9638" w:type="dxa"/>
        <w:tblLook w:val="04A0" w:firstRow="1" w:lastRow="0" w:firstColumn="1" w:lastColumn="0" w:noHBand="0" w:noVBand="1"/>
      </w:tblPr>
      <w:tblGrid>
        <w:gridCol w:w="2409"/>
        <w:gridCol w:w="2409"/>
        <w:gridCol w:w="2410"/>
        <w:gridCol w:w="2410"/>
      </w:tblGrid>
      <w:tr w:rsidR="005816E5" w:rsidRPr="00EB75F0" w14:paraId="58AE421E" w14:textId="77777777" w:rsidTr="00C32B29">
        <w:trPr>
          <w:cnfStyle w:val="100000000000" w:firstRow="1" w:lastRow="0" w:firstColumn="0" w:lastColumn="0" w:oddVBand="0" w:evenVBand="0" w:oddHBand="0" w:evenHBand="0" w:firstRowFirstColumn="0" w:firstRowLastColumn="0" w:lastRowFirstColumn="0" w:lastRowLastColumn="0"/>
          <w:trHeight w:val="288"/>
        </w:trPr>
        <w:tc>
          <w:tcPr>
            <w:tcW w:w="2409" w:type="dxa"/>
            <w:vAlign w:val="bottom"/>
          </w:tcPr>
          <w:p w14:paraId="251F853A"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StudyName</w:t>
            </w:r>
            <w:proofErr w:type="spellEnd"/>
          </w:p>
        </w:tc>
        <w:tc>
          <w:tcPr>
            <w:tcW w:w="2409" w:type="dxa"/>
            <w:vAlign w:val="bottom"/>
          </w:tcPr>
          <w:p w14:paraId="4546C55B"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TreatmentName</w:t>
            </w:r>
            <w:proofErr w:type="spellEnd"/>
          </w:p>
        </w:tc>
        <w:tc>
          <w:tcPr>
            <w:tcW w:w="2410" w:type="dxa"/>
            <w:vAlign w:val="bottom"/>
          </w:tcPr>
          <w:p w14:paraId="470E123E" w14:textId="77777777" w:rsidR="005816E5" w:rsidRPr="00EB75F0" w:rsidRDefault="005816E5" w:rsidP="00C32B29">
            <w:pPr>
              <w:pStyle w:val="BodyText"/>
              <w:spacing w:before="0" w:after="0" w:line="240" w:lineRule="auto"/>
              <w:rPr>
                <w:rFonts w:ascii="Calibri" w:hAnsi="Calibri" w:cs="Calibri"/>
                <w:color w:val="FFFFFF" w:themeColor="background1"/>
                <w:szCs w:val="22"/>
              </w:rPr>
            </w:pPr>
            <w:r w:rsidRPr="00EB75F0">
              <w:rPr>
                <w:rFonts w:ascii="Calibri" w:hAnsi="Calibri" w:cs="Calibri"/>
                <w:color w:val="FFFFFF" w:themeColor="background1"/>
                <w:szCs w:val="22"/>
              </w:rPr>
              <w:t>responders</w:t>
            </w:r>
          </w:p>
        </w:tc>
        <w:tc>
          <w:tcPr>
            <w:tcW w:w="2410" w:type="dxa"/>
            <w:vAlign w:val="bottom"/>
          </w:tcPr>
          <w:p w14:paraId="01DEBABB" w14:textId="77777777" w:rsidR="005816E5" w:rsidRPr="00EB75F0" w:rsidRDefault="005816E5" w:rsidP="00C32B29">
            <w:pPr>
              <w:pStyle w:val="BodyText"/>
              <w:spacing w:before="0" w:after="0" w:line="240" w:lineRule="auto"/>
              <w:rPr>
                <w:rFonts w:ascii="Calibri" w:hAnsi="Calibri" w:cs="Calibri"/>
                <w:color w:val="FFFFFF" w:themeColor="background1"/>
                <w:szCs w:val="22"/>
              </w:rPr>
            </w:pPr>
            <w:proofErr w:type="spellStart"/>
            <w:r w:rsidRPr="00EB75F0">
              <w:rPr>
                <w:rFonts w:ascii="Calibri" w:hAnsi="Calibri" w:cs="Calibri"/>
                <w:color w:val="FFFFFF" w:themeColor="background1"/>
                <w:szCs w:val="22"/>
              </w:rPr>
              <w:t>sampleSize</w:t>
            </w:r>
            <w:proofErr w:type="spellEnd"/>
          </w:p>
        </w:tc>
      </w:tr>
      <w:tr w:rsidR="005816E5" w:rsidRPr="00EB75F0" w14:paraId="4372A710" w14:textId="77777777" w:rsidTr="00C32B29">
        <w:trPr>
          <w:trHeight w:val="288"/>
        </w:trPr>
        <w:tc>
          <w:tcPr>
            <w:tcW w:w="2409" w:type="dxa"/>
            <w:vAlign w:val="bottom"/>
          </w:tcPr>
          <w:p w14:paraId="302B5CD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Cantillon 2017</w:t>
            </w:r>
          </w:p>
        </w:tc>
        <w:tc>
          <w:tcPr>
            <w:tcW w:w="2409" w:type="dxa"/>
            <w:vAlign w:val="bottom"/>
          </w:tcPr>
          <w:p w14:paraId="0A9613E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3A855BC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w:t>
            </w:r>
          </w:p>
        </w:tc>
        <w:tc>
          <w:tcPr>
            <w:tcW w:w="2410" w:type="dxa"/>
            <w:vAlign w:val="bottom"/>
          </w:tcPr>
          <w:p w14:paraId="291FC91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w:t>
            </w:r>
          </w:p>
        </w:tc>
      </w:tr>
      <w:tr w:rsidR="005816E5" w:rsidRPr="00EB75F0" w14:paraId="3D955B26" w14:textId="77777777" w:rsidTr="00C32B29">
        <w:trPr>
          <w:trHeight w:val="288"/>
        </w:trPr>
        <w:tc>
          <w:tcPr>
            <w:tcW w:w="2409" w:type="dxa"/>
            <w:vAlign w:val="bottom"/>
          </w:tcPr>
          <w:p w14:paraId="207FE8A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Cantillon 2017</w:t>
            </w:r>
          </w:p>
        </w:tc>
        <w:tc>
          <w:tcPr>
            <w:tcW w:w="2409" w:type="dxa"/>
            <w:vAlign w:val="bottom"/>
          </w:tcPr>
          <w:p w14:paraId="660C3DD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EACE9F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w:t>
            </w:r>
          </w:p>
        </w:tc>
        <w:tc>
          <w:tcPr>
            <w:tcW w:w="2410" w:type="dxa"/>
            <w:vAlign w:val="bottom"/>
          </w:tcPr>
          <w:p w14:paraId="4A97D36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39</w:t>
            </w:r>
          </w:p>
        </w:tc>
      </w:tr>
      <w:tr w:rsidR="005816E5" w:rsidRPr="00EB75F0" w14:paraId="418BC24A" w14:textId="77777777" w:rsidTr="00C32B29">
        <w:trPr>
          <w:trHeight w:val="288"/>
        </w:trPr>
        <w:tc>
          <w:tcPr>
            <w:tcW w:w="2409" w:type="dxa"/>
            <w:vAlign w:val="bottom"/>
          </w:tcPr>
          <w:p w14:paraId="25D6A70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Casey 2008</w:t>
            </w:r>
          </w:p>
        </w:tc>
        <w:tc>
          <w:tcPr>
            <w:tcW w:w="2409" w:type="dxa"/>
            <w:vAlign w:val="bottom"/>
          </w:tcPr>
          <w:p w14:paraId="36D1C84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28FD096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w:t>
            </w:r>
          </w:p>
        </w:tc>
        <w:tc>
          <w:tcPr>
            <w:tcW w:w="2410" w:type="dxa"/>
            <w:vAlign w:val="bottom"/>
          </w:tcPr>
          <w:p w14:paraId="0E5DDA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119</w:t>
            </w:r>
          </w:p>
        </w:tc>
      </w:tr>
      <w:tr w:rsidR="005816E5" w:rsidRPr="00EB75F0" w14:paraId="0E3B99B0" w14:textId="77777777" w:rsidTr="00C32B29">
        <w:trPr>
          <w:trHeight w:val="288"/>
        </w:trPr>
        <w:tc>
          <w:tcPr>
            <w:tcW w:w="2409" w:type="dxa"/>
            <w:vAlign w:val="bottom"/>
          </w:tcPr>
          <w:p w14:paraId="29A96B5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Casey 2008</w:t>
            </w:r>
          </w:p>
        </w:tc>
        <w:tc>
          <w:tcPr>
            <w:tcW w:w="2409" w:type="dxa"/>
            <w:vAlign w:val="bottom"/>
          </w:tcPr>
          <w:p w14:paraId="63870B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4EDE3C4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w:t>
            </w:r>
          </w:p>
        </w:tc>
        <w:tc>
          <w:tcPr>
            <w:tcW w:w="2410" w:type="dxa"/>
            <w:vAlign w:val="bottom"/>
          </w:tcPr>
          <w:p w14:paraId="3EBA5AD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120</w:t>
            </w:r>
          </w:p>
        </w:tc>
      </w:tr>
      <w:tr w:rsidR="005816E5" w:rsidRPr="00EB75F0" w14:paraId="0DC6ACD1" w14:textId="77777777" w:rsidTr="00C32B29">
        <w:trPr>
          <w:trHeight w:val="288"/>
        </w:trPr>
        <w:tc>
          <w:tcPr>
            <w:tcW w:w="2409" w:type="dxa"/>
            <w:vAlign w:val="bottom"/>
          </w:tcPr>
          <w:p w14:paraId="1F83B5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Chan 2007</w:t>
            </w:r>
          </w:p>
        </w:tc>
        <w:tc>
          <w:tcPr>
            <w:tcW w:w="2409" w:type="dxa"/>
            <w:vAlign w:val="bottom"/>
          </w:tcPr>
          <w:p w14:paraId="1AD7C58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62C26CF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w:t>
            </w:r>
          </w:p>
        </w:tc>
        <w:tc>
          <w:tcPr>
            <w:tcW w:w="2410" w:type="dxa"/>
            <w:vAlign w:val="bottom"/>
          </w:tcPr>
          <w:p w14:paraId="57DB292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49</w:t>
            </w:r>
          </w:p>
        </w:tc>
      </w:tr>
      <w:tr w:rsidR="005816E5" w:rsidRPr="00EB75F0" w14:paraId="66B547A1" w14:textId="77777777" w:rsidTr="00C32B29">
        <w:trPr>
          <w:trHeight w:val="288"/>
        </w:trPr>
        <w:tc>
          <w:tcPr>
            <w:tcW w:w="2409" w:type="dxa"/>
            <w:vAlign w:val="bottom"/>
          </w:tcPr>
          <w:p w14:paraId="19E073C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Chan 2007</w:t>
            </w:r>
          </w:p>
        </w:tc>
        <w:tc>
          <w:tcPr>
            <w:tcW w:w="2409" w:type="dxa"/>
            <w:vAlign w:val="bottom"/>
          </w:tcPr>
          <w:p w14:paraId="52C5F5A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0F6CE9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w:t>
            </w:r>
          </w:p>
        </w:tc>
        <w:tc>
          <w:tcPr>
            <w:tcW w:w="2410" w:type="dxa"/>
            <w:vAlign w:val="bottom"/>
          </w:tcPr>
          <w:p w14:paraId="604C35B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34</w:t>
            </w:r>
          </w:p>
        </w:tc>
      </w:tr>
      <w:tr w:rsidR="005816E5" w:rsidRPr="00EB75F0" w14:paraId="2AFC4D72" w14:textId="77777777" w:rsidTr="00C32B29">
        <w:trPr>
          <w:trHeight w:val="288"/>
        </w:trPr>
        <w:tc>
          <w:tcPr>
            <w:tcW w:w="2409" w:type="dxa"/>
            <w:vAlign w:val="bottom"/>
          </w:tcPr>
          <w:p w14:paraId="5389D46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2015</w:t>
            </w:r>
          </w:p>
        </w:tc>
        <w:tc>
          <w:tcPr>
            <w:tcW w:w="2409" w:type="dxa"/>
            <w:vAlign w:val="bottom"/>
          </w:tcPr>
          <w:p w14:paraId="69A5BF31"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16A4A3D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32</w:t>
            </w:r>
          </w:p>
        </w:tc>
        <w:tc>
          <w:tcPr>
            <w:tcW w:w="2410" w:type="dxa"/>
            <w:vAlign w:val="bottom"/>
          </w:tcPr>
          <w:p w14:paraId="452EAEF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362</w:t>
            </w:r>
          </w:p>
        </w:tc>
      </w:tr>
      <w:tr w:rsidR="005816E5" w:rsidRPr="00EB75F0" w14:paraId="1ABD1A40" w14:textId="77777777" w:rsidTr="00C32B29">
        <w:trPr>
          <w:trHeight w:val="288"/>
        </w:trPr>
        <w:tc>
          <w:tcPr>
            <w:tcW w:w="2409" w:type="dxa"/>
            <w:vAlign w:val="bottom"/>
          </w:tcPr>
          <w:p w14:paraId="2C33DBF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2015</w:t>
            </w:r>
          </w:p>
        </w:tc>
        <w:tc>
          <w:tcPr>
            <w:tcW w:w="2409" w:type="dxa"/>
            <w:vAlign w:val="bottom"/>
          </w:tcPr>
          <w:p w14:paraId="5C8A6C7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45710ED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32</w:t>
            </w:r>
          </w:p>
        </w:tc>
        <w:tc>
          <w:tcPr>
            <w:tcW w:w="2410" w:type="dxa"/>
            <w:vAlign w:val="bottom"/>
          </w:tcPr>
          <w:p w14:paraId="1D532B9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184</w:t>
            </w:r>
          </w:p>
        </w:tc>
      </w:tr>
      <w:tr w:rsidR="005816E5" w:rsidRPr="00EB75F0" w14:paraId="41195686" w14:textId="77777777" w:rsidTr="00C32B29">
        <w:trPr>
          <w:trHeight w:val="288"/>
        </w:trPr>
        <w:tc>
          <w:tcPr>
            <w:tcW w:w="2409" w:type="dxa"/>
            <w:vAlign w:val="bottom"/>
          </w:tcPr>
          <w:p w14:paraId="63A4D88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2409" w:type="dxa"/>
            <w:vAlign w:val="bottom"/>
          </w:tcPr>
          <w:p w14:paraId="46136D4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7253825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w:t>
            </w:r>
          </w:p>
        </w:tc>
        <w:tc>
          <w:tcPr>
            <w:tcW w:w="2410" w:type="dxa"/>
            <w:vAlign w:val="bottom"/>
          </w:tcPr>
          <w:p w14:paraId="08BC767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50</w:t>
            </w:r>
          </w:p>
        </w:tc>
      </w:tr>
      <w:tr w:rsidR="005816E5" w:rsidRPr="00EB75F0" w14:paraId="770A82C7" w14:textId="77777777" w:rsidTr="00C32B29">
        <w:trPr>
          <w:trHeight w:val="288"/>
        </w:trPr>
        <w:tc>
          <w:tcPr>
            <w:tcW w:w="2409" w:type="dxa"/>
            <w:vAlign w:val="bottom"/>
          </w:tcPr>
          <w:p w14:paraId="04191B5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2409" w:type="dxa"/>
            <w:vAlign w:val="bottom"/>
          </w:tcPr>
          <w:p w14:paraId="523B799A"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4EB4F95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w:t>
            </w:r>
          </w:p>
        </w:tc>
        <w:tc>
          <w:tcPr>
            <w:tcW w:w="2410" w:type="dxa"/>
            <w:vAlign w:val="bottom"/>
          </w:tcPr>
          <w:p w14:paraId="0FCE43C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90</w:t>
            </w:r>
          </w:p>
        </w:tc>
      </w:tr>
      <w:tr w:rsidR="005816E5" w:rsidRPr="00EB75F0" w14:paraId="7AFD70F3" w14:textId="77777777" w:rsidTr="00C32B29">
        <w:trPr>
          <w:trHeight w:val="288"/>
        </w:trPr>
        <w:tc>
          <w:tcPr>
            <w:tcW w:w="2409" w:type="dxa"/>
            <w:vAlign w:val="bottom"/>
          </w:tcPr>
          <w:p w14:paraId="6947FE8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2016 (NCT00905307)</w:t>
            </w:r>
          </w:p>
        </w:tc>
        <w:tc>
          <w:tcPr>
            <w:tcW w:w="2409" w:type="dxa"/>
            <w:vAlign w:val="bottom"/>
          </w:tcPr>
          <w:p w14:paraId="09FD8DF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F3B0FC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w:t>
            </w:r>
          </w:p>
        </w:tc>
        <w:tc>
          <w:tcPr>
            <w:tcW w:w="2410" w:type="dxa"/>
            <w:vAlign w:val="bottom"/>
          </w:tcPr>
          <w:p w14:paraId="77D9D64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r>
      <w:tr w:rsidR="005816E5" w:rsidRPr="00EB75F0" w14:paraId="28A52B00" w14:textId="77777777" w:rsidTr="00C32B29">
        <w:trPr>
          <w:trHeight w:val="288"/>
        </w:trPr>
        <w:tc>
          <w:tcPr>
            <w:tcW w:w="2409" w:type="dxa"/>
            <w:vAlign w:val="bottom"/>
          </w:tcPr>
          <w:p w14:paraId="67E3057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2020</w:t>
            </w:r>
          </w:p>
        </w:tc>
        <w:tc>
          <w:tcPr>
            <w:tcW w:w="2409" w:type="dxa"/>
            <w:vAlign w:val="bottom"/>
          </w:tcPr>
          <w:p w14:paraId="0B56D6A5"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Lumateperone</w:t>
            </w:r>
            <w:proofErr w:type="spellEnd"/>
          </w:p>
        </w:tc>
        <w:tc>
          <w:tcPr>
            <w:tcW w:w="2410" w:type="dxa"/>
            <w:vAlign w:val="bottom"/>
          </w:tcPr>
          <w:p w14:paraId="1D7534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w:t>
            </w:r>
          </w:p>
        </w:tc>
        <w:tc>
          <w:tcPr>
            <w:tcW w:w="2410" w:type="dxa"/>
            <w:vAlign w:val="bottom"/>
          </w:tcPr>
          <w:p w14:paraId="347C891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r>
      <w:tr w:rsidR="005816E5" w:rsidRPr="00EB75F0" w14:paraId="02398B6C" w14:textId="77777777" w:rsidTr="00C32B29">
        <w:trPr>
          <w:trHeight w:val="288"/>
        </w:trPr>
        <w:tc>
          <w:tcPr>
            <w:tcW w:w="2409" w:type="dxa"/>
            <w:vAlign w:val="bottom"/>
          </w:tcPr>
          <w:p w14:paraId="636F767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Correll 2020</w:t>
            </w:r>
          </w:p>
        </w:tc>
        <w:tc>
          <w:tcPr>
            <w:tcW w:w="2409" w:type="dxa"/>
            <w:vAlign w:val="bottom"/>
          </w:tcPr>
          <w:p w14:paraId="461FA5E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472CEC2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w:t>
            </w:r>
          </w:p>
        </w:tc>
        <w:tc>
          <w:tcPr>
            <w:tcW w:w="2410" w:type="dxa"/>
            <w:vAlign w:val="bottom"/>
          </w:tcPr>
          <w:p w14:paraId="216D895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r>
      <w:tr w:rsidR="005816E5" w:rsidRPr="00EB75F0" w14:paraId="5FC06AE0" w14:textId="77777777" w:rsidTr="00C32B29">
        <w:trPr>
          <w:trHeight w:val="288"/>
        </w:trPr>
        <w:tc>
          <w:tcPr>
            <w:tcW w:w="2409" w:type="dxa"/>
            <w:vAlign w:val="bottom"/>
          </w:tcPr>
          <w:p w14:paraId="74A65B0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Corrigan 2004</w:t>
            </w:r>
          </w:p>
        </w:tc>
        <w:tc>
          <w:tcPr>
            <w:tcW w:w="2409" w:type="dxa"/>
            <w:vAlign w:val="bottom"/>
          </w:tcPr>
          <w:p w14:paraId="2CFF804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60E9E98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w:t>
            </w:r>
          </w:p>
        </w:tc>
        <w:tc>
          <w:tcPr>
            <w:tcW w:w="2410" w:type="dxa"/>
            <w:vAlign w:val="bottom"/>
          </w:tcPr>
          <w:p w14:paraId="08AFEA6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93</w:t>
            </w:r>
          </w:p>
        </w:tc>
      </w:tr>
      <w:tr w:rsidR="005816E5" w:rsidRPr="00EB75F0" w14:paraId="695ACDAA" w14:textId="77777777" w:rsidTr="00C32B29">
        <w:trPr>
          <w:trHeight w:val="288"/>
        </w:trPr>
        <w:tc>
          <w:tcPr>
            <w:tcW w:w="2409" w:type="dxa"/>
            <w:vAlign w:val="bottom"/>
          </w:tcPr>
          <w:p w14:paraId="73D0FE1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Corrigan 2004</w:t>
            </w:r>
          </w:p>
        </w:tc>
        <w:tc>
          <w:tcPr>
            <w:tcW w:w="2409" w:type="dxa"/>
            <w:vAlign w:val="bottom"/>
          </w:tcPr>
          <w:p w14:paraId="33AFEB8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EEC79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w:t>
            </w:r>
          </w:p>
        </w:tc>
        <w:tc>
          <w:tcPr>
            <w:tcW w:w="2410" w:type="dxa"/>
            <w:vAlign w:val="bottom"/>
          </w:tcPr>
          <w:p w14:paraId="50FF332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87</w:t>
            </w:r>
          </w:p>
        </w:tc>
      </w:tr>
      <w:tr w:rsidR="005816E5" w:rsidRPr="00EB75F0" w14:paraId="01A2BA3D" w14:textId="77777777" w:rsidTr="00C32B29">
        <w:trPr>
          <w:trHeight w:val="288"/>
        </w:trPr>
        <w:tc>
          <w:tcPr>
            <w:tcW w:w="2409" w:type="dxa"/>
            <w:vAlign w:val="bottom"/>
          </w:tcPr>
          <w:p w14:paraId="5B90D2D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Cutler 2006</w:t>
            </w:r>
          </w:p>
        </w:tc>
        <w:tc>
          <w:tcPr>
            <w:tcW w:w="2409" w:type="dxa"/>
            <w:vAlign w:val="bottom"/>
          </w:tcPr>
          <w:p w14:paraId="5DF4708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058D7A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w:t>
            </w:r>
          </w:p>
        </w:tc>
        <w:tc>
          <w:tcPr>
            <w:tcW w:w="2410" w:type="dxa"/>
            <w:vAlign w:val="bottom"/>
          </w:tcPr>
          <w:p w14:paraId="1FB1C36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94</w:t>
            </w:r>
          </w:p>
        </w:tc>
      </w:tr>
      <w:tr w:rsidR="005816E5" w:rsidRPr="00EB75F0" w14:paraId="33F8A81D" w14:textId="77777777" w:rsidTr="00C32B29">
        <w:trPr>
          <w:trHeight w:val="288"/>
        </w:trPr>
        <w:tc>
          <w:tcPr>
            <w:tcW w:w="2409" w:type="dxa"/>
            <w:vAlign w:val="bottom"/>
          </w:tcPr>
          <w:p w14:paraId="5ACF6BE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Cutler 2006</w:t>
            </w:r>
          </w:p>
        </w:tc>
        <w:tc>
          <w:tcPr>
            <w:tcW w:w="2409" w:type="dxa"/>
            <w:vAlign w:val="bottom"/>
          </w:tcPr>
          <w:p w14:paraId="626AA00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2F89490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w:t>
            </w:r>
          </w:p>
        </w:tc>
        <w:tc>
          <w:tcPr>
            <w:tcW w:w="2410" w:type="dxa"/>
            <w:vAlign w:val="bottom"/>
          </w:tcPr>
          <w:p w14:paraId="40C3D61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88</w:t>
            </w:r>
          </w:p>
        </w:tc>
      </w:tr>
      <w:tr w:rsidR="005816E5" w:rsidRPr="00EB75F0" w14:paraId="4B7F00C3" w14:textId="77777777" w:rsidTr="00C32B29">
        <w:trPr>
          <w:trHeight w:val="288"/>
        </w:trPr>
        <w:tc>
          <w:tcPr>
            <w:tcW w:w="2409" w:type="dxa"/>
            <w:vAlign w:val="bottom"/>
          </w:tcPr>
          <w:p w14:paraId="65563B1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Davidson 2007</w:t>
            </w:r>
          </w:p>
        </w:tc>
        <w:tc>
          <w:tcPr>
            <w:tcW w:w="2409" w:type="dxa"/>
            <w:vAlign w:val="bottom"/>
          </w:tcPr>
          <w:p w14:paraId="3827054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4C01652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w:t>
            </w:r>
          </w:p>
        </w:tc>
        <w:tc>
          <w:tcPr>
            <w:tcW w:w="2410" w:type="dxa"/>
            <w:vAlign w:val="bottom"/>
          </w:tcPr>
          <w:p w14:paraId="6C92818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128</w:t>
            </w:r>
          </w:p>
        </w:tc>
      </w:tr>
      <w:tr w:rsidR="005816E5" w:rsidRPr="00EB75F0" w14:paraId="7338A9AC" w14:textId="77777777" w:rsidTr="00C32B29">
        <w:trPr>
          <w:trHeight w:val="288"/>
        </w:trPr>
        <w:tc>
          <w:tcPr>
            <w:tcW w:w="2409" w:type="dxa"/>
            <w:vAlign w:val="bottom"/>
          </w:tcPr>
          <w:p w14:paraId="624D1D0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Davidson 2007</w:t>
            </w:r>
          </w:p>
        </w:tc>
        <w:tc>
          <w:tcPr>
            <w:tcW w:w="2409" w:type="dxa"/>
            <w:vAlign w:val="bottom"/>
          </w:tcPr>
          <w:p w14:paraId="435F1D0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32E9C26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w:t>
            </w:r>
          </w:p>
        </w:tc>
        <w:tc>
          <w:tcPr>
            <w:tcW w:w="2410" w:type="dxa"/>
            <w:vAlign w:val="bottom"/>
          </w:tcPr>
          <w:p w14:paraId="4CD3C4F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123</w:t>
            </w:r>
          </w:p>
        </w:tc>
      </w:tr>
      <w:tr w:rsidR="005816E5" w:rsidRPr="00EB75F0" w14:paraId="534DFD3E" w14:textId="77777777" w:rsidTr="00C32B29">
        <w:trPr>
          <w:trHeight w:val="288"/>
        </w:trPr>
        <w:tc>
          <w:tcPr>
            <w:tcW w:w="2409" w:type="dxa"/>
            <w:vAlign w:val="bottom"/>
          </w:tcPr>
          <w:p w14:paraId="5FD2192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Downing 2014</w:t>
            </w:r>
          </w:p>
        </w:tc>
        <w:tc>
          <w:tcPr>
            <w:tcW w:w="2409" w:type="dxa"/>
            <w:vAlign w:val="bottom"/>
          </w:tcPr>
          <w:p w14:paraId="1A1CD08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E799F1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33</w:t>
            </w:r>
          </w:p>
        </w:tc>
        <w:tc>
          <w:tcPr>
            <w:tcW w:w="2410" w:type="dxa"/>
            <w:vAlign w:val="bottom"/>
          </w:tcPr>
          <w:p w14:paraId="7AD833F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295</w:t>
            </w:r>
          </w:p>
        </w:tc>
      </w:tr>
      <w:tr w:rsidR="005816E5" w:rsidRPr="00EB75F0" w14:paraId="59BB93D6" w14:textId="77777777" w:rsidTr="00C32B29">
        <w:trPr>
          <w:trHeight w:val="288"/>
        </w:trPr>
        <w:tc>
          <w:tcPr>
            <w:tcW w:w="2409" w:type="dxa"/>
            <w:vAlign w:val="bottom"/>
          </w:tcPr>
          <w:p w14:paraId="71F9190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Downing 2014</w:t>
            </w:r>
          </w:p>
        </w:tc>
        <w:tc>
          <w:tcPr>
            <w:tcW w:w="2409" w:type="dxa"/>
            <w:vAlign w:val="bottom"/>
          </w:tcPr>
          <w:p w14:paraId="7C42E6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2D893A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w:t>
            </w:r>
          </w:p>
        </w:tc>
        <w:tc>
          <w:tcPr>
            <w:tcW w:w="2410" w:type="dxa"/>
            <w:vAlign w:val="bottom"/>
          </w:tcPr>
          <w:p w14:paraId="04A8C5D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142</w:t>
            </w:r>
          </w:p>
        </w:tc>
      </w:tr>
      <w:tr w:rsidR="005816E5" w:rsidRPr="00EB75F0" w14:paraId="6D8CC766" w14:textId="77777777" w:rsidTr="00C32B29">
        <w:trPr>
          <w:trHeight w:val="288"/>
        </w:trPr>
        <w:tc>
          <w:tcPr>
            <w:tcW w:w="2409" w:type="dxa"/>
            <w:vAlign w:val="bottom"/>
          </w:tcPr>
          <w:p w14:paraId="0C236F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2409" w:type="dxa"/>
            <w:vAlign w:val="bottom"/>
          </w:tcPr>
          <w:p w14:paraId="4684FD5D"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2410" w:type="dxa"/>
            <w:vAlign w:val="bottom"/>
          </w:tcPr>
          <w:p w14:paraId="76F8B63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34</w:t>
            </w:r>
          </w:p>
        </w:tc>
        <w:tc>
          <w:tcPr>
            <w:tcW w:w="2410" w:type="dxa"/>
            <w:vAlign w:val="bottom"/>
          </w:tcPr>
          <w:p w14:paraId="3E736F9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438</w:t>
            </w:r>
          </w:p>
        </w:tc>
      </w:tr>
      <w:tr w:rsidR="005816E5" w:rsidRPr="00EB75F0" w14:paraId="75CBC70E" w14:textId="77777777" w:rsidTr="00C32B29">
        <w:trPr>
          <w:trHeight w:val="288"/>
        </w:trPr>
        <w:tc>
          <w:tcPr>
            <w:tcW w:w="2409" w:type="dxa"/>
            <w:vAlign w:val="bottom"/>
          </w:tcPr>
          <w:p w14:paraId="4CCA823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2409" w:type="dxa"/>
            <w:vAlign w:val="bottom"/>
          </w:tcPr>
          <w:p w14:paraId="0FF1B8F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4751BEC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22</w:t>
            </w:r>
          </w:p>
        </w:tc>
        <w:tc>
          <w:tcPr>
            <w:tcW w:w="2410" w:type="dxa"/>
            <w:vAlign w:val="bottom"/>
          </w:tcPr>
          <w:p w14:paraId="261103C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151</w:t>
            </w:r>
          </w:p>
        </w:tc>
      </w:tr>
      <w:tr w:rsidR="005816E5" w:rsidRPr="00EB75F0" w14:paraId="29808621" w14:textId="77777777" w:rsidTr="00C32B29">
        <w:trPr>
          <w:trHeight w:val="288"/>
        </w:trPr>
        <w:tc>
          <w:tcPr>
            <w:tcW w:w="2409" w:type="dxa"/>
            <w:vAlign w:val="bottom"/>
          </w:tcPr>
          <w:p w14:paraId="25A0606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2014</w:t>
            </w:r>
          </w:p>
        </w:tc>
        <w:tc>
          <w:tcPr>
            <w:tcW w:w="2409" w:type="dxa"/>
            <w:vAlign w:val="bottom"/>
          </w:tcPr>
          <w:p w14:paraId="149EC35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29B94A8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w:t>
            </w:r>
          </w:p>
        </w:tc>
        <w:tc>
          <w:tcPr>
            <w:tcW w:w="2410" w:type="dxa"/>
            <w:vAlign w:val="bottom"/>
          </w:tcPr>
          <w:p w14:paraId="446D206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140</w:t>
            </w:r>
          </w:p>
        </w:tc>
      </w:tr>
      <w:tr w:rsidR="005816E5" w:rsidRPr="00EB75F0" w14:paraId="196099E3" w14:textId="77777777" w:rsidTr="00C32B29">
        <w:trPr>
          <w:trHeight w:val="288"/>
        </w:trPr>
        <w:tc>
          <w:tcPr>
            <w:tcW w:w="2409" w:type="dxa"/>
            <w:vAlign w:val="bottom"/>
          </w:tcPr>
          <w:p w14:paraId="42A665B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2409" w:type="dxa"/>
            <w:vAlign w:val="bottom"/>
          </w:tcPr>
          <w:p w14:paraId="049A2E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29F0DDA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w:t>
            </w:r>
          </w:p>
        </w:tc>
        <w:tc>
          <w:tcPr>
            <w:tcW w:w="2410" w:type="dxa"/>
            <w:vAlign w:val="bottom"/>
          </w:tcPr>
          <w:p w14:paraId="1873466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152</w:t>
            </w:r>
          </w:p>
        </w:tc>
      </w:tr>
      <w:tr w:rsidR="005816E5" w:rsidRPr="00EB75F0" w14:paraId="56BFA1DB" w14:textId="77777777" w:rsidTr="00C32B29">
        <w:trPr>
          <w:trHeight w:val="288"/>
        </w:trPr>
        <w:tc>
          <w:tcPr>
            <w:tcW w:w="2409" w:type="dxa"/>
            <w:vAlign w:val="bottom"/>
          </w:tcPr>
          <w:p w14:paraId="29FC635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2409" w:type="dxa"/>
            <w:vAlign w:val="bottom"/>
          </w:tcPr>
          <w:p w14:paraId="527C048E"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2410" w:type="dxa"/>
            <w:vAlign w:val="bottom"/>
          </w:tcPr>
          <w:p w14:paraId="7AC7906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35</w:t>
            </w:r>
          </w:p>
        </w:tc>
        <w:tc>
          <w:tcPr>
            <w:tcW w:w="2410" w:type="dxa"/>
            <w:vAlign w:val="bottom"/>
          </w:tcPr>
          <w:p w14:paraId="54FBB0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312</w:t>
            </w:r>
          </w:p>
        </w:tc>
      </w:tr>
      <w:tr w:rsidR="005816E5" w:rsidRPr="00EB75F0" w14:paraId="52381368" w14:textId="77777777" w:rsidTr="00C32B29">
        <w:trPr>
          <w:trHeight w:val="288"/>
        </w:trPr>
        <w:tc>
          <w:tcPr>
            <w:tcW w:w="2409" w:type="dxa"/>
            <w:vAlign w:val="bottom"/>
          </w:tcPr>
          <w:p w14:paraId="10B1310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2015</w:t>
            </w:r>
          </w:p>
        </w:tc>
        <w:tc>
          <w:tcPr>
            <w:tcW w:w="2409" w:type="dxa"/>
            <w:vAlign w:val="bottom"/>
          </w:tcPr>
          <w:p w14:paraId="78B233D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677C246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w:t>
            </w:r>
          </w:p>
        </w:tc>
        <w:tc>
          <w:tcPr>
            <w:tcW w:w="2410" w:type="dxa"/>
            <w:vAlign w:val="bottom"/>
          </w:tcPr>
          <w:p w14:paraId="208CBCE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153</w:t>
            </w:r>
          </w:p>
        </w:tc>
      </w:tr>
      <w:tr w:rsidR="005816E5" w:rsidRPr="00EB75F0" w14:paraId="5F3A7927" w14:textId="77777777" w:rsidTr="00C32B29">
        <w:trPr>
          <w:trHeight w:val="288"/>
        </w:trPr>
        <w:tc>
          <w:tcPr>
            <w:tcW w:w="2409" w:type="dxa"/>
            <w:vAlign w:val="bottom"/>
          </w:tcPr>
          <w:p w14:paraId="4C4D51A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2016</w:t>
            </w:r>
          </w:p>
        </w:tc>
        <w:tc>
          <w:tcPr>
            <w:tcW w:w="2409" w:type="dxa"/>
            <w:vAlign w:val="bottom"/>
          </w:tcPr>
          <w:p w14:paraId="4D432BF8"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2410" w:type="dxa"/>
            <w:vAlign w:val="bottom"/>
          </w:tcPr>
          <w:p w14:paraId="24FAA5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w:t>
            </w:r>
          </w:p>
        </w:tc>
        <w:tc>
          <w:tcPr>
            <w:tcW w:w="2410" w:type="dxa"/>
            <w:vAlign w:val="bottom"/>
          </w:tcPr>
          <w:p w14:paraId="3EBC775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127</w:t>
            </w:r>
          </w:p>
        </w:tc>
      </w:tr>
      <w:tr w:rsidR="005816E5" w:rsidRPr="00EB75F0" w14:paraId="33C010AE" w14:textId="77777777" w:rsidTr="00C32B29">
        <w:trPr>
          <w:trHeight w:val="288"/>
        </w:trPr>
        <w:tc>
          <w:tcPr>
            <w:tcW w:w="2409" w:type="dxa"/>
            <w:vAlign w:val="bottom"/>
          </w:tcPr>
          <w:p w14:paraId="6146AA6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Durgam 2016</w:t>
            </w:r>
          </w:p>
        </w:tc>
        <w:tc>
          <w:tcPr>
            <w:tcW w:w="2409" w:type="dxa"/>
            <w:vAlign w:val="bottom"/>
          </w:tcPr>
          <w:p w14:paraId="6F03239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6678C48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19</w:t>
            </w:r>
          </w:p>
        </w:tc>
        <w:tc>
          <w:tcPr>
            <w:tcW w:w="2410" w:type="dxa"/>
            <w:vAlign w:val="bottom"/>
          </w:tcPr>
          <w:p w14:paraId="421827E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129</w:t>
            </w:r>
          </w:p>
        </w:tc>
      </w:tr>
      <w:tr w:rsidR="005816E5" w:rsidRPr="00EB75F0" w14:paraId="4529825B" w14:textId="77777777" w:rsidTr="00C32B29">
        <w:trPr>
          <w:trHeight w:val="288"/>
        </w:trPr>
        <w:tc>
          <w:tcPr>
            <w:tcW w:w="2409" w:type="dxa"/>
            <w:vAlign w:val="bottom"/>
          </w:tcPr>
          <w:p w14:paraId="6A4CA06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EMERGENT-1</w:t>
            </w:r>
          </w:p>
        </w:tc>
        <w:tc>
          <w:tcPr>
            <w:tcW w:w="2409" w:type="dxa"/>
            <w:vAlign w:val="bottom"/>
          </w:tcPr>
          <w:p w14:paraId="18B35ECD"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2410" w:type="dxa"/>
            <w:vAlign w:val="bottom"/>
          </w:tcPr>
          <w:p w14:paraId="344892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w:t>
            </w:r>
          </w:p>
        </w:tc>
        <w:tc>
          <w:tcPr>
            <w:tcW w:w="2410" w:type="dxa"/>
            <w:vAlign w:val="bottom"/>
          </w:tcPr>
          <w:p w14:paraId="5F36676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89</w:t>
            </w:r>
          </w:p>
        </w:tc>
      </w:tr>
      <w:tr w:rsidR="005816E5" w:rsidRPr="00EB75F0" w14:paraId="722A3E6A" w14:textId="77777777" w:rsidTr="00C32B29">
        <w:trPr>
          <w:trHeight w:val="288"/>
        </w:trPr>
        <w:tc>
          <w:tcPr>
            <w:tcW w:w="2409" w:type="dxa"/>
            <w:vAlign w:val="bottom"/>
          </w:tcPr>
          <w:p w14:paraId="647AAFC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EMERGENT-1</w:t>
            </w:r>
          </w:p>
        </w:tc>
        <w:tc>
          <w:tcPr>
            <w:tcW w:w="2409" w:type="dxa"/>
            <w:vAlign w:val="bottom"/>
          </w:tcPr>
          <w:p w14:paraId="51B6538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AAEA9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w:t>
            </w:r>
          </w:p>
        </w:tc>
        <w:tc>
          <w:tcPr>
            <w:tcW w:w="2410" w:type="dxa"/>
            <w:vAlign w:val="bottom"/>
          </w:tcPr>
          <w:p w14:paraId="79B6BAD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90</w:t>
            </w:r>
          </w:p>
        </w:tc>
      </w:tr>
      <w:tr w:rsidR="005816E5" w:rsidRPr="00EB75F0" w14:paraId="0DBFA206" w14:textId="77777777" w:rsidTr="00C32B29">
        <w:trPr>
          <w:trHeight w:val="288"/>
        </w:trPr>
        <w:tc>
          <w:tcPr>
            <w:tcW w:w="2409" w:type="dxa"/>
            <w:vAlign w:val="bottom"/>
          </w:tcPr>
          <w:p w14:paraId="59A95BD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EMERGENT-2</w:t>
            </w:r>
          </w:p>
        </w:tc>
        <w:tc>
          <w:tcPr>
            <w:tcW w:w="2409" w:type="dxa"/>
            <w:vAlign w:val="bottom"/>
          </w:tcPr>
          <w:p w14:paraId="5134761B"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2410" w:type="dxa"/>
            <w:vAlign w:val="bottom"/>
          </w:tcPr>
          <w:p w14:paraId="64A3DC7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w:t>
            </w:r>
          </w:p>
        </w:tc>
        <w:tc>
          <w:tcPr>
            <w:tcW w:w="2410" w:type="dxa"/>
            <w:vAlign w:val="bottom"/>
          </w:tcPr>
          <w:p w14:paraId="7D4CFE2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126</w:t>
            </w:r>
          </w:p>
        </w:tc>
      </w:tr>
      <w:tr w:rsidR="005816E5" w:rsidRPr="00EB75F0" w14:paraId="1B040993" w14:textId="77777777" w:rsidTr="00C32B29">
        <w:trPr>
          <w:trHeight w:val="288"/>
        </w:trPr>
        <w:tc>
          <w:tcPr>
            <w:tcW w:w="2409" w:type="dxa"/>
            <w:vAlign w:val="bottom"/>
          </w:tcPr>
          <w:p w14:paraId="0BB770F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EMERGENT-2</w:t>
            </w:r>
          </w:p>
        </w:tc>
        <w:tc>
          <w:tcPr>
            <w:tcW w:w="2409" w:type="dxa"/>
            <w:vAlign w:val="bottom"/>
          </w:tcPr>
          <w:p w14:paraId="17754A5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9B27FB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w:t>
            </w:r>
          </w:p>
        </w:tc>
        <w:tc>
          <w:tcPr>
            <w:tcW w:w="2410" w:type="dxa"/>
            <w:vAlign w:val="bottom"/>
          </w:tcPr>
          <w:p w14:paraId="1FDA769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125</w:t>
            </w:r>
          </w:p>
        </w:tc>
      </w:tr>
      <w:tr w:rsidR="005816E5" w:rsidRPr="00EB75F0" w14:paraId="66ACCC97" w14:textId="77777777" w:rsidTr="00C32B29">
        <w:trPr>
          <w:trHeight w:val="288"/>
        </w:trPr>
        <w:tc>
          <w:tcPr>
            <w:tcW w:w="2409" w:type="dxa"/>
            <w:vAlign w:val="bottom"/>
          </w:tcPr>
          <w:p w14:paraId="04EFFEE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EMERGENT-3</w:t>
            </w:r>
          </w:p>
        </w:tc>
        <w:tc>
          <w:tcPr>
            <w:tcW w:w="2409" w:type="dxa"/>
            <w:vAlign w:val="bottom"/>
          </w:tcPr>
          <w:p w14:paraId="0612CE18"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KarXT</w:t>
            </w:r>
            <w:proofErr w:type="spellEnd"/>
          </w:p>
        </w:tc>
        <w:tc>
          <w:tcPr>
            <w:tcW w:w="2410" w:type="dxa"/>
            <w:vAlign w:val="bottom"/>
          </w:tcPr>
          <w:p w14:paraId="1A7930F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w:t>
            </w:r>
          </w:p>
        </w:tc>
        <w:tc>
          <w:tcPr>
            <w:tcW w:w="2410" w:type="dxa"/>
            <w:vAlign w:val="bottom"/>
          </w:tcPr>
          <w:p w14:paraId="3657F05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125</w:t>
            </w:r>
          </w:p>
        </w:tc>
      </w:tr>
      <w:tr w:rsidR="005816E5" w:rsidRPr="00EB75F0" w14:paraId="457D7B82" w14:textId="77777777" w:rsidTr="00C32B29">
        <w:trPr>
          <w:trHeight w:val="288"/>
        </w:trPr>
        <w:tc>
          <w:tcPr>
            <w:tcW w:w="2409" w:type="dxa"/>
            <w:vAlign w:val="bottom"/>
          </w:tcPr>
          <w:p w14:paraId="0E31AE8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EMERGENT-3</w:t>
            </w:r>
          </w:p>
        </w:tc>
        <w:tc>
          <w:tcPr>
            <w:tcW w:w="2409" w:type="dxa"/>
            <w:vAlign w:val="bottom"/>
          </w:tcPr>
          <w:p w14:paraId="2301133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B4AD1D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w:t>
            </w:r>
          </w:p>
        </w:tc>
        <w:tc>
          <w:tcPr>
            <w:tcW w:w="2410" w:type="dxa"/>
            <w:vAlign w:val="bottom"/>
          </w:tcPr>
          <w:p w14:paraId="0061DD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128</w:t>
            </w:r>
          </w:p>
        </w:tc>
      </w:tr>
      <w:tr w:rsidR="005816E5" w:rsidRPr="00EB75F0" w14:paraId="324BAF68" w14:textId="77777777" w:rsidTr="00C32B29">
        <w:trPr>
          <w:trHeight w:val="288"/>
        </w:trPr>
        <w:tc>
          <w:tcPr>
            <w:tcW w:w="2409" w:type="dxa"/>
            <w:vAlign w:val="bottom"/>
          </w:tcPr>
          <w:p w14:paraId="79F80BC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Egan 2013</w:t>
            </w:r>
          </w:p>
        </w:tc>
        <w:tc>
          <w:tcPr>
            <w:tcW w:w="2409" w:type="dxa"/>
            <w:vAlign w:val="bottom"/>
          </w:tcPr>
          <w:p w14:paraId="3BE8F2E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72BBCD3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w:t>
            </w:r>
          </w:p>
        </w:tc>
        <w:tc>
          <w:tcPr>
            <w:tcW w:w="2410" w:type="dxa"/>
            <w:vAlign w:val="bottom"/>
          </w:tcPr>
          <w:p w14:paraId="29BC27B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47</w:t>
            </w:r>
          </w:p>
        </w:tc>
      </w:tr>
      <w:tr w:rsidR="005816E5" w:rsidRPr="00EB75F0" w14:paraId="7F48B41F" w14:textId="77777777" w:rsidTr="00C32B29">
        <w:trPr>
          <w:trHeight w:val="288"/>
        </w:trPr>
        <w:tc>
          <w:tcPr>
            <w:tcW w:w="2409" w:type="dxa"/>
            <w:vAlign w:val="bottom"/>
          </w:tcPr>
          <w:p w14:paraId="1C94F72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Egan 2013</w:t>
            </w:r>
          </w:p>
        </w:tc>
        <w:tc>
          <w:tcPr>
            <w:tcW w:w="2409" w:type="dxa"/>
            <w:vAlign w:val="bottom"/>
          </w:tcPr>
          <w:p w14:paraId="19DA933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14EB57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w:t>
            </w:r>
          </w:p>
        </w:tc>
        <w:tc>
          <w:tcPr>
            <w:tcW w:w="2410" w:type="dxa"/>
            <w:vAlign w:val="bottom"/>
          </w:tcPr>
          <w:p w14:paraId="739391A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83</w:t>
            </w:r>
          </w:p>
        </w:tc>
      </w:tr>
      <w:tr w:rsidR="005816E5" w:rsidRPr="00EB75F0" w14:paraId="7B7FF9CA" w14:textId="77777777" w:rsidTr="00C32B29">
        <w:trPr>
          <w:trHeight w:val="288"/>
        </w:trPr>
        <w:tc>
          <w:tcPr>
            <w:tcW w:w="2409" w:type="dxa"/>
            <w:vAlign w:val="bottom"/>
          </w:tcPr>
          <w:p w14:paraId="2333097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Heinrich 1994</w:t>
            </w:r>
          </w:p>
        </w:tc>
        <w:tc>
          <w:tcPr>
            <w:tcW w:w="2409" w:type="dxa"/>
            <w:vAlign w:val="bottom"/>
          </w:tcPr>
          <w:p w14:paraId="77FEEBF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Clozapine</w:t>
            </w:r>
          </w:p>
        </w:tc>
        <w:tc>
          <w:tcPr>
            <w:tcW w:w="2410" w:type="dxa"/>
            <w:vAlign w:val="bottom"/>
          </w:tcPr>
          <w:p w14:paraId="09AFB62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w:t>
            </w:r>
          </w:p>
        </w:tc>
        <w:tc>
          <w:tcPr>
            <w:tcW w:w="2410" w:type="dxa"/>
            <w:vAlign w:val="bottom"/>
          </w:tcPr>
          <w:p w14:paraId="34ECCCF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w:t>
            </w:r>
          </w:p>
        </w:tc>
      </w:tr>
      <w:tr w:rsidR="005816E5" w:rsidRPr="00EB75F0" w14:paraId="2C1EBBFC" w14:textId="77777777" w:rsidTr="00C32B29">
        <w:trPr>
          <w:trHeight w:val="288"/>
        </w:trPr>
        <w:tc>
          <w:tcPr>
            <w:tcW w:w="2409" w:type="dxa"/>
            <w:vAlign w:val="bottom"/>
          </w:tcPr>
          <w:p w14:paraId="779EC75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Heinrich 1994</w:t>
            </w:r>
          </w:p>
        </w:tc>
        <w:tc>
          <w:tcPr>
            <w:tcW w:w="2409" w:type="dxa"/>
            <w:vAlign w:val="bottom"/>
          </w:tcPr>
          <w:p w14:paraId="2151884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4FE4FC0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w:t>
            </w:r>
          </w:p>
        </w:tc>
        <w:tc>
          <w:tcPr>
            <w:tcW w:w="2410" w:type="dxa"/>
            <w:vAlign w:val="bottom"/>
          </w:tcPr>
          <w:p w14:paraId="1EA49CC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39</w:t>
            </w:r>
          </w:p>
        </w:tc>
      </w:tr>
      <w:tr w:rsidR="005816E5" w:rsidRPr="00EB75F0" w14:paraId="63BCDB75" w14:textId="77777777" w:rsidTr="00C32B29">
        <w:trPr>
          <w:trHeight w:val="288"/>
        </w:trPr>
        <w:tc>
          <w:tcPr>
            <w:tcW w:w="2409" w:type="dxa"/>
            <w:vAlign w:val="bottom"/>
          </w:tcPr>
          <w:p w14:paraId="321E6F8A"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Ishigooka</w:t>
            </w:r>
            <w:proofErr w:type="spellEnd"/>
            <w:r w:rsidRPr="00EB75F0">
              <w:rPr>
                <w:rFonts w:asciiTheme="majorHAnsi" w:hAnsiTheme="majorHAnsi" w:cstheme="majorHAnsi"/>
                <w:sz w:val="18"/>
                <w:szCs w:val="18"/>
              </w:rPr>
              <w:t xml:space="preserve"> 2018</w:t>
            </w:r>
          </w:p>
        </w:tc>
        <w:tc>
          <w:tcPr>
            <w:tcW w:w="2409" w:type="dxa"/>
            <w:vAlign w:val="bottom"/>
          </w:tcPr>
          <w:p w14:paraId="54A9D56D"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126D9DB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30</w:t>
            </w:r>
          </w:p>
        </w:tc>
        <w:tc>
          <w:tcPr>
            <w:tcW w:w="2410" w:type="dxa"/>
            <w:vAlign w:val="bottom"/>
          </w:tcPr>
          <w:p w14:paraId="1247B37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228</w:t>
            </w:r>
          </w:p>
        </w:tc>
      </w:tr>
      <w:tr w:rsidR="005816E5" w:rsidRPr="00EB75F0" w14:paraId="3A5625FC" w14:textId="77777777" w:rsidTr="00C32B29">
        <w:trPr>
          <w:trHeight w:val="288"/>
        </w:trPr>
        <w:tc>
          <w:tcPr>
            <w:tcW w:w="2409" w:type="dxa"/>
            <w:vAlign w:val="bottom"/>
          </w:tcPr>
          <w:p w14:paraId="5F3C01AD"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Ishigooka</w:t>
            </w:r>
            <w:proofErr w:type="spellEnd"/>
            <w:r w:rsidRPr="00EB75F0">
              <w:rPr>
                <w:rFonts w:asciiTheme="majorHAnsi" w:hAnsiTheme="majorHAnsi" w:cstheme="majorHAnsi"/>
                <w:sz w:val="18"/>
                <w:szCs w:val="18"/>
              </w:rPr>
              <w:t xml:space="preserve"> 2018</w:t>
            </w:r>
          </w:p>
        </w:tc>
        <w:tc>
          <w:tcPr>
            <w:tcW w:w="2409" w:type="dxa"/>
            <w:vAlign w:val="bottom"/>
          </w:tcPr>
          <w:p w14:paraId="1C19327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DB12F2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21</w:t>
            </w:r>
          </w:p>
        </w:tc>
        <w:tc>
          <w:tcPr>
            <w:tcW w:w="2410" w:type="dxa"/>
            <w:vAlign w:val="bottom"/>
          </w:tcPr>
          <w:p w14:paraId="6169FE8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116</w:t>
            </w:r>
          </w:p>
        </w:tc>
      </w:tr>
      <w:tr w:rsidR="005816E5" w:rsidRPr="00EB75F0" w14:paraId="47A94C06" w14:textId="77777777" w:rsidTr="00C32B29">
        <w:trPr>
          <w:trHeight w:val="288"/>
        </w:trPr>
        <w:tc>
          <w:tcPr>
            <w:tcW w:w="2409" w:type="dxa"/>
            <w:vAlign w:val="bottom"/>
          </w:tcPr>
          <w:p w14:paraId="15FBFD1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Kahn 2007</w:t>
            </w:r>
          </w:p>
        </w:tc>
        <w:tc>
          <w:tcPr>
            <w:tcW w:w="2409" w:type="dxa"/>
            <w:vAlign w:val="bottom"/>
          </w:tcPr>
          <w:p w14:paraId="7F28BB8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8AE62D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w:t>
            </w:r>
          </w:p>
        </w:tc>
        <w:tc>
          <w:tcPr>
            <w:tcW w:w="2410" w:type="dxa"/>
            <w:vAlign w:val="bottom"/>
          </w:tcPr>
          <w:p w14:paraId="35137C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118</w:t>
            </w:r>
          </w:p>
        </w:tc>
      </w:tr>
      <w:tr w:rsidR="005816E5" w:rsidRPr="00EB75F0" w14:paraId="21140161" w14:textId="77777777" w:rsidTr="00C32B29">
        <w:trPr>
          <w:trHeight w:val="288"/>
        </w:trPr>
        <w:tc>
          <w:tcPr>
            <w:tcW w:w="2409" w:type="dxa"/>
            <w:vAlign w:val="bottom"/>
          </w:tcPr>
          <w:p w14:paraId="44D66F0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lastRenderedPageBreak/>
              <w:t>Kahn 2007</w:t>
            </w:r>
          </w:p>
        </w:tc>
        <w:tc>
          <w:tcPr>
            <w:tcW w:w="2409" w:type="dxa"/>
            <w:vAlign w:val="bottom"/>
          </w:tcPr>
          <w:p w14:paraId="716F1CA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2410" w:type="dxa"/>
            <w:vAlign w:val="bottom"/>
          </w:tcPr>
          <w:p w14:paraId="4EAA8E0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w:t>
            </w:r>
          </w:p>
        </w:tc>
        <w:tc>
          <w:tcPr>
            <w:tcW w:w="2410" w:type="dxa"/>
            <w:vAlign w:val="bottom"/>
          </w:tcPr>
          <w:p w14:paraId="001783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470</w:t>
            </w:r>
          </w:p>
        </w:tc>
      </w:tr>
      <w:tr w:rsidR="005816E5" w:rsidRPr="00EB75F0" w14:paraId="0DD0C0E1" w14:textId="77777777" w:rsidTr="00C32B29">
        <w:trPr>
          <w:trHeight w:val="288"/>
        </w:trPr>
        <w:tc>
          <w:tcPr>
            <w:tcW w:w="2409" w:type="dxa"/>
            <w:vAlign w:val="bottom"/>
          </w:tcPr>
          <w:p w14:paraId="17859DC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2002</w:t>
            </w:r>
          </w:p>
        </w:tc>
        <w:tc>
          <w:tcPr>
            <w:tcW w:w="2409" w:type="dxa"/>
            <w:vAlign w:val="bottom"/>
          </w:tcPr>
          <w:p w14:paraId="7C0219C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77A4D71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w:t>
            </w:r>
          </w:p>
        </w:tc>
        <w:tc>
          <w:tcPr>
            <w:tcW w:w="2410" w:type="dxa"/>
            <w:vAlign w:val="bottom"/>
          </w:tcPr>
          <w:p w14:paraId="09DD674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204</w:t>
            </w:r>
          </w:p>
        </w:tc>
      </w:tr>
      <w:tr w:rsidR="005816E5" w:rsidRPr="00EB75F0" w14:paraId="469F8EF8" w14:textId="77777777" w:rsidTr="00C32B29">
        <w:trPr>
          <w:trHeight w:val="288"/>
        </w:trPr>
        <w:tc>
          <w:tcPr>
            <w:tcW w:w="2409" w:type="dxa"/>
            <w:vAlign w:val="bottom"/>
          </w:tcPr>
          <w:p w14:paraId="1C842B4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2002</w:t>
            </w:r>
          </w:p>
        </w:tc>
        <w:tc>
          <w:tcPr>
            <w:tcW w:w="2409" w:type="dxa"/>
            <w:vAlign w:val="bottom"/>
          </w:tcPr>
          <w:p w14:paraId="157D8E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CD17FF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w:t>
            </w:r>
          </w:p>
        </w:tc>
        <w:tc>
          <w:tcPr>
            <w:tcW w:w="2410" w:type="dxa"/>
            <w:vAlign w:val="bottom"/>
          </w:tcPr>
          <w:p w14:paraId="5C265BE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106</w:t>
            </w:r>
          </w:p>
        </w:tc>
      </w:tr>
      <w:tr w:rsidR="005816E5" w:rsidRPr="00EB75F0" w14:paraId="1855B6CA" w14:textId="77777777" w:rsidTr="00C32B29">
        <w:trPr>
          <w:trHeight w:val="288"/>
        </w:trPr>
        <w:tc>
          <w:tcPr>
            <w:tcW w:w="2409" w:type="dxa"/>
            <w:vAlign w:val="bottom"/>
          </w:tcPr>
          <w:p w14:paraId="723C9DD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2007</w:t>
            </w:r>
          </w:p>
        </w:tc>
        <w:tc>
          <w:tcPr>
            <w:tcW w:w="2409" w:type="dxa"/>
            <w:vAlign w:val="bottom"/>
          </w:tcPr>
          <w:p w14:paraId="1A7FB0C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2FAD5EF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w:t>
            </w:r>
          </w:p>
        </w:tc>
        <w:tc>
          <w:tcPr>
            <w:tcW w:w="2410" w:type="dxa"/>
            <w:vAlign w:val="bottom"/>
          </w:tcPr>
          <w:p w14:paraId="2921FF8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128</w:t>
            </w:r>
          </w:p>
        </w:tc>
      </w:tr>
      <w:tr w:rsidR="005816E5" w:rsidRPr="00EB75F0" w14:paraId="17654905" w14:textId="77777777" w:rsidTr="00C32B29">
        <w:trPr>
          <w:trHeight w:val="288"/>
        </w:trPr>
        <w:tc>
          <w:tcPr>
            <w:tcW w:w="2409" w:type="dxa"/>
            <w:vAlign w:val="bottom"/>
          </w:tcPr>
          <w:p w14:paraId="2B5232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2007</w:t>
            </w:r>
          </w:p>
        </w:tc>
        <w:tc>
          <w:tcPr>
            <w:tcW w:w="2409" w:type="dxa"/>
            <w:vAlign w:val="bottom"/>
          </w:tcPr>
          <w:p w14:paraId="0B73F75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AE534D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w:t>
            </w:r>
          </w:p>
        </w:tc>
        <w:tc>
          <w:tcPr>
            <w:tcW w:w="2410" w:type="dxa"/>
            <w:vAlign w:val="bottom"/>
          </w:tcPr>
          <w:p w14:paraId="462869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127</w:t>
            </w:r>
          </w:p>
        </w:tc>
      </w:tr>
      <w:tr w:rsidR="005816E5" w:rsidRPr="00EB75F0" w14:paraId="36E14E55" w14:textId="77777777" w:rsidTr="00C32B29">
        <w:trPr>
          <w:trHeight w:val="288"/>
        </w:trPr>
        <w:tc>
          <w:tcPr>
            <w:tcW w:w="2409" w:type="dxa"/>
            <w:vAlign w:val="bottom"/>
          </w:tcPr>
          <w:p w14:paraId="23AF0AA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w:t>
            </w:r>
          </w:p>
        </w:tc>
        <w:tc>
          <w:tcPr>
            <w:tcW w:w="2409" w:type="dxa"/>
            <w:vAlign w:val="bottom"/>
          </w:tcPr>
          <w:p w14:paraId="0D38673D"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2410" w:type="dxa"/>
            <w:vAlign w:val="bottom"/>
          </w:tcPr>
          <w:p w14:paraId="47DD35F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w:t>
            </w:r>
          </w:p>
        </w:tc>
        <w:tc>
          <w:tcPr>
            <w:tcW w:w="2410" w:type="dxa"/>
            <w:vAlign w:val="bottom"/>
          </w:tcPr>
          <w:p w14:paraId="0C6C6EB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151</w:t>
            </w:r>
          </w:p>
        </w:tc>
      </w:tr>
      <w:tr w:rsidR="005816E5" w:rsidRPr="00EB75F0" w14:paraId="425A9D8E" w14:textId="77777777" w:rsidTr="00C32B29">
        <w:trPr>
          <w:trHeight w:val="288"/>
        </w:trPr>
        <w:tc>
          <w:tcPr>
            <w:tcW w:w="2409" w:type="dxa"/>
            <w:vAlign w:val="bottom"/>
          </w:tcPr>
          <w:p w14:paraId="7C86EE8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w:t>
            </w:r>
          </w:p>
        </w:tc>
        <w:tc>
          <w:tcPr>
            <w:tcW w:w="2409" w:type="dxa"/>
            <w:vAlign w:val="bottom"/>
          </w:tcPr>
          <w:p w14:paraId="5F791D6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446A2ED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w:t>
            </w:r>
          </w:p>
        </w:tc>
        <w:tc>
          <w:tcPr>
            <w:tcW w:w="2410" w:type="dxa"/>
            <w:vAlign w:val="bottom"/>
          </w:tcPr>
          <w:p w14:paraId="3894DFC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147</w:t>
            </w:r>
          </w:p>
        </w:tc>
      </w:tr>
      <w:tr w:rsidR="005816E5" w:rsidRPr="00EB75F0" w14:paraId="392FAFC7" w14:textId="77777777" w:rsidTr="00C32B29">
        <w:trPr>
          <w:trHeight w:val="288"/>
        </w:trPr>
        <w:tc>
          <w:tcPr>
            <w:tcW w:w="2409" w:type="dxa"/>
            <w:vAlign w:val="bottom"/>
          </w:tcPr>
          <w:p w14:paraId="295B218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 (BEACON)</w:t>
            </w:r>
          </w:p>
        </w:tc>
        <w:tc>
          <w:tcPr>
            <w:tcW w:w="2409" w:type="dxa"/>
            <w:vAlign w:val="bottom"/>
          </w:tcPr>
          <w:p w14:paraId="282158A9"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22531C7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24</w:t>
            </w:r>
          </w:p>
        </w:tc>
        <w:tc>
          <w:tcPr>
            <w:tcW w:w="2410" w:type="dxa"/>
            <w:vAlign w:val="bottom"/>
          </w:tcPr>
          <w:p w14:paraId="6977EF9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370</w:t>
            </w:r>
          </w:p>
        </w:tc>
      </w:tr>
      <w:tr w:rsidR="005816E5" w:rsidRPr="00EB75F0" w14:paraId="1BA56AFB" w14:textId="77777777" w:rsidTr="00C32B29">
        <w:trPr>
          <w:trHeight w:val="288"/>
        </w:trPr>
        <w:tc>
          <w:tcPr>
            <w:tcW w:w="2409" w:type="dxa"/>
            <w:vAlign w:val="bottom"/>
          </w:tcPr>
          <w:p w14:paraId="75772E0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Kane 2015 (BEACON)</w:t>
            </w:r>
          </w:p>
        </w:tc>
        <w:tc>
          <w:tcPr>
            <w:tcW w:w="2409" w:type="dxa"/>
            <w:vAlign w:val="bottom"/>
          </w:tcPr>
          <w:p w14:paraId="782E6A8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27B8E9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22</w:t>
            </w:r>
          </w:p>
        </w:tc>
        <w:tc>
          <w:tcPr>
            <w:tcW w:w="2410" w:type="dxa"/>
            <w:vAlign w:val="bottom"/>
          </w:tcPr>
          <w:p w14:paraId="7BE858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184</w:t>
            </w:r>
          </w:p>
        </w:tc>
      </w:tr>
      <w:tr w:rsidR="005816E5" w:rsidRPr="00EB75F0" w14:paraId="277E04A0" w14:textId="77777777" w:rsidTr="00C32B29">
        <w:trPr>
          <w:trHeight w:val="288"/>
        </w:trPr>
        <w:tc>
          <w:tcPr>
            <w:tcW w:w="2409" w:type="dxa"/>
            <w:vAlign w:val="bottom"/>
          </w:tcPr>
          <w:p w14:paraId="3405D343"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Kinon</w:t>
            </w:r>
            <w:proofErr w:type="spellEnd"/>
            <w:r w:rsidRPr="00EB75F0">
              <w:rPr>
                <w:rFonts w:asciiTheme="majorHAnsi" w:hAnsiTheme="majorHAnsi" w:cstheme="majorHAnsi"/>
                <w:sz w:val="18"/>
                <w:szCs w:val="18"/>
              </w:rPr>
              <w:t xml:space="preserve"> 2011</w:t>
            </w:r>
          </w:p>
        </w:tc>
        <w:tc>
          <w:tcPr>
            <w:tcW w:w="2409" w:type="dxa"/>
            <w:vAlign w:val="bottom"/>
          </w:tcPr>
          <w:p w14:paraId="5E866E0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663807B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w:t>
            </w:r>
          </w:p>
        </w:tc>
        <w:tc>
          <w:tcPr>
            <w:tcW w:w="2410" w:type="dxa"/>
            <w:vAlign w:val="bottom"/>
          </w:tcPr>
          <w:p w14:paraId="0E8BE2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62</w:t>
            </w:r>
          </w:p>
        </w:tc>
      </w:tr>
      <w:tr w:rsidR="005816E5" w:rsidRPr="00EB75F0" w14:paraId="55EBECFF" w14:textId="77777777" w:rsidTr="00C32B29">
        <w:trPr>
          <w:trHeight w:val="288"/>
        </w:trPr>
        <w:tc>
          <w:tcPr>
            <w:tcW w:w="2409" w:type="dxa"/>
            <w:vAlign w:val="bottom"/>
          </w:tcPr>
          <w:p w14:paraId="28842EB7"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Kinon</w:t>
            </w:r>
            <w:proofErr w:type="spellEnd"/>
            <w:r w:rsidRPr="00EB75F0">
              <w:rPr>
                <w:rFonts w:asciiTheme="majorHAnsi" w:hAnsiTheme="majorHAnsi" w:cstheme="majorHAnsi"/>
                <w:sz w:val="18"/>
                <w:szCs w:val="18"/>
              </w:rPr>
              <w:t xml:space="preserve"> 2011</w:t>
            </w:r>
          </w:p>
        </w:tc>
        <w:tc>
          <w:tcPr>
            <w:tcW w:w="2409" w:type="dxa"/>
            <w:vAlign w:val="bottom"/>
          </w:tcPr>
          <w:p w14:paraId="7200EBF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286A03A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w:t>
            </w:r>
          </w:p>
        </w:tc>
        <w:tc>
          <w:tcPr>
            <w:tcW w:w="2410" w:type="dxa"/>
            <w:vAlign w:val="bottom"/>
          </w:tcPr>
          <w:p w14:paraId="061B071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122</w:t>
            </w:r>
          </w:p>
        </w:tc>
      </w:tr>
      <w:tr w:rsidR="005816E5" w:rsidRPr="00EB75F0" w14:paraId="5CF4F411" w14:textId="77777777" w:rsidTr="00C32B29">
        <w:trPr>
          <w:trHeight w:val="288"/>
        </w:trPr>
        <w:tc>
          <w:tcPr>
            <w:tcW w:w="2409" w:type="dxa"/>
            <w:vAlign w:val="bottom"/>
          </w:tcPr>
          <w:p w14:paraId="56EFE53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Kluge 2007</w:t>
            </w:r>
          </w:p>
        </w:tc>
        <w:tc>
          <w:tcPr>
            <w:tcW w:w="2409" w:type="dxa"/>
            <w:vAlign w:val="bottom"/>
          </w:tcPr>
          <w:p w14:paraId="4C38CB5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Clozapine</w:t>
            </w:r>
          </w:p>
        </w:tc>
        <w:tc>
          <w:tcPr>
            <w:tcW w:w="2410" w:type="dxa"/>
            <w:vAlign w:val="bottom"/>
          </w:tcPr>
          <w:p w14:paraId="39DCAA9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w:t>
            </w:r>
          </w:p>
        </w:tc>
        <w:tc>
          <w:tcPr>
            <w:tcW w:w="2410" w:type="dxa"/>
            <w:vAlign w:val="bottom"/>
          </w:tcPr>
          <w:p w14:paraId="6188ECE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w:t>
            </w:r>
          </w:p>
        </w:tc>
      </w:tr>
      <w:tr w:rsidR="005816E5" w:rsidRPr="00EB75F0" w14:paraId="0AB13123" w14:textId="77777777" w:rsidTr="00C32B29">
        <w:trPr>
          <w:trHeight w:val="288"/>
        </w:trPr>
        <w:tc>
          <w:tcPr>
            <w:tcW w:w="2409" w:type="dxa"/>
            <w:vAlign w:val="bottom"/>
          </w:tcPr>
          <w:p w14:paraId="3C44191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Kluge 2007</w:t>
            </w:r>
          </w:p>
        </w:tc>
        <w:tc>
          <w:tcPr>
            <w:tcW w:w="2409" w:type="dxa"/>
            <w:vAlign w:val="bottom"/>
          </w:tcPr>
          <w:p w14:paraId="1B82D32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04EA820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w:t>
            </w:r>
          </w:p>
        </w:tc>
        <w:tc>
          <w:tcPr>
            <w:tcW w:w="2410" w:type="dxa"/>
            <w:vAlign w:val="bottom"/>
          </w:tcPr>
          <w:p w14:paraId="338B866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w:t>
            </w:r>
          </w:p>
        </w:tc>
      </w:tr>
      <w:tr w:rsidR="005816E5" w:rsidRPr="00EB75F0" w14:paraId="7E09242F" w14:textId="77777777" w:rsidTr="00C32B29">
        <w:trPr>
          <w:trHeight w:val="288"/>
        </w:trPr>
        <w:tc>
          <w:tcPr>
            <w:tcW w:w="2409" w:type="dxa"/>
            <w:vAlign w:val="bottom"/>
          </w:tcPr>
          <w:p w14:paraId="4AB6B2E7"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Landbloom</w:t>
            </w:r>
            <w:proofErr w:type="spellEnd"/>
            <w:r w:rsidRPr="00EB75F0">
              <w:rPr>
                <w:rFonts w:asciiTheme="majorHAnsi" w:hAnsiTheme="majorHAnsi" w:cstheme="majorHAnsi"/>
                <w:sz w:val="18"/>
                <w:szCs w:val="18"/>
              </w:rPr>
              <w:t xml:space="preserve"> 2016</w:t>
            </w:r>
          </w:p>
        </w:tc>
        <w:tc>
          <w:tcPr>
            <w:tcW w:w="2409" w:type="dxa"/>
            <w:vAlign w:val="bottom"/>
          </w:tcPr>
          <w:p w14:paraId="5DFA21A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5FEB01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w:t>
            </w:r>
          </w:p>
        </w:tc>
        <w:tc>
          <w:tcPr>
            <w:tcW w:w="2410" w:type="dxa"/>
            <w:vAlign w:val="bottom"/>
          </w:tcPr>
          <w:p w14:paraId="559CDE4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46</w:t>
            </w:r>
          </w:p>
        </w:tc>
      </w:tr>
      <w:tr w:rsidR="005816E5" w:rsidRPr="00EB75F0" w14:paraId="3D8929C8" w14:textId="77777777" w:rsidTr="00C32B29">
        <w:trPr>
          <w:trHeight w:val="288"/>
        </w:trPr>
        <w:tc>
          <w:tcPr>
            <w:tcW w:w="2409" w:type="dxa"/>
            <w:vAlign w:val="bottom"/>
          </w:tcPr>
          <w:p w14:paraId="3FBE14B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Landbloom</w:t>
            </w:r>
            <w:proofErr w:type="spellEnd"/>
            <w:r w:rsidRPr="00EB75F0">
              <w:rPr>
                <w:rFonts w:asciiTheme="majorHAnsi" w:hAnsiTheme="majorHAnsi" w:cstheme="majorHAnsi"/>
                <w:sz w:val="18"/>
                <w:szCs w:val="18"/>
              </w:rPr>
              <w:t xml:space="preserve"> 2016</w:t>
            </w:r>
          </w:p>
        </w:tc>
        <w:tc>
          <w:tcPr>
            <w:tcW w:w="2409" w:type="dxa"/>
            <w:vAlign w:val="bottom"/>
          </w:tcPr>
          <w:p w14:paraId="7A2D6A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3B68F3C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w:t>
            </w:r>
          </w:p>
        </w:tc>
        <w:tc>
          <w:tcPr>
            <w:tcW w:w="2410" w:type="dxa"/>
            <w:vAlign w:val="bottom"/>
          </w:tcPr>
          <w:p w14:paraId="445CF75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101</w:t>
            </w:r>
          </w:p>
        </w:tc>
      </w:tr>
      <w:tr w:rsidR="005816E5" w:rsidRPr="00EB75F0" w14:paraId="33A94F2A" w14:textId="77777777" w:rsidTr="00C32B29">
        <w:trPr>
          <w:trHeight w:val="288"/>
        </w:trPr>
        <w:tc>
          <w:tcPr>
            <w:tcW w:w="2409" w:type="dxa"/>
            <w:vAlign w:val="bottom"/>
          </w:tcPr>
          <w:p w14:paraId="5214B67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Lieberman 2016</w:t>
            </w:r>
          </w:p>
        </w:tc>
        <w:tc>
          <w:tcPr>
            <w:tcW w:w="2409" w:type="dxa"/>
            <w:vAlign w:val="bottom"/>
          </w:tcPr>
          <w:p w14:paraId="7FA8169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6E78981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0</w:t>
            </w:r>
          </w:p>
        </w:tc>
        <w:tc>
          <w:tcPr>
            <w:tcW w:w="2410" w:type="dxa"/>
            <w:vAlign w:val="bottom"/>
          </w:tcPr>
          <w:p w14:paraId="2370A65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85</w:t>
            </w:r>
          </w:p>
        </w:tc>
      </w:tr>
      <w:tr w:rsidR="005816E5" w:rsidRPr="00EB75F0" w14:paraId="2711F64F" w14:textId="77777777" w:rsidTr="00C32B29">
        <w:trPr>
          <w:trHeight w:val="288"/>
        </w:trPr>
        <w:tc>
          <w:tcPr>
            <w:tcW w:w="2409" w:type="dxa"/>
            <w:vAlign w:val="bottom"/>
          </w:tcPr>
          <w:p w14:paraId="014EBAA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Lieberman 2016</w:t>
            </w:r>
          </w:p>
        </w:tc>
        <w:tc>
          <w:tcPr>
            <w:tcW w:w="2409" w:type="dxa"/>
            <w:vAlign w:val="bottom"/>
          </w:tcPr>
          <w:p w14:paraId="445B5B9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7FD51E7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w:t>
            </w:r>
          </w:p>
        </w:tc>
        <w:tc>
          <w:tcPr>
            <w:tcW w:w="2410" w:type="dxa"/>
            <w:vAlign w:val="bottom"/>
          </w:tcPr>
          <w:p w14:paraId="2DFEE7D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82</w:t>
            </w:r>
          </w:p>
        </w:tc>
      </w:tr>
      <w:tr w:rsidR="005816E5" w:rsidRPr="00EB75F0" w14:paraId="00000B93" w14:textId="77777777" w:rsidTr="00C32B29">
        <w:trPr>
          <w:trHeight w:val="288"/>
        </w:trPr>
        <w:tc>
          <w:tcPr>
            <w:tcW w:w="2409" w:type="dxa"/>
            <w:vAlign w:val="bottom"/>
          </w:tcPr>
          <w:p w14:paraId="7722F33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Lindenmayer 2008</w:t>
            </w:r>
          </w:p>
        </w:tc>
        <w:tc>
          <w:tcPr>
            <w:tcW w:w="2409" w:type="dxa"/>
            <w:vAlign w:val="bottom"/>
          </w:tcPr>
          <w:p w14:paraId="12D8650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12A7DF3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w:t>
            </w:r>
          </w:p>
        </w:tc>
        <w:tc>
          <w:tcPr>
            <w:tcW w:w="2410" w:type="dxa"/>
            <w:vAlign w:val="bottom"/>
          </w:tcPr>
          <w:p w14:paraId="4D2ADA2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84</w:t>
            </w:r>
          </w:p>
        </w:tc>
      </w:tr>
      <w:tr w:rsidR="005816E5" w:rsidRPr="00EB75F0" w14:paraId="59959D56" w14:textId="77777777" w:rsidTr="00C32B29">
        <w:trPr>
          <w:trHeight w:val="288"/>
        </w:trPr>
        <w:tc>
          <w:tcPr>
            <w:tcW w:w="2409" w:type="dxa"/>
            <w:vAlign w:val="bottom"/>
          </w:tcPr>
          <w:p w14:paraId="1CC8AE1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Lindenmayer 2008</w:t>
            </w:r>
          </w:p>
        </w:tc>
        <w:tc>
          <w:tcPr>
            <w:tcW w:w="2409" w:type="dxa"/>
            <w:vAlign w:val="bottom"/>
          </w:tcPr>
          <w:p w14:paraId="59CC72B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2410" w:type="dxa"/>
            <w:vAlign w:val="bottom"/>
          </w:tcPr>
          <w:p w14:paraId="1359B87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28</w:t>
            </w:r>
          </w:p>
        </w:tc>
        <w:tc>
          <w:tcPr>
            <w:tcW w:w="2410" w:type="dxa"/>
            <w:vAlign w:val="bottom"/>
          </w:tcPr>
          <w:p w14:paraId="74075D5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448</w:t>
            </w:r>
          </w:p>
        </w:tc>
      </w:tr>
      <w:tr w:rsidR="005816E5" w:rsidRPr="00EB75F0" w14:paraId="6BA3417C" w14:textId="77777777" w:rsidTr="00C32B29">
        <w:trPr>
          <w:trHeight w:val="288"/>
        </w:trPr>
        <w:tc>
          <w:tcPr>
            <w:tcW w:w="2409" w:type="dxa"/>
            <w:vAlign w:val="bottom"/>
          </w:tcPr>
          <w:p w14:paraId="5BC1E37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Loebel 2013</w:t>
            </w:r>
          </w:p>
        </w:tc>
        <w:tc>
          <w:tcPr>
            <w:tcW w:w="2409" w:type="dxa"/>
            <w:vAlign w:val="bottom"/>
          </w:tcPr>
          <w:p w14:paraId="383FB2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EB3B98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w:t>
            </w:r>
          </w:p>
        </w:tc>
        <w:tc>
          <w:tcPr>
            <w:tcW w:w="2410" w:type="dxa"/>
            <w:vAlign w:val="bottom"/>
          </w:tcPr>
          <w:p w14:paraId="4FE0517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122</w:t>
            </w:r>
          </w:p>
        </w:tc>
      </w:tr>
      <w:tr w:rsidR="005816E5" w:rsidRPr="00EB75F0" w14:paraId="266FA997" w14:textId="77777777" w:rsidTr="00C32B29">
        <w:trPr>
          <w:trHeight w:val="288"/>
        </w:trPr>
        <w:tc>
          <w:tcPr>
            <w:tcW w:w="2409" w:type="dxa"/>
            <w:vAlign w:val="bottom"/>
          </w:tcPr>
          <w:p w14:paraId="711435C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Loebel 2013</w:t>
            </w:r>
          </w:p>
        </w:tc>
        <w:tc>
          <w:tcPr>
            <w:tcW w:w="2409" w:type="dxa"/>
            <w:vAlign w:val="bottom"/>
          </w:tcPr>
          <w:p w14:paraId="2F5FACF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2410" w:type="dxa"/>
            <w:vAlign w:val="bottom"/>
          </w:tcPr>
          <w:p w14:paraId="047C71C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w:t>
            </w:r>
          </w:p>
        </w:tc>
        <w:tc>
          <w:tcPr>
            <w:tcW w:w="2410" w:type="dxa"/>
            <w:vAlign w:val="bottom"/>
          </w:tcPr>
          <w:p w14:paraId="3526A40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120</w:t>
            </w:r>
          </w:p>
        </w:tc>
      </w:tr>
      <w:tr w:rsidR="005816E5" w:rsidRPr="00EB75F0" w14:paraId="0CBAA089" w14:textId="77777777" w:rsidTr="00C32B29">
        <w:trPr>
          <w:trHeight w:val="288"/>
        </w:trPr>
        <w:tc>
          <w:tcPr>
            <w:tcW w:w="2409" w:type="dxa"/>
            <w:vAlign w:val="bottom"/>
          </w:tcPr>
          <w:p w14:paraId="24C9C1C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2003</w:t>
            </w:r>
          </w:p>
        </w:tc>
        <w:tc>
          <w:tcPr>
            <w:tcW w:w="2409" w:type="dxa"/>
            <w:vAlign w:val="bottom"/>
          </w:tcPr>
          <w:p w14:paraId="6B1C94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428A8F4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65</w:t>
            </w:r>
          </w:p>
        </w:tc>
        <w:tc>
          <w:tcPr>
            <w:tcW w:w="2410" w:type="dxa"/>
            <w:vAlign w:val="bottom"/>
          </w:tcPr>
          <w:p w14:paraId="58A6A95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926</w:t>
            </w:r>
          </w:p>
        </w:tc>
      </w:tr>
      <w:tr w:rsidR="005816E5" w:rsidRPr="00EB75F0" w14:paraId="183E0D36" w14:textId="77777777" w:rsidTr="00C32B29">
        <w:trPr>
          <w:trHeight w:val="288"/>
        </w:trPr>
        <w:tc>
          <w:tcPr>
            <w:tcW w:w="2409" w:type="dxa"/>
            <w:vAlign w:val="bottom"/>
          </w:tcPr>
          <w:p w14:paraId="6EAD50E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2003</w:t>
            </w:r>
          </w:p>
        </w:tc>
        <w:tc>
          <w:tcPr>
            <w:tcW w:w="2409" w:type="dxa"/>
            <w:vAlign w:val="bottom"/>
          </w:tcPr>
          <w:p w14:paraId="0A05A36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155A9F6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41</w:t>
            </w:r>
          </w:p>
        </w:tc>
        <w:tc>
          <w:tcPr>
            <w:tcW w:w="2410" w:type="dxa"/>
            <w:vAlign w:val="bottom"/>
          </w:tcPr>
          <w:p w14:paraId="50A2FF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413</w:t>
            </w:r>
          </w:p>
        </w:tc>
      </w:tr>
      <w:tr w:rsidR="005816E5" w:rsidRPr="00EB75F0" w14:paraId="346A10D5" w14:textId="77777777" w:rsidTr="00C32B29">
        <w:trPr>
          <w:trHeight w:val="288"/>
        </w:trPr>
        <w:tc>
          <w:tcPr>
            <w:tcW w:w="2409" w:type="dxa"/>
            <w:vAlign w:val="bottom"/>
          </w:tcPr>
          <w:p w14:paraId="1F8DA13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2007</w:t>
            </w:r>
          </w:p>
        </w:tc>
        <w:tc>
          <w:tcPr>
            <w:tcW w:w="2409" w:type="dxa"/>
            <w:vAlign w:val="bottom"/>
          </w:tcPr>
          <w:p w14:paraId="176F8C1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2D5DE33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w:t>
            </w:r>
          </w:p>
        </w:tc>
        <w:tc>
          <w:tcPr>
            <w:tcW w:w="2410" w:type="dxa"/>
            <w:vAlign w:val="bottom"/>
          </w:tcPr>
          <w:p w14:paraId="05E16EF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110</w:t>
            </w:r>
          </w:p>
        </w:tc>
      </w:tr>
      <w:tr w:rsidR="005816E5" w:rsidRPr="00EB75F0" w14:paraId="30ABE055" w14:textId="77777777" w:rsidTr="00C32B29">
        <w:trPr>
          <w:trHeight w:val="288"/>
        </w:trPr>
        <w:tc>
          <w:tcPr>
            <w:tcW w:w="2409" w:type="dxa"/>
            <w:vAlign w:val="bottom"/>
          </w:tcPr>
          <w:p w14:paraId="641489D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2007</w:t>
            </w:r>
          </w:p>
        </w:tc>
        <w:tc>
          <w:tcPr>
            <w:tcW w:w="2409" w:type="dxa"/>
            <w:vAlign w:val="bottom"/>
          </w:tcPr>
          <w:p w14:paraId="02F86AA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F212E7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w:t>
            </w:r>
          </w:p>
        </w:tc>
        <w:tc>
          <w:tcPr>
            <w:tcW w:w="2410" w:type="dxa"/>
            <w:vAlign w:val="bottom"/>
          </w:tcPr>
          <w:p w14:paraId="070046E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110</w:t>
            </w:r>
          </w:p>
        </w:tc>
      </w:tr>
      <w:tr w:rsidR="005816E5" w:rsidRPr="00EB75F0" w14:paraId="185024E8" w14:textId="77777777" w:rsidTr="00C32B29">
        <w:trPr>
          <w:trHeight w:val="288"/>
        </w:trPr>
        <w:tc>
          <w:tcPr>
            <w:tcW w:w="2409" w:type="dxa"/>
            <w:vAlign w:val="bottom"/>
          </w:tcPr>
          <w:p w14:paraId="4CC9F85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2409" w:type="dxa"/>
            <w:vAlign w:val="bottom"/>
          </w:tcPr>
          <w:p w14:paraId="7B49FFAB"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Brexpiprazole</w:t>
            </w:r>
            <w:proofErr w:type="spellEnd"/>
          </w:p>
        </w:tc>
        <w:tc>
          <w:tcPr>
            <w:tcW w:w="2410" w:type="dxa"/>
            <w:vAlign w:val="bottom"/>
          </w:tcPr>
          <w:p w14:paraId="60E234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14</w:t>
            </w:r>
          </w:p>
        </w:tc>
        <w:tc>
          <w:tcPr>
            <w:tcW w:w="2410" w:type="dxa"/>
            <w:vAlign w:val="bottom"/>
          </w:tcPr>
          <w:p w14:paraId="6115B1B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150</w:t>
            </w:r>
          </w:p>
        </w:tc>
      </w:tr>
      <w:tr w:rsidR="005816E5" w:rsidRPr="00EB75F0" w14:paraId="43195F22" w14:textId="77777777" w:rsidTr="00C32B29">
        <w:trPr>
          <w:trHeight w:val="288"/>
        </w:trPr>
        <w:tc>
          <w:tcPr>
            <w:tcW w:w="2409" w:type="dxa"/>
            <w:vAlign w:val="bottom"/>
          </w:tcPr>
          <w:p w14:paraId="55A4A72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2409" w:type="dxa"/>
            <w:vAlign w:val="bottom"/>
          </w:tcPr>
          <w:p w14:paraId="28AE73D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479DE62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w:t>
            </w:r>
          </w:p>
        </w:tc>
        <w:tc>
          <w:tcPr>
            <w:tcW w:w="2410" w:type="dxa"/>
            <w:vAlign w:val="bottom"/>
          </w:tcPr>
          <w:p w14:paraId="0F9430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161</w:t>
            </w:r>
          </w:p>
        </w:tc>
      </w:tr>
      <w:tr w:rsidR="005816E5" w:rsidRPr="00EB75F0" w14:paraId="7B861879" w14:textId="77777777" w:rsidTr="00C32B29">
        <w:trPr>
          <w:trHeight w:val="288"/>
        </w:trPr>
        <w:tc>
          <w:tcPr>
            <w:tcW w:w="2409" w:type="dxa"/>
            <w:vAlign w:val="bottom"/>
          </w:tcPr>
          <w:p w14:paraId="3F63775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Marder 2016</w:t>
            </w:r>
          </w:p>
        </w:tc>
        <w:tc>
          <w:tcPr>
            <w:tcW w:w="2409" w:type="dxa"/>
            <w:vAlign w:val="bottom"/>
          </w:tcPr>
          <w:p w14:paraId="65E706B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Quetiapine</w:t>
            </w:r>
          </w:p>
        </w:tc>
        <w:tc>
          <w:tcPr>
            <w:tcW w:w="2410" w:type="dxa"/>
            <w:vAlign w:val="bottom"/>
          </w:tcPr>
          <w:p w14:paraId="6AF9BC2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w:t>
            </w:r>
          </w:p>
        </w:tc>
        <w:tc>
          <w:tcPr>
            <w:tcW w:w="2410" w:type="dxa"/>
            <w:vAlign w:val="bottom"/>
          </w:tcPr>
          <w:p w14:paraId="09B4E37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153</w:t>
            </w:r>
          </w:p>
        </w:tc>
      </w:tr>
      <w:tr w:rsidR="005816E5" w:rsidRPr="00EB75F0" w14:paraId="5E70D209" w14:textId="77777777" w:rsidTr="00C32B29">
        <w:trPr>
          <w:trHeight w:val="288"/>
        </w:trPr>
        <w:tc>
          <w:tcPr>
            <w:tcW w:w="2409" w:type="dxa"/>
            <w:vAlign w:val="bottom"/>
          </w:tcPr>
          <w:p w14:paraId="6265E38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McDonnell 2018</w:t>
            </w:r>
          </w:p>
        </w:tc>
        <w:tc>
          <w:tcPr>
            <w:tcW w:w="2409" w:type="dxa"/>
            <w:vAlign w:val="bottom"/>
          </w:tcPr>
          <w:p w14:paraId="79D6786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33D5D06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w:t>
            </w:r>
          </w:p>
        </w:tc>
        <w:tc>
          <w:tcPr>
            <w:tcW w:w="2410" w:type="dxa"/>
            <w:vAlign w:val="bottom"/>
          </w:tcPr>
          <w:p w14:paraId="2CA8AFE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133</w:t>
            </w:r>
          </w:p>
        </w:tc>
      </w:tr>
      <w:tr w:rsidR="005816E5" w:rsidRPr="00EB75F0" w14:paraId="4B618A6E" w14:textId="77777777" w:rsidTr="00C32B29">
        <w:trPr>
          <w:trHeight w:val="288"/>
        </w:trPr>
        <w:tc>
          <w:tcPr>
            <w:tcW w:w="2409" w:type="dxa"/>
            <w:vAlign w:val="bottom"/>
          </w:tcPr>
          <w:p w14:paraId="2936880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McDonnell 2018</w:t>
            </w:r>
          </w:p>
        </w:tc>
        <w:tc>
          <w:tcPr>
            <w:tcW w:w="2409" w:type="dxa"/>
            <w:vAlign w:val="bottom"/>
          </w:tcPr>
          <w:p w14:paraId="2C0E19F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3406D7E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w:t>
            </w:r>
          </w:p>
        </w:tc>
        <w:tc>
          <w:tcPr>
            <w:tcW w:w="2410" w:type="dxa"/>
            <w:vAlign w:val="bottom"/>
          </w:tcPr>
          <w:p w14:paraId="05954AC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134</w:t>
            </w:r>
          </w:p>
        </w:tc>
      </w:tr>
      <w:tr w:rsidR="005816E5" w:rsidRPr="00EB75F0" w14:paraId="7AD9F284" w14:textId="77777777" w:rsidTr="00C32B29">
        <w:trPr>
          <w:trHeight w:val="288"/>
        </w:trPr>
        <w:tc>
          <w:tcPr>
            <w:tcW w:w="2409" w:type="dxa"/>
            <w:vAlign w:val="bottom"/>
          </w:tcPr>
          <w:p w14:paraId="7808804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McEvoy 2007</w:t>
            </w:r>
          </w:p>
        </w:tc>
        <w:tc>
          <w:tcPr>
            <w:tcW w:w="2409" w:type="dxa"/>
            <w:vAlign w:val="bottom"/>
          </w:tcPr>
          <w:p w14:paraId="792D96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64F4B38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19</w:t>
            </w:r>
          </w:p>
        </w:tc>
        <w:tc>
          <w:tcPr>
            <w:tcW w:w="2410" w:type="dxa"/>
            <w:vAlign w:val="bottom"/>
          </w:tcPr>
          <w:p w14:paraId="1A99017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308</w:t>
            </w:r>
          </w:p>
        </w:tc>
      </w:tr>
      <w:tr w:rsidR="005816E5" w:rsidRPr="00EB75F0" w14:paraId="13678ADA" w14:textId="77777777" w:rsidTr="00C32B29">
        <w:trPr>
          <w:trHeight w:val="288"/>
        </w:trPr>
        <w:tc>
          <w:tcPr>
            <w:tcW w:w="2409" w:type="dxa"/>
            <w:vAlign w:val="bottom"/>
          </w:tcPr>
          <w:p w14:paraId="1639AC5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McEvoy 2007</w:t>
            </w:r>
          </w:p>
        </w:tc>
        <w:tc>
          <w:tcPr>
            <w:tcW w:w="2409" w:type="dxa"/>
            <w:vAlign w:val="bottom"/>
          </w:tcPr>
          <w:p w14:paraId="3D94445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C0F92A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w:t>
            </w:r>
          </w:p>
        </w:tc>
        <w:tc>
          <w:tcPr>
            <w:tcW w:w="2410" w:type="dxa"/>
            <w:vAlign w:val="bottom"/>
          </w:tcPr>
          <w:p w14:paraId="7C7AF07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107</w:t>
            </w:r>
          </w:p>
        </w:tc>
      </w:tr>
      <w:tr w:rsidR="005816E5" w:rsidRPr="00EB75F0" w14:paraId="7235C532" w14:textId="77777777" w:rsidTr="00C32B29">
        <w:trPr>
          <w:trHeight w:val="288"/>
        </w:trPr>
        <w:tc>
          <w:tcPr>
            <w:tcW w:w="2409" w:type="dxa"/>
            <w:vAlign w:val="bottom"/>
          </w:tcPr>
          <w:p w14:paraId="064698A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Meltzer 2011</w:t>
            </w:r>
          </w:p>
        </w:tc>
        <w:tc>
          <w:tcPr>
            <w:tcW w:w="2409" w:type="dxa"/>
            <w:vAlign w:val="bottom"/>
          </w:tcPr>
          <w:p w14:paraId="5D5AEEC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Olanzapine</w:t>
            </w:r>
          </w:p>
        </w:tc>
        <w:tc>
          <w:tcPr>
            <w:tcW w:w="2410" w:type="dxa"/>
            <w:vAlign w:val="bottom"/>
          </w:tcPr>
          <w:p w14:paraId="0486ECF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w:t>
            </w:r>
          </w:p>
        </w:tc>
        <w:tc>
          <w:tcPr>
            <w:tcW w:w="2410" w:type="dxa"/>
            <w:vAlign w:val="bottom"/>
          </w:tcPr>
          <w:p w14:paraId="473C5F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123</w:t>
            </w:r>
          </w:p>
        </w:tc>
      </w:tr>
      <w:tr w:rsidR="005816E5" w:rsidRPr="00EB75F0" w14:paraId="48AD8132" w14:textId="77777777" w:rsidTr="00C32B29">
        <w:trPr>
          <w:trHeight w:val="288"/>
        </w:trPr>
        <w:tc>
          <w:tcPr>
            <w:tcW w:w="2409" w:type="dxa"/>
            <w:vAlign w:val="bottom"/>
          </w:tcPr>
          <w:p w14:paraId="13DB064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Meltzer 2011</w:t>
            </w:r>
          </w:p>
        </w:tc>
        <w:tc>
          <w:tcPr>
            <w:tcW w:w="2409" w:type="dxa"/>
            <w:vAlign w:val="bottom"/>
          </w:tcPr>
          <w:p w14:paraId="548D8A9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50BB6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w:t>
            </w:r>
          </w:p>
        </w:tc>
        <w:tc>
          <w:tcPr>
            <w:tcW w:w="2410" w:type="dxa"/>
            <w:vAlign w:val="bottom"/>
          </w:tcPr>
          <w:p w14:paraId="3D6AE3A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116</w:t>
            </w:r>
          </w:p>
        </w:tc>
      </w:tr>
      <w:tr w:rsidR="005816E5" w:rsidRPr="00EB75F0" w14:paraId="4C94CBA5" w14:textId="77777777" w:rsidTr="00C32B29">
        <w:trPr>
          <w:trHeight w:val="288"/>
        </w:trPr>
        <w:tc>
          <w:tcPr>
            <w:tcW w:w="2409" w:type="dxa"/>
            <w:vAlign w:val="bottom"/>
          </w:tcPr>
          <w:p w14:paraId="4342461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NCT00563706</w:t>
            </w:r>
          </w:p>
        </w:tc>
        <w:tc>
          <w:tcPr>
            <w:tcW w:w="2409" w:type="dxa"/>
            <w:vAlign w:val="bottom"/>
          </w:tcPr>
          <w:p w14:paraId="60879B8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4D6736B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w:t>
            </w:r>
          </w:p>
        </w:tc>
        <w:tc>
          <w:tcPr>
            <w:tcW w:w="2410" w:type="dxa"/>
            <w:vAlign w:val="bottom"/>
          </w:tcPr>
          <w:p w14:paraId="0BAB7AD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18</w:t>
            </w:r>
          </w:p>
        </w:tc>
      </w:tr>
      <w:tr w:rsidR="005816E5" w:rsidRPr="00EB75F0" w14:paraId="08ED42BB" w14:textId="77777777" w:rsidTr="00C32B29">
        <w:trPr>
          <w:trHeight w:val="288"/>
        </w:trPr>
        <w:tc>
          <w:tcPr>
            <w:tcW w:w="2409" w:type="dxa"/>
            <w:vAlign w:val="bottom"/>
          </w:tcPr>
          <w:p w14:paraId="0355599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NCT00563706</w:t>
            </w:r>
          </w:p>
        </w:tc>
        <w:tc>
          <w:tcPr>
            <w:tcW w:w="2409" w:type="dxa"/>
            <w:vAlign w:val="bottom"/>
          </w:tcPr>
          <w:p w14:paraId="7C5B288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502FD7F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w:t>
            </w:r>
          </w:p>
        </w:tc>
        <w:tc>
          <w:tcPr>
            <w:tcW w:w="2410" w:type="dxa"/>
            <w:vAlign w:val="bottom"/>
          </w:tcPr>
          <w:p w14:paraId="567CB30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w:t>
            </w:r>
          </w:p>
        </w:tc>
      </w:tr>
      <w:tr w:rsidR="005816E5" w:rsidRPr="00EB75F0" w14:paraId="78A23F09" w14:textId="77777777" w:rsidTr="00C32B29">
        <w:trPr>
          <w:trHeight w:val="288"/>
        </w:trPr>
        <w:tc>
          <w:tcPr>
            <w:tcW w:w="2409" w:type="dxa"/>
            <w:vAlign w:val="bottom"/>
          </w:tcPr>
          <w:p w14:paraId="1125A6F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NCT00711269</w:t>
            </w:r>
          </w:p>
        </w:tc>
        <w:tc>
          <w:tcPr>
            <w:tcW w:w="2409" w:type="dxa"/>
            <w:vAlign w:val="bottom"/>
          </w:tcPr>
          <w:p w14:paraId="6C836A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891457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27</w:t>
            </w:r>
          </w:p>
        </w:tc>
        <w:tc>
          <w:tcPr>
            <w:tcW w:w="2410" w:type="dxa"/>
            <w:vAlign w:val="bottom"/>
          </w:tcPr>
          <w:p w14:paraId="4822C31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132</w:t>
            </w:r>
          </w:p>
        </w:tc>
      </w:tr>
      <w:tr w:rsidR="005816E5" w:rsidRPr="00EB75F0" w14:paraId="532AC062" w14:textId="77777777" w:rsidTr="00C32B29">
        <w:trPr>
          <w:trHeight w:val="288"/>
        </w:trPr>
        <w:tc>
          <w:tcPr>
            <w:tcW w:w="2409" w:type="dxa"/>
            <w:vAlign w:val="bottom"/>
          </w:tcPr>
          <w:p w14:paraId="035930A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NCT00711269</w:t>
            </w:r>
          </w:p>
        </w:tc>
        <w:tc>
          <w:tcPr>
            <w:tcW w:w="2409" w:type="dxa"/>
            <w:vAlign w:val="bottom"/>
          </w:tcPr>
          <w:p w14:paraId="0FAB942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445EE20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w:t>
            </w:r>
          </w:p>
        </w:tc>
        <w:tc>
          <w:tcPr>
            <w:tcW w:w="2410" w:type="dxa"/>
            <w:vAlign w:val="bottom"/>
          </w:tcPr>
          <w:p w14:paraId="0711DBD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65</w:t>
            </w:r>
          </w:p>
        </w:tc>
      </w:tr>
      <w:tr w:rsidR="005816E5" w:rsidRPr="00EB75F0" w14:paraId="28406698" w14:textId="77777777" w:rsidTr="00C32B29">
        <w:trPr>
          <w:trHeight w:val="288"/>
        </w:trPr>
        <w:tc>
          <w:tcPr>
            <w:tcW w:w="2409" w:type="dxa"/>
            <w:vAlign w:val="bottom"/>
          </w:tcPr>
          <w:p w14:paraId="2A23592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NCT01175135</w:t>
            </w:r>
          </w:p>
        </w:tc>
        <w:tc>
          <w:tcPr>
            <w:tcW w:w="2409" w:type="dxa"/>
            <w:vAlign w:val="bottom"/>
          </w:tcPr>
          <w:p w14:paraId="2920EA9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6ED380A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w:t>
            </w:r>
          </w:p>
        </w:tc>
        <w:tc>
          <w:tcPr>
            <w:tcW w:w="2410" w:type="dxa"/>
            <w:vAlign w:val="bottom"/>
          </w:tcPr>
          <w:p w14:paraId="42FABD6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74</w:t>
            </w:r>
          </w:p>
        </w:tc>
      </w:tr>
      <w:tr w:rsidR="005816E5" w:rsidRPr="00EB75F0" w14:paraId="15A98A81" w14:textId="77777777" w:rsidTr="00C32B29">
        <w:trPr>
          <w:trHeight w:val="288"/>
        </w:trPr>
        <w:tc>
          <w:tcPr>
            <w:tcW w:w="2409" w:type="dxa"/>
            <w:vAlign w:val="bottom"/>
          </w:tcPr>
          <w:p w14:paraId="49AC90B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NCT01175135</w:t>
            </w:r>
          </w:p>
        </w:tc>
        <w:tc>
          <w:tcPr>
            <w:tcW w:w="2409" w:type="dxa"/>
            <w:vAlign w:val="bottom"/>
          </w:tcPr>
          <w:p w14:paraId="7C38787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1D738C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w:t>
            </w:r>
          </w:p>
        </w:tc>
        <w:tc>
          <w:tcPr>
            <w:tcW w:w="2410" w:type="dxa"/>
            <w:vAlign w:val="bottom"/>
          </w:tcPr>
          <w:p w14:paraId="74F27CC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37</w:t>
            </w:r>
          </w:p>
        </w:tc>
      </w:tr>
      <w:tr w:rsidR="005816E5" w:rsidRPr="00EB75F0" w14:paraId="29CCE933" w14:textId="77777777" w:rsidTr="00C32B29">
        <w:trPr>
          <w:trHeight w:val="288"/>
        </w:trPr>
        <w:tc>
          <w:tcPr>
            <w:tcW w:w="2409" w:type="dxa"/>
            <w:vAlign w:val="bottom"/>
          </w:tcPr>
          <w:p w14:paraId="243330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NCT01625000</w:t>
            </w:r>
          </w:p>
        </w:tc>
        <w:tc>
          <w:tcPr>
            <w:tcW w:w="2409" w:type="dxa"/>
            <w:vAlign w:val="bottom"/>
          </w:tcPr>
          <w:p w14:paraId="5AE911E5"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Cariprazine</w:t>
            </w:r>
            <w:proofErr w:type="spellEnd"/>
          </w:p>
        </w:tc>
        <w:tc>
          <w:tcPr>
            <w:tcW w:w="2410" w:type="dxa"/>
            <w:vAlign w:val="bottom"/>
          </w:tcPr>
          <w:p w14:paraId="3A606C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34</w:t>
            </w:r>
          </w:p>
        </w:tc>
        <w:tc>
          <w:tcPr>
            <w:tcW w:w="2410" w:type="dxa"/>
            <w:vAlign w:val="bottom"/>
          </w:tcPr>
          <w:p w14:paraId="2031992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259</w:t>
            </w:r>
          </w:p>
        </w:tc>
      </w:tr>
      <w:tr w:rsidR="005816E5" w:rsidRPr="00EB75F0" w14:paraId="01C8F2FF" w14:textId="77777777" w:rsidTr="00C32B29">
        <w:trPr>
          <w:trHeight w:val="288"/>
        </w:trPr>
        <w:tc>
          <w:tcPr>
            <w:tcW w:w="2409" w:type="dxa"/>
            <w:vAlign w:val="bottom"/>
          </w:tcPr>
          <w:p w14:paraId="351B0B5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NCT01625000</w:t>
            </w:r>
          </w:p>
        </w:tc>
        <w:tc>
          <w:tcPr>
            <w:tcW w:w="2409" w:type="dxa"/>
            <w:vAlign w:val="bottom"/>
          </w:tcPr>
          <w:p w14:paraId="698DE85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0416F0C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21</w:t>
            </w:r>
          </w:p>
        </w:tc>
        <w:tc>
          <w:tcPr>
            <w:tcW w:w="2410" w:type="dxa"/>
            <w:vAlign w:val="bottom"/>
          </w:tcPr>
          <w:p w14:paraId="7F1FCB5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126</w:t>
            </w:r>
          </w:p>
        </w:tc>
      </w:tr>
      <w:tr w:rsidR="005816E5" w:rsidRPr="00EB75F0" w14:paraId="07FFB025" w14:textId="77777777" w:rsidTr="00C32B29">
        <w:trPr>
          <w:trHeight w:val="288"/>
        </w:trPr>
        <w:tc>
          <w:tcPr>
            <w:tcW w:w="2409" w:type="dxa"/>
            <w:vAlign w:val="bottom"/>
          </w:tcPr>
          <w:p w14:paraId="151ED63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NCT01625000</w:t>
            </w:r>
          </w:p>
        </w:tc>
        <w:tc>
          <w:tcPr>
            <w:tcW w:w="2409" w:type="dxa"/>
            <w:vAlign w:val="bottom"/>
          </w:tcPr>
          <w:p w14:paraId="5B0CAA9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0FF92C9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w:t>
            </w:r>
          </w:p>
        </w:tc>
        <w:tc>
          <w:tcPr>
            <w:tcW w:w="2410" w:type="dxa"/>
            <w:vAlign w:val="bottom"/>
          </w:tcPr>
          <w:p w14:paraId="6530462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56</w:t>
            </w:r>
          </w:p>
        </w:tc>
      </w:tr>
      <w:tr w:rsidR="005816E5" w:rsidRPr="00EB75F0" w14:paraId="63F2E9ED" w14:textId="77777777" w:rsidTr="00C32B29">
        <w:trPr>
          <w:trHeight w:val="288"/>
        </w:trPr>
        <w:tc>
          <w:tcPr>
            <w:tcW w:w="2409" w:type="dxa"/>
            <w:vAlign w:val="bottom"/>
          </w:tcPr>
          <w:p w14:paraId="77151F7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NCT03055338</w:t>
            </w:r>
          </w:p>
        </w:tc>
        <w:tc>
          <w:tcPr>
            <w:tcW w:w="2409" w:type="dxa"/>
            <w:vAlign w:val="bottom"/>
          </w:tcPr>
          <w:p w14:paraId="006599B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54C5ACE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w:t>
            </w:r>
          </w:p>
        </w:tc>
        <w:tc>
          <w:tcPr>
            <w:tcW w:w="2410" w:type="dxa"/>
            <w:vAlign w:val="bottom"/>
          </w:tcPr>
          <w:p w14:paraId="3E87346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89</w:t>
            </w:r>
          </w:p>
        </w:tc>
      </w:tr>
      <w:tr w:rsidR="005816E5" w:rsidRPr="00EB75F0" w14:paraId="4EC4D36A" w14:textId="77777777" w:rsidTr="00C32B29">
        <w:trPr>
          <w:trHeight w:val="288"/>
        </w:trPr>
        <w:tc>
          <w:tcPr>
            <w:tcW w:w="2409" w:type="dxa"/>
            <w:vAlign w:val="bottom"/>
          </w:tcPr>
          <w:p w14:paraId="7905090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NCT03055338</w:t>
            </w:r>
          </w:p>
        </w:tc>
        <w:tc>
          <w:tcPr>
            <w:tcW w:w="2409" w:type="dxa"/>
            <w:vAlign w:val="bottom"/>
          </w:tcPr>
          <w:p w14:paraId="5137586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53468C8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w:t>
            </w:r>
          </w:p>
        </w:tc>
        <w:tc>
          <w:tcPr>
            <w:tcW w:w="2410" w:type="dxa"/>
            <w:vAlign w:val="bottom"/>
          </w:tcPr>
          <w:p w14:paraId="548A0A9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45</w:t>
            </w:r>
          </w:p>
        </w:tc>
      </w:tr>
      <w:tr w:rsidR="005816E5" w:rsidRPr="00EB75F0" w14:paraId="15810D30" w14:textId="77777777" w:rsidTr="00C32B29">
        <w:trPr>
          <w:trHeight w:val="288"/>
        </w:trPr>
        <w:tc>
          <w:tcPr>
            <w:tcW w:w="2409" w:type="dxa"/>
            <w:vAlign w:val="bottom"/>
          </w:tcPr>
          <w:p w14:paraId="6FEF68D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NCT04512066</w:t>
            </w:r>
          </w:p>
        </w:tc>
        <w:tc>
          <w:tcPr>
            <w:tcW w:w="2409" w:type="dxa"/>
            <w:vAlign w:val="bottom"/>
          </w:tcPr>
          <w:p w14:paraId="4E94F5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439D74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w:t>
            </w:r>
          </w:p>
        </w:tc>
        <w:tc>
          <w:tcPr>
            <w:tcW w:w="2410" w:type="dxa"/>
            <w:vAlign w:val="bottom"/>
          </w:tcPr>
          <w:p w14:paraId="0A98730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72</w:t>
            </w:r>
          </w:p>
        </w:tc>
      </w:tr>
      <w:tr w:rsidR="005816E5" w:rsidRPr="00EB75F0" w14:paraId="164EAAC4" w14:textId="77777777" w:rsidTr="00C32B29">
        <w:trPr>
          <w:trHeight w:val="288"/>
        </w:trPr>
        <w:tc>
          <w:tcPr>
            <w:tcW w:w="2409" w:type="dxa"/>
            <w:vAlign w:val="bottom"/>
          </w:tcPr>
          <w:p w14:paraId="12E3AEC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NCT04512066</w:t>
            </w:r>
          </w:p>
        </w:tc>
        <w:tc>
          <w:tcPr>
            <w:tcW w:w="2409" w:type="dxa"/>
            <w:vAlign w:val="bottom"/>
          </w:tcPr>
          <w:p w14:paraId="43B4AE9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059A5D0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w:t>
            </w:r>
          </w:p>
        </w:tc>
        <w:tc>
          <w:tcPr>
            <w:tcW w:w="2410" w:type="dxa"/>
            <w:vAlign w:val="bottom"/>
          </w:tcPr>
          <w:p w14:paraId="0DEE9EC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71</w:t>
            </w:r>
          </w:p>
        </w:tc>
      </w:tr>
      <w:tr w:rsidR="005816E5" w:rsidRPr="00EB75F0" w14:paraId="63C216E6" w14:textId="77777777" w:rsidTr="00C32B29">
        <w:trPr>
          <w:trHeight w:val="288"/>
        </w:trPr>
        <w:tc>
          <w:tcPr>
            <w:tcW w:w="2409" w:type="dxa"/>
            <w:vAlign w:val="bottom"/>
          </w:tcPr>
          <w:p w14:paraId="62F9CC9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2409" w:type="dxa"/>
            <w:vAlign w:val="bottom"/>
          </w:tcPr>
          <w:p w14:paraId="242A76D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Aripiprazole</w:t>
            </w:r>
          </w:p>
        </w:tc>
        <w:tc>
          <w:tcPr>
            <w:tcW w:w="2410" w:type="dxa"/>
            <w:vAlign w:val="bottom"/>
          </w:tcPr>
          <w:p w14:paraId="0C1E534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19</w:t>
            </w:r>
          </w:p>
        </w:tc>
        <w:tc>
          <w:tcPr>
            <w:tcW w:w="2410" w:type="dxa"/>
            <w:vAlign w:val="bottom"/>
          </w:tcPr>
          <w:p w14:paraId="026E7D1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202</w:t>
            </w:r>
          </w:p>
        </w:tc>
      </w:tr>
      <w:tr w:rsidR="005816E5" w:rsidRPr="00EB75F0" w14:paraId="1026688C" w14:textId="77777777" w:rsidTr="00C32B29">
        <w:trPr>
          <w:trHeight w:val="288"/>
        </w:trPr>
        <w:tc>
          <w:tcPr>
            <w:tcW w:w="2409" w:type="dxa"/>
            <w:vAlign w:val="bottom"/>
          </w:tcPr>
          <w:p w14:paraId="27F56833"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lastRenderedPageBreak/>
              <w:t>Potkin</w:t>
            </w:r>
            <w:proofErr w:type="spellEnd"/>
            <w:r w:rsidRPr="00EB75F0">
              <w:rPr>
                <w:rFonts w:asciiTheme="majorHAnsi" w:hAnsiTheme="majorHAnsi" w:cstheme="majorHAnsi"/>
                <w:sz w:val="18"/>
                <w:szCs w:val="18"/>
              </w:rPr>
              <w:t xml:space="preserve"> 2003</w:t>
            </w:r>
          </w:p>
        </w:tc>
        <w:tc>
          <w:tcPr>
            <w:tcW w:w="2409" w:type="dxa"/>
            <w:vAlign w:val="bottom"/>
          </w:tcPr>
          <w:p w14:paraId="0CAB33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1EE5D64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17</w:t>
            </w:r>
          </w:p>
        </w:tc>
        <w:tc>
          <w:tcPr>
            <w:tcW w:w="2410" w:type="dxa"/>
            <w:vAlign w:val="bottom"/>
          </w:tcPr>
          <w:p w14:paraId="725A601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103</w:t>
            </w:r>
          </w:p>
        </w:tc>
      </w:tr>
      <w:tr w:rsidR="005816E5" w:rsidRPr="00EB75F0" w14:paraId="655ADDA7" w14:textId="77777777" w:rsidTr="00C32B29">
        <w:trPr>
          <w:trHeight w:val="288"/>
        </w:trPr>
        <w:tc>
          <w:tcPr>
            <w:tcW w:w="2409" w:type="dxa"/>
            <w:vAlign w:val="bottom"/>
          </w:tcPr>
          <w:p w14:paraId="2C8569E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2003</w:t>
            </w:r>
          </w:p>
        </w:tc>
        <w:tc>
          <w:tcPr>
            <w:tcW w:w="2409" w:type="dxa"/>
            <w:vAlign w:val="bottom"/>
          </w:tcPr>
          <w:p w14:paraId="153C686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497D4A8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8</w:t>
            </w:r>
          </w:p>
        </w:tc>
        <w:tc>
          <w:tcPr>
            <w:tcW w:w="2410" w:type="dxa"/>
            <w:vAlign w:val="bottom"/>
          </w:tcPr>
          <w:p w14:paraId="66A1B99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99</w:t>
            </w:r>
          </w:p>
        </w:tc>
      </w:tr>
      <w:tr w:rsidR="005816E5" w:rsidRPr="00EB75F0" w14:paraId="653795D3" w14:textId="77777777" w:rsidTr="00C32B29">
        <w:trPr>
          <w:trHeight w:val="288"/>
        </w:trPr>
        <w:tc>
          <w:tcPr>
            <w:tcW w:w="2409" w:type="dxa"/>
            <w:vAlign w:val="bottom"/>
          </w:tcPr>
          <w:p w14:paraId="69F64827"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2007</w:t>
            </w:r>
          </w:p>
        </w:tc>
        <w:tc>
          <w:tcPr>
            <w:tcW w:w="2409" w:type="dxa"/>
            <w:vAlign w:val="bottom"/>
          </w:tcPr>
          <w:p w14:paraId="283ADD0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Placebo</w:t>
            </w:r>
          </w:p>
        </w:tc>
        <w:tc>
          <w:tcPr>
            <w:tcW w:w="2410" w:type="dxa"/>
            <w:vAlign w:val="bottom"/>
          </w:tcPr>
          <w:p w14:paraId="753D4B3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7</w:t>
            </w:r>
          </w:p>
        </w:tc>
        <w:tc>
          <w:tcPr>
            <w:tcW w:w="2410" w:type="dxa"/>
            <w:vAlign w:val="bottom"/>
          </w:tcPr>
          <w:p w14:paraId="4B7BBE1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62</w:t>
            </w:r>
          </w:p>
        </w:tc>
      </w:tr>
      <w:tr w:rsidR="005816E5" w:rsidRPr="00EB75F0" w14:paraId="029BBA81" w14:textId="77777777" w:rsidTr="00C32B29">
        <w:trPr>
          <w:trHeight w:val="288"/>
        </w:trPr>
        <w:tc>
          <w:tcPr>
            <w:tcW w:w="2409" w:type="dxa"/>
            <w:vAlign w:val="bottom"/>
          </w:tcPr>
          <w:p w14:paraId="207B9EF7"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Theme="majorHAnsi" w:hAnsiTheme="majorHAnsi" w:cstheme="majorHAnsi"/>
                <w:sz w:val="18"/>
                <w:szCs w:val="18"/>
              </w:rPr>
              <w:t>Potkin</w:t>
            </w:r>
            <w:proofErr w:type="spellEnd"/>
            <w:r w:rsidRPr="00EB75F0">
              <w:rPr>
                <w:rFonts w:asciiTheme="majorHAnsi" w:hAnsiTheme="majorHAnsi" w:cstheme="majorHAnsi"/>
                <w:sz w:val="18"/>
                <w:szCs w:val="18"/>
              </w:rPr>
              <w:t xml:space="preserve"> 2007</w:t>
            </w:r>
          </w:p>
        </w:tc>
        <w:tc>
          <w:tcPr>
            <w:tcW w:w="2409" w:type="dxa"/>
            <w:vAlign w:val="bottom"/>
          </w:tcPr>
          <w:p w14:paraId="418E1F0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Risperidone</w:t>
            </w:r>
          </w:p>
        </w:tc>
        <w:tc>
          <w:tcPr>
            <w:tcW w:w="2410" w:type="dxa"/>
            <w:vAlign w:val="bottom"/>
          </w:tcPr>
          <w:p w14:paraId="044848D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4</w:t>
            </w:r>
          </w:p>
        </w:tc>
        <w:tc>
          <w:tcPr>
            <w:tcW w:w="2410" w:type="dxa"/>
            <w:vAlign w:val="bottom"/>
          </w:tcPr>
          <w:p w14:paraId="641E89D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Theme="majorHAnsi" w:hAnsiTheme="majorHAnsi" w:cstheme="majorHAnsi"/>
                <w:sz w:val="18"/>
                <w:szCs w:val="18"/>
              </w:rPr>
              <w:t>60</w:t>
            </w:r>
          </w:p>
        </w:tc>
      </w:tr>
    </w:tbl>
    <w:p w14:paraId="2B4EAAD3" w14:textId="77777777" w:rsidR="005816E5" w:rsidRPr="00EB75F0" w:rsidRDefault="005816E5" w:rsidP="005816E5">
      <w:pPr>
        <w:pStyle w:val="BodyText"/>
      </w:pPr>
    </w:p>
    <w:p w14:paraId="03FC30D5" w14:textId="77777777" w:rsidR="005816E5" w:rsidRPr="00541089" w:rsidRDefault="005816E5" w:rsidP="005816E5">
      <w:pPr>
        <w:pStyle w:val="Heading2"/>
      </w:pPr>
      <w:r w:rsidRPr="00541089">
        <w:t>≥7% increase in weight</w:t>
      </w:r>
    </w:p>
    <w:p w14:paraId="7CEA0D21" w14:textId="467F99E3" w:rsidR="005816E5" w:rsidRPr="00EB75F0" w:rsidRDefault="00A06AE8" w:rsidP="00541089">
      <w:pPr>
        <w:pStyle w:val="Heading3"/>
      </w:pPr>
      <w:r w:rsidRPr="00EB75F0">
        <w:t>Table S</w:t>
      </w:r>
      <w:fldSimple w:instr=" STYLEREF 1 \s ">
        <w:r w:rsidR="004B2F28">
          <w:rPr>
            <w:noProof/>
          </w:rPr>
          <w:t>10</w:t>
        </w:r>
      </w:fldSimple>
      <w:r w:rsidR="00EE288E" w:rsidRPr="00EB75F0">
        <w:noBreakHyphen/>
      </w:r>
      <w:fldSimple w:instr=" SEQ Table \* ARABIC \s 1 ">
        <w:r w:rsidR="004B2F28">
          <w:rPr>
            <w:noProof/>
          </w:rPr>
          <w:t>9</w:t>
        </w:r>
      </w:fldSimple>
      <w:r w:rsidR="005816E5" w:rsidRPr="00EB75F0">
        <w:t>: NMA input dataset – ≥7% increase in weight, base case network</w:t>
      </w:r>
    </w:p>
    <w:tbl>
      <w:tblPr>
        <w:tblStyle w:val="Lumanitytable"/>
        <w:tblW w:w="9638" w:type="dxa"/>
        <w:tblLook w:val="04A0" w:firstRow="1" w:lastRow="0" w:firstColumn="1" w:lastColumn="0" w:noHBand="0" w:noVBand="1"/>
      </w:tblPr>
      <w:tblGrid>
        <w:gridCol w:w="2409"/>
        <w:gridCol w:w="2409"/>
        <w:gridCol w:w="2410"/>
        <w:gridCol w:w="2410"/>
      </w:tblGrid>
      <w:tr w:rsidR="005816E5" w:rsidRPr="00EB75F0" w14:paraId="1AEAD71C" w14:textId="77777777" w:rsidTr="00C32B29">
        <w:trPr>
          <w:cnfStyle w:val="100000000000" w:firstRow="1" w:lastRow="0" w:firstColumn="0" w:lastColumn="0" w:oddVBand="0" w:evenVBand="0" w:oddHBand="0" w:evenHBand="0" w:firstRowFirstColumn="0" w:firstRowLastColumn="0" w:lastRowFirstColumn="0" w:lastRowLastColumn="0"/>
          <w:trHeight w:val="288"/>
        </w:trPr>
        <w:tc>
          <w:tcPr>
            <w:tcW w:w="2409" w:type="dxa"/>
            <w:vAlign w:val="bottom"/>
          </w:tcPr>
          <w:p w14:paraId="3A069C35"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StudyName</w:t>
            </w:r>
            <w:proofErr w:type="spellEnd"/>
          </w:p>
        </w:tc>
        <w:tc>
          <w:tcPr>
            <w:tcW w:w="2409" w:type="dxa"/>
            <w:vAlign w:val="bottom"/>
          </w:tcPr>
          <w:p w14:paraId="2AA3626A"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TreatmentName</w:t>
            </w:r>
            <w:proofErr w:type="spellEnd"/>
          </w:p>
        </w:tc>
        <w:tc>
          <w:tcPr>
            <w:tcW w:w="2410" w:type="dxa"/>
            <w:vAlign w:val="bottom"/>
          </w:tcPr>
          <w:p w14:paraId="59034915" w14:textId="77777777" w:rsidR="005816E5" w:rsidRPr="00EB75F0" w:rsidRDefault="005816E5" w:rsidP="00C32B29">
            <w:pPr>
              <w:pStyle w:val="BodyText"/>
              <w:spacing w:before="0" w:after="0" w:line="240" w:lineRule="auto"/>
              <w:rPr>
                <w:rFonts w:ascii="Calibri" w:hAnsi="Calibri" w:cs="Calibri"/>
                <w:color w:val="FFFFFF" w:themeColor="background1"/>
                <w:szCs w:val="22"/>
              </w:rPr>
            </w:pPr>
            <w:r w:rsidRPr="00EB75F0">
              <w:rPr>
                <w:rFonts w:ascii="Calibri" w:hAnsi="Calibri" w:cs="Calibri"/>
                <w:color w:val="FFFFFF" w:themeColor="background1"/>
                <w:szCs w:val="22"/>
              </w:rPr>
              <w:t>responders</w:t>
            </w:r>
          </w:p>
        </w:tc>
        <w:tc>
          <w:tcPr>
            <w:tcW w:w="2410" w:type="dxa"/>
            <w:vAlign w:val="bottom"/>
          </w:tcPr>
          <w:p w14:paraId="6E179CE4" w14:textId="77777777" w:rsidR="005816E5" w:rsidRPr="00EB75F0" w:rsidRDefault="005816E5" w:rsidP="00C32B29">
            <w:pPr>
              <w:pStyle w:val="BodyText"/>
              <w:spacing w:before="0" w:after="0" w:line="240" w:lineRule="auto"/>
              <w:rPr>
                <w:rFonts w:ascii="Calibri" w:hAnsi="Calibri" w:cs="Calibri"/>
                <w:color w:val="FFFFFF" w:themeColor="background1"/>
                <w:szCs w:val="22"/>
              </w:rPr>
            </w:pPr>
            <w:proofErr w:type="spellStart"/>
            <w:r w:rsidRPr="00EB75F0">
              <w:rPr>
                <w:rFonts w:ascii="Calibri" w:hAnsi="Calibri" w:cs="Calibri"/>
                <w:color w:val="FFFFFF" w:themeColor="background1"/>
                <w:szCs w:val="22"/>
              </w:rPr>
              <w:t>sampleSize</w:t>
            </w:r>
            <w:proofErr w:type="spellEnd"/>
          </w:p>
        </w:tc>
      </w:tr>
      <w:tr w:rsidR="005816E5" w:rsidRPr="00EB75F0" w14:paraId="36852A51" w14:textId="77777777" w:rsidTr="00C32B29">
        <w:trPr>
          <w:trHeight w:val="288"/>
        </w:trPr>
        <w:tc>
          <w:tcPr>
            <w:tcW w:w="2409" w:type="dxa"/>
            <w:vAlign w:val="bottom"/>
          </w:tcPr>
          <w:p w14:paraId="3E4AFF7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Cantillon 2017</w:t>
            </w:r>
          </w:p>
        </w:tc>
        <w:tc>
          <w:tcPr>
            <w:tcW w:w="2409" w:type="dxa"/>
            <w:vAlign w:val="bottom"/>
          </w:tcPr>
          <w:p w14:paraId="5E36B40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Aripiprazole</w:t>
            </w:r>
          </w:p>
        </w:tc>
        <w:tc>
          <w:tcPr>
            <w:tcW w:w="2410" w:type="dxa"/>
            <w:vAlign w:val="bottom"/>
          </w:tcPr>
          <w:p w14:paraId="73A5FEF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w:t>
            </w:r>
          </w:p>
        </w:tc>
        <w:tc>
          <w:tcPr>
            <w:tcW w:w="2410" w:type="dxa"/>
            <w:vAlign w:val="bottom"/>
          </w:tcPr>
          <w:p w14:paraId="4232EB9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14</w:t>
            </w:r>
          </w:p>
        </w:tc>
      </w:tr>
      <w:tr w:rsidR="005816E5" w:rsidRPr="00EB75F0" w14:paraId="5D056E1F" w14:textId="77777777" w:rsidTr="00C32B29">
        <w:trPr>
          <w:trHeight w:val="288"/>
        </w:trPr>
        <w:tc>
          <w:tcPr>
            <w:tcW w:w="2409" w:type="dxa"/>
            <w:vAlign w:val="bottom"/>
          </w:tcPr>
          <w:p w14:paraId="2DB5482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Cantillon 2017</w:t>
            </w:r>
          </w:p>
        </w:tc>
        <w:tc>
          <w:tcPr>
            <w:tcW w:w="2409" w:type="dxa"/>
            <w:vAlign w:val="bottom"/>
          </w:tcPr>
          <w:p w14:paraId="1E9EF5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534FA64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w:t>
            </w:r>
          </w:p>
        </w:tc>
        <w:tc>
          <w:tcPr>
            <w:tcW w:w="2410" w:type="dxa"/>
            <w:vAlign w:val="bottom"/>
          </w:tcPr>
          <w:p w14:paraId="31A9E00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36</w:t>
            </w:r>
          </w:p>
        </w:tc>
      </w:tr>
      <w:tr w:rsidR="005816E5" w:rsidRPr="00EB75F0" w14:paraId="1746A59B" w14:textId="77777777" w:rsidTr="00C32B29">
        <w:trPr>
          <w:trHeight w:val="288"/>
        </w:trPr>
        <w:tc>
          <w:tcPr>
            <w:tcW w:w="2409" w:type="dxa"/>
            <w:vAlign w:val="bottom"/>
          </w:tcPr>
          <w:p w14:paraId="345E90D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Casey 2008</w:t>
            </w:r>
          </w:p>
        </w:tc>
        <w:tc>
          <w:tcPr>
            <w:tcW w:w="2409" w:type="dxa"/>
            <w:vAlign w:val="bottom"/>
          </w:tcPr>
          <w:p w14:paraId="2AE6C84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729DBBD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6</w:t>
            </w:r>
          </w:p>
        </w:tc>
        <w:tc>
          <w:tcPr>
            <w:tcW w:w="2410" w:type="dxa"/>
            <w:vAlign w:val="bottom"/>
          </w:tcPr>
          <w:p w14:paraId="283BC02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119</w:t>
            </w:r>
          </w:p>
        </w:tc>
      </w:tr>
      <w:tr w:rsidR="005816E5" w:rsidRPr="00EB75F0" w14:paraId="5FDD0016" w14:textId="77777777" w:rsidTr="00C32B29">
        <w:trPr>
          <w:trHeight w:val="288"/>
        </w:trPr>
        <w:tc>
          <w:tcPr>
            <w:tcW w:w="2409" w:type="dxa"/>
            <w:vAlign w:val="bottom"/>
          </w:tcPr>
          <w:p w14:paraId="0C4BE93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Casey 2008</w:t>
            </w:r>
          </w:p>
        </w:tc>
        <w:tc>
          <w:tcPr>
            <w:tcW w:w="2409" w:type="dxa"/>
            <w:vAlign w:val="bottom"/>
          </w:tcPr>
          <w:p w14:paraId="573E24B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Risperidone</w:t>
            </w:r>
          </w:p>
        </w:tc>
        <w:tc>
          <w:tcPr>
            <w:tcW w:w="2410" w:type="dxa"/>
            <w:vAlign w:val="bottom"/>
          </w:tcPr>
          <w:p w14:paraId="06135C7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16</w:t>
            </w:r>
          </w:p>
        </w:tc>
        <w:tc>
          <w:tcPr>
            <w:tcW w:w="2410" w:type="dxa"/>
            <w:vAlign w:val="bottom"/>
          </w:tcPr>
          <w:p w14:paraId="2FD029B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120</w:t>
            </w:r>
          </w:p>
        </w:tc>
      </w:tr>
      <w:tr w:rsidR="005816E5" w:rsidRPr="00EB75F0" w14:paraId="1E2C7AE8" w14:textId="77777777" w:rsidTr="00C32B29">
        <w:trPr>
          <w:trHeight w:val="288"/>
        </w:trPr>
        <w:tc>
          <w:tcPr>
            <w:tcW w:w="2409" w:type="dxa"/>
            <w:vAlign w:val="bottom"/>
          </w:tcPr>
          <w:p w14:paraId="3C59251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Chan 2007</w:t>
            </w:r>
          </w:p>
        </w:tc>
        <w:tc>
          <w:tcPr>
            <w:tcW w:w="2409" w:type="dxa"/>
            <w:vAlign w:val="bottom"/>
          </w:tcPr>
          <w:p w14:paraId="42F06F5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Aripiprazole</w:t>
            </w:r>
          </w:p>
        </w:tc>
        <w:tc>
          <w:tcPr>
            <w:tcW w:w="2410" w:type="dxa"/>
            <w:vAlign w:val="bottom"/>
          </w:tcPr>
          <w:p w14:paraId="1CEC5F3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w:t>
            </w:r>
          </w:p>
        </w:tc>
        <w:tc>
          <w:tcPr>
            <w:tcW w:w="2410" w:type="dxa"/>
            <w:vAlign w:val="bottom"/>
          </w:tcPr>
          <w:p w14:paraId="330D3EB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49</w:t>
            </w:r>
          </w:p>
        </w:tc>
      </w:tr>
      <w:tr w:rsidR="005816E5" w:rsidRPr="00EB75F0" w14:paraId="1A6D48EE" w14:textId="77777777" w:rsidTr="00C32B29">
        <w:trPr>
          <w:trHeight w:val="288"/>
        </w:trPr>
        <w:tc>
          <w:tcPr>
            <w:tcW w:w="2409" w:type="dxa"/>
            <w:vAlign w:val="bottom"/>
          </w:tcPr>
          <w:p w14:paraId="2B73CA2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Chan 2007</w:t>
            </w:r>
          </w:p>
        </w:tc>
        <w:tc>
          <w:tcPr>
            <w:tcW w:w="2409" w:type="dxa"/>
            <w:vAlign w:val="bottom"/>
          </w:tcPr>
          <w:p w14:paraId="141E488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Risperidone</w:t>
            </w:r>
          </w:p>
        </w:tc>
        <w:tc>
          <w:tcPr>
            <w:tcW w:w="2410" w:type="dxa"/>
            <w:vAlign w:val="bottom"/>
          </w:tcPr>
          <w:p w14:paraId="68D041A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w:t>
            </w:r>
          </w:p>
        </w:tc>
        <w:tc>
          <w:tcPr>
            <w:tcW w:w="2410" w:type="dxa"/>
            <w:vAlign w:val="bottom"/>
          </w:tcPr>
          <w:p w14:paraId="18734D6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34</w:t>
            </w:r>
          </w:p>
        </w:tc>
      </w:tr>
      <w:tr w:rsidR="005816E5" w:rsidRPr="00EB75F0" w14:paraId="6420DA8F" w14:textId="77777777" w:rsidTr="00C32B29">
        <w:trPr>
          <w:trHeight w:val="288"/>
        </w:trPr>
        <w:tc>
          <w:tcPr>
            <w:tcW w:w="2409" w:type="dxa"/>
            <w:vAlign w:val="bottom"/>
          </w:tcPr>
          <w:p w14:paraId="6D93842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Correll 2015</w:t>
            </w:r>
          </w:p>
        </w:tc>
        <w:tc>
          <w:tcPr>
            <w:tcW w:w="2409" w:type="dxa"/>
            <w:vAlign w:val="bottom"/>
          </w:tcPr>
          <w:p w14:paraId="4F411CF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Brexpiprazole</w:t>
            </w:r>
            <w:proofErr w:type="spellEnd"/>
          </w:p>
        </w:tc>
        <w:tc>
          <w:tcPr>
            <w:tcW w:w="2410" w:type="dxa"/>
            <w:vAlign w:val="bottom"/>
          </w:tcPr>
          <w:p w14:paraId="1000F91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32</w:t>
            </w:r>
          </w:p>
        </w:tc>
        <w:tc>
          <w:tcPr>
            <w:tcW w:w="2410" w:type="dxa"/>
            <w:vAlign w:val="bottom"/>
          </w:tcPr>
          <w:p w14:paraId="1060942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362</w:t>
            </w:r>
          </w:p>
        </w:tc>
      </w:tr>
      <w:tr w:rsidR="005816E5" w:rsidRPr="00EB75F0" w14:paraId="2581694D" w14:textId="77777777" w:rsidTr="00C32B29">
        <w:trPr>
          <w:trHeight w:val="288"/>
        </w:trPr>
        <w:tc>
          <w:tcPr>
            <w:tcW w:w="2409" w:type="dxa"/>
            <w:vAlign w:val="bottom"/>
          </w:tcPr>
          <w:p w14:paraId="5B6D8ED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Correll 2015</w:t>
            </w:r>
          </w:p>
        </w:tc>
        <w:tc>
          <w:tcPr>
            <w:tcW w:w="2409" w:type="dxa"/>
            <w:vAlign w:val="bottom"/>
          </w:tcPr>
          <w:p w14:paraId="150DC7B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4CB389C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8</w:t>
            </w:r>
          </w:p>
        </w:tc>
        <w:tc>
          <w:tcPr>
            <w:tcW w:w="2410" w:type="dxa"/>
            <w:vAlign w:val="bottom"/>
          </w:tcPr>
          <w:p w14:paraId="1EB8758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184</w:t>
            </w:r>
          </w:p>
        </w:tc>
      </w:tr>
      <w:tr w:rsidR="005816E5" w:rsidRPr="00EB75F0" w14:paraId="18E101AF" w14:textId="77777777" w:rsidTr="00C32B29">
        <w:trPr>
          <w:trHeight w:val="288"/>
        </w:trPr>
        <w:tc>
          <w:tcPr>
            <w:tcW w:w="2409" w:type="dxa"/>
            <w:vAlign w:val="bottom"/>
          </w:tcPr>
          <w:p w14:paraId="70B17DB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Correll 2016 (NCT00905307)</w:t>
            </w:r>
          </w:p>
        </w:tc>
        <w:tc>
          <w:tcPr>
            <w:tcW w:w="2409" w:type="dxa"/>
            <w:vAlign w:val="bottom"/>
          </w:tcPr>
          <w:p w14:paraId="6430F85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Aripiprazole</w:t>
            </w:r>
          </w:p>
        </w:tc>
        <w:tc>
          <w:tcPr>
            <w:tcW w:w="2410" w:type="dxa"/>
            <w:vAlign w:val="bottom"/>
          </w:tcPr>
          <w:p w14:paraId="45B5508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w:t>
            </w:r>
          </w:p>
        </w:tc>
        <w:tc>
          <w:tcPr>
            <w:tcW w:w="2410" w:type="dxa"/>
            <w:vAlign w:val="bottom"/>
          </w:tcPr>
          <w:p w14:paraId="57DEC96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50</w:t>
            </w:r>
          </w:p>
        </w:tc>
      </w:tr>
      <w:tr w:rsidR="005816E5" w:rsidRPr="00EB75F0" w14:paraId="4606C5B9" w14:textId="77777777" w:rsidTr="00C32B29">
        <w:trPr>
          <w:trHeight w:val="288"/>
        </w:trPr>
        <w:tc>
          <w:tcPr>
            <w:tcW w:w="2409" w:type="dxa"/>
            <w:vAlign w:val="bottom"/>
          </w:tcPr>
          <w:p w14:paraId="0B0A4FD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Correll 2016 (NCT00905307)</w:t>
            </w:r>
          </w:p>
        </w:tc>
        <w:tc>
          <w:tcPr>
            <w:tcW w:w="2409" w:type="dxa"/>
            <w:vAlign w:val="bottom"/>
          </w:tcPr>
          <w:p w14:paraId="25A4FC70"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Brexpiprazole</w:t>
            </w:r>
            <w:proofErr w:type="spellEnd"/>
          </w:p>
        </w:tc>
        <w:tc>
          <w:tcPr>
            <w:tcW w:w="2410" w:type="dxa"/>
            <w:vAlign w:val="bottom"/>
          </w:tcPr>
          <w:p w14:paraId="457523A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10</w:t>
            </w:r>
          </w:p>
        </w:tc>
        <w:tc>
          <w:tcPr>
            <w:tcW w:w="2410" w:type="dxa"/>
            <w:vAlign w:val="bottom"/>
          </w:tcPr>
          <w:p w14:paraId="39E5F57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90</w:t>
            </w:r>
          </w:p>
        </w:tc>
      </w:tr>
      <w:tr w:rsidR="005816E5" w:rsidRPr="00EB75F0" w14:paraId="148A9581" w14:textId="77777777" w:rsidTr="00C32B29">
        <w:trPr>
          <w:trHeight w:val="288"/>
        </w:trPr>
        <w:tc>
          <w:tcPr>
            <w:tcW w:w="2409" w:type="dxa"/>
            <w:vAlign w:val="bottom"/>
          </w:tcPr>
          <w:p w14:paraId="0CDC2ED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Correll 2016 (NCT00905307)</w:t>
            </w:r>
          </w:p>
        </w:tc>
        <w:tc>
          <w:tcPr>
            <w:tcW w:w="2409" w:type="dxa"/>
            <w:vAlign w:val="bottom"/>
          </w:tcPr>
          <w:p w14:paraId="75FD9F6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1DD9468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7</w:t>
            </w:r>
          </w:p>
        </w:tc>
        <w:tc>
          <w:tcPr>
            <w:tcW w:w="2410" w:type="dxa"/>
            <w:vAlign w:val="bottom"/>
          </w:tcPr>
          <w:p w14:paraId="33746D1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95</w:t>
            </w:r>
          </w:p>
        </w:tc>
      </w:tr>
      <w:tr w:rsidR="005816E5" w:rsidRPr="00EB75F0" w14:paraId="133ED327" w14:textId="77777777" w:rsidTr="00C32B29">
        <w:trPr>
          <w:trHeight w:val="288"/>
        </w:trPr>
        <w:tc>
          <w:tcPr>
            <w:tcW w:w="2409" w:type="dxa"/>
            <w:vAlign w:val="bottom"/>
          </w:tcPr>
          <w:p w14:paraId="2396308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Correll 2020</w:t>
            </w:r>
          </w:p>
        </w:tc>
        <w:tc>
          <w:tcPr>
            <w:tcW w:w="2409" w:type="dxa"/>
            <w:vAlign w:val="bottom"/>
          </w:tcPr>
          <w:p w14:paraId="53D0B3DC"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Lumateperone</w:t>
            </w:r>
            <w:proofErr w:type="spellEnd"/>
          </w:p>
        </w:tc>
        <w:tc>
          <w:tcPr>
            <w:tcW w:w="2410" w:type="dxa"/>
            <w:vAlign w:val="bottom"/>
          </w:tcPr>
          <w:p w14:paraId="0890F2B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13</w:t>
            </w:r>
          </w:p>
        </w:tc>
        <w:tc>
          <w:tcPr>
            <w:tcW w:w="2410" w:type="dxa"/>
            <w:vAlign w:val="bottom"/>
          </w:tcPr>
          <w:p w14:paraId="3BBB15C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150</w:t>
            </w:r>
          </w:p>
        </w:tc>
      </w:tr>
      <w:tr w:rsidR="005816E5" w:rsidRPr="00EB75F0" w14:paraId="3EAC43B0" w14:textId="77777777" w:rsidTr="00C32B29">
        <w:trPr>
          <w:trHeight w:val="288"/>
        </w:trPr>
        <w:tc>
          <w:tcPr>
            <w:tcW w:w="2409" w:type="dxa"/>
            <w:vAlign w:val="bottom"/>
          </w:tcPr>
          <w:p w14:paraId="6C3735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Correll 2020</w:t>
            </w:r>
          </w:p>
        </w:tc>
        <w:tc>
          <w:tcPr>
            <w:tcW w:w="2409" w:type="dxa"/>
            <w:vAlign w:val="bottom"/>
          </w:tcPr>
          <w:p w14:paraId="1D0ED09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5C64433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6</w:t>
            </w:r>
          </w:p>
        </w:tc>
        <w:tc>
          <w:tcPr>
            <w:tcW w:w="2410" w:type="dxa"/>
            <w:vAlign w:val="bottom"/>
          </w:tcPr>
          <w:p w14:paraId="0D74389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150</w:t>
            </w:r>
          </w:p>
        </w:tc>
      </w:tr>
      <w:tr w:rsidR="005816E5" w:rsidRPr="00EB75F0" w14:paraId="60CD4498" w14:textId="77777777" w:rsidTr="00C32B29">
        <w:trPr>
          <w:trHeight w:val="288"/>
        </w:trPr>
        <w:tc>
          <w:tcPr>
            <w:tcW w:w="2409" w:type="dxa"/>
            <w:vAlign w:val="bottom"/>
          </w:tcPr>
          <w:p w14:paraId="71AD854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Davidson 2007</w:t>
            </w:r>
          </w:p>
        </w:tc>
        <w:tc>
          <w:tcPr>
            <w:tcW w:w="2409" w:type="dxa"/>
            <w:vAlign w:val="bottom"/>
          </w:tcPr>
          <w:p w14:paraId="28E027C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Olanzapine</w:t>
            </w:r>
          </w:p>
        </w:tc>
        <w:tc>
          <w:tcPr>
            <w:tcW w:w="2410" w:type="dxa"/>
            <w:vAlign w:val="bottom"/>
          </w:tcPr>
          <w:p w14:paraId="3A61DAE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25</w:t>
            </w:r>
          </w:p>
        </w:tc>
        <w:tc>
          <w:tcPr>
            <w:tcW w:w="2410" w:type="dxa"/>
            <w:vAlign w:val="bottom"/>
          </w:tcPr>
          <w:p w14:paraId="5718785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115</w:t>
            </w:r>
          </w:p>
        </w:tc>
      </w:tr>
      <w:tr w:rsidR="005816E5" w:rsidRPr="00EB75F0" w14:paraId="3753A61B" w14:textId="77777777" w:rsidTr="00C32B29">
        <w:trPr>
          <w:trHeight w:val="288"/>
        </w:trPr>
        <w:tc>
          <w:tcPr>
            <w:tcW w:w="2409" w:type="dxa"/>
            <w:vAlign w:val="bottom"/>
          </w:tcPr>
          <w:p w14:paraId="3DCD74C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Davidson 2007</w:t>
            </w:r>
          </w:p>
        </w:tc>
        <w:tc>
          <w:tcPr>
            <w:tcW w:w="2409" w:type="dxa"/>
            <w:vAlign w:val="bottom"/>
          </w:tcPr>
          <w:p w14:paraId="0E04DB6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6B62606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7</w:t>
            </w:r>
          </w:p>
        </w:tc>
        <w:tc>
          <w:tcPr>
            <w:tcW w:w="2410" w:type="dxa"/>
            <w:vAlign w:val="bottom"/>
          </w:tcPr>
          <w:p w14:paraId="381922A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110</w:t>
            </w:r>
          </w:p>
        </w:tc>
      </w:tr>
      <w:tr w:rsidR="005816E5" w:rsidRPr="00EB75F0" w14:paraId="185BE502" w14:textId="77777777" w:rsidTr="00C32B29">
        <w:trPr>
          <w:trHeight w:val="288"/>
        </w:trPr>
        <w:tc>
          <w:tcPr>
            <w:tcW w:w="2409" w:type="dxa"/>
            <w:vAlign w:val="bottom"/>
          </w:tcPr>
          <w:p w14:paraId="1F18253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Downing 2014</w:t>
            </w:r>
          </w:p>
        </w:tc>
        <w:tc>
          <w:tcPr>
            <w:tcW w:w="2409" w:type="dxa"/>
            <w:vAlign w:val="bottom"/>
          </w:tcPr>
          <w:p w14:paraId="7C5771E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41BAD35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w:t>
            </w:r>
          </w:p>
        </w:tc>
        <w:tc>
          <w:tcPr>
            <w:tcW w:w="2410" w:type="dxa"/>
            <w:vAlign w:val="bottom"/>
          </w:tcPr>
          <w:p w14:paraId="374976B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295</w:t>
            </w:r>
          </w:p>
        </w:tc>
      </w:tr>
      <w:tr w:rsidR="005816E5" w:rsidRPr="00EB75F0" w14:paraId="1D86F4FB" w14:textId="77777777" w:rsidTr="00C32B29">
        <w:trPr>
          <w:trHeight w:val="288"/>
        </w:trPr>
        <w:tc>
          <w:tcPr>
            <w:tcW w:w="2409" w:type="dxa"/>
            <w:vAlign w:val="bottom"/>
          </w:tcPr>
          <w:p w14:paraId="186D3CB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Downing 2014</w:t>
            </w:r>
          </w:p>
        </w:tc>
        <w:tc>
          <w:tcPr>
            <w:tcW w:w="2409" w:type="dxa"/>
            <w:vAlign w:val="bottom"/>
          </w:tcPr>
          <w:p w14:paraId="31C015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Risperidone</w:t>
            </w:r>
          </w:p>
        </w:tc>
        <w:tc>
          <w:tcPr>
            <w:tcW w:w="2410" w:type="dxa"/>
            <w:vAlign w:val="bottom"/>
          </w:tcPr>
          <w:p w14:paraId="310B45D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5</w:t>
            </w:r>
          </w:p>
        </w:tc>
        <w:tc>
          <w:tcPr>
            <w:tcW w:w="2410" w:type="dxa"/>
            <w:vAlign w:val="bottom"/>
          </w:tcPr>
          <w:p w14:paraId="188410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142</w:t>
            </w:r>
          </w:p>
        </w:tc>
      </w:tr>
      <w:tr w:rsidR="005816E5" w:rsidRPr="00EB75F0" w14:paraId="1B1B3C48" w14:textId="77777777" w:rsidTr="00C32B29">
        <w:trPr>
          <w:trHeight w:val="288"/>
        </w:trPr>
        <w:tc>
          <w:tcPr>
            <w:tcW w:w="2409" w:type="dxa"/>
            <w:vAlign w:val="bottom"/>
          </w:tcPr>
          <w:p w14:paraId="5D70F1B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Durgam 2014</w:t>
            </w:r>
          </w:p>
        </w:tc>
        <w:tc>
          <w:tcPr>
            <w:tcW w:w="2409" w:type="dxa"/>
            <w:vAlign w:val="bottom"/>
          </w:tcPr>
          <w:p w14:paraId="50F6AE1C"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Cariprazine</w:t>
            </w:r>
            <w:proofErr w:type="spellEnd"/>
          </w:p>
        </w:tc>
        <w:tc>
          <w:tcPr>
            <w:tcW w:w="2410" w:type="dxa"/>
            <w:vAlign w:val="bottom"/>
          </w:tcPr>
          <w:p w14:paraId="228248D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34</w:t>
            </w:r>
          </w:p>
        </w:tc>
        <w:tc>
          <w:tcPr>
            <w:tcW w:w="2410" w:type="dxa"/>
            <w:vAlign w:val="bottom"/>
          </w:tcPr>
          <w:p w14:paraId="7B30D2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438</w:t>
            </w:r>
          </w:p>
        </w:tc>
      </w:tr>
      <w:tr w:rsidR="005816E5" w:rsidRPr="00EB75F0" w14:paraId="689DD06F" w14:textId="77777777" w:rsidTr="00C32B29">
        <w:trPr>
          <w:trHeight w:val="288"/>
        </w:trPr>
        <w:tc>
          <w:tcPr>
            <w:tcW w:w="2409" w:type="dxa"/>
            <w:vAlign w:val="bottom"/>
          </w:tcPr>
          <w:p w14:paraId="7EE4601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Durgam 2014</w:t>
            </w:r>
          </w:p>
        </w:tc>
        <w:tc>
          <w:tcPr>
            <w:tcW w:w="2409" w:type="dxa"/>
            <w:vAlign w:val="bottom"/>
          </w:tcPr>
          <w:p w14:paraId="1A47F6B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55D10E6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3</w:t>
            </w:r>
          </w:p>
        </w:tc>
        <w:tc>
          <w:tcPr>
            <w:tcW w:w="2410" w:type="dxa"/>
            <w:vAlign w:val="bottom"/>
          </w:tcPr>
          <w:p w14:paraId="5022F85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151</w:t>
            </w:r>
          </w:p>
        </w:tc>
      </w:tr>
      <w:tr w:rsidR="005816E5" w:rsidRPr="00EB75F0" w14:paraId="40777152" w14:textId="77777777" w:rsidTr="00C32B29">
        <w:trPr>
          <w:trHeight w:val="288"/>
        </w:trPr>
        <w:tc>
          <w:tcPr>
            <w:tcW w:w="2409" w:type="dxa"/>
            <w:vAlign w:val="bottom"/>
          </w:tcPr>
          <w:p w14:paraId="0952205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Durgam 2014</w:t>
            </w:r>
          </w:p>
        </w:tc>
        <w:tc>
          <w:tcPr>
            <w:tcW w:w="2409" w:type="dxa"/>
            <w:vAlign w:val="bottom"/>
          </w:tcPr>
          <w:p w14:paraId="2EAEB62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Risperidone</w:t>
            </w:r>
          </w:p>
        </w:tc>
        <w:tc>
          <w:tcPr>
            <w:tcW w:w="2410" w:type="dxa"/>
            <w:vAlign w:val="bottom"/>
          </w:tcPr>
          <w:p w14:paraId="7F8E606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22</w:t>
            </w:r>
          </w:p>
        </w:tc>
        <w:tc>
          <w:tcPr>
            <w:tcW w:w="2410" w:type="dxa"/>
            <w:vAlign w:val="bottom"/>
          </w:tcPr>
          <w:p w14:paraId="14168EF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140</w:t>
            </w:r>
          </w:p>
        </w:tc>
      </w:tr>
      <w:tr w:rsidR="005816E5" w:rsidRPr="00EB75F0" w14:paraId="681153F9" w14:textId="77777777" w:rsidTr="00C32B29">
        <w:trPr>
          <w:trHeight w:val="288"/>
        </w:trPr>
        <w:tc>
          <w:tcPr>
            <w:tcW w:w="2409" w:type="dxa"/>
            <w:vAlign w:val="bottom"/>
          </w:tcPr>
          <w:p w14:paraId="41433D9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Durgam 2015</w:t>
            </w:r>
          </w:p>
        </w:tc>
        <w:tc>
          <w:tcPr>
            <w:tcW w:w="2409" w:type="dxa"/>
            <w:vAlign w:val="bottom"/>
          </w:tcPr>
          <w:p w14:paraId="4B9EABC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Aripiprazole</w:t>
            </w:r>
          </w:p>
        </w:tc>
        <w:tc>
          <w:tcPr>
            <w:tcW w:w="2410" w:type="dxa"/>
            <w:vAlign w:val="bottom"/>
          </w:tcPr>
          <w:p w14:paraId="2131275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9</w:t>
            </w:r>
          </w:p>
        </w:tc>
        <w:tc>
          <w:tcPr>
            <w:tcW w:w="2410" w:type="dxa"/>
            <w:vAlign w:val="bottom"/>
          </w:tcPr>
          <w:p w14:paraId="75C029D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152</w:t>
            </w:r>
          </w:p>
        </w:tc>
      </w:tr>
      <w:tr w:rsidR="005816E5" w:rsidRPr="00EB75F0" w14:paraId="718DAD50" w14:textId="77777777" w:rsidTr="00C32B29">
        <w:trPr>
          <w:trHeight w:val="288"/>
        </w:trPr>
        <w:tc>
          <w:tcPr>
            <w:tcW w:w="2409" w:type="dxa"/>
            <w:vAlign w:val="bottom"/>
          </w:tcPr>
          <w:p w14:paraId="7BCF6CD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Durgam 2015</w:t>
            </w:r>
          </w:p>
        </w:tc>
        <w:tc>
          <w:tcPr>
            <w:tcW w:w="2409" w:type="dxa"/>
            <w:vAlign w:val="bottom"/>
          </w:tcPr>
          <w:p w14:paraId="5F9072B0"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Cariprazine</w:t>
            </w:r>
            <w:proofErr w:type="spellEnd"/>
          </w:p>
        </w:tc>
        <w:tc>
          <w:tcPr>
            <w:tcW w:w="2410" w:type="dxa"/>
            <w:vAlign w:val="bottom"/>
          </w:tcPr>
          <w:p w14:paraId="438CB57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17</w:t>
            </w:r>
          </w:p>
        </w:tc>
        <w:tc>
          <w:tcPr>
            <w:tcW w:w="2410" w:type="dxa"/>
            <w:vAlign w:val="bottom"/>
          </w:tcPr>
          <w:p w14:paraId="081A3C7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312</w:t>
            </w:r>
          </w:p>
        </w:tc>
      </w:tr>
      <w:tr w:rsidR="005816E5" w:rsidRPr="00EB75F0" w14:paraId="3FFD2F53" w14:textId="77777777" w:rsidTr="00C32B29">
        <w:trPr>
          <w:trHeight w:val="288"/>
        </w:trPr>
        <w:tc>
          <w:tcPr>
            <w:tcW w:w="2409" w:type="dxa"/>
            <w:vAlign w:val="bottom"/>
          </w:tcPr>
          <w:p w14:paraId="633ED65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Durgam 2015</w:t>
            </w:r>
          </w:p>
        </w:tc>
        <w:tc>
          <w:tcPr>
            <w:tcW w:w="2409" w:type="dxa"/>
            <w:vAlign w:val="bottom"/>
          </w:tcPr>
          <w:p w14:paraId="7CB1A03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455D662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5</w:t>
            </w:r>
          </w:p>
        </w:tc>
        <w:tc>
          <w:tcPr>
            <w:tcW w:w="2410" w:type="dxa"/>
            <w:vAlign w:val="bottom"/>
          </w:tcPr>
          <w:p w14:paraId="2B24DB4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153</w:t>
            </w:r>
          </w:p>
        </w:tc>
      </w:tr>
      <w:tr w:rsidR="005816E5" w:rsidRPr="00EB75F0" w14:paraId="18F98089" w14:textId="77777777" w:rsidTr="00C32B29">
        <w:trPr>
          <w:trHeight w:val="288"/>
        </w:trPr>
        <w:tc>
          <w:tcPr>
            <w:tcW w:w="2409" w:type="dxa"/>
            <w:vAlign w:val="bottom"/>
          </w:tcPr>
          <w:p w14:paraId="6F0D58A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EMERGENT-1</w:t>
            </w:r>
          </w:p>
        </w:tc>
        <w:tc>
          <w:tcPr>
            <w:tcW w:w="2409" w:type="dxa"/>
            <w:vAlign w:val="bottom"/>
          </w:tcPr>
          <w:p w14:paraId="6E0E9572"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KarXT</w:t>
            </w:r>
            <w:proofErr w:type="spellEnd"/>
          </w:p>
        </w:tc>
        <w:tc>
          <w:tcPr>
            <w:tcW w:w="2410" w:type="dxa"/>
            <w:vAlign w:val="bottom"/>
          </w:tcPr>
          <w:p w14:paraId="408818A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w:t>
            </w:r>
          </w:p>
        </w:tc>
        <w:tc>
          <w:tcPr>
            <w:tcW w:w="2410" w:type="dxa"/>
            <w:vAlign w:val="bottom"/>
          </w:tcPr>
          <w:p w14:paraId="402650E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89</w:t>
            </w:r>
          </w:p>
        </w:tc>
      </w:tr>
      <w:tr w:rsidR="005816E5" w:rsidRPr="00EB75F0" w14:paraId="7D8DF947" w14:textId="77777777" w:rsidTr="00C32B29">
        <w:trPr>
          <w:trHeight w:val="288"/>
        </w:trPr>
        <w:tc>
          <w:tcPr>
            <w:tcW w:w="2409" w:type="dxa"/>
            <w:vAlign w:val="bottom"/>
          </w:tcPr>
          <w:p w14:paraId="36C4D57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EMERGENT-1</w:t>
            </w:r>
          </w:p>
        </w:tc>
        <w:tc>
          <w:tcPr>
            <w:tcW w:w="2409" w:type="dxa"/>
            <w:vAlign w:val="bottom"/>
          </w:tcPr>
          <w:p w14:paraId="383E444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47CEDA1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w:t>
            </w:r>
          </w:p>
        </w:tc>
        <w:tc>
          <w:tcPr>
            <w:tcW w:w="2410" w:type="dxa"/>
            <w:vAlign w:val="bottom"/>
          </w:tcPr>
          <w:p w14:paraId="6590C2C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90</w:t>
            </w:r>
          </w:p>
        </w:tc>
      </w:tr>
      <w:tr w:rsidR="005816E5" w:rsidRPr="00EB75F0" w14:paraId="43D1B8D5" w14:textId="77777777" w:rsidTr="00C32B29">
        <w:trPr>
          <w:trHeight w:val="288"/>
        </w:trPr>
        <w:tc>
          <w:tcPr>
            <w:tcW w:w="2409" w:type="dxa"/>
            <w:vAlign w:val="bottom"/>
          </w:tcPr>
          <w:p w14:paraId="4AA10B9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EMERGENT-2</w:t>
            </w:r>
          </w:p>
        </w:tc>
        <w:tc>
          <w:tcPr>
            <w:tcW w:w="2409" w:type="dxa"/>
            <w:vAlign w:val="bottom"/>
          </w:tcPr>
          <w:p w14:paraId="1F46377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KarXT</w:t>
            </w:r>
            <w:proofErr w:type="spellEnd"/>
          </w:p>
        </w:tc>
        <w:tc>
          <w:tcPr>
            <w:tcW w:w="2410" w:type="dxa"/>
            <w:vAlign w:val="bottom"/>
          </w:tcPr>
          <w:p w14:paraId="63CA65A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8</w:t>
            </w:r>
          </w:p>
        </w:tc>
        <w:tc>
          <w:tcPr>
            <w:tcW w:w="2410" w:type="dxa"/>
            <w:vAlign w:val="bottom"/>
          </w:tcPr>
          <w:p w14:paraId="66AADC4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126</w:t>
            </w:r>
          </w:p>
        </w:tc>
      </w:tr>
      <w:tr w:rsidR="005816E5" w:rsidRPr="00EB75F0" w14:paraId="4C26D7F6" w14:textId="77777777" w:rsidTr="00C32B29">
        <w:trPr>
          <w:trHeight w:val="288"/>
        </w:trPr>
        <w:tc>
          <w:tcPr>
            <w:tcW w:w="2409" w:type="dxa"/>
            <w:vAlign w:val="bottom"/>
          </w:tcPr>
          <w:p w14:paraId="5FAC94D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EMERGENT-2</w:t>
            </w:r>
          </w:p>
        </w:tc>
        <w:tc>
          <w:tcPr>
            <w:tcW w:w="2409" w:type="dxa"/>
            <w:vAlign w:val="bottom"/>
          </w:tcPr>
          <w:p w14:paraId="7AD64D7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0A68021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16</w:t>
            </w:r>
          </w:p>
        </w:tc>
        <w:tc>
          <w:tcPr>
            <w:tcW w:w="2410" w:type="dxa"/>
            <w:vAlign w:val="bottom"/>
          </w:tcPr>
          <w:p w14:paraId="5324F70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125</w:t>
            </w:r>
          </w:p>
        </w:tc>
      </w:tr>
      <w:tr w:rsidR="005816E5" w:rsidRPr="00EB75F0" w14:paraId="5113A3ED" w14:textId="77777777" w:rsidTr="00C32B29">
        <w:trPr>
          <w:trHeight w:val="288"/>
        </w:trPr>
        <w:tc>
          <w:tcPr>
            <w:tcW w:w="2409" w:type="dxa"/>
            <w:vAlign w:val="bottom"/>
          </w:tcPr>
          <w:p w14:paraId="0937C63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EMERGENT-3</w:t>
            </w:r>
          </w:p>
        </w:tc>
        <w:tc>
          <w:tcPr>
            <w:tcW w:w="2409" w:type="dxa"/>
            <w:vAlign w:val="bottom"/>
          </w:tcPr>
          <w:p w14:paraId="3BBC219E"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KarXT</w:t>
            </w:r>
            <w:proofErr w:type="spellEnd"/>
          </w:p>
        </w:tc>
        <w:tc>
          <w:tcPr>
            <w:tcW w:w="2410" w:type="dxa"/>
            <w:vAlign w:val="bottom"/>
          </w:tcPr>
          <w:p w14:paraId="3B628AF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6</w:t>
            </w:r>
          </w:p>
        </w:tc>
        <w:tc>
          <w:tcPr>
            <w:tcW w:w="2410" w:type="dxa"/>
            <w:vAlign w:val="bottom"/>
          </w:tcPr>
          <w:p w14:paraId="4E7A9E3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125</w:t>
            </w:r>
          </w:p>
        </w:tc>
      </w:tr>
      <w:tr w:rsidR="005816E5" w:rsidRPr="00EB75F0" w14:paraId="551FEE40" w14:textId="77777777" w:rsidTr="00C32B29">
        <w:trPr>
          <w:trHeight w:val="288"/>
        </w:trPr>
        <w:tc>
          <w:tcPr>
            <w:tcW w:w="2409" w:type="dxa"/>
            <w:vAlign w:val="bottom"/>
          </w:tcPr>
          <w:p w14:paraId="7984AB0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EMERGENT-3</w:t>
            </w:r>
          </w:p>
        </w:tc>
        <w:tc>
          <w:tcPr>
            <w:tcW w:w="2409" w:type="dxa"/>
            <w:vAlign w:val="bottom"/>
          </w:tcPr>
          <w:p w14:paraId="71A286B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0316B32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15</w:t>
            </w:r>
          </w:p>
        </w:tc>
        <w:tc>
          <w:tcPr>
            <w:tcW w:w="2410" w:type="dxa"/>
            <w:vAlign w:val="bottom"/>
          </w:tcPr>
          <w:p w14:paraId="18E2F00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128</w:t>
            </w:r>
          </w:p>
        </w:tc>
      </w:tr>
      <w:tr w:rsidR="005816E5" w:rsidRPr="00EB75F0" w14:paraId="51E8E178" w14:textId="77777777" w:rsidTr="00C32B29">
        <w:trPr>
          <w:trHeight w:val="288"/>
        </w:trPr>
        <w:tc>
          <w:tcPr>
            <w:tcW w:w="2409" w:type="dxa"/>
            <w:vAlign w:val="bottom"/>
          </w:tcPr>
          <w:p w14:paraId="450401B0"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Ishigooka</w:t>
            </w:r>
            <w:proofErr w:type="spellEnd"/>
            <w:r w:rsidRPr="00EB75F0">
              <w:rPr>
                <w:rFonts w:ascii="Calibri" w:hAnsi="Calibri" w:cs="Calibri"/>
                <w:szCs w:val="22"/>
              </w:rPr>
              <w:t xml:space="preserve"> 2018</w:t>
            </w:r>
          </w:p>
        </w:tc>
        <w:tc>
          <w:tcPr>
            <w:tcW w:w="2409" w:type="dxa"/>
            <w:vAlign w:val="bottom"/>
          </w:tcPr>
          <w:p w14:paraId="45C1A11E"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Brexpiprazole</w:t>
            </w:r>
            <w:proofErr w:type="spellEnd"/>
          </w:p>
        </w:tc>
        <w:tc>
          <w:tcPr>
            <w:tcW w:w="2410" w:type="dxa"/>
            <w:vAlign w:val="bottom"/>
          </w:tcPr>
          <w:p w14:paraId="304ED01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9</w:t>
            </w:r>
          </w:p>
        </w:tc>
        <w:tc>
          <w:tcPr>
            <w:tcW w:w="2410" w:type="dxa"/>
            <w:vAlign w:val="bottom"/>
          </w:tcPr>
          <w:p w14:paraId="5A92EF0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228</w:t>
            </w:r>
          </w:p>
        </w:tc>
      </w:tr>
      <w:tr w:rsidR="005816E5" w:rsidRPr="00EB75F0" w14:paraId="4A455FAD" w14:textId="77777777" w:rsidTr="00C32B29">
        <w:trPr>
          <w:trHeight w:val="288"/>
        </w:trPr>
        <w:tc>
          <w:tcPr>
            <w:tcW w:w="2409" w:type="dxa"/>
            <w:vAlign w:val="bottom"/>
          </w:tcPr>
          <w:p w14:paraId="6E1E9115"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Ishigooka</w:t>
            </w:r>
            <w:proofErr w:type="spellEnd"/>
            <w:r w:rsidRPr="00EB75F0">
              <w:rPr>
                <w:rFonts w:ascii="Calibri" w:hAnsi="Calibri" w:cs="Calibri"/>
                <w:szCs w:val="22"/>
              </w:rPr>
              <w:t xml:space="preserve"> 2018</w:t>
            </w:r>
          </w:p>
        </w:tc>
        <w:tc>
          <w:tcPr>
            <w:tcW w:w="2409" w:type="dxa"/>
            <w:vAlign w:val="bottom"/>
          </w:tcPr>
          <w:p w14:paraId="25B0C05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08CF06F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w:t>
            </w:r>
          </w:p>
        </w:tc>
        <w:tc>
          <w:tcPr>
            <w:tcW w:w="2410" w:type="dxa"/>
            <w:vAlign w:val="bottom"/>
          </w:tcPr>
          <w:p w14:paraId="094C2C1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116</w:t>
            </w:r>
          </w:p>
        </w:tc>
      </w:tr>
      <w:tr w:rsidR="005816E5" w:rsidRPr="00EB75F0" w14:paraId="698E5C51" w14:textId="77777777" w:rsidTr="00C32B29">
        <w:trPr>
          <w:trHeight w:val="288"/>
        </w:trPr>
        <w:tc>
          <w:tcPr>
            <w:tcW w:w="2409" w:type="dxa"/>
            <w:vAlign w:val="bottom"/>
          </w:tcPr>
          <w:p w14:paraId="6274557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Kane 2002</w:t>
            </w:r>
          </w:p>
        </w:tc>
        <w:tc>
          <w:tcPr>
            <w:tcW w:w="2409" w:type="dxa"/>
            <w:vAlign w:val="bottom"/>
          </w:tcPr>
          <w:p w14:paraId="23FF024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Aripiprazole</w:t>
            </w:r>
          </w:p>
        </w:tc>
        <w:tc>
          <w:tcPr>
            <w:tcW w:w="2410" w:type="dxa"/>
            <w:vAlign w:val="bottom"/>
          </w:tcPr>
          <w:p w14:paraId="090848E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11</w:t>
            </w:r>
          </w:p>
        </w:tc>
        <w:tc>
          <w:tcPr>
            <w:tcW w:w="2410" w:type="dxa"/>
            <w:vAlign w:val="bottom"/>
          </w:tcPr>
          <w:p w14:paraId="1DE15BE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204</w:t>
            </w:r>
          </w:p>
        </w:tc>
      </w:tr>
      <w:tr w:rsidR="005816E5" w:rsidRPr="00EB75F0" w14:paraId="69033640" w14:textId="77777777" w:rsidTr="00C32B29">
        <w:trPr>
          <w:trHeight w:val="288"/>
        </w:trPr>
        <w:tc>
          <w:tcPr>
            <w:tcW w:w="2409" w:type="dxa"/>
            <w:vAlign w:val="bottom"/>
          </w:tcPr>
          <w:p w14:paraId="1578754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Kane 2002</w:t>
            </w:r>
          </w:p>
        </w:tc>
        <w:tc>
          <w:tcPr>
            <w:tcW w:w="2409" w:type="dxa"/>
            <w:vAlign w:val="bottom"/>
          </w:tcPr>
          <w:p w14:paraId="493712A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60D495C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w:t>
            </w:r>
          </w:p>
        </w:tc>
        <w:tc>
          <w:tcPr>
            <w:tcW w:w="2410" w:type="dxa"/>
            <w:vAlign w:val="bottom"/>
          </w:tcPr>
          <w:p w14:paraId="56828A5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106</w:t>
            </w:r>
          </w:p>
        </w:tc>
      </w:tr>
      <w:tr w:rsidR="005816E5" w:rsidRPr="00EB75F0" w14:paraId="2EB5E6F2" w14:textId="77777777" w:rsidTr="00C32B29">
        <w:trPr>
          <w:trHeight w:val="288"/>
        </w:trPr>
        <w:tc>
          <w:tcPr>
            <w:tcW w:w="2409" w:type="dxa"/>
            <w:vAlign w:val="bottom"/>
          </w:tcPr>
          <w:p w14:paraId="3B4529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Kane 2007</w:t>
            </w:r>
          </w:p>
        </w:tc>
        <w:tc>
          <w:tcPr>
            <w:tcW w:w="2409" w:type="dxa"/>
            <w:vAlign w:val="bottom"/>
          </w:tcPr>
          <w:p w14:paraId="6768A89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Olanzapine</w:t>
            </w:r>
          </w:p>
        </w:tc>
        <w:tc>
          <w:tcPr>
            <w:tcW w:w="2410" w:type="dxa"/>
            <w:vAlign w:val="bottom"/>
          </w:tcPr>
          <w:p w14:paraId="3518DFA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17</w:t>
            </w:r>
          </w:p>
        </w:tc>
        <w:tc>
          <w:tcPr>
            <w:tcW w:w="2410" w:type="dxa"/>
            <w:vAlign w:val="bottom"/>
          </w:tcPr>
          <w:p w14:paraId="1649F7D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128</w:t>
            </w:r>
          </w:p>
        </w:tc>
      </w:tr>
      <w:tr w:rsidR="005816E5" w:rsidRPr="00EB75F0" w14:paraId="7F451993" w14:textId="77777777" w:rsidTr="00C32B29">
        <w:trPr>
          <w:trHeight w:val="288"/>
        </w:trPr>
        <w:tc>
          <w:tcPr>
            <w:tcW w:w="2409" w:type="dxa"/>
            <w:vAlign w:val="bottom"/>
          </w:tcPr>
          <w:p w14:paraId="1369A4B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lastRenderedPageBreak/>
              <w:t>Kane 2007</w:t>
            </w:r>
          </w:p>
        </w:tc>
        <w:tc>
          <w:tcPr>
            <w:tcW w:w="2409" w:type="dxa"/>
            <w:vAlign w:val="bottom"/>
          </w:tcPr>
          <w:p w14:paraId="56E0A8F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03BE02B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3</w:t>
            </w:r>
          </w:p>
        </w:tc>
        <w:tc>
          <w:tcPr>
            <w:tcW w:w="2410" w:type="dxa"/>
            <w:vAlign w:val="bottom"/>
          </w:tcPr>
          <w:p w14:paraId="2B79EB5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127</w:t>
            </w:r>
          </w:p>
        </w:tc>
      </w:tr>
      <w:tr w:rsidR="005816E5" w:rsidRPr="00EB75F0" w14:paraId="6707B539" w14:textId="77777777" w:rsidTr="00C32B29">
        <w:trPr>
          <w:trHeight w:val="288"/>
        </w:trPr>
        <w:tc>
          <w:tcPr>
            <w:tcW w:w="2409" w:type="dxa"/>
            <w:vAlign w:val="bottom"/>
          </w:tcPr>
          <w:p w14:paraId="18F3217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Kane 2015</w:t>
            </w:r>
          </w:p>
        </w:tc>
        <w:tc>
          <w:tcPr>
            <w:tcW w:w="2409" w:type="dxa"/>
            <w:vAlign w:val="bottom"/>
          </w:tcPr>
          <w:p w14:paraId="42580F93"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Cariprazine</w:t>
            </w:r>
            <w:proofErr w:type="spellEnd"/>
          </w:p>
        </w:tc>
        <w:tc>
          <w:tcPr>
            <w:tcW w:w="2410" w:type="dxa"/>
            <w:vAlign w:val="bottom"/>
          </w:tcPr>
          <w:p w14:paraId="475A547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12</w:t>
            </w:r>
          </w:p>
        </w:tc>
        <w:tc>
          <w:tcPr>
            <w:tcW w:w="2410" w:type="dxa"/>
            <w:vAlign w:val="bottom"/>
          </w:tcPr>
          <w:p w14:paraId="6F673FC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151</w:t>
            </w:r>
          </w:p>
        </w:tc>
      </w:tr>
      <w:tr w:rsidR="005816E5" w:rsidRPr="00EB75F0" w14:paraId="02873F44" w14:textId="77777777" w:rsidTr="00C32B29">
        <w:trPr>
          <w:trHeight w:val="288"/>
        </w:trPr>
        <w:tc>
          <w:tcPr>
            <w:tcW w:w="2409" w:type="dxa"/>
            <w:vAlign w:val="bottom"/>
          </w:tcPr>
          <w:p w14:paraId="2DC0416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Kane 2015</w:t>
            </w:r>
          </w:p>
        </w:tc>
        <w:tc>
          <w:tcPr>
            <w:tcW w:w="2409" w:type="dxa"/>
            <w:vAlign w:val="bottom"/>
          </w:tcPr>
          <w:p w14:paraId="439A8D6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1B30432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6</w:t>
            </w:r>
          </w:p>
        </w:tc>
        <w:tc>
          <w:tcPr>
            <w:tcW w:w="2410" w:type="dxa"/>
            <w:vAlign w:val="bottom"/>
          </w:tcPr>
          <w:p w14:paraId="258BE2C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147</w:t>
            </w:r>
          </w:p>
        </w:tc>
      </w:tr>
      <w:tr w:rsidR="005816E5" w:rsidRPr="00EB75F0" w14:paraId="6715E752" w14:textId="77777777" w:rsidTr="00C32B29">
        <w:trPr>
          <w:trHeight w:val="288"/>
        </w:trPr>
        <w:tc>
          <w:tcPr>
            <w:tcW w:w="2409" w:type="dxa"/>
            <w:vAlign w:val="bottom"/>
          </w:tcPr>
          <w:p w14:paraId="1992C0D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Kane 2015 (BEACON)</w:t>
            </w:r>
          </w:p>
        </w:tc>
        <w:tc>
          <w:tcPr>
            <w:tcW w:w="2409" w:type="dxa"/>
            <w:vAlign w:val="bottom"/>
          </w:tcPr>
          <w:p w14:paraId="2DFBAC61"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Brexpiprazole</w:t>
            </w:r>
            <w:proofErr w:type="spellEnd"/>
          </w:p>
        </w:tc>
        <w:tc>
          <w:tcPr>
            <w:tcW w:w="2410" w:type="dxa"/>
            <w:vAlign w:val="bottom"/>
          </w:tcPr>
          <w:p w14:paraId="2B10D44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44</w:t>
            </w:r>
          </w:p>
        </w:tc>
        <w:tc>
          <w:tcPr>
            <w:tcW w:w="2410" w:type="dxa"/>
            <w:vAlign w:val="bottom"/>
          </w:tcPr>
          <w:p w14:paraId="3FACE6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370</w:t>
            </w:r>
          </w:p>
        </w:tc>
      </w:tr>
      <w:tr w:rsidR="005816E5" w:rsidRPr="00EB75F0" w14:paraId="1C58611F" w14:textId="77777777" w:rsidTr="00C32B29">
        <w:trPr>
          <w:trHeight w:val="288"/>
        </w:trPr>
        <w:tc>
          <w:tcPr>
            <w:tcW w:w="2409" w:type="dxa"/>
            <w:vAlign w:val="bottom"/>
          </w:tcPr>
          <w:p w14:paraId="4E5819C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Kane 2015 (BEACON)</w:t>
            </w:r>
          </w:p>
        </w:tc>
        <w:tc>
          <w:tcPr>
            <w:tcW w:w="2409" w:type="dxa"/>
            <w:vAlign w:val="bottom"/>
          </w:tcPr>
          <w:p w14:paraId="24E254E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19DF87F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7</w:t>
            </w:r>
          </w:p>
        </w:tc>
        <w:tc>
          <w:tcPr>
            <w:tcW w:w="2410" w:type="dxa"/>
            <w:vAlign w:val="bottom"/>
          </w:tcPr>
          <w:p w14:paraId="2F70FAF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184</w:t>
            </w:r>
          </w:p>
        </w:tc>
      </w:tr>
      <w:tr w:rsidR="005816E5" w:rsidRPr="00EB75F0" w14:paraId="09661421" w14:textId="77777777" w:rsidTr="00C32B29">
        <w:trPr>
          <w:trHeight w:val="288"/>
        </w:trPr>
        <w:tc>
          <w:tcPr>
            <w:tcW w:w="2409" w:type="dxa"/>
            <w:vAlign w:val="bottom"/>
          </w:tcPr>
          <w:p w14:paraId="0592AD1E"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Kinon</w:t>
            </w:r>
            <w:proofErr w:type="spellEnd"/>
            <w:r w:rsidRPr="00EB75F0">
              <w:rPr>
                <w:rFonts w:ascii="Calibri" w:hAnsi="Calibri" w:cs="Calibri"/>
                <w:szCs w:val="22"/>
              </w:rPr>
              <w:t xml:space="preserve"> 2011</w:t>
            </w:r>
          </w:p>
        </w:tc>
        <w:tc>
          <w:tcPr>
            <w:tcW w:w="2409" w:type="dxa"/>
            <w:vAlign w:val="bottom"/>
          </w:tcPr>
          <w:p w14:paraId="67081CF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Olanzapine</w:t>
            </w:r>
          </w:p>
        </w:tc>
        <w:tc>
          <w:tcPr>
            <w:tcW w:w="2410" w:type="dxa"/>
            <w:vAlign w:val="bottom"/>
          </w:tcPr>
          <w:p w14:paraId="3D4CB52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6</w:t>
            </w:r>
          </w:p>
        </w:tc>
        <w:tc>
          <w:tcPr>
            <w:tcW w:w="2410" w:type="dxa"/>
            <w:vAlign w:val="bottom"/>
          </w:tcPr>
          <w:p w14:paraId="42CE8F8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62</w:t>
            </w:r>
          </w:p>
        </w:tc>
      </w:tr>
      <w:tr w:rsidR="005816E5" w:rsidRPr="00EB75F0" w14:paraId="7559DE49" w14:textId="77777777" w:rsidTr="00C32B29">
        <w:trPr>
          <w:trHeight w:val="288"/>
        </w:trPr>
        <w:tc>
          <w:tcPr>
            <w:tcW w:w="2409" w:type="dxa"/>
            <w:vAlign w:val="bottom"/>
          </w:tcPr>
          <w:p w14:paraId="2C1EEBCA"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Kinon</w:t>
            </w:r>
            <w:proofErr w:type="spellEnd"/>
            <w:r w:rsidRPr="00EB75F0">
              <w:rPr>
                <w:rFonts w:ascii="Calibri" w:hAnsi="Calibri" w:cs="Calibri"/>
                <w:szCs w:val="22"/>
              </w:rPr>
              <w:t xml:space="preserve"> 2011</w:t>
            </w:r>
          </w:p>
        </w:tc>
        <w:tc>
          <w:tcPr>
            <w:tcW w:w="2409" w:type="dxa"/>
            <w:vAlign w:val="bottom"/>
          </w:tcPr>
          <w:p w14:paraId="394867E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29C688E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10</w:t>
            </w:r>
          </w:p>
        </w:tc>
        <w:tc>
          <w:tcPr>
            <w:tcW w:w="2410" w:type="dxa"/>
            <w:vAlign w:val="bottom"/>
          </w:tcPr>
          <w:p w14:paraId="407F793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122</w:t>
            </w:r>
          </w:p>
        </w:tc>
      </w:tr>
      <w:tr w:rsidR="005816E5" w:rsidRPr="00EB75F0" w14:paraId="0F1C0EBA" w14:textId="77777777" w:rsidTr="00C32B29">
        <w:trPr>
          <w:trHeight w:val="288"/>
        </w:trPr>
        <w:tc>
          <w:tcPr>
            <w:tcW w:w="2409" w:type="dxa"/>
            <w:vAlign w:val="bottom"/>
          </w:tcPr>
          <w:p w14:paraId="13B19646"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Landbloom</w:t>
            </w:r>
            <w:proofErr w:type="spellEnd"/>
            <w:r w:rsidRPr="00EB75F0">
              <w:rPr>
                <w:rFonts w:ascii="Calibri" w:hAnsi="Calibri" w:cs="Calibri"/>
                <w:szCs w:val="22"/>
              </w:rPr>
              <w:t xml:space="preserve"> 2016</w:t>
            </w:r>
          </w:p>
        </w:tc>
        <w:tc>
          <w:tcPr>
            <w:tcW w:w="2409" w:type="dxa"/>
            <w:vAlign w:val="bottom"/>
          </w:tcPr>
          <w:p w14:paraId="1EDEC9B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Olanzapine</w:t>
            </w:r>
          </w:p>
        </w:tc>
        <w:tc>
          <w:tcPr>
            <w:tcW w:w="2410" w:type="dxa"/>
            <w:vAlign w:val="bottom"/>
          </w:tcPr>
          <w:p w14:paraId="63EDDDA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w:t>
            </w:r>
          </w:p>
        </w:tc>
        <w:tc>
          <w:tcPr>
            <w:tcW w:w="2410" w:type="dxa"/>
            <w:vAlign w:val="bottom"/>
          </w:tcPr>
          <w:p w14:paraId="375D3DE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46</w:t>
            </w:r>
          </w:p>
        </w:tc>
      </w:tr>
      <w:tr w:rsidR="005816E5" w:rsidRPr="00EB75F0" w14:paraId="343BF708" w14:textId="77777777" w:rsidTr="00C32B29">
        <w:trPr>
          <w:trHeight w:val="288"/>
        </w:trPr>
        <w:tc>
          <w:tcPr>
            <w:tcW w:w="2409" w:type="dxa"/>
            <w:vAlign w:val="bottom"/>
          </w:tcPr>
          <w:p w14:paraId="426DA034"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Landbloom</w:t>
            </w:r>
            <w:proofErr w:type="spellEnd"/>
            <w:r w:rsidRPr="00EB75F0">
              <w:rPr>
                <w:rFonts w:ascii="Calibri" w:hAnsi="Calibri" w:cs="Calibri"/>
                <w:szCs w:val="22"/>
              </w:rPr>
              <w:t xml:space="preserve"> 2016</w:t>
            </w:r>
          </w:p>
        </w:tc>
        <w:tc>
          <w:tcPr>
            <w:tcW w:w="2409" w:type="dxa"/>
            <w:vAlign w:val="bottom"/>
          </w:tcPr>
          <w:p w14:paraId="02A7D24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7B3B543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13</w:t>
            </w:r>
          </w:p>
        </w:tc>
        <w:tc>
          <w:tcPr>
            <w:tcW w:w="2410" w:type="dxa"/>
            <w:vAlign w:val="bottom"/>
          </w:tcPr>
          <w:p w14:paraId="2E19F0E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101</w:t>
            </w:r>
          </w:p>
        </w:tc>
      </w:tr>
      <w:tr w:rsidR="005816E5" w:rsidRPr="00EB75F0" w14:paraId="748BA8A8" w14:textId="77777777" w:rsidTr="00C32B29">
        <w:trPr>
          <w:trHeight w:val="288"/>
        </w:trPr>
        <w:tc>
          <w:tcPr>
            <w:tcW w:w="2409" w:type="dxa"/>
            <w:vAlign w:val="bottom"/>
          </w:tcPr>
          <w:p w14:paraId="7B80C65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Lieberman 2016</w:t>
            </w:r>
          </w:p>
        </w:tc>
        <w:tc>
          <w:tcPr>
            <w:tcW w:w="2409" w:type="dxa"/>
            <w:vAlign w:val="bottom"/>
          </w:tcPr>
          <w:p w14:paraId="16451E8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74B088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w:t>
            </w:r>
          </w:p>
        </w:tc>
        <w:tc>
          <w:tcPr>
            <w:tcW w:w="2410" w:type="dxa"/>
            <w:vAlign w:val="bottom"/>
          </w:tcPr>
          <w:p w14:paraId="338446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67</w:t>
            </w:r>
          </w:p>
        </w:tc>
      </w:tr>
      <w:tr w:rsidR="005816E5" w:rsidRPr="00EB75F0" w14:paraId="1732EB20" w14:textId="77777777" w:rsidTr="00C32B29">
        <w:trPr>
          <w:trHeight w:val="288"/>
        </w:trPr>
        <w:tc>
          <w:tcPr>
            <w:tcW w:w="2409" w:type="dxa"/>
            <w:vAlign w:val="bottom"/>
          </w:tcPr>
          <w:p w14:paraId="2CD23D8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Lieberman 2016</w:t>
            </w:r>
          </w:p>
        </w:tc>
        <w:tc>
          <w:tcPr>
            <w:tcW w:w="2409" w:type="dxa"/>
            <w:vAlign w:val="bottom"/>
          </w:tcPr>
          <w:p w14:paraId="1890224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Risperidone</w:t>
            </w:r>
          </w:p>
        </w:tc>
        <w:tc>
          <w:tcPr>
            <w:tcW w:w="2410" w:type="dxa"/>
            <w:vAlign w:val="bottom"/>
          </w:tcPr>
          <w:p w14:paraId="6C7F4E9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13</w:t>
            </w:r>
          </w:p>
        </w:tc>
        <w:tc>
          <w:tcPr>
            <w:tcW w:w="2410" w:type="dxa"/>
            <w:vAlign w:val="bottom"/>
          </w:tcPr>
          <w:p w14:paraId="6AF6C00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68</w:t>
            </w:r>
          </w:p>
        </w:tc>
      </w:tr>
      <w:tr w:rsidR="005816E5" w:rsidRPr="00EB75F0" w14:paraId="7F00819C" w14:textId="77777777" w:rsidTr="00C32B29">
        <w:trPr>
          <w:trHeight w:val="288"/>
        </w:trPr>
        <w:tc>
          <w:tcPr>
            <w:tcW w:w="2409" w:type="dxa"/>
            <w:vAlign w:val="bottom"/>
          </w:tcPr>
          <w:p w14:paraId="1772DED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Lindenmayer 2008</w:t>
            </w:r>
          </w:p>
        </w:tc>
        <w:tc>
          <w:tcPr>
            <w:tcW w:w="2409" w:type="dxa"/>
            <w:vAlign w:val="bottom"/>
          </w:tcPr>
          <w:p w14:paraId="2CDC1BD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1324443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w:t>
            </w:r>
          </w:p>
        </w:tc>
        <w:tc>
          <w:tcPr>
            <w:tcW w:w="2410" w:type="dxa"/>
            <w:vAlign w:val="bottom"/>
          </w:tcPr>
          <w:p w14:paraId="7159042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84</w:t>
            </w:r>
          </w:p>
        </w:tc>
      </w:tr>
      <w:tr w:rsidR="005816E5" w:rsidRPr="00EB75F0" w14:paraId="2E355BB3" w14:textId="77777777" w:rsidTr="00C32B29">
        <w:trPr>
          <w:trHeight w:val="288"/>
        </w:trPr>
        <w:tc>
          <w:tcPr>
            <w:tcW w:w="2409" w:type="dxa"/>
            <w:vAlign w:val="bottom"/>
          </w:tcPr>
          <w:p w14:paraId="5179483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Lindenmayer 2008</w:t>
            </w:r>
          </w:p>
        </w:tc>
        <w:tc>
          <w:tcPr>
            <w:tcW w:w="2409" w:type="dxa"/>
            <w:vAlign w:val="bottom"/>
          </w:tcPr>
          <w:p w14:paraId="34D43A4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Quetiapine</w:t>
            </w:r>
          </w:p>
        </w:tc>
        <w:tc>
          <w:tcPr>
            <w:tcW w:w="2410" w:type="dxa"/>
            <w:vAlign w:val="bottom"/>
          </w:tcPr>
          <w:p w14:paraId="4CCC768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36</w:t>
            </w:r>
          </w:p>
        </w:tc>
        <w:tc>
          <w:tcPr>
            <w:tcW w:w="2410" w:type="dxa"/>
            <w:vAlign w:val="bottom"/>
          </w:tcPr>
          <w:p w14:paraId="5AEC16D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448</w:t>
            </w:r>
          </w:p>
        </w:tc>
      </w:tr>
      <w:tr w:rsidR="005816E5" w:rsidRPr="00EB75F0" w14:paraId="5087AA74" w14:textId="77777777" w:rsidTr="00C32B29">
        <w:trPr>
          <w:trHeight w:val="288"/>
        </w:trPr>
        <w:tc>
          <w:tcPr>
            <w:tcW w:w="2409" w:type="dxa"/>
            <w:vAlign w:val="bottom"/>
          </w:tcPr>
          <w:p w14:paraId="500BA5D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Loebel 2013</w:t>
            </w:r>
          </w:p>
        </w:tc>
        <w:tc>
          <w:tcPr>
            <w:tcW w:w="2409" w:type="dxa"/>
            <w:vAlign w:val="bottom"/>
          </w:tcPr>
          <w:p w14:paraId="69E5EB5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3482585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3</w:t>
            </w:r>
          </w:p>
        </w:tc>
        <w:tc>
          <w:tcPr>
            <w:tcW w:w="2410" w:type="dxa"/>
            <w:vAlign w:val="bottom"/>
          </w:tcPr>
          <w:p w14:paraId="07833B5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115</w:t>
            </w:r>
          </w:p>
        </w:tc>
      </w:tr>
      <w:tr w:rsidR="005816E5" w:rsidRPr="00EB75F0" w14:paraId="62487631" w14:textId="77777777" w:rsidTr="00C32B29">
        <w:trPr>
          <w:trHeight w:val="288"/>
        </w:trPr>
        <w:tc>
          <w:tcPr>
            <w:tcW w:w="2409" w:type="dxa"/>
            <w:vAlign w:val="bottom"/>
          </w:tcPr>
          <w:p w14:paraId="7FA3130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Loebel 2013</w:t>
            </w:r>
          </w:p>
        </w:tc>
        <w:tc>
          <w:tcPr>
            <w:tcW w:w="2409" w:type="dxa"/>
            <w:vAlign w:val="bottom"/>
          </w:tcPr>
          <w:p w14:paraId="2E1E138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Quetiapine</w:t>
            </w:r>
          </w:p>
        </w:tc>
        <w:tc>
          <w:tcPr>
            <w:tcW w:w="2410" w:type="dxa"/>
            <w:vAlign w:val="bottom"/>
          </w:tcPr>
          <w:p w14:paraId="52DF814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17</w:t>
            </w:r>
          </w:p>
        </w:tc>
        <w:tc>
          <w:tcPr>
            <w:tcW w:w="2410" w:type="dxa"/>
            <w:vAlign w:val="bottom"/>
          </w:tcPr>
          <w:p w14:paraId="6370325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111</w:t>
            </w:r>
          </w:p>
        </w:tc>
      </w:tr>
      <w:tr w:rsidR="005816E5" w:rsidRPr="00EB75F0" w14:paraId="37DD7ED3" w14:textId="77777777" w:rsidTr="00C32B29">
        <w:trPr>
          <w:trHeight w:val="288"/>
        </w:trPr>
        <w:tc>
          <w:tcPr>
            <w:tcW w:w="2409" w:type="dxa"/>
            <w:vAlign w:val="bottom"/>
          </w:tcPr>
          <w:p w14:paraId="10EB2B4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Marder 2003</w:t>
            </w:r>
          </w:p>
        </w:tc>
        <w:tc>
          <w:tcPr>
            <w:tcW w:w="2409" w:type="dxa"/>
            <w:vAlign w:val="bottom"/>
          </w:tcPr>
          <w:p w14:paraId="28E8888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Aripiprazole</w:t>
            </w:r>
          </w:p>
        </w:tc>
        <w:tc>
          <w:tcPr>
            <w:tcW w:w="2410" w:type="dxa"/>
            <w:vAlign w:val="bottom"/>
          </w:tcPr>
          <w:p w14:paraId="7BCA8A4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75</w:t>
            </w:r>
          </w:p>
        </w:tc>
        <w:tc>
          <w:tcPr>
            <w:tcW w:w="2410" w:type="dxa"/>
            <w:vAlign w:val="bottom"/>
          </w:tcPr>
          <w:p w14:paraId="242844A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926</w:t>
            </w:r>
          </w:p>
        </w:tc>
      </w:tr>
      <w:tr w:rsidR="005816E5" w:rsidRPr="00EB75F0" w14:paraId="657815D4" w14:textId="77777777" w:rsidTr="00C32B29">
        <w:trPr>
          <w:trHeight w:val="288"/>
        </w:trPr>
        <w:tc>
          <w:tcPr>
            <w:tcW w:w="2409" w:type="dxa"/>
            <w:vAlign w:val="bottom"/>
          </w:tcPr>
          <w:p w14:paraId="4757302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Marder 2003</w:t>
            </w:r>
          </w:p>
        </w:tc>
        <w:tc>
          <w:tcPr>
            <w:tcW w:w="2409" w:type="dxa"/>
            <w:vAlign w:val="bottom"/>
          </w:tcPr>
          <w:p w14:paraId="76E0322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11F0A2B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13</w:t>
            </w:r>
          </w:p>
        </w:tc>
        <w:tc>
          <w:tcPr>
            <w:tcW w:w="2410" w:type="dxa"/>
            <w:vAlign w:val="bottom"/>
          </w:tcPr>
          <w:p w14:paraId="579E0D7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413</w:t>
            </w:r>
          </w:p>
        </w:tc>
      </w:tr>
      <w:tr w:rsidR="005816E5" w:rsidRPr="00EB75F0" w14:paraId="21E899B5" w14:textId="77777777" w:rsidTr="00C32B29">
        <w:trPr>
          <w:trHeight w:val="288"/>
        </w:trPr>
        <w:tc>
          <w:tcPr>
            <w:tcW w:w="2409" w:type="dxa"/>
            <w:vAlign w:val="bottom"/>
          </w:tcPr>
          <w:p w14:paraId="4AEA404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Marder 2007</w:t>
            </w:r>
          </w:p>
        </w:tc>
        <w:tc>
          <w:tcPr>
            <w:tcW w:w="2409" w:type="dxa"/>
            <w:vAlign w:val="bottom"/>
          </w:tcPr>
          <w:p w14:paraId="17B1C57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Olanzapine</w:t>
            </w:r>
          </w:p>
        </w:tc>
        <w:tc>
          <w:tcPr>
            <w:tcW w:w="2410" w:type="dxa"/>
            <w:vAlign w:val="bottom"/>
          </w:tcPr>
          <w:p w14:paraId="19F0DA2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23</w:t>
            </w:r>
          </w:p>
        </w:tc>
        <w:tc>
          <w:tcPr>
            <w:tcW w:w="2410" w:type="dxa"/>
            <w:vAlign w:val="bottom"/>
          </w:tcPr>
          <w:p w14:paraId="47EE741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110</w:t>
            </w:r>
          </w:p>
        </w:tc>
      </w:tr>
      <w:tr w:rsidR="005816E5" w:rsidRPr="00EB75F0" w14:paraId="037FBF5B" w14:textId="77777777" w:rsidTr="00C32B29">
        <w:trPr>
          <w:trHeight w:val="288"/>
        </w:trPr>
        <w:tc>
          <w:tcPr>
            <w:tcW w:w="2409" w:type="dxa"/>
            <w:vAlign w:val="bottom"/>
          </w:tcPr>
          <w:p w14:paraId="735D783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Marder 2007</w:t>
            </w:r>
          </w:p>
        </w:tc>
        <w:tc>
          <w:tcPr>
            <w:tcW w:w="2409" w:type="dxa"/>
            <w:vAlign w:val="bottom"/>
          </w:tcPr>
          <w:p w14:paraId="63D8B58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0BBA0C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7</w:t>
            </w:r>
          </w:p>
        </w:tc>
        <w:tc>
          <w:tcPr>
            <w:tcW w:w="2410" w:type="dxa"/>
            <w:vAlign w:val="bottom"/>
          </w:tcPr>
          <w:p w14:paraId="7B90F7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110</w:t>
            </w:r>
          </w:p>
        </w:tc>
      </w:tr>
      <w:tr w:rsidR="005816E5" w:rsidRPr="00EB75F0" w14:paraId="69FAC6E8" w14:textId="77777777" w:rsidTr="00C32B29">
        <w:trPr>
          <w:trHeight w:val="288"/>
        </w:trPr>
        <w:tc>
          <w:tcPr>
            <w:tcW w:w="2409" w:type="dxa"/>
            <w:vAlign w:val="bottom"/>
          </w:tcPr>
          <w:p w14:paraId="56DCC2F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Marder 2016</w:t>
            </w:r>
          </w:p>
        </w:tc>
        <w:tc>
          <w:tcPr>
            <w:tcW w:w="2409" w:type="dxa"/>
            <w:vAlign w:val="bottom"/>
          </w:tcPr>
          <w:p w14:paraId="6E30BE25"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Brexpiprazole</w:t>
            </w:r>
            <w:proofErr w:type="spellEnd"/>
          </w:p>
        </w:tc>
        <w:tc>
          <w:tcPr>
            <w:tcW w:w="2410" w:type="dxa"/>
            <w:vAlign w:val="bottom"/>
          </w:tcPr>
          <w:p w14:paraId="5EFB7CA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8</w:t>
            </w:r>
          </w:p>
        </w:tc>
        <w:tc>
          <w:tcPr>
            <w:tcW w:w="2410" w:type="dxa"/>
            <w:vAlign w:val="bottom"/>
          </w:tcPr>
          <w:p w14:paraId="70EA5CE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150</w:t>
            </w:r>
          </w:p>
        </w:tc>
      </w:tr>
      <w:tr w:rsidR="005816E5" w:rsidRPr="00EB75F0" w14:paraId="7536575D" w14:textId="77777777" w:rsidTr="00C32B29">
        <w:trPr>
          <w:trHeight w:val="288"/>
        </w:trPr>
        <w:tc>
          <w:tcPr>
            <w:tcW w:w="2409" w:type="dxa"/>
            <w:vAlign w:val="bottom"/>
          </w:tcPr>
          <w:p w14:paraId="54ADAD1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Marder 2016</w:t>
            </w:r>
          </w:p>
        </w:tc>
        <w:tc>
          <w:tcPr>
            <w:tcW w:w="2409" w:type="dxa"/>
            <w:vAlign w:val="bottom"/>
          </w:tcPr>
          <w:p w14:paraId="25D61A0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21B1741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6</w:t>
            </w:r>
          </w:p>
        </w:tc>
        <w:tc>
          <w:tcPr>
            <w:tcW w:w="2410" w:type="dxa"/>
            <w:vAlign w:val="bottom"/>
          </w:tcPr>
          <w:p w14:paraId="2FC0096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161</w:t>
            </w:r>
          </w:p>
        </w:tc>
      </w:tr>
      <w:tr w:rsidR="005816E5" w:rsidRPr="00EB75F0" w14:paraId="3E08F924" w14:textId="77777777" w:rsidTr="00C32B29">
        <w:trPr>
          <w:trHeight w:val="288"/>
        </w:trPr>
        <w:tc>
          <w:tcPr>
            <w:tcW w:w="2409" w:type="dxa"/>
            <w:vAlign w:val="bottom"/>
          </w:tcPr>
          <w:p w14:paraId="40C2708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Marder 2016</w:t>
            </w:r>
          </w:p>
        </w:tc>
        <w:tc>
          <w:tcPr>
            <w:tcW w:w="2409" w:type="dxa"/>
            <w:vAlign w:val="bottom"/>
          </w:tcPr>
          <w:p w14:paraId="7E642B6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Quetiapine</w:t>
            </w:r>
          </w:p>
        </w:tc>
        <w:tc>
          <w:tcPr>
            <w:tcW w:w="2410" w:type="dxa"/>
            <w:vAlign w:val="bottom"/>
          </w:tcPr>
          <w:p w14:paraId="63E132D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20</w:t>
            </w:r>
          </w:p>
        </w:tc>
        <w:tc>
          <w:tcPr>
            <w:tcW w:w="2410" w:type="dxa"/>
            <w:vAlign w:val="bottom"/>
          </w:tcPr>
          <w:p w14:paraId="5168D6E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153</w:t>
            </w:r>
          </w:p>
        </w:tc>
      </w:tr>
      <w:tr w:rsidR="005816E5" w:rsidRPr="00EB75F0" w14:paraId="100FC24D" w14:textId="77777777" w:rsidTr="00C32B29">
        <w:trPr>
          <w:trHeight w:val="288"/>
        </w:trPr>
        <w:tc>
          <w:tcPr>
            <w:tcW w:w="2409" w:type="dxa"/>
            <w:vAlign w:val="bottom"/>
          </w:tcPr>
          <w:p w14:paraId="794AADC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McDonnell 2018</w:t>
            </w:r>
          </w:p>
        </w:tc>
        <w:tc>
          <w:tcPr>
            <w:tcW w:w="2409" w:type="dxa"/>
            <w:vAlign w:val="bottom"/>
          </w:tcPr>
          <w:p w14:paraId="40F95AA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Olanzapine</w:t>
            </w:r>
          </w:p>
        </w:tc>
        <w:tc>
          <w:tcPr>
            <w:tcW w:w="2410" w:type="dxa"/>
            <w:vAlign w:val="bottom"/>
          </w:tcPr>
          <w:p w14:paraId="3917645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19</w:t>
            </w:r>
          </w:p>
        </w:tc>
        <w:tc>
          <w:tcPr>
            <w:tcW w:w="2410" w:type="dxa"/>
            <w:vAlign w:val="bottom"/>
          </w:tcPr>
          <w:p w14:paraId="5171A69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133</w:t>
            </w:r>
          </w:p>
        </w:tc>
      </w:tr>
      <w:tr w:rsidR="005816E5" w:rsidRPr="00EB75F0" w14:paraId="445D3770" w14:textId="77777777" w:rsidTr="00C32B29">
        <w:trPr>
          <w:trHeight w:val="288"/>
        </w:trPr>
        <w:tc>
          <w:tcPr>
            <w:tcW w:w="2409" w:type="dxa"/>
            <w:vAlign w:val="bottom"/>
          </w:tcPr>
          <w:p w14:paraId="479DAB3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McDonnell 2018</w:t>
            </w:r>
          </w:p>
        </w:tc>
        <w:tc>
          <w:tcPr>
            <w:tcW w:w="2409" w:type="dxa"/>
            <w:vAlign w:val="bottom"/>
          </w:tcPr>
          <w:p w14:paraId="06BEFD8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681110F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w:t>
            </w:r>
          </w:p>
        </w:tc>
        <w:tc>
          <w:tcPr>
            <w:tcW w:w="2410" w:type="dxa"/>
            <w:vAlign w:val="bottom"/>
          </w:tcPr>
          <w:p w14:paraId="71C597C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134</w:t>
            </w:r>
          </w:p>
        </w:tc>
      </w:tr>
      <w:tr w:rsidR="005816E5" w:rsidRPr="00EB75F0" w14:paraId="094AFE57" w14:textId="77777777" w:rsidTr="00C32B29">
        <w:trPr>
          <w:trHeight w:val="288"/>
        </w:trPr>
        <w:tc>
          <w:tcPr>
            <w:tcW w:w="2409" w:type="dxa"/>
            <w:vAlign w:val="bottom"/>
          </w:tcPr>
          <w:p w14:paraId="4724A4B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McEvoy 2007</w:t>
            </w:r>
          </w:p>
        </w:tc>
        <w:tc>
          <w:tcPr>
            <w:tcW w:w="2409" w:type="dxa"/>
            <w:vAlign w:val="bottom"/>
          </w:tcPr>
          <w:p w14:paraId="63D0094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Aripiprazole</w:t>
            </w:r>
          </w:p>
        </w:tc>
        <w:tc>
          <w:tcPr>
            <w:tcW w:w="2410" w:type="dxa"/>
            <w:vAlign w:val="bottom"/>
          </w:tcPr>
          <w:p w14:paraId="3F019C6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25</w:t>
            </w:r>
          </w:p>
        </w:tc>
        <w:tc>
          <w:tcPr>
            <w:tcW w:w="2410" w:type="dxa"/>
            <w:vAlign w:val="bottom"/>
          </w:tcPr>
          <w:p w14:paraId="3BD8DAB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308</w:t>
            </w:r>
          </w:p>
        </w:tc>
      </w:tr>
      <w:tr w:rsidR="005816E5" w:rsidRPr="00EB75F0" w14:paraId="1401153C" w14:textId="77777777" w:rsidTr="00C32B29">
        <w:trPr>
          <w:trHeight w:val="288"/>
        </w:trPr>
        <w:tc>
          <w:tcPr>
            <w:tcW w:w="2409" w:type="dxa"/>
            <w:vAlign w:val="bottom"/>
          </w:tcPr>
          <w:p w14:paraId="1D0C060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McEvoy 2007</w:t>
            </w:r>
          </w:p>
        </w:tc>
        <w:tc>
          <w:tcPr>
            <w:tcW w:w="2409" w:type="dxa"/>
            <w:vAlign w:val="bottom"/>
          </w:tcPr>
          <w:p w14:paraId="714F294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04EE9B1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w:t>
            </w:r>
          </w:p>
        </w:tc>
        <w:tc>
          <w:tcPr>
            <w:tcW w:w="2410" w:type="dxa"/>
            <w:vAlign w:val="bottom"/>
          </w:tcPr>
          <w:p w14:paraId="50C0EAE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107</w:t>
            </w:r>
          </w:p>
        </w:tc>
      </w:tr>
      <w:tr w:rsidR="005816E5" w:rsidRPr="00EB75F0" w14:paraId="13F37479" w14:textId="77777777" w:rsidTr="00C32B29">
        <w:trPr>
          <w:trHeight w:val="288"/>
        </w:trPr>
        <w:tc>
          <w:tcPr>
            <w:tcW w:w="2409" w:type="dxa"/>
            <w:vAlign w:val="bottom"/>
          </w:tcPr>
          <w:p w14:paraId="08986CC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Meltzer 2011</w:t>
            </w:r>
          </w:p>
        </w:tc>
        <w:tc>
          <w:tcPr>
            <w:tcW w:w="2409" w:type="dxa"/>
            <w:vAlign w:val="bottom"/>
          </w:tcPr>
          <w:p w14:paraId="5A92AB5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Olanzapine</w:t>
            </w:r>
          </w:p>
        </w:tc>
        <w:tc>
          <w:tcPr>
            <w:tcW w:w="2410" w:type="dxa"/>
            <w:vAlign w:val="bottom"/>
          </w:tcPr>
          <w:p w14:paraId="47C3412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42</w:t>
            </w:r>
          </w:p>
        </w:tc>
        <w:tc>
          <w:tcPr>
            <w:tcW w:w="2410" w:type="dxa"/>
            <w:vAlign w:val="bottom"/>
          </w:tcPr>
          <w:p w14:paraId="28A66EC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123</w:t>
            </w:r>
          </w:p>
        </w:tc>
      </w:tr>
      <w:tr w:rsidR="005816E5" w:rsidRPr="00EB75F0" w14:paraId="29141AEA" w14:textId="77777777" w:rsidTr="00C32B29">
        <w:trPr>
          <w:trHeight w:val="288"/>
        </w:trPr>
        <w:tc>
          <w:tcPr>
            <w:tcW w:w="2409" w:type="dxa"/>
            <w:vAlign w:val="bottom"/>
          </w:tcPr>
          <w:p w14:paraId="7DC80CB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Meltzer 2011</w:t>
            </w:r>
          </w:p>
        </w:tc>
        <w:tc>
          <w:tcPr>
            <w:tcW w:w="2409" w:type="dxa"/>
            <w:vAlign w:val="bottom"/>
          </w:tcPr>
          <w:p w14:paraId="7E9BA7C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347FA60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8</w:t>
            </w:r>
          </w:p>
        </w:tc>
        <w:tc>
          <w:tcPr>
            <w:tcW w:w="2410" w:type="dxa"/>
            <w:vAlign w:val="bottom"/>
          </w:tcPr>
          <w:p w14:paraId="201036D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116</w:t>
            </w:r>
          </w:p>
        </w:tc>
      </w:tr>
      <w:tr w:rsidR="005816E5" w:rsidRPr="00EB75F0" w14:paraId="1CAEBB23" w14:textId="77777777" w:rsidTr="00C32B29">
        <w:trPr>
          <w:trHeight w:val="288"/>
        </w:trPr>
        <w:tc>
          <w:tcPr>
            <w:tcW w:w="2409" w:type="dxa"/>
            <w:vAlign w:val="bottom"/>
          </w:tcPr>
          <w:p w14:paraId="035949D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NCT00563706</w:t>
            </w:r>
          </w:p>
        </w:tc>
        <w:tc>
          <w:tcPr>
            <w:tcW w:w="2409" w:type="dxa"/>
            <w:vAlign w:val="bottom"/>
          </w:tcPr>
          <w:p w14:paraId="1371A35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0994980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w:t>
            </w:r>
          </w:p>
        </w:tc>
        <w:tc>
          <w:tcPr>
            <w:tcW w:w="2410" w:type="dxa"/>
            <w:vAlign w:val="bottom"/>
          </w:tcPr>
          <w:p w14:paraId="2499005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37</w:t>
            </w:r>
          </w:p>
        </w:tc>
      </w:tr>
      <w:tr w:rsidR="005816E5" w:rsidRPr="00EB75F0" w14:paraId="2B260BC5" w14:textId="77777777" w:rsidTr="00C32B29">
        <w:trPr>
          <w:trHeight w:val="288"/>
        </w:trPr>
        <w:tc>
          <w:tcPr>
            <w:tcW w:w="2409" w:type="dxa"/>
            <w:vAlign w:val="bottom"/>
          </w:tcPr>
          <w:p w14:paraId="764DE3A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NCT00563706</w:t>
            </w:r>
          </w:p>
        </w:tc>
        <w:tc>
          <w:tcPr>
            <w:tcW w:w="2409" w:type="dxa"/>
            <w:vAlign w:val="bottom"/>
          </w:tcPr>
          <w:p w14:paraId="2523C23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Risperidone</w:t>
            </w:r>
          </w:p>
        </w:tc>
        <w:tc>
          <w:tcPr>
            <w:tcW w:w="2410" w:type="dxa"/>
            <w:vAlign w:val="bottom"/>
          </w:tcPr>
          <w:p w14:paraId="67DE2FD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6</w:t>
            </w:r>
          </w:p>
        </w:tc>
        <w:tc>
          <w:tcPr>
            <w:tcW w:w="2410" w:type="dxa"/>
            <w:vAlign w:val="bottom"/>
          </w:tcPr>
          <w:p w14:paraId="51DD201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43</w:t>
            </w:r>
          </w:p>
        </w:tc>
      </w:tr>
      <w:tr w:rsidR="005816E5" w:rsidRPr="00EB75F0" w14:paraId="0363B40E" w14:textId="77777777" w:rsidTr="00C32B29">
        <w:trPr>
          <w:trHeight w:val="288"/>
        </w:trPr>
        <w:tc>
          <w:tcPr>
            <w:tcW w:w="2409" w:type="dxa"/>
            <w:vAlign w:val="bottom"/>
          </w:tcPr>
          <w:p w14:paraId="6D9E5B7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NCT03055338</w:t>
            </w:r>
          </w:p>
        </w:tc>
        <w:tc>
          <w:tcPr>
            <w:tcW w:w="2409" w:type="dxa"/>
            <w:vAlign w:val="bottom"/>
          </w:tcPr>
          <w:p w14:paraId="6F28727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7DBD52D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w:t>
            </w:r>
          </w:p>
        </w:tc>
        <w:tc>
          <w:tcPr>
            <w:tcW w:w="2410" w:type="dxa"/>
            <w:vAlign w:val="bottom"/>
          </w:tcPr>
          <w:p w14:paraId="6320FBA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89</w:t>
            </w:r>
          </w:p>
        </w:tc>
      </w:tr>
      <w:tr w:rsidR="005816E5" w:rsidRPr="00EB75F0" w14:paraId="5906B6F9" w14:textId="77777777" w:rsidTr="00C32B29">
        <w:trPr>
          <w:trHeight w:val="288"/>
        </w:trPr>
        <w:tc>
          <w:tcPr>
            <w:tcW w:w="2409" w:type="dxa"/>
            <w:vAlign w:val="bottom"/>
          </w:tcPr>
          <w:p w14:paraId="22FF23E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NCT03055338</w:t>
            </w:r>
          </w:p>
        </w:tc>
        <w:tc>
          <w:tcPr>
            <w:tcW w:w="2409" w:type="dxa"/>
            <w:vAlign w:val="bottom"/>
          </w:tcPr>
          <w:p w14:paraId="31110BD7"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Risperidone</w:t>
            </w:r>
          </w:p>
        </w:tc>
        <w:tc>
          <w:tcPr>
            <w:tcW w:w="2410" w:type="dxa"/>
            <w:vAlign w:val="bottom"/>
          </w:tcPr>
          <w:p w14:paraId="7600166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8</w:t>
            </w:r>
          </w:p>
        </w:tc>
        <w:tc>
          <w:tcPr>
            <w:tcW w:w="2410" w:type="dxa"/>
            <w:vAlign w:val="bottom"/>
          </w:tcPr>
          <w:p w14:paraId="7C68BC2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45</w:t>
            </w:r>
          </w:p>
        </w:tc>
      </w:tr>
      <w:tr w:rsidR="005816E5" w:rsidRPr="00EB75F0" w14:paraId="5B387CB3" w14:textId="77777777" w:rsidTr="00C32B29">
        <w:trPr>
          <w:trHeight w:val="288"/>
        </w:trPr>
        <w:tc>
          <w:tcPr>
            <w:tcW w:w="2409" w:type="dxa"/>
            <w:vAlign w:val="bottom"/>
          </w:tcPr>
          <w:p w14:paraId="71A65F12"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NCT04512066</w:t>
            </w:r>
          </w:p>
        </w:tc>
        <w:tc>
          <w:tcPr>
            <w:tcW w:w="2409" w:type="dxa"/>
            <w:vAlign w:val="bottom"/>
          </w:tcPr>
          <w:p w14:paraId="169A35F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35152B7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w:t>
            </w:r>
          </w:p>
        </w:tc>
        <w:tc>
          <w:tcPr>
            <w:tcW w:w="2410" w:type="dxa"/>
            <w:vAlign w:val="bottom"/>
          </w:tcPr>
          <w:p w14:paraId="0831027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72</w:t>
            </w:r>
          </w:p>
        </w:tc>
      </w:tr>
      <w:tr w:rsidR="005816E5" w:rsidRPr="00EB75F0" w14:paraId="52A2EC28" w14:textId="77777777" w:rsidTr="00C32B29">
        <w:trPr>
          <w:trHeight w:val="288"/>
        </w:trPr>
        <w:tc>
          <w:tcPr>
            <w:tcW w:w="2409" w:type="dxa"/>
            <w:vAlign w:val="bottom"/>
          </w:tcPr>
          <w:p w14:paraId="2114C75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NCT04512066</w:t>
            </w:r>
          </w:p>
        </w:tc>
        <w:tc>
          <w:tcPr>
            <w:tcW w:w="2409" w:type="dxa"/>
            <w:vAlign w:val="bottom"/>
          </w:tcPr>
          <w:p w14:paraId="352FB55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Risperidone</w:t>
            </w:r>
          </w:p>
        </w:tc>
        <w:tc>
          <w:tcPr>
            <w:tcW w:w="2410" w:type="dxa"/>
            <w:vAlign w:val="bottom"/>
          </w:tcPr>
          <w:p w14:paraId="024D6E1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8</w:t>
            </w:r>
          </w:p>
        </w:tc>
        <w:tc>
          <w:tcPr>
            <w:tcW w:w="2410" w:type="dxa"/>
            <w:vAlign w:val="bottom"/>
          </w:tcPr>
          <w:p w14:paraId="6F84BF1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71</w:t>
            </w:r>
          </w:p>
        </w:tc>
      </w:tr>
      <w:tr w:rsidR="005816E5" w:rsidRPr="00EB75F0" w14:paraId="2B458E5A" w14:textId="77777777" w:rsidTr="00C32B29">
        <w:trPr>
          <w:trHeight w:val="288"/>
        </w:trPr>
        <w:tc>
          <w:tcPr>
            <w:tcW w:w="2409" w:type="dxa"/>
            <w:vAlign w:val="bottom"/>
          </w:tcPr>
          <w:p w14:paraId="4F4AAA8C"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Potkin</w:t>
            </w:r>
            <w:proofErr w:type="spellEnd"/>
            <w:r w:rsidRPr="00EB75F0">
              <w:rPr>
                <w:rFonts w:ascii="Calibri" w:hAnsi="Calibri" w:cs="Calibri"/>
                <w:szCs w:val="22"/>
              </w:rPr>
              <w:t xml:space="preserve"> 2003</w:t>
            </w:r>
          </w:p>
        </w:tc>
        <w:tc>
          <w:tcPr>
            <w:tcW w:w="2409" w:type="dxa"/>
            <w:vAlign w:val="bottom"/>
          </w:tcPr>
          <w:p w14:paraId="7E7DABE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Aripiprazole</w:t>
            </w:r>
          </w:p>
        </w:tc>
        <w:tc>
          <w:tcPr>
            <w:tcW w:w="2410" w:type="dxa"/>
            <w:vAlign w:val="bottom"/>
          </w:tcPr>
          <w:p w14:paraId="36389E1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22</w:t>
            </w:r>
          </w:p>
        </w:tc>
        <w:tc>
          <w:tcPr>
            <w:tcW w:w="2410" w:type="dxa"/>
            <w:vAlign w:val="bottom"/>
          </w:tcPr>
          <w:p w14:paraId="3516158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202</w:t>
            </w:r>
          </w:p>
        </w:tc>
      </w:tr>
      <w:tr w:rsidR="005816E5" w:rsidRPr="00EB75F0" w14:paraId="6D2F5BF0" w14:textId="77777777" w:rsidTr="00C32B29">
        <w:trPr>
          <w:trHeight w:val="288"/>
        </w:trPr>
        <w:tc>
          <w:tcPr>
            <w:tcW w:w="2409" w:type="dxa"/>
            <w:vAlign w:val="bottom"/>
          </w:tcPr>
          <w:p w14:paraId="2672DB27"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Potkin</w:t>
            </w:r>
            <w:proofErr w:type="spellEnd"/>
            <w:r w:rsidRPr="00EB75F0">
              <w:rPr>
                <w:rFonts w:ascii="Calibri" w:hAnsi="Calibri" w:cs="Calibri"/>
                <w:szCs w:val="22"/>
              </w:rPr>
              <w:t xml:space="preserve"> 2003</w:t>
            </w:r>
          </w:p>
        </w:tc>
        <w:tc>
          <w:tcPr>
            <w:tcW w:w="2409" w:type="dxa"/>
            <w:vAlign w:val="bottom"/>
          </w:tcPr>
          <w:p w14:paraId="1F4E337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161872CF"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w:t>
            </w:r>
          </w:p>
        </w:tc>
        <w:tc>
          <w:tcPr>
            <w:tcW w:w="2410" w:type="dxa"/>
            <w:vAlign w:val="bottom"/>
          </w:tcPr>
          <w:p w14:paraId="42F9333C"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103</w:t>
            </w:r>
          </w:p>
        </w:tc>
      </w:tr>
      <w:tr w:rsidR="005816E5" w:rsidRPr="00EB75F0" w14:paraId="49B77DAE" w14:textId="77777777" w:rsidTr="00C32B29">
        <w:trPr>
          <w:trHeight w:val="288"/>
        </w:trPr>
        <w:tc>
          <w:tcPr>
            <w:tcW w:w="2409" w:type="dxa"/>
            <w:vAlign w:val="bottom"/>
          </w:tcPr>
          <w:p w14:paraId="4CE6E98B"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Potkin</w:t>
            </w:r>
            <w:proofErr w:type="spellEnd"/>
            <w:r w:rsidRPr="00EB75F0">
              <w:rPr>
                <w:rFonts w:ascii="Calibri" w:hAnsi="Calibri" w:cs="Calibri"/>
                <w:szCs w:val="22"/>
              </w:rPr>
              <w:t xml:space="preserve"> 2003</w:t>
            </w:r>
          </w:p>
        </w:tc>
        <w:tc>
          <w:tcPr>
            <w:tcW w:w="2409" w:type="dxa"/>
            <w:vAlign w:val="bottom"/>
          </w:tcPr>
          <w:p w14:paraId="519A4DF1"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Risperidone</w:t>
            </w:r>
          </w:p>
        </w:tc>
        <w:tc>
          <w:tcPr>
            <w:tcW w:w="2410" w:type="dxa"/>
            <w:vAlign w:val="bottom"/>
          </w:tcPr>
          <w:p w14:paraId="27ACE53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11</w:t>
            </w:r>
          </w:p>
        </w:tc>
        <w:tc>
          <w:tcPr>
            <w:tcW w:w="2410" w:type="dxa"/>
            <w:vAlign w:val="bottom"/>
          </w:tcPr>
          <w:p w14:paraId="2EE2B14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99</w:t>
            </w:r>
          </w:p>
        </w:tc>
      </w:tr>
      <w:tr w:rsidR="005816E5" w:rsidRPr="00EB75F0" w14:paraId="7F2F1C10" w14:textId="77777777" w:rsidTr="00C32B29">
        <w:trPr>
          <w:trHeight w:val="288"/>
        </w:trPr>
        <w:tc>
          <w:tcPr>
            <w:tcW w:w="2409" w:type="dxa"/>
            <w:vAlign w:val="bottom"/>
          </w:tcPr>
          <w:p w14:paraId="1F5D5F58"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Potkin</w:t>
            </w:r>
            <w:proofErr w:type="spellEnd"/>
            <w:r w:rsidRPr="00EB75F0">
              <w:rPr>
                <w:rFonts w:ascii="Calibri" w:hAnsi="Calibri" w:cs="Calibri"/>
                <w:szCs w:val="22"/>
              </w:rPr>
              <w:t xml:space="preserve"> 2007</w:t>
            </w:r>
          </w:p>
        </w:tc>
        <w:tc>
          <w:tcPr>
            <w:tcW w:w="2409" w:type="dxa"/>
            <w:vAlign w:val="bottom"/>
          </w:tcPr>
          <w:p w14:paraId="5C1F725B"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3D73008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1</w:t>
            </w:r>
          </w:p>
        </w:tc>
        <w:tc>
          <w:tcPr>
            <w:tcW w:w="2410" w:type="dxa"/>
            <w:vAlign w:val="bottom"/>
          </w:tcPr>
          <w:p w14:paraId="7FE7EAFE"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54</w:t>
            </w:r>
          </w:p>
        </w:tc>
      </w:tr>
      <w:tr w:rsidR="005816E5" w:rsidRPr="00EB75F0" w14:paraId="737C438B" w14:textId="77777777" w:rsidTr="00C32B29">
        <w:trPr>
          <w:trHeight w:val="288"/>
        </w:trPr>
        <w:tc>
          <w:tcPr>
            <w:tcW w:w="2409" w:type="dxa"/>
            <w:vAlign w:val="bottom"/>
          </w:tcPr>
          <w:p w14:paraId="4D549383" w14:textId="77777777" w:rsidR="005816E5" w:rsidRPr="00EB75F0" w:rsidRDefault="005816E5" w:rsidP="00C32B29">
            <w:pPr>
              <w:pStyle w:val="BodyText"/>
              <w:spacing w:before="0" w:after="0" w:line="240" w:lineRule="auto"/>
              <w:rPr>
                <w:rFonts w:asciiTheme="majorHAnsi" w:hAnsiTheme="majorHAnsi" w:cstheme="majorHAnsi"/>
                <w:sz w:val="18"/>
                <w:szCs w:val="18"/>
              </w:rPr>
            </w:pPr>
            <w:proofErr w:type="spellStart"/>
            <w:r w:rsidRPr="00EB75F0">
              <w:rPr>
                <w:rFonts w:ascii="Calibri" w:hAnsi="Calibri" w:cs="Calibri"/>
                <w:szCs w:val="22"/>
              </w:rPr>
              <w:t>Potkin</w:t>
            </w:r>
            <w:proofErr w:type="spellEnd"/>
            <w:r w:rsidRPr="00EB75F0">
              <w:rPr>
                <w:rFonts w:ascii="Calibri" w:hAnsi="Calibri" w:cs="Calibri"/>
                <w:szCs w:val="22"/>
              </w:rPr>
              <w:t xml:space="preserve"> 2007</w:t>
            </w:r>
          </w:p>
        </w:tc>
        <w:tc>
          <w:tcPr>
            <w:tcW w:w="2409" w:type="dxa"/>
            <w:vAlign w:val="bottom"/>
          </w:tcPr>
          <w:p w14:paraId="40ABF29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Risperidone</w:t>
            </w:r>
          </w:p>
        </w:tc>
        <w:tc>
          <w:tcPr>
            <w:tcW w:w="2410" w:type="dxa"/>
            <w:vAlign w:val="bottom"/>
          </w:tcPr>
          <w:p w14:paraId="1F874BB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8</w:t>
            </w:r>
          </w:p>
        </w:tc>
        <w:tc>
          <w:tcPr>
            <w:tcW w:w="2410" w:type="dxa"/>
            <w:vAlign w:val="bottom"/>
          </w:tcPr>
          <w:p w14:paraId="246FE3A0"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47</w:t>
            </w:r>
          </w:p>
        </w:tc>
      </w:tr>
      <w:tr w:rsidR="005816E5" w:rsidRPr="00EB75F0" w14:paraId="3ED4FC5A" w14:textId="77777777" w:rsidTr="00C32B29">
        <w:trPr>
          <w:trHeight w:val="288"/>
        </w:trPr>
        <w:tc>
          <w:tcPr>
            <w:tcW w:w="2409" w:type="dxa"/>
            <w:vAlign w:val="bottom"/>
          </w:tcPr>
          <w:p w14:paraId="01382436"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Shen 2014</w:t>
            </w:r>
          </w:p>
        </w:tc>
        <w:tc>
          <w:tcPr>
            <w:tcW w:w="2409" w:type="dxa"/>
            <w:vAlign w:val="bottom"/>
          </w:tcPr>
          <w:p w14:paraId="61D1D0B4"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Olanzapine</w:t>
            </w:r>
          </w:p>
        </w:tc>
        <w:tc>
          <w:tcPr>
            <w:tcW w:w="2410" w:type="dxa"/>
            <w:vAlign w:val="bottom"/>
          </w:tcPr>
          <w:p w14:paraId="49408639"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20</w:t>
            </w:r>
          </w:p>
        </w:tc>
        <w:tc>
          <w:tcPr>
            <w:tcW w:w="2410" w:type="dxa"/>
            <w:vAlign w:val="bottom"/>
          </w:tcPr>
          <w:p w14:paraId="4B6A0F2D"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68</w:t>
            </w:r>
          </w:p>
        </w:tc>
      </w:tr>
      <w:tr w:rsidR="005816E5" w:rsidRPr="00EB75F0" w14:paraId="485C90C8" w14:textId="77777777" w:rsidTr="00C32B29">
        <w:trPr>
          <w:trHeight w:val="288"/>
        </w:trPr>
        <w:tc>
          <w:tcPr>
            <w:tcW w:w="2409" w:type="dxa"/>
            <w:vAlign w:val="bottom"/>
          </w:tcPr>
          <w:p w14:paraId="0BE1DBB8"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Shen 2014</w:t>
            </w:r>
          </w:p>
        </w:tc>
        <w:tc>
          <w:tcPr>
            <w:tcW w:w="2409" w:type="dxa"/>
            <w:vAlign w:val="bottom"/>
          </w:tcPr>
          <w:p w14:paraId="72B6DF35"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Placebo</w:t>
            </w:r>
          </w:p>
        </w:tc>
        <w:tc>
          <w:tcPr>
            <w:tcW w:w="2410" w:type="dxa"/>
            <w:vAlign w:val="bottom"/>
          </w:tcPr>
          <w:p w14:paraId="6C9DEB63"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7</w:t>
            </w:r>
          </w:p>
        </w:tc>
        <w:tc>
          <w:tcPr>
            <w:tcW w:w="2410" w:type="dxa"/>
            <w:vAlign w:val="bottom"/>
          </w:tcPr>
          <w:p w14:paraId="015C2DFA" w14:textId="77777777" w:rsidR="005816E5" w:rsidRPr="00EB75F0" w:rsidRDefault="005816E5" w:rsidP="00C32B29">
            <w:pPr>
              <w:pStyle w:val="BodyText"/>
              <w:spacing w:before="0" w:after="0" w:line="240" w:lineRule="auto"/>
              <w:rPr>
                <w:rFonts w:asciiTheme="majorHAnsi" w:hAnsiTheme="majorHAnsi" w:cstheme="majorHAnsi"/>
                <w:sz w:val="18"/>
                <w:szCs w:val="18"/>
              </w:rPr>
            </w:pPr>
            <w:r w:rsidRPr="00EB75F0">
              <w:rPr>
                <w:rFonts w:ascii="Calibri" w:hAnsi="Calibri" w:cs="Calibri"/>
                <w:szCs w:val="22"/>
              </w:rPr>
              <w:t>65</w:t>
            </w:r>
          </w:p>
        </w:tc>
      </w:tr>
    </w:tbl>
    <w:p w14:paraId="222B3502" w14:textId="77777777" w:rsidR="005816E5" w:rsidRPr="00EB75F0" w:rsidRDefault="005816E5" w:rsidP="005816E5">
      <w:pPr>
        <w:pStyle w:val="BodyText"/>
      </w:pPr>
    </w:p>
    <w:p w14:paraId="6E9D3F54" w14:textId="77777777" w:rsidR="005816E5" w:rsidRPr="00541089" w:rsidRDefault="005816E5" w:rsidP="005816E5">
      <w:pPr>
        <w:pStyle w:val="Heading2"/>
      </w:pPr>
      <w:r w:rsidRPr="00541089">
        <w:t>Sedation</w:t>
      </w:r>
    </w:p>
    <w:p w14:paraId="21935CCC" w14:textId="5F1F0B63" w:rsidR="005816E5" w:rsidRPr="00EB75F0" w:rsidRDefault="00A06AE8" w:rsidP="004857CF">
      <w:pPr>
        <w:pStyle w:val="Heading3"/>
      </w:pPr>
      <w:r w:rsidRPr="00EB75F0">
        <w:t>Table S</w:t>
      </w:r>
      <w:fldSimple w:instr=" STYLEREF 1 \s ">
        <w:r w:rsidR="004B2F28">
          <w:rPr>
            <w:noProof/>
          </w:rPr>
          <w:t>10</w:t>
        </w:r>
      </w:fldSimple>
      <w:r w:rsidR="00EE288E" w:rsidRPr="00EB75F0">
        <w:noBreakHyphen/>
      </w:r>
      <w:fldSimple w:instr=" SEQ Table \* ARABIC \s 1 ">
        <w:r w:rsidR="004B2F28">
          <w:rPr>
            <w:noProof/>
          </w:rPr>
          <w:t>10</w:t>
        </w:r>
      </w:fldSimple>
      <w:r w:rsidR="005816E5" w:rsidRPr="00EB75F0">
        <w:t>: NMA input dataset – Sedation, base case network</w:t>
      </w:r>
    </w:p>
    <w:tbl>
      <w:tblPr>
        <w:tblStyle w:val="Lumanitytable"/>
        <w:tblW w:w="9638" w:type="dxa"/>
        <w:tblLook w:val="04A0" w:firstRow="1" w:lastRow="0" w:firstColumn="1" w:lastColumn="0" w:noHBand="0" w:noVBand="1"/>
      </w:tblPr>
      <w:tblGrid>
        <w:gridCol w:w="2409"/>
        <w:gridCol w:w="2409"/>
        <w:gridCol w:w="2410"/>
        <w:gridCol w:w="2410"/>
      </w:tblGrid>
      <w:tr w:rsidR="005816E5" w:rsidRPr="00EB75F0" w14:paraId="0FC6B9D6" w14:textId="77777777" w:rsidTr="00C32B29">
        <w:trPr>
          <w:cnfStyle w:val="100000000000" w:firstRow="1" w:lastRow="0" w:firstColumn="0" w:lastColumn="0" w:oddVBand="0" w:evenVBand="0" w:oddHBand="0" w:evenHBand="0" w:firstRowFirstColumn="0" w:firstRowLastColumn="0" w:lastRowFirstColumn="0" w:lastRowLastColumn="0"/>
          <w:trHeight w:val="288"/>
        </w:trPr>
        <w:tc>
          <w:tcPr>
            <w:tcW w:w="2409" w:type="dxa"/>
            <w:vAlign w:val="bottom"/>
          </w:tcPr>
          <w:p w14:paraId="2D5BCB83"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StudyName</w:t>
            </w:r>
            <w:proofErr w:type="spellEnd"/>
          </w:p>
        </w:tc>
        <w:tc>
          <w:tcPr>
            <w:tcW w:w="2409" w:type="dxa"/>
            <w:vAlign w:val="bottom"/>
          </w:tcPr>
          <w:p w14:paraId="359B2C6B"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TreatmentName</w:t>
            </w:r>
            <w:proofErr w:type="spellEnd"/>
          </w:p>
        </w:tc>
        <w:tc>
          <w:tcPr>
            <w:tcW w:w="2410" w:type="dxa"/>
            <w:vAlign w:val="bottom"/>
          </w:tcPr>
          <w:p w14:paraId="1D03D7D2" w14:textId="77777777" w:rsidR="005816E5" w:rsidRPr="00EB75F0" w:rsidRDefault="005816E5" w:rsidP="00C32B29">
            <w:pPr>
              <w:pStyle w:val="BodyText"/>
              <w:spacing w:before="0" w:after="0" w:line="240" w:lineRule="auto"/>
              <w:rPr>
                <w:rFonts w:ascii="Calibri" w:hAnsi="Calibri" w:cs="Calibri"/>
                <w:color w:val="FFFFFF" w:themeColor="background1"/>
                <w:szCs w:val="22"/>
              </w:rPr>
            </w:pPr>
            <w:r w:rsidRPr="00EB75F0">
              <w:rPr>
                <w:rFonts w:ascii="Calibri" w:hAnsi="Calibri" w:cs="Calibri"/>
                <w:color w:val="FFFFFF" w:themeColor="background1"/>
                <w:szCs w:val="22"/>
              </w:rPr>
              <w:t>responders</w:t>
            </w:r>
          </w:p>
        </w:tc>
        <w:tc>
          <w:tcPr>
            <w:tcW w:w="2410" w:type="dxa"/>
            <w:vAlign w:val="bottom"/>
          </w:tcPr>
          <w:p w14:paraId="377B49B0" w14:textId="77777777" w:rsidR="005816E5" w:rsidRPr="00EB75F0" w:rsidRDefault="005816E5" w:rsidP="00C32B29">
            <w:pPr>
              <w:pStyle w:val="BodyText"/>
              <w:spacing w:before="0" w:after="0" w:line="240" w:lineRule="auto"/>
              <w:rPr>
                <w:rFonts w:ascii="Calibri" w:hAnsi="Calibri" w:cs="Calibri"/>
                <w:color w:val="FFFFFF" w:themeColor="background1"/>
                <w:szCs w:val="22"/>
              </w:rPr>
            </w:pPr>
            <w:proofErr w:type="spellStart"/>
            <w:r w:rsidRPr="00EB75F0">
              <w:rPr>
                <w:rFonts w:ascii="Calibri" w:hAnsi="Calibri" w:cs="Calibri"/>
                <w:color w:val="FFFFFF" w:themeColor="background1"/>
                <w:szCs w:val="22"/>
              </w:rPr>
              <w:t>sampleSize</w:t>
            </w:r>
            <w:proofErr w:type="spellEnd"/>
          </w:p>
        </w:tc>
      </w:tr>
      <w:tr w:rsidR="005816E5" w:rsidRPr="00EB75F0" w14:paraId="74597768" w14:textId="77777777" w:rsidTr="00C32B29">
        <w:trPr>
          <w:trHeight w:val="288"/>
        </w:trPr>
        <w:tc>
          <w:tcPr>
            <w:tcW w:w="2409" w:type="dxa"/>
            <w:vAlign w:val="bottom"/>
          </w:tcPr>
          <w:p w14:paraId="55D3F28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lastRenderedPageBreak/>
              <w:t>Correll 2015</w:t>
            </w:r>
          </w:p>
        </w:tc>
        <w:tc>
          <w:tcPr>
            <w:tcW w:w="2409" w:type="dxa"/>
            <w:vAlign w:val="bottom"/>
          </w:tcPr>
          <w:p w14:paraId="3F0AF556"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Brexpiprazole</w:t>
            </w:r>
            <w:proofErr w:type="spellEnd"/>
          </w:p>
        </w:tc>
        <w:tc>
          <w:tcPr>
            <w:tcW w:w="2410" w:type="dxa"/>
            <w:vAlign w:val="bottom"/>
          </w:tcPr>
          <w:p w14:paraId="2272C01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w:t>
            </w:r>
          </w:p>
        </w:tc>
        <w:tc>
          <w:tcPr>
            <w:tcW w:w="2410" w:type="dxa"/>
            <w:vAlign w:val="bottom"/>
          </w:tcPr>
          <w:p w14:paraId="274099D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362</w:t>
            </w:r>
          </w:p>
        </w:tc>
      </w:tr>
      <w:tr w:rsidR="005816E5" w:rsidRPr="00EB75F0" w14:paraId="6B75CD41" w14:textId="77777777" w:rsidTr="00C32B29">
        <w:trPr>
          <w:trHeight w:val="288"/>
        </w:trPr>
        <w:tc>
          <w:tcPr>
            <w:tcW w:w="2409" w:type="dxa"/>
            <w:vAlign w:val="bottom"/>
          </w:tcPr>
          <w:p w14:paraId="2746CF7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Correll 2015</w:t>
            </w:r>
          </w:p>
        </w:tc>
        <w:tc>
          <w:tcPr>
            <w:tcW w:w="2409" w:type="dxa"/>
            <w:vAlign w:val="bottom"/>
          </w:tcPr>
          <w:p w14:paraId="6292A7E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2F3F48C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w:t>
            </w:r>
          </w:p>
        </w:tc>
        <w:tc>
          <w:tcPr>
            <w:tcW w:w="2410" w:type="dxa"/>
            <w:vAlign w:val="bottom"/>
          </w:tcPr>
          <w:p w14:paraId="29D8565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184</w:t>
            </w:r>
          </w:p>
        </w:tc>
      </w:tr>
      <w:tr w:rsidR="005816E5" w:rsidRPr="00EB75F0" w14:paraId="0A193C38" w14:textId="77777777" w:rsidTr="00C32B29">
        <w:trPr>
          <w:trHeight w:val="288"/>
        </w:trPr>
        <w:tc>
          <w:tcPr>
            <w:tcW w:w="2409" w:type="dxa"/>
            <w:vAlign w:val="bottom"/>
          </w:tcPr>
          <w:p w14:paraId="21501B8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Correll 2016 (NCT00905307)</w:t>
            </w:r>
          </w:p>
        </w:tc>
        <w:tc>
          <w:tcPr>
            <w:tcW w:w="2409" w:type="dxa"/>
            <w:vAlign w:val="bottom"/>
          </w:tcPr>
          <w:p w14:paraId="193D70C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Aripiprazole</w:t>
            </w:r>
          </w:p>
        </w:tc>
        <w:tc>
          <w:tcPr>
            <w:tcW w:w="2410" w:type="dxa"/>
            <w:vAlign w:val="bottom"/>
          </w:tcPr>
          <w:p w14:paraId="651B33A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w:t>
            </w:r>
          </w:p>
        </w:tc>
        <w:tc>
          <w:tcPr>
            <w:tcW w:w="2410" w:type="dxa"/>
            <w:vAlign w:val="bottom"/>
          </w:tcPr>
          <w:p w14:paraId="5F98F5C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50</w:t>
            </w:r>
          </w:p>
        </w:tc>
      </w:tr>
      <w:tr w:rsidR="005816E5" w:rsidRPr="00EB75F0" w14:paraId="2F66597A" w14:textId="77777777" w:rsidTr="00C32B29">
        <w:trPr>
          <w:trHeight w:val="288"/>
        </w:trPr>
        <w:tc>
          <w:tcPr>
            <w:tcW w:w="2409" w:type="dxa"/>
            <w:vAlign w:val="bottom"/>
          </w:tcPr>
          <w:p w14:paraId="0527E5E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Correll 2016 (NCT00905307)</w:t>
            </w:r>
          </w:p>
        </w:tc>
        <w:tc>
          <w:tcPr>
            <w:tcW w:w="2409" w:type="dxa"/>
            <w:vAlign w:val="bottom"/>
          </w:tcPr>
          <w:p w14:paraId="66AC3D56"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Brexpiprazole</w:t>
            </w:r>
            <w:proofErr w:type="spellEnd"/>
          </w:p>
        </w:tc>
        <w:tc>
          <w:tcPr>
            <w:tcW w:w="2410" w:type="dxa"/>
            <w:vAlign w:val="bottom"/>
          </w:tcPr>
          <w:p w14:paraId="78BA0BB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w:t>
            </w:r>
          </w:p>
        </w:tc>
        <w:tc>
          <w:tcPr>
            <w:tcW w:w="2410" w:type="dxa"/>
            <w:vAlign w:val="bottom"/>
          </w:tcPr>
          <w:p w14:paraId="145F846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90</w:t>
            </w:r>
          </w:p>
        </w:tc>
      </w:tr>
      <w:tr w:rsidR="005816E5" w:rsidRPr="00EB75F0" w14:paraId="376D9F87" w14:textId="77777777" w:rsidTr="00C32B29">
        <w:trPr>
          <w:trHeight w:val="288"/>
        </w:trPr>
        <w:tc>
          <w:tcPr>
            <w:tcW w:w="2409" w:type="dxa"/>
            <w:vAlign w:val="bottom"/>
          </w:tcPr>
          <w:p w14:paraId="048367C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Correll 2016 (NCT00905307)</w:t>
            </w:r>
          </w:p>
        </w:tc>
        <w:tc>
          <w:tcPr>
            <w:tcW w:w="2409" w:type="dxa"/>
            <w:vAlign w:val="bottom"/>
          </w:tcPr>
          <w:p w14:paraId="4031EC1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563A957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0</w:t>
            </w:r>
          </w:p>
        </w:tc>
        <w:tc>
          <w:tcPr>
            <w:tcW w:w="2410" w:type="dxa"/>
            <w:vAlign w:val="bottom"/>
          </w:tcPr>
          <w:p w14:paraId="20855DD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95</w:t>
            </w:r>
          </w:p>
        </w:tc>
      </w:tr>
      <w:tr w:rsidR="005816E5" w:rsidRPr="00EB75F0" w14:paraId="5892FE1B" w14:textId="77777777" w:rsidTr="00C32B29">
        <w:trPr>
          <w:trHeight w:val="288"/>
        </w:trPr>
        <w:tc>
          <w:tcPr>
            <w:tcW w:w="2409" w:type="dxa"/>
            <w:vAlign w:val="bottom"/>
          </w:tcPr>
          <w:p w14:paraId="038DCE2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Correll 2020</w:t>
            </w:r>
          </w:p>
        </w:tc>
        <w:tc>
          <w:tcPr>
            <w:tcW w:w="2409" w:type="dxa"/>
            <w:vAlign w:val="bottom"/>
          </w:tcPr>
          <w:p w14:paraId="722A1B95"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Lumateperone</w:t>
            </w:r>
            <w:proofErr w:type="spellEnd"/>
          </w:p>
        </w:tc>
        <w:tc>
          <w:tcPr>
            <w:tcW w:w="2410" w:type="dxa"/>
            <w:vAlign w:val="bottom"/>
          </w:tcPr>
          <w:p w14:paraId="5471218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19</w:t>
            </w:r>
          </w:p>
        </w:tc>
        <w:tc>
          <w:tcPr>
            <w:tcW w:w="2410" w:type="dxa"/>
            <w:vAlign w:val="bottom"/>
          </w:tcPr>
          <w:p w14:paraId="132048B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150</w:t>
            </w:r>
          </w:p>
        </w:tc>
      </w:tr>
      <w:tr w:rsidR="005816E5" w:rsidRPr="00EB75F0" w14:paraId="6A3BD887" w14:textId="77777777" w:rsidTr="00C32B29">
        <w:trPr>
          <w:trHeight w:val="288"/>
        </w:trPr>
        <w:tc>
          <w:tcPr>
            <w:tcW w:w="2409" w:type="dxa"/>
            <w:vAlign w:val="bottom"/>
          </w:tcPr>
          <w:p w14:paraId="1A2B394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Correll 2020</w:t>
            </w:r>
          </w:p>
        </w:tc>
        <w:tc>
          <w:tcPr>
            <w:tcW w:w="2409" w:type="dxa"/>
            <w:vAlign w:val="bottom"/>
          </w:tcPr>
          <w:p w14:paraId="0741797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75DCA84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w:t>
            </w:r>
          </w:p>
        </w:tc>
        <w:tc>
          <w:tcPr>
            <w:tcW w:w="2410" w:type="dxa"/>
            <w:vAlign w:val="bottom"/>
          </w:tcPr>
          <w:p w14:paraId="2D31CAB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150</w:t>
            </w:r>
          </w:p>
        </w:tc>
      </w:tr>
      <w:tr w:rsidR="005816E5" w:rsidRPr="00EB75F0" w14:paraId="38CF1912" w14:textId="77777777" w:rsidTr="00C32B29">
        <w:trPr>
          <w:trHeight w:val="288"/>
        </w:trPr>
        <w:tc>
          <w:tcPr>
            <w:tcW w:w="2409" w:type="dxa"/>
            <w:vAlign w:val="bottom"/>
          </w:tcPr>
          <w:p w14:paraId="14EE966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Cutler 2006</w:t>
            </w:r>
          </w:p>
        </w:tc>
        <w:tc>
          <w:tcPr>
            <w:tcW w:w="2409" w:type="dxa"/>
            <w:vAlign w:val="bottom"/>
          </w:tcPr>
          <w:p w14:paraId="200C9B5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Aripiprazole</w:t>
            </w:r>
          </w:p>
        </w:tc>
        <w:tc>
          <w:tcPr>
            <w:tcW w:w="2410" w:type="dxa"/>
            <w:vAlign w:val="bottom"/>
          </w:tcPr>
          <w:p w14:paraId="1EB08C7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w:t>
            </w:r>
          </w:p>
        </w:tc>
        <w:tc>
          <w:tcPr>
            <w:tcW w:w="2410" w:type="dxa"/>
            <w:vAlign w:val="bottom"/>
          </w:tcPr>
          <w:p w14:paraId="760855C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94</w:t>
            </w:r>
          </w:p>
        </w:tc>
      </w:tr>
      <w:tr w:rsidR="005816E5" w:rsidRPr="00EB75F0" w14:paraId="474E4213" w14:textId="77777777" w:rsidTr="00C32B29">
        <w:trPr>
          <w:trHeight w:val="288"/>
        </w:trPr>
        <w:tc>
          <w:tcPr>
            <w:tcW w:w="2409" w:type="dxa"/>
            <w:vAlign w:val="bottom"/>
          </w:tcPr>
          <w:p w14:paraId="7C018B7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Cutler 2006</w:t>
            </w:r>
          </w:p>
        </w:tc>
        <w:tc>
          <w:tcPr>
            <w:tcW w:w="2409" w:type="dxa"/>
            <w:vAlign w:val="bottom"/>
          </w:tcPr>
          <w:p w14:paraId="62517DA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6B4F171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0</w:t>
            </w:r>
          </w:p>
        </w:tc>
        <w:tc>
          <w:tcPr>
            <w:tcW w:w="2410" w:type="dxa"/>
            <w:vAlign w:val="bottom"/>
          </w:tcPr>
          <w:p w14:paraId="54366F0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87</w:t>
            </w:r>
          </w:p>
        </w:tc>
      </w:tr>
      <w:tr w:rsidR="005816E5" w:rsidRPr="00EB75F0" w14:paraId="03DD5DE2" w14:textId="77777777" w:rsidTr="00C32B29">
        <w:trPr>
          <w:trHeight w:val="288"/>
        </w:trPr>
        <w:tc>
          <w:tcPr>
            <w:tcW w:w="2409" w:type="dxa"/>
            <w:vAlign w:val="bottom"/>
          </w:tcPr>
          <w:p w14:paraId="2049A74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Durgam 2014</w:t>
            </w:r>
          </w:p>
        </w:tc>
        <w:tc>
          <w:tcPr>
            <w:tcW w:w="2409" w:type="dxa"/>
            <w:vAlign w:val="bottom"/>
          </w:tcPr>
          <w:p w14:paraId="44A2F023"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Cariprazine</w:t>
            </w:r>
            <w:proofErr w:type="spellEnd"/>
          </w:p>
        </w:tc>
        <w:tc>
          <w:tcPr>
            <w:tcW w:w="2410" w:type="dxa"/>
            <w:vAlign w:val="bottom"/>
          </w:tcPr>
          <w:p w14:paraId="39E3420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27</w:t>
            </w:r>
          </w:p>
        </w:tc>
        <w:tc>
          <w:tcPr>
            <w:tcW w:w="2410" w:type="dxa"/>
            <w:vAlign w:val="bottom"/>
          </w:tcPr>
          <w:p w14:paraId="5E692C8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438</w:t>
            </w:r>
          </w:p>
        </w:tc>
      </w:tr>
      <w:tr w:rsidR="005816E5" w:rsidRPr="00EB75F0" w14:paraId="3FA52EBF" w14:textId="77777777" w:rsidTr="00C32B29">
        <w:trPr>
          <w:trHeight w:val="288"/>
        </w:trPr>
        <w:tc>
          <w:tcPr>
            <w:tcW w:w="2409" w:type="dxa"/>
            <w:vAlign w:val="bottom"/>
          </w:tcPr>
          <w:p w14:paraId="5E6754B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Durgam 2014</w:t>
            </w:r>
          </w:p>
        </w:tc>
        <w:tc>
          <w:tcPr>
            <w:tcW w:w="2409" w:type="dxa"/>
            <w:vAlign w:val="bottom"/>
          </w:tcPr>
          <w:p w14:paraId="3D2A7B8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21D1AB9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6</w:t>
            </w:r>
          </w:p>
        </w:tc>
        <w:tc>
          <w:tcPr>
            <w:tcW w:w="2410" w:type="dxa"/>
            <w:vAlign w:val="bottom"/>
          </w:tcPr>
          <w:p w14:paraId="03B130A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151</w:t>
            </w:r>
          </w:p>
        </w:tc>
      </w:tr>
      <w:tr w:rsidR="005816E5" w:rsidRPr="00EB75F0" w14:paraId="7EC121DB" w14:textId="77777777" w:rsidTr="00C32B29">
        <w:trPr>
          <w:trHeight w:val="288"/>
        </w:trPr>
        <w:tc>
          <w:tcPr>
            <w:tcW w:w="2409" w:type="dxa"/>
            <w:vAlign w:val="bottom"/>
          </w:tcPr>
          <w:p w14:paraId="3EFF1D5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Durgam 2014</w:t>
            </w:r>
          </w:p>
        </w:tc>
        <w:tc>
          <w:tcPr>
            <w:tcW w:w="2409" w:type="dxa"/>
            <w:vAlign w:val="bottom"/>
          </w:tcPr>
          <w:p w14:paraId="5C1494A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Risperidone</w:t>
            </w:r>
          </w:p>
        </w:tc>
        <w:tc>
          <w:tcPr>
            <w:tcW w:w="2410" w:type="dxa"/>
            <w:vAlign w:val="bottom"/>
          </w:tcPr>
          <w:p w14:paraId="1C97978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16</w:t>
            </w:r>
          </w:p>
        </w:tc>
        <w:tc>
          <w:tcPr>
            <w:tcW w:w="2410" w:type="dxa"/>
            <w:vAlign w:val="bottom"/>
          </w:tcPr>
          <w:p w14:paraId="7E9D974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140</w:t>
            </w:r>
          </w:p>
        </w:tc>
      </w:tr>
      <w:tr w:rsidR="005816E5" w:rsidRPr="00EB75F0" w14:paraId="5AD95594" w14:textId="77777777" w:rsidTr="00C32B29">
        <w:trPr>
          <w:trHeight w:val="288"/>
        </w:trPr>
        <w:tc>
          <w:tcPr>
            <w:tcW w:w="2409" w:type="dxa"/>
            <w:vAlign w:val="bottom"/>
          </w:tcPr>
          <w:p w14:paraId="523CCF0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Durgam 2016</w:t>
            </w:r>
          </w:p>
        </w:tc>
        <w:tc>
          <w:tcPr>
            <w:tcW w:w="2409" w:type="dxa"/>
            <w:vAlign w:val="bottom"/>
          </w:tcPr>
          <w:p w14:paraId="01E06013"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Cariprazine</w:t>
            </w:r>
            <w:proofErr w:type="spellEnd"/>
          </w:p>
        </w:tc>
        <w:tc>
          <w:tcPr>
            <w:tcW w:w="2410" w:type="dxa"/>
            <w:vAlign w:val="bottom"/>
          </w:tcPr>
          <w:p w14:paraId="17D2626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10</w:t>
            </w:r>
          </w:p>
        </w:tc>
        <w:tc>
          <w:tcPr>
            <w:tcW w:w="2410" w:type="dxa"/>
            <w:vAlign w:val="bottom"/>
          </w:tcPr>
          <w:p w14:paraId="7D16481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127</w:t>
            </w:r>
          </w:p>
        </w:tc>
      </w:tr>
      <w:tr w:rsidR="005816E5" w:rsidRPr="00EB75F0" w14:paraId="51433D3C" w14:textId="77777777" w:rsidTr="00C32B29">
        <w:trPr>
          <w:trHeight w:val="288"/>
        </w:trPr>
        <w:tc>
          <w:tcPr>
            <w:tcW w:w="2409" w:type="dxa"/>
            <w:vAlign w:val="bottom"/>
          </w:tcPr>
          <w:p w14:paraId="5EB4EEE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Durgam 2016</w:t>
            </w:r>
          </w:p>
        </w:tc>
        <w:tc>
          <w:tcPr>
            <w:tcW w:w="2409" w:type="dxa"/>
            <w:vAlign w:val="bottom"/>
          </w:tcPr>
          <w:p w14:paraId="5E3DC91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03595C6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13</w:t>
            </w:r>
          </w:p>
        </w:tc>
        <w:tc>
          <w:tcPr>
            <w:tcW w:w="2410" w:type="dxa"/>
            <w:vAlign w:val="bottom"/>
          </w:tcPr>
          <w:p w14:paraId="163A2FA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129</w:t>
            </w:r>
          </w:p>
        </w:tc>
      </w:tr>
      <w:tr w:rsidR="005816E5" w:rsidRPr="00EB75F0" w14:paraId="1098084C" w14:textId="77777777" w:rsidTr="00C32B29">
        <w:trPr>
          <w:trHeight w:val="288"/>
        </w:trPr>
        <w:tc>
          <w:tcPr>
            <w:tcW w:w="2409" w:type="dxa"/>
            <w:vAlign w:val="bottom"/>
          </w:tcPr>
          <w:p w14:paraId="1B9114A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EMERGENT-1</w:t>
            </w:r>
          </w:p>
        </w:tc>
        <w:tc>
          <w:tcPr>
            <w:tcW w:w="2409" w:type="dxa"/>
            <w:vAlign w:val="bottom"/>
          </w:tcPr>
          <w:p w14:paraId="27D1BC5C"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KarXT</w:t>
            </w:r>
            <w:proofErr w:type="spellEnd"/>
          </w:p>
        </w:tc>
        <w:tc>
          <w:tcPr>
            <w:tcW w:w="2410" w:type="dxa"/>
            <w:vAlign w:val="bottom"/>
          </w:tcPr>
          <w:p w14:paraId="3433D4A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w:t>
            </w:r>
          </w:p>
        </w:tc>
        <w:tc>
          <w:tcPr>
            <w:tcW w:w="2410" w:type="dxa"/>
            <w:vAlign w:val="bottom"/>
          </w:tcPr>
          <w:p w14:paraId="43723CE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89</w:t>
            </w:r>
          </w:p>
        </w:tc>
      </w:tr>
      <w:tr w:rsidR="005816E5" w:rsidRPr="00EB75F0" w14:paraId="6ECBAF33" w14:textId="77777777" w:rsidTr="00C32B29">
        <w:trPr>
          <w:trHeight w:val="288"/>
        </w:trPr>
        <w:tc>
          <w:tcPr>
            <w:tcW w:w="2409" w:type="dxa"/>
            <w:vAlign w:val="bottom"/>
          </w:tcPr>
          <w:p w14:paraId="338307E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EMERGENT-1</w:t>
            </w:r>
          </w:p>
        </w:tc>
        <w:tc>
          <w:tcPr>
            <w:tcW w:w="2409" w:type="dxa"/>
            <w:vAlign w:val="bottom"/>
          </w:tcPr>
          <w:p w14:paraId="44D3F16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11E0E24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w:t>
            </w:r>
          </w:p>
        </w:tc>
        <w:tc>
          <w:tcPr>
            <w:tcW w:w="2410" w:type="dxa"/>
            <w:vAlign w:val="bottom"/>
          </w:tcPr>
          <w:p w14:paraId="7B545EF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90</w:t>
            </w:r>
          </w:p>
        </w:tc>
      </w:tr>
      <w:tr w:rsidR="005816E5" w:rsidRPr="00EB75F0" w14:paraId="5A395A16" w14:textId="77777777" w:rsidTr="00C32B29">
        <w:trPr>
          <w:trHeight w:val="288"/>
        </w:trPr>
        <w:tc>
          <w:tcPr>
            <w:tcW w:w="2409" w:type="dxa"/>
            <w:vAlign w:val="bottom"/>
          </w:tcPr>
          <w:p w14:paraId="170D1B6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EMERGENT-2</w:t>
            </w:r>
          </w:p>
        </w:tc>
        <w:tc>
          <w:tcPr>
            <w:tcW w:w="2409" w:type="dxa"/>
            <w:vAlign w:val="bottom"/>
          </w:tcPr>
          <w:p w14:paraId="6CE14390"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KarXT</w:t>
            </w:r>
            <w:proofErr w:type="spellEnd"/>
          </w:p>
        </w:tc>
        <w:tc>
          <w:tcPr>
            <w:tcW w:w="2410" w:type="dxa"/>
            <w:vAlign w:val="bottom"/>
          </w:tcPr>
          <w:p w14:paraId="18E9E2E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w:t>
            </w:r>
          </w:p>
        </w:tc>
        <w:tc>
          <w:tcPr>
            <w:tcW w:w="2410" w:type="dxa"/>
            <w:vAlign w:val="bottom"/>
          </w:tcPr>
          <w:p w14:paraId="5FB2677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126</w:t>
            </w:r>
          </w:p>
        </w:tc>
      </w:tr>
      <w:tr w:rsidR="005816E5" w:rsidRPr="00EB75F0" w14:paraId="42C38D14" w14:textId="77777777" w:rsidTr="00C32B29">
        <w:trPr>
          <w:trHeight w:val="288"/>
        </w:trPr>
        <w:tc>
          <w:tcPr>
            <w:tcW w:w="2409" w:type="dxa"/>
            <w:vAlign w:val="bottom"/>
          </w:tcPr>
          <w:p w14:paraId="6541EDD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EMERGENT-2</w:t>
            </w:r>
          </w:p>
        </w:tc>
        <w:tc>
          <w:tcPr>
            <w:tcW w:w="2409" w:type="dxa"/>
            <w:vAlign w:val="bottom"/>
          </w:tcPr>
          <w:p w14:paraId="2D4EF20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48A7DFF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w:t>
            </w:r>
          </w:p>
        </w:tc>
        <w:tc>
          <w:tcPr>
            <w:tcW w:w="2410" w:type="dxa"/>
            <w:vAlign w:val="bottom"/>
          </w:tcPr>
          <w:p w14:paraId="6B47F65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125</w:t>
            </w:r>
          </w:p>
        </w:tc>
      </w:tr>
      <w:tr w:rsidR="005816E5" w:rsidRPr="00EB75F0" w14:paraId="7F5FDAD1" w14:textId="77777777" w:rsidTr="00C32B29">
        <w:trPr>
          <w:trHeight w:val="288"/>
        </w:trPr>
        <w:tc>
          <w:tcPr>
            <w:tcW w:w="2409" w:type="dxa"/>
            <w:vAlign w:val="bottom"/>
          </w:tcPr>
          <w:p w14:paraId="630807C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Kane 2015 (BEACON)</w:t>
            </w:r>
          </w:p>
        </w:tc>
        <w:tc>
          <w:tcPr>
            <w:tcW w:w="2409" w:type="dxa"/>
            <w:vAlign w:val="bottom"/>
          </w:tcPr>
          <w:p w14:paraId="461EB954"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Brexpiprazole</w:t>
            </w:r>
            <w:proofErr w:type="spellEnd"/>
          </w:p>
        </w:tc>
        <w:tc>
          <w:tcPr>
            <w:tcW w:w="2410" w:type="dxa"/>
            <w:vAlign w:val="bottom"/>
          </w:tcPr>
          <w:p w14:paraId="23B89E2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w:t>
            </w:r>
          </w:p>
        </w:tc>
        <w:tc>
          <w:tcPr>
            <w:tcW w:w="2410" w:type="dxa"/>
            <w:vAlign w:val="bottom"/>
          </w:tcPr>
          <w:p w14:paraId="7C98722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370</w:t>
            </w:r>
          </w:p>
        </w:tc>
      </w:tr>
      <w:tr w:rsidR="005816E5" w:rsidRPr="00EB75F0" w14:paraId="67A921D3" w14:textId="77777777" w:rsidTr="00C32B29">
        <w:trPr>
          <w:trHeight w:val="288"/>
        </w:trPr>
        <w:tc>
          <w:tcPr>
            <w:tcW w:w="2409" w:type="dxa"/>
            <w:vAlign w:val="bottom"/>
          </w:tcPr>
          <w:p w14:paraId="1B5A7AF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Kane 2015 (BEACON)</w:t>
            </w:r>
          </w:p>
        </w:tc>
        <w:tc>
          <w:tcPr>
            <w:tcW w:w="2409" w:type="dxa"/>
            <w:vAlign w:val="bottom"/>
          </w:tcPr>
          <w:p w14:paraId="792D078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4F8610F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w:t>
            </w:r>
          </w:p>
        </w:tc>
        <w:tc>
          <w:tcPr>
            <w:tcW w:w="2410" w:type="dxa"/>
            <w:vAlign w:val="bottom"/>
          </w:tcPr>
          <w:p w14:paraId="6546C96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184</w:t>
            </w:r>
          </w:p>
        </w:tc>
      </w:tr>
      <w:tr w:rsidR="005816E5" w:rsidRPr="00EB75F0" w14:paraId="688FC475" w14:textId="77777777" w:rsidTr="00C32B29">
        <w:trPr>
          <w:trHeight w:val="288"/>
        </w:trPr>
        <w:tc>
          <w:tcPr>
            <w:tcW w:w="2409" w:type="dxa"/>
            <w:vAlign w:val="bottom"/>
          </w:tcPr>
          <w:p w14:paraId="5E83785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Lindenmayer 2008</w:t>
            </w:r>
          </w:p>
        </w:tc>
        <w:tc>
          <w:tcPr>
            <w:tcW w:w="2409" w:type="dxa"/>
            <w:vAlign w:val="bottom"/>
          </w:tcPr>
          <w:p w14:paraId="74AC6F8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163F8AA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w:t>
            </w:r>
          </w:p>
        </w:tc>
        <w:tc>
          <w:tcPr>
            <w:tcW w:w="2410" w:type="dxa"/>
            <w:vAlign w:val="bottom"/>
          </w:tcPr>
          <w:p w14:paraId="1EB6DED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84</w:t>
            </w:r>
          </w:p>
        </w:tc>
      </w:tr>
      <w:tr w:rsidR="005816E5" w:rsidRPr="00EB75F0" w14:paraId="68B37D4A" w14:textId="77777777" w:rsidTr="00C32B29">
        <w:trPr>
          <w:trHeight w:val="288"/>
        </w:trPr>
        <w:tc>
          <w:tcPr>
            <w:tcW w:w="2409" w:type="dxa"/>
            <w:vAlign w:val="bottom"/>
          </w:tcPr>
          <w:p w14:paraId="6E709AF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Lindenmayer 2008</w:t>
            </w:r>
          </w:p>
        </w:tc>
        <w:tc>
          <w:tcPr>
            <w:tcW w:w="2409" w:type="dxa"/>
            <w:vAlign w:val="bottom"/>
          </w:tcPr>
          <w:p w14:paraId="70F6B79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Quetiapine</w:t>
            </w:r>
          </w:p>
        </w:tc>
        <w:tc>
          <w:tcPr>
            <w:tcW w:w="2410" w:type="dxa"/>
            <w:vAlign w:val="bottom"/>
          </w:tcPr>
          <w:p w14:paraId="43EF353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85</w:t>
            </w:r>
          </w:p>
        </w:tc>
        <w:tc>
          <w:tcPr>
            <w:tcW w:w="2410" w:type="dxa"/>
            <w:vAlign w:val="bottom"/>
          </w:tcPr>
          <w:p w14:paraId="4AD857F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448</w:t>
            </w:r>
          </w:p>
        </w:tc>
      </w:tr>
      <w:tr w:rsidR="005816E5" w:rsidRPr="00EB75F0" w14:paraId="6E772325" w14:textId="77777777" w:rsidTr="00C32B29">
        <w:trPr>
          <w:trHeight w:val="288"/>
        </w:trPr>
        <w:tc>
          <w:tcPr>
            <w:tcW w:w="2409" w:type="dxa"/>
            <w:vAlign w:val="bottom"/>
          </w:tcPr>
          <w:p w14:paraId="48DA629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Marder 2016</w:t>
            </w:r>
          </w:p>
        </w:tc>
        <w:tc>
          <w:tcPr>
            <w:tcW w:w="2409" w:type="dxa"/>
            <w:vAlign w:val="bottom"/>
          </w:tcPr>
          <w:p w14:paraId="7D04109D"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Brexpiprazole</w:t>
            </w:r>
            <w:proofErr w:type="spellEnd"/>
          </w:p>
        </w:tc>
        <w:tc>
          <w:tcPr>
            <w:tcW w:w="2410" w:type="dxa"/>
            <w:vAlign w:val="bottom"/>
          </w:tcPr>
          <w:p w14:paraId="1FFE633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w:t>
            </w:r>
          </w:p>
        </w:tc>
        <w:tc>
          <w:tcPr>
            <w:tcW w:w="2410" w:type="dxa"/>
            <w:vAlign w:val="bottom"/>
          </w:tcPr>
          <w:p w14:paraId="7D317C3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150</w:t>
            </w:r>
          </w:p>
        </w:tc>
      </w:tr>
      <w:tr w:rsidR="005816E5" w:rsidRPr="00EB75F0" w14:paraId="3DF144F7" w14:textId="77777777" w:rsidTr="00C32B29">
        <w:trPr>
          <w:trHeight w:val="288"/>
        </w:trPr>
        <w:tc>
          <w:tcPr>
            <w:tcW w:w="2409" w:type="dxa"/>
            <w:vAlign w:val="bottom"/>
          </w:tcPr>
          <w:p w14:paraId="6B8C224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Marder 2016</w:t>
            </w:r>
          </w:p>
        </w:tc>
        <w:tc>
          <w:tcPr>
            <w:tcW w:w="2409" w:type="dxa"/>
            <w:vAlign w:val="bottom"/>
          </w:tcPr>
          <w:p w14:paraId="7A0BBD8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2F73E09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5</w:t>
            </w:r>
          </w:p>
        </w:tc>
        <w:tc>
          <w:tcPr>
            <w:tcW w:w="2410" w:type="dxa"/>
            <w:vAlign w:val="bottom"/>
          </w:tcPr>
          <w:p w14:paraId="0B7C631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161</w:t>
            </w:r>
          </w:p>
        </w:tc>
      </w:tr>
      <w:tr w:rsidR="005816E5" w:rsidRPr="00EB75F0" w14:paraId="6A9C1CBD" w14:textId="77777777" w:rsidTr="00C32B29">
        <w:trPr>
          <w:trHeight w:val="288"/>
        </w:trPr>
        <w:tc>
          <w:tcPr>
            <w:tcW w:w="2409" w:type="dxa"/>
            <w:vAlign w:val="bottom"/>
          </w:tcPr>
          <w:p w14:paraId="6BEF7DA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Marder 2016</w:t>
            </w:r>
          </w:p>
        </w:tc>
        <w:tc>
          <w:tcPr>
            <w:tcW w:w="2409" w:type="dxa"/>
            <w:vAlign w:val="bottom"/>
          </w:tcPr>
          <w:p w14:paraId="5DB3C21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Quetiapine</w:t>
            </w:r>
          </w:p>
        </w:tc>
        <w:tc>
          <w:tcPr>
            <w:tcW w:w="2410" w:type="dxa"/>
            <w:vAlign w:val="bottom"/>
          </w:tcPr>
          <w:p w14:paraId="542A9B9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w:t>
            </w:r>
          </w:p>
        </w:tc>
        <w:tc>
          <w:tcPr>
            <w:tcW w:w="2410" w:type="dxa"/>
            <w:vAlign w:val="bottom"/>
          </w:tcPr>
          <w:p w14:paraId="019FCD8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153</w:t>
            </w:r>
          </w:p>
        </w:tc>
      </w:tr>
      <w:tr w:rsidR="005816E5" w:rsidRPr="00EB75F0" w14:paraId="4AF909D3" w14:textId="77777777" w:rsidTr="00C32B29">
        <w:trPr>
          <w:trHeight w:val="288"/>
        </w:trPr>
        <w:tc>
          <w:tcPr>
            <w:tcW w:w="2409" w:type="dxa"/>
            <w:vAlign w:val="bottom"/>
          </w:tcPr>
          <w:p w14:paraId="02076C1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Meltzer 2011</w:t>
            </w:r>
          </w:p>
        </w:tc>
        <w:tc>
          <w:tcPr>
            <w:tcW w:w="2409" w:type="dxa"/>
            <w:vAlign w:val="bottom"/>
          </w:tcPr>
          <w:p w14:paraId="71C941E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Olanzapine</w:t>
            </w:r>
          </w:p>
        </w:tc>
        <w:tc>
          <w:tcPr>
            <w:tcW w:w="2410" w:type="dxa"/>
            <w:vAlign w:val="bottom"/>
          </w:tcPr>
          <w:p w14:paraId="50F14B0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18</w:t>
            </w:r>
          </w:p>
        </w:tc>
        <w:tc>
          <w:tcPr>
            <w:tcW w:w="2410" w:type="dxa"/>
            <w:vAlign w:val="bottom"/>
          </w:tcPr>
          <w:p w14:paraId="53D91B4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122</w:t>
            </w:r>
          </w:p>
        </w:tc>
      </w:tr>
      <w:tr w:rsidR="005816E5" w:rsidRPr="00EB75F0" w14:paraId="6E3FC9BE" w14:textId="77777777" w:rsidTr="00C32B29">
        <w:trPr>
          <w:trHeight w:val="288"/>
        </w:trPr>
        <w:tc>
          <w:tcPr>
            <w:tcW w:w="2409" w:type="dxa"/>
            <w:vAlign w:val="bottom"/>
          </w:tcPr>
          <w:p w14:paraId="4EFACDF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Meltzer 2011</w:t>
            </w:r>
          </w:p>
        </w:tc>
        <w:tc>
          <w:tcPr>
            <w:tcW w:w="2409" w:type="dxa"/>
            <w:vAlign w:val="bottom"/>
          </w:tcPr>
          <w:p w14:paraId="06BCBFF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121E5AC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w:t>
            </w:r>
          </w:p>
        </w:tc>
        <w:tc>
          <w:tcPr>
            <w:tcW w:w="2410" w:type="dxa"/>
            <w:vAlign w:val="bottom"/>
          </w:tcPr>
          <w:p w14:paraId="318C4BA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116</w:t>
            </w:r>
          </w:p>
        </w:tc>
      </w:tr>
      <w:tr w:rsidR="005816E5" w:rsidRPr="00EB75F0" w14:paraId="47760432" w14:textId="77777777" w:rsidTr="00C32B29">
        <w:trPr>
          <w:trHeight w:val="288"/>
        </w:trPr>
        <w:tc>
          <w:tcPr>
            <w:tcW w:w="2409" w:type="dxa"/>
            <w:vAlign w:val="bottom"/>
          </w:tcPr>
          <w:p w14:paraId="202B6A1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NCT00563706</w:t>
            </w:r>
          </w:p>
        </w:tc>
        <w:tc>
          <w:tcPr>
            <w:tcW w:w="2409" w:type="dxa"/>
            <w:vAlign w:val="bottom"/>
          </w:tcPr>
          <w:p w14:paraId="3C910BA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2379F59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w:t>
            </w:r>
          </w:p>
        </w:tc>
        <w:tc>
          <w:tcPr>
            <w:tcW w:w="2410" w:type="dxa"/>
            <w:vAlign w:val="bottom"/>
          </w:tcPr>
          <w:p w14:paraId="18CE8FF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37</w:t>
            </w:r>
          </w:p>
        </w:tc>
      </w:tr>
      <w:tr w:rsidR="005816E5" w:rsidRPr="00EB75F0" w14:paraId="3B0F56B5" w14:textId="77777777" w:rsidTr="00C32B29">
        <w:trPr>
          <w:trHeight w:val="288"/>
        </w:trPr>
        <w:tc>
          <w:tcPr>
            <w:tcW w:w="2409" w:type="dxa"/>
            <w:vAlign w:val="bottom"/>
          </w:tcPr>
          <w:p w14:paraId="158BC99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NCT00563706</w:t>
            </w:r>
          </w:p>
        </w:tc>
        <w:tc>
          <w:tcPr>
            <w:tcW w:w="2409" w:type="dxa"/>
            <w:vAlign w:val="bottom"/>
          </w:tcPr>
          <w:p w14:paraId="2EC2182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Risperidone</w:t>
            </w:r>
          </w:p>
        </w:tc>
        <w:tc>
          <w:tcPr>
            <w:tcW w:w="2410" w:type="dxa"/>
            <w:vAlign w:val="bottom"/>
          </w:tcPr>
          <w:p w14:paraId="67263A2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w:t>
            </w:r>
          </w:p>
        </w:tc>
        <w:tc>
          <w:tcPr>
            <w:tcW w:w="2410" w:type="dxa"/>
            <w:vAlign w:val="bottom"/>
          </w:tcPr>
          <w:p w14:paraId="4091F92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43</w:t>
            </w:r>
          </w:p>
        </w:tc>
      </w:tr>
      <w:tr w:rsidR="005816E5" w:rsidRPr="00EB75F0" w14:paraId="36D2F9F4" w14:textId="77777777" w:rsidTr="00C32B29">
        <w:trPr>
          <w:trHeight w:val="288"/>
        </w:trPr>
        <w:tc>
          <w:tcPr>
            <w:tcW w:w="2409" w:type="dxa"/>
            <w:vAlign w:val="bottom"/>
          </w:tcPr>
          <w:p w14:paraId="567E30E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NCT00711269</w:t>
            </w:r>
          </w:p>
        </w:tc>
        <w:tc>
          <w:tcPr>
            <w:tcW w:w="2409" w:type="dxa"/>
            <w:vAlign w:val="bottom"/>
          </w:tcPr>
          <w:p w14:paraId="4227BF6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09E69AF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w:t>
            </w:r>
          </w:p>
        </w:tc>
        <w:tc>
          <w:tcPr>
            <w:tcW w:w="2410" w:type="dxa"/>
            <w:vAlign w:val="bottom"/>
          </w:tcPr>
          <w:p w14:paraId="6ED32F8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132</w:t>
            </w:r>
          </w:p>
        </w:tc>
      </w:tr>
      <w:tr w:rsidR="005816E5" w:rsidRPr="00EB75F0" w14:paraId="5E215252" w14:textId="77777777" w:rsidTr="00C32B29">
        <w:trPr>
          <w:trHeight w:val="288"/>
        </w:trPr>
        <w:tc>
          <w:tcPr>
            <w:tcW w:w="2409" w:type="dxa"/>
            <w:vAlign w:val="bottom"/>
          </w:tcPr>
          <w:p w14:paraId="56CBCA3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NCT00711269</w:t>
            </w:r>
          </w:p>
        </w:tc>
        <w:tc>
          <w:tcPr>
            <w:tcW w:w="2409" w:type="dxa"/>
            <w:vAlign w:val="bottom"/>
          </w:tcPr>
          <w:p w14:paraId="6318E81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Risperidone</w:t>
            </w:r>
          </w:p>
        </w:tc>
        <w:tc>
          <w:tcPr>
            <w:tcW w:w="2410" w:type="dxa"/>
            <w:vAlign w:val="bottom"/>
          </w:tcPr>
          <w:p w14:paraId="4D8C5A8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w:t>
            </w:r>
          </w:p>
        </w:tc>
        <w:tc>
          <w:tcPr>
            <w:tcW w:w="2410" w:type="dxa"/>
            <w:vAlign w:val="bottom"/>
          </w:tcPr>
          <w:p w14:paraId="1C78B76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65</w:t>
            </w:r>
          </w:p>
        </w:tc>
      </w:tr>
      <w:tr w:rsidR="005816E5" w:rsidRPr="00EB75F0" w14:paraId="6E0DA4B7" w14:textId="77777777" w:rsidTr="00C32B29">
        <w:trPr>
          <w:trHeight w:val="288"/>
        </w:trPr>
        <w:tc>
          <w:tcPr>
            <w:tcW w:w="2409" w:type="dxa"/>
            <w:vAlign w:val="bottom"/>
          </w:tcPr>
          <w:p w14:paraId="3F5FF47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NCT01175135</w:t>
            </w:r>
          </w:p>
        </w:tc>
        <w:tc>
          <w:tcPr>
            <w:tcW w:w="2409" w:type="dxa"/>
            <w:vAlign w:val="bottom"/>
          </w:tcPr>
          <w:p w14:paraId="5F319F6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0DBCA15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w:t>
            </w:r>
          </w:p>
        </w:tc>
        <w:tc>
          <w:tcPr>
            <w:tcW w:w="2410" w:type="dxa"/>
            <w:vAlign w:val="bottom"/>
          </w:tcPr>
          <w:p w14:paraId="18862A3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74</w:t>
            </w:r>
          </w:p>
        </w:tc>
      </w:tr>
      <w:tr w:rsidR="005816E5" w:rsidRPr="00EB75F0" w14:paraId="1F25F3D5" w14:textId="77777777" w:rsidTr="00C32B29">
        <w:trPr>
          <w:trHeight w:val="288"/>
        </w:trPr>
        <w:tc>
          <w:tcPr>
            <w:tcW w:w="2409" w:type="dxa"/>
            <w:vAlign w:val="bottom"/>
          </w:tcPr>
          <w:p w14:paraId="1C74F78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NCT01175135</w:t>
            </w:r>
          </w:p>
        </w:tc>
        <w:tc>
          <w:tcPr>
            <w:tcW w:w="2409" w:type="dxa"/>
            <w:vAlign w:val="bottom"/>
          </w:tcPr>
          <w:p w14:paraId="4E495B1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Risperidone</w:t>
            </w:r>
          </w:p>
        </w:tc>
        <w:tc>
          <w:tcPr>
            <w:tcW w:w="2410" w:type="dxa"/>
            <w:vAlign w:val="bottom"/>
          </w:tcPr>
          <w:p w14:paraId="6F38B27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w:t>
            </w:r>
          </w:p>
        </w:tc>
        <w:tc>
          <w:tcPr>
            <w:tcW w:w="2410" w:type="dxa"/>
            <w:vAlign w:val="bottom"/>
          </w:tcPr>
          <w:p w14:paraId="6D24282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36</w:t>
            </w:r>
          </w:p>
        </w:tc>
      </w:tr>
      <w:tr w:rsidR="005816E5" w:rsidRPr="00EB75F0" w14:paraId="5E112032" w14:textId="77777777" w:rsidTr="00C32B29">
        <w:trPr>
          <w:trHeight w:val="288"/>
        </w:trPr>
        <w:tc>
          <w:tcPr>
            <w:tcW w:w="2409" w:type="dxa"/>
            <w:vAlign w:val="bottom"/>
          </w:tcPr>
          <w:p w14:paraId="0E07EFC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NCT03055338</w:t>
            </w:r>
          </w:p>
        </w:tc>
        <w:tc>
          <w:tcPr>
            <w:tcW w:w="2409" w:type="dxa"/>
            <w:vAlign w:val="bottom"/>
          </w:tcPr>
          <w:p w14:paraId="6185432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506E4E6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w:t>
            </w:r>
          </w:p>
        </w:tc>
        <w:tc>
          <w:tcPr>
            <w:tcW w:w="2410" w:type="dxa"/>
            <w:vAlign w:val="bottom"/>
          </w:tcPr>
          <w:p w14:paraId="32C22BA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89</w:t>
            </w:r>
          </w:p>
        </w:tc>
      </w:tr>
      <w:tr w:rsidR="005816E5" w:rsidRPr="00EB75F0" w14:paraId="3D72075D" w14:textId="77777777" w:rsidTr="00C32B29">
        <w:trPr>
          <w:trHeight w:val="288"/>
        </w:trPr>
        <w:tc>
          <w:tcPr>
            <w:tcW w:w="2409" w:type="dxa"/>
            <w:vAlign w:val="bottom"/>
          </w:tcPr>
          <w:p w14:paraId="520D146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NCT03055338</w:t>
            </w:r>
          </w:p>
        </w:tc>
        <w:tc>
          <w:tcPr>
            <w:tcW w:w="2409" w:type="dxa"/>
            <w:vAlign w:val="bottom"/>
          </w:tcPr>
          <w:p w14:paraId="5AD47F0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Risperidone</w:t>
            </w:r>
          </w:p>
        </w:tc>
        <w:tc>
          <w:tcPr>
            <w:tcW w:w="2410" w:type="dxa"/>
            <w:vAlign w:val="bottom"/>
          </w:tcPr>
          <w:p w14:paraId="2519C73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6</w:t>
            </w:r>
          </w:p>
        </w:tc>
        <w:tc>
          <w:tcPr>
            <w:tcW w:w="2410" w:type="dxa"/>
            <w:vAlign w:val="bottom"/>
          </w:tcPr>
          <w:p w14:paraId="68FC987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45</w:t>
            </w:r>
          </w:p>
        </w:tc>
      </w:tr>
      <w:tr w:rsidR="005816E5" w:rsidRPr="00EB75F0" w14:paraId="69E6BD58" w14:textId="77777777" w:rsidTr="00C32B29">
        <w:trPr>
          <w:trHeight w:val="288"/>
        </w:trPr>
        <w:tc>
          <w:tcPr>
            <w:tcW w:w="2409" w:type="dxa"/>
            <w:vAlign w:val="bottom"/>
          </w:tcPr>
          <w:p w14:paraId="5A91577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Shen 2014</w:t>
            </w:r>
          </w:p>
        </w:tc>
        <w:tc>
          <w:tcPr>
            <w:tcW w:w="2409" w:type="dxa"/>
            <w:vAlign w:val="bottom"/>
          </w:tcPr>
          <w:p w14:paraId="14D58AE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Olanzapine</w:t>
            </w:r>
          </w:p>
        </w:tc>
        <w:tc>
          <w:tcPr>
            <w:tcW w:w="2410" w:type="dxa"/>
            <w:vAlign w:val="bottom"/>
          </w:tcPr>
          <w:p w14:paraId="5F3DD65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15</w:t>
            </w:r>
          </w:p>
        </w:tc>
        <w:tc>
          <w:tcPr>
            <w:tcW w:w="2410" w:type="dxa"/>
            <w:vAlign w:val="bottom"/>
          </w:tcPr>
          <w:p w14:paraId="6254CA6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77</w:t>
            </w:r>
          </w:p>
        </w:tc>
      </w:tr>
      <w:tr w:rsidR="005816E5" w:rsidRPr="00EB75F0" w14:paraId="3ED400DE" w14:textId="77777777" w:rsidTr="00C32B29">
        <w:trPr>
          <w:trHeight w:val="288"/>
        </w:trPr>
        <w:tc>
          <w:tcPr>
            <w:tcW w:w="2409" w:type="dxa"/>
            <w:vAlign w:val="bottom"/>
          </w:tcPr>
          <w:p w14:paraId="53FABB9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Shen 2014</w:t>
            </w:r>
          </w:p>
        </w:tc>
        <w:tc>
          <w:tcPr>
            <w:tcW w:w="2409" w:type="dxa"/>
            <w:vAlign w:val="bottom"/>
          </w:tcPr>
          <w:p w14:paraId="54FAD1B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354D299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7</w:t>
            </w:r>
          </w:p>
        </w:tc>
        <w:tc>
          <w:tcPr>
            <w:tcW w:w="2410" w:type="dxa"/>
            <w:vAlign w:val="bottom"/>
          </w:tcPr>
          <w:p w14:paraId="6C42195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77</w:t>
            </w:r>
          </w:p>
        </w:tc>
      </w:tr>
    </w:tbl>
    <w:p w14:paraId="663216B1" w14:textId="77777777" w:rsidR="005816E5" w:rsidRPr="00EB75F0" w:rsidRDefault="005816E5" w:rsidP="005816E5">
      <w:pPr>
        <w:pStyle w:val="BodyText"/>
      </w:pPr>
    </w:p>
    <w:p w14:paraId="2A9D8089" w14:textId="77777777" w:rsidR="005816E5" w:rsidRPr="00541089" w:rsidRDefault="005816E5" w:rsidP="005816E5">
      <w:pPr>
        <w:pStyle w:val="Heading2"/>
      </w:pPr>
      <w:r w:rsidRPr="00541089">
        <w:t>Somnolence</w:t>
      </w:r>
    </w:p>
    <w:p w14:paraId="7758C163" w14:textId="0A17F742" w:rsidR="005816E5" w:rsidRPr="00EB75F0" w:rsidRDefault="00A06AE8" w:rsidP="004857CF">
      <w:pPr>
        <w:pStyle w:val="Heading3"/>
      </w:pPr>
      <w:bookmarkStart w:id="86" w:name="_Ref213841916"/>
      <w:r w:rsidRPr="00EB75F0">
        <w:t>Table S</w:t>
      </w:r>
      <w:fldSimple w:instr=" STYLEREF 1 \s ">
        <w:r w:rsidR="004B2F28">
          <w:rPr>
            <w:noProof/>
          </w:rPr>
          <w:t>10</w:t>
        </w:r>
      </w:fldSimple>
      <w:r w:rsidR="00EE288E" w:rsidRPr="00EB75F0">
        <w:noBreakHyphen/>
      </w:r>
      <w:fldSimple w:instr=" SEQ Table \* ARABIC \s 1 ">
        <w:r w:rsidR="004B2F28">
          <w:rPr>
            <w:noProof/>
          </w:rPr>
          <w:t>11</w:t>
        </w:r>
      </w:fldSimple>
      <w:bookmarkEnd w:id="86"/>
      <w:r w:rsidR="005816E5" w:rsidRPr="00EB75F0">
        <w:t>: NMA input dataset – Somnolence, base case network</w:t>
      </w:r>
    </w:p>
    <w:tbl>
      <w:tblPr>
        <w:tblStyle w:val="Lumanitytable"/>
        <w:tblW w:w="9638" w:type="dxa"/>
        <w:tblLook w:val="04A0" w:firstRow="1" w:lastRow="0" w:firstColumn="1" w:lastColumn="0" w:noHBand="0" w:noVBand="1"/>
      </w:tblPr>
      <w:tblGrid>
        <w:gridCol w:w="2409"/>
        <w:gridCol w:w="2409"/>
        <w:gridCol w:w="2410"/>
        <w:gridCol w:w="2410"/>
      </w:tblGrid>
      <w:tr w:rsidR="005816E5" w:rsidRPr="00EB75F0" w14:paraId="789700A7" w14:textId="77777777" w:rsidTr="00C32B29">
        <w:trPr>
          <w:cnfStyle w:val="100000000000" w:firstRow="1" w:lastRow="0" w:firstColumn="0" w:lastColumn="0" w:oddVBand="0" w:evenVBand="0" w:oddHBand="0" w:evenHBand="0" w:firstRowFirstColumn="0" w:firstRowLastColumn="0" w:lastRowFirstColumn="0" w:lastRowLastColumn="0"/>
          <w:trHeight w:val="288"/>
        </w:trPr>
        <w:tc>
          <w:tcPr>
            <w:tcW w:w="2409" w:type="dxa"/>
            <w:vAlign w:val="bottom"/>
          </w:tcPr>
          <w:p w14:paraId="22FFE6F5"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StudyName</w:t>
            </w:r>
            <w:proofErr w:type="spellEnd"/>
          </w:p>
        </w:tc>
        <w:tc>
          <w:tcPr>
            <w:tcW w:w="2409" w:type="dxa"/>
            <w:vAlign w:val="bottom"/>
          </w:tcPr>
          <w:p w14:paraId="4E4BFF5F" w14:textId="77777777" w:rsidR="005816E5" w:rsidRPr="00EB75F0" w:rsidRDefault="005816E5" w:rsidP="00C32B29">
            <w:pPr>
              <w:pStyle w:val="BodyText"/>
              <w:spacing w:before="0" w:after="0" w:line="240" w:lineRule="auto"/>
              <w:rPr>
                <w:color w:val="FFFFFF" w:themeColor="background1"/>
                <w:sz w:val="18"/>
                <w:szCs w:val="20"/>
              </w:rPr>
            </w:pPr>
            <w:proofErr w:type="spellStart"/>
            <w:r w:rsidRPr="00EB75F0">
              <w:rPr>
                <w:rFonts w:ascii="Calibri" w:hAnsi="Calibri" w:cs="Calibri"/>
                <w:color w:val="FFFFFF" w:themeColor="background1"/>
                <w:szCs w:val="22"/>
              </w:rPr>
              <w:t>TreatmentName</w:t>
            </w:r>
            <w:proofErr w:type="spellEnd"/>
          </w:p>
        </w:tc>
        <w:tc>
          <w:tcPr>
            <w:tcW w:w="2410" w:type="dxa"/>
            <w:vAlign w:val="bottom"/>
          </w:tcPr>
          <w:p w14:paraId="5490CC75" w14:textId="77777777" w:rsidR="005816E5" w:rsidRPr="00EB75F0" w:rsidRDefault="005816E5" w:rsidP="00C32B29">
            <w:pPr>
              <w:pStyle w:val="BodyText"/>
              <w:spacing w:before="0" w:after="0" w:line="240" w:lineRule="auto"/>
              <w:rPr>
                <w:rFonts w:ascii="Calibri" w:hAnsi="Calibri" w:cs="Calibri"/>
                <w:color w:val="FFFFFF" w:themeColor="background1"/>
                <w:szCs w:val="22"/>
              </w:rPr>
            </w:pPr>
            <w:r w:rsidRPr="00EB75F0">
              <w:rPr>
                <w:rFonts w:ascii="Calibri" w:hAnsi="Calibri" w:cs="Calibri"/>
                <w:color w:val="FFFFFF" w:themeColor="background1"/>
                <w:szCs w:val="22"/>
              </w:rPr>
              <w:t>responders</w:t>
            </w:r>
          </w:p>
        </w:tc>
        <w:tc>
          <w:tcPr>
            <w:tcW w:w="2410" w:type="dxa"/>
            <w:vAlign w:val="bottom"/>
          </w:tcPr>
          <w:p w14:paraId="52008263" w14:textId="77777777" w:rsidR="005816E5" w:rsidRPr="00EB75F0" w:rsidRDefault="005816E5" w:rsidP="00C32B29">
            <w:pPr>
              <w:pStyle w:val="BodyText"/>
              <w:spacing w:before="0" w:after="0" w:line="240" w:lineRule="auto"/>
              <w:rPr>
                <w:rFonts w:ascii="Calibri" w:hAnsi="Calibri" w:cs="Calibri"/>
                <w:color w:val="FFFFFF" w:themeColor="background1"/>
                <w:szCs w:val="22"/>
              </w:rPr>
            </w:pPr>
            <w:proofErr w:type="spellStart"/>
            <w:r w:rsidRPr="00EB75F0">
              <w:rPr>
                <w:rFonts w:ascii="Calibri" w:hAnsi="Calibri" w:cs="Calibri"/>
                <w:color w:val="FFFFFF" w:themeColor="background1"/>
                <w:szCs w:val="22"/>
              </w:rPr>
              <w:t>sampleSize</w:t>
            </w:r>
            <w:proofErr w:type="spellEnd"/>
          </w:p>
        </w:tc>
      </w:tr>
      <w:tr w:rsidR="005816E5" w:rsidRPr="00EB75F0" w14:paraId="51EBB762" w14:textId="77777777" w:rsidTr="00C32B29">
        <w:trPr>
          <w:trHeight w:val="288"/>
        </w:trPr>
        <w:tc>
          <w:tcPr>
            <w:tcW w:w="2409" w:type="dxa"/>
            <w:vAlign w:val="bottom"/>
          </w:tcPr>
          <w:p w14:paraId="54010E1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Correll 2015</w:t>
            </w:r>
          </w:p>
        </w:tc>
        <w:tc>
          <w:tcPr>
            <w:tcW w:w="2409" w:type="dxa"/>
            <w:vAlign w:val="bottom"/>
          </w:tcPr>
          <w:p w14:paraId="47855E58"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Brexpiprazole</w:t>
            </w:r>
            <w:proofErr w:type="spellEnd"/>
          </w:p>
        </w:tc>
        <w:tc>
          <w:tcPr>
            <w:tcW w:w="2410" w:type="dxa"/>
            <w:vAlign w:val="bottom"/>
          </w:tcPr>
          <w:p w14:paraId="62812A5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10</w:t>
            </w:r>
          </w:p>
        </w:tc>
        <w:tc>
          <w:tcPr>
            <w:tcW w:w="2410" w:type="dxa"/>
            <w:vAlign w:val="bottom"/>
          </w:tcPr>
          <w:p w14:paraId="1042135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362</w:t>
            </w:r>
          </w:p>
        </w:tc>
      </w:tr>
      <w:tr w:rsidR="005816E5" w:rsidRPr="00EB75F0" w14:paraId="73548ADE" w14:textId="77777777" w:rsidTr="00C32B29">
        <w:trPr>
          <w:trHeight w:val="288"/>
        </w:trPr>
        <w:tc>
          <w:tcPr>
            <w:tcW w:w="2409" w:type="dxa"/>
            <w:vAlign w:val="bottom"/>
          </w:tcPr>
          <w:p w14:paraId="5AE703D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lastRenderedPageBreak/>
              <w:t>Correll 2015</w:t>
            </w:r>
          </w:p>
        </w:tc>
        <w:tc>
          <w:tcPr>
            <w:tcW w:w="2409" w:type="dxa"/>
            <w:vAlign w:val="bottom"/>
          </w:tcPr>
          <w:p w14:paraId="6B8B35C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569A277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5</w:t>
            </w:r>
          </w:p>
        </w:tc>
        <w:tc>
          <w:tcPr>
            <w:tcW w:w="2410" w:type="dxa"/>
            <w:vAlign w:val="bottom"/>
          </w:tcPr>
          <w:p w14:paraId="72E9184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184</w:t>
            </w:r>
          </w:p>
        </w:tc>
      </w:tr>
      <w:tr w:rsidR="005816E5" w:rsidRPr="00EB75F0" w14:paraId="49AC4468" w14:textId="77777777" w:rsidTr="00C32B29">
        <w:trPr>
          <w:trHeight w:val="288"/>
        </w:trPr>
        <w:tc>
          <w:tcPr>
            <w:tcW w:w="2409" w:type="dxa"/>
            <w:vAlign w:val="bottom"/>
          </w:tcPr>
          <w:p w14:paraId="0D60604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Correll 2016 (NCT00905307)</w:t>
            </w:r>
          </w:p>
        </w:tc>
        <w:tc>
          <w:tcPr>
            <w:tcW w:w="2409" w:type="dxa"/>
            <w:vAlign w:val="bottom"/>
          </w:tcPr>
          <w:p w14:paraId="4559965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Aripiprazole</w:t>
            </w:r>
          </w:p>
        </w:tc>
        <w:tc>
          <w:tcPr>
            <w:tcW w:w="2410" w:type="dxa"/>
            <w:vAlign w:val="bottom"/>
          </w:tcPr>
          <w:p w14:paraId="18E8B98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0</w:t>
            </w:r>
          </w:p>
        </w:tc>
        <w:tc>
          <w:tcPr>
            <w:tcW w:w="2410" w:type="dxa"/>
            <w:vAlign w:val="bottom"/>
          </w:tcPr>
          <w:p w14:paraId="332265E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50</w:t>
            </w:r>
          </w:p>
        </w:tc>
      </w:tr>
      <w:tr w:rsidR="005816E5" w:rsidRPr="00EB75F0" w14:paraId="2D7E4CBC" w14:textId="77777777" w:rsidTr="00C32B29">
        <w:trPr>
          <w:trHeight w:val="288"/>
        </w:trPr>
        <w:tc>
          <w:tcPr>
            <w:tcW w:w="2409" w:type="dxa"/>
            <w:vAlign w:val="bottom"/>
          </w:tcPr>
          <w:p w14:paraId="70C91C6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Correll 2016 (NCT00905307)</w:t>
            </w:r>
          </w:p>
        </w:tc>
        <w:tc>
          <w:tcPr>
            <w:tcW w:w="2409" w:type="dxa"/>
            <w:vAlign w:val="bottom"/>
          </w:tcPr>
          <w:p w14:paraId="6E5468D9"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Brexpiprazole</w:t>
            </w:r>
            <w:proofErr w:type="spellEnd"/>
          </w:p>
        </w:tc>
        <w:tc>
          <w:tcPr>
            <w:tcW w:w="2410" w:type="dxa"/>
            <w:vAlign w:val="bottom"/>
          </w:tcPr>
          <w:p w14:paraId="3747325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w:t>
            </w:r>
          </w:p>
        </w:tc>
        <w:tc>
          <w:tcPr>
            <w:tcW w:w="2410" w:type="dxa"/>
            <w:vAlign w:val="bottom"/>
          </w:tcPr>
          <w:p w14:paraId="4163D20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90</w:t>
            </w:r>
          </w:p>
        </w:tc>
      </w:tr>
      <w:tr w:rsidR="005816E5" w:rsidRPr="00EB75F0" w14:paraId="72578DAC" w14:textId="77777777" w:rsidTr="00C32B29">
        <w:trPr>
          <w:trHeight w:val="288"/>
        </w:trPr>
        <w:tc>
          <w:tcPr>
            <w:tcW w:w="2409" w:type="dxa"/>
            <w:vAlign w:val="bottom"/>
          </w:tcPr>
          <w:p w14:paraId="6152A67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Correll 2016 (NCT00905307)</w:t>
            </w:r>
          </w:p>
        </w:tc>
        <w:tc>
          <w:tcPr>
            <w:tcW w:w="2409" w:type="dxa"/>
            <w:vAlign w:val="bottom"/>
          </w:tcPr>
          <w:p w14:paraId="3AC9A2E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647AAF0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w:t>
            </w:r>
          </w:p>
        </w:tc>
        <w:tc>
          <w:tcPr>
            <w:tcW w:w="2410" w:type="dxa"/>
            <w:vAlign w:val="bottom"/>
          </w:tcPr>
          <w:p w14:paraId="5198EA0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95</w:t>
            </w:r>
          </w:p>
        </w:tc>
      </w:tr>
      <w:tr w:rsidR="005816E5" w:rsidRPr="00EB75F0" w14:paraId="40499B57" w14:textId="77777777" w:rsidTr="00C32B29">
        <w:trPr>
          <w:trHeight w:val="288"/>
        </w:trPr>
        <w:tc>
          <w:tcPr>
            <w:tcW w:w="2409" w:type="dxa"/>
            <w:vAlign w:val="bottom"/>
          </w:tcPr>
          <w:p w14:paraId="23E2EBF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Correll 2020</w:t>
            </w:r>
          </w:p>
        </w:tc>
        <w:tc>
          <w:tcPr>
            <w:tcW w:w="2409" w:type="dxa"/>
            <w:vAlign w:val="bottom"/>
          </w:tcPr>
          <w:p w14:paraId="5383D69F"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Lumateperone</w:t>
            </w:r>
            <w:proofErr w:type="spellEnd"/>
          </w:p>
        </w:tc>
        <w:tc>
          <w:tcPr>
            <w:tcW w:w="2410" w:type="dxa"/>
            <w:vAlign w:val="bottom"/>
          </w:tcPr>
          <w:p w14:paraId="03CD74D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26</w:t>
            </w:r>
          </w:p>
        </w:tc>
        <w:tc>
          <w:tcPr>
            <w:tcW w:w="2410" w:type="dxa"/>
            <w:vAlign w:val="bottom"/>
          </w:tcPr>
          <w:p w14:paraId="7C0754B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150</w:t>
            </w:r>
          </w:p>
        </w:tc>
      </w:tr>
      <w:tr w:rsidR="005816E5" w:rsidRPr="00EB75F0" w14:paraId="15869C95" w14:textId="77777777" w:rsidTr="00C32B29">
        <w:trPr>
          <w:trHeight w:val="288"/>
        </w:trPr>
        <w:tc>
          <w:tcPr>
            <w:tcW w:w="2409" w:type="dxa"/>
            <w:vAlign w:val="bottom"/>
          </w:tcPr>
          <w:p w14:paraId="62D92E8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Correll 2020</w:t>
            </w:r>
          </w:p>
        </w:tc>
        <w:tc>
          <w:tcPr>
            <w:tcW w:w="2409" w:type="dxa"/>
            <w:vAlign w:val="bottom"/>
          </w:tcPr>
          <w:p w14:paraId="40DB97D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435BD01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6</w:t>
            </w:r>
          </w:p>
        </w:tc>
        <w:tc>
          <w:tcPr>
            <w:tcW w:w="2410" w:type="dxa"/>
            <w:vAlign w:val="bottom"/>
          </w:tcPr>
          <w:p w14:paraId="3449FD4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150</w:t>
            </w:r>
          </w:p>
        </w:tc>
      </w:tr>
      <w:tr w:rsidR="005816E5" w:rsidRPr="00EB75F0" w14:paraId="01E01D9F" w14:textId="77777777" w:rsidTr="00C32B29">
        <w:trPr>
          <w:trHeight w:val="288"/>
        </w:trPr>
        <w:tc>
          <w:tcPr>
            <w:tcW w:w="2409" w:type="dxa"/>
            <w:vAlign w:val="bottom"/>
          </w:tcPr>
          <w:p w14:paraId="6831C96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Davidson 2007</w:t>
            </w:r>
          </w:p>
        </w:tc>
        <w:tc>
          <w:tcPr>
            <w:tcW w:w="2409" w:type="dxa"/>
            <w:vAlign w:val="bottom"/>
          </w:tcPr>
          <w:p w14:paraId="59088D5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Olanzapine</w:t>
            </w:r>
          </w:p>
        </w:tc>
        <w:tc>
          <w:tcPr>
            <w:tcW w:w="2410" w:type="dxa"/>
            <w:vAlign w:val="bottom"/>
          </w:tcPr>
          <w:p w14:paraId="38235EC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22</w:t>
            </w:r>
          </w:p>
        </w:tc>
        <w:tc>
          <w:tcPr>
            <w:tcW w:w="2410" w:type="dxa"/>
            <w:vAlign w:val="bottom"/>
          </w:tcPr>
          <w:p w14:paraId="3FF700A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127</w:t>
            </w:r>
          </w:p>
        </w:tc>
      </w:tr>
      <w:tr w:rsidR="005816E5" w:rsidRPr="00EB75F0" w14:paraId="014039E2" w14:textId="77777777" w:rsidTr="00C32B29">
        <w:trPr>
          <w:trHeight w:val="288"/>
        </w:trPr>
        <w:tc>
          <w:tcPr>
            <w:tcW w:w="2409" w:type="dxa"/>
            <w:vAlign w:val="bottom"/>
          </w:tcPr>
          <w:p w14:paraId="0DDD1D4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Davidson 2007</w:t>
            </w:r>
          </w:p>
        </w:tc>
        <w:tc>
          <w:tcPr>
            <w:tcW w:w="2409" w:type="dxa"/>
            <w:vAlign w:val="bottom"/>
          </w:tcPr>
          <w:p w14:paraId="76B8EF5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2FC265C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w:t>
            </w:r>
          </w:p>
        </w:tc>
        <w:tc>
          <w:tcPr>
            <w:tcW w:w="2410" w:type="dxa"/>
            <w:vAlign w:val="bottom"/>
          </w:tcPr>
          <w:p w14:paraId="4FC6308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123</w:t>
            </w:r>
          </w:p>
        </w:tc>
      </w:tr>
      <w:tr w:rsidR="005816E5" w:rsidRPr="00EB75F0" w14:paraId="22A74330" w14:textId="77777777" w:rsidTr="00C32B29">
        <w:trPr>
          <w:trHeight w:val="288"/>
        </w:trPr>
        <w:tc>
          <w:tcPr>
            <w:tcW w:w="2409" w:type="dxa"/>
            <w:vAlign w:val="bottom"/>
          </w:tcPr>
          <w:p w14:paraId="17F9453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EMERGENT-1</w:t>
            </w:r>
          </w:p>
        </w:tc>
        <w:tc>
          <w:tcPr>
            <w:tcW w:w="2409" w:type="dxa"/>
            <w:vAlign w:val="bottom"/>
          </w:tcPr>
          <w:p w14:paraId="50E1AFC4"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KarXT</w:t>
            </w:r>
            <w:proofErr w:type="spellEnd"/>
          </w:p>
        </w:tc>
        <w:tc>
          <w:tcPr>
            <w:tcW w:w="2410" w:type="dxa"/>
            <w:vAlign w:val="bottom"/>
          </w:tcPr>
          <w:p w14:paraId="7D20D48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5</w:t>
            </w:r>
          </w:p>
        </w:tc>
        <w:tc>
          <w:tcPr>
            <w:tcW w:w="2410" w:type="dxa"/>
            <w:vAlign w:val="bottom"/>
          </w:tcPr>
          <w:p w14:paraId="6F86D50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89</w:t>
            </w:r>
          </w:p>
        </w:tc>
      </w:tr>
      <w:tr w:rsidR="005816E5" w:rsidRPr="00EB75F0" w14:paraId="61833756" w14:textId="77777777" w:rsidTr="00C32B29">
        <w:trPr>
          <w:trHeight w:val="288"/>
        </w:trPr>
        <w:tc>
          <w:tcPr>
            <w:tcW w:w="2409" w:type="dxa"/>
            <w:vAlign w:val="bottom"/>
          </w:tcPr>
          <w:p w14:paraId="05C9539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EMERGENT-1</w:t>
            </w:r>
          </w:p>
        </w:tc>
        <w:tc>
          <w:tcPr>
            <w:tcW w:w="2409" w:type="dxa"/>
            <w:vAlign w:val="bottom"/>
          </w:tcPr>
          <w:p w14:paraId="1798A8D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56910F0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w:t>
            </w:r>
          </w:p>
        </w:tc>
        <w:tc>
          <w:tcPr>
            <w:tcW w:w="2410" w:type="dxa"/>
            <w:vAlign w:val="bottom"/>
          </w:tcPr>
          <w:p w14:paraId="15FB373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90</w:t>
            </w:r>
          </w:p>
        </w:tc>
      </w:tr>
      <w:tr w:rsidR="005816E5" w:rsidRPr="00EB75F0" w14:paraId="60446476" w14:textId="77777777" w:rsidTr="00C32B29">
        <w:trPr>
          <w:trHeight w:val="288"/>
        </w:trPr>
        <w:tc>
          <w:tcPr>
            <w:tcW w:w="2409" w:type="dxa"/>
            <w:vAlign w:val="bottom"/>
          </w:tcPr>
          <w:p w14:paraId="01EEDB1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EMERGENT-2</w:t>
            </w:r>
          </w:p>
        </w:tc>
        <w:tc>
          <w:tcPr>
            <w:tcW w:w="2409" w:type="dxa"/>
            <w:vAlign w:val="bottom"/>
          </w:tcPr>
          <w:p w14:paraId="435732E8"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KarXT</w:t>
            </w:r>
            <w:proofErr w:type="spellEnd"/>
          </w:p>
        </w:tc>
        <w:tc>
          <w:tcPr>
            <w:tcW w:w="2410" w:type="dxa"/>
            <w:vAlign w:val="bottom"/>
          </w:tcPr>
          <w:p w14:paraId="0348C14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6</w:t>
            </w:r>
          </w:p>
        </w:tc>
        <w:tc>
          <w:tcPr>
            <w:tcW w:w="2410" w:type="dxa"/>
            <w:vAlign w:val="bottom"/>
          </w:tcPr>
          <w:p w14:paraId="192CA1B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126</w:t>
            </w:r>
          </w:p>
        </w:tc>
      </w:tr>
      <w:tr w:rsidR="005816E5" w:rsidRPr="00EB75F0" w14:paraId="795C66A5" w14:textId="77777777" w:rsidTr="00C32B29">
        <w:trPr>
          <w:trHeight w:val="288"/>
        </w:trPr>
        <w:tc>
          <w:tcPr>
            <w:tcW w:w="2409" w:type="dxa"/>
            <w:vAlign w:val="bottom"/>
          </w:tcPr>
          <w:p w14:paraId="3ACEED3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EMERGENT-2</w:t>
            </w:r>
          </w:p>
        </w:tc>
        <w:tc>
          <w:tcPr>
            <w:tcW w:w="2409" w:type="dxa"/>
            <w:vAlign w:val="bottom"/>
          </w:tcPr>
          <w:p w14:paraId="2F6E40F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33BF77E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5</w:t>
            </w:r>
          </w:p>
        </w:tc>
        <w:tc>
          <w:tcPr>
            <w:tcW w:w="2410" w:type="dxa"/>
            <w:vAlign w:val="bottom"/>
          </w:tcPr>
          <w:p w14:paraId="5368DFB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125</w:t>
            </w:r>
          </w:p>
        </w:tc>
      </w:tr>
      <w:tr w:rsidR="005816E5" w:rsidRPr="00EB75F0" w14:paraId="602EEA0D" w14:textId="77777777" w:rsidTr="00C32B29">
        <w:trPr>
          <w:trHeight w:val="288"/>
        </w:trPr>
        <w:tc>
          <w:tcPr>
            <w:tcW w:w="2409" w:type="dxa"/>
            <w:vAlign w:val="bottom"/>
          </w:tcPr>
          <w:p w14:paraId="68DAB3F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EMERGENT-3</w:t>
            </w:r>
          </w:p>
        </w:tc>
        <w:tc>
          <w:tcPr>
            <w:tcW w:w="2409" w:type="dxa"/>
            <w:vAlign w:val="bottom"/>
          </w:tcPr>
          <w:p w14:paraId="2937C80E"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KarXT</w:t>
            </w:r>
            <w:proofErr w:type="spellEnd"/>
          </w:p>
        </w:tc>
        <w:tc>
          <w:tcPr>
            <w:tcW w:w="2410" w:type="dxa"/>
            <w:vAlign w:val="bottom"/>
          </w:tcPr>
          <w:p w14:paraId="5C027E1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w:t>
            </w:r>
          </w:p>
        </w:tc>
        <w:tc>
          <w:tcPr>
            <w:tcW w:w="2410" w:type="dxa"/>
            <w:vAlign w:val="bottom"/>
          </w:tcPr>
          <w:p w14:paraId="66AB998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125</w:t>
            </w:r>
          </w:p>
        </w:tc>
      </w:tr>
      <w:tr w:rsidR="005816E5" w:rsidRPr="00EB75F0" w14:paraId="40556EC0" w14:textId="77777777" w:rsidTr="00C32B29">
        <w:trPr>
          <w:trHeight w:val="288"/>
        </w:trPr>
        <w:tc>
          <w:tcPr>
            <w:tcW w:w="2409" w:type="dxa"/>
            <w:vAlign w:val="bottom"/>
          </w:tcPr>
          <w:p w14:paraId="02D5CC2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EMERGENT-3</w:t>
            </w:r>
          </w:p>
        </w:tc>
        <w:tc>
          <w:tcPr>
            <w:tcW w:w="2409" w:type="dxa"/>
            <w:vAlign w:val="bottom"/>
          </w:tcPr>
          <w:p w14:paraId="5F06401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0DD6CF7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0</w:t>
            </w:r>
          </w:p>
        </w:tc>
        <w:tc>
          <w:tcPr>
            <w:tcW w:w="2410" w:type="dxa"/>
            <w:vAlign w:val="bottom"/>
          </w:tcPr>
          <w:p w14:paraId="04E0D4E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128</w:t>
            </w:r>
          </w:p>
        </w:tc>
      </w:tr>
      <w:tr w:rsidR="005816E5" w:rsidRPr="00EB75F0" w14:paraId="7DC29157" w14:textId="77777777" w:rsidTr="00C32B29">
        <w:trPr>
          <w:trHeight w:val="288"/>
        </w:trPr>
        <w:tc>
          <w:tcPr>
            <w:tcW w:w="2409" w:type="dxa"/>
            <w:vAlign w:val="bottom"/>
          </w:tcPr>
          <w:p w14:paraId="28868FB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Egan 2013</w:t>
            </w:r>
          </w:p>
        </w:tc>
        <w:tc>
          <w:tcPr>
            <w:tcW w:w="2409" w:type="dxa"/>
            <w:vAlign w:val="bottom"/>
          </w:tcPr>
          <w:p w14:paraId="4D455D9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Olanzapine</w:t>
            </w:r>
          </w:p>
        </w:tc>
        <w:tc>
          <w:tcPr>
            <w:tcW w:w="2410" w:type="dxa"/>
            <w:vAlign w:val="bottom"/>
          </w:tcPr>
          <w:p w14:paraId="792537F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w:t>
            </w:r>
          </w:p>
        </w:tc>
        <w:tc>
          <w:tcPr>
            <w:tcW w:w="2410" w:type="dxa"/>
            <w:vAlign w:val="bottom"/>
          </w:tcPr>
          <w:p w14:paraId="23E0AFB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47</w:t>
            </w:r>
          </w:p>
        </w:tc>
      </w:tr>
      <w:tr w:rsidR="005816E5" w:rsidRPr="00EB75F0" w14:paraId="48D0E08B" w14:textId="77777777" w:rsidTr="00C32B29">
        <w:trPr>
          <w:trHeight w:val="288"/>
        </w:trPr>
        <w:tc>
          <w:tcPr>
            <w:tcW w:w="2409" w:type="dxa"/>
            <w:vAlign w:val="bottom"/>
          </w:tcPr>
          <w:p w14:paraId="2C4EB2D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Egan 2013</w:t>
            </w:r>
          </w:p>
        </w:tc>
        <w:tc>
          <w:tcPr>
            <w:tcW w:w="2409" w:type="dxa"/>
            <w:vAlign w:val="bottom"/>
          </w:tcPr>
          <w:p w14:paraId="622F9BE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577BBBF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w:t>
            </w:r>
          </w:p>
        </w:tc>
        <w:tc>
          <w:tcPr>
            <w:tcW w:w="2410" w:type="dxa"/>
            <w:vAlign w:val="bottom"/>
          </w:tcPr>
          <w:p w14:paraId="40E5BEA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83</w:t>
            </w:r>
          </w:p>
        </w:tc>
      </w:tr>
      <w:tr w:rsidR="005816E5" w:rsidRPr="00EB75F0" w14:paraId="5E78D605" w14:textId="77777777" w:rsidTr="00C32B29">
        <w:trPr>
          <w:trHeight w:val="288"/>
        </w:trPr>
        <w:tc>
          <w:tcPr>
            <w:tcW w:w="2409" w:type="dxa"/>
            <w:vAlign w:val="bottom"/>
          </w:tcPr>
          <w:p w14:paraId="10430B5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Kahn 2007</w:t>
            </w:r>
          </w:p>
        </w:tc>
        <w:tc>
          <w:tcPr>
            <w:tcW w:w="2409" w:type="dxa"/>
            <w:vAlign w:val="bottom"/>
          </w:tcPr>
          <w:p w14:paraId="7716D01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4139C0C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w:t>
            </w:r>
          </w:p>
        </w:tc>
        <w:tc>
          <w:tcPr>
            <w:tcW w:w="2410" w:type="dxa"/>
            <w:vAlign w:val="bottom"/>
          </w:tcPr>
          <w:p w14:paraId="5FA52B3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118</w:t>
            </w:r>
          </w:p>
        </w:tc>
      </w:tr>
      <w:tr w:rsidR="005816E5" w:rsidRPr="00EB75F0" w14:paraId="544E3D4E" w14:textId="77777777" w:rsidTr="00C32B29">
        <w:trPr>
          <w:trHeight w:val="288"/>
        </w:trPr>
        <w:tc>
          <w:tcPr>
            <w:tcW w:w="2409" w:type="dxa"/>
            <w:vAlign w:val="bottom"/>
          </w:tcPr>
          <w:p w14:paraId="5CB7584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Kahn 2007</w:t>
            </w:r>
          </w:p>
        </w:tc>
        <w:tc>
          <w:tcPr>
            <w:tcW w:w="2409" w:type="dxa"/>
            <w:vAlign w:val="bottom"/>
          </w:tcPr>
          <w:p w14:paraId="00C198A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Quetiapine</w:t>
            </w:r>
          </w:p>
        </w:tc>
        <w:tc>
          <w:tcPr>
            <w:tcW w:w="2410" w:type="dxa"/>
            <w:vAlign w:val="bottom"/>
          </w:tcPr>
          <w:p w14:paraId="1E0AB6E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41</w:t>
            </w:r>
          </w:p>
        </w:tc>
        <w:tc>
          <w:tcPr>
            <w:tcW w:w="2410" w:type="dxa"/>
            <w:vAlign w:val="bottom"/>
          </w:tcPr>
          <w:p w14:paraId="1C17B38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470</w:t>
            </w:r>
          </w:p>
        </w:tc>
      </w:tr>
      <w:tr w:rsidR="005816E5" w:rsidRPr="00EB75F0" w14:paraId="00713B8D" w14:textId="77777777" w:rsidTr="00C32B29">
        <w:trPr>
          <w:trHeight w:val="288"/>
        </w:trPr>
        <w:tc>
          <w:tcPr>
            <w:tcW w:w="2409" w:type="dxa"/>
            <w:vAlign w:val="bottom"/>
          </w:tcPr>
          <w:p w14:paraId="5892CEE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Kane 2002</w:t>
            </w:r>
          </w:p>
        </w:tc>
        <w:tc>
          <w:tcPr>
            <w:tcW w:w="2409" w:type="dxa"/>
            <w:vAlign w:val="bottom"/>
          </w:tcPr>
          <w:p w14:paraId="1319971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Aripiprazole</w:t>
            </w:r>
          </w:p>
        </w:tc>
        <w:tc>
          <w:tcPr>
            <w:tcW w:w="2410" w:type="dxa"/>
            <w:vAlign w:val="bottom"/>
          </w:tcPr>
          <w:p w14:paraId="57C544C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15</w:t>
            </w:r>
          </w:p>
        </w:tc>
        <w:tc>
          <w:tcPr>
            <w:tcW w:w="2410" w:type="dxa"/>
            <w:vAlign w:val="bottom"/>
          </w:tcPr>
          <w:p w14:paraId="45EBC1A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203</w:t>
            </w:r>
          </w:p>
        </w:tc>
      </w:tr>
      <w:tr w:rsidR="005816E5" w:rsidRPr="00EB75F0" w14:paraId="5A78730A" w14:textId="77777777" w:rsidTr="00C32B29">
        <w:trPr>
          <w:trHeight w:val="288"/>
        </w:trPr>
        <w:tc>
          <w:tcPr>
            <w:tcW w:w="2409" w:type="dxa"/>
            <w:vAlign w:val="bottom"/>
          </w:tcPr>
          <w:p w14:paraId="13064AD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Kane 2002</w:t>
            </w:r>
          </w:p>
        </w:tc>
        <w:tc>
          <w:tcPr>
            <w:tcW w:w="2409" w:type="dxa"/>
            <w:vAlign w:val="bottom"/>
          </w:tcPr>
          <w:p w14:paraId="73710F6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5369328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w:t>
            </w:r>
          </w:p>
        </w:tc>
        <w:tc>
          <w:tcPr>
            <w:tcW w:w="2410" w:type="dxa"/>
            <w:vAlign w:val="bottom"/>
          </w:tcPr>
          <w:p w14:paraId="05C4658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104</w:t>
            </w:r>
          </w:p>
        </w:tc>
      </w:tr>
      <w:tr w:rsidR="005816E5" w:rsidRPr="00EB75F0" w14:paraId="08521C05" w14:textId="77777777" w:rsidTr="00C32B29">
        <w:trPr>
          <w:trHeight w:val="288"/>
        </w:trPr>
        <w:tc>
          <w:tcPr>
            <w:tcW w:w="2409" w:type="dxa"/>
            <w:vAlign w:val="bottom"/>
          </w:tcPr>
          <w:p w14:paraId="59E235E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Kane 2007</w:t>
            </w:r>
          </w:p>
        </w:tc>
        <w:tc>
          <w:tcPr>
            <w:tcW w:w="2409" w:type="dxa"/>
            <w:vAlign w:val="bottom"/>
          </w:tcPr>
          <w:p w14:paraId="563AAEA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Olanzapine</w:t>
            </w:r>
          </w:p>
        </w:tc>
        <w:tc>
          <w:tcPr>
            <w:tcW w:w="2410" w:type="dxa"/>
            <w:vAlign w:val="bottom"/>
          </w:tcPr>
          <w:p w14:paraId="244AAD9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18</w:t>
            </w:r>
          </w:p>
        </w:tc>
        <w:tc>
          <w:tcPr>
            <w:tcW w:w="2410" w:type="dxa"/>
            <w:vAlign w:val="bottom"/>
          </w:tcPr>
          <w:p w14:paraId="5FF2FFF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128</w:t>
            </w:r>
          </w:p>
        </w:tc>
      </w:tr>
      <w:tr w:rsidR="005816E5" w:rsidRPr="00EB75F0" w14:paraId="1557378B" w14:textId="77777777" w:rsidTr="00C32B29">
        <w:trPr>
          <w:trHeight w:val="288"/>
        </w:trPr>
        <w:tc>
          <w:tcPr>
            <w:tcW w:w="2409" w:type="dxa"/>
            <w:vAlign w:val="bottom"/>
          </w:tcPr>
          <w:p w14:paraId="5109A04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Kane 2007</w:t>
            </w:r>
          </w:p>
        </w:tc>
        <w:tc>
          <w:tcPr>
            <w:tcW w:w="2409" w:type="dxa"/>
            <w:vAlign w:val="bottom"/>
          </w:tcPr>
          <w:p w14:paraId="7956303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7A855E5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7</w:t>
            </w:r>
          </w:p>
        </w:tc>
        <w:tc>
          <w:tcPr>
            <w:tcW w:w="2410" w:type="dxa"/>
            <w:vAlign w:val="bottom"/>
          </w:tcPr>
          <w:p w14:paraId="698102D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126</w:t>
            </w:r>
          </w:p>
        </w:tc>
      </w:tr>
      <w:tr w:rsidR="005816E5" w:rsidRPr="00EB75F0" w14:paraId="0A97C9B3" w14:textId="77777777" w:rsidTr="00C32B29">
        <w:trPr>
          <w:trHeight w:val="288"/>
        </w:trPr>
        <w:tc>
          <w:tcPr>
            <w:tcW w:w="2409" w:type="dxa"/>
            <w:vAlign w:val="bottom"/>
          </w:tcPr>
          <w:p w14:paraId="4DFA9AE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Kane 2015 (BEACON)</w:t>
            </w:r>
          </w:p>
        </w:tc>
        <w:tc>
          <w:tcPr>
            <w:tcW w:w="2409" w:type="dxa"/>
            <w:vAlign w:val="bottom"/>
          </w:tcPr>
          <w:p w14:paraId="221452E0"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Brexpiprazole</w:t>
            </w:r>
            <w:proofErr w:type="spellEnd"/>
          </w:p>
        </w:tc>
        <w:tc>
          <w:tcPr>
            <w:tcW w:w="2410" w:type="dxa"/>
            <w:vAlign w:val="bottom"/>
          </w:tcPr>
          <w:p w14:paraId="00BC2A8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w:t>
            </w:r>
          </w:p>
        </w:tc>
        <w:tc>
          <w:tcPr>
            <w:tcW w:w="2410" w:type="dxa"/>
            <w:vAlign w:val="bottom"/>
          </w:tcPr>
          <w:p w14:paraId="4DB7432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370</w:t>
            </w:r>
          </w:p>
        </w:tc>
      </w:tr>
      <w:tr w:rsidR="005816E5" w:rsidRPr="00EB75F0" w14:paraId="5EF20D42" w14:textId="77777777" w:rsidTr="00C32B29">
        <w:trPr>
          <w:trHeight w:val="288"/>
        </w:trPr>
        <w:tc>
          <w:tcPr>
            <w:tcW w:w="2409" w:type="dxa"/>
            <w:vAlign w:val="bottom"/>
          </w:tcPr>
          <w:p w14:paraId="7C217C2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Kane 2015 (BEACON)</w:t>
            </w:r>
          </w:p>
        </w:tc>
        <w:tc>
          <w:tcPr>
            <w:tcW w:w="2409" w:type="dxa"/>
            <w:vAlign w:val="bottom"/>
          </w:tcPr>
          <w:p w14:paraId="2BA4600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5C0586A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5</w:t>
            </w:r>
          </w:p>
        </w:tc>
        <w:tc>
          <w:tcPr>
            <w:tcW w:w="2410" w:type="dxa"/>
            <w:vAlign w:val="bottom"/>
          </w:tcPr>
          <w:p w14:paraId="5B0B636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184</w:t>
            </w:r>
          </w:p>
        </w:tc>
      </w:tr>
      <w:tr w:rsidR="005816E5" w:rsidRPr="00EB75F0" w14:paraId="21ABFA35" w14:textId="77777777" w:rsidTr="00C32B29">
        <w:trPr>
          <w:trHeight w:val="288"/>
        </w:trPr>
        <w:tc>
          <w:tcPr>
            <w:tcW w:w="2409" w:type="dxa"/>
            <w:vAlign w:val="bottom"/>
          </w:tcPr>
          <w:p w14:paraId="06F393D1"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Kinon</w:t>
            </w:r>
            <w:proofErr w:type="spellEnd"/>
            <w:r w:rsidRPr="00EB75F0">
              <w:rPr>
                <w:rFonts w:ascii="Calibri" w:hAnsi="Calibri" w:cs="Calibri"/>
                <w:szCs w:val="22"/>
              </w:rPr>
              <w:t xml:space="preserve"> 2011</w:t>
            </w:r>
          </w:p>
        </w:tc>
        <w:tc>
          <w:tcPr>
            <w:tcW w:w="2409" w:type="dxa"/>
            <w:vAlign w:val="bottom"/>
          </w:tcPr>
          <w:p w14:paraId="497A6F8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Olanzapine</w:t>
            </w:r>
          </w:p>
        </w:tc>
        <w:tc>
          <w:tcPr>
            <w:tcW w:w="2410" w:type="dxa"/>
            <w:vAlign w:val="bottom"/>
          </w:tcPr>
          <w:p w14:paraId="791637A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w:t>
            </w:r>
          </w:p>
        </w:tc>
        <w:tc>
          <w:tcPr>
            <w:tcW w:w="2410" w:type="dxa"/>
            <w:vAlign w:val="bottom"/>
          </w:tcPr>
          <w:p w14:paraId="6462142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62</w:t>
            </w:r>
          </w:p>
        </w:tc>
      </w:tr>
      <w:tr w:rsidR="005816E5" w:rsidRPr="00EB75F0" w14:paraId="5FF2CFB1" w14:textId="77777777" w:rsidTr="00C32B29">
        <w:trPr>
          <w:trHeight w:val="288"/>
        </w:trPr>
        <w:tc>
          <w:tcPr>
            <w:tcW w:w="2409" w:type="dxa"/>
            <w:vAlign w:val="bottom"/>
          </w:tcPr>
          <w:p w14:paraId="5DAA7528"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Kinon</w:t>
            </w:r>
            <w:proofErr w:type="spellEnd"/>
            <w:r w:rsidRPr="00EB75F0">
              <w:rPr>
                <w:rFonts w:ascii="Calibri" w:hAnsi="Calibri" w:cs="Calibri"/>
                <w:szCs w:val="22"/>
              </w:rPr>
              <w:t xml:space="preserve"> 2011</w:t>
            </w:r>
          </w:p>
        </w:tc>
        <w:tc>
          <w:tcPr>
            <w:tcW w:w="2409" w:type="dxa"/>
            <w:vAlign w:val="bottom"/>
          </w:tcPr>
          <w:p w14:paraId="6F5D585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6B1224F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w:t>
            </w:r>
          </w:p>
        </w:tc>
        <w:tc>
          <w:tcPr>
            <w:tcW w:w="2410" w:type="dxa"/>
            <w:vAlign w:val="bottom"/>
          </w:tcPr>
          <w:p w14:paraId="322210F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122</w:t>
            </w:r>
          </w:p>
        </w:tc>
      </w:tr>
      <w:tr w:rsidR="005816E5" w:rsidRPr="00EB75F0" w14:paraId="43389F1F" w14:textId="77777777" w:rsidTr="00C32B29">
        <w:trPr>
          <w:trHeight w:val="288"/>
        </w:trPr>
        <w:tc>
          <w:tcPr>
            <w:tcW w:w="2409" w:type="dxa"/>
            <w:vAlign w:val="bottom"/>
          </w:tcPr>
          <w:p w14:paraId="011696F7"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Landbloom</w:t>
            </w:r>
            <w:proofErr w:type="spellEnd"/>
            <w:r w:rsidRPr="00EB75F0">
              <w:rPr>
                <w:rFonts w:ascii="Calibri" w:hAnsi="Calibri" w:cs="Calibri"/>
                <w:szCs w:val="22"/>
              </w:rPr>
              <w:t xml:space="preserve"> 2016</w:t>
            </w:r>
          </w:p>
        </w:tc>
        <w:tc>
          <w:tcPr>
            <w:tcW w:w="2409" w:type="dxa"/>
            <w:vAlign w:val="bottom"/>
          </w:tcPr>
          <w:p w14:paraId="5AAA372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Olanzapine</w:t>
            </w:r>
          </w:p>
        </w:tc>
        <w:tc>
          <w:tcPr>
            <w:tcW w:w="2410" w:type="dxa"/>
            <w:vAlign w:val="bottom"/>
          </w:tcPr>
          <w:p w14:paraId="4F12C09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5</w:t>
            </w:r>
          </w:p>
        </w:tc>
        <w:tc>
          <w:tcPr>
            <w:tcW w:w="2410" w:type="dxa"/>
            <w:vAlign w:val="bottom"/>
          </w:tcPr>
          <w:p w14:paraId="1D72411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46</w:t>
            </w:r>
          </w:p>
        </w:tc>
      </w:tr>
      <w:tr w:rsidR="005816E5" w:rsidRPr="00EB75F0" w14:paraId="71848B05" w14:textId="77777777" w:rsidTr="00C32B29">
        <w:trPr>
          <w:trHeight w:val="288"/>
        </w:trPr>
        <w:tc>
          <w:tcPr>
            <w:tcW w:w="2409" w:type="dxa"/>
            <w:vAlign w:val="bottom"/>
          </w:tcPr>
          <w:p w14:paraId="6E3D3AD5"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Landbloom</w:t>
            </w:r>
            <w:proofErr w:type="spellEnd"/>
            <w:r w:rsidRPr="00EB75F0">
              <w:rPr>
                <w:rFonts w:ascii="Calibri" w:hAnsi="Calibri" w:cs="Calibri"/>
                <w:szCs w:val="22"/>
              </w:rPr>
              <w:t xml:space="preserve"> 2016</w:t>
            </w:r>
          </w:p>
        </w:tc>
        <w:tc>
          <w:tcPr>
            <w:tcW w:w="2409" w:type="dxa"/>
            <w:vAlign w:val="bottom"/>
          </w:tcPr>
          <w:p w14:paraId="3E06DDA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287285F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0</w:t>
            </w:r>
          </w:p>
        </w:tc>
        <w:tc>
          <w:tcPr>
            <w:tcW w:w="2410" w:type="dxa"/>
            <w:vAlign w:val="bottom"/>
          </w:tcPr>
          <w:p w14:paraId="4C8A524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101</w:t>
            </w:r>
          </w:p>
        </w:tc>
      </w:tr>
      <w:tr w:rsidR="005816E5" w:rsidRPr="00EB75F0" w14:paraId="5144DE96" w14:textId="77777777" w:rsidTr="00C32B29">
        <w:trPr>
          <w:trHeight w:val="288"/>
        </w:trPr>
        <w:tc>
          <w:tcPr>
            <w:tcW w:w="2409" w:type="dxa"/>
            <w:vAlign w:val="bottom"/>
          </w:tcPr>
          <w:p w14:paraId="04D6355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Lindenmayer 2008</w:t>
            </w:r>
          </w:p>
        </w:tc>
        <w:tc>
          <w:tcPr>
            <w:tcW w:w="2409" w:type="dxa"/>
            <w:vAlign w:val="bottom"/>
          </w:tcPr>
          <w:p w14:paraId="28C9A55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5AD81CA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6</w:t>
            </w:r>
          </w:p>
        </w:tc>
        <w:tc>
          <w:tcPr>
            <w:tcW w:w="2410" w:type="dxa"/>
            <w:vAlign w:val="bottom"/>
          </w:tcPr>
          <w:p w14:paraId="2FCFC85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84</w:t>
            </w:r>
          </w:p>
        </w:tc>
      </w:tr>
      <w:tr w:rsidR="005816E5" w:rsidRPr="00EB75F0" w14:paraId="7517B441" w14:textId="77777777" w:rsidTr="00C32B29">
        <w:trPr>
          <w:trHeight w:val="288"/>
        </w:trPr>
        <w:tc>
          <w:tcPr>
            <w:tcW w:w="2409" w:type="dxa"/>
            <w:vAlign w:val="bottom"/>
          </w:tcPr>
          <w:p w14:paraId="5A1BF07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Lindenmayer 2008</w:t>
            </w:r>
          </w:p>
        </w:tc>
        <w:tc>
          <w:tcPr>
            <w:tcW w:w="2409" w:type="dxa"/>
            <w:vAlign w:val="bottom"/>
          </w:tcPr>
          <w:p w14:paraId="7CE3F19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Quetiapine</w:t>
            </w:r>
          </w:p>
        </w:tc>
        <w:tc>
          <w:tcPr>
            <w:tcW w:w="2410" w:type="dxa"/>
            <w:vAlign w:val="bottom"/>
          </w:tcPr>
          <w:p w14:paraId="4FB9410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50</w:t>
            </w:r>
          </w:p>
        </w:tc>
        <w:tc>
          <w:tcPr>
            <w:tcW w:w="2410" w:type="dxa"/>
            <w:vAlign w:val="bottom"/>
          </w:tcPr>
          <w:p w14:paraId="11012C9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448</w:t>
            </w:r>
          </w:p>
        </w:tc>
      </w:tr>
      <w:tr w:rsidR="005816E5" w:rsidRPr="00EB75F0" w14:paraId="39DCA9DC" w14:textId="77777777" w:rsidTr="00C32B29">
        <w:trPr>
          <w:trHeight w:val="288"/>
        </w:trPr>
        <w:tc>
          <w:tcPr>
            <w:tcW w:w="2409" w:type="dxa"/>
            <w:vAlign w:val="bottom"/>
          </w:tcPr>
          <w:p w14:paraId="296B0BF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Loebel 2013</w:t>
            </w:r>
          </w:p>
        </w:tc>
        <w:tc>
          <w:tcPr>
            <w:tcW w:w="2409" w:type="dxa"/>
            <w:vAlign w:val="bottom"/>
          </w:tcPr>
          <w:p w14:paraId="0AB5C67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7A8A7EC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w:t>
            </w:r>
          </w:p>
        </w:tc>
        <w:tc>
          <w:tcPr>
            <w:tcW w:w="2410" w:type="dxa"/>
            <w:vAlign w:val="bottom"/>
          </w:tcPr>
          <w:p w14:paraId="2E2E1B5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121</w:t>
            </w:r>
          </w:p>
        </w:tc>
      </w:tr>
      <w:tr w:rsidR="005816E5" w:rsidRPr="00EB75F0" w14:paraId="574ADD9C" w14:textId="77777777" w:rsidTr="00C32B29">
        <w:trPr>
          <w:trHeight w:val="288"/>
        </w:trPr>
        <w:tc>
          <w:tcPr>
            <w:tcW w:w="2409" w:type="dxa"/>
            <w:vAlign w:val="bottom"/>
          </w:tcPr>
          <w:p w14:paraId="616D260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Loebel 2013</w:t>
            </w:r>
          </w:p>
        </w:tc>
        <w:tc>
          <w:tcPr>
            <w:tcW w:w="2409" w:type="dxa"/>
            <w:vAlign w:val="bottom"/>
          </w:tcPr>
          <w:p w14:paraId="3359A55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Quetiapine</w:t>
            </w:r>
          </w:p>
        </w:tc>
        <w:tc>
          <w:tcPr>
            <w:tcW w:w="2410" w:type="dxa"/>
            <w:vAlign w:val="bottom"/>
          </w:tcPr>
          <w:p w14:paraId="1129455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16</w:t>
            </w:r>
          </w:p>
        </w:tc>
        <w:tc>
          <w:tcPr>
            <w:tcW w:w="2410" w:type="dxa"/>
            <w:vAlign w:val="bottom"/>
          </w:tcPr>
          <w:p w14:paraId="7756C83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119</w:t>
            </w:r>
          </w:p>
        </w:tc>
      </w:tr>
      <w:tr w:rsidR="005816E5" w:rsidRPr="00EB75F0" w14:paraId="10AC8FA9" w14:textId="77777777" w:rsidTr="00C32B29">
        <w:trPr>
          <w:trHeight w:val="288"/>
        </w:trPr>
        <w:tc>
          <w:tcPr>
            <w:tcW w:w="2409" w:type="dxa"/>
            <w:vAlign w:val="bottom"/>
          </w:tcPr>
          <w:p w14:paraId="6E24936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Marder 2007</w:t>
            </w:r>
          </w:p>
        </w:tc>
        <w:tc>
          <w:tcPr>
            <w:tcW w:w="2409" w:type="dxa"/>
            <w:vAlign w:val="bottom"/>
          </w:tcPr>
          <w:p w14:paraId="0C376ED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Olanzapine</w:t>
            </w:r>
          </w:p>
        </w:tc>
        <w:tc>
          <w:tcPr>
            <w:tcW w:w="2410" w:type="dxa"/>
            <w:vAlign w:val="bottom"/>
          </w:tcPr>
          <w:p w14:paraId="45A436B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30</w:t>
            </w:r>
          </w:p>
        </w:tc>
        <w:tc>
          <w:tcPr>
            <w:tcW w:w="2410" w:type="dxa"/>
            <w:vAlign w:val="bottom"/>
          </w:tcPr>
          <w:p w14:paraId="47D34FE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109</w:t>
            </w:r>
          </w:p>
        </w:tc>
      </w:tr>
      <w:tr w:rsidR="005816E5" w:rsidRPr="00EB75F0" w14:paraId="600E0246" w14:textId="77777777" w:rsidTr="00C32B29">
        <w:trPr>
          <w:trHeight w:val="288"/>
        </w:trPr>
        <w:tc>
          <w:tcPr>
            <w:tcW w:w="2409" w:type="dxa"/>
            <w:vAlign w:val="bottom"/>
          </w:tcPr>
          <w:p w14:paraId="470FF1D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Marder 2007</w:t>
            </w:r>
          </w:p>
        </w:tc>
        <w:tc>
          <w:tcPr>
            <w:tcW w:w="2409" w:type="dxa"/>
            <w:vAlign w:val="bottom"/>
          </w:tcPr>
          <w:p w14:paraId="49BE1F8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1DCC1DA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14</w:t>
            </w:r>
          </w:p>
        </w:tc>
        <w:tc>
          <w:tcPr>
            <w:tcW w:w="2410" w:type="dxa"/>
            <w:vAlign w:val="bottom"/>
          </w:tcPr>
          <w:p w14:paraId="3A9ACF4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106</w:t>
            </w:r>
          </w:p>
        </w:tc>
      </w:tr>
      <w:tr w:rsidR="005816E5" w:rsidRPr="00EB75F0" w14:paraId="2B3E47B2" w14:textId="77777777" w:rsidTr="00C32B29">
        <w:trPr>
          <w:trHeight w:val="288"/>
        </w:trPr>
        <w:tc>
          <w:tcPr>
            <w:tcW w:w="2409" w:type="dxa"/>
            <w:vAlign w:val="bottom"/>
          </w:tcPr>
          <w:p w14:paraId="147A157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Marder 2016</w:t>
            </w:r>
          </w:p>
        </w:tc>
        <w:tc>
          <w:tcPr>
            <w:tcW w:w="2409" w:type="dxa"/>
            <w:vAlign w:val="bottom"/>
          </w:tcPr>
          <w:p w14:paraId="2A964E7F"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Brexpiprazole</w:t>
            </w:r>
            <w:proofErr w:type="spellEnd"/>
          </w:p>
        </w:tc>
        <w:tc>
          <w:tcPr>
            <w:tcW w:w="2410" w:type="dxa"/>
            <w:vAlign w:val="bottom"/>
          </w:tcPr>
          <w:p w14:paraId="634E36E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7</w:t>
            </w:r>
          </w:p>
        </w:tc>
        <w:tc>
          <w:tcPr>
            <w:tcW w:w="2410" w:type="dxa"/>
            <w:vAlign w:val="bottom"/>
          </w:tcPr>
          <w:p w14:paraId="4A9E054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150</w:t>
            </w:r>
          </w:p>
        </w:tc>
      </w:tr>
      <w:tr w:rsidR="005816E5" w:rsidRPr="00EB75F0" w14:paraId="0EC575FE" w14:textId="77777777" w:rsidTr="00C32B29">
        <w:trPr>
          <w:trHeight w:val="288"/>
        </w:trPr>
        <w:tc>
          <w:tcPr>
            <w:tcW w:w="2409" w:type="dxa"/>
            <w:vAlign w:val="bottom"/>
          </w:tcPr>
          <w:p w14:paraId="0F5140A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Marder 2016</w:t>
            </w:r>
          </w:p>
        </w:tc>
        <w:tc>
          <w:tcPr>
            <w:tcW w:w="2409" w:type="dxa"/>
            <w:vAlign w:val="bottom"/>
          </w:tcPr>
          <w:p w14:paraId="3B29D0A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4E35B6C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w:t>
            </w:r>
          </w:p>
        </w:tc>
        <w:tc>
          <w:tcPr>
            <w:tcW w:w="2410" w:type="dxa"/>
            <w:vAlign w:val="bottom"/>
          </w:tcPr>
          <w:p w14:paraId="7DB11D7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161</w:t>
            </w:r>
          </w:p>
        </w:tc>
      </w:tr>
      <w:tr w:rsidR="005816E5" w:rsidRPr="00EB75F0" w14:paraId="5495B06F" w14:textId="77777777" w:rsidTr="00C32B29">
        <w:trPr>
          <w:trHeight w:val="288"/>
        </w:trPr>
        <w:tc>
          <w:tcPr>
            <w:tcW w:w="2409" w:type="dxa"/>
            <w:vAlign w:val="bottom"/>
          </w:tcPr>
          <w:p w14:paraId="484C57A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Marder 2016</w:t>
            </w:r>
          </w:p>
        </w:tc>
        <w:tc>
          <w:tcPr>
            <w:tcW w:w="2409" w:type="dxa"/>
            <w:vAlign w:val="bottom"/>
          </w:tcPr>
          <w:p w14:paraId="33CAAAD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Quetiapine</w:t>
            </w:r>
          </w:p>
        </w:tc>
        <w:tc>
          <w:tcPr>
            <w:tcW w:w="2410" w:type="dxa"/>
            <w:vAlign w:val="bottom"/>
          </w:tcPr>
          <w:p w14:paraId="0108841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34</w:t>
            </w:r>
          </w:p>
        </w:tc>
        <w:tc>
          <w:tcPr>
            <w:tcW w:w="2410" w:type="dxa"/>
            <w:vAlign w:val="bottom"/>
          </w:tcPr>
          <w:p w14:paraId="3EBF867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153</w:t>
            </w:r>
          </w:p>
        </w:tc>
      </w:tr>
      <w:tr w:rsidR="005816E5" w:rsidRPr="00EB75F0" w14:paraId="4AEBE5AF" w14:textId="77777777" w:rsidTr="00C32B29">
        <w:trPr>
          <w:trHeight w:val="288"/>
        </w:trPr>
        <w:tc>
          <w:tcPr>
            <w:tcW w:w="2409" w:type="dxa"/>
            <w:vAlign w:val="bottom"/>
          </w:tcPr>
          <w:p w14:paraId="0D9E82A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McDonnell 2018</w:t>
            </w:r>
          </w:p>
        </w:tc>
        <w:tc>
          <w:tcPr>
            <w:tcW w:w="2409" w:type="dxa"/>
            <w:vAlign w:val="bottom"/>
          </w:tcPr>
          <w:p w14:paraId="1506B22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Olanzapine</w:t>
            </w:r>
          </w:p>
        </w:tc>
        <w:tc>
          <w:tcPr>
            <w:tcW w:w="2410" w:type="dxa"/>
            <w:vAlign w:val="bottom"/>
          </w:tcPr>
          <w:p w14:paraId="3CEC930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13</w:t>
            </w:r>
          </w:p>
        </w:tc>
        <w:tc>
          <w:tcPr>
            <w:tcW w:w="2410" w:type="dxa"/>
            <w:vAlign w:val="bottom"/>
          </w:tcPr>
          <w:p w14:paraId="5AD2254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133</w:t>
            </w:r>
          </w:p>
        </w:tc>
      </w:tr>
      <w:tr w:rsidR="005816E5" w:rsidRPr="00EB75F0" w14:paraId="0993B3CF" w14:textId="77777777" w:rsidTr="00C32B29">
        <w:trPr>
          <w:trHeight w:val="288"/>
        </w:trPr>
        <w:tc>
          <w:tcPr>
            <w:tcW w:w="2409" w:type="dxa"/>
            <w:vAlign w:val="bottom"/>
          </w:tcPr>
          <w:p w14:paraId="56D757D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McDonnell 2018</w:t>
            </w:r>
          </w:p>
        </w:tc>
        <w:tc>
          <w:tcPr>
            <w:tcW w:w="2409" w:type="dxa"/>
            <w:vAlign w:val="bottom"/>
          </w:tcPr>
          <w:p w14:paraId="1E50E6B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20AEA7C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w:t>
            </w:r>
          </w:p>
        </w:tc>
        <w:tc>
          <w:tcPr>
            <w:tcW w:w="2410" w:type="dxa"/>
            <w:vAlign w:val="bottom"/>
          </w:tcPr>
          <w:p w14:paraId="6767862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134</w:t>
            </w:r>
          </w:p>
        </w:tc>
      </w:tr>
      <w:tr w:rsidR="005816E5" w:rsidRPr="00EB75F0" w14:paraId="0ABA03DE" w14:textId="77777777" w:rsidTr="00C32B29">
        <w:trPr>
          <w:trHeight w:val="288"/>
        </w:trPr>
        <w:tc>
          <w:tcPr>
            <w:tcW w:w="2409" w:type="dxa"/>
            <w:vAlign w:val="bottom"/>
          </w:tcPr>
          <w:p w14:paraId="0265D3E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McEvoy 2007</w:t>
            </w:r>
          </w:p>
        </w:tc>
        <w:tc>
          <w:tcPr>
            <w:tcW w:w="2409" w:type="dxa"/>
            <w:vAlign w:val="bottom"/>
          </w:tcPr>
          <w:p w14:paraId="177F3E9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Aripiprazole</w:t>
            </w:r>
          </w:p>
        </w:tc>
        <w:tc>
          <w:tcPr>
            <w:tcW w:w="2410" w:type="dxa"/>
            <w:vAlign w:val="bottom"/>
          </w:tcPr>
          <w:p w14:paraId="0791733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29</w:t>
            </w:r>
          </w:p>
        </w:tc>
        <w:tc>
          <w:tcPr>
            <w:tcW w:w="2410" w:type="dxa"/>
            <w:vAlign w:val="bottom"/>
          </w:tcPr>
          <w:p w14:paraId="71FCCFB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308</w:t>
            </w:r>
          </w:p>
        </w:tc>
      </w:tr>
      <w:tr w:rsidR="005816E5" w:rsidRPr="00EB75F0" w14:paraId="327EBBEE" w14:textId="77777777" w:rsidTr="00C32B29">
        <w:trPr>
          <w:trHeight w:val="288"/>
        </w:trPr>
        <w:tc>
          <w:tcPr>
            <w:tcW w:w="2409" w:type="dxa"/>
            <w:vAlign w:val="bottom"/>
          </w:tcPr>
          <w:p w14:paraId="1D33015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McEvoy 2007</w:t>
            </w:r>
          </w:p>
        </w:tc>
        <w:tc>
          <w:tcPr>
            <w:tcW w:w="2409" w:type="dxa"/>
            <w:vAlign w:val="bottom"/>
          </w:tcPr>
          <w:p w14:paraId="48C7281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1B59F11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6</w:t>
            </w:r>
          </w:p>
        </w:tc>
        <w:tc>
          <w:tcPr>
            <w:tcW w:w="2410" w:type="dxa"/>
            <w:vAlign w:val="bottom"/>
          </w:tcPr>
          <w:p w14:paraId="6483E1E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107</w:t>
            </w:r>
          </w:p>
        </w:tc>
      </w:tr>
      <w:tr w:rsidR="005816E5" w:rsidRPr="00EB75F0" w14:paraId="196CBFD4" w14:textId="77777777" w:rsidTr="00C32B29">
        <w:trPr>
          <w:trHeight w:val="288"/>
        </w:trPr>
        <w:tc>
          <w:tcPr>
            <w:tcW w:w="2409" w:type="dxa"/>
            <w:vAlign w:val="bottom"/>
          </w:tcPr>
          <w:p w14:paraId="42FC5ED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Meltzer 2011</w:t>
            </w:r>
          </w:p>
        </w:tc>
        <w:tc>
          <w:tcPr>
            <w:tcW w:w="2409" w:type="dxa"/>
            <w:vAlign w:val="bottom"/>
          </w:tcPr>
          <w:p w14:paraId="66CF65F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Olanzapine</w:t>
            </w:r>
          </w:p>
        </w:tc>
        <w:tc>
          <w:tcPr>
            <w:tcW w:w="2410" w:type="dxa"/>
            <w:vAlign w:val="bottom"/>
          </w:tcPr>
          <w:p w14:paraId="3D87012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11</w:t>
            </w:r>
          </w:p>
        </w:tc>
        <w:tc>
          <w:tcPr>
            <w:tcW w:w="2410" w:type="dxa"/>
            <w:vAlign w:val="bottom"/>
          </w:tcPr>
          <w:p w14:paraId="7F451CB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122</w:t>
            </w:r>
          </w:p>
        </w:tc>
      </w:tr>
      <w:tr w:rsidR="005816E5" w:rsidRPr="00EB75F0" w14:paraId="0750CE02" w14:textId="77777777" w:rsidTr="00C32B29">
        <w:trPr>
          <w:trHeight w:val="288"/>
        </w:trPr>
        <w:tc>
          <w:tcPr>
            <w:tcW w:w="2409" w:type="dxa"/>
            <w:vAlign w:val="bottom"/>
          </w:tcPr>
          <w:p w14:paraId="7C07E5F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Meltzer 2011</w:t>
            </w:r>
          </w:p>
        </w:tc>
        <w:tc>
          <w:tcPr>
            <w:tcW w:w="2409" w:type="dxa"/>
            <w:vAlign w:val="bottom"/>
          </w:tcPr>
          <w:p w14:paraId="560EB05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0C8FD1A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5</w:t>
            </w:r>
          </w:p>
        </w:tc>
        <w:tc>
          <w:tcPr>
            <w:tcW w:w="2410" w:type="dxa"/>
            <w:vAlign w:val="bottom"/>
          </w:tcPr>
          <w:p w14:paraId="046A913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116</w:t>
            </w:r>
          </w:p>
        </w:tc>
      </w:tr>
      <w:tr w:rsidR="005816E5" w:rsidRPr="00EB75F0" w14:paraId="358A3D6C" w14:textId="77777777" w:rsidTr="00C32B29">
        <w:trPr>
          <w:trHeight w:val="288"/>
        </w:trPr>
        <w:tc>
          <w:tcPr>
            <w:tcW w:w="2409" w:type="dxa"/>
            <w:vAlign w:val="bottom"/>
          </w:tcPr>
          <w:p w14:paraId="41FBE7F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NCT00563706</w:t>
            </w:r>
          </w:p>
        </w:tc>
        <w:tc>
          <w:tcPr>
            <w:tcW w:w="2409" w:type="dxa"/>
            <w:vAlign w:val="bottom"/>
          </w:tcPr>
          <w:p w14:paraId="77FE9BE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7DB027C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w:t>
            </w:r>
          </w:p>
        </w:tc>
        <w:tc>
          <w:tcPr>
            <w:tcW w:w="2410" w:type="dxa"/>
            <w:vAlign w:val="bottom"/>
          </w:tcPr>
          <w:p w14:paraId="69F34AD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37</w:t>
            </w:r>
          </w:p>
        </w:tc>
      </w:tr>
      <w:tr w:rsidR="005816E5" w:rsidRPr="00EB75F0" w14:paraId="4D8CDC07" w14:textId="77777777" w:rsidTr="00C32B29">
        <w:trPr>
          <w:trHeight w:val="288"/>
        </w:trPr>
        <w:tc>
          <w:tcPr>
            <w:tcW w:w="2409" w:type="dxa"/>
            <w:vAlign w:val="bottom"/>
          </w:tcPr>
          <w:p w14:paraId="136317A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NCT00563706</w:t>
            </w:r>
          </w:p>
        </w:tc>
        <w:tc>
          <w:tcPr>
            <w:tcW w:w="2409" w:type="dxa"/>
            <w:vAlign w:val="bottom"/>
          </w:tcPr>
          <w:p w14:paraId="5B8E223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Risperidone</w:t>
            </w:r>
          </w:p>
        </w:tc>
        <w:tc>
          <w:tcPr>
            <w:tcW w:w="2410" w:type="dxa"/>
            <w:vAlign w:val="bottom"/>
          </w:tcPr>
          <w:p w14:paraId="76C3E16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w:t>
            </w:r>
          </w:p>
        </w:tc>
        <w:tc>
          <w:tcPr>
            <w:tcW w:w="2410" w:type="dxa"/>
            <w:vAlign w:val="bottom"/>
          </w:tcPr>
          <w:p w14:paraId="53AA766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43</w:t>
            </w:r>
          </w:p>
        </w:tc>
      </w:tr>
      <w:tr w:rsidR="005816E5" w:rsidRPr="00EB75F0" w14:paraId="51AB5F0A" w14:textId="77777777" w:rsidTr="00C32B29">
        <w:trPr>
          <w:trHeight w:val="288"/>
        </w:trPr>
        <w:tc>
          <w:tcPr>
            <w:tcW w:w="2409" w:type="dxa"/>
            <w:vAlign w:val="bottom"/>
          </w:tcPr>
          <w:p w14:paraId="2FE1E27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NCT00711269</w:t>
            </w:r>
          </w:p>
        </w:tc>
        <w:tc>
          <w:tcPr>
            <w:tcW w:w="2409" w:type="dxa"/>
            <w:vAlign w:val="bottom"/>
          </w:tcPr>
          <w:p w14:paraId="07BACF7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24B6045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w:t>
            </w:r>
          </w:p>
        </w:tc>
        <w:tc>
          <w:tcPr>
            <w:tcW w:w="2410" w:type="dxa"/>
            <w:vAlign w:val="bottom"/>
          </w:tcPr>
          <w:p w14:paraId="75D0431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132</w:t>
            </w:r>
          </w:p>
        </w:tc>
      </w:tr>
      <w:tr w:rsidR="005816E5" w:rsidRPr="00EB75F0" w14:paraId="74DCA77A" w14:textId="77777777" w:rsidTr="00C32B29">
        <w:trPr>
          <w:trHeight w:val="288"/>
        </w:trPr>
        <w:tc>
          <w:tcPr>
            <w:tcW w:w="2409" w:type="dxa"/>
            <w:vAlign w:val="bottom"/>
          </w:tcPr>
          <w:p w14:paraId="3669E2C4"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lastRenderedPageBreak/>
              <w:t>NCT00711269</w:t>
            </w:r>
          </w:p>
        </w:tc>
        <w:tc>
          <w:tcPr>
            <w:tcW w:w="2409" w:type="dxa"/>
            <w:vAlign w:val="bottom"/>
          </w:tcPr>
          <w:p w14:paraId="172D54C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Risperidone</w:t>
            </w:r>
          </w:p>
        </w:tc>
        <w:tc>
          <w:tcPr>
            <w:tcW w:w="2410" w:type="dxa"/>
            <w:vAlign w:val="bottom"/>
          </w:tcPr>
          <w:p w14:paraId="4119BBB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0</w:t>
            </w:r>
          </w:p>
        </w:tc>
        <w:tc>
          <w:tcPr>
            <w:tcW w:w="2410" w:type="dxa"/>
            <w:vAlign w:val="bottom"/>
          </w:tcPr>
          <w:p w14:paraId="13426300"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65</w:t>
            </w:r>
          </w:p>
        </w:tc>
      </w:tr>
      <w:tr w:rsidR="005816E5" w:rsidRPr="00EB75F0" w14:paraId="2A618C19" w14:textId="77777777" w:rsidTr="00C32B29">
        <w:trPr>
          <w:trHeight w:val="288"/>
        </w:trPr>
        <w:tc>
          <w:tcPr>
            <w:tcW w:w="2409" w:type="dxa"/>
            <w:vAlign w:val="bottom"/>
          </w:tcPr>
          <w:p w14:paraId="5011E12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NCT01175135</w:t>
            </w:r>
          </w:p>
        </w:tc>
        <w:tc>
          <w:tcPr>
            <w:tcW w:w="2409" w:type="dxa"/>
            <w:vAlign w:val="bottom"/>
          </w:tcPr>
          <w:p w14:paraId="58F7ED2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3A53179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w:t>
            </w:r>
          </w:p>
        </w:tc>
        <w:tc>
          <w:tcPr>
            <w:tcW w:w="2410" w:type="dxa"/>
            <w:vAlign w:val="bottom"/>
          </w:tcPr>
          <w:p w14:paraId="20BDBF5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74</w:t>
            </w:r>
          </w:p>
        </w:tc>
      </w:tr>
      <w:tr w:rsidR="005816E5" w:rsidRPr="00EB75F0" w14:paraId="1CA7BC02" w14:textId="77777777" w:rsidTr="00C32B29">
        <w:trPr>
          <w:trHeight w:val="288"/>
        </w:trPr>
        <w:tc>
          <w:tcPr>
            <w:tcW w:w="2409" w:type="dxa"/>
            <w:vAlign w:val="bottom"/>
          </w:tcPr>
          <w:p w14:paraId="7B4876B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NCT01175135</w:t>
            </w:r>
          </w:p>
        </w:tc>
        <w:tc>
          <w:tcPr>
            <w:tcW w:w="2409" w:type="dxa"/>
            <w:vAlign w:val="bottom"/>
          </w:tcPr>
          <w:p w14:paraId="25FF504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Risperidone</w:t>
            </w:r>
          </w:p>
        </w:tc>
        <w:tc>
          <w:tcPr>
            <w:tcW w:w="2410" w:type="dxa"/>
            <w:vAlign w:val="bottom"/>
          </w:tcPr>
          <w:p w14:paraId="4EB883B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w:t>
            </w:r>
          </w:p>
        </w:tc>
        <w:tc>
          <w:tcPr>
            <w:tcW w:w="2410" w:type="dxa"/>
            <w:vAlign w:val="bottom"/>
          </w:tcPr>
          <w:p w14:paraId="17A128D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36</w:t>
            </w:r>
          </w:p>
        </w:tc>
      </w:tr>
      <w:tr w:rsidR="005816E5" w:rsidRPr="00EB75F0" w14:paraId="1BCFD0E9" w14:textId="77777777" w:rsidTr="00C32B29">
        <w:trPr>
          <w:trHeight w:val="288"/>
        </w:trPr>
        <w:tc>
          <w:tcPr>
            <w:tcW w:w="2409" w:type="dxa"/>
            <w:vAlign w:val="bottom"/>
          </w:tcPr>
          <w:p w14:paraId="69E469A6"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NCT01625000</w:t>
            </w:r>
          </w:p>
        </w:tc>
        <w:tc>
          <w:tcPr>
            <w:tcW w:w="2409" w:type="dxa"/>
            <w:vAlign w:val="bottom"/>
          </w:tcPr>
          <w:p w14:paraId="7AB5E5BC"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Cariprazine</w:t>
            </w:r>
            <w:proofErr w:type="spellEnd"/>
          </w:p>
        </w:tc>
        <w:tc>
          <w:tcPr>
            <w:tcW w:w="2410" w:type="dxa"/>
            <w:vAlign w:val="bottom"/>
          </w:tcPr>
          <w:p w14:paraId="2F3B54B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5</w:t>
            </w:r>
          </w:p>
        </w:tc>
        <w:tc>
          <w:tcPr>
            <w:tcW w:w="2410" w:type="dxa"/>
            <w:vAlign w:val="bottom"/>
          </w:tcPr>
          <w:p w14:paraId="122E787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259</w:t>
            </w:r>
          </w:p>
        </w:tc>
      </w:tr>
      <w:tr w:rsidR="005816E5" w:rsidRPr="00EB75F0" w14:paraId="73A8DCB6" w14:textId="77777777" w:rsidTr="00C32B29">
        <w:trPr>
          <w:trHeight w:val="288"/>
        </w:trPr>
        <w:tc>
          <w:tcPr>
            <w:tcW w:w="2409" w:type="dxa"/>
            <w:vAlign w:val="bottom"/>
          </w:tcPr>
          <w:p w14:paraId="0E8E3B2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NCT01625000</w:t>
            </w:r>
          </w:p>
        </w:tc>
        <w:tc>
          <w:tcPr>
            <w:tcW w:w="2409" w:type="dxa"/>
            <w:vAlign w:val="bottom"/>
          </w:tcPr>
          <w:p w14:paraId="0180566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33809F3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w:t>
            </w:r>
          </w:p>
        </w:tc>
        <w:tc>
          <w:tcPr>
            <w:tcW w:w="2410" w:type="dxa"/>
            <w:vAlign w:val="bottom"/>
          </w:tcPr>
          <w:p w14:paraId="6867DD7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126</w:t>
            </w:r>
          </w:p>
        </w:tc>
      </w:tr>
      <w:tr w:rsidR="005816E5" w:rsidRPr="00EB75F0" w14:paraId="7A88C65B" w14:textId="77777777" w:rsidTr="00C32B29">
        <w:trPr>
          <w:trHeight w:val="288"/>
        </w:trPr>
        <w:tc>
          <w:tcPr>
            <w:tcW w:w="2409" w:type="dxa"/>
            <w:vAlign w:val="bottom"/>
          </w:tcPr>
          <w:p w14:paraId="3028219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NCT01625000</w:t>
            </w:r>
          </w:p>
        </w:tc>
        <w:tc>
          <w:tcPr>
            <w:tcW w:w="2409" w:type="dxa"/>
            <w:vAlign w:val="bottom"/>
          </w:tcPr>
          <w:p w14:paraId="0E9E424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Risperidone</w:t>
            </w:r>
          </w:p>
        </w:tc>
        <w:tc>
          <w:tcPr>
            <w:tcW w:w="2410" w:type="dxa"/>
            <w:vAlign w:val="bottom"/>
          </w:tcPr>
          <w:p w14:paraId="68625BA3"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w:t>
            </w:r>
          </w:p>
        </w:tc>
        <w:tc>
          <w:tcPr>
            <w:tcW w:w="2410" w:type="dxa"/>
            <w:vAlign w:val="bottom"/>
          </w:tcPr>
          <w:p w14:paraId="206269F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56</w:t>
            </w:r>
          </w:p>
        </w:tc>
      </w:tr>
      <w:tr w:rsidR="005816E5" w:rsidRPr="00EB75F0" w14:paraId="6DC132CA" w14:textId="77777777" w:rsidTr="00C32B29">
        <w:trPr>
          <w:trHeight w:val="288"/>
        </w:trPr>
        <w:tc>
          <w:tcPr>
            <w:tcW w:w="2409" w:type="dxa"/>
            <w:vAlign w:val="bottom"/>
          </w:tcPr>
          <w:p w14:paraId="6C2E7AC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NCT03055338</w:t>
            </w:r>
          </w:p>
        </w:tc>
        <w:tc>
          <w:tcPr>
            <w:tcW w:w="2409" w:type="dxa"/>
            <w:vAlign w:val="bottom"/>
          </w:tcPr>
          <w:p w14:paraId="4E292FE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1D1EDA3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3</w:t>
            </w:r>
          </w:p>
        </w:tc>
        <w:tc>
          <w:tcPr>
            <w:tcW w:w="2410" w:type="dxa"/>
            <w:vAlign w:val="bottom"/>
          </w:tcPr>
          <w:p w14:paraId="43A6B6D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89</w:t>
            </w:r>
          </w:p>
        </w:tc>
      </w:tr>
      <w:tr w:rsidR="005816E5" w:rsidRPr="00EB75F0" w14:paraId="201509F4" w14:textId="77777777" w:rsidTr="00C32B29">
        <w:trPr>
          <w:trHeight w:val="288"/>
        </w:trPr>
        <w:tc>
          <w:tcPr>
            <w:tcW w:w="2409" w:type="dxa"/>
            <w:vAlign w:val="bottom"/>
          </w:tcPr>
          <w:p w14:paraId="27C663A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NCT03055338</w:t>
            </w:r>
          </w:p>
        </w:tc>
        <w:tc>
          <w:tcPr>
            <w:tcW w:w="2409" w:type="dxa"/>
            <w:vAlign w:val="bottom"/>
          </w:tcPr>
          <w:p w14:paraId="00EA93B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Risperidone</w:t>
            </w:r>
          </w:p>
        </w:tc>
        <w:tc>
          <w:tcPr>
            <w:tcW w:w="2410" w:type="dxa"/>
            <w:vAlign w:val="bottom"/>
          </w:tcPr>
          <w:p w14:paraId="4232230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w:t>
            </w:r>
          </w:p>
        </w:tc>
        <w:tc>
          <w:tcPr>
            <w:tcW w:w="2410" w:type="dxa"/>
            <w:vAlign w:val="bottom"/>
          </w:tcPr>
          <w:p w14:paraId="1876C94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45</w:t>
            </w:r>
          </w:p>
        </w:tc>
      </w:tr>
      <w:tr w:rsidR="005816E5" w:rsidRPr="00EB75F0" w14:paraId="4DCFDE03" w14:textId="77777777" w:rsidTr="00C32B29">
        <w:trPr>
          <w:trHeight w:val="288"/>
        </w:trPr>
        <w:tc>
          <w:tcPr>
            <w:tcW w:w="2409" w:type="dxa"/>
            <w:vAlign w:val="bottom"/>
          </w:tcPr>
          <w:p w14:paraId="622BA8F6"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Potkin</w:t>
            </w:r>
            <w:proofErr w:type="spellEnd"/>
            <w:r w:rsidRPr="00EB75F0">
              <w:rPr>
                <w:rFonts w:ascii="Calibri" w:hAnsi="Calibri" w:cs="Calibri"/>
                <w:szCs w:val="22"/>
              </w:rPr>
              <w:t xml:space="preserve"> 2003</w:t>
            </w:r>
          </w:p>
        </w:tc>
        <w:tc>
          <w:tcPr>
            <w:tcW w:w="2409" w:type="dxa"/>
            <w:vAlign w:val="bottom"/>
          </w:tcPr>
          <w:p w14:paraId="3FFDBE9B"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Aripiprazole</w:t>
            </w:r>
          </w:p>
        </w:tc>
        <w:tc>
          <w:tcPr>
            <w:tcW w:w="2410" w:type="dxa"/>
            <w:vAlign w:val="bottom"/>
          </w:tcPr>
          <w:p w14:paraId="048626F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23</w:t>
            </w:r>
          </w:p>
        </w:tc>
        <w:tc>
          <w:tcPr>
            <w:tcW w:w="2410" w:type="dxa"/>
            <w:vAlign w:val="bottom"/>
          </w:tcPr>
          <w:p w14:paraId="29917F5D"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201</w:t>
            </w:r>
          </w:p>
        </w:tc>
      </w:tr>
      <w:tr w:rsidR="005816E5" w:rsidRPr="00EB75F0" w14:paraId="677A8E5F" w14:textId="77777777" w:rsidTr="00C32B29">
        <w:trPr>
          <w:trHeight w:val="288"/>
        </w:trPr>
        <w:tc>
          <w:tcPr>
            <w:tcW w:w="2409" w:type="dxa"/>
            <w:vAlign w:val="bottom"/>
          </w:tcPr>
          <w:p w14:paraId="3A850104"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Potkin</w:t>
            </w:r>
            <w:proofErr w:type="spellEnd"/>
            <w:r w:rsidRPr="00EB75F0">
              <w:rPr>
                <w:rFonts w:ascii="Calibri" w:hAnsi="Calibri" w:cs="Calibri"/>
                <w:szCs w:val="22"/>
              </w:rPr>
              <w:t xml:space="preserve"> 2003</w:t>
            </w:r>
          </w:p>
        </w:tc>
        <w:tc>
          <w:tcPr>
            <w:tcW w:w="2409" w:type="dxa"/>
            <w:vAlign w:val="bottom"/>
          </w:tcPr>
          <w:p w14:paraId="1B84CDD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50D8C32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11</w:t>
            </w:r>
          </w:p>
        </w:tc>
        <w:tc>
          <w:tcPr>
            <w:tcW w:w="2410" w:type="dxa"/>
            <w:vAlign w:val="bottom"/>
          </w:tcPr>
          <w:p w14:paraId="26C4D05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103</w:t>
            </w:r>
          </w:p>
        </w:tc>
      </w:tr>
      <w:tr w:rsidR="005816E5" w:rsidRPr="00EB75F0" w14:paraId="276A6C44" w14:textId="77777777" w:rsidTr="00C32B29">
        <w:trPr>
          <w:trHeight w:val="288"/>
        </w:trPr>
        <w:tc>
          <w:tcPr>
            <w:tcW w:w="2409" w:type="dxa"/>
            <w:vAlign w:val="bottom"/>
          </w:tcPr>
          <w:p w14:paraId="63B4C5C0"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Potkin</w:t>
            </w:r>
            <w:proofErr w:type="spellEnd"/>
            <w:r w:rsidRPr="00EB75F0">
              <w:rPr>
                <w:rFonts w:ascii="Calibri" w:hAnsi="Calibri" w:cs="Calibri"/>
                <w:szCs w:val="22"/>
              </w:rPr>
              <w:t xml:space="preserve"> 2003</w:t>
            </w:r>
          </w:p>
        </w:tc>
        <w:tc>
          <w:tcPr>
            <w:tcW w:w="2409" w:type="dxa"/>
            <w:vAlign w:val="bottom"/>
          </w:tcPr>
          <w:p w14:paraId="29133E87"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Risperidone</w:t>
            </w:r>
          </w:p>
        </w:tc>
        <w:tc>
          <w:tcPr>
            <w:tcW w:w="2410" w:type="dxa"/>
            <w:vAlign w:val="bottom"/>
          </w:tcPr>
          <w:p w14:paraId="62528A7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14</w:t>
            </w:r>
          </w:p>
        </w:tc>
        <w:tc>
          <w:tcPr>
            <w:tcW w:w="2410" w:type="dxa"/>
            <w:vAlign w:val="bottom"/>
          </w:tcPr>
          <w:p w14:paraId="13971E1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99</w:t>
            </w:r>
          </w:p>
        </w:tc>
      </w:tr>
      <w:tr w:rsidR="005816E5" w:rsidRPr="00EB75F0" w14:paraId="551C91A8" w14:textId="77777777" w:rsidTr="00C32B29">
        <w:trPr>
          <w:trHeight w:val="288"/>
        </w:trPr>
        <w:tc>
          <w:tcPr>
            <w:tcW w:w="2409" w:type="dxa"/>
            <w:vAlign w:val="bottom"/>
          </w:tcPr>
          <w:p w14:paraId="38C8359C"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Potkin</w:t>
            </w:r>
            <w:proofErr w:type="spellEnd"/>
            <w:r w:rsidRPr="00EB75F0">
              <w:rPr>
                <w:rFonts w:ascii="Calibri" w:hAnsi="Calibri" w:cs="Calibri"/>
                <w:szCs w:val="22"/>
              </w:rPr>
              <w:t xml:space="preserve"> 2007</w:t>
            </w:r>
          </w:p>
        </w:tc>
        <w:tc>
          <w:tcPr>
            <w:tcW w:w="2409" w:type="dxa"/>
            <w:vAlign w:val="bottom"/>
          </w:tcPr>
          <w:p w14:paraId="73BD7165"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45B413B8"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w:t>
            </w:r>
          </w:p>
        </w:tc>
        <w:tc>
          <w:tcPr>
            <w:tcW w:w="2410" w:type="dxa"/>
            <w:vAlign w:val="bottom"/>
          </w:tcPr>
          <w:p w14:paraId="2865669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62</w:t>
            </w:r>
          </w:p>
        </w:tc>
      </w:tr>
      <w:tr w:rsidR="005816E5" w:rsidRPr="00EB75F0" w14:paraId="080E8B43" w14:textId="77777777" w:rsidTr="00C32B29">
        <w:trPr>
          <w:trHeight w:val="288"/>
        </w:trPr>
        <w:tc>
          <w:tcPr>
            <w:tcW w:w="2409" w:type="dxa"/>
            <w:vAlign w:val="bottom"/>
          </w:tcPr>
          <w:p w14:paraId="440CB0B9" w14:textId="77777777" w:rsidR="005816E5" w:rsidRPr="00EB75F0" w:rsidRDefault="005816E5" w:rsidP="00C32B29">
            <w:pPr>
              <w:pStyle w:val="BodyText"/>
              <w:spacing w:before="0" w:after="0" w:line="240" w:lineRule="auto"/>
              <w:rPr>
                <w:rFonts w:ascii="Calibri" w:hAnsi="Calibri" w:cs="Calibri"/>
                <w:szCs w:val="22"/>
              </w:rPr>
            </w:pPr>
            <w:proofErr w:type="spellStart"/>
            <w:r w:rsidRPr="00EB75F0">
              <w:rPr>
                <w:rFonts w:ascii="Calibri" w:hAnsi="Calibri" w:cs="Calibri"/>
                <w:szCs w:val="22"/>
              </w:rPr>
              <w:t>Potkin</w:t>
            </w:r>
            <w:proofErr w:type="spellEnd"/>
            <w:r w:rsidRPr="00EB75F0">
              <w:rPr>
                <w:rFonts w:ascii="Calibri" w:hAnsi="Calibri" w:cs="Calibri"/>
                <w:szCs w:val="22"/>
              </w:rPr>
              <w:t xml:space="preserve"> 2007</w:t>
            </w:r>
          </w:p>
        </w:tc>
        <w:tc>
          <w:tcPr>
            <w:tcW w:w="2409" w:type="dxa"/>
            <w:vAlign w:val="bottom"/>
          </w:tcPr>
          <w:p w14:paraId="35E4891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Risperidone</w:t>
            </w:r>
          </w:p>
        </w:tc>
        <w:tc>
          <w:tcPr>
            <w:tcW w:w="2410" w:type="dxa"/>
            <w:vAlign w:val="bottom"/>
          </w:tcPr>
          <w:p w14:paraId="1B6D0A8F"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9</w:t>
            </w:r>
          </w:p>
        </w:tc>
        <w:tc>
          <w:tcPr>
            <w:tcW w:w="2410" w:type="dxa"/>
            <w:vAlign w:val="bottom"/>
          </w:tcPr>
          <w:p w14:paraId="413ACE71"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59</w:t>
            </w:r>
          </w:p>
        </w:tc>
      </w:tr>
      <w:tr w:rsidR="005816E5" w:rsidRPr="00EB75F0" w14:paraId="59E40498" w14:textId="77777777" w:rsidTr="00C32B29">
        <w:trPr>
          <w:trHeight w:val="288"/>
        </w:trPr>
        <w:tc>
          <w:tcPr>
            <w:tcW w:w="2409" w:type="dxa"/>
            <w:vAlign w:val="bottom"/>
          </w:tcPr>
          <w:p w14:paraId="3101446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Shen 2014</w:t>
            </w:r>
          </w:p>
        </w:tc>
        <w:tc>
          <w:tcPr>
            <w:tcW w:w="2409" w:type="dxa"/>
            <w:vAlign w:val="bottom"/>
          </w:tcPr>
          <w:p w14:paraId="18A9428A"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Olanzapine</w:t>
            </w:r>
          </w:p>
        </w:tc>
        <w:tc>
          <w:tcPr>
            <w:tcW w:w="2410" w:type="dxa"/>
            <w:vAlign w:val="bottom"/>
          </w:tcPr>
          <w:p w14:paraId="306A60EE"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8</w:t>
            </w:r>
          </w:p>
        </w:tc>
        <w:tc>
          <w:tcPr>
            <w:tcW w:w="2410" w:type="dxa"/>
            <w:vAlign w:val="bottom"/>
          </w:tcPr>
          <w:p w14:paraId="7C15582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77</w:t>
            </w:r>
          </w:p>
        </w:tc>
      </w:tr>
      <w:tr w:rsidR="005816E5" w:rsidRPr="00EB75F0" w14:paraId="4047CABE" w14:textId="77777777" w:rsidTr="00C32B29">
        <w:trPr>
          <w:trHeight w:val="288"/>
        </w:trPr>
        <w:tc>
          <w:tcPr>
            <w:tcW w:w="2409" w:type="dxa"/>
            <w:vAlign w:val="bottom"/>
          </w:tcPr>
          <w:p w14:paraId="1B91240C"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Shen 2014</w:t>
            </w:r>
          </w:p>
        </w:tc>
        <w:tc>
          <w:tcPr>
            <w:tcW w:w="2409" w:type="dxa"/>
            <w:vAlign w:val="bottom"/>
          </w:tcPr>
          <w:p w14:paraId="2A20984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Placebo</w:t>
            </w:r>
          </w:p>
        </w:tc>
        <w:tc>
          <w:tcPr>
            <w:tcW w:w="2410" w:type="dxa"/>
            <w:vAlign w:val="bottom"/>
          </w:tcPr>
          <w:p w14:paraId="3F7DE2C9"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4</w:t>
            </w:r>
          </w:p>
        </w:tc>
        <w:tc>
          <w:tcPr>
            <w:tcW w:w="2410" w:type="dxa"/>
            <w:vAlign w:val="bottom"/>
          </w:tcPr>
          <w:p w14:paraId="5B720572" w14:textId="77777777" w:rsidR="005816E5" w:rsidRPr="00EB75F0" w:rsidRDefault="005816E5" w:rsidP="00C32B29">
            <w:pPr>
              <w:pStyle w:val="BodyText"/>
              <w:spacing w:before="0" w:after="0" w:line="240" w:lineRule="auto"/>
              <w:rPr>
                <w:rFonts w:ascii="Calibri" w:hAnsi="Calibri" w:cs="Calibri"/>
                <w:szCs w:val="22"/>
              </w:rPr>
            </w:pPr>
            <w:r w:rsidRPr="00EB75F0">
              <w:rPr>
                <w:rFonts w:ascii="Calibri" w:hAnsi="Calibri" w:cs="Calibri"/>
                <w:szCs w:val="22"/>
              </w:rPr>
              <w:t>77</w:t>
            </w:r>
          </w:p>
        </w:tc>
      </w:tr>
    </w:tbl>
    <w:p w14:paraId="1D39BD2F" w14:textId="77777777" w:rsidR="005816E5" w:rsidRPr="00EB75F0" w:rsidRDefault="005816E5" w:rsidP="005816E5">
      <w:pPr>
        <w:pStyle w:val="BodyText"/>
        <w:sectPr w:rsidR="005816E5" w:rsidRPr="00EB75F0" w:rsidSect="005816E5">
          <w:pgSz w:w="11906" w:h="16838"/>
          <w:pgMar w:top="1134" w:right="1134" w:bottom="1134" w:left="1134" w:header="567" w:footer="567" w:gutter="0"/>
          <w:cols w:space="708"/>
          <w:docGrid w:linePitch="360"/>
        </w:sectPr>
      </w:pPr>
    </w:p>
    <w:p w14:paraId="4C113719" w14:textId="77777777" w:rsidR="009446D0" w:rsidRPr="004857CF" w:rsidRDefault="0084596B">
      <w:pPr>
        <w:pStyle w:val="Heading1"/>
        <w:numPr>
          <w:ilvl w:val="0"/>
          <w:numId w:val="17"/>
        </w:numPr>
        <w:ind w:left="0" w:firstLine="0"/>
        <w:rPr>
          <w:b/>
          <w:sz w:val="24"/>
        </w:rPr>
      </w:pPr>
      <w:bookmarkStart w:id="87" w:name="_Ref231992822"/>
      <w:r w:rsidRPr="004857CF">
        <w:rPr>
          <w:b/>
          <w:sz w:val="24"/>
        </w:rPr>
        <w:lastRenderedPageBreak/>
        <w:t>Table summarizing analyses conducted for each endpoint</w:t>
      </w:r>
      <w:bookmarkEnd w:id="83"/>
      <w:bookmarkEnd w:id="84"/>
      <w:bookmarkEnd w:id="87"/>
    </w:p>
    <w:p w14:paraId="4B7B91BF" w14:textId="5D3796C1" w:rsidR="009446D0" w:rsidRPr="004857CF" w:rsidRDefault="0084596B">
      <w:pPr>
        <w:rPr>
          <w:color w:val="auto"/>
          <w:szCs w:val="22"/>
        </w:rPr>
      </w:pPr>
      <w:r w:rsidRPr="004857CF">
        <w:rPr>
          <w:color w:val="auto"/>
          <w:szCs w:val="22"/>
        </w:rPr>
        <w:t xml:space="preserve">The base case and </w:t>
      </w:r>
      <w:r w:rsidR="009E5C4E" w:rsidRPr="004857CF">
        <w:rPr>
          <w:color w:val="auto"/>
          <w:szCs w:val="22"/>
        </w:rPr>
        <w:t>sensitivity</w:t>
      </w:r>
      <w:r w:rsidRPr="004857CF">
        <w:rPr>
          <w:color w:val="auto"/>
          <w:szCs w:val="22"/>
        </w:rPr>
        <w:t xml:space="preserve"> analyses conducted for each endpoint, based on the available evidence (see </w:t>
      </w:r>
      <w:r w:rsidR="009D1FA7" w:rsidRPr="004857CF">
        <w:rPr>
          <w:color w:val="auto"/>
          <w:szCs w:val="22"/>
        </w:rPr>
        <w:fldChar w:fldCharType="begin"/>
      </w:r>
      <w:r w:rsidR="009D1FA7" w:rsidRPr="004857CF">
        <w:rPr>
          <w:color w:val="auto"/>
          <w:szCs w:val="22"/>
        </w:rPr>
        <w:instrText xml:space="preserve"> REF _Ref214012735 \w \h </w:instrText>
      </w:r>
      <w:r w:rsidR="009D1FA7" w:rsidRPr="004857CF">
        <w:rPr>
          <w:color w:val="auto"/>
          <w:szCs w:val="22"/>
        </w:rPr>
      </w:r>
      <w:r w:rsidR="009D1FA7" w:rsidRPr="004857CF">
        <w:rPr>
          <w:color w:val="auto"/>
          <w:szCs w:val="22"/>
        </w:rPr>
        <w:fldChar w:fldCharType="separate"/>
      </w:r>
      <w:r w:rsidR="004B2F28">
        <w:rPr>
          <w:color w:val="auto"/>
          <w:szCs w:val="22"/>
        </w:rPr>
        <w:t>Appendix 5</w:t>
      </w:r>
      <w:r w:rsidR="009D1FA7" w:rsidRPr="004857CF">
        <w:rPr>
          <w:color w:val="auto"/>
          <w:szCs w:val="22"/>
        </w:rPr>
        <w:fldChar w:fldCharType="end"/>
      </w:r>
      <w:r w:rsidRPr="004857CF">
        <w:rPr>
          <w:color w:val="auto"/>
          <w:szCs w:val="22"/>
        </w:rPr>
        <w:t xml:space="preserve"> and </w:t>
      </w:r>
      <w:r w:rsidRPr="004857CF">
        <w:rPr>
          <w:color w:val="auto"/>
          <w:szCs w:val="22"/>
        </w:rPr>
        <w:fldChar w:fldCharType="begin"/>
      </w:r>
      <w:r w:rsidRPr="004857CF">
        <w:rPr>
          <w:color w:val="auto"/>
          <w:szCs w:val="22"/>
        </w:rPr>
        <w:instrText>REF _Ref14139520 \h \r</w:instrText>
      </w:r>
      <w:r w:rsidR="00E2643A" w:rsidRPr="004857CF">
        <w:rPr>
          <w:color w:val="auto"/>
          <w:szCs w:val="22"/>
        </w:rPr>
        <w:instrText xml:space="preserve"> \* MERGEFORMAT </w:instrText>
      </w:r>
      <w:r w:rsidRPr="004857CF">
        <w:rPr>
          <w:color w:val="auto"/>
          <w:szCs w:val="22"/>
        </w:rPr>
      </w:r>
      <w:r w:rsidRPr="004857CF">
        <w:rPr>
          <w:color w:val="auto"/>
          <w:szCs w:val="22"/>
        </w:rPr>
        <w:fldChar w:fldCharType="separate"/>
      </w:r>
      <w:r w:rsidR="004B2F28">
        <w:rPr>
          <w:color w:val="auto"/>
          <w:szCs w:val="22"/>
        </w:rPr>
        <w:t>Appendix 9</w:t>
      </w:r>
      <w:r w:rsidRPr="004857CF">
        <w:rPr>
          <w:color w:val="auto"/>
          <w:szCs w:val="22"/>
        </w:rPr>
        <w:fldChar w:fldCharType="end"/>
      </w:r>
      <w:r w:rsidRPr="004857CF">
        <w:rPr>
          <w:color w:val="auto"/>
          <w:szCs w:val="22"/>
        </w:rPr>
        <w:t xml:space="preserve">), are summarized in </w:t>
      </w:r>
      <w:r w:rsidRPr="004857CF">
        <w:rPr>
          <w:color w:val="auto"/>
          <w:szCs w:val="22"/>
        </w:rPr>
        <w:fldChar w:fldCharType="begin"/>
      </w:r>
      <w:r w:rsidRPr="004857CF">
        <w:rPr>
          <w:color w:val="auto"/>
          <w:szCs w:val="22"/>
        </w:rPr>
        <w:instrText>REF _Ref14997660 \h</w:instrText>
      </w:r>
      <w:r w:rsidR="00E2643A" w:rsidRPr="004857CF">
        <w:rPr>
          <w:color w:val="auto"/>
          <w:szCs w:val="22"/>
        </w:rPr>
        <w:instrText xml:space="preserve"> \* MERGEFORMAT </w:instrText>
      </w:r>
      <w:r w:rsidRPr="004857CF">
        <w:rPr>
          <w:color w:val="auto"/>
          <w:szCs w:val="22"/>
        </w:rPr>
      </w:r>
      <w:r w:rsidRPr="004857CF">
        <w:rPr>
          <w:color w:val="auto"/>
          <w:szCs w:val="22"/>
        </w:rPr>
        <w:fldChar w:fldCharType="separate"/>
      </w:r>
      <w:r w:rsidR="004B2F28" w:rsidRPr="004B2F28">
        <w:rPr>
          <w:color w:val="auto"/>
          <w:szCs w:val="22"/>
        </w:rPr>
        <w:t>Table S11</w:t>
      </w:r>
      <w:r w:rsidR="004B2F28" w:rsidRPr="004B2F28">
        <w:rPr>
          <w:color w:val="auto"/>
          <w:szCs w:val="22"/>
        </w:rPr>
        <w:noBreakHyphen/>
        <w:t>1</w:t>
      </w:r>
      <w:r w:rsidRPr="004857CF">
        <w:rPr>
          <w:color w:val="auto"/>
          <w:szCs w:val="22"/>
        </w:rPr>
        <w:fldChar w:fldCharType="end"/>
      </w:r>
      <w:r w:rsidRPr="004857CF">
        <w:rPr>
          <w:color w:val="auto"/>
          <w:szCs w:val="22"/>
        </w:rPr>
        <w:t>.</w:t>
      </w:r>
      <w:r w:rsidR="006F713D" w:rsidRPr="004857CF">
        <w:rPr>
          <w:color w:val="auto"/>
          <w:szCs w:val="22"/>
        </w:rPr>
        <w:t xml:space="preserve"> The number of studies and total number of patients included in each network are also provided. </w:t>
      </w:r>
    </w:p>
    <w:p w14:paraId="5E933A28" w14:textId="1E55B33D" w:rsidR="009446D0" w:rsidRPr="00541089" w:rsidRDefault="0084596B">
      <w:pPr>
        <w:pStyle w:val="Heading2"/>
        <w:rPr>
          <w:color w:val="000000"/>
        </w:rPr>
      </w:pPr>
      <w:bookmarkStart w:id="88" w:name="_Ref14780687"/>
      <w:bookmarkStart w:id="89" w:name="_Ref14997660"/>
      <w:r w:rsidRPr="00541089">
        <w:rPr>
          <w:color w:val="000000"/>
        </w:rPr>
        <w:t>Table S</w:t>
      </w:r>
      <w:r w:rsidR="00EE288E" w:rsidRPr="00541089">
        <w:rPr>
          <w:color w:val="000000"/>
        </w:rPr>
        <w:fldChar w:fldCharType="begin"/>
      </w:r>
      <w:r w:rsidR="00EE288E" w:rsidRPr="00541089">
        <w:rPr>
          <w:color w:val="000000"/>
        </w:rPr>
        <w:instrText xml:space="preserve"> STYLEREF 1 \s </w:instrText>
      </w:r>
      <w:r w:rsidR="00EE288E" w:rsidRPr="00541089">
        <w:rPr>
          <w:color w:val="000000"/>
        </w:rPr>
        <w:fldChar w:fldCharType="separate"/>
      </w:r>
      <w:r w:rsidR="004B2F28">
        <w:rPr>
          <w:noProof/>
          <w:color w:val="000000"/>
        </w:rPr>
        <w:t>11</w:t>
      </w:r>
      <w:r w:rsidR="00EE288E" w:rsidRPr="00541089">
        <w:rPr>
          <w:color w:val="000000"/>
        </w:rPr>
        <w:fldChar w:fldCharType="end"/>
      </w:r>
      <w:r w:rsidR="00EE288E" w:rsidRPr="00541089">
        <w:rPr>
          <w:color w:val="000000"/>
        </w:rPr>
        <w:noBreakHyphen/>
      </w:r>
      <w:r w:rsidR="00EE288E" w:rsidRPr="00541089">
        <w:rPr>
          <w:color w:val="000000"/>
        </w:rPr>
        <w:fldChar w:fldCharType="begin"/>
      </w:r>
      <w:r w:rsidR="00EE288E" w:rsidRPr="00541089">
        <w:rPr>
          <w:color w:val="000000"/>
        </w:rPr>
        <w:instrText xml:space="preserve"> SEQ Table \* ARABIC \s 1 </w:instrText>
      </w:r>
      <w:r w:rsidR="00EE288E" w:rsidRPr="00541089">
        <w:rPr>
          <w:color w:val="000000"/>
        </w:rPr>
        <w:fldChar w:fldCharType="separate"/>
      </w:r>
      <w:r w:rsidR="004B2F28">
        <w:rPr>
          <w:noProof/>
          <w:color w:val="000000"/>
        </w:rPr>
        <w:t>1</w:t>
      </w:r>
      <w:r w:rsidR="00EE288E" w:rsidRPr="00541089">
        <w:rPr>
          <w:color w:val="000000"/>
        </w:rPr>
        <w:fldChar w:fldCharType="end"/>
      </w:r>
      <w:bookmarkEnd w:id="88"/>
      <w:bookmarkEnd w:id="89"/>
      <w:r w:rsidRPr="00541089">
        <w:rPr>
          <w:color w:val="000000"/>
        </w:rPr>
        <w:t>: Summary of analyses</w:t>
      </w:r>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588"/>
        <w:gridCol w:w="1128"/>
        <w:gridCol w:w="805"/>
        <w:gridCol w:w="3587"/>
        <w:gridCol w:w="1130"/>
        <w:gridCol w:w="1390"/>
      </w:tblGrid>
      <w:tr w:rsidR="00C073D9" w:rsidRPr="00EB75F0" w14:paraId="6B5C358D" w14:textId="57AED6C6" w:rsidTr="00C073D9">
        <w:trPr>
          <w:trHeight w:val="576"/>
          <w:tblHeader/>
        </w:trPr>
        <w:tc>
          <w:tcPr>
            <w:tcW w:w="824" w:type="pct"/>
            <w:tcBorders>
              <w:top w:val="single" w:sz="4" w:space="0" w:color="000000"/>
              <w:left w:val="single" w:sz="4" w:space="0" w:color="000000"/>
              <w:bottom w:val="single" w:sz="4" w:space="0" w:color="000000"/>
              <w:right w:val="single" w:sz="4" w:space="0" w:color="000000"/>
            </w:tcBorders>
            <w:shd w:val="clear" w:color="auto" w:fill="001B2B"/>
          </w:tcPr>
          <w:p w14:paraId="512AEE57" w14:textId="77777777" w:rsidR="009C1FF0" w:rsidRPr="00EB75F0" w:rsidRDefault="009C1FF0">
            <w:pPr>
              <w:pStyle w:val="TableHeading"/>
            </w:pPr>
            <w:r w:rsidRPr="00EB75F0">
              <w:rPr>
                <w:b/>
              </w:rPr>
              <w:t>Endpoint</w:t>
            </w:r>
          </w:p>
        </w:tc>
        <w:tc>
          <w:tcPr>
            <w:tcW w:w="586" w:type="pct"/>
            <w:tcBorders>
              <w:top w:val="single" w:sz="4" w:space="0" w:color="000000"/>
              <w:left w:val="single" w:sz="4" w:space="0" w:color="000000"/>
              <w:bottom w:val="single" w:sz="4" w:space="0" w:color="000000"/>
              <w:right w:val="single" w:sz="4" w:space="0" w:color="000000"/>
            </w:tcBorders>
            <w:shd w:val="clear" w:color="auto" w:fill="001B2B"/>
          </w:tcPr>
          <w:p w14:paraId="77066954" w14:textId="77777777" w:rsidR="009C1FF0" w:rsidRPr="00EB75F0" w:rsidRDefault="009C1FF0">
            <w:pPr>
              <w:pStyle w:val="TableHeading"/>
            </w:pPr>
            <w:r w:rsidRPr="00EB75F0">
              <w:rPr>
                <w:b/>
              </w:rPr>
              <w:t>Effect measure</w:t>
            </w:r>
          </w:p>
        </w:tc>
        <w:tc>
          <w:tcPr>
            <w:tcW w:w="418" w:type="pct"/>
            <w:tcBorders>
              <w:top w:val="single" w:sz="4" w:space="0" w:color="000000"/>
              <w:left w:val="single" w:sz="4" w:space="0" w:color="000000"/>
              <w:bottom w:val="single" w:sz="4" w:space="0" w:color="000000"/>
              <w:right w:val="single" w:sz="4" w:space="0" w:color="000000"/>
            </w:tcBorders>
            <w:shd w:val="clear" w:color="auto" w:fill="001B2B"/>
          </w:tcPr>
          <w:p w14:paraId="4C03A0AB" w14:textId="77777777" w:rsidR="009C1FF0" w:rsidRPr="00EB75F0" w:rsidRDefault="009C1FF0">
            <w:pPr>
              <w:pStyle w:val="TableHeading"/>
            </w:pPr>
            <w:r w:rsidRPr="00EB75F0">
              <w:rPr>
                <w:b/>
              </w:rPr>
              <w:t>NMA model</w:t>
            </w:r>
          </w:p>
        </w:tc>
        <w:tc>
          <w:tcPr>
            <w:tcW w:w="1863" w:type="pct"/>
            <w:tcBorders>
              <w:top w:val="single" w:sz="4" w:space="0" w:color="000000"/>
              <w:left w:val="single" w:sz="4" w:space="0" w:color="000000"/>
              <w:bottom w:val="single" w:sz="4" w:space="0" w:color="000000"/>
              <w:right w:val="single" w:sz="4" w:space="0" w:color="000000"/>
            </w:tcBorders>
            <w:shd w:val="clear" w:color="auto" w:fill="001B2B"/>
          </w:tcPr>
          <w:p w14:paraId="4237A25A" w14:textId="77777777" w:rsidR="009C1FF0" w:rsidRPr="00EB75F0" w:rsidRDefault="009C1FF0">
            <w:pPr>
              <w:pStyle w:val="TableHeading"/>
            </w:pPr>
            <w:r w:rsidRPr="00EB75F0">
              <w:rPr>
                <w:b/>
              </w:rPr>
              <w:t>Analyses</w:t>
            </w:r>
          </w:p>
        </w:tc>
        <w:tc>
          <w:tcPr>
            <w:tcW w:w="587" w:type="pct"/>
            <w:tcBorders>
              <w:top w:val="single" w:sz="4" w:space="0" w:color="000000"/>
              <w:left w:val="single" w:sz="4" w:space="0" w:color="000000"/>
              <w:bottom w:val="single" w:sz="4" w:space="0" w:color="000000"/>
              <w:right w:val="single" w:sz="4" w:space="0" w:color="000000"/>
            </w:tcBorders>
            <w:shd w:val="clear" w:color="auto" w:fill="001B2B"/>
          </w:tcPr>
          <w:p w14:paraId="69724890" w14:textId="0ACA8EAA" w:rsidR="009C1FF0" w:rsidRPr="00EB75F0" w:rsidRDefault="009C1FF0">
            <w:pPr>
              <w:pStyle w:val="TableHeading"/>
              <w:rPr>
                <w:b/>
              </w:rPr>
            </w:pPr>
            <w:r w:rsidRPr="00EB75F0">
              <w:rPr>
                <w:b/>
              </w:rPr>
              <w:t>N studies</w:t>
            </w:r>
          </w:p>
        </w:tc>
        <w:tc>
          <w:tcPr>
            <w:tcW w:w="723" w:type="pct"/>
            <w:tcBorders>
              <w:top w:val="single" w:sz="4" w:space="0" w:color="000000"/>
              <w:left w:val="single" w:sz="4" w:space="0" w:color="000000"/>
              <w:bottom w:val="single" w:sz="4" w:space="0" w:color="000000"/>
              <w:right w:val="single" w:sz="4" w:space="0" w:color="000000"/>
            </w:tcBorders>
            <w:shd w:val="clear" w:color="auto" w:fill="001B2B"/>
          </w:tcPr>
          <w:p w14:paraId="6056A5F6" w14:textId="2730D8DE" w:rsidR="009C1FF0" w:rsidRPr="00EB75F0" w:rsidRDefault="009C1FF0">
            <w:pPr>
              <w:pStyle w:val="TableHeading"/>
              <w:rPr>
                <w:b/>
              </w:rPr>
            </w:pPr>
            <w:r w:rsidRPr="00EB75F0">
              <w:rPr>
                <w:b/>
              </w:rPr>
              <w:t>N patients</w:t>
            </w:r>
          </w:p>
        </w:tc>
      </w:tr>
      <w:tr w:rsidR="00E90FEC" w:rsidRPr="00EB75F0" w14:paraId="318752C6" w14:textId="2B37BD26" w:rsidTr="00C073D9">
        <w:trPr>
          <w:trHeight w:val="384"/>
        </w:trPr>
        <w:tc>
          <w:tcPr>
            <w:tcW w:w="824" w:type="pct"/>
            <w:vMerge w:val="restart"/>
            <w:tcBorders>
              <w:top w:val="single" w:sz="4" w:space="0" w:color="000000"/>
              <w:left w:val="single" w:sz="4" w:space="0" w:color="000000"/>
              <w:bottom w:val="single" w:sz="4" w:space="0" w:color="000000"/>
              <w:right w:val="single" w:sz="4" w:space="0" w:color="000000"/>
            </w:tcBorders>
          </w:tcPr>
          <w:p w14:paraId="4B7F60C7" w14:textId="77777777" w:rsidR="00E90FEC" w:rsidRPr="00EB75F0" w:rsidRDefault="00E90FEC" w:rsidP="00E90FEC">
            <w:pPr>
              <w:pStyle w:val="TableText"/>
            </w:pPr>
            <w:r w:rsidRPr="00EB75F0">
              <w:t>Mean change from baseline total PANSS score</w:t>
            </w:r>
          </w:p>
        </w:tc>
        <w:tc>
          <w:tcPr>
            <w:tcW w:w="586" w:type="pct"/>
            <w:vMerge w:val="restart"/>
            <w:tcBorders>
              <w:top w:val="single" w:sz="4" w:space="0" w:color="000000"/>
              <w:left w:val="single" w:sz="4" w:space="0" w:color="000000"/>
              <w:bottom w:val="single" w:sz="4" w:space="0" w:color="000000"/>
              <w:right w:val="single" w:sz="4" w:space="0" w:color="000000"/>
            </w:tcBorders>
          </w:tcPr>
          <w:p w14:paraId="70B08430" w14:textId="77777777" w:rsidR="00E90FEC" w:rsidRPr="00EB75F0" w:rsidRDefault="00E90FEC" w:rsidP="00E90FEC">
            <w:pPr>
              <w:pStyle w:val="TableText"/>
            </w:pPr>
            <w:r w:rsidRPr="00EB75F0">
              <w:t>Mean Difference</w:t>
            </w:r>
          </w:p>
        </w:tc>
        <w:tc>
          <w:tcPr>
            <w:tcW w:w="418" w:type="pct"/>
            <w:vMerge w:val="restart"/>
            <w:tcBorders>
              <w:top w:val="single" w:sz="4" w:space="0" w:color="000000"/>
              <w:left w:val="single" w:sz="4" w:space="0" w:color="000000"/>
              <w:bottom w:val="single" w:sz="4" w:space="0" w:color="000000"/>
              <w:right w:val="single" w:sz="4" w:space="0" w:color="000000"/>
            </w:tcBorders>
          </w:tcPr>
          <w:p w14:paraId="3ECC13BB" w14:textId="77777777" w:rsidR="00E90FEC" w:rsidRPr="00EB75F0" w:rsidRDefault="00E90FEC" w:rsidP="00E90FEC">
            <w:pPr>
              <w:pStyle w:val="TableText"/>
            </w:pPr>
            <w:r w:rsidRPr="00EB75F0">
              <w:t>RE</w:t>
            </w:r>
          </w:p>
        </w:tc>
        <w:tc>
          <w:tcPr>
            <w:tcW w:w="1863" w:type="pct"/>
            <w:tcBorders>
              <w:top w:val="single" w:sz="4" w:space="0" w:color="000000"/>
              <w:left w:val="single" w:sz="4" w:space="0" w:color="000000"/>
              <w:bottom w:val="single" w:sz="4" w:space="0" w:color="000000"/>
              <w:right w:val="single" w:sz="4" w:space="0" w:color="000000"/>
            </w:tcBorders>
          </w:tcPr>
          <w:p w14:paraId="361DD529" w14:textId="77777777" w:rsidR="00E90FEC" w:rsidRPr="00EB75F0" w:rsidRDefault="00E90FEC" w:rsidP="00E90FEC">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14601866" w14:textId="7F8CCFB9" w:rsidR="00E90FEC" w:rsidRPr="00EB75F0" w:rsidRDefault="00E90FEC" w:rsidP="00E90FEC">
            <w:pPr>
              <w:pStyle w:val="TableText"/>
            </w:pPr>
            <w:r w:rsidRPr="00EB75F0">
              <w:t>45</w:t>
            </w:r>
          </w:p>
        </w:tc>
        <w:tc>
          <w:tcPr>
            <w:tcW w:w="723" w:type="pct"/>
            <w:tcBorders>
              <w:top w:val="single" w:sz="4" w:space="0" w:color="000000"/>
              <w:left w:val="single" w:sz="4" w:space="0" w:color="000000"/>
              <w:bottom w:val="single" w:sz="4" w:space="0" w:color="000000"/>
              <w:right w:val="single" w:sz="4" w:space="0" w:color="000000"/>
            </w:tcBorders>
            <w:vAlign w:val="bottom"/>
          </w:tcPr>
          <w:p w14:paraId="4594C05E" w14:textId="682E6F20" w:rsidR="00E90FEC" w:rsidRPr="00EB75F0" w:rsidRDefault="00E90FEC" w:rsidP="00E90FEC">
            <w:pPr>
              <w:pStyle w:val="TableText"/>
            </w:pPr>
            <w:r w:rsidRPr="00EB75F0">
              <w:t>11</w:t>
            </w:r>
            <w:r w:rsidR="008D577E" w:rsidRPr="00EB75F0">
              <w:t>,</w:t>
            </w:r>
            <w:r w:rsidRPr="00EB75F0">
              <w:t>715</w:t>
            </w:r>
          </w:p>
        </w:tc>
      </w:tr>
      <w:tr w:rsidR="00E90FEC" w:rsidRPr="00EB75F0" w14:paraId="02AA6F3E" w14:textId="1450825F" w:rsidTr="00C073D9">
        <w:trPr>
          <w:trHeight w:val="342"/>
        </w:trPr>
        <w:tc>
          <w:tcPr>
            <w:tcW w:w="824" w:type="pct"/>
            <w:vMerge/>
            <w:tcBorders>
              <w:top w:val="single" w:sz="4" w:space="0" w:color="000000"/>
              <w:left w:val="single" w:sz="4" w:space="0" w:color="000000"/>
              <w:bottom w:val="single" w:sz="4" w:space="0" w:color="000000"/>
              <w:right w:val="single" w:sz="4" w:space="0" w:color="000000"/>
            </w:tcBorders>
          </w:tcPr>
          <w:p w14:paraId="2F7F3758" w14:textId="77777777" w:rsidR="00E90FEC" w:rsidRPr="00EB75F0" w:rsidRDefault="00E90FEC" w:rsidP="00E90FEC"/>
        </w:tc>
        <w:tc>
          <w:tcPr>
            <w:tcW w:w="586" w:type="pct"/>
            <w:vMerge/>
            <w:tcBorders>
              <w:top w:val="single" w:sz="4" w:space="0" w:color="000000"/>
              <w:left w:val="single" w:sz="4" w:space="0" w:color="000000"/>
              <w:bottom w:val="single" w:sz="4" w:space="0" w:color="000000"/>
              <w:right w:val="single" w:sz="4" w:space="0" w:color="000000"/>
            </w:tcBorders>
          </w:tcPr>
          <w:p w14:paraId="3E7AF466" w14:textId="77777777" w:rsidR="00E90FEC" w:rsidRPr="00EB75F0" w:rsidRDefault="00E90FEC" w:rsidP="00E90FEC"/>
        </w:tc>
        <w:tc>
          <w:tcPr>
            <w:tcW w:w="418" w:type="pct"/>
            <w:vMerge/>
            <w:tcBorders>
              <w:top w:val="single" w:sz="4" w:space="0" w:color="000000"/>
              <w:left w:val="single" w:sz="4" w:space="0" w:color="000000"/>
              <w:bottom w:val="single" w:sz="4" w:space="0" w:color="000000"/>
              <w:right w:val="single" w:sz="4" w:space="0" w:color="000000"/>
            </w:tcBorders>
          </w:tcPr>
          <w:p w14:paraId="0DFEC732" w14:textId="77777777" w:rsidR="00E90FEC" w:rsidRPr="00EB75F0" w:rsidRDefault="00E90FEC" w:rsidP="00E90FEC"/>
        </w:tc>
        <w:tc>
          <w:tcPr>
            <w:tcW w:w="1863" w:type="pct"/>
            <w:tcBorders>
              <w:top w:val="single" w:sz="4" w:space="0" w:color="000000"/>
              <w:left w:val="single" w:sz="4" w:space="0" w:color="000000"/>
              <w:bottom w:val="single" w:sz="4" w:space="0" w:color="000000"/>
              <w:right w:val="single" w:sz="4" w:space="0" w:color="000000"/>
            </w:tcBorders>
          </w:tcPr>
          <w:p w14:paraId="022C905A" w14:textId="7A84E733" w:rsidR="00E90FEC" w:rsidRPr="00EB75F0" w:rsidRDefault="009E5C4E" w:rsidP="00E90FEC">
            <w:pPr>
              <w:pStyle w:val="TableText"/>
            </w:pPr>
            <w:r w:rsidRPr="00EB75F0">
              <w:t>Sensitivity</w:t>
            </w:r>
            <w:r w:rsidR="00E90FEC" w:rsidRPr="00EB75F0">
              <w:t xml:space="preserve"> analysis – exclude Asian only studies (Chan 2007</w:t>
            </w:r>
            <w:r w:rsidR="0031308D" w:rsidRPr="00EB75F0">
              <w:fldChar w:fldCharType="begin"/>
            </w:r>
            <w:r w:rsidR="00452EF4">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EB75F0">
              <w:fldChar w:fldCharType="separate"/>
            </w:r>
            <w:r w:rsidR="00452EF4" w:rsidRPr="00452EF4">
              <w:rPr>
                <w:noProof/>
                <w:vertAlign w:val="superscript"/>
              </w:rPr>
              <w:t>26</w:t>
            </w:r>
            <w:r w:rsidR="0031308D" w:rsidRPr="00EB75F0">
              <w:fldChar w:fldCharType="end"/>
            </w:r>
            <w:r w:rsidR="00E90FEC" w:rsidRPr="00EB75F0">
              <w:t xml:space="preserve">, </w:t>
            </w:r>
            <w:proofErr w:type="spellStart"/>
            <w:r w:rsidR="00E90FEC" w:rsidRPr="00EB75F0">
              <w:t>Ishigooka</w:t>
            </w:r>
            <w:proofErr w:type="spellEnd"/>
            <w:r w:rsidR="00E90FEC" w:rsidRPr="00EB75F0">
              <w:t xml:space="preserve"> 2018</w:t>
            </w:r>
            <w:r w:rsidR="0031308D" w:rsidRPr="00EB75F0">
              <w:fldChar w:fldCharType="begin"/>
            </w:r>
            <w:r w:rsidR="00452EF4">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rPr>
              <w:instrText>‐</w:instrText>
            </w:r>
            <w:r w:rsidR="00452EF4">
              <w:instrText>week, randomized, double</w:instrText>
            </w:r>
            <w:r w:rsidR="00452EF4">
              <w:rPr>
                <w:rFonts w:ascii="Cambria Math" w:hAnsi="Cambria Math" w:cs="Cambria Math"/>
              </w:rPr>
              <w:instrText>‐</w:instrText>
            </w:r>
            <w:r w:rsidR="00452EF4">
              <w:instrText>blind, placebo</w:instrText>
            </w:r>
            <w:r w:rsidR="00452EF4">
              <w:rPr>
                <w:rFonts w:ascii="Cambria Math" w:hAnsi="Cambria Math" w:cs="Cambria Math"/>
              </w:rPr>
              <w:instrText>‐</w:instrText>
            </w:r>
            <w:r w:rsidR="00452EF4">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fldChar w:fldCharType="separate"/>
            </w:r>
            <w:r w:rsidR="00452EF4" w:rsidRPr="00452EF4">
              <w:rPr>
                <w:noProof/>
                <w:vertAlign w:val="superscript"/>
              </w:rPr>
              <w:t>40</w:t>
            </w:r>
            <w:r w:rsidR="0031308D" w:rsidRPr="00EB75F0">
              <w:fldChar w:fldCharType="end"/>
            </w:r>
            <w:r w:rsidR="00E90FEC" w:rsidRPr="00EB75F0">
              <w:t>, NCT01625000</w:t>
            </w:r>
            <w:r w:rsidR="0031308D" w:rsidRPr="00EB75F0">
              <w:fldChar w:fldCharType="begin"/>
            </w:r>
            <w:r w:rsidR="00452EF4">
              <w:instrText xml:space="preserve"> ADDIN EN.CITE &lt;EndNote&gt;&lt;Cite&gt;&lt;Author&gt;NCT01625000&lt;/Author&gt;&lt;Year&gt;2021&lt;/Year&gt;&lt;RecNum&gt;41&lt;/RecNum&gt;&lt;DisplayText&gt;&lt;style face="superscript"&gt;44&lt;/style&gt;&lt;/DisplayText&gt;&lt;record&gt;&lt;rec-number&gt;41&lt;/rec-number&gt;&lt;foreign-keys&gt;&lt;key app="EN" db-id="9ttaxzax2p0tr7ewzt55atews50zvxaaa5rz" timestamp="1764068832"&gt;41&lt;/key&gt;&lt;/foreign-keys&gt;&lt;ref-type name="Journal Article"&gt;17&lt;/ref-type&gt;&lt;contributors&gt;&lt;authors&gt;&lt;author&gt;NCT01625000&lt;/author&gt;&lt;/authors&gt;&lt;/contributors&gt;&lt;titles&gt;&lt;title&gt;Safety and Efficacy of MP-214 in Patients With Schizophrenia&lt;/title&gt;&lt;secondary-title&gt;-&lt;/secondary-title&gt;&lt;/titles&gt;&lt;periodical&gt;&lt;full-title&gt;-&lt;/full-title&gt;&lt;/periodical&gt;&lt;pages&gt;-&lt;/pages&gt;&lt;volume&gt;-&lt;/volume&gt;&lt;dates&gt;&lt;year&gt;2021&lt;/year&gt;&lt;/dates&gt;&lt;urls&gt;&lt;/urls&gt;&lt;/record&gt;&lt;/Cite&gt;&lt;/EndNote&gt;</w:instrText>
            </w:r>
            <w:r w:rsidR="0031308D" w:rsidRPr="00EB75F0">
              <w:fldChar w:fldCharType="separate"/>
            </w:r>
            <w:r w:rsidR="00452EF4" w:rsidRPr="00452EF4">
              <w:rPr>
                <w:noProof/>
                <w:vertAlign w:val="superscript"/>
              </w:rPr>
              <w:t>44</w:t>
            </w:r>
            <w:r w:rsidR="0031308D" w:rsidRPr="00EB75F0">
              <w:fldChar w:fldCharType="end"/>
            </w:r>
            <w:r w:rsidR="00E90FEC" w:rsidRPr="00EB75F0">
              <w:t>, NCT00711269</w:t>
            </w:r>
            <w:r w:rsidR="0031308D" w:rsidRPr="00EB75F0">
              <w:fldChar w:fldCharType="begin"/>
            </w:r>
            <w:r w:rsidR="00452EF4">
              <w:instrText xml:space="preserve"> ADDIN EN.CITE &lt;EndNote&gt;&lt;Cite&gt;&lt;Author&gt;NCT00711269&lt;/Author&gt;&lt;Year&gt;2022&lt;/Year&gt;&lt;RecNum&gt;92&lt;/RecNum&gt;&lt;DisplayText&gt;&lt;style face="superscript"&gt;95&lt;/style&gt;&lt;/DisplayText&gt;&lt;record&gt;&lt;rec-number&gt;92&lt;/rec-number&gt;&lt;foreign-keys&gt;&lt;key app="EN" db-id="9ttaxzax2p0tr7ewzt55atews50zvxaaa5rz" timestamp="1764068845"&gt;92&lt;/key&gt;&lt;/foreign-keys&gt;&lt;ref-type name="Journal Article"&gt;17&lt;/ref-type&gt;&lt;contributors&gt;&lt;authors&gt;&lt;author&gt;NCT00711269&lt;/author&gt;&lt;/authors&gt;&lt;/contributors&gt;&lt;titles&gt;&lt;title&gt;Study of SM-13496 (Lurasidone HCl) in Patients With Schizophrenia&lt;/title&gt;&lt;secondary-title&gt;-&lt;/secondary-title&gt;&lt;/titles&gt;&lt;periodical&gt;&lt;full-title&gt;-&lt;/full-title&gt;&lt;/periodical&gt;&lt;pages&gt;-&lt;/pages&gt;&lt;volume&gt;-&lt;/volume&gt;&lt;dates&gt;&lt;year&gt;2022&lt;/year&gt;&lt;/dates&gt;&lt;urls&gt;&lt;/urls&gt;&lt;/record&gt;&lt;/Cite&gt;&lt;/EndNote&gt;</w:instrText>
            </w:r>
            <w:r w:rsidR="0031308D" w:rsidRPr="00EB75F0">
              <w:fldChar w:fldCharType="separate"/>
            </w:r>
            <w:r w:rsidR="00452EF4" w:rsidRPr="00452EF4">
              <w:rPr>
                <w:noProof/>
                <w:vertAlign w:val="superscript"/>
              </w:rPr>
              <w:t>95</w:t>
            </w:r>
            <w:r w:rsidR="0031308D" w:rsidRPr="00EB75F0">
              <w:fldChar w:fldCharType="end"/>
            </w:r>
            <w:r w:rsidR="00E90FEC"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6FA635E6" w14:textId="0D5B0584" w:rsidR="00E90FEC" w:rsidRPr="00EB75F0" w:rsidRDefault="00E90FEC" w:rsidP="00E90FEC">
            <w:pPr>
              <w:pStyle w:val="TableText"/>
            </w:pPr>
            <w:r w:rsidRPr="00EB75F0">
              <w:t>41</w:t>
            </w:r>
          </w:p>
        </w:tc>
        <w:tc>
          <w:tcPr>
            <w:tcW w:w="723" w:type="pct"/>
            <w:tcBorders>
              <w:top w:val="single" w:sz="4" w:space="0" w:color="000000"/>
              <w:left w:val="single" w:sz="4" w:space="0" w:color="000000"/>
              <w:bottom w:val="single" w:sz="4" w:space="0" w:color="000000"/>
              <w:right w:val="single" w:sz="4" w:space="0" w:color="000000"/>
            </w:tcBorders>
            <w:vAlign w:val="bottom"/>
          </w:tcPr>
          <w:p w14:paraId="566EAC05" w14:textId="586A1A7B" w:rsidR="00E90FEC" w:rsidRPr="00EB75F0" w:rsidRDefault="00E90FEC" w:rsidP="00E90FEC">
            <w:pPr>
              <w:pStyle w:val="TableText"/>
            </w:pPr>
            <w:r w:rsidRPr="00EB75F0">
              <w:t>10</w:t>
            </w:r>
            <w:r w:rsidR="008D577E" w:rsidRPr="00EB75F0">
              <w:t>,</w:t>
            </w:r>
            <w:r w:rsidRPr="00EB75F0">
              <w:t>972</w:t>
            </w:r>
          </w:p>
        </w:tc>
      </w:tr>
      <w:tr w:rsidR="008D577E" w:rsidRPr="00EB75F0" w14:paraId="629AF222" w14:textId="242D8ED0" w:rsidTr="00C073D9">
        <w:trPr>
          <w:trHeight w:val="384"/>
        </w:trPr>
        <w:tc>
          <w:tcPr>
            <w:tcW w:w="824" w:type="pct"/>
            <w:vMerge/>
            <w:tcBorders>
              <w:top w:val="single" w:sz="4" w:space="0" w:color="000000"/>
              <w:left w:val="single" w:sz="4" w:space="0" w:color="000000"/>
              <w:bottom w:val="single" w:sz="4" w:space="0" w:color="000000"/>
              <w:right w:val="single" w:sz="4" w:space="0" w:color="000000"/>
            </w:tcBorders>
          </w:tcPr>
          <w:p w14:paraId="5F7A46E2" w14:textId="77777777" w:rsidR="008D577E" w:rsidRPr="00EB75F0" w:rsidRDefault="008D577E" w:rsidP="008D577E"/>
        </w:tc>
        <w:tc>
          <w:tcPr>
            <w:tcW w:w="586" w:type="pct"/>
            <w:vMerge/>
            <w:tcBorders>
              <w:top w:val="single" w:sz="4" w:space="0" w:color="000000"/>
              <w:left w:val="single" w:sz="4" w:space="0" w:color="000000"/>
              <w:bottom w:val="single" w:sz="4" w:space="0" w:color="000000"/>
              <w:right w:val="single" w:sz="4" w:space="0" w:color="000000"/>
            </w:tcBorders>
          </w:tcPr>
          <w:p w14:paraId="70FE4720" w14:textId="77777777" w:rsidR="008D577E" w:rsidRPr="00EB75F0" w:rsidRDefault="008D577E" w:rsidP="008D577E"/>
        </w:tc>
        <w:tc>
          <w:tcPr>
            <w:tcW w:w="418" w:type="pct"/>
            <w:tcBorders>
              <w:top w:val="single" w:sz="4" w:space="0" w:color="000000"/>
              <w:left w:val="single" w:sz="4" w:space="0" w:color="000000"/>
              <w:bottom w:val="single" w:sz="4" w:space="0" w:color="000000"/>
              <w:right w:val="single" w:sz="4" w:space="0" w:color="000000"/>
            </w:tcBorders>
          </w:tcPr>
          <w:p w14:paraId="65FB98EC" w14:textId="77777777" w:rsidR="008D577E" w:rsidRPr="00EB75F0" w:rsidRDefault="008D577E" w:rsidP="008D577E">
            <w:pPr>
              <w:pStyle w:val="TableText"/>
            </w:pPr>
            <w:r w:rsidRPr="00EB75F0">
              <w:t>FE</w:t>
            </w:r>
          </w:p>
        </w:tc>
        <w:tc>
          <w:tcPr>
            <w:tcW w:w="1863" w:type="pct"/>
            <w:tcBorders>
              <w:top w:val="single" w:sz="4" w:space="0" w:color="000000"/>
              <w:left w:val="single" w:sz="4" w:space="0" w:color="000000"/>
              <w:bottom w:val="single" w:sz="4" w:space="0" w:color="000000"/>
              <w:right w:val="single" w:sz="4" w:space="0" w:color="000000"/>
            </w:tcBorders>
          </w:tcPr>
          <w:p w14:paraId="00269125" w14:textId="77777777" w:rsidR="008D577E" w:rsidRPr="00EB75F0" w:rsidRDefault="008D577E" w:rsidP="008D577E">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02CC7E8F" w14:textId="27EB65DB" w:rsidR="008D577E" w:rsidRPr="00EB75F0" w:rsidRDefault="008D577E" w:rsidP="008D577E">
            <w:pPr>
              <w:pStyle w:val="TableText"/>
            </w:pPr>
            <w:r w:rsidRPr="00EB75F0">
              <w:t>45</w:t>
            </w:r>
          </w:p>
        </w:tc>
        <w:tc>
          <w:tcPr>
            <w:tcW w:w="723" w:type="pct"/>
            <w:tcBorders>
              <w:top w:val="single" w:sz="4" w:space="0" w:color="000000"/>
              <w:left w:val="single" w:sz="4" w:space="0" w:color="000000"/>
              <w:bottom w:val="single" w:sz="4" w:space="0" w:color="000000"/>
              <w:right w:val="single" w:sz="4" w:space="0" w:color="000000"/>
            </w:tcBorders>
            <w:vAlign w:val="bottom"/>
          </w:tcPr>
          <w:p w14:paraId="7A1FE1E1" w14:textId="7986C42F" w:rsidR="008D577E" w:rsidRPr="00EB75F0" w:rsidRDefault="008D577E" w:rsidP="008D577E">
            <w:pPr>
              <w:pStyle w:val="TableText"/>
            </w:pPr>
            <w:r w:rsidRPr="00EB75F0">
              <w:t>11,715</w:t>
            </w:r>
          </w:p>
        </w:tc>
      </w:tr>
      <w:tr w:rsidR="008D577E" w:rsidRPr="00EB75F0" w14:paraId="6329A999" w14:textId="0FD711E5" w:rsidTr="00C073D9">
        <w:trPr>
          <w:trHeight w:val="267"/>
        </w:trPr>
        <w:tc>
          <w:tcPr>
            <w:tcW w:w="824" w:type="pct"/>
            <w:vMerge w:val="restart"/>
            <w:tcBorders>
              <w:top w:val="single" w:sz="4" w:space="0" w:color="000000"/>
              <w:left w:val="single" w:sz="4" w:space="0" w:color="000000"/>
              <w:bottom w:val="single" w:sz="4" w:space="0" w:color="000000"/>
              <w:right w:val="single" w:sz="4" w:space="0" w:color="000000"/>
            </w:tcBorders>
          </w:tcPr>
          <w:p w14:paraId="6D47FD4F" w14:textId="77777777" w:rsidR="008D577E" w:rsidRPr="00EB75F0" w:rsidRDefault="008D577E" w:rsidP="008D577E">
            <w:pPr>
              <w:pStyle w:val="TableText"/>
            </w:pPr>
            <w:r w:rsidRPr="00EB75F0">
              <w:t>Mean change from baseline PANSS positive sub-score</w:t>
            </w:r>
          </w:p>
        </w:tc>
        <w:tc>
          <w:tcPr>
            <w:tcW w:w="586" w:type="pct"/>
            <w:vMerge w:val="restart"/>
            <w:tcBorders>
              <w:top w:val="single" w:sz="4" w:space="0" w:color="000000"/>
              <w:left w:val="single" w:sz="4" w:space="0" w:color="000000"/>
              <w:bottom w:val="single" w:sz="4" w:space="0" w:color="000000"/>
              <w:right w:val="single" w:sz="4" w:space="0" w:color="000000"/>
            </w:tcBorders>
          </w:tcPr>
          <w:p w14:paraId="7DCDAAB2" w14:textId="77777777" w:rsidR="008D577E" w:rsidRPr="00EB75F0" w:rsidRDefault="008D577E" w:rsidP="008D577E">
            <w:pPr>
              <w:pStyle w:val="TableText"/>
            </w:pPr>
            <w:r w:rsidRPr="00EB75F0">
              <w:t>Mean Difference</w:t>
            </w:r>
          </w:p>
        </w:tc>
        <w:tc>
          <w:tcPr>
            <w:tcW w:w="418" w:type="pct"/>
            <w:vMerge w:val="restart"/>
            <w:tcBorders>
              <w:top w:val="single" w:sz="4" w:space="0" w:color="000000"/>
              <w:left w:val="single" w:sz="4" w:space="0" w:color="000000"/>
              <w:bottom w:val="single" w:sz="4" w:space="0" w:color="000000"/>
              <w:right w:val="single" w:sz="4" w:space="0" w:color="000000"/>
            </w:tcBorders>
          </w:tcPr>
          <w:p w14:paraId="561A5730" w14:textId="77777777" w:rsidR="008D577E" w:rsidRPr="00EB75F0" w:rsidRDefault="008D577E" w:rsidP="008D577E">
            <w:pPr>
              <w:pStyle w:val="TableText"/>
            </w:pPr>
            <w:r w:rsidRPr="00EB75F0">
              <w:t>RE</w:t>
            </w:r>
          </w:p>
        </w:tc>
        <w:tc>
          <w:tcPr>
            <w:tcW w:w="1863" w:type="pct"/>
            <w:tcBorders>
              <w:top w:val="single" w:sz="4" w:space="0" w:color="000000"/>
              <w:left w:val="single" w:sz="4" w:space="0" w:color="000000"/>
              <w:bottom w:val="single" w:sz="4" w:space="0" w:color="000000"/>
              <w:right w:val="single" w:sz="4" w:space="0" w:color="000000"/>
            </w:tcBorders>
          </w:tcPr>
          <w:p w14:paraId="4B8FB543" w14:textId="77777777" w:rsidR="008D577E" w:rsidRPr="00EB75F0" w:rsidRDefault="008D577E" w:rsidP="008D577E">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48D63EB4" w14:textId="1874B70E" w:rsidR="008D577E" w:rsidRPr="00EB75F0" w:rsidRDefault="008D577E" w:rsidP="008D577E">
            <w:pPr>
              <w:pStyle w:val="TableText"/>
            </w:pPr>
            <w:r w:rsidRPr="00EB75F0">
              <w:t>35</w:t>
            </w:r>
          </w:p>
        </w:tc>
        <w:tc>
          <w:tcPr>
            <w:tcW w:w="723" w:type="pct"/>
            <w:tcBorders>
              <w:top w:val="single" w:sz="4" w:space="0" w:color="000000"/>
              <w:left w:val="single" w:sz="4" w:space="0" w:color="000000"/>
              <w:bottom w:val="single" w:sz="4" w:space="0" w:color="000000"/>
              <w:right w:val="single" w:sz="4" w:space="0" w:color="000000"/>
            </w:tcBorders>
            <w:vAlign w:val="bottom"/>
          </w:tcPr>
          <w:p w14:paraId="5E30684A" w14:textId="2570DA3F" w:rsidR="008D577E" w:rsidRPr="00EB75F0" w:rsidRDefault="008D577E" w:rsidP="008D577E">
            <w:pPr>
              <w:pStyle w:val="TableText"/>
            </w:pPr>
            <w:r w:rsidRPr="00EB75F0">
              <w:t>9,627</w:t>
            </w:r>
          </w:p>
        </w:tc>
      </w:tr>
      <w:tr w:rsidR="008D577E" w:rsidRPr="00EB75F0" w14:paraId="630FF3F0" w14:textId="59610A82" w:rsidTr="00C073D9">
        <w:trPr>
          <w:trHeight w:val="267"/>
        </w:trPr>
        <w:tc>
          <w:tcPr>
            <w:tcW w:w="824" w:type="pct"/>
            <w:vMerge/>
            <w:tcBorders>
              <w:top w:val="single" w:sz="4" w:space="0" w:color="000000"/>
              <w:left w:val="single" w:sz="4" w:space="0" w:color="000000"/>
              <w:bottom w:val="single" w:sz="4" w:space="0" w:color="000000"/>
              <w:right w:val="single" w:sz="4" w:space="0" w:color="000000"/>
            </w:tcBorders>
          </w:tcPr>
          <w:p w14:paraId="505C3FC0" w14:textId="77777777" w:rsidR="008D577E" w:rsidRPr="00EB75F0" w:rsidRDefault="008D577E" w:rsidP="008D577E"/>
        </w:tc>
        <w:tc>
          <w:tcPr>
            <w:tcW w:w="586" w:type="pct"/>
            <w:vMerge/>
            <w:tcBorders>
              <w:top w:val="single" w:sz="4" w:space="0" w:color="000000"/>
              <w:left w:val="single" w:sz="4" w:space="0" w:color="000000"/>
              <w:bottom w:val="single" w:sz="4" w:space="0" w:color="000000"/>
              <w:right w:val="single" w:sz="4" w:space="0" w:color="000000"/>
            </w:tcBorders>
          </w:tcPr>
          <w:p w14:paraId="7E069B89" w14:textId="77777777" w:rsidR="008D577E" w:rsidRPr="00EB75F0" w:rsidRDefault="008D577E" w:rsidP="008D577E"/>
        </w:tc>
        <w:tc>
          <w:tcPr>
            <w:tcW w:w="418" w:type="pct"/>
            <w:vMerge/>
            <w:tcBorders>
              <w:top w:val="single" w:sz="4" w:space="0" w:color="000000"/>
              <w:left w:val="single" w:sz="4" w:space="0" w:color="000000"/>
              <w:bottom w:val="single" w:sz="4" w:space="0" w:color="000000"/>
              <w:right w:val="single" w:sz="4" w:space="0" w:color="000000"/>
            </w:tcBorders>
          </w:tcPr>
          <w:p w14:paraId="5E89E176" w14:textId="77777777" w:rsidR="008D577E" w:rsidRPr="00EB75F0" w:rsidRDefault="008D577E" w:rsidP="008D577E"/>
        </w:tc>
        <w:tc>
          <w:tcPr>
            <w:tcW w:w="1863" w:type="pct"/>
            <w:tcBorders>
              <w:top w:val="single" w:sz="4" w:space="0" w:color="000000"/>
              <w:left w:val="single" w:sz="4" w:space="0" w:color="000000"/>
              <w:bottom w:val="single" w:sz="4" w:space="0" w:color="000000"/>
              <w:right w:val="single" w:sz="4" w:space="0" w:color="000000"/>
            </w:tcBorders>
          </w:tcPr>
          <w:p w14:paraId="6A9B4E19" w14:textId="5789BE14" w:rsidR="008D577E" w:rsidRPr="00EB75F0" w:rsidRDefault="009E5C4E" w:rsidP="008D577E">
            <w:pPr>
              <w:pStyle w:val="TableText"/>
            </w:pPr>
            <w:r w:rsidRPr="00EB75F0">
              <w:t>Sensitivity</w:t>
            </w:r>
            <w:r w:rsidR="008D577E" w:rsidRPr="00EB75F0">
              <w:t xml:space="preserve"> analysis – exclude Asian only studies (Chan 2007</w:t>
            </w:r>
            <w:r w:rsidR="0031308D" w:rsidRPr="00EB75F0">
              <w:fldChar w:fldCharType="begin"/>
            </w:r>
            <w:r w:rsidR="00452EF4">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EB75F0">
              <w:fldChar w:fldCharType="separate"/>
            </w:r>
            <w:r w:rsidR="00452EF4" w:rsidRPr="00452EF4">
              <w:rPr>
                <w:noProof/>
                <w:vertAlign w:val="superscript"/>
              </w:rPr>
              <w:t>26</w:t>
            </w:r>
            <w:r w:rsidR="0031308D" w:rsidRPr="00EB75F0">
              <w:fldChar w:fldCharType="end"/>
            </w:r>
            <w:r w:rsidR="008D577E" w:rsidRPr="00EB75F0">
              <w:t xml:space="preserve">, </w:t>
            </w:r>
            <w:proofErr w:type="spellStart"/>
            <w:r w:rsidR="008D577E" w:rsidRPr="00EB75F0">
              <w:t>Ishigooka</w:t>
            </w:r>
            <w:proofErr w:type="spellEnd"/>
            <w:r w:rsidR="008D577E" w:rsidRPr="00EB75F0">
              <w:t xml:space="preserve"> 2018</w:t>
            </w:r>
            <w:r w:rsidR="0031308D" w:rsidRPr="00EB75F0">
              <w:fldChar w:fldCharType="begin"/>
            </w:r>
            <w:r w:rsidR="00452EF4">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rPr>
              <w:instrText>‐</w:instrText>
            </w:r>
            <w:r w:rsidR="00452EF4">
              <w:instrText>week, randomized, double</w:instrText>
            </w:r>
            <w:r w:rsidR="00452EF4">
              <w:rPr>
                <w:rFonts w:ascii="Cambria Math" w:hAnsi="Cambria Math" w:cs="Cambria Math"/>
              </w:rPr>
              <w:instrText>‐</w:instrText>
            </w:r>
            <w:r w:rsidR="00452EF4">
              <w:instrText>blind, placebo</w:instrText>
            </w:r>
            <w:r w:rsidR="00452EF4">
              <w:rPr>
                <w:rFonts w:ascii="Cambria Math" w:hAnsi="Cambria Math" w:cs="Cambria Math"/>
              </w:rPr>
              <w:instrText>‐</w:instrText>
            </w:r>
            <w:r w:rsidR="00452EF4">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fldChar w:fldCharType="separate"/>
            </w:r>
            <w:r w:rsidR="00452EF4" w:rsidRPr="00452EF4">
              <w:rPr>
                <w:noProof/>
                <w:vertAlign w:val="superscript"/>
              </w:rPr>
              <w:t>40</w:t>
            </w:r>
            <w:r w:rsidR="0031308D" w:rsidRPr="00EB75F0">
              <w:fldChar w:fldCharType="end"/>
            </w:r>
            <w:r w:rsidR="008D577E" w:rsidRPr="00EB75F0">
              <w:t>, NCT00711269</w:t>
            </w:r>
            <w:r w:rsidR="0031308D" w:rsidRPr="00EB75F0">
              <w:fldChar w:fldCharType="begin"/>
            </w:r>
            <w:r w:rsidR="00452EF4">
              <w:instrText xml:space="preserve"> ADDIN EN.CITE &lt;EndNote&gt;&lt;Cite&gt;&lt;Author&gt;NCT00711269&lt;/Author&gt;&lt;Year&gt;2022&lt;/Year&gt;&lt;RecNum&gt;92&lt;/RecNum&gt;&lt;DisplayText&gt;&lt;style face="superscript"&gt;95&lt;/style&gt;&lt;/DisplayText&gt;&lt;record&gt;&lt;rec-number&gt;92&lt;/rec-number&gt;&lt;foreign-keys&gt;&lt;key app="EN" db-id="9ttaxzax2p0tr7ewzt55atews50zvxaaa5rz" timestamp="1764068845"&gt;92&lt;/key&gt;&lt;/foreign-keys&gt;&lt;ref-type name="Journal Article"&gt;17&lt;/ref-type&gt;&lt;contributors&gt;&lt;authors&gt;&lt;author&gt;NCT00711269&lt;/author&gt;&lt;/authors&gt;&lt;/contributors&gt;&lt;titles&gt;&lt;title&gt;Study of SM-13496 (Lurasidone HCl) in Patients With Schizophrenia&lt;/title&gt;&lt;secondary-title&gt;-&lt;/secondary-title&gt;&lt;/titles&gt;&lt;periodical&gt;&lt;full-title&gt;-&lt;/full-title&gt;&lt;/periodical&gt;&lt;pages&gt;-&lt;/pages&gt;&lt;volume&gt;-&lt;/volume&gt;&lt;dates&gt;&lt;year&gt;2022&lt;/year&gt;&lt;/dates&gt;&lt;urls&gt;&lt;/urls&gt;&lt;/record&gt;&lt;/Cite&gt;&lt;/EndNote&gt;</w:instrText>
            </w:r>
            <w:r w:rsidR="0031308D" w:rsidRPr="00EB75F0">
              <w:fldChar w:fldCharType="separate"/>
            </w:r>
            <w:r w:rsidR="00452EF4" w:rsidRPr="00452EF4">
              <w:rPr>
                <w:noProof/>
                <w:vertAlign w:val="superscript"/>
              </w:rPr>
              <w:t>95</w:t>
            </w:r>
            <w:r w:rsidR="0031308D" w:rsidRPr="00EB75F0">
              <w:fldChar w:fldCharType="end"/>
            </w:r>
            <w:r w:rsidR="008D577E"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7ADD1509" w14:textId="0D6BC43E" w:rsidR="008D577E" w:rsidRPr="00EB75F0" w:rsidRDefault="008D577E" w:rsidP="008D577E">
            <w:pPr>
              <w:pStyle w:val="TableText"/>
            </w:pPr>
            <w:r w:rsidRPr="00EB75F0">
              <w:t>32</w:t>
            </w:r>
          </w:p>
        </w:tc>
        <w:tc>
          <w:tcPr>
            <w:tcW w:w="723" w:type="pct"/>
            <w:tcBorders>
              <w:top w:val="single" w:sz="4" w:space="0" w:color="000000"/>
              <w:left w:val="single" w:sz="4" w:space="0" w:color="000000"/>
              <w:bottom w:val="single" w:sz="4" w:space="0" w:color="000000"/>
              <w:right w:val="single" w:sz="4" w:space="0" w:color="000000"/>
            </w:tcBorders>
            <w:vAlign w:val="bottom"/>
          </w:tcPr>
          <w:p w14:paraId="0E7CE51F" w14:textId="75717096" w:rsidR="008D577E" w:rsidRPr="00EB75F0" w:rsidRDefault="008D577E" w:rsidP="008D577E">
            <w:pPr>
              <w:pStyle w:val="TableText"/>
            </w:pPr>
            <w:r w:rsidRPr="00EB75F0">
              <w:t>9,119</w:t>
            </w:r>
          </w:p>
        </w:tc>
      </w:tr>
      <w:tr w:rsidR="008D577E" w:rsidRPr="00EB75F0" w14:paraId="09BCF839" w14:textId="109F31F6" w:rsidTr="00C073D9">
        <w:trPr>
          <w:trHeight w:val="267"/>
        </w:trPr>
        <w:tc>
          <w:tcPr>
            <w:tcW w:w="824" w:type="pct"/>
            <w:vMerge/>
            <w:tcBorders>
              <w:top w:val="single" w:sz="4" w:space="0" w:color="000000"/>
              <w:left w:val="single" w:sz="4" w:space="0" w:color="000000"/>
              <w:bottom w:val="single" w:sz="4" w:space="0" w:color="000000"/>
              <w:right w:val="single" w:sz="4" w:space="0" w:color="000000"/>
            </w:tcBorders>
          </w:tcPr>
          <w:p w14:paraId="760E3CBD" w14:textId="77777777" w:rsidR="008D577E" w:rsidRPr="00EB75F0" w:rsidRDefault="008D577E" w:rsidP="008D577E"/>
        </w:tc>
        <w:tc>
          <w:tcPr>
            <w:tcW w:w="586" w:type="pct"/>
            <w:vMerge/>
            <w:tcBorders>
              <w:top w:val="single" w:sz="4" w:space="0" w:color="000000"/>
              <w:left w:val="single" w:sz="4" w:space="0" w:color="000000"/>
              <w:bottom w:val="single" w:sz="4" w:space="0" w:color="000000"/>
              <w:right w:val="single" w:sz="4" w:space="0" w:color="000000"/>
            </w:tcBorders>
          </w:tcPr>
          <w:p w14:paraId="1B3D16D9" w14:textId="77777777" w:rsidR="008D577E" w:rsidRPr="00EB75F0" w:rsidRDefault="008D577E" w:rsidP="008D577E"/>
        </w:tc>
        <w:tc>
          <w:tcPr>
            <w:tcW w:w="418" w:type="pct"/>
            <w:tcBorders>
              <w:top w:val="single" w:sz="4" w:space="0" w:color="000000"/>
              <w:left w:val="single" w:sz="4" w:space="0" w:color="000000"/>
              <w:bottom w:val="single" w:sz="4" w:space="0" w:color="000000"/>
              <w:right w:val="single" w:sz="4" w:space="0" w:color="000000"/>
            </w:tcBorders>
          </w:tcPr>
          <w:p w14:paraId="11A243CC" w14:textId="77777777" w:rsidR="008D577E" w:rsidRPr="00EB75F0" w:rsidRDefault="008D577E" w:rsidP="008D577E">
            <w:pPr>
              <w:pStyle w:val="TableText"/>
            </w:pPr>
            <w:r w:rsidRPr="00EB75F0">
              <w:t>FE</w:t>
            </w:r>
          </w:p>
        </w:tc>
        <w:tc>
          <w:tcPr>
            <w:tcW w:w="1863" w:type="pct"/>
            <w:tcBorders>
              <w:top w:val="single" w:sz="4" w:space="0" w:color="000000"/>
              <w:left w:val="single" w:sz="4" w:space="0" w:color="000000"/>
              <w:bottom w:val="single" w:sz="4" w:space="0" w:color="000000"/>
              <w:right w:val="single" w:sz="4" w:space="0" w:color="000000"/>
            </w:tcBorders>
          </w:tcPr>
          <w:p w14:paraId="190FAF18" w14:textId="77777777" w:rsidR="008D577E" w:rsidRPr="00EB75F0" w:rsidRDefault="008D577E" w:rsidP="008D577E">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464C56CD" w14:textId="18E1C10E" w:rsidR="008D577E" w:rsidRPr="00EB75F0" w:rsidRDefault="008D577E" w:rsidP="008D577E">
            <w:pPr>
              <w:pStyle w:val="TableText"/>
            </w:pPr>
            <w:r w:rsidRPr="00EB75F0">
              <w:t>35</w:t>
            </w:r>
          </w:p>
        </w:tc>
        <w:tc>
          <w:tcPr>
            <w:tcW w:w="723" w:type="pct"/>
            <w:tcBorders>
              <w:top w:val="single" w:sz="4" w:space="0" w:color="000000"/>
              <w:left w:val="single" w:sz="4" w:space="0" w:color="000000"/>
              <w:bottom w:val="single" w:sz="4" w:space="0" w:color="000000"/>
              <w:right w:val="single" w:sz="4" w:space="0" w:color="000000"/>
            </w:tcBorders>
            <w:vAlign w:val="bottom"/>
          </w:tcPr>
          <w:p w14:paraId="79AAC54B" w14:textId="1BF91232" w:rsidR="008D577E" w:rsidRPr="00EB75F0" w:rsidRDefault="008D577E" w:rsidP="008D577E">
            <w:pPr>
              <w:pStyle w:val="TableText"/>
            </w:pPr>
            <w:r w:rsidRPr="00EB75F0">
              <w:t>9,627</w:t>
            </w:r>
          </w:p>
        </w:tc>
      </w:tr>
      <w:tr w:rsidR="008D577E" w:rsidRPr="00EB75F0" w14:paraId="7086990B" w14:textId="36629F3A" w:rsidTr="00C073D9">
        <w:trPr>
          <w:trHeight w:val="64"/>
        </w:trPr>
        <w:tc>
          <w:tcPr>
            <w:tcW w:w="824" w:type="pct"/>
            <w:vMerge w:val="restart"/>
            <w:tcBorders>
              <w:top w:val="single" w:sz="4" w:space="0" w:color="000000"/>
              <w:left w:val="single" w:sz="4" w:space="0" w:color="000000"/>
              <w:bottom w:val="single" w:sz="4" w:space="0" w:color="000000"/>
              <w:right w:val="single" w:sz="4" w:space="0" w:color="000000"/>
            </w:tcBorders>
          </w:tcPr>
          <w:p w14:paraId="318B67A4" w14:textId="77777777" w:rsidR="008D577E" w:rsidRPr="00EB75F0" w:rsidRDefault="008D577E" w:rsidP="008D577E">
            <w:pPr>
              <w:pStyle w:val="TableText"/>
            </w:pPr>
            <w:r w:rsidRPr="00EB75F0">
              <w:t xml:space="preserve">Mean change from baseline PANSS negative sub-score </w:t>
            </w:r>
          </w:p>
        </w:tc>
        <w:tc>
          <w:tcPr>
            <w:tcW w:w="586" w:type="pct"/>
            <w:vMerge w:val="restart"/>
            <w:tcBorders>
              <w:top w:val="single" w:sz="4" w:space="0" w:color="000000"/>
              <w:left w:val="single" w:sz="4" w:space="0" w:color="000000"/>
              <w:bottom w:val="single" w:sz="4" w:space="0" w:color="000000"/>
              <w:right w:val="single" w:sz="4" w:space="0" w:color="000000"/>
            </w:tcBorders>
          </w:tcPr>
          <w:p w14:paraId="4C13DC9D" w14:textId="77777777" w:rsidR="008D577E" w:rsidRPr="00EB75F0" w:rsidRDefault="008D577E" w:rsidP="008D577E">
            <w:pPr>
              <w:pStyle w:val="TableText"/>
            </w:pPr>
            <w:r w:rsidRPr="00EB75F0">
              <w:t>Mean Difference</w:t>
            </w:r>
          </w:p>
        </w:tc>
        <w:tc>
          <w:tcPr>
            <w:tcW w:w="418" w:type="pct"/>
            <w:vMerge w:val="restart"/>
            <w:tcBorders>
              <w:top w:val="single" w:sz="4" w:space="0" w:color="000000"/>
              <w:left w:val="single" w:sz="4" w:space="0" w:color="000000"/>
              <w:bottom w:val="single" w:sz="4" w:space="0" w:color="000000"/>
              <w:right w:val="single" w:sz="4" w:space="0" w:color="000000"/>
            </w:tcBorders>
          </w:tcPr>
          <w:p w14:paraId="31034B4D" w14:textId="77777777" w:rsidR="008D577E" w:rsidRPr="00EB75F0" w:rsidRDefault="008D577E" w:rsidP="008D577E">
            <w:pPr>
              <w:pStyle w:val="TableText"/>
            </w:pPr>
            <w:r w:rsidRPr="00EB75F0">
              <w:t>RE</w:t>
            </w:r>
          </w:p>
        </w:tc>
        <w:tc>
          <w:tcPr>
            <w:tcW w:w="1863" w:type="pct"/>
            <w:tcBorders>
              <w:top w:val="single" w:sz="4" w:space="0" w:color="000000"/>
              <w:left w:val="single" w:sz="4" w:space="0" w:color="000000"/>
              <w:bottom w:val="single" w:sz="4" w:space="0" w:color="000000"/>
              <w:right w:val="single" w:sz="4" w:space="0" w:color="000000"/>
            </w:tcBorders>
          </w:tcPr>
          <w:p w14:paraId="666CA1C3" w14:textId="77777777" w:rsidR="008D577E" w:rsidRPr="00EB75F0" w:rsidRDefault="008D577E" w:rsidP="008D577E">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00834EAA" w14:textId="2AD9D9F5" w:rsidR="008D577E" w:rsidRPr="00EB75F0" w:rsidRDefault="008D577E" w:rsidP="008D577E">
            <w:pPr>
              <w:pStyle w:val="TableText"/>
            </w:pPr>
            <w:r w:rsidRPr="00EB75F0">
              <w:t>36</w:t>
            </w:r>
          </w:p>
        </w:tc>
        <w:tc>
          <w:tcPr>
            <w:tcW w:w="723" w:type="pct"/>
            <w:tcBorders>
              <w:top w:val="single" w:sz="4" w:space="0" w:color="000000"/>
              <w:left w:val="single" w:sz="4" w:space="0" w:color="000000"/>
              <w:bottom w:val="single" w:sz="4" w:space="0" w:color="000000"/>
              <w:right w:val="single" w:sz="4" w:space="0" w:color="000000"/>
            </w:tcBorders>
            <w:vAlign w:val="bottom"/>
          </w:tcPr>
          <w:p w14:paraId="486D7406" w14:textId="3D3BCAA0" w:rsidR="008D577E" w:rsidRPr="00EB75F0" w:rsidRDefault="008D577E" w:rsidP="008D577E">
            <w:pPr>
              <w:pStyle w:val="TableText"/>
            </w:pPr>
            <w:r w:rsidRPr="00EB75F0">
              <w:t>9,702</w:t>
            </w:r>
          </w:p>
        </w:tc>
      </w:tr>
      <w:tr w:rsidR="008D577E" w:rsidRPr="00EB75F0" w14:paraId="7D3B065B" w14:textId="2D7FDED3" w:rsidTr="00C073D9">
        <w:trPr>
          <w:trHeight w:val="64"/>
        </w:trPr>
        <w:tc>
          <w:tcPr>
            <w:tcW w:w="824" w:type="pct"/>
            <w:vMerge/>
            <w:tcBorders>
              <w:top w:val="single" w:sz="4" w:space="0" w:color="000000"/>
              <w:left w:val="single" w:sz="4" w:space="0" w:color="000000"/>
              <w:bottom w:val="single" w:sz="4" w:space="0" w:color="000000"/>
              <w:right w:val="single" w:sz="4" w:space="0" w:color="000000"/>
            </w:tcBorders>
          </w:tcPr>
          <w:p w14:paraId="76AA27B7" w14:textId="77777777" w:rsidR="008D577E" w:rsidRPr="00EB75F0" w:rsidRDefault="008D577E" w:rsidP="008D577E"/>
        </w:tc>
        <w:tc>
          <w:tcPr>
            <w:tcW w:w="586" w:type="pct"/>
            <w:vMerge/>
            <w:tcBorders>
              <w:top w:val="single" w:sz="4" w:space="0" w:color="000000"/>
              <w:left w:val="single" w:sz="4" w:space="0" w:color="000000"/>
              <w:bottom w:val="single" w:sz="4" w:space="0" w:color="000000"/>
              <w:right w:val="single" w:sz="4" w:space="0" w:color="000000"/>
            </w:tcBorders>
          </w:tcPr>
          <w:p w14:paraId="78C286E5" w14:textId="77777777" w:rsidR="008D577E" w:rsidRPr="00EB75F0" w:rsidRDefault="008D577E" w:rsidP="008D577E"/>
        </w:tc>
        <w:tc>
          <w:tcPr>
            <w:tcW w:w="418" w:type="pct"/>
            <w:vMerge/>
            <w:tcBorders>
              <w:top w:val="single" w:sz="4" w:space="0" w:color="000000"/>
              <w:left w:val="single" w:sz="4" w:space="0" w:color="000000"/>
              <w:bottom w:val="single" w:sz="4" w:space="0" w:color="000000"/>
              <w:right w:val="single" w:sz="4" w:space="0" w:color="000000"/>
            </w:tcBorders>
          </w:tcPr>
          <w:p w14:paraId="59BE034A" w14:textId="77777777" w:rsidR="008D577E" w:rsidRPr="00EB75F0" w:rsidRDefault="008D577E" w:rsidP="008D577E"/>
        </w:tc>
        <w:tc>
          <w:tcPr>
            <w:tcW w:w="1863" w:type="pct"/>
            <w:tcBorders>
              <w:top w:val="single" w:sz="4" w:space="0" w:color="000000"/>
              <w:left w:val="single" w:sz="4" w:space="0" w:color="000000"/>
              <w:bottom w:val="single" w:sz="4" w:space="0" w:color="000000"/>
              <w:right w:val="single" w:sz="4" w:space="0" w:color="000000"/>
            </w:tcBorders>
          </w:tcPr>
          <w:p w14:paraId="699110B6" w14:textId="2DD1C578" w:rsidR="008D577E" w:rsidRPr="00EB75F0" w:rsidRDefault="009E5C4E" w:rsidP="008D577E">
            <w:pPr>
              <w:pStyle w:val="TableText"/>
            </w:pPr>
            <w:r w:rsidRPr="00EB75F0">
              <w:t>Sensitivity</w:t>
            </w:r>
            <w:r w:rsidR="008D577E" w:rsidRPr="00EB75F0">
              <w:t xml:space="preserve"> analysis – exclude Asian only studies (Chan 2007</w:t>
            </w:r>
            <w:r w:rsidR="0031308D" w:rsidRPr="00EB75F0">
              <w:fldChar w:fldCharType="begin"/>
            </w:r>
            <w:r w:rsidR="00452EF4">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EB75F0">
              <w:fldChar w:fldCharType="separate"/>
            </w:r>
            <w:r w:rsidR="00452EF4" w:rsidRPr="00452EF4">
              <w:rPr>
                <w:noProof/>
                <w:vertAlign w:val="superscript"/>
              </w:rPr>
              <w:t>26</w:t>
            </w:r>
            <w:r w:rsidR="0031308D" w:rsidRPr="00EB75F0">
              <w:fldChar w:fldCharType="end"/>
            </w:r>
            <w:r w:rsidR="008D577E" w:rsidRPr="00EB75F0">
              <w:t xml:space="preserve">, </w:t>
            </w:r>
            <w:proofErr w:type="spellStart"/>
            <w:r w:rsidR="008D577E" w:rsidRPr="00EB75F0">
              <w:t>Ishigooka</w:t>
            </w:r>
            <w:proofErr w:type="spellEnd"/>
            <w:r w:rsidR="008D577E" w:rsidRPr="00EB75F0">
              <w:t xml:space="preserve"> 2018</w:t>
            </w:r>
            <w:r w:rsidR="0031308D" w:rsidRPr="00EB75F0">
              <w:fldChar w:fldCharType="begin"/>
            </w:r>
            <w:r w:rsidR="00452EF4">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rPr>
              <w:instrText>‐</w:instrText>
            </w:r>
            <w:r w:rsidR="00452EF4">
              <w:instrText>week, randomized, double</w:instrText>
            </w:r>
            <w:r w:rsidR="00452EF4">
              <w:rPr>
                <w:rFonts w:ascii="Cambria Math" w:hAnsi="Cambria Math" w:cs="Cambria Math"/>
              </w:rPr>
              <w:instrText>‐</w:instrText>
            </w:r>
            <w:r w:rsidR="00452EF4">
              <w:instrText>blind, placebo</w:instrText>
            </w:r>
            <w:r w:rsidR="00452EF4">
              <w:rPr>
                <w:rFonts w:ascii="Cambria Math" w:hAnsi="Cambria Math" w:cs="Cambria Math"/>
              </w:rPr>
              <w:instrText>‐</w:instrText>
            </w:r>
            <w:r w:rsidR="00452EF4">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fldChar w:fldCharType="separate"/>
            </w:r>
            <w:r w:rsidR="00452EF4" w:rsidRPr="00452EF4">
              <w:rPr>
                <w:noProof/>
                <w:vertAlign w:val="superscript"/>
              </w:rPr>
              <w:t>40</w:t>
            </w:r>
            <w:r w:rsidR="0031308D" w:rsidRPr="00EB75F0">
              <w:fldChar w:fldCharType="end"/>
            </w:r>
            <w:r w:rsidR="008D577E" w:rsidRPr="00EB75F0">
              <w:t>, NCT00711269</w:t>
            </w:r>
            <w:r w:rsidR="0031308D" w:rsidRPr="00EB75F0">
              <w:fldChar w:fldCharType="begin"/>
            </w:r>
            <w:r w:rsidR="00452EF4">
              <w:instrText xml:space="preserve"> ADDIN EN.CITE &lt;EndNote&gt;&lt;Cite&gt;&lt;Author&gt;NCT00711269&lt;/Author&gt;&lt;Year&gt;2022&lt;/Year&gt;&lt;RecNum&gt;92&lt;/RecNum&gt;&lt;DisplayText&gt;&lt;style face="superscript"&gt;95&lt;/style&gt;&lt;/DisplayText&gt;&lt;record&gt;&lt;rec-number&gt;92&lt;/rec-number&gt;&lt;foreign-keys&gt;&lt;key app="EN" db-id="9ttaxzax2p0tr7ewzt55atews50zvxaaa5rz" timestamp="1764068845"&gt;92&lt;/key&gt;&lt;/foreign-keys&gt;&lt;ref-type name="Journal Article"&gt;17&lt;/ref-type&gt;&lt;contributors&gt;&lt;authors&gt;&lt;author&gt;NCT00711269&lt;/author&gt;&lt;/authors&gt;&lt;/contributors&gt;&lt;titles&gt;&lt;title&gt;Study of SM-13496 (Lurasidone HCl) in Patients With Schizophrenia&lt;/title&gt;&lt;secondary-title&gt;-&lt;/secondary-title&gt;&lt;/titles&gt;&lt;periodical&gt;&lt;full-title&gt;-&lt;/full-title&gt;&lt;/periodical&gt;&lt;pages&gt;-&lt;/pages&gt;&lt;volume&gt;-&lt;/volume&gt;&lt;dates&gt;&lt;year&gt;2022&lt;/year&gt;&lt;/dates&gt;&lt;urls&gt;&lt;/urls&gt;&lt;/record&gt;&lt;/Cite&gt;&lt;/EndNote&gt;</w:instrText>
            </w:r>
            <w:r w:rsidR="0031308D" w:rsidRPr="00EB75F0">
              <w:fldChar w:fldCharType="separate"/>
            </w:r>
            <w:r w:rsidR="00452EF4" w:rsidRPr="00452EF4">
              <w:rPr>
                <w:noProof/>
                <w:vertAlign w:val="superscript"/>
              </w:rPr>
              <w:t>95</w:t>
            </w:r>
            <w:r w:rsidR="0031308D" w:rsidRPr="00EB75F0">
              <w:fldChar w:fldCharType="end"/>
            </w:r>
            <w:r w:rsidR="008D577E"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1D94180D" w14:textId="38842481" w:rsidR="008D577E" w:rsidRPr="00EB75F0" w:rsidRDefault="008D577E" w:rsidP="008D577E">
            <w:pPr>
              <w:pStyle w:val="TableText"/>
            </w:pPr>
            <w:r w:rsidRPr="00EB75F0">
              <w:t>33</w:t>
            </w:r>
          </w:p>
        </w:tc>
        <w:tc>
          <w:tcPr>
            <w:tcW w:w="723" w:type="pct"/>
            <w:tcBorders>
              <w:top w:val="single" w:sz="4" w:space="0" w:color="000000"/>
              <w:left w:val="single" w:sz="4" w:space="0" w:color="000000"/>
              <w:bottom w:val="single" w:sz="4" w:space="0" w:color="000000"/>
              <w:right w:val="single" w:sz="4" w:space="0" w:color="000000"/>
            </w:tcBorders>
            <w:vAlign w:val="bottom"/>
          </w:tcPr>
          <w:p w14:paraId="556B6491" w14:textId="39D93A63" w:rsidR="008D577E" w:rsidRPr="00EB75F0" w:rsidRDefault="008D577E" w:rsidP="008D577E">
            <w:pPr>
              <w:pStyle w:val="TableText"/>
            </w:pPr>
            <w:r w:rsidRPr="00EB75F0">
              <w:t>9,194</w:t>
            </w:r>
          </w:p>
        </w:tc>
      </w:tr>
      <w:tr w:rsidR="008D577E" w:rsidRPr="00EB75F0" w14:paraId="75667C1F" w14:textId="033D8BD6" w:rsidTr="00C073D9">
        <w:trPr>
          <w:trHeight w:val="64"/>
        </w:trPr>
        <w:tc>
          <w:tcPr>
            <w:tcW w:w="824" w:type="pct"/>
            <w:vMerge/>
            <w:tcBorders>
              <w:top w:val="single" w:sz="4" w:space="0" w:color="000000"/>
              <w:left w:val="single" w:sz="4" w:space="0" w:color="000000"/>
              <w:bottom w:val="single" w:sz="4" w:space="0" w:color="000000"/>
              <w:right w:val="single" w:sz="4" w:space="0" w:color="000000"/>
            </w:tcBorders>
          </w:tcPr>
          <w:p w14:paraId="5C6FD502" w14:textId="77777777" w:rsidR="008D577E" w:rsidRPr="00EB75F0" w:rsidRDefault="008D577E" w:rsidP="008D577E"/>
        </w:tc>
        <w:tc>
          <w:tcPr>
            <w:tcW w:w="586" w:type="pct"/>
            <w:vMerge/>
            <w:tcBorders>
              <w:top w:val="single" w:sz="4" w:space="0" w:color="000000"/>
              <w:left w:val="single" w:sz="4" w:space="0" w:color="000000"/>
              <w:bottom w:val="single" w:sz="4" w:space="0" w:color="000000"/>
              <w:right w:val="single" w:sz="4" w:space="0" w:color="000000"/>
            </w:tcBorders>
          </w:tcPr>
          <w:p w14:paraId="494B829F" w14:textId="77777777" w:rsidR="008D577E" w:rsidRPr="00EB75F0" w:rsidRDefault="008D577E" w:rsidP="008D577E"/>
        </w:tc>
        <w:tc>
          <w:tcPr>
            <w:tcW w:w="418" w:type="pct"/>
            <w:vMerge/>
            <w:tcBorders>
              <w:top w:val="single" w:sz="4" w:space="0" w:color="000000"/>
              <w:left w:val="single" w:sz="4" w:space="0" w:color="000000"/>
              <w:bottom w:val="single" w:sz="4" w:space="0" w:color="000000"/>
              <w:right w:val="single" w:sz="4" w:space="0" w:color="000000"/>
            </w:tcBorders>
          </w:tcPr>
          <w:p w14:paraId="70DEDFE1" w14:textId="77777777" w:rsidR="008D577E" w:rsidRPr="00EB75F0" w:rsidRDefault="008D577E" w:rsidP="008D577E"/>
        </w:tc>
        <w:tc>
          <w:tcPr>
            <w:tcW w:w="1863" w:type="pct"/>
            <w:tcBorders>
              <w:top w:val="single" w:sz="4" w:space="0" w:color="000000"/>
              <w:left w:val="single" w:sz="4" w:space="0" w:color="000000"/>
              <w:bottom w:val="single" w:sz="4" w:space="0" w:color="000000"/>
              <w:right w:val="single" w:sz="4" w:space="0" w:color="000000"/>
            </w:tcBorders>
          </w:tcPr>
          <w:p w14:paraId="313FBDF0" w14:textId="25069CEB" w:rsidR="008D577E" w:rsidRPr="00EB75F0" w:rsidRDefault="009E5C4E" w:rsidP="008D577E">
            <w:pPr>
              <w:pStyle w:val="TableText"/>
            </w:pPr>
            <w:r w:rsidRPr="00EB75F0">
              <w:t>Sensitivity</w:t>
            </w:r>
            <w:r w:rsidR="008D577E" w:rsidRPr="00EB75F0">
              <w:t xml:space="preserve"> analysis – exclude placebo effect size outliers (Shen 2014</w:t>
            </w:r>
            <w:r w:rsidR="0031308D" w:rsidRPr="00EB75F0">
              <w:fldChar w:fldCharType="begin"/>
            </w:r>
            <w:r w:rsidR="00452EF4">
              <w:instrText xml:space="preserve"> ADDIN EN.CITE &lt;EndNote&gt;&lt;Cite&gt;&lt;Author&gt;Shen&lt;/Author&gt;&lt;Year&gt;2014&lt;/Year&gt;&lt;RecNum&gt;72&lt;/RecNum&gt;&lt;DisplayText&gt;&lt;style face="superscript"&gt;75&lt;/style&gt;&lt;/DisplayText&gt;&lt;record&gt;&lt;rec-number&gt;72&lt;/rec-number&gt;&lt;foreign-keys&gt;&lt;key app="EN" db-id="9ttaxzax2p0tr7ewzt55atews50zvxaaa5rz" timestamp="1764068840"&gt;72&lt;/key&gt;&lt;/foreign-keys&gt;&lt;ref-type name="Journal Article"&gt;17&lt;/ref-type&gt;&lt;contributors&gt;&lt;authors&gt;&lt;author&gt;Shen, J. H.&lt;/author&gt;&lt;author&gt;Zhao, Y.&lt;/author&gt;&lt;author&gt;Rosenzweig-Lipson, S.&lt;/author&gt;&lt;author&gt;Popp, D.&lt;/author&gt;&lt;author&gt;Williams, J. B.&lt;/author&gt;&lt;author&gt;Giller, E.&lt;/author&gt;&lt;author&gt;Detke, M. J.&lt;/author&gt;&lt;author&gt;Kane, J. M.&lt;/author&gt;&lt;/authors&gt;&lt;/contributors&gt;&lt;titles&gt;&lt;title&gt;A 6-week randomized, double-blind, placebo-controlled, comparator referenced trial of vabicaserin in acute schizophrenia&lt;/title&gt;&lt;secondary-title&gt;J Psychiatr Res&lt;/secondary-title&gt;&lt;/titles&gt;&lt;periodical&gt;&lt;full-title&gt;J Psychiatr Res&lt;/full-title&gt;&lt;/periodical&gt;&lt;pages&gt;14-22&lt;/pages&gt;&lt;volume&gt;53&lt;/volume&gt;&lt;dates&gt;&lt;year&gt;2014&lt;/year&gt;&lt;pub-dates&gt;&lt;date&gt;20140224&lt;/date&gt;&lt;/pub-dates&gt;&lt;/dates&gt;&lt;pub-location&gt;Hengrui Medicine Co., Ltd, Shanghai, China. Skyview Research, Pennsylvania, USA. IVS Pharma Consulting, USA. MedAvante Inc, Hamilton, NJ, USA. MedAvante Inc, Hamilton, NJ, USA; College of Physicians and Surgeons, Columbia University, USA. Electronic address: jwilliams@medavante.com. Detke Biopharma Consulting LLC, Carmel, IN, USA; Indiana University School of Medicine, USA. The Zucker Hillside Hospital, Glen Oaks, NY, USA; The Albert Einstein College of Medicine, Bronx, NY, USA.&lt;/pub-location&gt;&lt;isbn&gt;1879-1379 (Electronic) 0022-3956 (Linking)&lt;/isbn&gt;&lt;urls&gt;&lt;related-urls&gt;&lt;url&gt;https://www.ncbi.nlm.nih.gov/pubmed/24613032&lt;/url&gt;&lt;/related-urls&gt;&lt;/urls&gt;&lt;electronic-resource-num&gt;10.1016/j.jpsychires.2014.02.012&lt;/electronic-resource-num&gt;&lt;/record&gt;&lt;/Cite&gt;&lt;/EndNote&gt;</w:instrText>
            </w:r>
            <w:r w:rsidR="0031308D" w:rsidRPr="00EB75F0">
              <w:fldChar w:fldCharType="separate"/>
            </w:r>
            <w:r w:rsidR="00452EF4" w:rsidRPr="00452EF4">
              <w:rPr>
                <w:noProof/>
                <w:vertAlign w:val="superscript"/>
              </w:rPr>
              <w:t>75</w:t>
            </w:r>
            <w:r w:rsidR="0031308D" w:rsidRPr="00EB75F0">
              <w:fldChar w:fldCharType="end"/>
            </w:r>
            <w:r w:rsidR="008D577E" w:rsidRPr="00EB75F0">
              <w:t xml:space="preserve">, </w:t>
            </w:r>
            <w:r w:rsidR="003076D5" w:rsidRPr="003076D5">
              <w:t>McEvoy 2007</w:t>
            </w:r>
            <w:r w:rsidR="003076D5" w:rsidRPr="00EB75F0">
              <w:fldChar w:fldCharType="begin"/>
            </w:r>
            <w:r w:rsidR="00452EF4">
              <w:instrText xml:space="preserve"> ADDIN EN.CITE &lt;EndNote&gt;&lt;Cite&gt;&lt;Author&gt;McEvoy&lt;/Author&gt;&lt;Year&gt;2007&lt;/Year&gt;&lt;RecNum&gt;28&lt;/RecNum&gt;&lt;DisplayText&gt;&lt;style face="superscript"&gt;31&lt;/style&gt;&lt;/DisplayText&gt;&lt;record&gt;&lt;rec-number&gt;28&lt;/rec-number&gt;&lt;foreign-keys&gt;&lt;key app="EN" db-id="9ttaxzax2p0tr7ewzt55atews50zvxaaa5rz" timestamp="1764068829"&gt;28&lt;/key&gt;&lt;/foreign-keys&gt;&lt;ref-type name="Journal Article"&gt;17&lt;/ref-type&gt;&lt;contributors&gt;&lt;authors&gt;&lt;author&gt;McEvoy, J. P.&lt;/author&gt;&lt;author&gt;Daniel, D. G.&lt;/author&gt;&lt;author&gt;Carson, W. H., Jr.&lt;/author&gt;&lt;author&gt;McQuade, R. D.&lt;/author&gt;&lt;author&gt;Marcus, R. N.&lt;/author&gt;&lt;/authors&gt;&lt;/contributors&gt;&lt;titles&gt;&lt;title&gt;A randomized, double-blind, placebo-controlled, study of the efficacy and safety of aripiprazole 10, 15 or 20 mg/day for the treatment of patients with acute exacerbations of schizophrenia&lt;/title&gt;&lt;secondary-title&gt;J Psychiatr Res&lt;/secondary-title&gt;&lt;/titles&gt;&lt;periodical&gt;&lt;full-title&gt;J Psychiatr Res&lt;/full-title&gt;&lt;/periodical&gt;&lt;pages&gt;895-905&lt;/pages&gt;&lt;volume&gt;41&lt;/volume&gt;&lt;number&gt;11&lt;/number&gt;&lt;dates&gt;&lt;year&gt;2007&lt;/year&gt;&lt;pub-dates&gt;&lt;date&gt;20070713&lt;/date&gt;&lt;/pub-dates&gt;&lt;/dates&gt;&lt;pub-location&gt;Duke University Medical Center, John Umstead Hospital (AAU), Butner, NC 27509, USA. jpmcevoy@duke.edu&lt;/pub-location&gt;&lt;isbn&gt;0022-3956 (Print) 0022-3956 (Linking)&lt;/isbn&gt;&lt;urls&gt;&lt;related-urls&gt;&lt;url&gt;https://www.ncbi.nlm.nih.gov/pubmed/17631314&lt;/url&gt;&lt;/related-urls&gt;&lt;/urls&gt;&lt;electronic-resource-num&gt;10.1016/j.jpsychires.2007.05.002&lt;/electronic-resource-num&gt;&lt;/record&gt;&lt;/Cite&gt;&lt;/EndNote&gt;</w:instrText>
            </w:r>
            <w:r w:rsidR="003076D5" w:rsidRPr="00EB75F0">
              <w:fldChar w:fldCharType="separate"/>
            </w:r>
            <w:r w:rsidR="00452EF4" w:rsidRPr="00452EF4">
              <w:rPr>
                <w:noProof/>
                <w:vertAlign w:val="superscript"/>
              </w:rPr>
              <w:t>31</w:t>
            </w:r>
            <w:r w:rsidR="003076D5" w:rsidRPr="00EB75F0">
              <w:fldChar w:fldCharType="end"/>
            </w:r>
            <w:r w:rsidR="008D577E"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6B2A3DB2" w14:textId="05BEEA8E" w:rsidR="008D577E" w:rsidRPr="00EB75F0" w:rsidRDefault="008D577E" w:rsidP="008D577E">
            <w:pPr>
              <w:pStyle w:val="TableText"/>
            </w:pPr>
            <w:r w:rsidRPr="00EB75F0">
              <w:t>34</w:t>
            </w:r>
          </w:p>
        </w:tc>
        <w:tc>
          <w:tcPr>
            <w:tcW w:w="723" w:type="pct"/>
            <w:tcBorders>
              <w:top w:val="single" w:sz="4" w:space="0" w:color="000000"/>
              <w:left w:val="single" w:sz="4" w:space="0" w:color="000000"/>
              <w:bottom w:val="single" w:sz="4" w:space="0" w:color="000000"/>
              <w:right w:val="single" w:sz="4" w:space="0" w:color="000000"/>
            </w:tcBorders>
            <w:vAlign w:val="bottom"/>
          </w:tcPr>
          <w:p w14:paraId="4E8DD545" w14:textId="5DA1AEC5" w:rsidR="008D577E" w:rsidRPr="00EB75F0" w:rsidRDefault="008D577E" w:rsidP="008D577E">
            <w:pPr>
              <w:pStyle w:val="TableText"/>
            </w:pPr>
            <w:r w:rsidRPr="00EB75F0">
              <w:t>9,138</w:t>
            </w:r>
          </w:p>
        </w:tc>
      </w:tr>
      <w:tr w:rsidR="008D577E" w:rsidRPr="00EB75F0" w14:paraId="66A86D4F" w14:textId="001053C0" w:rsidTr="00C073D9">
        <w:trPr>
          <w:trHeight w:val="64"/>
        </w:trPr>
        <w:tc>
          <w:tcPr>
            <w:tcW w:w="824" w:type="pct"/>
            <w:vMerge/>
            <w:tcBorders>
              <w:top w:val="single" w:sz="4" w:space="0" w:color="000000"/>
              <w:left w:val="single" w:sz="4" w:space="0" w:color="000000"/>
              <w:bottom w:val="single" w:sz="4" w:space="0" w:color="000000"/>
              <w:right w:val="single" w:sz="4" w:space="0" w:color="000000"/>
            </w:tcBorders>
          </w:tcPr>
          <w:p w14:paraId="77B4AC97" w14:textId="77777777" w:rsidR="008D577E" w:rsidRPr="00EB75F0" w:rsidRDefault="008D577E" w:rsidP="008D577E"/>
        </w:tc>
        <w:tc>
          <w:tcPr>
            <w:tcW w:w="586" w:type="pct"/>
            <w:vMerge/>
            <w:tcBorders>
              <w:top w:val="single" w:sz="4" w:space="0" w:color="000000"/>
              <w:left w:val="single" w:sz="4" w:space="0" w:color="000000"/>
              <w:bottom w:val="single" w:sz="4" w:space="0" w:color="000000"/>
              <w:right w:val="single" w:sz="4" w:space="0" w:color="000000"/>
            </w:tcBorders>
          </w:tcPr>
          <w:p w14:paraId="694E1C75" w14:textId="77777777" w:rsidR="008D577E" w:rsidRPr="00EB75F0" w:rsidRDefault="008D577E" w:rsidP="008D577E"/>
        </w:tc>
        <w:tc>
          <w:tcPr>
            <w:tcW w:w="418" w:type="pct"/>
            <w:tcBorders>
              <w:top w:val="single" w:sz="4" w:space="0" w:color="000000"/>
              <w:left w:val="single" w:sz="4" w:space="0" w:color="000000"/>
              <w:bottom w:val="single" w:sz="4" w:space="0" w:color="000000"/>
              <w:right w:val="single" w:sz="4" w:space="0" w:color="000000"/>
            </w:tcBorders>
          </w:tcPr>
          <w:p w14:paraId="74A69B3A" w14:textId="77777777" w:rsidR="008D577E" w:rsidRPr="00EB75F0" w:rsidRDefault="008D577E" w:rsidP="008D577E">
            <w:pPr>
              <w:pStyle w:val="TableText"/>
            </w:pPr>
            <w:r w:rsidRPr="00EB75F0">
              <w:t>FE</w:t>
            </w:r>
          </w:p>
        </w:tc>
        <w:tc>
          <w:tcPr>
            <w:tcW w:w="1863" w:type="pct"/>
            <w:tcBorders>
              <w:top w:val="single" w:sz="4" w:space="0" w:color="000000"/>
              <w:left w:val="single" w:sz="4" w:space="0" w:color="000000"/>
              <w:bottom w:val="single" w:sz="4" w:space="0" w:color="000000"/>
              <w:right w:val="single" w:sz="4" w:space="0" w:color="000000"/>
            </w:tcBorders>
          </w:tcPr>
          <w:p w14:paraId="369E0166" w14:textId="77777777" w:rsidR="008D577E" w:rsidRPr="00EB75F0" w:rsidRDefault="008D577E" w:rsidP="008D577E">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0D69AE3E" w14:textId="098CF476" w:rsidR="008D577E" w:rsidRPr="00EB75F0" w:rsidRDefault="008D577E" w:rsidP="008D577E">
            <w:pPr>
              <w:pStyle w:val="TableText"/>
            </w:pPr>
            <w:r w:rsidRPr="00EB75F0">
              <w:t>36</w:t>
            </w:r>
          </w:p>
        </w:tc>
        <w:tc>
          <w:tcPr>
            <w:tcW w:w="723" w:type="pct"/>
            <w:tcBorders>
              <w:top w:val="single" w:sz="4" w:space="0" w:color="000000"/>
              <w:left w:val="single" w:sz="4" w:space="0" w:color="000000"/>
              <w:bottom w:val="single" w:sz="4" w:space="0" w:color="000000"/>
              <w:right w:val="single" w:sz="4" w:space="0" w:color="000000"/>
            </w:tcBorders>
            <w:vAlign w:val="bottom"/>
          </w:tcPr>
          <w:p w14:paraId="2A4E2A90" w14:textId="1EBAAE5C" w:rsidR="008D577E" w:rsidRPr="00EB75F0" w:rsidRDefault="008D577E" w:rsidP="008D577E">
            <w:pPr>
              <w:pStyle w:val="TableText"/>
            </w:pPr>
            <w:r w:rsidRPr="00EB75F0">
              <w:t>9,702</w:t>
            </w:r>
          </w:p>
        </w:tc>
      </w:tr>
      <w:tr w:rsidR="00A10BCF" w:rsidRPr="00EB75F0" w14:paraId="14DBB74A" w14:textId="47A8D226" w:rsidTr="00C073D9">
        <w:trPr>
          <w:trHeight w:val="64"/>
        </w:trPr>
        <w:tc>
          <w:tcPr>
            <w:tcW w:w="824" w:type="pct"/>
            <w:vMerge w:val="restart"/>
            <w:tcBorders>
              <w:top w:val="single" w:sz="4" w:space="0" w:color="000000"/>
              <w:left w:val="single" w:sz="4" w:space="0" w:color="000000"/>
              <w:bottom w:val="single" w:sz="4" w:space="0" w:color="000000"/>
              <w:right w:val="single" w:sz="4" w:space="0" w:color="000000"/>
            </w:tcBorders>
          </w:tcPr>
          <w:p w14:paraId="667665EF" w14:textId="77777777" w:rsidR="00A10BCF" w:rsidRPr="00EB75F0" w:rsidRDefault="00A10BCF" w:rsidP="00A10BCF">
            <w:pPr>
              <w:pStyle w:val="TableText"/>
            </w:pPr>
            <w:r w:rsidRPr="00EB75F0">
              <w:t>Mean change from baseline CGI-S score</w:t>
            </w:r>
          </w:p>
        </w:tc>
        <w:tc>
          <w:tcPr>
            <w:tcW w:w="586" w:type="pct"/>
            <w:vMerge w:val="restart"/>
            <w:tcBorders>
              <w:top w:val="single" w:sz="4" w:space="0" w:color="000000"/>
              <w:left w:val="single" w:sz="4" w:space="0" w:color="000000"/>
              <w:bottom w:val="single" w:sz="4" w:space="0" w:color="000000"/>
              <w:right w:val="single" w:sz="4" w:space="0" w:color="000000"/>
            </w:tcBorders>
          </w:tcPr>
          <w:p w14:paraId="673173CA" w14:textId="77777777" w:rsidR="00A10BCF" w:rsidRPr="00EB75F0" w:rsidRDefault="00A10BCF" w:rsidP="00A10BCF">
            <w:pPr>
              <w:pStyle w:val="TableText"/>
            </w:pPr>
            <w:r w:rsidRPr="00EB75F0">
              <w:t>Mean Difference</w:t>
            </w:r>
          </w:p>
        </w:tc>
        <w:tc>
          <w:tcPr>
            <w:tcW w:w="418" w:type="pct"/>
            <w:vMerge w:val="restart"/>
            <w:tcBorders>
              <w:top w:val="single" w:sz="4" w:space="0" w:color="000000"/>
              <w:left w:val="single" w:sz="4" w:space="0" w:color="000000"/>
              <w:bottom w:val="single" w:sz="4" w:space="0" w:color="000000"/>
              <w:right w:val="single" w:sz="4" w:space="0" w:color="000000"/>
            </w:tcBorders>
          </w:tcPr>
          <w:p w14:paraId="6F33F0C9" w14:textId="77777777" w:rsidR="00A10BCF" w:rsidRPr="00EB75F0" w:rsidRDefault="00A10BCF" w:rsidP="00A10BCF">
            <w:pPr>
              <w:pStyle w:val="TableText"/>
            </w:pPr>
            <w:r w:rsidRPr="00EB75F0">
              <w:t>RE</w:t>
            </w:r>
          </w:p>
        </w:tc>
        <w:tc>
          <w:tcPr>
            <w:tcW w:w="1863" w:type="pct"/>
            <w:tcBorders>
              <w:top w:val="single" w:sz="4" w:space="0" w:color="000000"/>
              <w:left w:val="single" w:sz="4" w:space="0" w:color="000000"/>
              <w:bottom w:val="single" w:sz="4" w:space="0" w:color="000000"/>
              <w:right w:val="single" w:sz="4" w:space="0" w:color="000000"/>
            </w:tcBorders>
          </w:tcPr>
          <w:p w14:paraId="36A93825" w14:textId="77777777" w:rsidR="00A10BCF" w:rsidRPr="00EB75F0" w:rsidRDefault="00A10BCF" w:rsidP="00A10BCF">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3292C77C" w14:textId="669DA9D3" w:rsidR="00A10BCF" w:rsidRPr="00EB75F0" w:rsidRDefault="00A10BCF" w:rsidP="00A10BCF">
            <w:pPr>
              <w:pStyle w:val="TableText"/>
            </w:pPr>
            <w:r w:rsidRPr="00EB75F0">
              <w:t>36</w:t>
            </w:r>
          </w:p>
        </w:tc>
        <w:tc>
          <w:tcPr>
            <w:tcW w:w="723" w:type="pct"/>
            <w:tcBorders>
              <w:top w:val="single" w:sz="4" w:space="0" w:color="000000"/>
              <w:left w:val="single" w:sz="4" w:space="0" w:color="000000"/>
              <w:bottom w:val="single" w:sz="4" w:space="0" w:color="000000"/>
              <w:right w:val="single" w:sz="4" w:space="0" w:color="000000"/>
            </w:tcBorders>
            <w:vAlign w:val="bottom"/>
          </w:tcPr>
          <w:p w14:paraId="43FBA50E" w14:textId="2AD9A1D8" w:rsidR="00A10BCF" w:rsidRPr="00EB75F0" w:rsidRDefault="00A10BCF" w:rsidP="00A10BCF">
            <w:pPr>
              <w:pStyle w:val="TableText"/>
            </w:pPr>
            <w:r w:rsidRPr="00EB75F0">
              <w:t>10</w:t>
            </w:r>
            <w:r w:rsidR="001873A2" w:rsidRPr="00EB75F0">
              <w:t>,</w:t>
            </w:r>
            <w:r w:rsidRPr="00EB75F0">
              <w:t>018</w:t>
            </w:r>
          </w:p>
        </w:tc>
      </w:tr>
      <w:tr w:rsidR="00A10BCF" w:rsidRPr="00EB75F0" w14:paraId="5AC62825" w14:textId="188B1CAB" w:rsidTr="00C073D9">
        <w:trPr>
          <w:trHeight w:val="64"/>
        </w:trPr>
        <w:tc>
          <w:tcPr>
            <w:tcW w:w="824" w:type="pct"/>
            <w:vMerge/>
            <w:tcBorders>
              <w:top w:val="single" w:sz="4" w:space="0" w:color="000000"/>
              <w:left w:val="single" w:sz="4" w:space="0" w:color="000000"/>
              <w:bottom w:val="single" w:sz="4" w:space="0" w:color="000000"/>
              <w:right w:val="single" w:sz="4" w:space="0" w:color="000000"/>
            </w:tcBorders>
          </w:tcPr>
          <w:p w14:paraId="4C134F2C" w14:textId="77777777" w:rsidR="00A10BCF" w:rsidRPr="00EB75F0" w:rsidRDefault="00A10BCF" w:rsidP="00A10BCF"/>
        </w:tc>
        <w:tc>
          <w:tcPr>
            <w:tcW w:w="586" w:type="pct"/>
            <w:vMerge/>
            <w:tcBorders>
              <w:top w:val="single" w:sz="4" w:space="0" w:color="000000"/>
              <w:left w:val="single" w:sz="4" w:space="0" w:color="000000"/>
              <w:bottom w:val="single" w:sz="4" w:space="0" w:color="000000"/>
              <w:right w:val="single" w:sz="4" w:space="0" w:color="000000"/>
            </w:tcBorders>
          </w:tcPr>
          <w:p w14:paraId="1BD13B28" w14:textId="77777777" w:rsidR="00A10BCF" w:rsidRPr="00EB75F0" w:rsidRDefault="00A10BCF" w:rsidP="00A10BCF"/>
        </w:tc>
        <w:tc>
          <w:tcPr>
            <w:tcW w:w="418" w:type="pct"/>
            <w:vMerge/>
            <w:tcBorders>
              <w:top w:val="single" w:sz="4" w:space="0" w:color="000000"/>
              <w:left w:val="single" w:sz="4" w:space="0" w:color="000000"/>
              <w:bottom w:val="single" w:sz="4" w:space="0" w:color="000000"/>
              <w:right w:val="single" w:sz="4" w:space="0" w:color="000000"/>
            </w:tcBorders>
          </w:tcPr>
          <w:p w14:paraId="44D71DC9" w14:textId="77777777" w:rsidR="00A10BCF" w:rsidRPr="00EB75F0" w:rsidRDefault="00A10BCF" w:rsidP="00A10BCF"/>
        </w:tc>
        <w:tc>
          <w:tcPr>
            <w:tcW w:w="1863" w:type="pct"/>
            <w:tcBorders>
              <w:top w:val="single" w:sz="4" w:space="0" w:color="000000"/>
              <w:left w:val="single" w:sz="4" w:space="0" w:color="000000"/>
              <w:bottom w:val="single" w:sz="4" w:space="0" w:color="000000"/>
              <w:right w:val="single" w:sz="4" w:space="0" w:color="000000"/>
            </w:tcBorders>
          </w:tcPr>
          <w:p w14:paraId="0B9E80F7" w14:textId="1F547E80" w:rsidR="00A10BCF" w:rsidRPr="00EB75F0" w:rsidRDefault="009E5C4E" w:rsidP="00A10BCF">
            <w:pPr>
              <w:pStyle w:val="TableText"/>
            </w:pPr>
            <w:r w:rsidRPr="00EB75F0">
              <w:t>Sensitivity</w:t>
            </w:r>
            <w:r w:rsidR="00A10BCF" w:rsidRPr="00EB75F0">
              <w:t xml:space="preserve"> analysis – exclude Asian only studies (Chan 2007</w:t>
            </w:r>
            <w:r w:rsidR="0031308D" w:rsidRPr="00EB75F0">
              <w:fldChar w:fldCharType="begin"/>
            </w:r>
            <w:r w:rsidR="00452EF4">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EB75F0">
              <w:fldChar w:fldCharType="separate"/>
            </w:r>
            <w:r w:rsidR="00452EF4" w:rsidRPr="00452EF4">
              <w:rPr>
                <w:noProof/>
                <w:vertAlign w:val="superscript"/>
              </w:rPr>
              <w:t>26</w:t>
            </w:r>
            <w:r w:rsidR="0031308D" w:rsidRPr="00EB75F0">
              <w:fldChar w:fldCharType="end"/>
            </w:r>
            <w:r w:rsidR="00A10BCF" w:rsidRPr="00EB75F0">
              <w:t xml:space="preserve">, </w:t>
            </w:r>
            <w:proofErr w:type="spellStart"/>
            <w:r w:rsidR="00A10BCF" w:rsidRPr="00EB75F0">
              <w:t>Ishigooka</w:t>
            </w:r>
            <w:proofErr w:type="spellEnd"/>
            <w:r w:rsidR="00A10BCF" w:rsidRPr="00EB75F0">
              <w:t xml:space="preserve"> 2018</w:t>
            </w:r>
            <w:r w:rsidR="0031308D" w:rsidRPr="00EB75F0">
              <w:fldChar w:fldCharType="begin"/>
            </w:r>
            <w:r w:rsidR="00452EF4">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rPr>
              <w:instrText>‐</w:instrText>
            </w:r>
            <w:r w:rsidR="00452EF4">
              <w:instrText>week, randomized, double</w:instrText>
            </w:r>
            <w:r w:rsidR="00452EF4">
              <w:rPr>
                <w:rFonts w:ascii="Cambria Math" w:hAnsi="Cambria Math" w:cs="Cambria Math"/>
              </w:rPr>
              <w:instrText>‐</w:instrText>
            </w:r>
            <w:r w:rsidR="00452EF4">
              <w:instrText>blind, placebo</w:instrText>
            </w:r>
            <w:r w:rsidR="00452EF4">
              <w:rPr>
                <w:rFonts w:ascii="Cambria Math" w:hAnsi="Cambria Math" w:cs="Cambria Math"/>
              </w:rPr>
              <w:instrText>‐</w:instrText>
            </w:r>
            <w:r w:rsidR="00452EF4">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fldChar w:fldCharType="separate"/>
            </w:r>
            <w:r w:rsidR="00452EF4" w:rsidRPr="00452EF4">
              <w:rPr>
                <w:noProof/>
                <w:vertAlign w:val="superscript"/>
              </w:rPr>
              <w:t>40</w:t>
            </w:r>
            <w:r w:rsidR="0031308D" w:rsidRPr="00EB75F0">
              <w:fldChar w:fldCharType="end"/>
            </w:r>
            <w:r w:rsidR="00A10BCF" w:rsidRPr="00EB75F0">
              <w:t>, NCT01625000</w:t>
            </w:r>
            <w:r w:rsidR="0031308D" w:rsidRPr="00EB75F0">
              <w:fldChar w:fldCharType="begin"/>
            </w:r>
            <w:r w:rsidR="00452EF4">
              <w:instrText xml:space="preserve"> ADDIN EN.CITE &lt;EndNote&gt;&lt;Cite&gt;&lt;Author&gt;NCT01625000&lt;/Author&gt;&lt;Year&gt;2021&lt;/Year&gt;&lt;RecNum&gt;41&lt;/RecNum&gt;&lt;DisplayText&gt;&lt;style face="superscript"&gt;44&lt;/style&gt;&lt;/DisplayText&gt;&lt;record&gt;&lt;rec-number&gt;41&lt;/rec-number&gt;&lt;foreign-keys&gt;&lt;key app="EN" db-id="9ttaxzax2p0tr7ewzt55atews50zvxaaa5rz" timestamp="1764068832"&gt;41&lt;/key&gt;&lt;/foreign-keys&gt;&lt;ref-type name="Journal Article"&gt;17&lt;/ref-type&gt;&lt;contributors&gt;&lt;authors&gt;&lt;author&gt;NCT01625000&lt;/author&gt;&lt;/authors&gt;&lt;/contributors&gt;&lt;titles&gt;&lt;title&gt;Safety and Efficacy of MP-214 in Patients With Schizophrenia&lt;/title&gt;&lt;secondary-title&gt;-&lt;/secondary-title&gt;&lt;/titles&gt;&lt;periodical&gt;&lt;full-title&gt;-&lt;/full-title&gt;&lt;/periodical&gt;&lt;pages&gt;-&lt;/pages&gt;&lt;volume&gt;-&lt;/volume&gt;&lt;dates&gt;&lt;year&gt;2021&lt;/year&gt;&lt;/dates&gt;&lt;urls&gt;&lt;/urls&gt;&lt;/record&gt;&lt;/Cite&gt;&lt;/EndNote&gt;</w:instrText>
            </w:r>
            <w:r w:rsidR="0031308D" w:rsidRPr="00EB75F0">
              <w:fldChar w:fldCharType="separate"/>
            </w:r>
            <w:r w:rsidR="00452EF4" w:rsidRPr="00452EF4">
              <w:rPr>
                <w:noProof/>
                <w:vertAlign w:val="superscript"/>
              </w:rPr>
              <w:t>44</w:t>
            </w:r>
            <w:r w:rsidR="0031308D" w:rsidRPr="00EB75F0">
              <w:fldChar w:fldCharType="end"/>
            </w:r>
            <w:r w:rsidR="00A10BCF"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2BD78598" w14:textId="285FFA7E" w:rsidR="00A10BCF" w:rsidRPr="00EB75F0" w:rsidRDefault="00A10BCF" w:rsidP="00A10BCF">
            <w:pPr>
              <w:pStyle w:val="TableText"/>
            </w:pPr>
            <w:r w:rsidRPr="00EB75F0">
              <w:t>33</w:t>
            </w:r>
          </w:p>
        </w:tc>
        <w:tc>
          <w:tcPr>
            <w:tcW w:w="723" w:type="pct"/>
            <w:tcBorders>
              <w:top w:val="single" w:sz="4" w:space="0" w:color="000000"/>
              <w:left w:val="single" w:sz="4" w:space="0" w:color="000000"/>
              <w:bottom w:val="single" w:sz="4" w:space="0" w:color="000000"/>
              <w:right w:val="single" w:sz="4" w:space="0" w:color="000000"/>
            </w:tcBorders>
            <w:vAlign w:val="bottom"/>
          </w:tcPr>
          <w:p w14:paraId="062CD7E9" w14:textId="7A22AF03" w:rsidR="00A10BCF" w:rsidRPr="00EB75F0" w:rsidRDefault="00A10BCF" w:rsidP="00A10BCF">
            <w:pPr>
              <w:pStyle w:val="TableText"/>
            </w:pPr>
            <w:r w:rsidRPr="00EB75F0">
              <w:t>9</w:t>
            </w:r>
            <w:r w:rsidR="001873A2" w:rsidRPr="00EB75F0">
              <w:t>,</w:t>
            </w:r>
            <w:r w:rsidRPr="00EB75F0">
              <w:t>438</w:t>
            </w:r>
          </w:p>
        </w:tc>
      </w:tr>
      <w:tr w:rsidR="00A10BCF" w:rsidRPr="00EB75F0" w14:paraId="1A2374E1" w14:textId="497D5721" w:rsidTr="00C073D9">
        <w:trPr>
          <w:trHeight w:val="64"/>
        </w:trPr>
        <w:tc>
          <w:tcPr>
            <w:tcW w:w="824" w:type="pct"/>
            <w:vMerge/>
            <w:tcBorders>
              <w:top w:val="single" w:sz="4" w:space="0" w:color="000000"/>
              <w:left w:val="single" w:sz="4" w:space="0" w:color="000000"/>
              <w:bottom w:val="single" w:sz="4" w:space="0" w:color="000000"/>
              <w:right w:val="single" w:sz="4" w:space="0" w:color="000000"/>
            </w:tcBorders>
          </w:tcPr>
          <w:p w14:paraId="7EFEF7EB" w14:textId="77777777" w:rsidR="00A10BCF" w:rsidRPr="00EB75F0" w:rsidRDefault="00A10BCF" w:rsidP="00A10BCF"/>
        </w:tc>
        <w:tc>
          <w:tcPr>
            <w:tcW w:w="586" w:type="pct"/>
            <w:vMerge/>
            <w:tcBorders>
              <w:top w:val="single" w:sz="4" w:space="0" w:color="000000"/>
              <w:left w:val="single" w:sz="4" w:space="0" w:color="000000"/>
              <w:bottom w:val="single" w:sz="4" w:space="0" w:color="000000"/>
              <w:right w:val="single" w:sz="4" w:space="0" w:color="000000"/>
            </w:tcBorders>
          </w:tcPr>
          <w:p w14:paraId="1679E277" w14:textId="77777777" w:rsidR="00A10BCF" w:rsidRPr="00EB75F0" w:rsidRDefault="00A10BCF" w:rsidP="00A10BCF"/>
        </w:tc>
        <w:tc>
          <w:tcPr>
            <w:tcW w:w="418" w:type="pct"/>
            <w:tcBorders>
              <w:top w:val="single" w:sz="4" w:space="0" w:color="000000"/>
              <w:left w:val="single" w:sz="4" w:space="0" w:color="000000"/>
              <w:bottom w:val="single" w:sz="4" w:space="0" w:color="000000"/>
              <w:right w:val="single" w:sz="4" w:space="0" w:color="000000"/>
            </w:tcBorders>
          </w:tcPr>
          <w:p w14:paraId="5CF1BEE1" w14:textId="77777777" w:rsidR="00A10BCF" w:rsidRPr="00EB75F0" w:rsidRDefault="00A10BCF" w:rsidP="00A10BCF">
            <w:pPr>
              <w:pStyle w:val="TableText"/>
            </w:pPr>
            <w:r w:rsidRPr="00EB75F0">
              <w:t>FE</w:t>
            </w:r>
          </w:p>
        </w:tc>
        <w:tc>
          <w:tcPr>
            <w:tcW w:w="1863" w:type="pct"/>
            <w:tcBorders>
              <w:top w:val="single" w:sz="4" w:space="0" w:color="000000"/>
              <w:left w:val="single" w:sz="4" w:space="0" w:color="000000"/>
              <w:bottom w:val="single" w:sz="4" w:space="0" w:color="000000"/>
              <w:right w:val="single" w:sz="4" w:space="0" w:color="000000"/>
            </w:tcBorders>
          </w:tcPr>
          <w:p w14:paraId="41349ACD" w14:textId="77777777" w:rsidR="00A10BCF" w:rsidRPr="00EB75F0" w:rsidRDefault="00A10BCF" w:rsidP="00A10BCF">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688465C7" w14:textId="2EDF0A1E" w:rsidR="00A10BCF" w:rsidRPr="00EB75F0" w:rsidRDefault="00A10BCF" w:rsidP="00A10BCF">
            <w:pPr>
              <w:pStyle w:val="TableText"/>
            </w:pPr>
            <w:r w:rsidRPr="00EB75F0">
              <w:t>36</w:t>
            </w:r>
          </w:p>
        </w:tc>
        <w:tc>
          <w:tcPr>
            <w:tcW w:w="723" w:type="pct"/>
            <w:tcBorders>
              <w:top w:val="single" w:sz="4" w:space="0" w:color="000000"/>
              <w:left w:val="single" w:sz="4" w:space="0" w:color="000000"/>
              <w:bottom w:val="single" w:sz="4" w:space="0" w:color="000000"/>
              <w:right w:val="single" w:sz="4" w:space="0" w:color="000000"/>
            </w:tcBorders>
            <w:vAlign w:val="bottom"/>
          </w:tcPr>
          <w:p w14:paraId="3A416680" w14:textId="1FA0F43D" w:rsidR="00A10BCF" w:rsidRPr="00EB75F0" w:rsidRDefault="00A10BCF" w:rsidP="00A10BCF">
            <w:pPr>
              <w:pStyle w:val="TableText"/>
            </w:pPr>
            <w:r w:rsidRPr="00EB75F0">
              <w:t>10</w:t>
            </w:r>
            <w:r w:rsidR="001873A2" w:rsidRPr="00EB75F0">
              <w:t>,</w:t>
            </w:r>
            <w:r w:rsidRPr="00EB75F0">
              <w:t>018</w:t>
            </w:r>
          </w:p>
        </w:tc>
      </w:tr>
      <w:tr w:rsidR="001873A2" w:rsidRPr="00EB75F0" w14:paraId="217E5C58" w14:textId="017FC6C4" w:rsidTr="00C073D9">
        <w:trPr>
          <w:trHeight w:val="106"/>
        </w:trPr>
        <w:tc>
          <w:tcPr>
            <w:tcW w:w="824" w:type="pct"/>
            <w:vMerge w:val="restart"/>
            <w:tcBorders>
              <w:top w:val="single" w:sz="4" w:space="0" w:color="000000"/>
              <w:left w:val="single" w:sz="4" w:space="0" w:color="000000"/>
              <w:bottom w:val="single" w:sz="4" w:space="0" w:color="000000"/>
              <w:right w:val="single" w:sz="4" w:space="0" w:color="000000"/>
            </w:tcBorders>
          </w:tcPr>
          <w:p w14:paraId="5D479D60" w14:textId="77777777" w:rsidR="001873A2" w:rsidRPr="00EB75F0" w:rsidRDefault="001873A2" w:rsidP="001873A2">
            <w:pPr>
              <w:pStyle w:val="TableText"/>
            </w:pPr>
            <w:r w:rsidRPr="00EB75F0">
              <w:t>Mean change from baseline weight</w:t>
            </w:r>
          </w:p>
        </w:tc>
        <w:tc>
          <w:tcPr>
            <w:tcW w:w="586" w:type="pct"/>
            <w:vMerge w:val="restart"/>
            <w:tcBorders>
              <w:top w:val="single" w:sz="4" w:space="0" w:color="000000"/>
              <w:left w:val="single" w:sz="4" w:space="0" w:color="000000"/>
              <w:bottom w:val="single" w:sz="4" w:space="0" w:color="000000"/>
              <w:right w:val="single" w:sz="4" w:space="0" w:color="000000"/>
            </w:tcBorders>
          </w:tcPr>
          <w:p w14:paraId="1F6D4A36" w14:textId="77777777" w:rsidR="001873A2" w:rsidRPr="00EB75F0" w:rsidRDefault="001873A2" w:rsidP="001873A2">
            <w:pPr>
              <w:pStyle w:val="TableText"/>
            </w:pPr>
            <w:r w:rsidRPr="00EB75F0">
              <w:t>Mean Difference</w:t>
            </w:r>
          </w:p>
        </w:tc>
        <w:tc>
          <w:tcPr>
            <w:tcW w:w="418" w:type="pct"/>
            <w:vMerge w:val="restart"/>
            <w:tcBorders>
              <w:top w:val="single" w:sz="4" w:space="0" w:color="000000"/>
              <w:left w:val="single" w:sz="4" w:space="0" w:color="000000"/>
              <w:bottom w:val="single" w:sz="4" w:space="0" w:color="000000"/>
              <w:right w:val="single" w:sz="4" w:space="0" w:color="000000"/>
            </w:tcBorders>
          </w:tcPr>
          <w:p w14:paraId="3EC4C765" w14:textId="77777777" w:rsidR="001873A2" w:rsidRPr="00EB75F0" w:rsidRDefault="001873A2" w:rsidP="001873A2">
            <w:pPr>
              <w:pStyle w:val="TableText"/>
            </w:pPr>
            <w:r w:rsidRPr="00EB75F0">
              <w:t>RE</w:t>
            </w:r>
          </w:p>
        </w:tc>
        <w:tc>
          <w:tcPr>
            <w:tcW w:w="1863" w:type="pct"/>
            <w:tcBorders>
              <w:top w:val="single" w:sz="4" w:space="0" w:color="000000"/>
              <w:left w:val="single" w:sz="4" w:space="0" w:color="000000"/>
              <w:bottom w:val="single" w:sz="4" w:space="0" w:color="000000"/>
              <w:right w:val="single" w:sz="4" w:space="0" w:color="000000"/>
            </w:tcBorders>
          </w:tcPr>
          <w:p w14:paraId="1E223600" w14:textId="77777777" w:rsidR="001873A2" w:rsidRPr="00EB75F0" w:rsidRDefault="001873A2" w:rsidP="001873A2">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1DF8EE53" w14:textId="5AFA5682" w:rsidR="001873A2" w:rsidRPr="00EB75F0" w:rsidRDefault="001873A2" w:rsidP="001873A2">
            <w:pPr>
              <w:pStyle w:val="TableText"/>
            </w:pPr>
            <w:r w:rsidRPr="00EB75F0">
              <w:t>33</w:t>
            </w:r>
          </w:p>
        </w:tc>
        <w:tc>
          <w:tcPr>
            <w:tcW w:w="723" w:type="pct"/>
            <w:tcBorders>
              <w:top w:val="single" w:sz="4" w:space="0" w:color="000000"/>
              <w:left w:val="single" w:sz="4" w:space="0" w:color="000000"/>
              <w:bottom w:val="single" w:sz="4" w:space="0" w:color="000000"/>
              <w:right w:val="single" w:sz="4" w:space="0" w:color="000000"/>
            </w:tcBorders>
            <w:vAlign w:val="bottom"/>
          </w:tcPr>
          <w:p w14:paraId="71DBA491" w14:textId="7CC67C3B" w:rsidR="001873A2" w:rsidRPr="00EB75F0" w:rsidRDefault="001873A2" w:rsidP="001873A2">
            <w:pPr>
              <w:pStyle w:val="TableText"/>
            </w:pPr>
            <w:r w:rsidRPr="00EB75F0">
              <w:t>10,477</w:t>
            </w:r>
          </w:p>
        </w:tc>
      </w:tr>
      <w:tr w:rsidR="001873A2" w:rsidRPr="00EB75F0" w14:paraId="7FFAE061" w14:textId="4BEFAF80" w:rsidTr="00C073D9">
        <w:trPr>
          <w:trHeight w:val="64"/>
        </w:trPr>
        <w:tc>
          <w:tcPr>
            <w:tcW w:w="824" w:type="pct"/>
            <w:vMerge/>
            <w:tcBorders>
              <w:top w:val="single" w:sz="4" w:space="0" w:color="000000"/>
              <w:left w:val="single" w:sz="4" w:space="0" w:color="000000"/>
              <w:bottom w:val="single" w:sz="4" w:space="0" w:color="000000"/>
              <w:right w:val="single" w:sz="4" w:space="0" w:color="000000"/>
            </w:tcBorders>
          </w:tcPr>
          <w:p w14:paraId="07A9543E" w14:textId="77777777" w:rsidR="001873A2" w:rsidRPr="00EB75F0" w:rsidRDefault="001873A2" w:rsidP="001873A2"/>
        </w:tc>
        <w:tc>
          <w:tcPr>
            <w:tcW w:w="586" w:type="pct"/>
            <w:vMerge/>
            <w:tcBorders>
              <w:top w:val="single" w:sz="4" w:space="0" w:color="000000"/>
              <w:left w:val="single" w:sz="4" w:space="0" w:color="000000"/>
              <w:bottom w:val="single" w:sz="4" w:space="0" w:color="000000"/>
              <w:right w:val="single" w:sz="4" w:space="0" w:color="000000"/>
            </w:tcBorders>
          </w:tcPr>
          <w:p w14:paraId="061191D0" w14:textId="77777777" w:rsidR="001873A2" w:rsidRPr="00EB75F0" w:rsidRDefault="001873A2" w:rsidP="001873A2"/>
        </w:tc>
        <w:tc>
          <w:tcPr>
            <w:tcW w:w="418" w:type="pct"/>
            <w:vMerge/>
            <w:tcBorders>
              <w:top w:val="single" w:sz="4" w:space="0" w:color="000000"/>
              <w:left w:val="single" w:sz="4" w:space="0" w:color="000000"/>
              <w:bottom w:val="single" w:sz="4" w:space="0" w:color="000000"/>
              <w:right w:val="single" w:sz="4" w:space="0" w:color="000000"/>
            </w:tcBorders>
          </w:tcPr>
          <w:p w14:paraId="6B139062" w14:textId="77777777" w:rsidR="001873A2" w:rsidRPr="00EB75F0" w:rsidRDefault="001873A2" w:rsidP="001873A2"/>
        </w:tc>
        <w:tc>
          <w:tcPr>
            <w:tcW w:w="1863" w:type="pct"/>
            <w:tcBorders>
              <w:top w:val="single" w:sz="4" w:space="0" w:color="000000"/>
              <w:left w:val="single" w:sz="4" w:space="0" w:color="000000"/>
              <w:bottom w:val="single" w:sz="4" w:space="0" w:color="000000"/>
              <w:right w:val="single" w:sz="4" w:space="0" w:color="000000"/>
            </w:tcBorders>
          </w:tcPr>
          <w:p w14:paraId="6896E5CD" w14:textId="0AD621A7" w:rsidR="001873A2" w:rsidRPr="00EB75F0" w:rsidRDefault="009E5C4E" w:rsidP="001873A2">
            <w:pPr>
              <w:pStyle w:val="TableText"/>
            </w:pPr>
            <w:r w:rsidRPr="00EB75F0">
              <w:t>Sensitivity</w:t>
            </w:r>
            <w:r w:rsidR="001873A2" w:rsidRPr="00EB75F0">
              <w:t xml:space="preserve"> analysis – exclude Asian only studies (Chan 2007</w:t>
            </w:r>
            <w:r w:rsidR="0031308D" w:rsidRPr="00EB75F0">
              <w:fldChar w:fldCharType="begin"/>
            </w:r>
            <w:r w:rsidR="00452EF4">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EB75F0">
              <w:fldChar w:fldCharType="separate"/>
            </w:r>
            <w:r w:rsidR="00452EF4" w:rsidRPr="00452EF4">
              <w:rPr>
                <w:noProof/>
                <w:vertAlign w:val="superscript"/>
              </w:rPr>
              <w:t>26</w:t>
            </w:r>
            <w:r w:rsidR="0031308D" w:rsidRPr="00EB75F0">
              <w:fldChar w:fldCharType="end"/>
            </w:r>
            <w:r w:rsidR="001873A2" w:rsidRPr="00EB75F0">
              <w:t xml:space="preserve">, </w:t>
            </w:r>
            <w:proofErr w:type="spellStart"/>
            <w:r w:rsidR="001873A2" w:rsidRPr="00EB75F0">
              <w:t>Ishigooka</w:t>
            </w:r>
            <w:proofErr w:type="spellEnd"/>
            <w:r w:rsidR="001873A2" w:rsidRPr="00EB75F0">
              <w:t xml:space="preserve"> 2018</w:t>
            </w:r>
            <w:r w:rsidR="0031308D" w:rsidRPr="00EB75F0">
              <w:fldChar w:fldCharType="begin"/>
            </w:r>
            <w:r w:rsidR="00452EF4">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rPr>
              <w:instrText>‐</w:instrText>
            </w:r>
            <w:r w:rsidR="00452EF4">
              <w:instrText>week, randomized, double</w:instrText>
            </w:r>
            <w:r w:rsidR="00452EF4">
              <w:rPr>
                <w:rFonts w:ascii="Cambria Math" w:hAnsi="Cambria Math" w:cs="Cambria Math"/>
              </w:rPr>
              <w:instrText>‐</w:instrText>
            </w:r>
            <w:r w:rsidR="00452EF4">
              <w:instrText>blind, placebo</w:instrText>
            </w:r>
            <w:r w:rsidR="00452EF4">
              <w:rPr>
                <w:rFonts w:ascii="Cambria Math" w:hAnsi="Cambria Math" w:cs="Cambria Math"/>
              </w:rPr>
              <w:instrText>‐</w:instrText>
            </w:r>
            <w:r w:rsidR="00452EF4">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fldChar w:fldCharType="separate"/>
            </w:r>
            <w:r w:rsidR="00452EF4" w:rsidRPr="00452EF4">
              <w:rPr>
                <w:noProof/>
                <w:vertAlign w:val="superscript"/>
              </w:rPr>
              <w:t>40</w:t>
            </w:r>
            <w:r w:rsidR="0031308D" w:rsidRPr="00EB75F0">
              <w:fldChar w:fldCharType="end"/>
            </w:r>
            <w:r w:rsidR="001873A2"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452CA215" w14:textId="3009DBB9" w:rsidR="001873A2" w:rsidRPr="00EB75F0" w:rsidRDefault="001873A2" w:rsidP="001873A2">
            <w:pPr>
              <w:pStyle w:val="TableText"/>
            </w:pPr>
            <w:r w:rsidRPr="00EB75F0">
              <w:t>31</w:t>
            </w:r>
          </w:p>
        </w:tc>
        <w:tc>
          <w:tcPr>
            <w:tcW w:w="723" w:type="pct"/>
            <w:tcBorders>
              <w:top w:val="single" w:sz="4" w:space="0" w:color="000000"/>
              <w:left w:val="single" w:sz="4" w:space="0" w:color="000000"/>
              <w:bottom w:val="single" w:sz="4" w:space="0" w:color="000000"/>
              <w:right w:val="single" w:sz="4" w:space="0" w:color="000000"/>
            </w:tcBorders>
            <w:vAlign w:val="bottom"/>
          </w:tcPr>
          <w:p w14:paraId="5C52DEA3" w14:textId="6598ECDA" w:rsidR="001873A2" w:rsidRPr="00EB75F0" w:rsidRDefault="001873A2" w:rsidP="001873A2">
            <w:pPr>
              <w:pStyle w:val="TableText"/>
            </w:pPr>
            <w:r w:rsidRPr="00EB75F0">
              <w:t>10,050</w:t>
            </w:r>
          </w:p>
        </w:tc>
      </w:tr>
      <w:tr w:rsidR="001873A2" w:rsidRPr="00EB75F0" w14:paraId="51E78E3F" w14:textId="1F2AD916" w:rsidTr="00C073D9">
        <w:trPr>
          <w:trHeight w:val="64"/>
        </w:trPr>
        <w:tc>
          <w:tcPr>
            <w:tcW w:w="824" w:type="pct"/>
            <w:vMerge/>
            <w:tcBorders>
              <w:top w:val="single" w:sz="4" w:space="0" w:color="000000"/>
              <w:left w:val="single" w:sz="4" w:space="0" w:color="000000"/>
              <w:bottom w:val="single" w:sz="4" w:space="0" w:color="000000"/>
              <w:right w:val="single" w:sz="4" w:space="0" w:color="000000"/>
            </w:tcBorders>
          </w:tcPr>
          <w:p w14:paraId="567EF38E" w14:textId="77777777" w:rsidR="001873A2" w:rsidRPr="00EB75F0" w:rsidRDefault="001873A2" w:rsidP="001873A2"/>
        </w:tc>
        <w:tc>
          <w:tcPr>
            <w:tcW w:w="586" w:type="pct"/>
            <w:vMerge/>
            <w:tcBorders>
              <w:top w:val="single" w:sz="4" w:space="0" w:color="000000"/>
              <w:left w:val="single" w:sz="4" w:space="0" w:color="000000"/>
              <w:bottom w:val="single" w:sz="4" w:space="0" w:color="000000"/>
              <w:right w:val="single" w:sz="4" w:space="0" w:color="000000"/>
            </w:tcBorders>
          </w:tcPr>
          <w:p w14:paraId="5F527469" w14:textId="77777777" w:rsidR="001873A2" w:rsidRPr="00EB75F0" w:rsidRDefault="001873A2" w:rsidP="001873A2"/>
        </w:tc>
        <w:tc>
          <w:tcPr>
            <w:tcW w:w="418" w:type="pct"/>
            <w:vMerge/>
            <w:tcBorders>
              <w:top w:val="single" w:sz="4" w:space="0" w:color="000000"/>
              <w:left w:val="single" w:sz="4" w:space="0" w:color="000000"/>
              <w:bottom w:val="single" w:sz="4" w:space="0" w:color="000000"/>
              <w:right w:val="single" w:sz="4" w:space="0" w:color="000000"/>
            </w:tcBorders>
          </w:tcPr>
          <w:p w14:paraId="7948DA93" w14:textId="77777777" w:rsidR="001873A2" w:rsidRPr="00EB75F0" w:rsidRDefault="001873A2" w:rsidP="001873A2"/>
        </w:tc>
        <w:tc>
          <w:tcPr>
            <w:tcW w:w="1863" w:type="pct"/>
            <w:tcBorders>
              <w:top w:val="single" w:sz="4" w:space="0" w:color="000000"/>
              <w:left w:val="single" w:sz="4" w:space="0" w:color="000000"/>
              <w:bottom w:val="single" w:sz="4" w:space="0" w:color="000000"/>
              <w:right w:val="single" w:sz="4" w:space="0" w:color="000000"/>
            </w:tcBorders>
          </w:tcPr>
          <w:p w14:paraId="7AF631F5" w14:textId="048F165C" w:rsidR="001873A2" w:rsidRPr="00EB75F0" w:rsidRDefault="009E5C4E" w:rsidP="001873A2">
            <w:pPr>
              <w:pStyle w:val="TableText"/>
            </w:pPr>
            <w:r w:rsidRPr="00EB75F0">
              <w:t>Sensitivity</w:t>
            </w:r>
            <w:r w:rsidR="001873A2" w:rsidRPr="00EB75F0">
              <w:t xml:space="preserve"> analysis – exclude placebo effect size outliers (Marder 2003</w:t>
            </w:r>
            <w:r w:rsidR="0031308D" w:rsidRPr="00EB75F0">
              <w:fldChar w:fldCharType="begin"/>
            </w:r>
            <w:r w:rsidR="00452EF4">
              <w:instrText xml:space="preserve"> ADDIN EN.CITE &lt;EndNote&gt;&lt;Cite&gt;&lt;Author&gt;Marder SR&lt;/Author&gt;&lt;Year&gt;2003&lt;/Year&gt;&lt;RecNum&gt;32&lt;/RecNum&gt;&lt;DisplayText&gt;&lt;style face="superscript"&gt;35&lt;/style&gt;&lt;/DisplayText&gt;&lt;record&gt;&lt;rec-number&gt;32&lt;/rec-number&gt;&lt;foreign-keys&gt;&lt;key app="EN" db-id="9ttaxzax2p0tr7ewzt55atews50zvxaaa5rz" timestamp="1764068830"&gt;32&lt;/key&gt;&lt;/foreign-keys&gt;&lt;ref-type name="Journal Article"&gt;17&lt;/ref-type&gt;&lt;contributors&gt;&lt;authors&gt;&lt;author&gt;Marder SR, McQuade RD, Stock E, Kaplita S, Marcus R, Safferman AZ, Saha A, Ali M, Iwamoto T&lt;/author&gt;&lt;/authors&gt;&lt;/contributors&gt;&lt;titles&gt;&lt;title&gt;Aripiprazole in the treatment of schizophrenia: safety and tolerability in short-term, placebo-controlled trials&lt;/title&gt;&lt;secondary-title&gt;Schizophr. Res.&lt;/secondary-title&gt;&lt;/titles&gt;&lt;periodical&gt;&lt;full-title&gt;Schizophr. Res.&lt;/full-title&gt;&lt;/periodical&gt;&lt;pages&gt;123-36&lt;/pages&gt;&lt;volume&gt;61&lt;/volume&gt;&lt;number&gt;2-3&lt;/number&gt;&lt;dates&gt;&lt;year&gt;2003&lt;/year&gt;&lt;/dates&gt;&lt;urls&gt;&lt;/urls&gt;&lt;/record&gt;&lt;/Cite&gt;&lt;/EndNote&gt;</w:instrText>
            </w:r>
            <w:r w:rsidR="0031308D" w:rsidRPr="00EB75F0">
              <w:fldChar w:fldCharType="separate"/>
            </w:r>
            <w:r w:rsidR="00452EF4" w:rsidRPr="00452EF4">
              <w:rPr>
                <w:noProof/>
                <w:vertAlign w:val="superscript"/>
              </w:rPr>
              <w:t>35</w:t>
            </w:r>
            <w:r w:rsidR="0031308D" w:rsidRPr="00EB75F0">
              <w:fldChar w:fldCharType="end"/>
            </w:r>
            <w:r w:rsidR="001873A2" w:rsidRPr="00EB75F0">
              <w:t xml:space="preserve">, </w:t>
            </w:r>
            <w:proofErr w:type="spellStart"/>
            <w:r w:rsidR="001873A2" w:rsidRPr="00EB75F0">
              <w:t>Potkin</w:t>
            </w:r>
            <w:proofErr w:type="spellEnd"/>
            <w:r w:rsidR="001873A2" w:rsidRPr="00EB75F0">
              <w:t xml:space="preserve"> 2003</w:t>
            </w:r>
            <w:r w:rsidR="0031308D" w:rsidRPr="00EB75F0">
              <w:fldChar w:fldCharType="begin"/>
            </w:r>
            <w:r w:rsidR="00452EF4">
              <w:instrText xml:space="preserve"> ADDIN EN.CITE &lt;EndNote&gt;&lt;Cite&gt;&lt;Author&gt;Potkin SG&lt;/Author&gt;&lt;Year&gt;2003&lt;/Year&gt;&lt;RecNum&gt;33&lt;/RecNum&gt;&lt;DisplayText&gt;&lt;style face="superscript"&gt;36&lt;/style&gt;&lt;/DisplayText&gt;&lt;record&gt;&lt;rec-number&gt;33&lt;/rec-number&gt;&lt;foreign-keys&gt;&lt;key app="EN" db-id="9ttaxzax2p0tr7ewzt55atews50zvxaaa5rz" timestamp="1764068830"&gt;33&lt;/key&gt;&lt;/foreign-keys&gt;&lt;ref-type name="Journal Article"&gt;17&lt;/ref-type&gt;&lt;contributors&gt;&lt;authors&gt;&lt;author&gt;Potkin SG, Saha AR, Kujawa MJ, Carson WH, Ali M, Stock E, Stringfellow J, Ingenito G, Marder SR.&lt;/author&gt;&lt;/authors&gt;&lt;/contributors&gt;&lt;titles&gt;&lt;title&gt;Aripiprazole, an antipsychotic with a novel mechanism of action, and risperidone vs placebo in patients with schizophrenia and schizoaffective disorder.&lt;/title&gt;&lt;secondary-title&gt;AMA Arch. Gen. Psychiatry&lt;/secondary-title&gt;&lt;/titles&gt;&lt;periodical&gt;&lt;full-title&gt;AMA Arch. Gen. Psychiatry&lt;/full-title&gt;&lt;/periodical&gt;&lt;pages&gt;681-90&lt;/pages&gt;&lt;volume&gt;60&lt;/volume&gt;&lt;number&gt;7&lt;/number&gt;&lt;dates&gt;&lt;year&gt;2003&lt;/year&gt;&lt;/dates&gt;&lt;urls&gt;&lt;/urls&gt;&lt;/record&gt;&lt;/Cite&gt;&lt;/EndNote&gt;</w:instrText>
            </w:r>
            <w:r w:rsidR="0031308D" w:rsidRPr="00EB75F0">
              <w:fldChar w:fldCharType="separate"/>
            </w:r>
            <w:r w:rsidR="00452EF4" w:rsidRPr="00452EF4">
              <w:rPr>
                <w:noProof/>
                <w:vertAlign w:val="superscript"/>
              </w:rPr>
              <w:t>36</w:t>
            </w:r>
            <w:r w:rsidR="0031308D" w:rsidRPr="00EB75F0">
              <w:fldChar w:fldCharType="end"/>
            </w:r>
            <w:r w:rsidR="001873A2" w:rsidRPr="00EB75F0">
              <w:t xml:space="preserve">, </w:t>
            </w:r>
            <w:proofErr w:type="spellStart"/>
            <w:r w:rsidR="001873A2" w:rsidRPr="00EB75F0">
              <w:t>Ishigooka</w:t>
            </w:r>
            <w:proofErr w:type="spellEnd"/>
            <w:r w:rsidR="001873A2" w:rsidRPr="00EB75F0">
              <w:t xml:space="preserve"> 2018</w:t>
            </w:r>
            <w:r w:rsidR="0031308D" w:rsidRPr="00EB75F0">
              <w:fldChar w:fldCharType="begin"/>
            </w:r>
            <w:r w:rsidR="00452EF4">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rPr>
              <w:instrText>‐</w:instrText>
            </w:r>
            <w:r w:rsidR="00452EF4">
              <w:instrText>week, randomized, double</w:instrText>
            </w:r>
            <w:r w:rsidR="00452EF4">
              <w:rPr>
                <w:rFonts w:ascii="Cambria Math" w:hAnsi="Cambria Math" w:cs="Cambria Math"/>
              </w:rPr>
              <w:instrText>‐</w:instrText>
            </w:r>
            <w:r w:rsidR="00452EF4">
              <w:instrText>blind, placebo</w:instrText>
            </w:r>
            <w:r w:rsidR="00452EF4">
              <w:rPr>
                <w:rFonts w:ascii="Cambria Math" w:hAnsi="Cambria Math" w:cs="Cambria Math"/>
              </w:rPr>
              <w:instrText>‐</w:instrText>
            </w:r>
            <w:r w:rsidR="00452EF4">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fldChar w:fldCharType="separate"/>
            </w:r>
            <w:r w:rsidR="00452EF4" w:rsidRPr="00452EF4">
              <w:rPr>
                <w:noProof/>
                <w:vertAlign w:val="superscript"/>
              </w:rPr>
              <w:t>40</w:t>
            </w:r>
            <w:r w:rsidR="0031308D" w:rsidRPr="00EB75F0">
              <w:fldChar w:fldCharType="end"/>
            </w:r>
            <w:r w:rsidR="001873A2" w:rsidRPr="00EB75F0">
              <w:t>, Kane 2007</w:t>
            </w:r>
            <w:r w:rsidR="0031308D" w:rsidRPr="00EB75F0">
              <w:fldChar w:fldCharType="begin"/>
            </w:r>
            <w:r w:rsidR="00452EF4">
              <w:instrText xml:space="preserve"> ADDIN EN.CITE &lt;EndNote&gt;&lt;Cite&gt;&lt;Author&gt;Kane&lt;/Author&gt;&lt;Year&gt;2007&lt;/Year&gt;&lt;RecNum&gt;65&lt;/RecNum&gt;&lt;DisplayText&gt;&lt;style face="superscript"&gt;68&lt;/style&gt;&lt;/DisplayText&gt;&lt;record&gt;&lt;rec-number&gt;65&lt;/rec-number&gt;&lt;foreign-keys&gt;&lt;key app="EN" db-id="9ttaxzax2p0tr7ewzt55atews50zvxaaa5rz" timestamp="1764068839"&gt;65&lt;/key&gt;&lt;/foreign-keys&gt;&lt;ref-type name="Journal Article"&gt;17&lt;/ref-type&gt;&lt;contributors&gt;&lt;authors&gt;&lt;author&gt;Kane, J&lt;/author&gt;&lt;author&gt;Canas, F&lt;/author&gt;&lt;author&gt;Kramer, M&lt;/author&gt;&lt;author&gt;Ford, L&lt;/author&gt;&lt;author&gt;Gassmann-Mayer, C&lt;/author&gt;&lt;author&gt;Lim, P&lt;/author&gt;&lt;author&gt;Eerdekens, M&lt;/author&gt;&lt;/authors&gt;&lt;/contributors&gt;&lt;titles&gt;&lt;title&gt;Treatment of schizophrenia with paliperidone extended-release tablets: a 6-week placebo-controlled trial&lt;/title&gt;&lt;secondary-title&gt;Schizophrenia Research&lt;/secondary-title&gt;&lt;/titles&gt;&lt;periodical&gt;&lt;full-title&gt;Schizophrenia Research&lt;/full-title&gt;&lt;/periodical&gt;&lt;pages&gt;147-161&lt;/pages&gt;&lt;volume&gt;90&lt;/volume&gt;&lt;number&gt;1-3&lt;/number&gt;&lt;dates&gt;&lt;year&gt;2007&lt;/year&gt;&lt;/dates&gt;&lt;isbn&gt;0920-9964&lt;/isbn&gt;&lt;urls&gt;&lt;/urls&gt;&lt;/record&gt;&lt;/Cite&gt;&lt;/EndNote&gt;</w:instrText>
            </w:r>
            <w:r w:rsidR="0031308D" w:rsidRPr="00EB75F0">
              <w:fldChar w:fldCharType="separate"/>
            </w:r>
            <w:r w:rsidR="00452EF4" w:rsidRPr="00452EF4">
              <w:rPr>
                <w:noProof/>
                <w:vertAlign w:val="superscript"/>
              </w:rPr>
              <w:t>68</w:t>
            </w:r>
            <w:r w:rsidR="0031308D" w:rsidRPr="00EB75F0">
              <w:fldChar w:fldCharType="end"/>
            </w:r>
            <w:r w:rsidR="001873A2" w:rsidRPr="00EB75F0">
              <w:t>, and Davidson 2007</w:t>
            </w:r>
            <w:r w:rsidR="0031308D" w:rsidRPr="00EB75F0">
              <w:fldChar w:fldCharType="begin"/>
            </w:r>
            <w:r w:rsidR="00452EF4">
              <w:instrText xml:space="preserve"> ADDIN EN.CITE &lt;EndNote&gt;&lt;Cite&gt;&lt;Author&gt;Davidson&lt;/Author&gt;&lt;Year&gt;2007&lt;/Year&gt;&lt;RecNum&gt;66&lt;/RecNum&gt;&lt;DisplayText&gt;&lt;style face="superscript"&gt;69&lt;/style&gt;&lt;/DisplayText&gt;&lt;record&gt;&lt;rec-number&gt;66&lt;/rec-number&gt;&lt;foreign-keys&gt;&lt;key app="EN" db-id="9ttaxzax2p0tr7ewzt55atews50zvxaaa5rz" timestamp="1764068839"&gt;66&lt;/key&gt;&lt;/foreign-keys&gt;&lt;ref-type name="Journal Article"&gt;17&lt;/ref-type&gt;&lt;contributors&gt;&lt;authors&gt;&lt;author&gt;Davidson, Michael&lt;/author&gt;&lt;author&gt;Emsley, Robin&lt;/author&gt;&lt;author&gt;Kramer, Michelle&lt;/author&gt;&lt;author&gt;Ford, Lisa&lt;/author&gt;&lt;author&gt;Pan, Guohua&lt;/author&gt;&lt;author&gt;Lim, Pilar&lt;/author&gt;&lt;author&gt;Eerdekens, Mariëlle&lt;/author&gt;&lt;/authors&gt;&lt;/contributors&gt;&lt;titles&gt;&lt;title&gt;Efficacy, safety and early response of paliperidone extended-release tablets (paliperidone ER): results of a 6-week, randomized, placebo-controlled study&lt;/title&gt;&lt;secondary-title&gt;Schizophrenia research&lt;/secondary-title&gt;&lt;/titles&gt;&lt;periodical&gt;&lt;full-title&gt;Schizophrenia Research&lt;/full-title&gt;&lt;/periodical&gt;&lt;pages&gt;117-130&lt;/pages&gt;&lt;volume&gt;93&lt;/volume&gt;&lt;number&gt;1-3&lt;/number&gt;&lt;dates&gt;&lt;year&gt;2007&lt;/year&gt;&lt;/dates&gt;&lt;isbn&gt;0920-9964&lt;/isbn&gt;&lt;urls&gt;&lt;/urls&gt;&lt;/record&gt;&lt;/Cite&gt;&lt;/EndNote&gt;</w:instrText>
            </w:r>
            <w:r w:rsidR="0031308D" w:rsidRPr="00EB75F0">
              <w:fldChar w:fldCharType="separate"/>
            </w:r>
            <w:r w:rsidR="00452EF4" w:rsidRPr="00452EF4">
              <w:rPr>
                <w:noProof/>
                <w:vertAlign w:val="superscript"/>
              </w:rPr>
              <w:t>69</w:t>
            </w:r>
            <w:r w:rsidR="0031308D" w:rsidRPr="00EB75F0">
              <w:fldChar w:fldCharType="end"/>
            </w:r>
            <w:r w:rsidR="001873A2"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49D6EDDE" w14:textId="610D0369" w:rsidR="001873A2" w:rsidRPr="00EB75F0" w:rsidRDefault="001873A2" w:rsidP="001873A2">
            <w:pPr>
              <w:pStyle w:val="TableText"/>
            </w:pPr>
            <w:r w:rsidRPr="00EB75F0">
              <w:t>28</w:t>
            </w:r>
          </w:p>
        </w:tc>
        <w:tc>
          <w:tcPr>
            <w:tcW w:w="723" w:type="pct"/>
            <w:tcBorders>
              <w:top w:val="single" w:sz="4" w:space="0" w:color="000000"/>
              <w:left w:val="single" w:sz="4" w:space="0" w:color="000000"/>
              <w:bottom w:val="single" w:sz="4" w:space="0" w:color="000000"/>
              <w:right w:val="single" w:sz="4" w:space="0" w:color="000000"/>
            </w:tcBorders>
            <w:vAlign w:val="bottom"/>
          </w:tcPr>
          <w:p w14:paraId="5570456C" w14:textId="36C34621" w:rsidR="001873A2" w:rsidRPr="00EB75F0" w:rsidRDefault="001873A2" w:rsidP="001873A2">
            <w:pPr>
              <w:pStyle w:val="TableText"/>
            </w:pPr>
            <w:r w:rsidRPr="00EB75F0">
              <w:t>8,060</w:t>
            </w:r>
          </w:p>
        </w:tc>
      </w:tr>
      <w:tr w:rsidR="001873A2" w:rsidRPr="00EB75F0" w14:paraId="72F902D9" w14:textId="2A313EC2" w:rsidTr="00C073D9">
        <w:trPr>
          <w:trHeight w:val="64"/>
        </w:trPr>
        <w:tc>
          <w:tcPr>
            <w:tcW w:w="824" w:type="pct"/>
            <w:vMerge/>
            <w:tcBorders>
              <w:top w:val="single" w:sz="4" w:space="0" w:color="000000"/>
              <w:left w:val="single" w:sz="4" w:space="0" w:color="000000"/>
              <w:bottom w:val="single" w:sz="4" w:space="0" w:color="000000"/>
              <w:right w:val="single" w:sz="4" w:space="0" w:color="000000"/>
            </w:tcBorders>
          </w:tcPr>
          <w:p w14:paraId="3B48E5AC" w14:textId="77777777" w:rsidR="001873A2" w:rsidRPr="00EB75F0" w:rsidRDefault="001873A2" w:rsidP="001873A2"/>
        </w:tc>
        <w:tc>
          <w:tcPr>
            <w:tcW w:w="586" w:type="pct"/>
            <w:vMerge/>
            <w:tcBorders>
              <w:top w:val="single" w:sz="4" w:space="0" w:color="000000"/>
              <w:left w:val="single" w:sz="4" w:space="0" w:color="000000"/>
              <w:bottom w:val="single" w:sz="4" w:space="0" w:color="000000"/>
              <w:right w:val="single" w:sz="4" w:space="0" w:color="000000"/>
            </w:tcBorders>
          </w:tcPr>
          <w:p w14:paraId="769FC8B4" w14:textId="77777777" w:rsidR="001873A2" w:rsidRPr="00EB75F0" w:rsidRDefault="001873A2" w:rsidP="001873A2"/>
        </w:tc>
        <w:tc>
          <w:tcPr>
            <w:tcW w:w="418" w:type="pct"/>
            <w:tcBorders>
              <w:top w:val="single" w:sz="4" w:space="0" w:color="000000"/>
              <w:left w:val="single" w:sz="4" w:space="0" w:color="000000"/>
              <w:bottom w:val="single" w:sz="4" w:space="0" w:color="000000"/>
              <w:right w:val="single" w:sz="4" w:space="0" w:color="000000"/>
            </w:tcBorders>
          </w:tcPr>
          <w:p w14:paraId="6AE39DB2" w14:textId="77777777" w:rsidR="001873A2" w:rsidRPr="00EB75F0" w:rsidRDefault="001873A2" w:rsidP="001873A2">
            <w:pPr>
              <w:pStyle w:val="TableText"/>
            </w:pPr>
            <w:r w:rsidRPr="00EB75F0">
              <w:t>FE</w:t>
            </w:r>
          </w:p>
        </w:tc>
        <w:tc>
          <w:tcPr>
            <w:tcW w:w="1863" w:type="pct"/>
            <w:tcBorders>
              <w:top w:val="single" w:sz="4" w:space="0" w:color="000000"/>
              <w:left w:val="single" w:sz="4" w:space="0" w:color="000000"/>
              <w:bottom w:val="single" w:sz="4" w:space="0" w:color="000000"/>
              <w:right w:val="single" w:sz="4" w:space="0" w:color="000000"/>
            </w:tcBorders>
          </w:tcPr>
          <w:p w14:paraId="39259CB1" w14:textId="77777777" w:rsidR="001873A2" w:rsidRPr="00EB75F0" w:rsidRDefault="001873A2" w:rsidP="001873A2">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3E416162" w14:textId="4574656C" w:rsidR="001873A2" w:rsidRPr="00EB75F0" w:rsidRDefault="001873A2" w:rsidP="001873A2">
            <w:pPr>
              <w:pStyle w:val="TableText"/>
            </w:pPr>
            <w:r w:rsidRPr="00EB75F0">
              <w:t>33</w:t>
            </w:r>
          </w:p>
        </w:tc>
        <w:tc>
          <w:tcPr>
            <w:tcW w:w="723" w:type="pct"/>
            <w:tcBorders>
              <w:top w:val="single" w:sz="4" w:space="0" w:color="000000"/>
              <w:left w:val="single" w:sz="4" w:space="0" w:color="000000"/>
              <w:bottom w:val="single" w:sz="4" w:space="0" w:color="000000"/>
              <w:right w:val="single" w:sz="4" w:space="0" w:color="000000"/>
            </w:tcBorders>
            <w:vAlign w:val="bottom"/>
          </w:tcPr>
          <w:p w14:paraId="6D41BC53" w14:textId="7C663F25" w:rsidR="001873A2" w:rsidRPr="00EB75F0" w:rsidRDefault="001873A2" w:rsidP="001873A2">
            <w:pPr>
              <w:pStyle w:val="TableText"/>
            </w:pPr>
            <w:r w:rsidRPr="00EB75F0">
              <w:t>10,477</w:t>
            </w:r>
          </w:p>
        </w:tc>
      </w:tr>
      <w:tr w:rsidR="00C94964" w:rsidRPr="00EB75F0" w14:paraId="0C5EDA58" w14:textId="7965F84D" w:rsidTr="00C073D9">
        <w:trPr>
          <w:trHeight w:val="68"/>
        </w:trPr>
        <w:tc>
          <w:tcPr>
            <w:tcW w:w="824" w:type="pct"/>
            <w:vMerge w:val="restart"/>
            <w:tcBorders>
              <w:top w:val="single" w:sz="4" w:space="0" w:color="000000"/>
              <w:left w:val="single" w:sz="4" w:space="0" w:color="000000"/>
              <w:bottom w:val="single" w:sz="4" w:space="0" w:color="000000"/>
              <w:right w:val="single" w:sz="4" w:space="0" w:color="000000"/>
            </w:tcBorders>
          </w:tcPr>
          <w:p w14:paraId="55EF22C9" w14:textId="77777777" w:rsidR="00C94964" w:rsidRPr="00EB75F0" w:rsidRDefault="00C94964" w:rsidP="00C94964">
            <w:pPr>
              <w:pStyle w:val="TableText"/>
            </w:pPr>
            <w:r w:rsidRPr="00EB75F0">
              <w:t xml:space="preserve">PANSS response (&gt;=30% improvement in </w:t>
            </w:r>
            <w:r w:rsidRPr="00EB75F0">
              <w:lastRenderedPageBreak/>
              <w:t>PANSS Total Score from baseline)</w:t>
            </w:r>
          </w:p>
        </w:tc>
        <w:tc>
          <w:tcPr>
            <w:tcW w:w="586" w:type="pct"/>
            <w:vMerge w:val="restart"/>
            <w:tcBorders>
              <w:top w:val="single" w:sz="4" w:space="0" w:color="000000"/>
              <w:left w:val="single" w:sz="4" w:space="0" w:color="000000"/>
              <w:bottom w:val="single" w:sz="4" w:space="0" w:color="000000"/>
              <w:right w:val="single" w:sz="4" w:space="0" w:color="000000"/>
            </w:tcBorders>
          </w:tcPr>
          <w:p w14:paraId="52165ED9" w14:textId="77777777" w:rsidR="00C94964" w:rsidRPr="00EB75F0" w:rsidRDefault="00C94964" w:rsidP="00C94964">
            <w:pPr>
              <w:pStyle w:val="TableText"/>
            </w:pPr>
            <w:r w:rsidRPr="00EB75F0">
              <w:lastRenderedPageBreak/>
              <w:t>Odds Ratio</w:t>
            </w:r>
          </w:p>
        </w:tc>
        <w:tc>
          <w:tcPr>
            <w:tcW w:w="418" w:type="pct"/>
            <w:vMerge w:val="restart"/>
            <w:tcBorders>
              <w:top w:val="single" w:sz="4" w:space="0" w:color="000000"/>
              <w:left w:val="single" w:sz="4" w:space="0" w:color="000000"/>
              <w:bottom w:val="single" w:sz="4" w:space="0" w:color="000000"/>
              <w:right w:val="single" w:sz="4" w:space="0" w:color="000000"/>
            </w:tcBorders>
          </w:tcPr>
          <w:p w14:paraId="3F417EE7" w14:textId="77777777" w:rsidR="00C94964" w:rsidRPr="00EB75F0" w:rsidRDefault="00C94964" w:rsidP="00C94964">
            <w:pPr>
              <w:pStyle w:val="TableText"/>
            </w:pPr>
            <w:r w:rsidRPr="00EB75F0">
              <w:t>RE</w:t>
            </w:r>
          </w:p>
        </w:tc>
        <w:tc>
          <w:tcPr>
            <w:tcW w:w="1863" w:type="pct"/>
            <w:tcBorders>
              <w:top w:val="single" w:sz="4" w:space="0" w:color="000000"/>
              <w:left w:val="single" w:sz="4" w:space="0" w:color="000000"/>
              <w:bottom w:val="single" w:sz="4" w:space="0" w:color="000000"/>
              <w:right w:val="single" w:sz="4" w:space="0" w:color="000000"/>
            </w:tcBorders>
          </w:tcPr>
          <w:p w14:paraId="4EAE361D" w14:textId="77777777" w:rsidR="00C94964" w:rsidRPr="00EB75F0" w:rsidRDefault="00C94964" w:rsidP="00C94964">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57F39F07" w14:textId="27962CE1" w:rsidR="00C94964" w:rsidRPr="00EB75F0" w:rsidRDefault="00C94964" w:rsidP="00C94964">
            <w:pPr>
              <w:pStyle w:val="TableText"/>
            </w:pPr>
            <w:r w:rsidRPr="00EB75F0">
              <w:t>24</w:t>
            </w:r>
          </w:p>
        </w:tc>
        <w:tc>
          <w:tcPr>
            <w:tcW w:w="723" w:type="pct"/>
            <w:tcBorders>
              <w:top w:val="single" w:sz="4" w:space="0" w:color="000000"/>
              <w:left w:val="single" w:sz="4" w:space="0" w:color="000000"/>
              <w:bottom w:val="single" w:sz="4" w:space="0" w:color="000000"/>
              <w:right w:val="single" w:sz="4" w:space="0" w:color="000000"/>
            </w:tcBorders>
            <w:vAlign w:val="bottom"/>
          </w:tcPr>
          <w:p w14:paraId="3828AF87" w14:textId="2952CE20" w:rsidR="00C94964" w:rsidRPr="00EB75F0" w:rsidRDefault="00C94964" w:rsidP="00C94964">
            <w:pPr>
              <w:pStyle w:val="TableText"/>
            </w:pPr>
            <w:r w:rsidRPr="00EB75F0">
              <w:t>7</w:t>
            </w:r>
            <w:r w:rsidR="007F16A8" w:rsidRPr="00EB75F0">
              <w:t>,</w:t>
            </w:r>
            <w:r w:rsidRPr="00EB75F0">
              <w:t>480</w:t>
            </w:r>
          </w:p>
        </w:tc>
      </w:tr>
      <w:tr w:rsidR="00C94964" w:rsidRPr="00EB75F0" w14:paraId="108A2071" w14:textId="7584CB23" w:rsidTr="00C073D9">
        <w:trPr>
          <w:trHeight w:val="305"/>
        </w:trPr>
        <w:tc>
          <w:tcPr>
            <w:tcW w:w="824" w:type="pct"/>
            <w:vMerge/>
            <w:tcBorders>
              <w:top w:val="single" w:sz="4" w:space="0" w:color="000000"/>
              <w:left w:val="single" w:sz="4" w:space="0" w:color="000000"/>
              <w:bottom w:val="single" w:sz="4" w:space="0" w:color="000000"/>
              <w:right w:val="single" w:sz="4" w:space="0" w:color="000000"/>
            </w:tcBorders>
          </w:tcPr>
          <w:p w14:paraId="2DEB1359" w14:textId="77777777" w:rsidR="00C94964" w:rsidRPr="00EB75F0" w:rsidRDefault="00C94964" w:rsidP="00C94964"/>
        </w:tc>
        <w:tc>
          <w:tcPr>
            <w:tcW w:w="586" w:type="pct"/>
            <w:vMerge/>
            <w:tcBorders>
              <w:top w:val="single" w:sz="4" w:space="0" w:color="000000"/>
              <w:left w:val="single" w:sz="4" w:space="0" w:color="000000"/>
              <w:bottom w:val="single" w:sz="4" w:space="0" w:color="000000"/>
              <w:right w:val="single" w:sz="4" w:space="0" w:color="000000"/>
            </w:tcBorders>
          </w:tcPr>
          <w:p w14:paraId="2E520BB5" w14:textId="77777777" w:rsidR="00C94964" w:rsidRPr="00EB75F0" w:rsidRDefault="00C94964" w:rsidP="00C94964"/>
        </w:tc>
        <w:tc>
          <w:tcPr>
            <w:tcW w:w="418" w:type="pct"/>
            <w:vMerge/>
            <w:tcBorders>
              <w:top w:val="single" w:sz="4" w:space="0" w:color="000000"/>
              <w:left w:val="single" w:sz="4" w:space="0" w:color="000000"/>
              <w:bottom w:val="single" w:sz="4" w:space="0" w:color="000000"/>
              <w:right w:val="single" w:sz="4" w:space="0" w:color="000000"/>
            </w:tcBorders>
          </w:tcPr>
          <w:p w14:paraId="1C97F872" w14:textId="77777777" w:rsidR="00C94964" w:rsidRPr="00EB75F0" w:rsidRDefault="00C94964" w:rsidP="00C94964"/>
        </w:tc>
        <w:tc>
          <w:tcPr>
            <w:tcW w:w="1863" w:type="pct"/>
            <w:tcBorders>
              <w:top w:val="single" w:sz="4" w:space="0" w:color="000000"/>
              <w:left w:val="single" w:sz="4" w:space="0" w:color="000000"/>
              <w:bottom w:val="single" w:sz="4" w:space="0" w:color="000000"/>
              <w:right w:val="single" w:sz="4" w:space="0" w:color="000000"/>
            </w:tcBorders>
          </w:tcPr>
          <w:p w14:paraId="0D22F127" w14:textId="2B9AF382" w:rsidR="00C94964" w:rsidRPr="00EB75F0" w:rsidRDefault="009E5C4E" w:rsidP="00C94964">
            <w:pPr>
              <w:pStyle w:val="TableText"/>
            </w:pPr>
            <w:r w:rsidRPr="00EB75F0">
              <w:t>Sensitivity</w:t>
            </w:r>
            <w:r w:rsidR="00C94964" w:rsidRPr="00EB75F0">
              <w:t xml:space="preserve"> analysis – exclude Asian only studies (Chan 2007</w:t>
            </w:r>
            <w:r w:rsidR="0031308D" w:rsidRPr="00EB75F0">
              <w:fldChar w:fldCharType="begin"/>
            </w:r>
            <w:r w:rsidR="00452EF4">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EB75F0">
              <w:fldChar w:fldCharType="separate"/>
            </w:r>
            <w:r w:rsidR="00452EF4" w:rsidRPr="00452EF4">
              <w:rPr>
                <w:noProof/>
                <w:vertAlign w:val="superscript"/>
              </w:rPr>
              <w:t>26</w:t>
            </w:r>
            <w:r w:rsidR="0031308D" w:rsidRPr="00EB75F0">
              <w:fldChar w:fldCharType="end"/>
            </w:r>
            <w:r w:rsidR="00C94964" w:rsidRPr="00EB75F0">
              <w:t xml:space="preserve">, </w:t>
            </w:r>
            <w:proofErr w:type="spellStart"/>
            <w:r w:rsidR="00C94964" w:rsidRPr="00EB75F0">
              <w:t>Ishigooka</w:t>
            </w:r>
            <w:proofErr w:type="spellEnd"/>
            <w:r w:rsidR="00C94964" w:rsidRPr="00EB75F0">
              <w:t xml:space="preserve"> 2018</w:t>
            </w:r>
            <w:r w:rsidR="0031308D" w:rsidRPr="00EB75F0">
              <w:fldChar w:fldCharType="begin"/>
            </w:r>
            <w:r w:rsidR="00452EF4">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rPr>
              <w:instrText>‐</w:instrText>
            </w:r>
            <w:r w:rsidR="00452EF4">
              <w:instrText>week, randomized, double</w:instrText>
            </w:r>
            <w:r w:rsidR="00452EF4">
              <w:rPr>
                <w:rFonts w:ascii="Cambria Math" w:hAnsi="Cambria Math" w:cs="Cambria Math"/>
              </w:rPr>
              <w:instrText>‐</w:instrText>
            </w:r>
            <w:r w:rsidR="00452EF4">
              <w:instrText>blind, placebo</w:instrText>
            </w:r>
            <w:r w:rsidR="00452EF4">
              <w:rPr>
                <w:rFonts w:ascii="Cambria Math" w:hAnsi="Cambria Math" w:cs="Cambria Math"/>
              </w:rPr>
              <w:instrText>‐</w:instrText>
            </w:r>
            <w:r w:rsidR="00452EF4">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fldChar w:fldCharType="separate"/>
            </w:r>
            <w:r w:rsidR="00452EF4" w:rsidRPr="00452EF4">
              <w:rPr>
                <w:noProof/>
                <w:vertAlign w:val="superscript"/>
              </w:rPr>
              <w:t>40</w:t>
            </w:r>
            <w:r w:rsidR="0031308D" w:rsidRPr="00EB75F0">
              <w:fldChar w:fldCharType="end"/>
            </w:r>
            <w:r w:rsidR="00C94964"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027201F8" w14:textId="272FAF88" w:rsidR="00C94964" w:rsidRPr="00EB75F0" w:rsidRDefault="00C94964" w:rsidP="00C94964">
            <w:pPr>
              <w:pStyle w:val="TableText"/>
            </w:pPr>
            <w:r w:rsidRPr="00EB75F0">
              <w:t>22</w:t>
            </w:r>
          </w:p>
        </w:tc>
        <w:tc>
          <w:tcPr>
            <w:tcW w:w="723" w:type="pct"/>
            <w:tcBorders>
              <w:top w:val="single" w:sz="4" w:space="0" w:color="000000"/>
              <w:left w:val="single" w:sz="4" w:space="0" w:color="000000"/>
              <w:bottom w:val="single" w:sz="4" w:space="0" w:color="000000"/>
              <w:right w:val="single" w:sz="4" w:space="0" w:color="000000"/>
            </w:tcBorders>
            <w:vAlign w:val="bottom"/>
          </w:tcPr>
          <w:p w14:paraId="6AC22B22" w14:textId="68BA68A8" w:rsidR="00C94964" w:rsidRPr="00EB75F0" w:rsidRDefault="00C94964" w:rsidP="00C94964">
            <w:pPr>
              <w:pStyle w:val="TableText"/>
            </w:pPr>
            <w:r w:rsidRPr="00EB75F0">
              <w:t>7</w:t>
            </w:r>
            <w:r w:rsidR="007F16A8" w:rsidRPr="00EB75F0">
              <w:t>,</w:t>
            </w:r>
            <w:r w:rsidRPr="00EB75F0">
              <w:t>089</w:t>
            </w:r>
          </w:p>
        </w:tc>
      </w:tr>
      <w:tr w:rsidR="00C94964" w:rsidRPr="00EB75F0" w14:paraId="25FF201B" w14:textId="241A5EFB" w:rsidTr="00C073D9">
        <w:trPr>
          <w:trHeight w:val="305"/>
        </w:trPr>
        <w:tc>
          <w:tcPr>
            <w:tcW w:w="824" w:type="pct"/>
            <w:vMerge/>
            <w:tcBorders>
              <w:top w:val="single" w:sz="4" w:space="0" w:color="000000"/>
              <w:left w:val="single" w:sz="4" w:space="0" w:color="000000"/>
              <w:bottom w:val="single" w:sz="4" w:space="0" w:color="000000"/>
              <w:right w:val="single" w:sz="4" w:space="0" w:color="000000"/>
            </w:tcBorders>
          </w:tcPr>
          <w:p w14:paraId="1E0B362A" w14:textId="77777777" w:rsidR="00C94964" w:rsidRPr="00EB75F0" w:rsidRDefault="00C94964" w:rsidP="00C94964"/>
        </w:tc>
        <w:tc>
          <w:tcPr>
            <w:tcW w:w="586" w:type="pct"/>
            <w:vMerge/>
            <w:tcBorders>
              <w:top w:val="single" w:sz="4" w:space="0" w:color="000000"/>
              <w:left w:val="single" w:sz="4" w:space="0" w:color="000000"/>
              <w:bottom w:val="single" w:sz="4" w:space="0" w:color="000000"/>
              <w:right w:val="single" w:sz="4" w:space="0" w:color="000000"/>
            </w:tcBorders>
          </w:tcPr>
          <w:p w14:paraId="2F29BC0E" w14:textId="77777777" w:rsidR="00C94964" w:rsidRPr="00EB75F0" w:rsidRDefault="00C94964" w:rsidP="00C94964"/>
        </w:tc>
        <w:tc>
          <w:tcPr>
            <w:tcW w:w="418" w:type="pct"/>
            <w:vMerge/>
            <w:tcBorders>
              <w:top w:val="single" w:sz="4" w:space="0" w:color="000000"/>
              <w:left w:val="single" w:sz="4" w:space="0" w:color="000000"/>
              <w:bottom w:val="single" w:sz="4" w:space="0" w:color="000000"/>
              <w:right w:val="single" w:sz="4" w:space="0" w:color="000000"/>
            </w:tcBorders>
          </w:tcPr>
          <w:p w14:paraId="6F2033E8" w14:textId="77777777" w:rsidR="00C94964" w:rsidRPr="00EB75F0" w:rsidRDefault="00C94964" w:rsidP="00C94964"/>
        </w:tc>
        <w:tc>
          <w:tcPr>
            <w:tcW w:w="1863" w:type="pct"/>
            <w:tcBorders>
              <w:top w:val="single" w:sz="4" w:space="0" w:color="000000"/>
              <w:left w:val="single" w:sz="4" w:space="0" w:color="000000"/>
              <w:bottom w:val="single" w:sz="4" w:space="0" w:color="000000"/>
              <w:right w:val="single" w:sz="4" w:space="0" w:color="000000"/>
            </w:tcBorders>
          </w:tcPr>
          <w:p w14:paraId="41744EC8" w14:textId="3B01BE02" w:rsidR="00C94964" w:rsidRPr="00EB75F0" w:rsidRDefault="009E5C4E" w:rsidP="00C94964">
            <w:pPr>
              <w:pStyle w:val="TableText"/>
            </w:pPr>
            <w:r w:rsidRPr="00EB75F0">
              <w:t>Sensitivity</w:t>
            </w:r>
            <w:r w:rsidR="00C94964" w:rsidRPr="00EB75F0">
              <w:t xml:space="preserve"> analysis – exclude placebo effect size outlier (Correll 2016 (NCT00905307)</w:t>
            </w:r>
            <w:r w:rsidR="0031308D" w:rsidRPr="00EB75F0">
              <w:fldChar w:fldCharType="begin"/>
            </w:r>
            <w:r w:rsidR="00452EF4">
              <w:instrText xml:space="preserve"> ADDIN EN.CITE &lt;EndNote&gt;&lt;Cite&gt;&lt;Author&gt;Correll CU&lt;/Author&gt;&lt;Year&gt;2016&lt;/Year&gt;&lt;RecNum&gt;34&lt;/RecNum&gt;&lt;DisplayText&gt;&lt;style face="superscript"&gt;37&lt;/style&gt;&lt;/DisplayText&gt;&lt;record&gt;&lt;rec-number&gt;34&lt;/rec-number&gt;&lt;foreign-keys&gt;&lt;key app="EN" db-id="9ttaxzax2p0tr7ewzt55atews50zvxaaa5rz" timestamp="1764068830"&gt;34&lt;/key&gt;&lt;/foreign-keys&gt;&lt;ref-type name="Journal Article"&gt;17&lt;/ref-type&gt;&lt;contributors&gt;&lt;authors&gt;&lt;author&gt;Correll CU, Skuban A, Hobart M, Ouyang J, Weiller E, Weiss C, Kane JM.&lt;/author&gt;&lt;/authors&gt;&lt;/contributors&gt;&lt;titles&gt;&lt;title&gt;Efficacy of brexpiprazole in patients with acute schizophrenia: review of three randomized, double-blind, placebo-controlled studies.&lt;/title&gt;&lt;secondary-title&gt;Schizophr. Res.&lt;/secondary-title&gt;&lt;/titles&gt;&lt;periodical&gt;&lt;full-title&gt;Schizophr. Res.&lt;/full-title&gt;&lt;/periodical&gt;&lt;pages&gt;82-92&lt;/pages&gt;&lt;volume&gt;174&lt;/volume&gt;&lt;number&gt;1-3&lt;/number&gt;&lt;dates&gt;&lt;year&gt;2016&lt;/year&gt;&lt;/dates&gt;&lt;urls&gt;&lt;/urls&gt;&lt;/record&gt;&lt;/Cite&gt;&lt;/EndNote&gt;</w:instrText>
            </w:r>
            <w:r w:rsidR="0031308D" w:rsidRPr="00EB75F0">
              <w:fldChar w:fldCharType="separate"/>
            </w:r>
            <w:r w:rsidR="00452EF4" w:rsidRPr="00452EF4">
              <w:rPr>
                <w:noProof/>
                <w:vertAlign w:val="superscript"/>
              </w:rPr>
              <w:t>37</w:t>
            </w:r>
            <w:r w:rsidR="0031308D" w:rsidRPr="00EB75F0">
              <w:fldChar w:fldCharType="end"/>
            </w:r>
            <w:r w:rsidR="00C94964"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22BA8C51" w14:textId="6D1E291C" w:rsidR="00C94964" w:rsidRPr="00EB75F0" w:rsidRDefault="00C94964" w:rsidP="00C94964">
            <w:pPr>
              <w:pStyle w:val="TableText"/>
            </w:pPr>
            <w:r w:rsidRPr="00EB75F0">
              <w:t>23</w:t>
            </w:r>
          </w:p>
        </w:tc>
        <w:tc>
          <w:tcPr>
            <w:tcW w:w="723" w:type="pct"/>
            <w:tcBorders>
              <w:top w:val="single" w:sz="4" w:space="0" w:color="000000"/>
              <w:left w:val="single" w:sz="4" w:space="0" w:color="000000"/>
              <w:bottom w:val="single" w:sz="4" w:space="0" w:color="000000"/>
              <w:right w:val="single" w:sz="4" w:space="0" w:color="000000"/>
            </w:tcBorders>
            <w:vAlign w:val="bottom"/>
          </w:tcPr>
          <w:p w14:paraId="69A5BDB0" w14:textId="524DD65D" w:rsidR="00C94964" w:rsidRPr="00EB75F0" w:rsidRDefault="00C94964" w:rsidP="00C94964">
            <w:pPr>
              <w:pStyle w:val="TableText"/>
            </w:pPr>
            <w:r w:rsidRPr="00EB75F0">
              <w:t>7</w:t>
            </w:r>
            <w:r w:rsidR="007F16A8" w:rsidRPr="00EB75F0">
              <w:t>,</w:t>
            </w:r>
            <w:r w:rsidRPr="00EB75F0">
              <w:t>247</w:t>
            </w:r>
          </w:p>
        </w:tc>
      </w:tr>
      <w:tr w:rsidR="00C94964" w:rsidRPr="00EB75F0" w14:paraId="04E67110" w14:textId="7D804F4F" w:rsidTr="00C073D9">
        <w:trPr>
          <w:trHeight w:val="64"/>
        </w:trPr>
        <w:tc>
          <w:tcPr>
            <w:tcW w:w="824" w:type="pct"/>
            <w:vMerge/>
            <w:tcBorders>
              <w:top w:val="single" w:sz="4" w:space="0" w:color="000000"/>
              <w:left w:val="single" w:sz="4" w:space="0" w:color="000000"/>
              <w:bottom w:val="single" w:sz="4" w:space="0" w:color="000000"/>
              <w:right w:val="single" w:sz="4" w:space="0" w:color="000000"/>
            </w:tcBorders>
          </w:tcPr>
          <w:p w14:paraId="477F704B" w14:textId="77777777" w:rsidR="00C94964" w:rsidRPr="00EB75F0" w:rsidRDefault="00C94964" w:rsidP="00C94964"/>
        </w:tc>
        <w:tc>
          <w:tcPr>
            <w:tcW w:w="586" w:type="pct"/>
            <w:vMerge/>
            <w:tcBorders>
              <w:top w:val="single" w:sz="4" w:space="0" w:color="000000"/>
              <w:left w:val="single" w:sz="4" w:space="0" w:color="000000"/>
              <w:bottom w:val="single" w:sz="4" w:space="0" w:color="000000"/>
              <w:right w:val="single" w:sz="4" w:space="0" w:color="000000"/>
            </w:tcBorders>
          </w:tcPr>
          <w:p w14:paraId="7F03C7D5" w14:textId="77777777" w:rsidR="00C94964" w:rsidRPr="00EB75F0" w:rsidRDefault="00C94964" w:rsidP="00C94964"/>
        </w:tc>
        <w:tc>
          <w:tcPr>
            <w:tcW w:w="418" w:type="pct"/>
            <w:tcBorders>
              <w:top w:val="single" w:sz="4" w:space="0" w:color="000000"/>
              <w:left w:val="single" w:sz="4" w:space="0" w:color="000000"/>
              <w:bottom w:val="single" w:sz="4" w:space="0" w:color="000000"/>
              <w:right w:val="single" w:sz="4" w:space="0" w:color="000000"/>
            </w:tcBorders>
          </w:tcPr>
          <w:p w14:paraId="4F16275F" w14:textId="77777777" w:rsidR="00C94964" w:rsidRPr="00EB75F0" w:rsidRDefault="00C94964" w:rsidP="00C94964">
            <w:pPr>
              <w:pStyle w:val="TableText"/>
            </w:pPr>
            <w:r w:rsidRPr="00EB75F0">
              <w:t>FE</w:t>
            </w:r>
          </w:p>
        </w:tc>
        <w:tc>
          <w:tcPr>
            <w:tcW w:w="1863" w:type="pct"/>
            <w:tcBorders>
              <w:top w:val="single" w:sz="4" w:space="0" w:color="000000"/>
              <w:left w:val="single" w:sz="4" w:space="0" w:color="000000"/>
              <w:bottom w:val="single" w:sz="4" w:space="0" w:color="000000"/>
              <w:right w:val="single" w:sz="4" w:space="0" w:color="000000"/>
            </w:tcBorders>
          </w:tcPr>
          <w:p w14:paraId="1FF13E0E" w14:textId="77777777" w:rsidR="00C94964" w:rsidRPr="00EB75F0" w:rsidRDefault="00C94964" w:rsidP="00C94964">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3E6F736C" w14:textId="1FE1C740" w:rsidR="00C94964" w:rsidRPr="00EB75F0" w:rsidRDefault="00C94964" w:rsidP="00C94964">
            <w:pPr>
              <w:pStyle w:val="TableText"/>
            </w:pPr>
            <w:r w:rsidRPr="00EB75F0">
              <w:t>24</w:t>
            </w:r>
          </w:p>
        </w:tc>
        <w:tc>
          <w:tcPr>
            <w:tcW w:w="723" w:type="pct"/>
            <w:tcBorders>
              <w:top w:val="single" w:sz="4" w:space="0" w:color="000000"/>
              <w:left w:val="single" w:sz="4" w:space="0" w:color="000000"/>
              <w:bottom w:val="single" w:sz="4" w:space="0" w:color="000000"/>
              <w:right w:val="single" w:sz="4" w:space="0" w:color="000000"/>
            </w:tcBorders>
            <w:vAlign w:val="bottom"/>
          </w:tcPr>
          <w:p w14:paraId="54ABDB76" w14:textId="0F2585C1" w:rsidR="00C94964" w:rsidRPr="00EB75F0" w:rsidRDefault="00C94964" w:rsidP="00C94964">
            <w:pPr>
              <w:pStyle w:val="TableText"/>
            </w:pPr>
            <w:r w:rsidRPr="00EB75F0">
              <w:t>7</w:t>
            </w:r>
            <w:r w:rsidR="007F16A8" w:rsidRPr="00EB75F0">
              <w:t>,</w:t>
            </w:r>
            <w:r w:rsidRPr="00EB75F0">
              <w:t>480</w:t>
            </w:r>
          </w:p>
        </w:tc>
      </w:tr>
      <w:tr w:rsidR="00C94964" w:rsidRPr="00EB75F0" w14:paraId="53AF631C" w14:textId="110FC2CB" w:rsidTr="00C073D9">
        <w:trPr>
          <w:trHeight w:val="64"/>
        </w:trPr>
        <w:tc>
          <w:tcPr>
            <w:tcW w:w="824" w:type="pct"/>
            <w:vMerge w:val="restart"/>
            <w:tcBorders>
              <w:top w:val="single" w:sz="4" w:space="0" w:color="000000"/>
              <w:left w:val="single" w:sz="4" w:space="0" w:color="000000"/>
              <w:bottom w:val="single" w:sz="4" w:space="0" w:color="000000"/>
              <w:right w:val="single" w:sz="4" w:space="0" w:color="000000"/>
            </w:tcBorders>
          </w:tcPr>
          <w:p w14:paraId="178C1B5A" w14:textId="77777777" w:rsidR="00C94964" w:rsidRPr="00EB75F0" w:rsidRDefault="00C94964" w:rsidP="00C94964">
            <w:pPr>
              <w:pStyle w:val="TableText"/>
              <w:keepNext/>
            </w:pPr>
            <w:r w:rsidRPr="00EB75F0">
              <w:t>Discontinuation due to all causes</w:t>
            </w:r>
          </w:p>
        </w:tc>
        <w:tc>
          <w:tcPr>
            <w:tcW w:w="586" w:type="pct"/>
            <w:vMerge w:val="restart"/>
            <w:tcBorders>
              <w:top w:val="single" w:sz="4" w:space="0" w:color="000000"/>
              <w:left w:val="single" w:sz="4" w:space="0" w:color="000000"/>
              <w:bottom w:val="single" w:sz="4" w:space="0" w:color="000000"/>
              <w:right w:val="single" w:sz="4" w:space="0" w:color="000000"/>
            </w:tcBorders>
          </w:tcPr>
          <w:p w14:paraId="7502096F" w14:textId="77777777" w:rsidR="00C94964" w:rsidRPr="00EB75F0" w:rsidRDefault="00C94964" w:rsidP="00C94964">
            <w:pPr>
              <w:pStyle w:val="TableText"/>
              <w:keepNext/>
            </w:pPr>
            <w:r w:rsidRPr="00EB75F0">
              <w:t>Odds Ratio</w:t>
            </w:r>
          </w:p>
        </w:tc>
        <w:tc>
          <w:tcPr>
            <w:tcW w:w="418" w:type="pct"/>
            <w:vMerge w:val="restart"/>
            <w:tcBorders>
              <w:top w:val="single" w:sz="4" w:space="0" w:color="000000"/>
              <w:left w:val="single" w:sz="4" w:space="0" w:color="000000"/>
              <w:bottom w:val="single" w:sz="4" w:space="0" w:color="000000"/>
              <w:right w:val="single" w:sz="4" w:space="0" w:color="000000"/>
            </w:tcBorders>
          </w:tcPr>
          <w:p w14:paraId="6A30DAF0" w14:textId="77777777" w:rsidR="00C94964" w:rsidRPr="00EB75F0" w:rsidRDefault="00C94964" w:rsidP="00C94964">
            <w:pPr>
              <w:pStyle w:val="TableText"/>
              <w:keepNext/>
            </w:pPr>
            <w:r w:rsidRPr="00EB75F0">
              <w:t>RE</w:t>
            </w:r>
          </w:p>
        </w:tc>
        <w:tc>
          <w:tcPr>
            <w:tcW w:w="1863" w:type="pct"/>
            <w:tcBorders>
              <w:top w:val="single" w:sz="4" w:space="0" w:color="000000"/>
              <w:left w:val="single" w:sz="4" w:space="0" w:color="000000"/>
              <w:bottom w:val="single" w:sz="4" w:space="0" w:color="000000"/>
              <w:right w:val="single" w:sz="4" w:space="0" w:color="000000"/>
            </w:tcBorders>
          </w:tcPr>
          <w:p w14:paraId="6F4C0D84" w14:textId="77777777" w:rsidR="00C94964" w:rsidRPr="00EB75F0" w:rsidRDefault="00C94964" w:rsidP="00C94964">
            <w:pPr>
              <w:pStyle w:val="TableText"/>
              <w:keepN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24B0B34D" w14:textId="681E060D" w:rsidR="00C94964" w:rsidRPr="00EB75F0" w:rsidRDefault="00C94964" w:rsidP="00C94964">
            <w:pPr>
              <w:pStyle w:val="TableText"/>
            </w:pPr>
            <w:r w:rsidRPr="00EB75F0">
              <w:t>45</w:t>
            </w:r>
          </w:p>
        </w:tc>
        <w:tc>
          <w:tcPr>
            <w:tcW w:w="723" w:type="pct"/>
            <w:tcBorders>
              <w:top w:val="single" w:sz="4" w:space="0" w:color="000000"/>
              <w:left w:val="single" w:sz="4" w:space="0" w:color="000000"/>
              <w:bottom w:val="single" w:sz="4" w:space="0" w:color="000000"/>
              <w:right w:val="single" w:sz="4" w:space="0" w:color="000000"/>
            </w:tcBorders>
            <w:vAlign w:val="bottom"/>
          </w:tcPr>
          <w:p w14:paraId="29DB4460" w14:textId="2D88FA08" w:rsidR="00C94964" w:rsidRPr="00EB75F0" w:rsidRDefault="00C94964" w:rsidP="00C94964">
            <w:pPr>
              <w:pStyle w:val="TableText"/>
            </w:pPr>
            <w:r w:rsidRPr="00EB75F0">
              <w:t>13</w:t>
            </w:r>
            <w:r w:rsidR="007F16A8" w:rsidRPr="00EB75F0">
              <w:t>,</w:t>
            </w:r>
            <w:r w:rsidRPr="00EB75F0">
              <w:t>341</w:t>
            </w:r>
          </w:p>
        </w:tc>
      </w:tr>
      <w:tr w:rsidR="00C94964" w:rsidRPr="00EB75F0" w14:paraId="4FF2C84A" w14:textId="406C19A5" w:rsidTr="00C073D9">
        <w:trPr>
          <w:trHeight w:val="64"/>
        </w:trPr>
        <w:tc>
          <w:tcPr>
            <w:tcW w:w="824" w:type="pct"/>
            <w:vMerge/>
            <w:tcBorders>
              <w:top w:val="single" w:sz="4" w:space="0" w:color="000000"/>
              <w:left w:val="single" w:sz="4" w:space="0" w:color="000000"/>
              <w:bottom w:val="single" w:sz="4" w:space="0" w:color="000000"/>
              <w:right w:val="single" w:sz="4" w:space="0" w:color="000000"/>
            </w:tcBorders>
          </w:tcPr>
          <w:p w14:paraId="0A7A0137" w14:textId="77777777" w:rsidR="00C94964" w:rsidRPr="00EB75F0" w:rsidRDefault="00C94964" w:rsidP="00C94964"/>
        </w:tc>
        <w:tc>
          <w:tcPr>
            <w:tcW w:w="586" w:type="pct"/>
            <w:vMerge/>
            <w:tcBorders>
              <w:top w:val="single" w:sz="4" w:space="0" w:color="000000"/>
              <w:left w:val="single" w:sz="4" w:space="0" w:color="000000"/>
              <w:bottom w:val="single" w:sz="4" w:space="0" w:color="000000"/>
              <w:right w:val="single" w:sz="4" w:space="0" w:color="000000"/>
            </w:tcBorders>
          </w:tcPr>
          <w:p w14:paraId="058D5EDF" w14:textId="77777777" w:rsidR="00C94964" w:rsidRPr="00EB75F0" w:rsidRDefault="00C94964" w:rsidP="00C94964"/>
        </w:tc>
        <w:tc>
          <w:tcPr>
            <w:tcW w:w="418" w:type="pct"/>
            <w:vMerge/>
            <w:tcBorders>
              <w:top w:val="single" w:sz="4" w:space="0" w:color="000000"/>
              <w:left w:val="single" w:sz="4" w:space="0" w:color="000000"/>
              <w:bottom w:val="single" w:sz="4" w:space="0" w:color="000000"/>
              <w:right w:val="single" w:sz="4" w:space="0" w:color="000000"/>
            </w:tcBorders>
          </w:tcPr>
          <w:p w14:paraId="1B7D33DB" w14:textId="77777777" w:rsidR="00C94964" w:rsidRPr="00EB75F0" w:rsidRDefault="00C94964" w:rsidP="00C94964"/>
        </w:tc>
        <w:tc>
          <w:tcPr>
            <w:tcW w:w="1863" w:type="pct"/>
            <w:tcBorders>
              <w:top w:val="single" w:sz="4" w:space="0" w:color="000000"/>
              <w:left w:val="single" w:sz="4" w:space="0" w:color="000000"/>
              <w:bottom w:val="single" w:sz="4" w:space="0" w:color="000000"/>
              <w:right w:val="single" w:sz="4" w:space="0" w:color="000000"/>
            </w:tcBorders>
          </w:tcPr>
          <w:p w14:paraId="2D3B1DCB" w14:textId="09FCC0B5" w:rsidR="00C94964" w:rsidRPr="00EB75F0" w:rsidRDefault="009E5C4E" w:rsidP="00C94964">
            <w:pPr>
              <w:pStyle w:val="TableText"/>
              <w:keepNext/>
            </w:pPr>
            <w:r w:rsidRPr="00EB75F0">
              <w:t>Sensitivity</w:t>
            </w:r>
            <w:r w:rsidR="00C94964" w:rsidRPr="00EB75F0">
              <w:t xml:space="preserve"> analysis – exclude Asian only studies (Chan 2007</w:t>
            </w:r>
            <w:r w:rsidR="0031308D" w:rsidRPr="00EB75F0">
              <w:fldChar w:fldCharType="begin"/>
            </w:r>
            <w:r w:rsidR="00452EF4">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EB75F0">
              <w:fldChar w:fldCharType="separate"/>
            </w:r>
            <w:r w:rsidR="00452EF4" w:rsidRPr="00452EF4">
              <w:rPr>
                <w:noProof/>
                <w:vertAlign w:val="superscript"/>
              </w:rPr>
              <w:t>26</w:t>
            </w:r>
            <w:r w:rsidR="0031308D" w:rsidRPr="00EB75F0">
              <w:fldChar w:fldCharType="end"/>
            </w:r>
            <w:r w:rsidR="00C94964" w:rsidRPr="00EB75F0">
              <w:t xml:space="preserve">, </w:t>
            </w:r>
            <w:proofErr w:type="spellStart"/>
            <w:r w:rsidR="00C94964" w:rsidRPr="00EB75F0">
              <w:t>Ishigooka</w:t>
            </w:r>
            <w:proofErr w:type="spellEnd"/>
            <w:r w:rsidR="00C94964" w:rsidRPr="00EB75F0">
              <w:t xml:space="preserve"> 2018</w:t>
            </w:r>
            <w:r w:rsidR="0031308D" w:rsidRPr="00EB75F0">
              <w:fldChar w:fldCharType="begin"/>
            </w:r>
            <w:r w:rsidR="00452EF4">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rPr>
              <w:instrText>‐</w:instrText>
            </w:r>
            <w:r w:rsidR="00452EF4">
              <w:instrText>week, randomized, double</w:instrText>
            </w:r>
            <w:r w:rsidR="00452EF4">
              <w:rPr>
                <w:rFonts w:ascii="Cambria Math" w:hAnsi="Cambria Math" w:cs="Cambria Math"/>
              </w:rPr>
              <w:instrText>‐</w:instrText>
            </w:r>
            <w:r w:rsidR="00452EF4">
              <w:instrText>blind, placebo</w:instrText>
            </w:r>
            <w:r w:rsidR="00452EF4">
              <w:rPr>
                <w:rFonts w:ascii="Cambria Math" w:hAnsi="Cambria Math" w:cs="Cambria Math"/>
              </w:rPr>
              <w:instrText>‐</w:instrText>
            </w:r>
            <w:r w:rsidR="00452EF4">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fldChar w:fldCharType="separate"/>
            </w:r>
            <w:r w:rsidR="00452EF4" w:rsidRPr="00452EF4">
              <w:rPr>
                <w:noProof/>
                <w:vertAlign w:val="superscript"/>
              </w:rPr>
              <w:t>40</w:t>
            </w:r>
            <w:r w:rsidR="0031308D" w:rsidRPr="00EB75F0">
              <w:fldChar w:fldCharType="end"/>
            </w:r>
            <w:r w:rsidR="00C94964" w:rsidRPr="00EB75F0">
              <w:t>, NCT00711269</w:t>
            </w:r>
            <w:r w:rsidR="0031308D" w:rsidRPr="00EB75F0">
              <w:fldChar w:fldCharType="begin"/>
            </w:r>
            <w:r w:rsidR="00452EF4">
              <w:instrText xml:space="preserve"> ADDIN EN.CITE &lt;EndNote&gt;&lt;Cite&gt;&lt;Author&gt;NCT00711269&lt;/Author&gt;&lt;Year&gt;2022&lt;/Year&gt;&lt;RecNum&gt;92&lt;/RecNum&gt;&lt;DisplayText&gt;&lt;style face="superscript"&gt;95&lt;/style&gt;&lt;/DisplayText&gt;&lt;record&gt;&lt;rec-number&gt;92&lt;/rec-number&gt;&lt;foreign-keys&gt;&lt;key app="EN" db-id="9ttaxzax2p0tr7ewzt55atews50zvxaaa5rz" timestamp="1764068845"&gt;92&lt;/key&gt;&lt;/foreign-keys&gt;&lt;ref-type name="Journal Article"&gt;17&lt;/ref-type&gt;&lt;contributors&gt;&lt;authors&gt;&lt;author&gt;NCT00711269&lt;/author&gt;&lt;/authors&gt;&lt;/contributors&gt;&lt;titles&gt;&lt;title&gt;Study of SM-13496 (Lurasidone HCl) in Patients With Schizophrenia&lt;/title&gt;&lt;secondary-title&gt;-&lt;/secondary-title&gt;&lt;/titles&gt;&lt;periodical&gt;&lt;full-title&gt;-&lt;/full-title&gt;&lt;/periodical&gt;&lt;pages&gt;-&lt;/pages&gt;&lt;volume&gt;-&lt;/volume&gt;&lt;dates&gt;&lt;year&gt;2022&lt;/year&gt;&lt;/dates&gt;&lt;urls&gt;&lt;/urls&gt;&lt;/record&gt;&lt;/Cite&gt;&lt;/EndNote&gt;</w:instrText>
            </w:r>
            <w:r w:rsidR="0031308D" w:rsidRPr="00EB75F0">
              <w:fldChar w:fldCharType="separate"/>
            </w:r>
            <w:r w:rsidR="00452EF4" w:rsidRPr="00452EF4">
              <w:rPr>
                <w:noProof/>
                <w:vertAlign w:val="superscript"/>
              </w:rPr>
              <w:t>95</w:t>
            </w:r>
            <w:r w:rsidR="0031308D" w:rsidRPr="00EB75F0">
              <w:fldChar w:fldCharType="end"/>
            </w:r>
            <w:r w:rsidR="00C94964" w:rsidRPr="00EB75F0">
              <w:t>, NCT01625000</w:t>
            </w:r>
            <w:r w:rsidR="0031308D" w:rsidRPr="00EB75F0">
              <w:fldChar w:fldCharType="begin"/>
            </w:r>
            <w:r w:rsidR="00452EF4">
              <w:instrText xml:space="preserve"> ADDIN EN.CITE &lt;EndNote&gt;&lt;Cite&gt;&lt;Author&gt;NCT01625000&lt;/Author&gt;&lt;Year&gt;2021&lt;/Year&gt;&lt;RecNum&gt;41&lt;/RecNum&gt;&lt;DisplayText&gt;&lt;style face="superscript"&gt;44&lt;/style&gt;&lt;/DisplayText&gt;&lt;record&gt;&lt;rec-number&gt;41&lt;/rec-number&gt;&lt;foreign-keys&gt;&lt;key app="EN" db-id="9ttaxzax2p0tr7ewzt55atews50zvxaaa5rz" timestamp="1764068832"&gt;41&lt;/key&gt;&lt;/foreign-keys&gt;&lt;ref-type name="Journal Article"&gt;17&lt;/ref-type&gt;&lt;contributors&gt;&lt;authors&gt;&lt;author&gt;NCT01625000&lt;/author&gt;&lt;/authors&gt;&lt;/contributors&gt;&lt;titles&gt;&lt;title&gt;Safety and Efficacy of MP-214 in Patients With Schizophrenia&lt;/title&gt;&lt;secondary-title&gt;-&lt;/secondary-title&gt;&lt;/titles&gt;&lt;periodical&gt;&lt;full-title&gt;-&lt;/full-title&gt;&lt;/periodical&gt;&lt;pages&gt;-&lt;/pages&gt;&lt;volume&gt;-&lt;/volume&gt;&lt;dates&gt;&lt;year&gt;2021&lt;/year&gt;&lt;/dates&gt;&lt;urls&gt;&lt;/urls&gt;&lt;/record&gt;&lt;/Cite&gt;&lt;/EndNote&gt;</w:instrText>
            </w:r>
            <w:r w:rsidR="0031308D" w:rsidRPr="00EB75F0">
              <w:fldChar w:fldCharType="separate"/>
            </w:r>
            <w:r w:rsidR="00452EF4" w:rsidRPr="00452EF4">
              <w:rPr>
                <w:noProof/>
                <w:vertAlign w:val="superscript"/>
              </w:rPr>
              <w:t>44</w:t>
            </w:r>
            <w:r w:rsidR="0031308D" w:rsidRPr="00EB75F0">
              <w:fldChar w:fldCharType="end"/>
            </w:r>
            <w:r w:rsidR="00C94964"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0E209E4B" w14:textId="0701AA05" w:rsidR="00C94964" w:rsidRPr="00EB75F0" w:rsidRDefault="00C94964" w:rsidP="00C94964">
            <w:pPr>
              <w:pStyle w:val="TableText"/>
            </w:pPr>
            <w:r w:rsidRPr="00EB75F0">
              <w:t>41</w:t>
            </w:r>
          </w:p>
        </w:tc>
        <w:tc>
          <w:tcPr>
            <w:tcW w:w="723" w:type="pct"/>
            <w:tcBorders>
              <w:top w:val="single" w:sz="4" w:space="0" w:color="000000"/>
              <w:left w:val="single" w:sz="4" w:space="0" w:color="000000"/>
              <w:bottom w:val="single" w:sz="4" w:space="0" w:color="000000"/>
              <w:right w:val="single" w:sz="4" w:space="0" w:color="000000"/>
            </w:tcBorders>
            <w:vAlign w:val="bottom"/>
          </w:tcPr>
          <w:p w14:paraId="14656470" w14:textId="7AECD23B" w:rsidR="00C94964" w:rsidRPr="00EB75F0" w:rsidRDefault="00C94964" w:rsidP="00C94964">
            <w:pPr>
              <w:pStyle w:val="TableText"/>
            </w:pPr>
            <w:r w:rsidRPr="00EB75F0">
              <w:t>12</w:t>
            </w:r>
            <w:r w:rsidR="007F16A8" w:rsidRPr="00EB75F0">
              <w:t>,</w:t>
            </w:r>
            <w:r w:rsidRPr="00EB75F0">
              <w:t>275</w:t>
            </w:r>
          </w:p>
        </w:tc>
      </w:tr>
      <w:tr w:rsidR="00C94964" w:rsidRPr="00EB75F0" w14:paraId="6F4169BA" w14:textId="69F0CA51" w:rsidTr="00C073D9">
        <w:trPr>
          <w:trHeight w:val="64"/>
        </w:trPr>
        <w:tc>
          <w:tcPr>
            <w:tcW w:w="824" w:type="pct"/>
            <w:vMerge/>
            <w:tcBorders>
              <w:top w:val="single" w:sz="4" w:space="0" w:color="000000"/>
              <w:left w:val="single" w:sz="4" w:space="0" w:color="000000"/>
              <w:bottom w:val="single" w:sz="4" w:space="0" w:color="000000"/>
              <w:right w:val="single" w:sz="4" w:space="0" w:color="000000"/>
            </w:tcBorders>
          </w:tcPr>
          <w:p w14:paraId="2FFAAD07" w14:textId="77777777" w:rsidR="00C94964" w:rsidRPr="00EB75F0" w:rsidRDefault="00C94964" w:rsidP="00C94964"/>
        </w:tc>
        <w:tc>
          <w:tcPr>
            <w:tcW w:w="586" w:type="pct"/>
            <w:vMerge/>
            <w:tcBorders>
              <w:top w:val="single" w:sz="4" w:space="0" w:color="000000"/>
              <w:left w:val="single" w:sz="4" w:space="0" w:color="000000"/>
              <w:bottom w:val="single" w:sz="4" w:space="0" w:color="000000"/>
              <w:right w:val="single" w:sz="4" w:space="0" w:color="000000"/>
            </w:tcBorders>
          </w:tcPr>
          <w:p w14:paraId="3ECCBFD5" w14:textId="77777777" w:rsidR="00C94964" w:rsidRPr="00EB75F0" w:rsidRDefault="00C94964" w:rsidP="00C94964"/>
        </w:tc>
        <w:tc>
          <w:tcPr>
            <w:tcW w:w="418" w:type="pct"/>
            <w:tcBorders>
              <w:top w:val="single" w:sz="4" w:space="0" w:color="000000"/>
              <w:left w:val="single" w:sz="4" w:space="0" w:color="000000"/>
              <w:bottom w:val="single" w:sz="4" w:space="0" w:color="000000"/>
              <w:right w:val="single" w:sz="4" w:space="0" w:color="000000"/>
            </w:tcBorders>
          </w:tcPr>
          <w:p w14:paraId="4FE8237F" w14:textId="77777777" w:rsidR="00C94964" w:rsidRPr="00EB75F0" w:rsidRDefault="00C94964" w:rsidP="00C94964">
            <w:pPr>
              <w:pStyle w:val="TableText"/>
            </w:pPr>
            <w:r w:rsidRPr="00EB75F0">
              <w:t>FE</w:t>
            </w:r>
          </w:p>
        </w:tc>
        <w:tc>
          <w:tcPr>
            <w:tcW w:w="1863" w:type="pct"/>
            <w:tcBorders>
              <w:top w:val="single" w:sz="4" w:space="0" w:color="000000"/>
              <w:left w:val="single" w:sz="4" w:space="0" w:color="000000"/>
              <w:bottom w:val="single" w:sz="4" w:space="0" w:color="000000"/>
              <w:right w:val="single" w:sz="4" w:space="0" w:color="000000"/>
            </w:tcBorders>
          </w:tcPr>
          <w:p w14:paraId="17A6A62A" w14:textId="77777777" w:rsidR="00C94964" w:rsidRPr="00EB75F0" w:rsidRDefault="00C94964" w:rsidP="00C94964">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558E7F42" w14:textId="38D598B6" w:rsidR="00C94964" w:rsidRPr="00EB75F0" w:rsidRDefault="00C94964" w:rsidP="00C94964">
            <w:pPr>
              <w:pStyle w:val="TableText"/>
            </w:pPr>
            <w:r w:rsidRPr="00EB75F0">
              <w:t>45</w:t>
            </w:r>
          </w:p>
        </w:tc>
        <w:tc>
          <w:tcPr>
            <w:tcW w:w="723" w:type="pct"/>
            <w:tcBorders>
              <w:top w:val="single" w:sz="4" w:space="0" w:color="000000"/>
              <w:left w:val="single" w:sz="4" w:space="0" w:color="000000"/>
              <w:bottom w:val="single" w:sz="4" w:space="0" w:color="000000"/>
              <w:right w:val="single" w:sz="4" w:space="0" w:color="000000"/>
            </w:tcBorders>
            <w:vAlign w:val="bottom"/>
          </w:tcPr>
          <w:p w14:paraId="56B4EE27" w14:textId="6A4A0CA7" w:rsidR="00C94964" w:rsidRPr="00EB75F0" w:rsidRDefault="00C94964" w:rsidP="00C94964">
            <w:pPr>
              <w:pStyle w:val="TableText"/>
            </w:pPr>
            <w:r w:rsidRPr="00EB75F0">
              <w:t>13</w:t>
            </w:r>
            <w:r w:rsidR="007F16A8" w:rsidRPr="00EB75F0">
              <w:t>,</w:t>
            </w:r>
            <w:r w:rsidRPr="00EB75F0">
              <w:t>341</w:t>
            </w:r>
          </w:p>
        </w:tc>
      </w:tr>
      <w:tr w:rsidR="0032166A" w:rsidRPr="00EB75F0" w14:paraId="2AD5840C" w14:textId="3AABABDA" w:rsidTr="00C073D9">
        <w:trPr>
          <w:trHeight w:val="354"/>
        </w:trPr>
        <w:tc>
          <w:tcPr>
            <w:tcW w:w="824" w:type="pct"/>
            <w:vMerge w:val="restart"/>
            <w:tcBorders>
              <w:top w:val="single" w:sz="4" w:space="0" w:color="000000"/>
              <w:left w:val="single" w:sz="4" w:space="0" w:color="000000"/>
              <w:bottom w:val="single" w:sz="4" w:space="0" w:color="000000"/>
              <w:right w:val="single" w:sz="4" w:space="0" w:color="000000"/>
            </w:tcBorders>
          </w:tcPr>
          <w:p w14:paraId="3B8207EC" w14:textId="77777777" w:rsidR="0032166A" w:rsidRPr="00EB75F0" w:rsidRDefault="0032166A" w:rsidP="0032166A">
            <w:pPr>
              <w:pStyle w:val="TableText"/>
            </w:pPr>
            <w:r w:rsidRPr="00EB75F0">
              <w:t>Discontinuation due to adverse events</w:t>
            </w:r>
          </w:p>
        </w:tc>
        <w:tc>
          <w:tcPr>
            <w:tcW w:w="586" w:type="pct"/>
            <w:vMerge w:val="restart"/>
            <w:tcBorders>
              <w:top w:val="single" w:sz="4" w:space="0" w:color="000000"/>
              <w:left w:val="single" w:sz="4" w:space="0" w:color="000000"/>
              <w:bottom w:val="single" w:sz="4" w:space="0" w:color="000000"/>
              <w:right w:val="single" w:sz="4" w:space="0" w:color="000000"/>
            </w:tcBorders>
          </w:tcPr>
          <w:p w14:paraId="0676AC40" w14:textId="77777777" w:rsidR="0032166A" w:rsidRPr="00EB75F0" w:rsidRDefault="0032166A" w:rsidP="0032166A">
            <w:pPr>
              <w:pStyle w:val="TableText"/>
            </w:pPr>
            <w:r w:rsidRPr="00EB75F0">
              <w:t>Odds Ratio</w:t>
            </w:r>
          </w:p>
        </w:tc>
        <w:tc>
          <w:tcPr>
            <w:tcW w:w="418" w:type="pct"/>
            <w:vMerge w:val="restart"/>
            <w:tcBorders>
              <w:top w:val="single" w:sz="4" w:space="0" w:color="000000"/>
              <w:left w:val="single" w:sz="4" w:space="0" w:color="000000"/>
              <w:bottom w:val="single" w:sz="4" w:space="0" w:color="000000"/>
              <w:right w:val="single" w:sz="4" w:space="0" w:color="000000"/>
            </w:tcBorders>
          </w:tcPr>
          <w:p w14:paraId="11BAB99E" w14:textId="77777777" w:rsidR="0032166A" w:rsidRPr="00EB75F0" w:rsidRDefault="0032166A" w:rsidP="0032166A">
            <w:pPr>
              <w:pStyle w:val="TableText"/>
            </w:pPr>
            <w:r w:rsidRPr="00EB75F0">
              <w:t>RE</w:t>
            </w:r>
          </w:p>
        </w:tc>
        <w:tc>
          <w:tcPr>
            <w:tcW w:w="1863" w:type="pct"/>
            <w:tcBorders>
              <w:top w:val="single" w:sz="4" w:space="0" w:color="000000"/>
              <w:left w:val="single" w:sz="4" w:space="0" w:color="000000"/>
              <w:bottom w:val="single" w:sz="4" w:space="0" w:color="000000"/>
              <w:right w:val="single" w:sz="4" w:space="0" w:color="000000"/>
            </w:tcBorders>
          </w:tcPr>
          <w:p w14:paraId="436F95E0" w14:textId="77777777" w:rsidR="0032166A" w:rsidRPr="00EB75F0" w:rsidRDefault="0032166A" w:rsidP="0032166A">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66EC8FF4" w14:textId="55DC625C" w:rsidR="0032166A" w:rsidRPr="00EB75F0" w:rsidRDefault="0032166A" w:rsidP="0032166A">
            <w:pPr>
              <w:pStyle w:val="TableText"/>
            </w:pPr>
            <w:r w:rsidRPr="00EB75F0">
              <w:t>44</w:t>
            </w:r>
          </w:p>
        </w:tc>
        <w:tc>
          <w:tcPr>
            <w:tcW w:w="723" w:type="pct"/>
            <w:tcBorders>
              <w:top w:val="single" w:sz="4" w:space="0" w:color="000000"/>
              <w:left w:val="single" w:sz="4" w:space="0" w:color="000000"/>
              <w:bottom w:val="single" w:sz="4" w:space="0" w:color="000000"/>
              <w:right w:val="single" w:sz="4" w:space="0" w:color="000000"/>
            </w:tcBorders>
            <w:vAlign w:val="bottom"/>
          </w:tcPr>
          <w:p w14:paraId="1C5B619A" w14:textId="35D4602C" w:rsidR="0032166A" w:rsidRPr="00EB75F0" w:rsidRDefault="0032166A" w:rsidP="0032166A">
            <w:pPr>
              <w:pStyle w:val="TableText"/>
            </w:pPr>
            <w:r w:rsidRPr="00EB75F0">
              <w:t>13</w:t>
            </w:r>
            <w:r w:rsidR="007F16A8" w:rsidRPr="00EB75F0">
              <w:t>,</w:t>
            </w:r>
            <w:r w:rsidRPr="00EB75F0">
              <w:t>186</w:t>
            </w:r>
          </w:p>
        </w:tc>
      </w:tr>
      <w:tr w:rsidR="0032166A" w:rsidRPr="00EB75F0" w14:paraId="48DEAB1F" w14:textId="4AC46228" w:rsidTr="00C073D9">
        <w:trPr>
          <w:trHeight w:val="354"/>
        </w:trPr>
        <w:tc>
          <w:tcPr>
            <w:tcW w:w="824" w:type="pct"/>
            <w:vMerge/>
            <w:tcBorders>
              <w:top w:val="single" w:sz="4" w:space="0" w:color="000000"/>
              <w:left w:val="single" w:sz="4" w:space="0" w:color="000000"/>
              <w:bottom w:val="single" w:sz="4" w:space="0" w:color="000000"/>
              <w:right w:val="single" w:sz="4" w:space="0" w:color="000000"/>
            </w:tcBorders>
          </w:tcPr>
          <w:p w14:paraId="5C3799BF" w14:textId="77777777" w:rsidR="0032166A" w:rsidRPr="00EB75F0" w:rsidRDefault="0032166A" w:rsidP="0032166A"/>
        </w:tc>
        <w:tc>
          <w:tcPr>
            <w:tcW w:w="586" w:type="pct"/>
            <w:vMerge/>
            <w:tcBorders>
              <w:top w:val="single" w:sz="4" w:space="0" w:color="000000"/>
              <w:left w:val="single" w:sz="4" w:space="0" w:color="000000"/>
              <w:bottom w:val="single" w:sz="4" w:space="0" w:color="000000"/>
              <w:right w:val="single" w:sz="4" w:space="0" w:color="000000"/>
            </w:tcBorders>
          </w:tcPr>
          <w:p w14:paraId="5C1228F9" w14:textId="77777777" w:rsidR="0032166A" w:rsidRPr="00EB75F0" w:rsidRDefault="0032166A" w:rsidP="0032166A"/>
        </w:tc>
        <w:tc>
          <w:tcPr>
            <w:tcW w:w="418" w:type="pct"/>
            <w:vMerge/>
            <w:tcBorders>
              <w:top w:val="single" w:sz="4" w:space="0" w:color="000000"/>
              <w:left w:val="single" w:sz="4" w:space="0" w:color="000000"/>
              <w:bottom w:val="single" w:sz="4" w:space="0" w:color="000000"/>
              <w:right w:val="single" w:sz="4" w:space="0" w:color="000000"/>
            </w:tcBorders>
          </w:tcPr>
          <w:p w14:paraId="3FBACA93" w14:textId="77777777" w:rsidR="0032166A" w:rsidRPr="00EB75F0" w:rsidRDefault="0032166A" w:rsidP="0032166A"/>
        </w:tc>
        <w:tc>
          <w:tcPr>
            <w:tcW w:w="1863" w:type="pct"/>
            <w:tcBorders>
              <w:top w:val="single" w:sz="4" w:space="0" w:color="000000"/>
              <w:left w:val="single" w:sz="4" w:space="0" w:color="000000"/>
              <w:bottom w:val="single" w:sz="4" w:space="0" w:color="000000"/>
              <w:right w:val="single" w:sz="4" w:space="0" w:color="000000"/>
            </w:tcBorders>
          </w:tcPr>
          <w:p w14:paraId="7BFA3560" w14:textId="1E56DD56" w:rsidR="0032166A" w:rsidRPr="00EB75F0" w:rsidRDefault="009E5C4E" w:rsidP="0032166A">
            <w:pPr>
              <w:pStyle w:val="TableText"/>
            </w:pPr>
            <w:r w:rsidRPr="00EB75F0">
              <w:t>Sensitivity</w:t>
            </w:r>
            <w:r w:rsidR="0032166A" w:rsidRPr="00EB75F0">
              <w:t xml:space="preserve"> analysis – exclude Asian only studies (Chan 2007</w:t>
            </w:r>
            <w:r w:rsidR="0031308D" w:rsidRPr="00EB75F0">
              <w:fldChar w:fldCharType="begin"/>
            </w:r>
            <w:r w:rsidR="00452EF4">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EB75F0">
              <w:fldChar w:fldCharType="separate"/>
            </w:r>
            <w:r w:rsidR="00452EF4" w:rsidRPr="00452EF4">
              <w:rPr>
                <w:noProof/>
                <w:vertAlign w:val="superscript"/>
              </w:rPr>
              <w:t>26</w:t>
            </w:r>
            <w:r w:rsidR="0031308D" w:rsidRPr="00EB75F0">
              <w:fldChar w:fldCharType="end"/>
            </w:r>
            <w:r w:rsidR="0032166A" w:rsidRPr="00EB75F0">
              <w:t xml:space="preserve">, </w:t>
            </w:r>
            <w:proofErr w:type="spellStart"/>
            <w:r w:rsidR="0032166A" w:rsidRPr="00EB75F0">
              <w:t>Ishigooka</w:t>
            </w:r>
            <w:proofErr w:type="spellEnd"/>
            <w:r w:rsidR="0032166A" w:rsidRPr="00EB75F0">
              <w:t xml:space="preserve"> 2018</w:t>
            </w:r>
            <w:r w:rsidR="0031308D" w:rsidRPr="00EB75F0">
              <w:fldChar w:fldCharType="begin"/>
            </w:r>
            <w:r w:rsidR="00452EF4">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rPr>
              <w:instrText>‐</w:instrText>
            </w:r>
            <w:r w:rsidR="00452EF4">
              <w:instrText>week, randomized, double</w:instrText>
            </w:r>
            <w:r w:rsidR="00452EF4">
              <w:rPr>
                <w:rFonts w:ascii="Cambria Math" w:hAnsi="Cambria Math" w:cs="Cambria Math"/>
              </w:rPr>
              <w:instrText>‐</w:instrText>
            </w:r>
            <w:r w:rsidR="00452EF4">
              <w:instrText>blind, placebo</w:instrText>
            </w:r>
            <w:r w:rsidR="00452EF4">
              <w:rPr>
                <w:rFonts w:ascii="Cambria Math" w:hAnsi="Cambria Math" w:cs="Cambria Math"/>
              </w:rPr>
              <w:instrText>‐</w:instrText>
            </w:r>
            <w:r w:rsidR="00452EF4">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fldChar w:fldCharType="separate"/>
            </w:r>
            <w:r w:rsidR="00452EF4" w:rsidRPr="00452EF4">
              <w:rPr>
                <w:noProof/>
                <w:vertAlign w:val="superscript"/>
              </w:rPr>
              <w:t>40</w:t>
            </w:r>
            <w:r w:rsidR="0031308D" w:rsidRPr="00EB75F0">
              <w:fldChar w:fldCharType="end"/>
            </w:r>
            <w:r w:rsidR="0032166A" w:rsidRPr="00EB75F0">
              <w:t>, NCT00711269</w:t>
            </w:r>
            <w:r w:rsidR="0031308D" w:rsidRPr="00EB75F0">
              <w:fldChar w:fldCharType="begin"/>
            </w:r>
            <w:r w:rsidR="00452EF4">
              <w:instrText xml:space="preserve"> ADDIN EN.CITE &lt;EndNote&gt;&lt;Cite&gt;&lt;Author&gt;NCT00711269&lt;/Author&gt;&lt;Year&gt;2022&lt;/Year&gt;&lt;RecNum&gt;92&lt;/RecNum&gt;&lt;DisplayText&gt;&lt;style face="superscript"&gt;95&lt;/style&gt;&lt;/DisplayText&gt;&lt;record&gt;&lt;rec-number&gt;92&lt;/rec-number&gt;&lt;foreign-keys&gt;&lt;key app="EN" db-id="9ttaxzax2p0tr7ewzt55atews50zvxaaa5rz" timestamp="1764068845"&gt;92&lt;/key&gt;&lt;/foreign-keys&gt;&lt;ref-type name="Journal Article"&gt;17&lt;/ref-type&gt;&lt;contributors&gt;&lt;authors&gt;&lt;author&gt;NCT00711269&lt;/author&gt;&lt;/authors&gt;&lt;/contributors&gt;&lt;titles&gt;&lt;title&gt;Study of SM-13496 (Lurasidone HCl) in Patients With Schizophrenia&lt;/title&gt;&lt;secondary-title&gt;-&lt;/secondary-title&gt;&lt;/titles&gt;&lt;periodical&gt;&lt;full-title&gt;-&lt;/full-title&gt;&lt;/periodical&gt;&lt;pages&gt;-&lt;/pages&gt;&lt;volume&gt;-&lt;/volume&gt;&lt;dates&gt;&lt;year&gt;2022&lt;/year&gt;&lt;/dates&gt;&lt;urls&gt;&lt;/urls&gt;&lt;/record&gt;&lt;/Cite&gt;&lt;/EndNote&gt;</w:instrText>
            </w:r>
            <w:r w:rsidR="0031308D" w:rsidRPr="00EB75F0">
              <w:fldChar w:fldCharType="separate"/>
            </w:r>
            <w:r w:rsidR="00452EF4" w:rsidRPr="00452EF4">
              <w:rPr>
                <w:noProof/>
                <w:vertAlign w:val="superscript"/>
              </w:rPr>
              <w:t>95</w:t>
            </w:r>
            <w:r w:rsidR="0031308D" w:rsidRPr="00EB75F0">
              <w:fldChar w:fldCharType="end"/>
            </w:r>
            <w:r w:rsidR="0032166A" w:rsidRPr="00EB75F0">
              <w:t>, NCT01625000</w:t>
            </w:r>
            <w:r w:rsidR="0031308D" w:rsidRPr="00EB75F0">
              <w:fldChar w:fldCharType="begin"/>
            </w:r>
            <w:r w:rsidR="00452EF4">
              <w:instrText xml:space="preserve"> ADDIN EN.CITE &lt;EndNote&gt;&lt;Cite&gt;&lt;Author&gt;NCT01625000&lt;/Author&gt;&lt;Year&gt;2021&lt;/Year&gt;&lt;RecNum&gt;41&lt;/RecNum&gt;&lt;DisplayText&gt;&lt;style face="superscript"&gt;44&lt;/style&gt;&lt;/DisplayText&gt;&lt;record&gt;&lt;rec-number&gt;41&lt;/rec-number&gt;&lt;foreign-keys&gt;&lt;key app="EN" db-id="9ttaxzax2p0tr7ewzt55atews50zvxaaa5rz" timestamp="1764068832"&gt;41&lt;/key&gt;&lt;/foreign-keys&gt;&lt;ref-type name="Journal Article"&gt;17&lt;/ref-type&gt;&lt;contributors&gt;&lt;authors&gt;&lt;author&gt;NCT01625000&lt;/author&gt;&lt;/authors&gt;&lt;/contributors&gt;&lt;titles&gt;&lt;title&gt;Safety and Efficacy of MP-214 in Patients With Schizophrenia&lt;/title&gt;&lt;secondary-title&gt;-&lt;/secondary-title&gt;&lt;/titles&gt;&lt;periodical&gt;&lt;full-title&gt;-&lt;/full-title&gt;&lt;/periodical&gt;&lt;pages&gt;-&lt;/pages&gt;&lt;volume&gt;-&lt;/volume&gt;&lt;dates&gt;&lt;year&gt;2021&lt;/year&gt;&lt;/dates&gt;&lt;urls&gt;&lt;/urls&gt;&lt;/record&gt;&lt;/Cite&gt;&lt;/EndNote&gt;</w:instrText>
            </w:r>
            <w:r w:rsidR="0031308D" w:rsidRPr="00EB75F0">
              <w:fldChar w:fldCharType="separate"/>
            </w:r>
            <w:r w:rsidR="00452EF4" w:rsidRPr="00452EF4">
              <w:rPr>
                <w:noProof/>
                <w:vertAlign w:val="superscript"/>
              </w:rPr>
              <w:t>44</w:t>
            </w:r>
            <w:r w:rsidR="0031308D" w:rsidRPr="00EB75F0">
              <w:fldChar w:fldCharType="end"/>
            </w:r>
            <w:r w:rsidR="0032166A"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6AF66269" w14:textId="27DCBC89" w:rsidR="0032166A" w:rsidRPr="00EB75F0" w:rsidRDefault="0032166A" w:rsidP="0032166A">
            <w:pPr>
              <w:pStyle w:val="TableText"/>
            </w:pPr>
            <w:r w:rsidRPr="00EB75F0">
              <w:t>40</w:t>
            </w:r>
          </w:p>
        </w:tc>
        <w:tc>
          <w:tcPr>
            <w:tcW w:w="723" w:type="pct"/>
            <w:tcBorders>
              <w:top w:val="single" w:sz="4" w:space="0" w:color="000000"/>
              <w:left w:val="single" w:sz="4" w:space="0" w:color="000000"/>
              <w:bottom w:val="single" w:sz="4" w:space="0" w:color="000000"/>
              <w:right w:val="single" w:sz="4" w:space="0" w:color="000000"/>
            </w:tcBorders>
            <w:vAlign w:val="bottom"/>
          </w:tcPr>
          <w:p w14:paraId="092A33BC" w14:textId="2F7A5B57" w:rsidR="0032166A" w:rsidRPr="00EB75F0" w:rsidRDefault="0032166A" w:rsidP="0032166A">
            <w:pPr>
              <w:pStyle w:val="TableText"/>
            </w:pPr>
            <w:r w:rsidRPr="00EB75F0">
              <w:t>12</w:t>
            </w:r>
            <w:r w:rsidR="007F16A8" w:rsidRPr="00EB75F0">
              <w:t>,</w:t>
            </w:r>
            <w:r w:rsidRPr="00EB75F0">
              <w:t>121</w:t>
            </w:r>
          </w:p>
        </w:tc>
      </w:tr>
      <w:tr w:rsidR="0032166A" w:rsidRPr="00EB75F0" w14:paraId="09BDF419" w14:textId="695F1F8C" w:rsidTr="00C073D9">
        <w:trPr>
          <w:trHeight w:val="354"/>
        </w:trPr>
        <w:tc>
          <w:tcPr>
            <w:tcW w:w="824" w:type="pct"/>
            <w:vMerge/>
            <w:tcBorders>
              <w:top w:val="single" w:sz="4" w:space="0" w:color="000000"/>
              <w:left w:val="single" w:sz="4" w:space="0" w:color="000000"/>
              <w:bottom w:val="single" w:sz="4" w:space="0" w:color="000000"/>
              <w:right w:val="single" w:sz="4" w:space="0" w:color="000000"/>
            </w:tcBorders>
          </w:tcPr>
          <w:p w14:paraId="215798DC" w14:textId="77777777" w:rsidR="0032166A" w:rsidRPr="00EB75F0" w:rsidRDefault="0032166A" w:rsidP="0032166A"/>
        </w:tc>
        <w:tc>
          <w:tcPr>
            <w:tcW w:w="586" w:type="pct"/>
            <w:vMerge/>
            <w:tcBorders>
              <w:top w:val="single" w:sz="4" w:space="0" w:color="000000"/>
              <w:left w:val="single" w:sz="4" w:space="0" w:color="000000"/>
              <w:bottom w:val="single" w:sz="4" w:space="0" w:color="000000"/>
              <w:right w:val="single" w:sz="4" w:space="0" w:color="000000"/>
            </w:tcBorders>
          </w:tcPr>
          <w:p w14:paraId="388FE62C" w14:textId="77777777" w:rsidR="0032166A" w:rsidRPr="00EB75F0" w:rsidRDefault="0032166A" w:rsidP="0032166A"/>
        </w:tc>
        <w:tc>
          <w:tcPr>
            <w:tcW w:w="418" w:type="pct"/>
            <w:tcBorders>
              <w:top w:val="single" w:sz="4" w:space="0" w:color="000000"/>
              <w:left w:val="single" w:sz="4" w:space="0" w:color="000000"/>
              <w:bottom w:val="single" w:sz="4" w:space="0" w:color="000000"/>
              <w:right w:val="single" w:sz="4" w:space="0" w:color="000000"/>
            </w:tcBorders>
          </w:tcPr>
          <w:p w14:paraId="037DECF2" w14:textId="77777777" w:rsidR="0032166A" w:rsidRPr="00EB75F0" w:rsidRDefault="0032166A" w:rsidP="0032166A">
            <w:pPr>
              <w:pStyle w:val="TableText"/>
            </w:pPr>
            <w:r w:rsidRPr="00EB75F0">
              <w:t>FE</w:t>
            </w:r>
          </w:p>
        </w:tc>
        <w:tc>
          <w:tcPr>
            <w:tcW w:w="1863" w:type="pct"/>
            <w:tcBorders>
              <w:top w:val="single" w:sz="4" w:space="0" w:color="000000"/>
              <w:left w:val="single" w:sz="4" w:space="0" w:color="000000"/>
              <w:bottom w:val="single" w:sz="4" w:space="0" w:color="000000"/>
              <w:right w:val="single" w:sz="4" w:space="0" w:color="000000"/>
            </w:tcBorders>
          </w:tcPr>
          <w:p w14:paraId="10F7B3EB" w14:textId="77777777" w:rsidR="0032166A" w:rsidRPr="00EB75F0" w:rsidRDefault="0032166A" w:rsidP="0032166A">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014A402A" w14:textId="382EDE06" w:rsidR="0032166A" w:rsidRPr="00EB75F0" w:rsidRDefault="0032166A" w:rsidP="0032166A">
            <w:pPr>
              <w:pStyle w:val="TableText"/>
            </w:pPr>
            <w:r w:rsidRPr="00EB75F0">
              <w:t>44</w:t>
            </w:r>
          </w:p>
        </w:tc>
        <w:tc>
          <w:tcPr>
            <w:tcW w:w="723" w:type="pct"/>
            <w:tcBorders>
              <w:top w:val="single" w:sz="4" w:space="0" w:color="000000"/>
              <w:left w:val="single" w:sz="4" w:space="0" w:color="000000"/>
              <w:bottom w:val="single" w:sz="4" w:space="0" w:color="000000"/>
              <w:right w:val="single" w:sz="4" w:space="0" w:color="000000"/>
            </w:tcBorders>
            <w:vAlign w:val="bottom"/>
          </w:tcPr>
          <w:p w14:paraId="188C39DE" w14:textId="040EECE7" w:rsidR="0032166A" w:rsidRPr="00EB75F0" w:rsidRDefault="0032166A" w:rsidP="0032166A">
            <w:pPr>
              <w:pStyle w:val="TableText"/>
            </w:pPr>
            <w:r w:rsidRPr="00EB75F0">
              <w:t>13</w:t>
            </w:r>
            <w:r w:rsidR="007F16A8" w:rsidRPr="00EB75F0">
              <w:t>,</w:t>
            </w:r>
            <w:r w:rsidRPr="00EB75F0">
              <w:t>186</w:t>
            </w:r>
          </w:p>
        </w:tc>
      </w:tr>
      <w:tr w:rsidR="0032166A" w:rsidRPr="00EB75F0" w14:paraId="564A0E17" w14:textId="123A3435" w:rsidTr="00C073D9">
        <w:trPr>
          <w:trHeight w:val="354"/>
        </w:trPr>
        <w:tc>
          <w:tcPr>
            <w:tcW w:w="824" w:type="pct"/>
            <w:vMerge w:val="restart"/>
            <w:tcBorders>
              <w:top w:val="single" w:sz="4" w:space="0" w:color="000000"/>
              <w:left w:val="single" w:sz="4" w:space="0" w:color="000000"/>
              <w:bottom w:val="single" w:sz="4" w:space="0" w:color="000000"/>
              <w:right w:val="single" w:sz="4" w:space="0" w:color="000000"/>
            </w:tcBorders>
          </w:tcPr>
          <w:p w14:paraId="574A1F9F" w14:textId="77777777" w:rsidR="0032166A" w:rsidRPr="00EB75F0" w:rsidRDefault="0032166A" w:rsidP="0032166A">
            <w:pPr>
              <w:pStyle w:val="TableText"/>
            </w:pPr>
            <w:r w:rsidRPr="00EB75F0">
              <w:t>Weight gain (&gt;7% increase in weight from baseline)</w:t>
            </w:r>
          </w:p>
        </w:tc>
        <w:tc>
          <w:tcPr>
            <w:tcW w:w="586" w:type="pct"/>
            <w:vMerge w:val="restart"/>
            <w:tcBorders>
              <w:top w:val="single" w:sz="4" w:space="0" w:color="000000"/>
              <w:left w:val="single" w:sz="4" w:space="0" w:color="000000"/>
              <w:bottom w:val="single" w:sz="4" w:space="0" w:color="000000"/>
              <w:right w:val="single" w:sz="4" w:space="0" w:color="000000"/>
            </w:tcBorders>
          </w:tcPr>
          <w:p w14:paraId="51AC0DF9" w14:textId="77777777" w:rsidR="0032166A" w:rsidRPr="00EB75F0" w:rsidRDefault="0032166A" w:rsidP="0032166A">
            <w:pPr>
              <w:pStyle w:val="TableText"/>
            </w:pPr>
            <w:r w:rsidRPr="00EB75F0">
              <w:t>Odds Ratio</w:t>
            </w:r>
          </w:p>
        </w:tc>
        <w:tc>
          <w:tcPr>
            <w:tcW w:w="418" w:type="pct"/>
            <w:vMerge w:val="restart"/>
            <w:tcBorders>
              <w:top w:val="single" w:sz="4" w:space="0" w:color="000000"/>
              <w:left w:val="single" w:sz="4" w:space="0" w:color="000000"/>
              <w:bottom w:val="single" w:sz="4" w:space="0" w:color="000000"/>
              <w:right w:val="single" w:sz="4" w:space="0" w:color="000000"/>
            </w:tcBorders>
          </w:tcPr>
          <w:p w14:paraId="50A0E2EC" w14:textId="77777777" w:rsidR="0032166A" w:rsidRPr="00EB75F0" w:rsidRDefault="0032166A" w:rsidP="0032166A">
            <w:pPr>
              <w:pStyle w:val="TableText"/>
            </w:pPr>
            <w:r w:rsidRPr="00EB75F0">
              <w:t>RE</w:t>
            </w:r>
          </w:p>
        </w:tc>
        <w:tc>
          <w:tcPr>
            <w:tcW w:w="1863" w:type="pct"/>
            <w:tcBorders>
              <w:top w:val="single" w:sz="4" w:space="0" w:color="000000"/>
              <w:left w:val="single" w:sz="4" w:space="0" w:color="000000"/>
              <w:bottom w:val="single" w:sz="4" w:space="0" w:color="000000"/>
              <w:right w:val="single" w:sz="4" w:space="0" w:color="000000"/>
            </w:tcBorders>
          </w:tcPr>
          <w:p w14:paraId="472E4CED" w14:textId="77777777" w:rsidR="0032166A" w:rsidRPr="00EB75F0" w:rsidRDefault="0032166A" w:rsidP="0032166A">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5DF1897A" w14:textId="42F54677" w:rsidR="0032166A" w:rsidRPr="00EB75F0" w:rsidRDefault="0032166A" w:rsidP="0032166A">
            <w:pPr>
              <w:pStyle w:val="TableText"/>
            </w:pPr>
            <w:r w:rsidRPr="00EB75F0">
              <w:t>35</w:t>
            </w:r>
          </w:p>
        </w:tc>
        <w:tc>
          <w:tcPr>
            <w:tcW w:w="723" w:type="pct"/>
            <w:tcBorders>
              <w:top w:val="single" w:sz="4" w:space="0" w:color="000000"/>
              <w:left w:val="single" w:sz="4" w:space="0" w:color="000000"/>
              <w:bottom w:val="single" w:sz="4" w:space="0" w:color="000000"/>
              <w:right w:val="single" w:sz="4" w:space="0" w:color="000000"/>
            </w:tcBorders>
            <w:vAlign w:val="bottom"/>
          </w:tcPr>
          <w:p w14:paraId="1633FE51" w14:textId="4BA31AA8" w:rsidR="0032166A" w:rsidRPr="00EB75F0" w:rsidRDefault="0032166A" w:rsidP="0032166A">
            <w:pPr>
              <w:pStyle w:val="TableText"/>
            </w:pPr>
            <w:r w:rsidRPr="00EB75F0">
              <w:t>11</w:t>
            </w:r>
            <w:r w:rsidR="007F16A8" w:rsidRPr="00EB75F0">
              <w:t>,</w:t>
            </w:r>
            <w:r w:rsidRPr="00EB75F0">
              <w:t>068</w:t>
            </w:r>
          </w:p>
        </w:tc>
      </w:tr>
      <w:tr w:rsidR="0032166A" w:rsidRPr="00EB75F0" w14:paraId="5485B9CE" w14:textId="3FB0960E" w:rsidTr="00C073D9">
        <w:trPr>
          <w:trHeight w:val="354"/>
        </w:trPr>
        <w:tc>
          <w:tcPr>
            <w:tcW w:w="824" w:type="pct"/>
            <w:vMerge/>
            <w:tcBorders>
              <w:top w:val="single" w:sz="4" w:space="0" w:color="000000"/>
              <w:left w:val="single" w:sz="4" w:space="0" w:color="000000"/>
              <w:bottom w:val="single" w:sz="4" w:space="0" w:color="000000"/>
              <w:right w:val="single" w:sz="4" w:space="0" w:color="000000"/>
            </w:tcBorders>
          </w:tcPr>
          <w:p w14:paraId="720B7B11" w14:textId="77777777" w:rsidR="0032166A" w:rsidRPr="00EB75F0" w:rsidRDefault="0032166A" w:rsidP="0032166A"/>
        </w:tc>
        <w:tc>
          <w:tcPr>
            <w:tcW w:w="586" w:type="pct"/>
            <w:vMerge/>
            <w:tcBorders>
              <w:top w:val="single" w:sz="4" w:space="0" w:color="000000"/>
              <w:left w:val="single" w:sz="4" w:space="0" w:color="000000"/>
              <w:bottom w:val="single" w:sz="4" w:space="0" w:color="000000"/>
              <w:right w:val="single" w:sz="4" w:space="0" w:color="000000"/>
            </w:tcBorders>
          </w:tcPr>
          <w:p w14:paraId="3D7D3EE6" w14:textId="77777777" w:rsidR="0032166A" w:rsidRPr="00EB75F0" w:rsidRDefault="0032166A" w:rsidP="0032166A"/>
        </w:tc>
        <w:tc>
          <w:tcPr>
            <w:tcW w:w="418" w:type="pct"/>
            <w:vMerge/>
            <w:tcBorders>
              <w:top w:val="single" w:sz="4" w:space="0" w:color="000000"/>
              <w:left w:val="single" w:sz="4" w:space="0" w:color="000000"/>
              <w:bottom w:val="single" w:sz="4" w:space="0" w:color="000000"/>
              <w:right w:val="single" w:sz="4" w:space="0" w:color="000000"/>
            </w:tcBorders>
          </w:tcPr>
          <w:p w14:paraId="08E2E3FC" w14:textId="77777777" w:rsidR="0032166A" w:rsidRPr="00EB75F0" w:rsidRDefault="0032166A" w:rsidP="0032166A"/>
        </w:tc>
        <w:tc>
          <w:tcPr>
            <w:tcW w:w="1863" w:type="pct"/>
            <w:tcBorders>
              <w:top w:val="single" w:sz="4" w:space="0" w:color="000000"/>
              <w:left w:val="single" w:sz="4" w:space="0" w:color="000000"/>
              <w:bottom w:val="single" w:sz="4" w:space="0" w:color="000000"/>
              <w:right w:val="single" w:sz="4" w:space="0" w:color="000000"/>
            </w:tcBorders>
          </w:tcPr>
          <w:p w14:paraId="0350F9A4" w14:textId="5537AB1B" w:rsidR="0032166A" w:rsidRPr="00EB75F0" w:rsidRDefault="009E5C4E" w:rsidP="0032166A">
            <w:pPr>
              <w:pStyle w:val="TableText"/>
            </w:pPr>
            <w:r w:rsidRPr="00EB75F0">
              <w:t>Sensitivity</w:t>
            </w:r>
            <w:r w:rsidR="0032166A" w:rsidRPr="00EB75F0">
              <w:t xml:space="preserve"> analysis – exclude Asian only studies (Chan 2007</w:t>
            </w:r>
            <w:r w:rsidR="0031308D" w:rsidRPr="00EB75F0">
              <w:fldChar w:fldCharType="begin"/>
            </w:r>
            <w:r w:rsidR="00452EF4">
              <w:instrText xml:space="preserve"> ADDIN EN.CITE &lt;EndNote&gt;&lt;Cite&gt;&lt;Author&gt;Chan HY&lt;/Author&gt;&lt;Year&gt;2007&lt;/Year&gt;&lt;RecNum&gt;23&lt;/RecNum&gt;&lt;DisplayText&gt;&lt;style face="superscript"&gt;26&lt;/style&gt;&lt;/DisplayText&gt;&lt;record&gt;&lt;rec-number&gt;23&lt;/rec-number&gt;&lt;foreign-keys&gt;&lt;key app="EN" db-id="9ttaxzax2p0tr7ewzt55atews50zvxaaa5rz" timestamp="1764068828"&gt;23&lt;/key&gt;&lt;/foreign-keys&gt;&lt;ref-type name="Journal Article"&gt;17&lt;/ref-type&gt;&lt;contributors&gt;&lt;authors&gt;&lt;author&gt;Chan HY, Lin WW, Lin SK, Hwang TJ, Su TP, Chiang SC, Hwu HG&lt;/author&gt;&lt;/authors&gt;&lt;/contributors&gt;&lt;titles&gt;&lt;title&gt;Efficacy and safety of aripiprazole in the acute treatment of schizophrenia in Chinese patients with risperidone as an active control: a randomized trial.&lt;/title&gt;&lt;secondary-title&gt;JCP&lt;/secondary-title&gt;&lt;/titles&gt;&lt;periodical&gt;&lt;full-title&gt;JCP&lt;/full-title&gt;&lt;/periodical&gt;&lt;pages&gt;29-36&lt;/pages&gt;&lt;volume&gt;68&lt;/volume&gt;&lt;number&gt;1&lt;/number&gt;&lt;dates&gt;&lt;year&gt;2007&lt;/year&gt;&lt;/dates&gt;&lt;urls&gt;&lt;/urls&gt;&lt;/record&gt;&lt;/Cite&gt;&lt;/EndNote&gt;</w:instrText>
            </w:r>
            <w:r w:rsidR="0031308D" w:rsidRPr="00EB75F0">
              <w:fldChar w:fldCharType="separate"/>
            </w:r>
            <w:r w:rsidR="00452EF4" w:rsidRPr="00452EF4">
              <w:rPr>
                <w:noProof/>
                <w:vertAlign w:val="superscript"/>
              </w:rPr>
              <w:t>26</w:t>
            </w:r>
            <w:r w:rsidR="0031308D" w:rsidRPr="00EB75F0">
              <w:fldChar w:fldCharType="end"/>
            </w:r>
            <w:r w:rsidR="0032166A" w:rsidRPr="00EB75F0">
              <w:t xml:space="preserve">, </w:t>
            </w:r>
            <w:proofErr w:type="spellStart"/>
            <w:r w:rsidR="0032166A" w:rsidRPr="00EB75F0">
              <w:t>Ishigooka</w:t>
            </w:r>
            <w:proofErr w:type="spellEnd"/>
            <w:r w:rsidR="0032166A" w:rsidRPr="00EB75F0">
              <w:t xml:space="preserve"> 2018</w:t>
            </w:r>
            <w:r w:rsidR="0031308D" w:rsidRPr="00EB75F0">
              <w:fldChar w:fldCharType="begin"/>
            </w:r>
            <w:r w:rsidR="00452EF4">
              <w:instrText xml:space="preserve"> ADDIN EN.CITE &lt;EndNote&gt;&lt;Cite&gt;&lt;Author&gt;Ishigooka&lt;/Author&gt;&lt;Year&gt;2018&lt;/Year&gt;&lt;RecNum&gt;37&lt;/RecNum&gt;&lt;DisplayText&gt;&lt;style face="superscript"&gt;40&lt;/style&gt;&lt;/DisplayText&gt;&lt;record&gt;&lt;rec-number&gt;37&lt;/rec-number&gt;&lt;foreign-keys&gt;&lt;key app="EN" db-id="9ttaxzax2p0tr7ewzt55atews50zvxaaa5rz" timestamp="1764068831"&gt;37&lt;/key&gt;&lt;/foreign-keys&gt;&lt;ref-type name="Journal Article"&gt;17&lt;/ref-type&gt;&lt;contributors&gt;&lt;authors&gt;&lt;author&gt;Ishigooka, Jun&lt;/author&gt;&lt;author&gt;Iwashita, Shuichi&lt;/author&gt;&lt;author&gt;Tadori, Yoshihiro&lt;/author&gt;&lt;/authors&gt;&lt;/contributors&gt;&lt;titles&gt;&lt;title&gt;Efficacy and safety of brexpiprazole for the treatment of acute schizophrenia in Japan: A 6</w:instrText>
            </w:r>
            <w:r w:rsidR="00452EF4">
              <w:rPr>
                <w:rFonts w:ascii="Cambria Math" w:hAnsi="Cambria Math" w:cs="Cambria Math"/>
              </w:rPr>
              <w:instrText>‐</w:instrText>
            </w:r>
            <w:r w:rsidR="00452EF4">
              <w:instrText>week, randomized, double</w:instrText>
            </w:r>
            <w:r w:rsidR="00452EF4">
              <w:rPr>
                <w:rFonts w:ascii="Cambria Math" w:hAnsi="Cambria Math" w:cs="Cambria Math"/>
              </w:rPr>
              <w:instrText>‐</w:instrText>
            </w:r>
            <w:r w:rsidR="00452EF4">
              <w:instrText>blind, placebo</w:instrText>
            </w:r>
            <w:r w:rsidR="00452EF4">
              <w:rPr>
                <w:rFonts w:ascii="Cambria Math" w:hAnsi="Cambria Math" w:cs="Cambria Math"/>
              </w:rPr>
              <w:instrText>‐</w:instrText>
            </w:r>
            <w:r w:rsidR="00452EF4">
              <w:instrText>controlled study&lt;/title&gt;&lt;secondary-title&gt;Psychiatry and clinical neurosciences&lt;/secondary-title&gt;&lt;/titles&gt;&lt;periodical&gt;&lt;full-title&gt;Psychiatry and clinical neurosciences&lt;/full-title&gt;&lt;/periodical&gt;&lt;pages&gt;692-700&lt;/pages&gt;&lt;volume&gt;72&lt;/volume&gt;&lt;number&gt;9&lt;/number&gt;&lt;dates&gt;&lt;year&gt;2018&lt;/year&gt;&lt;/dates&gt;&lt;isbn&gt;1323-1316&lt;/isbn&gt;&lt;urls&gt;&lt;/urls&gt;&lt;/record&gt;&lt;/Cite&gt;&lt;/EndNote&gt;</w:instrText>
            </w:r>
            <w:r w:rsidR="0031308D" w:rsidRPr="00EB75F0">
              <w:fldChar w:fldCharType="separate"/>
            </w:r>
            <w:r w:rsidR="00452EF4" w:rsidRPr="00452EF4">
              <w:rPr>
                <w:noProof/>
                <w:vertAlign w:val="superscript"/>
              </w:rPr>
              <w:t>40</w:t>
            </w:r>
            <w:r w:rsidR="0031308D" w:rsidRPr="00EB75F0">
              <w:fldChar w:fldCharType="end"/>
            </w:r>
            <w:r w:rsidR="0032166A"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74797B43" w14:textId="66D551AA" w:rsidR="0032166A" w:rsidRPr="00EB75F0" w:rsidRDefault="0032166A" w:rsidP="0032166A">
            <w:pPr>
              <w:pStyle w:val="TableText"/>
            </w:pPr>
            <w:r w:rsidRPr="00EB75F0">
              <w:t>33</w:t>
            </w:r>
          </w:p>
        </w:tc>
        <w:tc>
          <w:tcPr>
            <w:tcW w:w="723" w:type="pct"/>
            <w:tcBorders>
              <w:top w:val="single" w:sz="4" w:space="0" w:color="000000"/>
              <w:left w:val="single" w:sz="4" w:space="0" w:color="000000"/>
              <w:bottom w:val="single" w:sz="4" w:space="0" w:color="000000"/>
              <w:right w:val="single" w:sz="4" w:space="0" w:color="000000"/>
            </w:tcBorders>
            <w:vAlign w:val="bottom"/>
          </w:tcPr>
          <w:p w14:paraId="737AB3EB" w14:textId="4B427679" w:rsidR="0032166A" w:rsidRPr="00EB75F0" w:rsidRDefault="0032166A" w:rsidP="0032166A">
            <w:pPr>
              <w:pStyle w:val="TableText"/>
            </w:pPr>
            <w:r w:rsidRPr="00EB75F0">
              <w:t>10</w:t>
            </w:r>
            <w:r w:rsidR="007F16A8" w:rsidRPr="00EB75F0">
              <w:t>,</w:t>
            </w:r>
            <w:r w:rsidRPr="00EB75F0">
              <w:t>641</w:t>
            </w:r>
          </w:p>
        </w:tc>
      </w:tr>
      <w:tr w:rsidR="0032166A" w:rsidRPr="00EB75F0" w14:paraId="2B51AD06" w14:textId="72BFD3FA" w:rsidTr="00C073D9">
        <w:trPr>
          <w:trHeight w:val="354"/>
        </w:trPr>
        <w:tc>
          <w:tcPr>
            <w:tcW w:w="824" w:type="pct"/>
            <w:vMerge/>
            <w:tcBorders>
              <w:top w:val="single" w:sz="4" w:space="0" w:color="000000"/>
              <w:left w:val="single" w:sz="4" w:space="0" w:color="000000"/>
              <w:bottom w:val="single" w:sz="4" w:space="0" w:color="000000"/>
              <w:right w:val="single" w:sz="4" w:space="0" w:color="000000"/>
            </w:tcBorders>
          </w:tcPr>
          <w:p w14:paraId="2935FAA4" w14:textId="77777777" w:rsidR="0032166A" w:rsidRPr="00EB75F0" w:rsidRDefault="0032166A" w:rsidP="0032166A"/>
        </w:tc>
        <w:tc>
          <w:tcPr>
            <w:tcW w:w="586" w:type="pct"/>
            <w:vMerge/>
            <w:tcBorders>
              <w:top w:val="single" w:sz="4" w:space="0" w:color="000000"/>
              <w:left w:val="single" w:sz="4" w:space="0" w:color="000000"/>
              <w:bottom w:val="single" w:sz="4" w:space="0" w:color="000000"/>
              <w:right w:val="single" w:sz="4" w:space="0" w:color="000000"/>
            </w:tcBorders>
          </w:tcPr>
          <w:p w14:paraId="16DD3827" w14:textId="77777777" w:rsidR="0032166A" w:rsidRPr="00EB75F0" w:rsidRDefault="0032166A" w:rsidP="0032166A"/>
        </w:tc>
        <w:tc>
          <w:tcPr>
            <w:tcW w:w="418" w:type="pct"/>
            <w:vMerge/>
            <w:tcBorders>
              <w:top w:val="single" w:sz="4" w:space="0" w:color="000000"/>
              <w:left w:val="single" w:sz="4" w:space="0" w:color="000000"/>
              <w:bottom w:val="single" w:sz="4" w:space="0" w:color="000000"/>
              <w:right w:val="single" w:sz="4" w:space="0" w:color="000000"/>
            </w:tcBorders>
          </w:tcPr>
          <w:p w14:paraId="3FBFEA16" w14:textId="77777777" w:rsidR="0032166A" w:rsidRPr="00EB75F0" w:rsidRDefault="0032166A" w:rsidP="0032166A"/>
        </w:tc>
        <w:tc>
          <w:tcPr>
            <w:tcW w:w="1863" w:type="pct"/>
            <w:tcBorders>
              <w:top w:val="single" w:sz="4" w:space="0" w:color="000000"/>
              <w:left w:val="single" w:sz="4" w:space="0" w:color="000000"/>
              <w:bottom w:val="single" w:sz="4" w:space="0" w:color="000000"/>
              <w:right w:val="single" w:sz="4" w:space="0" w:color="000000"/>
            </w:tcBorders>
          </w:tcPr>
          <w:p w14:paraId="4084377E" w14:textId="0BC925C6" w:rsidR="0032166A" w:rsidRPr="00EB75F0" w:rsidRDefault="009E5C4E" w:rsidP="0032166A">
            <w:pPr>
              <w:pStyle w:val="TableText"/>
            </w:pPr>
            <w:r w:rsidRPr="00EB75F0">
              <w:t>Sensitivity</w:t>
            </w:r>
            <w:r w:rsidR="0032166A" w:rsidRPr="00EB75F0">
              <w:t xml:space="preserve"> analysis – exclude studies with unclear weight gain threshold</w:t>
            </w:r>
            <w:r w:rsidR="0032166A" w:rsidRPr="00EB75F0">
              <w:rPr>
                <w:vertAlign w:val="superscript"/>
              </w:rPr>
              <w:t>┼</w:t>
            </w:r>
            <w:r w:rsidR="0032166A" w:rsidRPr="00EB75F0">
              <w:t xml:space="preserve"> (Marder 2016</w:t>
            </w:r>
            <w:r w:rsidR="0031308D" w:rsidRPr="00EB75F0">
              <w:fldChar w:fldCharType="begin"/>
            </w:r>
            <w:r w:rsidR="00452EF4">
              <w:instrText xml:space="preserve"> ADDIN EN.CITE &lt;EndNote&gt;&lt;Cite&gt;&lt;Author&gt;Marder&lt;/Author&gt;&lt;Year&gt;2016&lt;/Year&gt;&lt;RecNum&gt;40&lt;/RecNum&gt;&lt;DisplayText&gt;&lt;style face="superscript"&gt;43&lt;/style&gt;&lt;/DisplayText&gt;&lt;record&gt;&lt;rec-number&gt;40&lt;/rec-number&gt;&lt;foreign-keys&gt;&lt;key app="EN" db-id="9ttaxzax2p0tr7ewzt55atews50zvxaaa5rz" timestamp="1764068832"&gt;40&lt;/key&gt;&lt;/foreign-keys&gt;&lt;ref-type name="Journal Article"&gt;17&lt;/ref-type&gt;&lt;contributors&gt;&lt;authors&gt;&lt;author&gt;Marder, SR&lt;/author&gt;&lt;author&gt;Hakala, M&lt;/author&gt;&lt;author&gt;Gislum, M&lt;/author&gt;&lt;author&gt;Skuban, A&lt;/author&gt;&lt;author&gt;Weiller, E&lt;/author&gt;&lt;author&gt;Weiss, C&lt;/author&gt;&lt;/authors&gt;&lt;/contributors&gt;&lt;titles&gt;&lt;title&gt;An interventional, multi-center, randomized, double-blind, placebo-controlled, active reference, flexible dose study of brexpiprazole in adults with acute schizophrenia&lt;/title&gt;&lt;secondary-title&gt;European Psychiatry&lt;/secondary-title&gt;&lt;/titles&gt;&lt;periodical&gt;&lt;full-title&gt;European Psychiatry&lt;/full-title&gt;&lt;/periodical&gt;&lt;pages&gt;S99-S99&lt;/pages&gt;&lt;volume&gt;33&lt;/volume&gt;&lt;number&gt;S1&lt;/number&gt;&lt;dates&gt;&lt;year&gt;2016&lt;/year&gt;&lt;/dates&gt;&lt;isbn&gt;0924-9338&lt;/isbn&gt;&lt;urls&gt;&lt;/urls&gt;&lt;/record&gt;&lt;/Cite&gt;&lt;/EndNote&gt;</w:instrText>
            </w:r>
            <w:r w:rsidR="0031308D" w:rsidRPr="00EB75F0">
              <w:fldChar w:fldCharType="separate"/>
            </w:r>
            <w:r w:rsidR="00452EF4" w:rsidRPr="00452EF4">
              <w:rPr>
                <w:noProof/>
                <w:vertAlign w:val="superscript"/>
              </w:rPr>
              <w:t>43</w:t>
            </w:r>
            <w:r w:rsidR="0031308D" w:rsidRPr="00EB75F0">
              <w:fldChar w:fldCharType="end"/>
            </w:r>
            <w:r w:rsidR="0032166A" w:rsidRPr="00EB75F0">
              <w:t>, McDonnell 2018</w:t>
            </w:r>
            <w:r w:rsidR="0031308D" w:rsidRPr="00EB75F0">
              <w:fldChar w:fldCharType="begin"/>
            </w:r>
            <w:r w:rsidR="00452EF4">
              <w:instrText xml:space="preserve"> ADDIN EN.CITE &lt;EndNote&gt;&lt;Cite&gt;&lt;Author&gt;McDonnell&lt;/Author&gt;&lt;Year&gt;2018&lt;/Year&gt;&lt;RecNum&gt;69&lt;/RecNum&gt;&lt;DisplayText&gt;&lt;style face="superscript"&gt;72&lt;/style&gt;&lt;/DisplayText&gt;&lt;record&gt;&lt;rec-number&gt;69&lt;/rec-number&gt;&lt;foreign-keys&gt;&lt;key app="EN" db-id="9ttaxzax2p0tr7ewzt55atews50zvxaaa5rz" timestamp="1764068839"&gt;69&lt;/key&gt;&lt;/foreign-keys&gt;&lt;ref-type name="Journal Article"&gt;17&lt;/ref-type&gt;&lt;contributors&gt;&lt;authors&gt;&lt;author&gt;McDonnell, David&lt;/author&gt;&lt;author&gt;Potkin, Steven G&lt;/author&gt;&lt;author&gt;Simmons, Adam&lt;/author&gt;&lt;author&gt;Jiang, Ying&lt;/author&gt;&lt;author&gt;DiPetrillo, Lauren&lt;/author&gt;&lt;author&gt;Silverman, Bernard&lt;/author&gt;&lt;/authors&gt;&lt;/contributors&gt;&lt;titles&gt;&lt;title&gt;F232. A phase 3 study to determine the antipsychotic efficacy and safety of ALKS 3831 in adult patients with acute exacerbation of schizophrenia&lt;/title&gt;&lt;secondary-title&gt;Schizophrenia Bulletin&lt;/secondary-title&gt;&lt;/titles&gt;&lt;periodical&gt;&lt;full-title&gt;Schizophrenia bulletin&lt;/full-title&gt;&lt;/periodical&gt;&lt;pages&gt;S312&lt;/pages&gt;&lt;volume&gt;44&lt;/volume&gt;&lt;number&gt;Suppl 1&lt;/number&gt;&lt;dates&gt;&lt;year&gt;2018&lt;/year&gt;&lt;/dates&gt;&lt;urls&gt;&lt;/urls&gt;&lt;/record&gt;&lt;/Cite&gt;&lt;/EndNote&gt;</w:instrText>
            </w:r>
            <w:r w:rsidR="0031308D" w:rsidRPr="00EB75F0">
              <w:fldChar w:fldCharType="separate"/>
            </w:r>
            <w:r w:rsidR="00452EF4" w:rsidRPr="00452EF4">
              <w:rPr>
                <w:noProof/>
                <w:vertAlign w:val="superscript"/>
              </w:rPr>
              <w:t>72</w:t>
            </w:r>
            <w:r w:rsidR="0031308D" w:rsidRPr="00EB75F0">
              <w:fldChar w:fldCharType="end"/>
            </w:r>
            <w:r w:rsidR="0032166A" w:rsidRPr="00EB75F0">
              <w:t>, NCT03055338</w:t>
            </w:r>
            <w:r w:rsidR="0031308D" w:rsidRPr="00EB75F0">
              <w:fldChar w:fldCharType="begin"/>
            </w:r>
            <w:r w:rsidR="00452EF4">
              <w:instrText xml:space="preserve"> ADDIN EN.CITE &lt;EndNote&gt;&lt;Cite&gt;&lt;Author&gt;NCT03055338&lt;/Author&gt;&lt;Year&gt;2018&lt;/Year&gt;&lt;RecNum&gt;94&lt;/RecNum&gt;&lt;DisplayText&gt;&lt;style face="superscript"&gt;97&lt;/style&gt;&lt;/DisplayText&gt;&lt;record&gt;&lt;rec-number&gt;94&lt;/rec-number&gt;&lt;foreign-keys&gt;&lt;key app="EN" db-id="9ttaxzax2p0tr7ewzt55atews50zvxaaa5rz" timestamp="1764068845"&gt;94&lt;/key&gt;&lt;/foreign-keys&gt;&lt;ref-type name="Journal Article"&gt;17&lt;/ref-type&gt;&lt;contributors&gt;&lt;authors&gt;&lt;author&gt;NCT03055338&lt;/author&gt;&lt;/authors&gt;&lt;/contributors&gt;&lt;titles&gt;&lt;title&gt;An Active-Controlled Early Phase Study of MK-8189 in Adults With Schizophrenia (MK-8189-005)&lt;/title&gt;&lt;secondary-title&gt;-&lt;/secondary-title&gt;&lt;/titles&gt;&lt;periodical&gt;&lt;full-title&gt;-&lt;/full-title&gt;&lt;/periodical&gt;&lt;pages&gt;-&lt;/pages&gt;&lt;volume&gt;-&lt;/volume&gt;&lt;dates&gt;&lt;year&gt;2018&lt;/year&gt;&lt;/dates&gt;&lt;urls&gt;&lt;/urls&gt;&lt;/record&gt;&lt;/Cite&gt;&lt;/EndNote&gt;</w:instrText>
            </w:r>
            <w:r w:rsidR="0031308D" w:rsidRPr="00EB75F0">
              <w:fldChar w:fldCharType="separate"/>
            </w:r>
            <w:r w:rsidR="00452EF4" w:rsidRPr="00452EF4">
              <w:rPr>
                <w:noProof/>
                <w:vertAlign w:val="superscript"/>
              </w:rPr>
              <w:t>97</w:t>
            </w:r>
            <w:r w:rsidR="0031308D" w:rsidRPr="00EB75F0">
              <w:fldChar w:fldCharType="end"/>
            </w:r>
            <w:r w:rsidR="0032166A" w:rsidRPr="00EB75F0">
              <w:t>, NCT00563706</w:t>
            </w:r>
            <w:r w:rsidR="0031308D" w:rsidRPr="00EB75F0">
              <w:fldChar w:fldCharType="begin"/>
            </w:r>
            <w:r w:rsidR="00452EF4">
              <w:instrText xml:space="preserve"> ADDIN EN.CITE &lt;EndNote&gt;&lt;Cite&gt;&lt;Author&gt;NCT00563706&lt;/Author&gt;&lt;Year&gt;2014&lt;/Year&gt;&lt;RecNum&gt;95&lt;/RecNum&gt;&lt;DisplayText&gt;&lt;style face="superscript"&gt;98&lt;/style&gt;&lt;/DisplayText&gt;&lt;record&gt;&lt;rec-number&gt;95&lt;/rec-number&gt;&lt;foreign-keys&gt;&lt;key app="EN" db-id="9ttaxzax2p0tr7ewzt55atews50zvxaaa5rz" timestamp="1764068846"&gt;95&lt;/key&gt;&lt;/foreign-keys&gt;&lt;ref-type name="Journal Article"&gt;17&lt;/ref-type&gt;&lt;contributors&gt;&lt;authors&gt;&lt;author&gt;NCT00563706&lt;/author&gt;&lt;/authors&gt;&lt;/contributors&gt;&lt;titles&gt;&lt;title&gt;Study evaluating vabicaserin in subjects with schizophrenia&lt;/title&gt;&lt;secondary-title&gt;-&lt;/secondary-title&gt;&lt;/titles&gt;&lt;periodical&gt;&lt;full-title&gt;-&lt;/full-title&gt;&lt;/periodical&gt;&lt;pages&gt;-&lt;/pages&gt;&lt;volume&gt;-&lt;/volume&gt;&lt;dates&gt;&lt;year&gt;2014&lt;/year&gt;&lt;/dates&gt;&lt;urls&gt;&lt;/urls&gt;&lt;/record&gt;&lt;/Cite&gt;&lt;/EndNote&gt;</w:instrText>
            </w:r>
            <w:r w:rsidR="0031308D" w:rsidRPr="00EB75F0">
              <w:fldChar w:fldCharType="separate"/>
            </w:r>
            <w:r w:rsidR="00452EF4" w:rsidRPr="00452EF4">
              <w:rPr>
                <w:noProof/>
                <w:vertAlign w:val="superscript"/>
              </w:rPr>
              <w:t>98</w:t>
            </w:r>
            <w:r w:rsidR="0031308D" w:rsidRPr="00EB75F0">
              <w:fldChar w:fldCharType="end"/>
            </w:r>
            <w:r w:rsidR="0032166A" w:rsidRPr="00EB75F0">
              <w:t>, Downing 2014</w:t>
            </w:r>
            <w:r w:rsidR="0031308D" w:rsidRPr="00EB75F0">
              <w:fldChar w:fldCharType="begin"/>
            </w:r>
            <w:r w:rsidR="00452EF4">
              <w:instrText xml:space="preserve"> ADDIN EN.CITE &lt;EndNote&gt;&lt;Cite&gt;&lt;Author&gt;Downing&lt;/Author&gt;&lt;Year&gt;2014&lt;/Year&gt;&lt;RecNum&gt;102&lt;/RecNum&gt;&lt;DisplayText&gt;&lt;style face="superscript"&gt;105&lt;/style&gt;&lt;/DisplayText&gt;&lt;record&gt;&lt;rec-number&gt;102&lt;/rec-number&gt;&lt;foreign-keys&gt;&lt;key app="EN" db-id="9ttaxzax2p0tr7ewzt55atews50zvxaaa5rz" timestamp="1764068847"&gt;102&lt;/key&gt;&lt;/foreign-keys&gt;&lt;ref-type name="Journal Article"&gt;17&lt;/ref-type&gt;&lt;contributors&gt;&lt;authors&gt;&lt;author&gt;Downing, AnnCatherine M&lt;/author&gt;&lt;author&gt;Kinon, Bruce J&lt;/author&gt;&lt;author&gt;Millen, Brian A&lt;/author&gt;&lt;author&gt;Zhang, Lu&lt;/author&gt;&lt;author&gt;Liu, Lin&lt;/author&gt;&lt;author&gt;Morozova, Margarita A&lt;/author&gt;&lt;author&gt;Brenner, Ronald&lt;/author&gt;&lt;author&gt;Rayle, Tami Jo&lt;/author&gt;&lt;author&gt;Nisenbaum, Laura&lt;/author&gt;&lt;author&gt;Zhao, Fangyi&lt;/author&gt;&lt;/authors&gt;&lt;/contributors&gt;&lt;titles&gt;&lt;title&gt;A double-blind, placebo-controlled comparator study of LY2140023 monohydrate in patients with schizophrenia&lt;/title&gt;&lt;secondary-title&gt;BMC psychiatry&lt;/secondary-title&gt;&lt;/titles&gt;&lt;periodical&gt;&lt;full-title&gt;BMC psychiatry&lt;/full-title&gt;&lt;/periodical&gt;&lt;pages&gt;1-12&lt;/pages&gt;&lt;volume&gt;14&lt;/volume&gt;&lt;dates&gt;&lt;year&gt;2014&lt;/year&gt;&lt;/dates&gt;&lt;urls&gt;&lt;/urls&gt;&lt;/record&gt;&lt;/Cite&gt;&lt;/EndNote&gt;</w:instrText>
            </w:r>
            <w:r w:rsidR="0031308D" w:rsidRPr="00EB75F0">
              <w:fldChar w:fldCharType="separate"/>
            </w:r>
            <w:r w:rsidR="00452EF4" w:rsidRPr="00452EF4">
              <w:rPr>
                <w:noProof/>
                <w:vertAlign w:val="superscript"/>
              </w:rPr>
              <w:t>105</w:t>
            </w:r>
            <w:r w:rsidR="0031308D" w:rsidRPr="00EB75F0">
              <w:fldChar w:fldCharType="end"/>
            </w:r>
            <w:r w:rsidR="0032166A" w:rsidRPr="00EB75F0">
              <w:t>, NCT04512066</w:t>
            </w:r>
            <w:r w:rsidR="0031308D" w:rsidRPr="00EB75F0">
              <w:fldChar w:fldCharType="begin"/>
            </w:r>
            <w:r w:rsidR="00452EF4">
              <w:instrText xml:space="preserve"> ADDIN EN.CITE &lt;EndNote&gt;&lt;Cite&gt;&lt;Author&gt;NCT04512066&lt;/Author&gt;&lt;Year&gt;2023&lt;/Year&gt;&lt;RecNum&gt;107&lt;/RecNum&gt;&lt;DisplayText&gt;&lt;style face="superscript"&gt;110&lt;/style&gt;&lt;/DisplayText&gt;&lt;record&gt;&lt;rec-number&gt;107&lt;/rec-number&gt;&lt;foreign-keys&gt;&lt;key app="EN" db-id="9ttaxzax2p0tr7ewzt55atews50zvxaaa5rz" timestamp="1764068848"&gt;107&lt;/key&gt;&lt;/foreign-keys&gt;&lt;ref-type name="Journal Article"&gt;17&lt;/ref-type&gt;&lt;contributors&gt;&lt;authors&gt;&lt;author&gt;NCT04512066&lt;/author&gt;&lt;/authors&gt;&lt;/contributors&gt;&lt;titles&gt;&lt;title&gt;A Trial of the Efficacy and the Safety of RO6889450 (Ralmitaront) vs Placebo in Patients With an Acute Exacerbation of Schizophrenia or Schizoaffective Disorder&lt;/title&gt;&lt;secondary-title&gt;-&lt;/secondary-title&gt;&lt;/titles&gt;&lt;periodical&gt;&lt;full-title&gt;-&lt;/full-title&gt;&lt;/periodical&gt;&lt;pages&gt;-&lt;/pages&gt;&lt;volume&gt;-&lt;/volume&gt;&lt;dates&gt;&lt;year&gt;2023&lt;/year&gt;&lt;/dates&gt;&lt;urls&gt;&lt;/urls&gt;&lt;/record&gt;&lt;/Cite&gt;&lt;/EndNote&gt;</w:instrText>
            </w:r>
            <w:r w:rsidR="0031308D" w:rsidRPr="00EB75F0">
              <w:fldChar w:fldCharType="separate"/>
            </w:r>
            <w:r w:rsidR="00452EF4" w:rsidRPr="00452EF4">
              <w:rPr>
                <w:noProof/>
                <w:vertAlign w:val="superscript"/>
              </w:rPr>
              <w:t>110</w:t>
            </w:r>
            <w:r w:rsidR="0031308D" w:rsidRPr="00EB75F0">
              <w:fldChar w:fldCharType="end"/>
            </w:r>
            <w:r w:rsidR="0032166A" w:rsidRPr="00EB75F0">
              <w:t xml:space="preserve">) </w:t>
            </w:r>
          </w:p>
        </w:tc>
        <w:tc>
          <w:tcPr>
            <w:tcW w:w="587" w:type="pct"/>
            <w:tcBorders>
              <w:top w:val="single" w:sz="4" w:space="0" w:color="000000"/>
              <w:left w:val="single" w:sz="4" w:space="0" w:color="000000"/>
              <w:bottom w:val="single" w:sz="4" w:space="0" w:color="000000"/>
              <w:right w:val="single" w:sz="4" w:space="0" w:color="000000"/>
            </w:tcBorders>
            <w:vAlign w:val="bottom"/>
          </w:tcPr>
          <w:p w14:paraId="4434078B" w14:textId="52499824" w:rsidR="0032166A" w:rsidRPr="00EB75F0" w:rsidRDefault="0032166A" w:rsidP="0032166A">
            <w:pPr>
              <w:pStyle w:val="TableText"/>
            </w:pPr>
            <w:r w:rsidRPr="00EB75F0">
              <w:t>29</w:t>
            </w:r>
          </w:p>
        </w:tc>
        <w:tc>
          <w:tcPr>
            <w:tcW w:w="723" w:type="pct"/>
            <w:tcBorders>
              <w:top w:val="single" w:sz="4" w:space="0" w:color="000000"/>
              <w:left w:val="single" w:sz="4" w:space="0" w:color="000000"/>
              <w:bottom w:val="single" w:sz="4" w:space="0" w:color="000000"/>
              <w:right w:val="single" w:sz="4" w:space="0" w:color="000000"/>
            </w:tcBorders>
            <w:vAlign w:val="bottom"/>
          </w:tcPr>
          <w:p w14:paraId="1B1244BA" w14:textId="4FC7D8D2" w:rsidR="0032166A" w:rsidRPr="00EB75F0" w:rsidRDefault="0032166A" w:rsidP="0032166A">
            <w:pPr>
              <w:pStyle w:val="TableText"/>
            </w:pPr>
            <w:r w:rsidRPr="00EB75F0">
              <w:t>9</w:t>
            </w:r>
            <w:r w:rsidR="007F16A8" w:rsidRPr="00EB75F0">
              <w:t>,</w:t>
            </w:r>
            <w:r w:rsidRPr="00EB75F0">
              <w:t>543</w:t>
            </w:r>
          </w:p>
        </w:tc>
      </w:tr>
      <w:tr w:rsidR="0032166A" w:rsidRPr="00EB75F0" w14:paraId="30F84638" w14:textId="59852919" w:rsidTr="00C073D9">
        <w:trPr>
          <w:trHeight w:val="354"/>
        </w:trPr>
        <w:tc>
          <w:tcPr>
            <w:tcW w:w="824" w:type="pct"/>
            <w:vMerge/>
            <w:tcBorders>
              <w:top w:val="single" w:sz="4" w:space="0" w:color="000000"/>
              <w:left w:val="single" w:sz="4" w:space="0" w:color="000000"/>
              <w:bottom w:val="single" w:sz="4" w:space="0" w:color="000000"/>
              <w:right w:val="single" w:sz="4" w:space="0" w:color="000000"/>
            </w:tcBorders>
          </w:tcPr>
          <w:p w14:paraId="77678742" w14:textId="77777777" w:rsidR="0032166A" w:rsidRPr="00EB75F0" w:rsidRDefault="0032166A" w:rsidP="0032166A"/>
        </w:tc>
        <w:tc>
          <w:tcPr>
            <w:tcW w:w="586" w:type="pct"/>
            <w:vMerge/>
            <w:tcBorders>
              <w:top w:val="single" w:sz="4" w:space="0" w:color="000000"/>
              <w:left w:val="single" w:sz="4" w:space="0" w:color="000000"/>
              <w:bottom w:val="single" w:sz="4" w:space="0" w:color="000000"/>
              <w:right w:val="single" w:sz="4" w:space="0" w:color="000000"/>
            </w:tcBorders>
          </w:tcPr>
          <w:p w14:paraId="59BCE523" w14:textId="77777777" w:rsidR="0032166A" w:rsidRPr="00EB75F0" w:rsidRDefault="0032166A" w:rsidP="0032166A"/>
        </w:tc>
        <w:tc>
          <w:tcPr>
            <w:tcW w:w="418" w:type="pct"/>
            <w:tcBorders>
              <w:top w:val="single" w:sz="4" w:space="0" w:color="000000"/>
              <w:left w:val="single" w:sz="4" w:space="0" w:color="000000"/>
              <w:bottom w:val="single" w:sz="4" w:space="0" w:color="000000"/>
              <w:right w:val="single" w:sz="4" w:space="0" w:color="000000"/>
            </w:tcBorders>
          </w:tcPr>
          <w:p w14:paraId="3EAF5ACA" w14:textId="77777777" w:rsidR="0032166A" w:rsidRPr="00EB75F0" w:rsidRDefault="0032166A" w:rsidP="0032166A">
            <w:pPr>
              <w:pStyle w:val="TableText"/>
            </w:pPr>
            <w:r w:rsidRPr="00EB75F0">
              <w:t>FE</w:t>
            </w:r>
          </w:p>
        </w:tc>
        <w:tc>
          <w:tcPr>
            <w:tcW w:w="1863" w:type="pct"/>
            <w:tcBorders>
              <w:top w:val="single" w:sz="4" w:space="0" w:color="000000"/>
              <w:left w:val="single" w:sz="4" w:space="0" w:color="000000"/>
              <w:bottom w:val="single" w:sz="4" w:space="0" w:color="000000"/>
              <w:right w:val="single" w:sz="4" w:space="0" w:color="000000"/>
            </w:tcBorders>
          </w:tcPr>
          <w:p w14:paraId="683AC083" w14:textId="77777777" w:rsidR="0032166A" w:rsidRPr="00EB75F0" w:rsidRDefault="0032166A" w:rsidP="0032166A">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648697FF" w14:textId="642DD9F6" w:rsidR="0032166A" w:rsidRPr="00EB75F0" w:rsidRDefault="0032166A" w:rsidP="0032166A">
            <w:pPr>
              <w:pStyle w:val="TableText"/>
            </w:pPr>
            <w:r w:rsidRPr="00EB75F0">
              <w:t>35</w:t>
            </w:r>
          </w:p>
        </w:tc>
        <w:tc>
          <w:tcPr>
            <w:tcW w:w="723" w:type="pct"/>
            <w:tcBorders>
              <w:top w:val="single" w:sz="4" w:space="0" w:color="000000"/>
              <w:left w:val="single" w:sz="4" w:space="0" w:color="000000"/>
              <w:bottom w:val="single" w:sz="4" w:space="0" w:color="000000"/>
              <w:right w:val="single" w:sz="4" w:space="0" w:color="000000"/>
            </w:tcBorders>
            <w:vAlign w:val="bottom"/>
          </w:tcPr>
          <w:p w14:paraId="1A81EB67" w14:textId="40D5DA76" w:rsidR="0032166A" w:rsidRPr="00EB75F0" w:rsidRDefault="0032166A" w:rsidP="0032166A">
            <w:pPr>
              <w:pStyle w:val="TableText"/>
            </w:pPr>
            <w:r w:rsidRPr="00EB75F0">
              <w:t>11</w:t>
            </w:r>
            <w:r w:rsidR="007F16A8" w:rsidRPr="00EB75F0">
              <w:t>,</w:t>
            </w:r>
            <w:r w:rsidRPr="00EB75F0">
              <w:t>068</w:t>
            </w:r>
          </w:p>
        </w:tc>
      </w:tr>
      <w:tr w:rsidR="0032166A" w:rsidRPr="00EB75F0" w14:paraId="0B19645F" w14:textId="24EFD4C8" w:rsidTr="00C073D9">
        <w:trPr>
          <w:trHeight w:val="354"/>
        </w:trPr>
        <w:tc>
          <w:tcPr>
            <w:tcW w:w="824" w:type="pct"/>
            <w:vMerge w:val="restart"/>
            <w:tcBorders>
              <w:top w:val="single" w:sz="4" w:space="0" w:color="000000"/>
              <w:left w:val="single" w:sz="4" w:space="0" w:color="000000"/>
              <w:bottom w:val="single" w:sz="4" w:space="0" w:color="000000"/>
              <w:right w:val="single" w:sz="4" w:space="0" w:color="000000"/>
            </w:tcBorders>
          </w:tcPr>
          <w:p w14:paraId="3FAAAA03" w14:textId="77777777" w:rsidR="0032166A" w:rsidRPr="00EB75F0" w:rsidRDefault="0032166A" w:rsidP="0032166A">
            <w:pPr>
              <w:pStyle w:val="TableText"/>
            </w:pPr>
            <w:r w:rsidRPr="00EB75F0">
              <w:t>Sedation</w:t>
            </w:r>
          </w:p>
        </w:tc>
        <w:tc>
          <w:tcPr>
            <w:tcW w:w="586" w:type="pct"/>
            <w:vMerge w:val="restart"/>
            <w:tcBorders>
              <w:top w:val="single" w:sz="4" w:space="0" w:color="000000"/>
              <w:left w:val="single" w:sz="4" w:space="0" w:color="000000"/>
              <w:bottom w:val="single" w:sz="4" w:space="0" w:color="000000"/>
              <w:right w:val="single" w:sz="4" w:space="0" w:color="000000"/>
            </w:tcBorders>
          </w:tcPr>
          <w:p w14:paraId="1148FC80" w14:textId="77777777" w:rsidR="0032166A" w:rsidRPr="00EB75F0" w:rsidRDefault="0032166A" w:rsidP="0032166A">
            <w:pPr>
              <w:pStyle w:val="TableText"/>
            </w:pPr>
            <w:r w:rsidRPr="00EB75F0">
              <w:t>Odds Ratio</w:t>
            </w:r>
          </w:p>
        </w:tc>
        <w:tc>
          <w:tcPr>
            <w:tcW w:w="418" w:type="pct"/>
            <w:vMerge w:val="restart"/>
            <w:tcBorders>
              <w:top w:val="single" w:sz="4" w:space="0" w:color="000000"/>
              <w:left w:val="single" w:sz="4" w:space="0" w:color="000000"/>
              <w:bottom w:val="single" w:sz="4" w:space="0" w:color="000000"/>
              <w:right w:val="single" w:sz="4" w:space="0" w:color="000000"/>
            </w:tcBorders>
          </w:tcPr>
          <w:p w14:paraId="380B71F3" w14:textId="77777777" w:rsidR="0032166A" w:rsidRPr="00EB75F0" w:rsidRDefault="0032166A" w:rsidP="0032166A">
            <w:pPr>
              <w:pStyle w:val="TableText"/>
            </w:pPr>
            <w:r w:rsidRPr="00EB75F0">
              <w:t>RE</w:t>
            </w:r>
          </w:p>
        </w:tc>
        <w:tc>
          <w:tcPr>
            <w:tcW w:w="1863" w:type="pct"/>
            <w:tcBorders>
              <w:top w:val="single" w:sz="4" w:space="0" w:color="000000"/>
              <w:left w:val="single" w:sz="4" w:space="0" w:color="000000"/>
              <w:bottom w:val="single" w:sz="4" w:space="0" w:color="000000"/>
              <w:right w:val="single" w:sz="4" w:space="0" w:color="000000"/>
            </w:tcBorders>
          </w:tcPr>
          <w:p w14:paraId="2A1F3AA4" w14:textId="77777777" w:rsidR="0032166A" w:rsidRPr="00EB75F0" w:rsidRDefault="0032166A" w:rsidP="0032166A">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1FC2CBEF" w14:textId="45550991" w:rsidR="0032166A" w:rsidRPr="00EB75F0" w:rsidRDefault="0032166A" w:rsidP="0032166A">
            <w:pPr>
              <w:pStyle w:val="TableText"/>
            </w:pPr>
            <w:r w:rsidRPr="00EB75F0">
              <w:t>17</w:t>
            </w:r>
          </w:p>
        </w:tc>
        <w:tc>
          <w:tcPr>
            <w:tcW w:w="723" w:type="pct"/>
            <w:tcBorders>
              <w:top w:val="single" w:sz="4" w:space="0" w:color="000000"/>
              <w:left w:val="single" w:sz="4" w:space="0" w:color="000000"/>
              <w:bottom w:val="single" w:sz="4" w:space="0" w:color="000000"/>
              <w:right w:val="single" w:sz="4" w:space="0" w:color="000000"/>
            </w:tcBorders>
            <w:vAlign w:val="bottom"/>
          </w:tcPr>
          <w:p w14:paraId="0F164A0C" w14:textId="672AC977" w:rsidR="0032166A" w:rsidRPr="00EB75F0" w:rsidRDefault="0032166A" w:rsidP="0032166A">
            <w:pPr>
              <w:pStyle w:val="TableText"/>
            </w:pPr>
            <w:r w:rsidRPr="00EB75F0">
              <w:t>5</w:t>
            </w:r>
            <w:r w:rsidR="007F16A8" w:rsidRPr="00EB75F0">
              <w:t>,</w:t>
            </w:r>
            <w:r w:rsidRPr="00EB75F0">
              <w:t>140</w:t>
            </w:r>
          </w:p>
        </w:tc>
      </w:tr>
      <w:tr w:rsidR="0032166A" w:rsidRPr="00EB75F0" w14:paraId="0B0F25D7" w14:textId="437BE65A" w:rsidTr="00C073D9">
        <w:trPr>
          <w:trHeight w:val="354"/>
        </w:trPr>
        <w:tc>
          <w:tcPr>
            <w:tcW w:w="824" w:type="pct"/>
            <w:vMerge/>
            <w:tcBorders>
              <w:top w:val="single" w:sz="4" w:space="0" w:color="000000"/>
              <w:left w:val="single" w:sz="4" w:space="0" w:color="000000"/>
              <w:bottom w:val="single" w:sz="4" w:space="0" w:color="000000"/>
              <w:right w:val="single" w:sz="4" w:space="0" w:color="000000"/>
            </w:tcBorders>
          </w:tcPr>
          <w:p w14:paraId="682C4C3A" w14:textId="77777777" w:rsidR="0032166A" w:rsidRPr="00EB75F0" w:rsidRDefault="0032166A" w:rsidP="0032166A"/>
        </w:tc>
        <w:tc>
          <w:tcPr>
            <w:tcW w:w="586" w:type="pct"/>
            <w:vMerge/>
            <w:tcBorders>
              <w:top w:val="single" w:sz="4" w:space="0" w:color="000000"/>
              <w:left w:val="single" w:sz="4" w:space="0" w:color="000000"/>
              <w:bottom w:val="single" w:sz="4" w:space="0" w:color="000000"/>
              <w:right w:val="single" w:sz="4" w:space="0" w:color="000000"/>
            </w:tcBorders>
          </w:tcPr>
          <w:p w14:paraId="0675445C" w14:textId="77777777" w:rsidR="0032166A" w:rsidRPr="00EB75F0" w:rsidRDefault="0032166A" w:rsidP="0032166A"/>
        </w:tc>
        <w:tc>
          <w:tcPr>
            <w:tcW w:w="418" w:type="pct"/>
            <w:vMerge/>
            <w:tcBorders>
              <w:top w:val="single" w:sz="4" w:space="0" w:color="000000"/>
              <w:left w:val="single" w:sz="4" w:space="0" w:color="000000"/>
              <w:bottom w:val="single" w:sz="4" w:space="0" w:color="000000"/>
              <w:right w:val="single" w:sz="4" w:space="0" w:color="000000"/>
            </w:tcBorders>
          </w:tcPr>
          <w:p w14:paraId="5BCC377D" w14:textId="77777777" w:rsidR="0032166A" w:rsidRPr="00EB75F0" w:rsidRDefault="0032166A" w:rsidP="0032166A"/>
        </w:tc>
        <w:tc>
          <w:tcPr>
            <w:tcW w:w="1863" w:type="pct"/>
            <w:tcBorders>
              <w:top w:val="single" w:sz="4" w:space="0" w:color="000000"/>
              <w:left w:val="single" w:sz="4" w:space="0" w:color="000000"/>
              <w:bottom w:val="single" w:sz="4" w:space="0" w:color="000000"/>
              <w:right w:val="single" w:sz="4" w:space="0" w:color="000000"/>
            </w:tcBorders>
          </w:tcPr>
          <w:p w14:paraId="4479ADD9" w14:textId="206EC253" w:rsidR="0032166A" w:rsidRPr="00EB75F0" w:rsidRDefault="009E5C4E" w:rsidP="0032166A">
            <w:pPr>
              <w:pStyle w:val="TableText"/>
            </w:pPr>
            <w:r w:rsidRPr="00EB75F0">
              <w:t>Sensitivity</w:t>
            </w:r>
            <w:r w:rsidR="0032166A" w:rsidRPr="00EB75F0">
              <w:t xml:space="preserve"> analysis – exclude Asian only study (NCT00711269</w:t>
            </w:r>
            <w:r w:rsidR="0031308D" w:rsidRPr="00EB75F0">
              <w:fldChar w:fldCharType="begin"/>
            </w:r>
            <w:r w:rsidR="00452EF4">
              <w:instrText xml:space="preserve"> ADDIN EN.CITE &lt;EndNote&gt;&lt;Cite&gt;&lt;Author&gt;NCT00711269&lt;/Author&gt;&lt;Year&gt;2022&lt;/Year&gt;&lt;RecNum&gt;92&lt;/RecNum&gt;&lt;DisplayText&gt;&lt;style face="superscript"&gt;95&lt;/style&gt;&lt;/DisplayText&gt;&lt;record&gt;&lt;rec-number&gt;92&lt;/rec-number&gt;&lt;foreign-keys&gt;&lt;key app="EN" db-id="9ttaxzax2p0tr7ewzt55atews50zvxaaa5rz" timestamp="1764068845"&gt;92&lt;/key&gt;&lt;/foreign-keys&gt;&lt;ref-type name="Journal Article"&gt;17&lt;/ref-type&gt;&lt;contributors&gt;&lt;authors&gt;&lt;author&gt;NCT00711269&lt;/author&gt;&lt;/authors&gt;&lt;/contributors&gt;&lt;titles&gt;&lt;title&gt;Study of SM-13496 (Lurasidone HCl) in Patients With Schizophrenia&lt;/title&gt;&lt;secondary-title&gt;-&lt;/secondary-title&gt;&lt;/titles&gt;&lt;periodical&gt;&lt;full-title&gt;-&lt;/full-title&gt;&lt;/periodical&gt;&lt;pages&gt;-&lt;/pages&gt;&lt;volume&gt;-&lt;/volume&gt;&lt;dates&gt;&lt;year&gt;2022&lt;/year&gt;&lt;/dates&gt;&lt;urls&gt;&lt;/urls&gt;&lt;/record&gt;&lt;/Cite&gt;&lt;/EndNote&gt;</w:instrText>
            </w:r>
            <w:r w:rsidR="0031308D" w:rsidRPr="00EB75F0">
              <w:fldChar w:fldCharType="separate"/>
            </w:r>
            <w:r w:rsidR="00452EF4" w:rsidRPr="00452EF4">
              <w:rPr>
                <w:noProof/>
                <w:vertAlign w:val="superscript"/>
              </w:rPr>
              <w:t>95</w:t>
            </w:r>
            <w:r w:rsidR="0031308D" w:rsidRPr="00EB75F0">
              <w:fldChar w:fldCharType="end"/>
            </w:r>
            <w:r w:rsidR="0032166A"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0340F2C6" w14:textId="04D8483C" w:rsidR="0032166A" w:rsidRPr="00EB75F0" w:rsidRDefault="0032166A" w:rsidP="0032166A">
            <w:pPr>
              <w:pStyle w:val="TableText"/>
            </w:pPr>
            <w:r w:rsidRPr="00EB75F0">
              <w:t>16</w:t>
            </w:r>
          </w:p>
        </w:tc>
        <w:tc>
          <w:tcPr>
            <w:tcW w:w="723" w:type="pct"/>
            <w:tcBorders>
              <w:top w:val="single" w:sz="4" w:space="0" w:color="000000"/>
              <w:left w:val="single" w:sz="4" w:space="0" w:color="000000"/>
              <w:bottom w:val="single" w:sz="4" w:space="0" w:color="000000"/>
              <w:right w:val="single" w:sz="4" w:space="0" w:color="000000"/>
            </w:tcBorders>
            <w:vAlign w:val="bottom"/>
          </w:tcPr>
          <w:p w14:paraId="6DAE54DE" w14:textId="6F7FC9F2" w:rsidR="0032166A" w:rsidRPr="00EB75F0" w:rsidRDefault="0032166A" w:rsidP="0032166A">
            <w:pPr>
              <w:pStyle w:val="TableText"/>
            </w:pPr>
            <w:r w:rsidRPr="00EB75F0">
              <w:t>4</w:t>
            </w:r>
            <w:r w:rsidR="007F16A8" w:rsidRPr="00EB75F0">
              <w:t>,</w:t>
            </w:r>
            <w:r w:rsidRPr="00EB75F0">
              <w:t>943</w:t>
            </w:r>
          </w:p>
        </w:tc>
      </w:tr>
      <w:tr w:rsidR="0032166A" w:rsidRPr="00EB75F0" w14:paraId="7B2A9B81" w14:textId="00B451F5" w:rsidTr="00C073D9">
        <w:trPr>
          <w:trHeight w:val="354"/>
        </w:trPr>
        <w:tc>
          <w:tcPr>
            <w:tcW w:w="824" w:type="pct"/>
            <w:vMerge/>
            <w:tcBorders>
              <w:top w:val="single" w:sz="4" w:space="0" w:color="000000"/>
              <w:left w:val="single" w:sz="4" w:space="0" w:color="000000"/>
              <w:bottom w:val="single" w:sz="4" w:space="0" w:color="000000"/>
              <w:right w:val="single" w:sz="4" w:space="0" w:color="000000"/>
            </w:tcBorders>
          </w:tcPr>
          <w:p w14:paraId="5F2B71EF" w14:textId="77777777" w:rsidR="0032166A" w:rsidRPr="00EB75F0" w:rsidRDefault="0032166A" w:rsidP="0032166A"/>
        </w:tc>
        <w:tc>
          <w:tcPr>
            <w:tcW w:w="586" w:type="pct"/>
            <w:vMerge/>
            <w:tcBorders>
              <w:top w:val="single" w:sz="4" w:space="0" w:color="000000"/>
              <w:left w:val="single" w:sz="4" w:space="0" w:color="000000"/>
              <w:bottom w:val="single" w:sz="4" w:space="0" w:color="000000"/>
              <w:right w:val="single" w:sz="4" w:space="0" w:color="000000"/>
            </w:tcBorders>
          </w:tcPr>
          <w:p w14:paraId="20BECCF2" w14:textId="77777777" w:rsidR="0032166A" w:rsidRPr="00EB75F0" w:rsidRDefault="0032166A" w:rsidP="0032166A"/>
        </w:tc>
        <w:tc>
          <w:tcPr>
            <w:tcW w:w="418" w:type="pct"/>
            <w:vMerge/>
            <w:tcBorders>
              <w:top w:val="single" w:sz="4" w:space="0" w:color="000000"/>
              <w:left w:val="single" w:sz="4" w:space="0" w:color="000000"/>
              <w:bottom w:val="single" w:sz="4" w:space="0" w:color="000000"/>
              <w:right w:val="single" w:sz="4" w:space="0" w:color="000000"/>
            </w:tcBorders>
          </w:tcPr>
          <w:p w14:paraId="52C921B3" w14:textId="77777777" w:rsidR="0032166A" w:rsidRPr="00EB75F0" w:rsidRDefault="0032166A" w:rsidP="0032166A"/>
        </w:tc>
        <w:tc>
          <w:tcPr>
            <w:tcW w:w="1863" w:type="pct"/>
            <w:tcBorders>
              <w:top w:val="single" w:sz="4" w:space="0" w:color="000000"/>
              <w:left w:val="single" w:sz="4" w:space="0" w:color="000000"/>
              <w:bottom w:val="single" w:sz="4" w:space="0" w:color="000000"/>
              <w:right w:val="single" w:sz="4" w:space="0" w:color="000000"/>
            </w:tcBorders>
          </w:tcPr>
          <w:p w14:paraId="091EBC4D" w14:textId="64AC3FBD" w:rsidR="0032166A" w:rsidRPr="00EB75F0" w:rsidRDefault="009E5C4E" w:rsidP="0032166A">
            <w:pPr>
              <w:pStyle w:val="TableText"/>
            </w:pPr>
            <w:r w:rsidRPr="00EB75F0">
              <w:t>Sensitivity</w:t>
            </w:r>
            <w:r w:rsidR="0032166A" w:rsidRPr="00EB75F0">
              <w:t xml:space="preserve"> analysis – exclude placebo effect size outliers (Durgam 2016</w:t>
            </w:r>
            <w:r w:rsidR="0031308D" w:rsidRPr="00EB75F0">
              <w:fldChar w:fldCharType="begin"/>
            </w:r>
            <w:r w:rsidR="00452EF4">
              <w:instrText xml:space="preserve"> ADDIN EN.CITE &lt;EndNote&gt;&lt;Cite&gt;&lt;Author&gt;Durgam S&lt;/Author&gt;&lt;Year&gt;2016&lt;/Year&gt;&lt;RecNum&gt;42&lt;/RecNum&gt;&lt;DisplayText&gt;&lt;style face="superscript"&gt;45&lt;/style&gt;&lt;/DisplayText&gt;&lt;record&gt;&lt;rec-number&gt;42&lt;/rec-number&gt;&lt;foreign-keys&gt;&lt;key app="EN" db-id="9ttaxzax2p0tr7ewzt55atews50zvxaaa5rz" timestamp="1764068832"&gt;42&lt;/key&gt;&lt;/foreign-keys&gt;&lt;ref-type name="Journal Article"&gt;17&lt;/ref-type&gt;&lt;contributors&gt;&lt;authors&gt;&lt;author&gt;Durgam S, Litman RE, Papadakis K, Li D, Németh G, Laszlovszky I&lt;/author&gt;&lt;/authors&gt;&lt;/contributors&gt;&lt;titles&gt;&lt;title&gt;Cariprazine in the treatment of schizophrenia: a proof-of-concept trial&lt;/title&gt;&lt;secondary-title&gt;Int. Clin. Psychopharmacol.&lt;/secondary-title&gt;&lt;/titles&gt;&lt;periodical&gt;&lt;full-title&gt;Int. Clin. Psychopharmacol.&lt;/full-title&gt;&lt;/periodical&gt;&lt;pages&gt;61&lt;/pages&gt;&lt;volume&gt;31&lt;/volume&gt;&lt;number&gt;2&lt;/number&gt;&lt;dates&gt;&lt;year&gt;2016&lt;/year&gt;&lt;/dates&gt;&lt;urls&gt;&lt;/urls&gt;&lt;/record&gt;&lt;/Cite&gt;&lt;/EndNote&gt;</w:instrText>
            </w:r>
            <w:r w:rsidR="0031308D" w:rsidRPr="00EB75F0">
              <w:fldChar w:fldCharType="separate"/>
            </w:r>
            <w:r w:rsidR="00452EF4" w:rsidRPr="00452EF4">
              <w:rPr>
                <w:noProof/>
                <w:vertAlign w:val="superscript"/>
              </w:rPr>
              <w:t>45</w:t>
            </w:r>
            <w:r w:rsidR="0031308D" w:rsidRPr="00EB75F0">
              <w:fldChar w:fldCharType="end"/>
            </w:r>
            <w:r w:rsidR="0032166A" w:rsidRPr="00EB75F0">
              <w:t>, Lindenm</w:t>
            </w:r>
            <w:r w:rsidR="0032166A" w:rsidRPr="00EB75F0">
              <w:rPr>
                <w:color w:val="1E1E1E"/>
              </w:rPr>
              <w:t>ayer 2008</w:t>
            </w:r>
            <w:r w:rsidR="0031308D" w:rsidRPr="00EB75F0">
              <w:fldChar w:fldCharType="begin"/>
            </w:r>
            <w:r w:rsidR="00452EF4">
              <w:instrText xml:space="preserve"> ADDIN EN.CITE &lt;EndNote&gt;&lt;Cite&gt;&lt;Author&gt;Lindenmayer&lt;/Author&gt;&lt;Year&gt;2008&lt;/Year&gt;&lt;RecNum&gt;80&lt;/RecNum&gt;&lt;DisplayText&gt;&lt;style face="superscript"&gt;83&lt;/style&gt;&lt;/DisplayText&gt;&lt;record&gt;&lt;rec-number&gt;80&lt;/rec-number&gt;&lt;foreign-keys&gt;&lt;key app="EN" db-id="9ttaxzax2p0tr7ewzt55atews50zvxaaa5rz" timestamp="1764068842"&gt;80&lt;/key&gt;&lt;/foreign-keys&gt;&lt;ref-type name="Journal Article"&gt;17&lt;/ref-type&gt;&lt;contributors&gt;&lt;authors&gt;&lt;author&gt;Lindenmayer, Jean-Pierre&lt;/author&gt;&lt;author&gt;Brown, David&lt;/author&gt;&lt;author&gt;Liu, Sherry&lt;/author&gt;&lt;author&gt;Brecher, Martin&lt;/author&gt;&lt;author&gt;Meulien, Didier&lt;/author&gt;&lt;/authors&gt;&lt;/contributors&gt;&lt;titles&gt;&lt;title&gt;The efficacy and tolerability of once-daily extended release quetiapine fumarate in hospitalized patients with acute schizophrenia: a 6-week randomized, double-blind, placebo-controlled study&lt;/title&gt;&lt;secondary-title&gt;Psychopharmacology bulletin&lt;/secondary-title&gt;&lt;/titles&gt;&lt;periodical&gt;&lt;full-title&gt;Psychopharmacology bulletin&lt;/full-title&gt;&lt;/periodical&gt;&lt;pages&gt;11-35&lt;/pages&gt;&lt;volume&gt;41&lt;/volume&gt;&lt;number&gt;3&lt;/number&gt;&lt;dates&gt;&lt;year&gt;2008&lt;/year&gt;&lt;/dates&gt;&lt;isbn&gt;0048-5764&lt;/isbn&gt;&lt;urls&gt;&lt;/urls&gt;&lt;/record&gt;&lt;/Cite&gt;&lt;/EndNote&gt;</w:instrText>
            </w:r>
            <w:r w:rsidR="0031308D" w:rsidRPr="00EB75F0">
              <w:fldChar w:fldCharType="separate"/>
            </w:r>
            <w:r w:rsidR="00452EF4" w:rsidRPr="00452EF4">
              <w:rPr>
                <w:noProof/>
                <w:vertAlign w:val="superscript"/>
              </w:rPr>
              <w:t>83</w:t>
            </w:r>
            <w:r w:rsidR="0031308D" w:rsidRPr="00EB75F0">
              <w:fldChar w:fldCharType="end"/>
            </w:r>
            <w:r w:rsidR="0032166A" w:rsidRPr="00EB75F0">
              <w:t>, Shen 2014</w:t>
            </w:r>
            <w:r w:rsidR="0031308D" w:rsidRPr="00EB75F0">
              <w:fldChar w:fldCharType="begin"/>
            </w:r>
            <w:r w:rsidR="00452EF4">
              <w:instrText xml:space="preserve"> ADDIN EN.CITE &lt;EndNote&gt;&lt;Cite&gt;&lt;Author&gt;Shen&lt;/Author&gt;&lt;Year&gt;2014&lt;/Year&gt;&lt;RecNum&gt;72&lt;/RecNum&gt;&lt;DisplayText&gt;&lt;style face="superscript"&gt;75&lt;/style&gt;&lt;/DisplayText&gt;&lt;record&gt;&lt;rec-number&gt;72&lt;/rec-number&gt;&lt;foreign-keys&gt;&lt;key app="EN" db-id="9ttaxzax2p0tr7ewzt55atews50zvxaaa5rz" timestamp="1764068840"&gt;72&lt;/key&gt;&lt;/foreign-keys&gt;&lt;ref-type name="Journal Article"&gt;17&lt;/ref-type&gt;&lt;contributors&gt;&lt;authors&gt;&lt;author&gt;Shen, J. H.&lt;/author&gt;&lt;author&gt;Zhao, Y.&lt;/author&gt;&lt;author&gt;Rosenzweig-Lipson, S.&lt;/author&gt;&lt;author&gt;Popp, D.&lt;/author&gt;&lt;author&gt;Williams, J. B.&lt;/author&gt;&lt;author&gt;Giller, E.&lt;/author&gt;&lt;author&gt;Detke, M. J.&lt;/author&gt;&lt;author&gt;Kane, J. M.&lt;/author&gt;&lt;/authors&gt;&lt;/contributors&gt;&lt;titles&gt;&lt;title&gt;A 6-week randomized, double-blind, placebo-controlled, comparator referenced trial of vabicaserin in acute schizophrenia&lt;/title&gt;&lt;secondary-title&gt;J Psychiatr Res&lt;/secondary-title&gt;&lt;/titles&gt;&lt;periodical&gt;&lt;full-title&gt;J Psychiatr Res&lt;/full-title&gt;&lt;/periodical&gt;&lt;pages&gt;14-22&lt;/pages&gt;&lt;volume&gt;53&lt;/volume&gt;&lt;dates&gt;&lt;year&gt;2014&lt;/year&gt;&lt;pub-dates&gt;&lt;date&gt;20140224&lt;/date&gt;&lt;/pub-dates&gt;&lt;/dates&gt;&lt;pub-location&gt;Hengrui Medicine Co., Ltd, Shanghai, China. Skyview Research, Pennsylvania, USA. IVS Pharma Consulting, USA. MedAvante Inc, Hamilton, NJ, USA. MedAvante Inc, Hamilton, NJ, USA; College of Physicians and Surgeons, Columbia University, USA. Electronic address: jwilliams@medavante.com. Detke Biopharma Consulting LLC, Carmel, IN, USA; Indiana University School of Medicine, USA. The Zucker Hillside Hospital, Glen Oaks, NY, USA; The Albert Einstein College of Medicine, Bronx, NY, USA.&lt;/pub-location&gt;&lt;isbn&gt;1879-1379 (Electronic) 0022-3956 (Linking)&lt;/isbn&gt;&lt;urls&gt;&lt;related-urls&gt;&lt;url&gt;https://www.ncbi.nlm.nih.gov/pubmed/24613032&lt;/url&gt;&lt;/related-urls&gt;&lt;/urls&gt;&lt;electronic-resource-num&gt;10.1016/j.jpsychires.2014.02.012&lt;/electronic-resource-num&gt;&lt;/record&gt;&lt;/Cite&gt;&lt;/EndNote&gt;</w:instrText>
            </w:r>
            <w:r w:rsidR="0031308D" w:rsidRPr="00EB75F0">
              <w:fldChar w:fldCharType="separate"/>
            </w:r>
            <w:r w:rsidR="00452EF4" w:rsidRPr="00452EF4">
              <w:rPr>
                <w:noProof/>
                <w:vertAlign w:val="superscript"/>
              </w:rPr>
              <w:t>75</w:t>
            </w:r>
            <w:r w:rsidR="0031308D" w:rsidRPr="00EB75F0">
              <w:fldChar w:fldCharType="end"/>
            </w:r>
            <w:r w:rsidR="0032166A"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20B8C87F" w14:textId="5EB29307" w:rsidR="0032166A" w:rsidRPr="00EB75F0" w:rsidRDefault="0032166A" w:rsidP="0032166A">
            <w:pPr>
              <w:pStyle w:val="TableText"/>
            </w:pPr>
            <w:r w:rsidRPr="00EB75F0">
              <w:t>14</w:t>
            </w:r>
          </w:p>
        </w:tc>
        <w:tc>
          <w:tcPr>
            <w:tcW w:w="723" w:type="pct"/>
            <w:tcBorders>
              <w:top w:val="single" w:sz="4" w:space="0" w:color="000000"/>
              <w:left w:val="single" w:sz="4" w:space="0" w:color="000000"/>
              <w:bottom w:val="single" w:sz="4" w:space="0" w:color="000000"/>
              <w:right w:val="single" w:sz="4" w:space="0" w:color="000000"/>
            </w:tcBorders>
            <w:vAlign w:val="bottom"/>
          </w:tcPr>
          <w:p w14:paraId="6BF07538" w14:textId="14734273" w:rsidR="0032166A" w:rsidRPr="00EB75F0" w:rsidRDefault="0032166A" w:rsidP="0032166A">
            <w:pPr>
              <w:pStyle w:val="TableText"/>
            </w:pPr>
            <w:r w:rsidRPr="00EB75F0">
              <w:t>4</w:t>
            </w:r>
            <w:r w:rsidR="007F16A8" w:rsidRPr="00EB75F0">
              <w:t>,</w:t>
            </w:r>
            <w:r w:rsidRPr="00EB75F0">
              <w:t>198</w:t>
            </w:r>
          </w:p>
        </w:tc>
      </w:tr>
      <w:tr w:rsidR="0032166A" w:rsidRPr="00EB75F0" w14:paraId="6B68F51F" w14:textId="5C634357" w:rsidTr="00C073D9">
        <w:trPr>
          <w:trHeight w:val="354"/>
        </w:trPr>
        <w:tc>
          <w:tcPr>
            <w:tcW w:w="824" w:type="pct"/>
            <w:vMerge/>
            <w:tcBorders>
              <w:top w:val="single" w:sz="4" w:space="0" w:color="000000"/>
              <w:left w:val="single" w:sz="4" w:space="0" w:color="000000"/>
              <w:bottom w:val="single" w:sz="4" w:space="0" w:color="000000"/>
              <w:right w:val="single" w:sz="4" w:space="0" w:color="000000"/>
            </w:tcBorders>
          </w:tcPr>
          <w:p w14:paraId="2C9C9348" w14:textId="77777777" w:rsidR="0032166A" w:rsidRPr="00EB75F0" w:rsidRDefault="0032166A" w:rsidP="0032166A"/>
        </w:tc>
        <w:tc>
          <w:tcPr>
            <w:tcW w:w="586" w:type="pct"/>
            <w:vMerge/>
            <w:tcBorders>
              <w:top w:val="single" w:sz="4" w:space="0" w:color="000000"/>
              <w:left w:val="single" w:sz="4" w:space="0" w:color="000000"/>
              <w:bottom w:val="single" w:sz="4" w:space="0" w:color="000000"/>
              <w:right w:val="single" w:sz="4" w:space="0" w:color="000000"/>
            </w:tcBorders>
          </w:tcPr>
          <w:p w14:paraId="0DCB0EE5" w14:textId="77777777" w:rsidR="0032166A" w:rsidRPr="00EB75F0" w:rsidRDefault="0032166A" w:rsidP="0032166A"/>
        </w:tc>
        <w:tc>
          <w:tcPr>
            <w:tcW w:w="418" w:type="pct"/>
            <w:tcBorders>
              <w:top w:val="single" w:sz="4" w:space="0" w:color="000000"/>
              <w:left w:val="single" w:sz="4" w:space="0" w:color="000000"/>
              <w:bottom w:val="single" w:sz="4" w:space="0" w:color="000000"/>
              <w:right w:val="single" w:sz="4" w:space="0" w:color="000000"/>
            </w:tcBorders>
          </w:tcPr>
          <w:p w14:paraId="42072395" w14:textId="77777777" w:rsidR="0032166A" w:rsidRPr="00EB75F0" w:rsidRDefault="0032166A" w:rsidP="0032166A">
            <w:pPr>
              <w:pStyle w:val="TableText"/>
            </w:pPr>
            <w:r w:rsidRPr="00EB75F0">
              <w:t>FE</w:t>
            </w:r>
          </w:p>
        </w:tc>
        <w:tc>
          <w:tcPr>
            <w:tcW w:w="1863" w:type="pct"/>
            <w:tcBorders>
              <w:top w:val="single" w:sz="4" w:space="0" w:color="000000"/>
              <w:left w:val="single" w:sz="4" w:space="0" w:color="000000"/>
              <w:bottom w:val="single" w:sz="4" w:space="0" w:color="000000"/>
              <w:right w:val="single" w:sz="4" w:space="0" w:color="000000"/>
            </w:tcBorders>
          </w:tcPr>
          <w:p w14:paraId="26ECF468" w14:textId="77777777" w:rsidR="0032166A" w:rsidRPr="00EB75F0" w:rsidRDefault="0032166A" w:rsidP="0032166A">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671B4D8D" w14:textId="46C98892" w:rsidR="0032166A" w:rsidRPr="00EB75F0" w:rsidRDefault="0032166A" w:rsidP="0032166A">
            <w:pPr>
              <w:pStyle w:val="TableText"/>
            </w:pPr>
            <w:r w:rsidRPr="00EB75F0">
              <w:t>17</w:t>
            </w:r>
          </w:p>
        </w:tc>
        <w:tc>
          <w:tcPr>
            <w:tcW w:w="723" w:type="pct"/>
            <w:tcBorders>
              <w:top w:val="single" w:sz="4" w:space="0" w:color="000000"/>
              <w:left w:val="single" w:sz="4" w:space="0" w:color="000000"/>
              <w:bottom w:val="single" w:sz="4" w:space="0" w:color="000000"/>
              <w:right w:val="single" w:sz="4" w:space="0" w:color="000000"/>
            </w:tcBorders>
            <w:vAlign w:val="bottom"/>
          </w:tcPr>
          <w:p w14:paraId="1D7AF81C" w14:textId="24C9013B" w:rsidR="0032166A" w:rsidRPr="00EB75F0" w:rsidRDefault="0032166A" w:rsidP="0032166A">
            <w:pPr>
              <w:pStyle w:val="TableText"/>
            </w:pPr>
            <w:r w:rsidRPr="00EB75F0">
              <w:t>5</w:t>
            </w:r>
            <w:r w:rsidR="007F16A8" w:rsidRPr="00EB75F0">
              <w:t>,</w:t>
            </w:r>
            <w:r w:rsidRPr="00EB75F0">
              <w:t>140</w:t>
            </w:r>
          </w:p>
        </w:tc>
      </w:tr>
      <w:tr w:rsidR="007F16A8" w:rsidRPr="00EB75F0" w14:paraId="15D5D47D" w14:textId="13896ADD" w:rsidTr="00C073D9">
        <w:trPr>
          <w:trHeight w:val="354"/>
        </w:trPr>
        <w:tc>
          <w:tcPr>
            <w:tcW w:w="824" w:type="pct"/>
            <w:vMerge w:val="restart"/>
            <w:tcBorders>
              <w:top w:val="single" w:sz="4" w:space="0" w:color="000000"/>
              <w:left w:val="single" w:sz="4" w:space="0" w:color="000000"/>
              <w:bottom w:val="single" w:sz="4" w:space="0" w:color="000000"/>
              <w:right w:val="single" w:sz="4" w:space="0" w:color="000000"/>
            </w:tcBorders>
          </w:tcPr>
          <w:p w14:paraId="3490A112" w14:textId="77777777" w:rsidR="007F16A8" w:rsidRPr="00EB75F0" w:rsidRDefault="007F16A8" w:rsidP="007F16A8">
            <w:pPr>
              <w:pStyle w:val="TableText"/>
            </w:pPr>
            <w:r w:rsidRPr="00EB75F0">
              <w:t>Somnolence</w:t>
            </w:r>
          </w:p>
        </w:tc>
        <w:tc>
          <w:tcPr>
            <w:tcW w:w="586" w:type="pct"/>
            <w:vMerge w:val="restart"/>
            <w:tcBorders>
              <w:top w:val="single" w:sz="4" w:space="0" w:color="000000"/>
              <w:left w:val="single" w:sz="4" w:space="0" w:color="000000"/>
              <w:bottom w:val="single" w:sz="4" w:space="0" w:color="000000"/>
              <w:right w:val="single" w:sz="4" w:space="0" w:color="000000"/>
            </w:tcBorders>
          </w:tcPr>
          <w:p w14:paraId="2B7FFE4A" w14:textId="77777777" w:rsidR="007F16A8" w:rsidRPr="00EB75F0" w:rsidRDefault="007F16A8" w:rsidP="007F16A8">
            <w:pPr>
              <w:pStyle w:val="TableText"/>
            </w:pPr>
            <w:r w:rsidRPr="00EB75F0">
              <w:t>Odds Ratio</w:t>
            </w:r>
          </w:p>
        </w:tc>
        <w:tc>
          <w:tcPr>
            <w:tcW w:w="418" w:type="pct"/>
            <w:vMerge w:val="restart"/>
            <w:tcBorders>
              <w:top w:val="single" w:sz="4" w:space="0" w:color="000000"/>
              <w:left w:val="single" w:sz="4" w:space="0" w:color="000000"/>
              <w:bottom w:val="single" w:sz="4" w:space="0" w:color="000000"/>
              <w:right w:val="single" w:sz="4" w:space="0" w:color="000000"/>
            </w:tcBorders>
          </w:tcPr>
          <w:p w14:paraId="684B330C" w14:textId="77777777" w:rsidR="007F16A8" w:rsidRPr="00EB75F0" w:rsidRDefault="007F16A8" w:rsidP="007F16A8">
            <w:pPr>
              <w:pStyle w:val="TableText"/>
            </w:pPr>
            <w:r w:rsidRPr="00EB75F0">
              <w:t>RE</w:t>
            </w:r>
          </w:p>
        </w:tc>
        <w:tc>
          <w:tcPr>
            <w:tcW w:w="1863" w:type="pct"/>
            <w:tcBorders>
              <w:top w:val="single" w:sz="4" w:space="0" w:color="000000"/>
              <w:left w:val="single" w:sz="4" w:space="0" w:color="000000"/>
              <w:bottom w:val="single" w:sz="4" w:space="0" w:color="000000"/>
              <w:right w:val="single" w:sz="4" w:space="0" w:color="000000"/>
            </w:tcBorders>
          </w:tcPr>
          <w:p w14:paraId="27F24F38" w14:textId="77777777" w:rsidR="007F16A8" w:rsidRPr="00EB75F0" w:rsidRDefault="007F16A8" w:rsidP="007F16A8">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19D56DD7" w14:textId="26365637" w:rsidR="007F16A8" w:rsidRPr="00EB75F0" w:rsidRDefault="007F16A8" w:rsidP="007F16A8">
            <w:pPr>
              <w:pStyle w:val="TableText"/>
            </w:pPr>
            <w:r w:rsidRPr="00EB75F0">
              <w:t>29</w:t>
            </w:r>
          </w:p>
        </w:tc>
        <w:tc>
          <w:tcPr>
            <w:tcW w:w="723" w:type="pct"/>
            <w:tcBorders>
              <w:top w:val="single" w:sz="4" w:space="0" w:color="000000"/>
              <w:left w:val="single" w:sz="4" w:space="0" w:color="000000"/>
              <w:bottom w:val="single" w:sz="4" w:space="0" w:color="000000"/>
              <w:right w:val="single" w:sz="4" w:space="0" w:color="000000"/>
            </w:tcBorders>
            <w:vAlign w:val="bottom"/>
          </w:tcPr>
          <w:p w14:paraId="2BE38482" w14:textId="4E410AE6" w:rsidR="007F16A8" w:rsidRPr="00EB75F0" w:rsidRDefault="007F16A8" w:rsidP="007F16A8">
            <w:pPr>
              <w:pStyle w:val="TableText"/>
            </w:pPr>
            <w:r w:rsidRPr="00EB75F0">
              <w:t>8,189</w:t>
            </w:r>
          </w:p>
        </w:tc>
      </w:tr>
      <w:tr w:rsidR="007F16A8" w:rsidRPr="00EB75F0" w14:paraId="3D7EA85A" w14:textId="30B5EA4F" w:rsidTr="00C073D9">
        <w:trPr>
          <w:trHeight w:val="354"/>
        </w:trPr>
        <w:tc>
          <w:tcPr>
            <w:tcW w:w="824" w:type="pct"/>
            <w:vMerge/>
            <w:tcBorders>
              <w:top w:val="single" w:sz="4" w:space="0" w:color="000000"/>
              <w:left w:val="single" w:sz="4" w:space="0" w:color="000000"/>
              <w:bottom w:val="single" w:sz="4" w:space="0" w:color="000000"/>
              <w:right w:val="single" w:sz="4" w:space="0" w:color="000000"/>
            </w:tcBorders>
          </w:tcPr>
          <w:p w14:paraId="47457B47" w14:textId="77777777" w:rsidR="007F16A8" w:rsidRPr="00EB75F0" w:rsidRDefault="007F16A8" w:rsidP="007F16A8"/>
        </w:tc>
        <w:tc>
          <w:tcPr>
            <w:tcW w:w="586" w:type="pct"/>
            <w:vMerge/>
            <w:tcBorders>
              <w:top w:val="single" w:sz="4" w:space="0" w:color="000000"/>
              <w:left w:val="single" w:sz="4" w:space="0" w:color="000000"/>
              <w:bottom w:val="single" w:sz="4" w:space="0" w:color="000000"/>
              <w:right w:val="single" w:sz="4" w:space="0" w:color="000000"/>
            </w:tcBorders>
          </w:tcPr>
          <w:p w14:paraId="4F9731A7" w14:textId="77777777" w:rsidR="007F16A8" w:rsidRPr="00EB75F0" w:rsidRDefault="007F16A8" w:rsidP="007F16A8"/>
        </w:tc>
        <w:tc>
          <w:tcPr>
            <w:tcW w:w="418" w:type="pct"/>
            <w:vMerge/>
            <w:tcBorders>
              <w:top w:val="single" w:sz="4" w:space="0" w:color="000000"/>
              <w:left w:val="single" w:sz="4" w:space="0" w:color="000000"/>
              <w:bottom w:val="single" w:sz="4" w:space="0" w:color="000000"/>
              <w:right w:val="single" w:sz="4" w:space="0" w:color="000000"/>
            </w:tcBorders>
          </w:tcPr>
          <w:p w14:paraId="7658ABDB" w14:textId="77777777" w:rsidR="007F16A8" w:rsidRPr="00EB75F0" w:rsidRDefault="007F16A8" w:rsidP="007F16A8"/>
        </w:tc>
        <w:tc>
          <w:tcPr>
            <w:tcW w:w="1863" w:type="pct"/>
            <w:tcBorders>
              <w:top w:val="single" w:sz="4" w:space="0" w:color="000000"/>
              <w:left w:val="single" w:sz="4" w:space="0" w:color="000000"/>
              <w:bottom w:val="single" w:sz="4" w:space="0" w:color="000000"/>
              <w:right w:val="single" w:sz="4" w:space="0" w:color="000000"/>
            </w:tcBorders>
          </w:tcPr>
          <w:p w14:paraId="42C5E8BE" w14:textId="7CAE1441" w:rsidR="007F16A8" w:rsidRPr="00EB75F0" w:rsidRDefault="009E5C4E" w:rsidP="007F16A8">
            <w:pPr>
              <w:pStyle w:val="TableText"/>
            </w:pPr>
            <w:r w:rsidRPr="00EB75F0">
              <w:t>Sensitivity</w:t>
            </w:r>
            <w:r w:rsidR="007F16A8" w:rsidRPr="00EB75F0">
              <w:t xml:space="preserve"> analysis – exclude Asian only studies (NCT00711269</w:t>
            </w:r>
            <w:r w:rsidR="0031308D" w:rsidRPr="00EB75F0">
              <w:fldChar w:fldCharType="begin"/>
            </w:r>
            <w:r w:rsidR="00452EF4">
              <w:instrText xml:space="preserve"> ADDIN EN.CITE &lt;EndNote&gt;&lt;Cite&gt;&lt;Author&gt;NCT00711269&lt;/Author&gt;&lt;Year&gt;2022&lt;/Year&gt;&lt;RecNum&gt;92&lt;/RecNum&gt;&lt;DisplayText&gt;&lt;style face="superscript"&gt;95&lt;/style&gt;&lt;/DisplayText&gt;&lt;record&gt;&lt;rec-number&gt;92&lt;/rec-number&gt;&lt;foreign-keys&gt;&lt;key app="EN" db-id="9ttaxzax2p0tr7ewzt55atews50zvxaaa5rz" timestamp="1764068845"&gt;92&lt;/key&gt;&lt;/foreign-keys&gt;&lt;ref-type name="Journal Article"&gt;17&lt;/ref-type&gt;&lt;contributors&gt;&lt;authors&gt;&lt;author&gt;NCT00711269&lt;/author&gt;&lt;/authors&gt;&lt;/contributors&gt;&lt;titles&gt;&lt;title&gt;Study of SM-13496 (Lurasidone HCl) in Patients With Schizophrenia&lt;/title&gt;&lt;secondary-title&gt;-&lt;/secondary-title&gt;&lt;/titles&gt;&lt;periodical&gt;&lt;full-title&gt;-&lt;/full-title&gt;&lt;/periodical&gt;&lt;pages&gt;-&lt;/pages&gt;&lt;volume&gt;-&lt;/volume&gt;&lt;dates&gt;&lt;year&gt;2022&lt;/year&gt;&lt;/dates&gt;&lt;urls&gt;&lt;/urls&gt;&lt;/record&gt;&lt;/Cite&gt;&lt;/EndNote&gt;</w:instrText>
            </w:r>
            <w:r w:rsidR="0031308D" w:rsidRPr="00EB75F0">
              <w:fldChar w:fldCharType="separate"/>
            </w:r>
            <w:r w:rsidR="00452EF4" w:rsidRPr="00452EF4">
              <w:rPr>
                <w:noProof/>
                <w:vertAlign w:val="superscript"/>
              </w:rPr>
              <w:t>95</w:t>
            </w:r>
            <w:r w:rsidR="0031308D" w:rsidRPr="00EB75F0">
              <w:fldChar w:fldCharType="end"/>
            </w:r>
            <w:r w:rsidR="007F16A8" w:rsidRPr="00EB75F0">
              <w:t>, NCT01625000</w:t>
            </w:r>
            <w:r w:rsidR="0031308D" w:rsidRPr="00EB75F0">
              <w:fldChar w:fldCharType="begin"/>
            </w:r>
            <w:r w:rsidR="00452EF4">
              <w:instrText xml:space="preserve"> ADDIN EN.CITE &lt;EndNote&gt;&lt;Cite&gt;&lt;Author&gt;NCT01625000&lt;/Author&gt;&lt;Year&gt;2021&lt;/Year&gt;&lt;RecNum&gt;41&lt;/RecNum&gt;&lt;DisplayText&gt;&lt;style face="superscript"&gt;44&lt;/style&gt;&lt;/DisplayText&gt;&lt;record&gt;&lt;rec-number&gt;41&lt;/rec-number&gt;&lt;foreign-keys&gt;&lt;key app="EN" db-id="9ttaxzax2p0tr7ewzt55atews50zvxaaa5rz" timestamp="1764068832"&gt;41&lt;/key&gt;&lt;/foreign-keys&gt;&lt;ref-type name="Journal Article"&gt;17&lt;/ref-type&gt;&lt;contributors&gt;&lt;authors&gt;&lt;author&gt;NCT01625000&lt;/author&gt;&lt;/authors&gt;&lt;/contributors&gt;&lt;titles&gt;&lt;title&gt;Safety and Efficacy of MP-214 in Patients With Schizophrenia&lt;/title&gt;&lt;secondary-title&gt;-&lt;/secondary-title&gt;&lt;/titles&gt;&lt;periodical&gt;&lt;full-title&gt;-&lt;/full-title&gt;&lt;/periodical&gt;&lt;pages&gt;-&lt;/pages&gt;&lt;volume&gt;-&lt;/volume&gt;&lt;dates&gt;&lt;year&gt;2021&lt;/year&gt;&lt;/dates&gt;&lt;urls&gt;&lt;/urls&gt;&lt;/record&gt;&lt;/Cite&gt;&lt;/EndNote&gt;</w:instrText>
            </w:r>
            <w:r w:rsidR="0031308D" w:rsidRPr="00EB75F0">
              <w:fldChar w:fldCharType="separate"/>
            </w:r>
            <w:r w:rsidR="00452EF4" w:rsidRPr="00452EF4">
              <w:rPr>
                <w:noProof/>
                <w:vertAlign w:val="superscript"/>
              </w:rPr>
              <w:t>44</w:t>
            </w:r>
            <w:r w:rsidR="0031308D" w:rsidRPr="00EB75F0">
              <w:fldChar w:fldCharType="end"/>
            </w:r>
            <w:r w:rsidR="007F16A8"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4DEAA7F9" w14:textId="57119CE1" w:rsidR="007F16A8" w:rsidRPr="00EB75F0" w:rsidRDefault="007F16A8" w:rsidP="007F16A8">
            <w:pPr>
              <w:pStyle w:val="TableText"/>
            </w:pPr>
            <w:r w:rsidRPr="00EB75F0">
              <w:t>27</w:t>
            </w:r>
          </w:p>
        </w:tc>
        <w:tc>
          <w:tcPr>
            <w:tcW w:w="723" w:type="pct"/>
            <w:tcBorders>
              <w:top w:val="single" w:sz="4" w:space="0" w:color="000000"/>
              <w:left w:val="single" w:sz="4" w:space="0" w:color="000000"/>
              <w:bottom w:val="single" w:sz="4" w:space="0" w:color="000000"/>
              <w:right w:val="single" w:sz="4" w:space="0" w:color="000000"/>
            </w:tcBorders>
            <w:vAlign w:val="bottom"/>
          </w:tcPr>
          <w:p w14:paraId="3E3ADC0A" w14:textId="304C0AEC" w:rsidR="007F16A8" w:rsidRPr="00EB75F0" w:rsidRDefault="007F16A8" w:rsidP="007F16A8">
            <w:pPr>
              <w:pStyle w:val="TableText"/>
            </w:pPr>
            <w:r w:rsidRPr="00EB75F0">
              <w:t>7,551</w:t>
            </w:r>
          </w:p>
        </w:tc>
      </w:tr>
      <w:tr w:rsidR="007F16A8" w:rsidRPr="00EB75F0" w14:paraId="0C68AAC4" w14:textId="0A6EF869" w:rsidTr="00C073D9">
        <w:trPr>
          <w:trHeight w:val="354"/>
        </w:trPr>
        <w:tc>
          <w:tcPr>
            <w:tcW w:w="824" w:type="pct"/>
            <w:vMerge/>
            <w:tcBorders>
              <w:top w:val="single" w:sz="4" w:space="0" w:color="000000"/>
              <w:left w:val="single" w:sz="4" w:space="0" w:color="000000"/>
              <w:bottom w:val="single" w:sz="4" w:space="0" w:color="000000"/>
              <w:right w:val="single" w:sz="4" w:space="0" w:color="000000"/>
            </w:tcBorders>
          </w:tcPr>
          <w:p w14:paraId="3F0D4AAE" w14:textId="77777777" w:rsidR="007F16A8" w:rsidRPr="00EB75F0" w:rsidRDefault="007F16A8" w:rsidP="007F16A8"/>
        </w:tc>
        <w:tc>
          <w:tcPr>
            <w:tcW w:w="586" w:type="pct"/>
            <w:vMerge/>
            <w:tcBorders>
              <w:top w:val="single" w:sz="4" w:space="0" w:color="000000"/>
              <w:left w:val="single" w:sz="4" w:space="0" w:color="000000"/>
              <w:bottom w:val="single" w:sz="4" w:space="0" w:color="000000"/>
              <w:right w:val="single" w:sz="4" w:space="0" w:color="000000"/>
            </w:tcBorders>
          </w:tcPr>
          <w:p w14:paraId="7BF6C1B6" w14:textId="77777777" w:rsidR="007F16A8" w:rsidRPr="00EB75F0" w:rsidRDefault="007F16A8" w:rsidP="007F16A8"/>
        </w:tc>
        <w:tc>
          <w:tcPr>
            <w:tcW w:w="418" w:type="pct"/>
            <w:vMerge/>
            <w:tcBorders>
              <w:top w:val="single" w:sz="4" w:space="0" w:color="000000"/>
              <w:left w:val="single" w:sz="4" w:space="0" w:color="000000"/>
              <w:bottom w:val="single" w:sz="4" w:space="0" w:color="000000"/>
              <w:right w:val="single" w:sz="4" w:space="0" w:color="000000"/>
            </w:tcBorders>
          </w:tcPr>
          <w:p w14:paraId="44724E6A" w14:textId="77777777" w:rsidR="007F16A8" w:rsidRPr="00EB75F0" w:rsidRDefault="007F16A8" w:rsidP="007F16A8"/>
        </w:tc>
        <w:tc>
          <w:tcPr>
            <w:tcW w:w="1863" w:type="pct"/>
            <w:tcBorders>
              <w:top w:val="single" w:sz="4" w:space="0" w:color="000000"/>
              <w:left w:val="single" w:sz="4" w:space="0" w:color="000000"/>
              <w:bottom w:val="single" w:sz="4" w:space="0" w:color="000000"/>
              <w:right w:val="single" w:sz="4" w:space="0" w:color="000000"/>
            </w:tcBorders>
          </w:tcPr>
          <w:p w14:paraId="7037168A" w14:textId="7A8250AF" w:rsidR="007F16A8" w:rsidRPr="00EB75F0" w:rsidRDefault="009E5C4E" w:rsidP="007F16A8">
            <w:pPr>
              <w:pStyle w:val="TableText"/>
            </w:pPr>
            <w:r w:rsidRPr="00EB75F0">
              <w:t>Sensitivity</w:t>
            </w:r>
            <w:r w:rsidR="007F16A8" w:rsidRPr="00EB75F0">
              <w:t xml:space="preserve"> analysis – exclude placebo effect size outliers (</w:t>
            </w:r>
            <w:proofErr w:type="spellStart"/>
            <w:r w:rsidR="007F16A8" w:rsidRPr="00EB75F0">
              <w:t>Potkin</w:t>
            </w:r>
            <w:proofErr w:type="spellEnd"/>
            <w:r w:rsidR="007F16A8" w:rsidRPr="00EB75F0">
              <w:t xml:space="preserve"> 2003</w:t>
            </w:r>
            <w:r w:rsidR="0031308D" w:rsidRPr="00EB75F0">
              <w:fldChar w:fldCharType="begin"/>
            </w:r>
            <w:r w:rsidR="00452EF4">
              <w:instrText xml:space="preserve"> ADDIN EN.CITE &lt;EndNote&gt;&lt;Cite&gt;&lt;Author&gt;Potkin SG&lt;/Author&gt;&lt;Year&gt;2003&lt;/Year&gt;&lt;RecNum&gt;33&lt;/RecNum&gt;&lt;DisplayText&gt;&lt;style face="superscript"&gt;36&lt;/style&gt;&lt;/DisplayText&gt;&lt;record&gt;&lt;rec-number&gt;33&lt;/rec-number&gt;&lt;foreign-keys&gt;&lt;key app="EN" db-id="9ttaxzax2p0tr7ewzt55atews50zvxaaa5rz" timestamp="1764068830"&gt;33&lt;/key&gt;&lt;/foreign-keys&gt;&lt;ref-type name="Journal Article"&gt;17&lt;/ref-type&gt;&lt;contributors&gt;&lt;authors&gt;&lt;author&gt;Potkin SG, Saha AR, Kujawa MJ, Carson WH, Ali M, Stock E, Stringfellow J, Ingenito G, Marder SR.&lt;/author&gt;&lt;/authors&gt;&lt;/contributors&gt;&lt;titles&gt;&lt;title&gt;Aripiprazole, an antipsychotic with a novel mechanism of action, and risperidone vs placebo in patients with schizophrenia and schizoaffective disorder.&lt;/title&gt;&lt;secondary-title&gt;AMA Arch. Gen. Psychiatry&lt;/secondary-title&gt;&lt;/titles&gt;&lt;periodical&gt;&lt;full-title&gt;AMA Arch. Gen. Psychiatry&lt;/full-title&gt;&lt;/periodical&gt;&lt;pages&gt;681-90&lt;/pages&gt;&lt;volume&gt;60&lt;/volume&gt;&lt;number&gt;7&lt;/number&gt;&lt;dates&gt;&lt;year&gt;2003&lt;/year&gt;&lt;/dates&gt;&lt;urls&gt;&lt;/urls&gt;&lt;/record&gt;&lt;/Cite&gt;&lt;/EndNote&gt;</w:instrText>
            </w:r>
            <w:r w:rsidR="0031308D" w:rsidRPr="00EB75F0">
              <w:fldChar w:fldCharType="separate"/>
            </w:r>
            <w:r w:rsidR="00452EF4" w:rsidRPr="00452EF4">
              <w:rPr>
                <w:noProof/>
                <w:vertAlign w:val="superscript"/>
              </w:rPr>
              <w:t>36</w:t>
            </w:r>
            <w:r w:rsidR="0031308D" w:rsidRPr="00EB75F0">
              <w:fldChar w:fldCharType="end"/>
            </w:r>
            <w:r w:rsidR="007F16A8" w:rsidRPr="00EB75F0">
              <w:t>, Marder 2007</w:t>
            </w:r>
            <w:r w:rsidR="0031308D" w:rsidRPr="00EB75F0">
              <w:fldChar w:fldCharType="begin"/>
            </w:r>
            <w:r w:rsidR="00452EF4">
              <w:instrText xml:space="preserve"> ADDIN EN.CITE &lt;EndNote&gt;&lt;Cite&gt;&lt;Author&gt;Marder&lt;/Author&gt;&lt;Year&gt;2007&lt;/Year&gt;&lt;RecNum&gt;73&lt;/RecNum&gt;&lt;DisplayText&gt;&lt;style face="superscript"&gt;76&lt;/style&gt;&lt;/DisplayText&gt;&lt;record&gt;&lt;rec-number&gt;73&lt;/rec-number&gt;&lt;foreign-keys&gt;&lt;key app="EN" db-id="9ttaxzax2p0tr7ewzt55atews50zvxaaa5rz" timestamp="1764068840"&gt;73&lt;/key&gt;&lt;/foreign-keys&gt;&lt;ref-type name="Journal Article"&gt;17&lt;/ref-type&gt;&lt;contributors&gt;&lt;authors&gt;&lt;author&gt;Marder, S. R.&lt;/author&gt;&lt;author&gt;Kramer, M.&lt;/author&gt;&lt;author&gt;Ford, L.&lt;/author&gt;&lt;author&gt;Eerdekens, E.&lt;/author&gt;&lt;author&gt;Lim, P.&lt;/author&gt;&lt;author&gt;Eerdekens, M.&lt;/author&gt;&lt;author&gt;Lowy, A.&lt;/author&gt;&lt;/authors&gt;&lt;/contributors&gt;&lt;titles&gt;&lt;title&gt;Efficacy and safety of paliperidone extended-release tablets: results of a 6-week, randomized, placebo-controlled study&lt;/title&gt;&lt;secondary-title&gt;Biol Psychiatry&lt;/secondary-title&gt;&lt;/titles&gt;&lt;periodical&gt;&lt;full-title&gt;Biol Psychiatry&lt;/full-title&gt;&lt;/periodical&gt;&lt;pages&gt;1363-70&lt;/pages&gt;&lt;volume&gt;62&lt;/volume&gt;&lt;number&gt;12&lt;/number&gt;&lt;dates&gt;&lt;year&gt;2007&lt;/year&gt;&lt;pub-dates&gt;&lt;date&gt;Dec 15 2007&lt;/date&gt;&lt;/pub-dates&gt;&lt;/dates&gt;&lt;pub-location&gt;Veteran&amp;apos;s Affairs Veteran&amp;apos;s Integrated Service Networks 22 Mental Illness Research, Education, and Clinical Center, Los Angeles, California 90073, USA. marder@ucla.edu&lt;/pub-location&gt;&lt;isbn&gt;1873-2402 (Electronic) 0006-3223 (Linking)&lt;/isbn&gt;&lt;urls&gt;&lt;related-urls&gt;&lt;url&gt;https://www.ncbi.nlm.nih.gov/pubmed/17601495&lt;/url&gt;&lt;/related-urls&gt;&lt;/urls&gt;&lt;electronic-resource-num&gt;10.1016/j.biopsych.2007.01.017&lt;/electronic-resource-num&gt;&lt;/record&gt;&lt;/Cite&gt;&lt;/EndNote&gt;</w:instrText>
            </w:r>
            <w:r w:rsidR="0031308D" w:rsidRPr="00EB75F0">
              <w:fldChar w:fldCharType="separate"/>
            </w:r>
            <w:r w:rsidR="00452EF4" w:rsidRPr="00452EF4">
              <w:rPr>
                <w:noProof/>
                <w:vertAlign w:val="superscript"/>
              </w:rPr>
              <w:t>76</w:t>
            </w:r>
            <w:r w:rsidR="0031308D" w:rsidRPr="00EB75F0">
              <w:fldChar w:fldCharType="end"/>
            </w:r>
            <w:r w:rsidR="007F16A8" w:rsidRPr="00EB75F0">
              <w:t xml:space="preserve">, </w:t>
            </w:r>
            <w:proofErr w:type="spellStart"/>
            <w:r w:rsidR="007F16A8" w:rsidRPr="00EB75F0">
              <w:t>Potkin</w:t>
            </w:r>
            <w:proofErr w:type="spellEnd"/>
            <w:r w:rsidR="007F16A8" w:rsidRPr="00EB75F0">
              <w:t xml:space="preserve"> 2007</w:t>
            </w:r>
            <w:r w:rsidR="0031308D" w:rsidRPr="00EB75F0">
              <w:fldChar w:fldCharType="begin"/>
            </w:r>
            <w:r w:rsidR="00452EF4">
              <w:instrText xml:space="preserve"> ADDIN EN.CITE &lt;EndNote&gt;&lt;Cite&gt;&lt;Author&gt;Potkin&lt;/Author&gt;&lt;Year&gt;2007&lt;/Year&gt;&lt;RecNum&gt;105&lt;/RecNum&gt;&lt;DisplayText&gt;&lt;style face="superscript"&gt;108&lt;/style&gt;&lt;/DisplayText&gt;&lt;record&gt;&lt;rec-number&gt;105&lt;/rec-number&gt;&lt;foreign-keys&gt;&lt;key app="EN" db-id="9ttaxzax2p0tr7ewzt55atews50zvxaaa5rz" timestamp="1764068848"&gt;105&lt;/key&gt;&lt;/foreign-keys&gt;&lt;ref-type name="Journal Article"&gt;17&lt;/ref-type&gt;&lt;contributors&gt;&lt;authors&gt;&lt;author&gt;Potkin, Steven G&lt;/author&gt;&lt;author&gt;Cohen, Miriam&lt;/author&gt;&lt;author&gt;Panagides, John&lt;/author&gt;&lt;/authors&gt;&lt;/contributors&gt;&lt;titles&gt;&lt;title&gt;Efficacy and tolerability of asenapine in acute schizophrenia: a placebo-and risperidone-controlled trial&lt;/title&gt;&lt;secondary-title&gt;Journal of Clinical Psychiatry&lt;/secondary-title&gt;&lt;/titles&gt;&lt;periodical&gt;&lt;full-title&gt;Journal of Clinical Psychiatry&lt;/full-title&gt;&lt;/periodical&gt;&lt;pages&gt;1492-1500&lt;/pages&gt;&lt;volume&gt;68&lt;/volume&gt;&lt;number&gt;10&lt;/number&gt;&lt;dates&gt;&lt;year&gt;2007&lt;/year&gt;&lt;/dates&gt;&lt;isbn&gt;0160-6689&lt;/isbn&gt;&lt;urls&gt;&lt;/urls&gt;&lt;/record&gt;&lt;/Cite&gt;&lt;/EndNote&gt;</w:instrText>
            </w:r>
            <w:r w:rsidR="0031308D" w:rsidRPr="00EB75F0">
              <w:fldChar w:fldCharType="separate"/>
            </w:r>
            <w:r w:rsidR="00452EF4" w:rsidRPr="00452EF4">
              <w:rPr>
                <w:noProof/>
                <w:vertAlign w:val="superscript"/>
              </w:rPr>
              <w:t>108</w:t>
            </w:r>
            <w:r w:rsidR="0031308D" w:rsidRPr="00EB75F0">
              <w:fldChar w:fldCharType="end"/>
            </w:r>
            <w:r w:rsidR="007F16A8" w:rsidRPr="00EB75F0">
              <w:t>)</w:t>
            </w:r>
          </w:p>
        </w:tc>
        <w:tc>
          <w:tcPr>
            <w:tcW w:w="587" w:type="pct"/>
            <w:tcBorders>
              <w:top w:val="single" w:sz="4" w:space="0" w:color="000000"/>
              <w:left w:val="single" w:sz="4" w:space="0" w:color="000000"/>
              <w:bottom w:val="single" w:sz="4" w:space="0" w:color="000000"/>
              <w:right w:val="single" w:sz="4" w:space="0" w:color="000000"/>
            </w:tcBorders>
            <w:vAlign w:val="bottom"/>
          </w:tcPr>
          <w:p w14:paraId="5E3C9CD3" w14:textId="282E0A70" w:rsidR="007F16A8" w:rsidRPr="00EB75F0" w:rsidRDefault="007F16A8" w:rsidP="007F16A8">
            <w:pPr>
              <w:pStyle w:val="TableText"/>
            </w:pPr>
            <w:r w:rsidRPr="00EB75F0">
              <w:t>26</w:t>
            </w:r>
          </w:p>
        </w:tc>
        <w:tc>
          <w:tcPr>
            <w:tcW w:w="723" w:type="pct"/>
            <w:tcBorders>
              <w:top w:val="single" w:sz="4" w:space="0" w:color="000000"/>
              <w:left w:val="single" w:sz="4" w:space="0" w:color="000000"/>
              <w:bottom w:val="single" w:sz="4" w:space="0" w:color="000000"/>
              <w:right w:val="single" w:sz="4" w:space="0" w:color="000000"/>
            </w:tcBorders>
            <w:vAlign w:val="bottom"/>
          </w:tcPr>
          <w:p w14:paraId="56592BD5" w14:textId="704BD2C1" w:rsidR="007F16A8" w:rsidRPr="00EB75F0" w:rsidRDefault="007F16A8" w:rsidP="007F16A8">
            <w:pPr>
              <w:pStyle w:val="TableText"/>
            </w:pPr>
            <w:r w:rsidRPr="00EB75F0">
              <w:t>7,450</w:t>
            </w:r>
          </w:p>
        </w:tc>
      </w:tr>
      <w:tr w:rsidR="007F16A8" w:rsidRPr="00EB75F0" w14:paraId="4E24DA53" w14:textId="697E15EE" w:rsidTr="00C073D9">
        <w:trPr>
          <w:trHeight w:val="354"/>
        </w:trPr>
        <w:tc>
          <w:tcPr>
            <w:tcW w:w="824" w:type="pct"/>
            <w:vMerge/>
            <w:tcBorders>
              <w:top w:val="single" w:sz="4" w:space="0" w:color="000000"/>
              <w:left w:val="single" w:sz="4" w:space="0" w:color="000000"/>
              <w:bottom w:val="single" w:sz="4" w:space="0" w:color="000000"/>
              <w:right w:val="single" w:sz="4" w:space="0" w:color="000000"/>
            </w:tcBorders>
          </w:tcPr>
          <w:p w14:paraId="266BD3C8" w14:textId="77777777" w:rsidR="007F16A8" w:rsidRPr="00EB75F0" w:rsidRDefault="007F16A8" w:rsidP="007F16A8"/>
        </w:tc>
        <w:tc>
          <w:tcPr>
            <w:tcW w:w="586" w:type="pct"/>
            <w:vMerge/>
            <w:tcBorders>
              <w:top w:val="single" w:sz="4" w:space="0" w:color="000000"/>
              <w:left w:val="single" w:sz="4" w:space="0" w:color="000000"/>
              <w:bottom w:val="single" w:sz="4" w:space="0" w:color="000000"/>
              <w:right w:val="single" w:sz="4" w:space="0" w:color="000000"/>
            </w:tcBorders>
          </w:tcPr>
          <w:p w14:paraId="11A86A70" w14:textId="77777777" w:rsidR="007F16A8" w:rsidRPr="00EB75F0" w:rsidRDefault="007F16A8" w:rsidP="007F16A8"/>
        </w:tc>
        <w:tc>
          <w:tcPr>
            <w:tcW w:w="418" w:type="pct"/>
            <w:tcBorders>
              <w:top w:val="single" w:sz="4" w:space="0" w:color="000000"/>
              <w:left w:val="single" w:sz="4" w:space="0" w:color="000000"/>
              <w:bottom w:val="single" w:sz="4" w:space="0" w:color="000000"/>
              <w:right w:val="single" w:sz="4" w:space="0" w:color="000000"/>
            </w:tcBorders>
          </w:tcPr>
          <w:p w14:paraId="050808CF" w14:textId="77777777" w:rsidR="007F16A8" w:rsidRPr="00EB75F0" w:rsidRDefault="007F16A8" w:rsidP="007F16A8">
            <w:pPr>
              <w:pStyle w:val="TableText"/>
            </w:pPr>
            <w:r w:rsidRPr="00EB75F0">
              <w:t>FE</w:t>
            </w:r>
          </w:p>
        </w:tc>
        <w:tc>
          <w:tcPr>
            <w:tcW w:w="1863" w:type="pct"/>
            <w:tcBorders>
              <w:top w:val="single" w:sz="4" w:space="0" w:color="000000"/>
              <w:left w:val="single" w:sz="4" w:space="0" w:color="000000"/>
              <w:bottom w:val="single" w:sz="4" w:space="0" w:color="000000"/>
              <w:right w:val="single" w:sz="4" w:space="0" w:color="000000"/>
            </w:tcBorders>
          </w:tcPr>
          <w:p w14:paraId="20469091" w14:textId="77777777" w:rsidR="007F16A8" w:rsidRPr="00EB75F0" w:rsidRDefault="007F16A8" w:rsidP="007F16A8">
            <w:pPr>
              <w:pStyle w:val="TableText"/>
            </w:pPr>
            <w:r w:rsidRPr="00EB75F0">
              <w:t>Base case</w:t>
            </w:r>
          </w:p>
        </w:tc>
        <w:tc>
          <w:tcPr>
            <w:tcW w:w="587" w:type="pct"/>
            <w:tcBorders>
              <w:top w:val="single" w:sz="4" w:space="0" w:color="000000"/>
              <w:left w:val="single" w:sz="4" w:space="0" w:color="000000"/>
              <w:bottom w:val="single" w:sz="4" w:space="0" w:color="000000"/>
              <w:right w:val="single" w:sz="4" w:space="0" w:color="000000"/>
            </w:tcBorders>
            <w:vAlign w:val="bottom"/>
          </w:tcPr>
          <w:p w14:paraId="251C3DBB" w14:textId="3FC5D53D" w:rsidR="007F16A8" w:rsidRPr="00EB75F0" w:rsidRDefault="007F16A8" w:rsidP="007F16A8">
            <w:pPr>
              <w:pStyle w:val="TableText"/>
            </w:pPr>
            <w:r w:rsidRPr="00EB75F0">
              <w:t>29</w:t>
            </w:r>
          </w:p>
        </w:tc>
        <w:tc>
          <w:tcPr>
            <w:tcW w:w="723" w:type="pct"/>
            <w:tcBorders>
              <w:top w:val="single" w:sz="4" w:space="0" w:color="000000"/>
              <w:left w:val="single" w:sz="4" w:space="0" w:color="000000"/>
              <w:bottom w:val="single" w:sz="4" w:space="0" w:color="000000"/>
              <w:right w:val="single" w:sz="4" w:space="0" w:color="000000"/>
            </w:tcBorders>
            <w:vAlign w:val="bottom"/>
          </w:tcPr>
          <w:p w14:paraId="4778E27C" w14:textId="27E119D8" w:rsidR="007F16A8" w:rsidRPr="00EB75F0" w:rsidRDefault="007F16A8" w:rsidP="007F16A8">
            <w:pPr>
              <w:pStyle w:val="TableText"/>
            </w:pPr>
            <w:r w:rsidRPr="00EB75F0">
              <w:t>8,189</w:t>
            </w:r>
          </w:p>
        </w:tc>
      </w:tr>
      <w:tr w:rsidR="008D577E" w:rsidRPr="00EB75F0" w14:paraId="77AE36AD" w14:textId="3842FFDB" w:rsidTr="009C1FF0">
        <w:trPr>
          <w:trHeight w:val="354"/>
        </w:trPr>
        <w:tc>
          <w:tcPr>
            <w:tcW w:w="5000" w:type="pct"/>
            <w:gridSpan w:val="6"/>
            <w:tcBorders>
              <w:top w:val="single" w:sz="4" w:space="0" w:color="000000"/>
              <w:left w:val="single" w:sz="4" w:space="0" w:color="000000"/>
              <w:bottom w:val="single" w:sz="4" w:space="0" w:color="000000"/>
              <w:right w:val="single" w:sz="4" w:space="0" w:color="000000"/>
            </w:tcBorders>
          </w:tcPr>
          <w:p w14:paraId="411B3550" w14:textId="031FDBD7" w:rsidR="008D577E" w:rsidRPr="00EB75F0" w:rsidRDefault="008D577E" w:rsidP="008D577E">
            <w:pPr>
              <w:pStyle w:val="Legend"/>
            </w:pPr>
            <w:r w:rsidRPr="00EB75F0">
              <w:rPr>
                <w:b/>
              </w:rPr>
              <w:t>Key:</w:t>
            </w:r>
            <w:r w:rsidRPr="00EB75F0">
              <w:t xml:space="preserve"> AEs, adverse events; BMI, body mass index; FE, fixed-effects; RE, random-effects; PANSS, Positive and Negative Syndrome Scale, CGI-S, Clinical Global Impression</w:t>
            </w:r>
            <w:r w:rsidR="00EC44F3">
              <w:t>s</w:t>
            </w:r>
            <w:r w:rsidRPr="00EB75F0">
              <w:t xml:space="preserve"> – Severity.</w:t>
            </w:r>
          </w:p>
          <w:p w14:paraId="234EEF1F" w14:textId="3FA641EE" w:rsidR="008D577E" w:rsidRPr="00EB75F0" w:rsidRDefault="008D577E" w:rsidP="008D577E">
            <w:pPr>
              <w:pStyle w:val="Legend"/>
              <w:rPr>
                <w:b/>
              </w:rPr>
            </w:pPr>
            <w:r w:rsidRPr="00EB75F0">
              <w:t xml:space="preserve">┼ Although these six studies were included in the base case network meta-analyses for weight gain &gt; 7%, as the weight gain threshold used in their respective endpoint definitions was unreported (and may well have been ≥ 7%), a </w:t>
            </w:r>
            <w:r w:rsidR="009E5C4E" w:rsidRPr="00EB75F0">
              <w:t>sensitivity</w:t>
            </w:r>
            <w:r w:rsidRPr="00EB75F0">
              <w:t xml:space="preserve"> analysis was performed excluding all six studies.</w:t>
            </w:r>
          </w:p>
        </w:tc>
      </w:tr>
    </w:tbl>
    <w:p w14:paraId="71747026" w14:textId="6F4FCDFE" w:rsidR="009446D0" w:rsidRPr="00EB75F0" w:rsidRDefault="009446D0">
      <w:pPr>
        <w:rPr>
          <w:color w:val="1E1E1E"/>
          <w:sz w:val="24"/>
        </w:rPr>
      </w:pPr>
    </w:p>
    <w:p w14:paraId="0F215803" w14:textId="2774D22C" w:rsidR="00D31132" w:rsidRPr="004857CF" w:rsidRDefault="00D31132" w:rsidP="00D31132">
      <w:pPr>
        <w:pStyle w:val="Heading1"/>
        <w:numPr>
          <w:ilvl w:val="0"/>
          <w:numId w:val="17"/>
        </w:numPr>
        <w:ind w:left="0" w:firstLine="0"/>
        <w:rPr>
          <w:b/>
          <w:sz w:val="24"/>
        </w:rPr>
      </w:pPr>
      <w:r w:rsidRPr="004857CF">
        <w:rPr>
          <w:b/>
          <w:sz w:val="24"/>
        </w:rPr>
        <w:lastRenderedPageBreak/>
        <w:t>Analysis Method</w:t>
      </w:r>
      <w:r w:rsidR="006F5B26" w:rsidRPr="004857CF">
        <w:rPr>
          <w:b/>
          <w:sz w:val="24"/>
        </w:rPr>
        <w:t>s</w:t>
      </w:r>
    </w:p>
    <w:p w14:paraId="56328EA8" w14:textId="56E621F7" w:rsidR="00181285" w:rsidRPr="004857CF" w:rsidRDefault="009C5C8E" w:rsidP="00181285">
      <w:pPr>
        <w:pStyle w:val="BodyText"/>
        <w:rPr>
          <w:lang w:bidi="en-US"/>
        </w:rPr>
      </w:pPr>
      <w:r w:rsidRPr="004857CF">
        <w:t xml:space="preserve">Bayesian NMA was performed to ascertain relative effect estimates of </w:t>
      </w:r>
      <w:proofErr w:type="spellStart"/>
      <w:r w:rsidR="00EF2D91">
        <w:t>KarXT</w:t>
      </w:r>
      <w:proofErr w:type="spellEnd"/>
      <w:r w:rsidRPr="004857CF">
        <w:t xml:space="preserve"> versus </w:t>
      </w:r>
      <w:r w:rsidRPr="004857CF">
        <w:rPr>
          <w:lang w:bidi="en-US"/>
        </w:rPr>
        <w:t xml:space="preserve">aripiprazole, </w:t>
      </w:r>
      <w:proofErr w:type="spellStart"/>
      <w:r w:rsidRPr="004857CF">
        <w:rPr>
          <w:lang w:bidi="en-US"/>
        </w:rPr>
        <w:t>cariprazine</w:t>
      </w:r>
      <w:proofErr w:type="spellEnd"/>
      <w:r w:rsidRPr="004857CF">
        <w:rPr>
          <w:lang w:bidi="en-US"/>
        </w:rPr>
        <w:t xml:space="preserve">, olanzapine, risperidone, </w:t>
      </w:r>
      <w:proofErr w:type="spellStart"/>
      <w:r w:rsidRPr="004857CF">
        <w:rPr>
          <w:lang w:bidi="en-US"/>
        </w:rPr>
        <w:t>brexpiprazole</w:t>
      </w:r>
      <w:proofErr w:type="spellEnd"/>
      <w:r w:rsidRPr="004857CF">
        <w:rPr>
          <w:lang w:bidi="en-US"/>
        </w:rPr>
        <w:t xml:space="preserve">, quetiapine, clozapine, and </w:t>
      </w:r>
      <w:proofErr w:type="spellStart"/>
      <w:r w:rsidRPr="004857CF">
        <w:rPr>
          <w:lang w:bidi="en-US"/>
        </w:rPr>
        <w:t>lumateperone</w:t>
      </w:r>
      <w:proofErr w:type="spellEnd"/>
      <w:r w:rsidRPr="004857CF">
        <w:rPr>
          <w:lang w:bidi="en-US"/>
        </w:rPr>
        <w:t xml:space="preserve"> for the eleven clinical endpoints of interest listed in </w:t>
      </w:r>
      <w:r w:rsidRPr="004857CF">
        <w:rPr>
          <w:lang w:bidi="en-US"/>
        </w:rPr>
        <w:fldChar w:fldCharType="begin"/>
      </w:r>
      <w:r w:rsidRPr="004857CF">
        <w:rPr>
          <w:lang w:bidi="en-US"/>
        </w:rPr>
        <w:instrText xml:space="preserve"> REF _Ref14780687 \h  \* MERGEFORMAT </w:instrText>
      </w:r>
      <w:r w:rsidRPr="004857CF">
        <w:rPr>
          <w:lang w:bidi="en-US"/>
        </w:rPr>
      </w:r>
      <w:r w:rsidRPr="004857CF">
        <w:rPr>
          <w:lang w:bidi="en-US"/>
        </w:rPr>
        <w:fldChar w:fldCharType="separate"/>
      </w:r>
      <w:r w:rsidR="004B2F28" w:rsidRPr="004B2F28">
        <w:rPr>
          <w:lang w:bidi="en-US"/>
        </w:rPr>
        <w:t>Table S11</w:t>
      </w:r>
      <w:r w:rsidR="004B2F28" w:rsidRPr="004B2F28">
        <w:rPr>
          <w:lang w:bidi="en-US"/>
        </w:rPr>
        <w:noBreakHyphen/>
        <w:t>1</w:t>
      </w:r>
      <w:r w:rsidRPr="004857CF">
        <w:rPr>
          <w:lang w:bidi="en-US"/>
        </w:rPr>
        <w:fldChar w:fldCharType="end"/>
      </w:r>
      <w:r w:rsidRPr="004857CF">
        <w:rPr>
          <w:lang w:bidi="en-US"/>
        </w:rPr>
        <w:t xml:space="preserve">. The following section details the methods used. </w:t>
      </w:r>
    </w:p>
    <w:p w14:paraId="428B6EC3" w14:textId="4BA212E6" w:rsidR="0047691C" w:rsidRPr="004857CF" w:rsidRDefault="0047691C" w:rsidP="0047691C">
      <w:pPr>
        <w:pStyle w:val="Heading2"/>
      </w:pPr>
      <w:r w:rsidRPr="004857CF">
        <w:t>Data requirements</w:t>
      </w:r>
    </w:p>
    <w:p w14:paraId="76E579FE" w14:textId="5A8CF7BD" w:rsidR="0047691C" w:rsidRPr="004857CF" w:rsidRDefault="00CA024E" w:rsidP="00F02F80">
      <w:pPr>
        <w:pStyle w:val="Heading3"/>
        <w:ind w:left="720"/>
      </w:pPr>
      <w:r w:rsidRPr="004857CF">
        <w:t>Binary</w:t>
      </w:r>
      <w:r w:rsidR="0047691C" w:rsidRPr="004857CF">
        <w:t xml:space="preserve"> endpoints</w:t>
      </w:r>
    </w:p>
    <w:p w14:paraId="23E978FB" w14:textId="1A8F40C7" w:rsidR="00CA024E" w:rsidRPr="004857CF" w:rsidRDefault="00CA024E" w:rsidP="00CA024E">
      <w:pPr>
        <w:rPr>
          <w:color w:val="auto"/>
        </w:rPr>
      </w:pPr>
      <w:r w:rsidRPr="004857CF">
        <w:rPr>
          <w:color w:val="auto"/>
        </w:rPr>
        <w:t xml:space="preserve">For binary endpoints, the analysis used the number of patients with an event and the total number of patients in each arm of each </w:t>
      </w:r>
      <w:r w:rsidR="00F149F9" w:rsidRPr="004857CF">
        <w:rPr>
          <w:color w:val="auto"/>
        </w:rPr>
        <w:t>trial</w:t>
      </w:r>
      <w:r w:rsidRPr="004857CF">
        <w:rPr>
          <w:color w:val="auto"/>
        </w:rPr>
        <w:t xml:space="preserve">. Where the percentage of patients with an event and the total number of patients in each arm was reported, the number of patients with the event in each </w:t>
      </w:r>
      <w:r w:rsidR="00F149F9" w:rsidRPr="004857CF">
        <w:rPr>
          <w:color w:val="auto"/>
        </w:rPr>
        <w:t>trial</w:t>
      </w:r>
      <w:r w:rsidRPr="004857CF">
        <w:rPr>
          <w:color w:val="auto"/>
        </w:rPr>
        <w:t xml:space="preserve"> arm was be calculated as: </w:t>
      </w:r>
    </w:p>
    <w:p w14:paraId="4ED2FEB1" w14:textId="77777777" w:rsidR="00CA024E" w:rsidRPr="004857CF" w:rsidRDefault="00CA024E" w:rsidP="00CA024E">
      <w:pPr>
        <w:rPr>
          <w:color w:val="auto"/>
        </w:rPr>
      </w:pPr>
      <m:oMathPara>
        <m:oMath>
          <m:r>
            <w:rPr>
              <w:rFonts w:ascii="Cambria Math" w:hAnsi="Cambria Math"/>
              <w:color w:val="auto"/>
            </w:rPr>
            <m:t xml:space="preserve">no. patients with event  = </m:t>
          </m:r>
          <m:d>
            <m:dPr>
              <m:ctrlPr>
                <w:rPr>
                  <w:rFonts w:ascii="Cambria Math" w:hAnsi="Cambria Math"/>
                  <w:i/>
                  <w:color w:val="auto"/>
                </w:rPr>
              </m:ctrlPr>
            </m:dPr>
            <m:e>
              <m:r>
                <w:rPr>
                  <w:rFonts w:ascii="Cambria Math" w:hAnsi="Cambria Math"/>
                  <w:color w:val="auto"/>
                </w:rPr>
                <m:t>total no. patients</m:t>
              </m:r>
            </m:e>
          </m:d>
          <m:r>
            <w:rPr>
              <w:rFonts w:ascii="Cambria Math" w:hAnsi="Cambria Math"/>
              <w:color w:val="auto"/>
            </w:rPr>
            <m:t>×</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 xml:space="preserve">% patients with event </m:t>
                  </m:r>
                </m:num>
                <m:den>
                  <m:r>
                    <w:rPr>
                      <w:rFonts w:ascii="Cambria Math" w:hAnsi="Cambria Math"/>
                      <w:color w:val="auto"/>
                    </w:rPr>
                    <m:t>100</m:t>
                  </m:r>
                </m:den>
              </m:f>
            </m:e>
          </m:d>
        </m:oMath>
      </m:oMathPara>
    </w:p>
    <w:p w14:paraId="0F819E0D" w14:textId="7159B7ED" w:rsidR="00CA024E" w:rsidRPr="004857CF" w:rsidRDefault="00CA024E" w:rsidP="00CA024E">
      <w:pPr>
        <w:rPr>
          <w:color w:val="auto"/>
        </w:rPr>
      </w:pPr>
      <w:r w:rsidRPr="004857CF">
        <w:rPr>
          <w:color w:val="auto"/>
        </w:rPr>
        <w:t xml:space="preserve">The analysis pooled </w:t>
      </w:r>
      <w:r w:rsidR="00F149F9" w:rsidRPr="004857CF">
        <w:rPr>
          <w:color w:val="auto"/>
        </w:rPr>
        <w:t>trial</w:t>
      </w:r>
      <w:r w:rsidRPr="004857CF">
        <w:rPr>
          <w:color w:val="auto"/>
        </w:rPr>
        <w:t xml:space="preserve"> arms that share the same investigated treatment with dosing regimen within the recommended range per the FDA label. Note, any </w:t>
      </w:r>
      <w:r w:rsidR="00F149F9" w:rsidRPr="004857CF">
        <w:rPr>
          <w:color w:val="auto"/>
        </w:rPr>
        <w:t>trial</w:t>
      </w:r>
      <w:r w:rsidRPr="004857CF">
        <w:rPr>
          <w:color w:val="auto"/>
        </w:rPr>
        <w:t xml:space="preserve"> arm with a dosing regimen outside of the FDA recommended range was not included. This method assumes equal efficacy across treatments, regardless of the dose administered in each </w:t>
      </w:r>
      <w:r w:rsidR="00F149F9" w:rsidRPr="004857CF">
        <w:rPr>
          <w:color w:val="auto"/>
        </w:rPr>
        <w:t>trial</w:t>
      </w:r>
      <w:r w:rsidRPr="004857CF">
        <w:rPr>
          <w:color w:val="auto"/>
        </w:rPr>
        <w:t xml:space="preserve">. To pool these arms, the patient numbers of the individual </w:t>
      </w:r>
      <w:r w:rsidR="00F149F9" w:rsidRPr="004857CF">
        <w:rPr>
          <w:color w:val="auto"/>
        </w:rPr>
        <w:t>trial</w:t>
      </w:r>
      <w:r w:rsidRPr="004857CF">
        <w:rPr>
          <w:color w:val="auto"/>
        </w:rPr>
        <w:t xml:space="preserve"> arms were summed.</w:t>
      </w:r>
    </w:p>
    <w:p w14:paraId="56AAE08E" w14:textId="06F25FEE" w:rsidR="0047691C" w:rsidRPr="004857CF" w:rsidRDefault="0047691C" w:rsidP="0047691C">
      <w:pPr>
        <w:pStyle w:val="BodyText"/>
      </w:pPr>
    </w:p>
    <w:p w14:paraId="58E9060C" w14:textId="21A9050C" w:rsidR="0047691C" w:rsidRPr="004857CF" w:rsidRDefault="0047691C" w:rsidP="00F02F80">
      <w:pPr>
        <w:pStyle w:val="Heading3"/>
        <w:ind w:left="720"/>
      </w:pPr>
      <w:r w:rsidRPr="004857CF">
        <w:t>Continuous endpoints</w:t>
      </w:r>
    </w:p>
    <w:p w14:paraId="488313DC" w14:textId="77777777" w:rsidR="00412833" w:rsidRPr="004857CF" w:rsidRDefault="00412833" w:rsidP="00412833">
      <w:pPr>
        <w:rPr>
          <w:color w:val="auto"/>
        </w:rPr>
      </w:pPr>
      <w:r w:rsidRPr="004857CF">
        <w:rPr>
          <w:color w:val="auto"/>
        </w:rPr>
        <w:t xml:space="preserve">For continuous endpoints, the analysis used, where available, the reported mean difference and an associated variance estimate – standard deviation (SD), standard error (SE) or 95% confidence interval (CI) as appropriate – as the input data for the analysis. If these data were not reported, sufficient data to calculate these measures was be required – for example, the mean at follow-up and mean at baseline in each arm and a corresponding variance estimate. </w:t>
      </w:r>
    </w:p>
    <w:p w14:paraId="679DA8CD" w14:textId="77777777" w:rsidR="00412833" w:rsidRPr="004857CF" w:rsidRDefault="00412833" w:rsidP="00412833">
      <w:pPr>
        <w:rPr>
          <w:color w:val="auto"/>
          <w:lang w:bidi="en-US"/>
        </w:rPr>
      </w:pPr>
      <w:r w:rsidRPr="004857CF">
        <w:rPr>
          <w:color w:val="auto"/>
          <w:lang w:bidi="en-US"/>
        </w:rPr>
        <w:t>Reported mean CFB data was used where available. Where CFB data were not reported, but the mean baseline values (</w:t>
      </w:r>
      <m:oMath>
        <m:sSup>
          <m:sSupPr>
            <m:ctrlPr>
              <w:rPr>
                <w:rFonts w:ascii="Cambria Math" w:hAnsi="Cambria Math"/>
                <w:i/>
                <w:color w:val="auto"/>
                <w:lang w:bidi="en-US"/>
              </w:rPr>
            </m:ctrlPr>
          </m:sSupPr>
          <m:e>
            <m:r>
              <w:rPr>
                <w:rFonts w:ascii="Cambria Math" w:hAnsi="Cambria Math"/>
                <w:color w:val="auto"/>
                <w:lang w:bidi="en-US"/>
              </w:rPr>
              <m:t>y</m:t>
            </m:r>
          </m:e>
          <m:sup>
            <m:r>
              <w:rPr>
                <w:rFonts w:ascii="Cambria Math" w:hAnsi="Cambria Math"/>
                <w:color w:val="auto"/>
                <w:lang w:bidi="en-US"/>
              </w:rPr>
              <m:t>B</m:t>
            </m:r>
          </m:sup>
        </m:sSup>
        <m:r>
          <w:rPr>
            <w:rFonts w:ascii="Cambria Math" w:hAnsi="Cambria Math"/>
            <w:color w:val="auto"/>
            <w:lang w:bidi="en-US"/>
          </w:rPr>
          <m:t>)</m:t>
        </m:r>
      </m:oMath>
      <w:r w:rsidRPr="004857CF">
        <w:rPr>
          <w:color w:val="auto"/>
          <w:lang w:bidi="en-US"/>
        </w:rPr>
        <w:t xml:space="preserve"> and follow-up values (</w:t>
      </w:r>
      <m:oMath>
        <m:sSup>
          <m:sSupPr>
            <m:ctrlPr>
              <w:rPr>
                <w:rFonts w:ascii="Cambria Math" w:hAnsi="Cambria Math"/>
                <w:i/>
                <w:color w:val="auto"/>
                <w:lang w:bidi="en-US"/>
              </w:rPr>
            </m:ctrlPr>
          </m:sSupPr>
          <m:e>
            <m:r>
              <w:rPr>
                <w:rFonts w:ascii="Cambria Math" w:hAnsi="Cambria Math"/>
                <w:color w:val="auto"/>
                <w:lang w:bidi="en-US"/>
              </w:rPr>
              <m:t>y</m:t>
            </m:r>
          </m:e>
          <m:sup>
            <m:r>
              <w:rPr>
                <w:rFonts w:ascii="Cambria Math" w:hAnsi="Cambria Math"/>
                <w:color w:val="auto"/>
                <w:lang w:bidi="en-US"/>
              </w:rPr>
              <m:t>F</m:t>
            </m:r>
          </m:sup>
        </m:sSup>
        <m:r>
          <w:rPr>
            <w:rFonts w:ascii="Cambria Math" w:hAnsi="Cambria Math"/>
            <w:color w:val="auto"/>
            <w:lang w:bidi="en-US"/>
          </w:rPr>
          <m:t>)</m:t>
        </m:r>
      </m:oMath>
      <w:r w:rsidRPr="004857CF">
        <w:rPr>
          <w:color w:val="auto"/>
          <w:lang w:bidi="en-US"/>
        </w:rPr>
        <w:t xml:space="preserve"> were recorded, the mean CFB (</w:t>
      </w:r>
      <m:oMath>
        <m:sSup>
          <m:sSupPr>
            <m:ctrlPr>
              <w:rPr>
                <w:rFonts w:ascii="Cambria Math" w:hAnsi="Cambria Math"/>
                <w:i/>
                <w:color w:val="auto"/>
                <w:lang w:bidi="en-US"/>
              </w:rPr>
            </m:ctrlPr>
          </m:sSupPr>
          <m:e>
            <m:r>
              <w:rPr>
                <w:rFonts w:ascii="Cambria Math" w:hAnsi="Cambria Math"/>
                <w:color w:val="auto"/>
                <w:lang w:bidi="en-US"/>
              </w:rPr>
              <m:t>y</m:t>
            </m:r>
          </m:e>
          <m:sup>
            <m:r>
              <m:rPr>
                <m:sty m:val="p"/>
              </m:rPr>
              <w:rPr>
                <w:rFonts w:ascii="Cambria Math" w:hAnsi="Cambria Math"/>
                <w:color w:val="auto"/>
                <w:lang w:bidi="en-US"/>
              </w:rPr>
              <m:t>Δ</m:t>
            </m:r>
          </m:sup>
        </m:sSup>
        <m:r>
          <w:rPr>
            <w:rFonts w:ascii="Cambria Math" w:hAnsi="Cambria Math"/>
            <w:color w:val="auto"/>
            <w:lang w:bidi="en-US"/>
          </w:rPr>
          <m:t>)</m:t>
        </m:r>
      </m:oMath>
      <w:r w:rsidRPr="004857CF">
        <w:rPr>
          <w:color w:val="auto"/>
          <w:lang w:bidi="en-US"/>
        </w:rPr>
        <w:t xml:space="preserve"> was calculated for each group (</w:t>
      </w:r>
      <m:oMath>
        <m:r>
          <w:rPr>
            <w:rFonts w:ascii="Cambria Math" w:hAnsi="Cambria Math"/>
            <w:color w:val="auto"/>
            <w:lang w:bidi="en-US"/>
          </w:rPr>
          <m:t>k)</m:t>
        </m:r>
      </m:oMath>
      <w:r w:rsidRPr="004857CF">
        <w:rPr>
          <w:color w:val="auto"/>
          <w:lang w:bidi="en-US"/>
        </w:rPr>
        <w:t xml:space="preserve"> in the respective trial (</w:t>
      </w:r>
      <m:oMath>
        <m:r>
          <w:rPr>
            <w:rFonts w:ascii="Cambria Math" w:hAnsi="Cambria Math"/>
            <w:color w:val="auto"/>
            <w:lang w:bidi="en-US"/>
          </w:rPr>
          <m:t>i)</m:t>
        </m:r>
      </m:oMath>
      <w:r w:rsidRPr="004857CF">
        <w:rPr>
          <w:color w:val="auto"/>
          <w:lang w:bidi="en-US"/>
        </w:rPr>
        <w:t xml:space="preserve"> using Equation (1):</w:t>
      </w:r>
    </w:p>
    <w:p w14:paraId="26619E0F" w14:textId="77777777" w:rsidR="00412833" w:rsidRPr="004857CF" w:rsidRDefault="0083675E" w:rsidP="00412833">
      <w:pPr>
        <w:rPr>
          <w:color w:val="auto"/>
          <w:lang w:bidi="en-US"/>
        </w:rPr>
      </w:pPr>
      <m:oMathPara>
        <m:oMathParaPr>
          <m:jc m:val="right"/>
        </m:oMathParaPr>
        <m:oMath>
          <m:sSubSup>
            <m:sSubSupPr>
              <m:ctrlPr>
                <w:rPr>
                  <w:rFonts w:ascii="Cambria Math" w:hAnsi="Cambria Math"/>
                  <w:i/>
                  <w:color w:val="auto"/>
                  <w:lang w:bidi="en-US"/>
                </w:rPr>
              </m:ctrlPr>
            </m:sSubSupPr>
            <m:e>
              <m:r>
                <w:rPr>
                  <w:rFonts w:ascii="Cambria Math" w:hAnsi="Cambria Math"/>
                  <w:color w:val="auto"/>
                  <w:lang w:bidi="en-US"/>
                </w:rPr>
                <m:t>y</m:t>
              </m:r>
            </m:e>
            <m:sub>
              <m:r>
                <w:rPr>
                  <w:rFonts w:ascii="Cambria Math" w:hAnsi="Cambria Math"/>
                  <w:color w:val="auto"/>
                  <w:lang w:bidi="en-US"/>
                </w:rPr>
                <m:t>ik</m:t>
              </m:r>
            </m:sub>
            <m:sup>
              <m:r>
                <w:rPr>
                  <w:rFonts w:ascii="Cambria Math" w:hAnsi="Cambria Math"/>
                  <w:color w:val="auto"/>
                  <w:lang w:bidi="en-US"/>
                </w:rPr>
                <m:t>∆</m:t>
              </m:r>
            </m:sup>
          </m:sSubSup>
          <m:r>
            <w:rPr>
              <w:rFonts w:ascii="Cambria Math" w:hAnsi="Cambria Math"/>
              <w:color w:val="auto"/>
              <w:lang w:bidi="en-US"/>
            </w:rPr>
            <m:t>=</m:t>
          </m:r>
          <m:sSubSup>
            <m:sSubSupPr>
              <m:ctrlPr>
                <w:rPr>
                  <w:rFonts w:ascii="Cambria Math" w:hAnsi="Cambria Math"/>
                  <w:i/>
                  <w:color w:val="auto"/>
                  <w:lang w:bidi="en-US"/>
                </w:rPr>
              </m:ctrlPr>
            </m:sSubSupPr>
            <m:e>
              <m:r>
                <w:rPr>
                  <w:rFonts w:ascii="Cambria Math" w:hAnsi="Cambria Math"/>
                  <w:color w:val="auto"/>
                  <w:lang w:bidi="en-US"/>
                </w:rPr>
                <m:t>y</m:t>
              </m:r>
            </m:e>
            <m:sub>
              <m:r>
                <w:rPr>
                  <w:rFonts w:ascii="Cambria Math" w:hAnsi="Cambria Math"/>
                  <w:color w:val="auto"/>
                  <w:lang w:bidi="en-US"/>
                </w:rPr>
                <m:t>ik</m:t>
              </m:r>
            </m:sub>
            <m:sup>
              <m:r>
                <w:rPr>
                  <w:rFonts w:ascii="Cambria Math" w:hAnsi="Cambria Math"/>
                  <w:color w:val="auto"/>
                  <w:lang w:bidi="en-US"/>
                </w:rPr>
                <m:t>F</m:t>
              </m:r>
            </m:sup>
          </m:sSubSup>
          <m:r>
            <w:rPr>
              <w:rFonts w:ascii="Cambria Math" w:hAnsi="Cambria Math"/>
              <w:color w:val="auto"/>
              <w:lang w:bidi="en-US"/>
            </w:rPr>
            <m:t>-</m:t>
          </m:r>
          <m:sSubSup>
            <m:sSubSupPr>
              <m:ctrlPr>
                <w:rPr>
                  <w:rFonts w:ascii="Cambria Math" w:hAnsi="Cambria Math"/>
                  <w:i/>
                  <w:color w:val="auto"/>
                  <w:lang w:bidi="en-US"/>
                </w:rPr>
              </m:ctrlPr>
            </m:sSubSupPr>
            <m:e>
              <m:r>
                <w:rPr>
                  <w:rFonts w:ascii="Cambria Math" w:hAnsi="Cambria Math"/>
                  <w:color w:val="auto"/>
                  <w:lang w:bidi="en-US"/>
                </w:rPr>
                <m:t>y</m:t>
              </m:r>
            </m:e>
            <m:sub>
              <m:r>
                <w:rPr>
                  <w:rFonts w:ascii="Cambria Math" w:hAnsi="Cambria Math"/>
                  <w:color w:val="auto"/>
                  <w:lang w:bidi="en-US"/>
                </w:rPr>
                <m:t>ik</m:t>
              </m:r>
            </m:sub>
            <m:sup>
              <m:r>
                <w:rPr>
                  <w:rFonts w:ascii="Cambria Math" w:hAnsi="Cambria Math"/>
                  <w:color w:val="auto"/>
                  <w:lang w:bidi="en-US"/>
                </w:rPr>
                <m:t>B</m:t>
              </m:r>
            </m:sup>
          </m:sSubSup>
          <m:r>
            <w:rPr>
              <w:rFonts w:ascii="Cambria Math" w:hAnsi="Cambria Math"/>
              <w:color w:val="auto"/>
              <w:lang w:bidi="en-US"/>
            </w:rPr>
            <m:t xml:space="preserve">                                                                                (1)</m:t>
          </m:r>
        </m:oMath>
      </m:oMathPara>
    </w:p>
    <w:p w14:paraId="09F97A46" w14:textId="77777777" w:rsidR="00412833" w:rsidRPr="004857CF" w:rsidRDefault="00412833" w:rsidP="00412833">
      <w:pPr>
        <w:rPr>
          <w:color w:val="auto"/>
        </w:rPr>
      </w:pPr>
      <w:r w:rsidRPr="004857CF">
        <w:rPr>
          <w:color w:val="auto"/>
          <w:lang w:bidi="en-US"/>
        </w:rPr>
        <w:t>For the mean CFB, the standard error of the mean CFB (</w:t>
      </w:r>
      <m:oMath>
        <m:r>
          <w:rPr>
            <w:rFonts w:ascii="Cambria Math" w:hAnsi="Cambria Math"/>
            <w:color w:val="auto"/>
            <w:lang w:bidi="en-US"/>
          </w:rPr>
          <m:t>S</m:t>
        </m:r>
        <m:sSup>
          <m:sSupPr>
            <m:ctrlPr>
              <w:rPr>
                <w:rFonts w:ascii="Cambria Math" w:hAnsi="Cambria Math"/>
                <w:i/>
                <w:color w:val="auto"/>
                <w:lang w:bidi="en-US"/>
              </w:rPr>
            </m:ctrlPr>
          </m:sSupPr>
          <m:e>
            <m:r>
              <w:rPr>
                <w:rFonts w:ascii="Cambria Math" w:hAnsi="Cambria Math"/>
                <w:color w:val="auto"/>
                <w:lang w:bidi="en-US"/>
              </w:rPr>
              <m:t>E</m:t>
            </m:r>
          </m:e>
          <m:sup>
            <m:r>
              <m:rPr>
                <m:sty m:val="p"/>
              </m:rPr>
              <w:rPr>
                <w:rFonts w:ascii="Cambria Math" w:hAnsi="Cambria Math"/>
                <w:color w:val="auto"/>
                <w:lang w:bidi="en-US"/>
              </w:rPr>
              <m:t>Δ</m:t>
            </m:r>
          </m:sup>
        </m:sSup>
      </m:oMath>
      <w:r w:rsidRPr="004857CF">
        <w:rPr>
          <w:color w:val="auto"/>
          <w:lang w:bidi="en-US"/>
        </w:rPr>
        <w:t xml:space="preserve">) was required for analysis. Where not reported, </w:t>
      </w:r>
      <m:oMath>
        <m:r>
          <w:rPr>
            <w:rFonts w:ascii="Cambria Math" w:hAnsi="Cambria Math"/>
            <w:color w:val="auto"/>
            <w:lang w:bidi="en-US"/>
          </w:rPr>
          <m:t>S</m:t>
        </m:r>
        <m:sSup>
          <m:sSupPr>
            <m:ctrlPr>
              <w:rPr>
                <w:rFonts w:ascii="Cambria Math" w:hAnsi="Cambria Math"/>
                <w:i/>
                <w:color w:val="auto"/>
                <w:lang w:bidi="en-US"/>
              </w:rPr>
            </m:ctrlPr>
          </m:sSupPr>
          <m:e>
            <m:r>
              <w:rPr>
                <w:rFonts w:ascii="Cambria Math" w:hAnsi="Cambria Math"/>
                <w:color w:val="auto"/>
                <w:lang w:bidi="en-US"/>
              </w:rPr>
              <m:t>E</m:t>
            </m:r>
          </m:e>
          <m:sup>
            <m:r>
              <m:rPr>
                <m:sty m:val="p"/>
              </m:rPr>
              <w:rPr>
                <w:rFonts w:ascii="Cambria Math" w:hAnsi="Cambria Math"/>
                <w:color w:val="auto"/>
                <w:lang w:bidi="en-US"/>
              </w:rPr>
              <m:t>Δ</m:t>
            </m:r>
          </m:sup>
        </m:sSup>
      </m:oMath>
      <w:r w:rsidRPr="004857CF">
        <w:rPr>
          <w:color w:val="auto"/>
          <w:lang w:bidi="en-US"/>
        </w:rPr>
        <w:t xml:space="preserve"> may be estimated from the standard deviation (</w:t>
      </w:r>
      <m:oMath>
        <m:r>
          <w:rPr>
            <w:rFonts w:ascii="Cambria Math" w:hAnsi="Cambria Math"/>
            <w:color w:val="auto"/>
            <w:lang w:bidi="en-US"/>
          </w:rPr>
          <m:t>S</m:t>
        </m:r>
        <m:sSup>
          <m:sSupPr>
            <m:ctrlPr>
              <w:rPr>
                <w:rFonts w:ascii="Cambria Math" w:hAnsi="Cambria Math"/>
                <w:i/>
                <w:color w:val="auto"/>
                <w:lang w:bidi="en-US"/>
              </w:rPr>
            </m:ctrlPr>
          </m:sSupPr>
          <m:e>
            <m:r>
              <w:rPr>
                <w:rFonts w:ascii="Cambria Math" w:hAnsi="Cambria Math"/>
                <w:color w:val="auto"/>
                <w:lang w:bidi="en-US"/>
              </w:rPr>
              <m:t>D</m:t>
            </m:r>
          </m:e>
          <m:sup>
            <m:r>
              <m:rPr>
                <m:sty m:val="p"/>
              </m:rPr>
              <w:rPr>
                <w:rFonts w:ascii="Cambria Math" w:hAnsi="Cambria Math"/>
                <w:color w:val="auto"/>
                <w:lang w:bidi="en-US"/>
              </w:rPr>
              <m:t>Δ</m:t>
            </m:r>
          </m:sup>
        </m:sSup>
      </m:oMath>
      <w:r w:rsidRPr="004857CF">
        <w:rPr>
          <w:color w:val="auto"/>
          <w:lang w:bidi="en-US"/>
        </w:rPr>
        <w:t>). T</w:t>
      </w:r>
      <w:r w:rsidRPr="004857CF">
        <w:rPr>
          <w:color w:val="auto"/>
        </w:rPr>
        <w:t xml:space="preserve">he following were used to calculate the </w:t>
      </w:r>
      <m:oMath>
        <m:r>
          <w:rPr>
            <w:rFonts w:ascii="Cambria Math" w:hAnsi="Cambria Math"/>
            <w:color w:val="auto"/>
            <w:lang w:bidi="en-US"/>
          </w:rPr>
          <m:t>S</m:t>
        </m:r>
        <m:sSup>
          <m:sSupPr>
            <m:ctrlPr>
              <w:rPr>
                <w:rFonts w:ascii="Cambria Math" w:hAnsi="Cambria Math"/>
                <w:i/>
                <w:color w:val="auto"/>
                <w:lang w:bidi="en-US"/>
              </w:rPr>
            </m:ctrlPr>
          </m:sSupPr>
          <m:e>
            <m:r>
              <w:rPr>
                <w:rFonts w:ascii="Cambria Math" w:hAnsi="Cambria Math"/>
                <w:color w:val="auto"/>
                <w:lang w:bidi="en-US"/>
              </w:rPr>
              <m:t>E</m:t>
            </m:r>
          </m:e>
          <m:sup>
            <m:r>
              <m:rPr>
                <m:sty m:val="p"/>
              </m:rPr>
              <w:rPr>
                <w:rFonts w:ascii="Cambria Math" w:hAnsi="Cambria Math"/>
                <w:color w:val="auto"/>
                <w:lang w:bidi="en-US"/>
              </w:rPr>
              <m:t>Δ</m:t>
            </m:r>
          </m:sup>
        </m:sSup>
      </m:oMath>
      <w:r w:rsidRPr="004857CF">
        <w:rPr>
          <w:color w:val="auto"/>
        </w:rPr>
        <w:t>:</w:t>
      </w:r>
    </w:p>
    <w:p w14:paraId="42D47438" w14:textId="77777777" w:rsidR="00412833" w:rsidRPr="004857CF" w:rsidRDefault="00412833" w:rsidP="00412833">
      <w:pPr>
        <w:pStyle w:val="ListParagraph"/>
        <w:numPr>
          <w:ilvl w:val="0"/>
          <w:numId w:val="35"/>
        </w:numPr>
        <w:rPr>
          <w:color w:val="auto"/>
        </w:rPr>
      </w:pPr>
      <w:r w:rsidRPr="004857CF">
        <w:rPr>
          <w:rFonts w:asciiTheme="minorHAnsi" w:eastAsiaTheme="minorEastAsia" w:hAnsiTheme="minorHAnsi" w:cstheme="minorBidi"/>
          <w:color w:val="auto"/>
        </w:rPr>
        <w:t xml:space="preserve">If </w:t>
      </w:r>
      <m:oMath>
        <m:r>
          <w:rPr>
            <w:rFonts w:ascii="Cambria Math" w:hAnsi="Cambria Math"/>
            <w:color w:val="auto"/>
          </w:rPr>
          <m:t>S</m:t>
        </m:r>
        <m:sSup>
          <m:sSupPr>
            <m:ctrlPr>
              <w:rPr>
                <w:rFonts w:ascii="Cambria Math" w:hAnsi="Cambria Math"/>
                <w:i/>
                <w:color w:val="auto"/>
              </w:rPr>
            </m:ctrlPr>
          </m:sSupPr>
          <m:e>
            <m:r>
              <w:rPr>
                <w:rFonts w:ascii="Cambria Math" w:hAnsi="Cambria Math"/>
                <w:color w:val="auto"/>
              </w:rPr>
              <m:t>D</m:t>
            </m:r>
          </m:e>
          <m:sup>
            <m:r>
              <m:rPr>
                <m:sty m:val="p"/>
              </m:rPr>
              <w:rPr>
                <w:rFonts w:ascii="Cambria Math" w:hAnsi="Cambria Math"/>
                <w:color w:val="auto"/>
              </w:rPr>
              <m:t>Δ</m:t>
            </m:r>
          </m:sup>
        </m:sSup>
      </m:oMath>
      <w:r w:rsidRPr="004857CF">
        <w:rPr>
          <w:rFonts w:asciiTheme="minorHAnsi" w:eastAsiaTheme="minorEastAsia" w:hAnsiTheme="minorHAnsi" w:cstheme="minorBidi"/>
          <w:color w:val="auto"/>
        </w:rPr>
        <w:t xml:space="preserve"> and N were available, </w:t>
      </w:r>
    </w:p>
    <w:p w14:paraId="6B7B694C" w14:textId="77777777" w:rsidR="00412833" w:rsidRPr="004857CF" w:rsidRDefault="00412833" w:rsidP="00412833">
      <w:pPr>
        <w:pStyle w:val="ListParagraph"/>
        <w:numPr>
          <w:ilvl w:val="0"/>
          <w:numId w:val="0"/>
        </w:numPr>
        <w:ind w:left="1440"/>
        <w:rPr>
          <w:color w:val="auto"/>
        </w:rPr>
      </w:pPr>
      <m:oMathPara>
        <m:oMath>
          <m:r>
            <w:rPr>
              <w:rFonts w:ascii="Cambria Math" w:hAnsi="Cambria Math"/>
              <w:color w:val="auto"/>
            </w:rPr>
            <w:lastRenderedPageBreak/>
            <m:t>S</m:t>
          </m:r>
          <m:sSup>
            <m:sSupPr>
              <m:ctrlPr>
                <w:rPr>
                  <w:rFonts w:ascii="Cambria Math" w:hAnsi="Cambria Math"/>
                  <w:i/>
                  <w:color w:val="auto"/>
                </w:rPr>
              </m:ctrlPr>
            </m:sSupPr>
            <m:e>
              <m:r>
                <w:rPr>
                  <w:rFonts w:ascii="Cambria Math" w:hAnsi="Cambria Math"/>
                  <w:color w:val="auto"/>
                </w:rPr>
                <m:t>E</m:t>
              </m:r>
            </m:e>
            <m:sup>
              <m:r>
                <m:rPr>
                  <m:sty m:val="p"/>
                </m:rPr>
                <w:rPr>
                  <w:rFonts w:ascii="Cambria Math" w:hAnsi="Cambria Math"/>
                  <w:color w:val="auto"/>
                </w:rPr>
                <m:t>Δ</m:t>
              </m:r>
            </m:sup>
          </m:sSup>
          <m:r>
            <w:rPr>
              <w:rFonts w:ascii="Cambria Math" w:hAnsi="Cambria Math"/>
              <w:color w:val="auto"/>
            </w:rPr>
            <m:t xml:space="preserve"> =</m:t>
          </m:r>
          <m:f>
            <m:fPr>
              <m:ctrlPr>
                <w:rPr>
                  <w:rFonts w:ascii="Cambria Math" w:hAnsi="Cambria Math"/>
                  <w:i/>
                  <w:color w:val="auto"/>
                </w:rPr>
              </m:ctrlPr>
            </m:fPr>
            <m:num>
              <m:r>
                <w:rPr>
                  <w:rFonts w:ascii="Cambria Math" w:hAnsi="Cambria Math"/>
                  <w:color w:val="auto"/>
                </w:rPr>
                <m:t>S</m:t>
              </m:r>
              <m:sSup>
                <m:sSupPr>
                  <m:ctrlPr>
                    <w:rPr>
                      <w:rFonts w:ascii="Cambria Math" w:hAnsi="Cambria Math"/>
                      <w:i/>
                      <w:color w:val="auto"/>
                    </w:rPr>
                  </m:ctrlPr>
                </m:sSupPr>
                <m:e>
                  <m:r>
                    <w:rPr>
                      <w:rFonts w:ascii="Cambria Math" w:hAnsi="Cambria Math"/>
                      <w:color w:val="auto"/>
                    </w:rPr>
                    <m:t>D</m:t>
                  </m:r>
                </m:e>
                <m:sup>
                  <m:r>
                    <m:rPr>
                      <m:sty m:val="p"/>
                    </m:rPr>
                    <w:rPr>
                      <w:rFonts w:ascii="Cambria Math" w:hAnsi="Cambria Math"/>
                      <w:color w:val="auto"/>
                    </w:rPr>
                    <m:t>Δ</m:t>
                  </m:r>
                </m:sup>
              </m:sSup>
            </m:num>
            <m:den>
              <m:r>
                <w:rPr>
                  <w:rFonts w:ascii="Cambria Math" w:hAnsi="Cambria Math"/>
                  <w:color w:val="auto"/>
                </w:rPr>
                <m:t>√N</m:t>
              </m:r>
            </m:den>
          </m:f>
        </m:oMath>
      </m:oMathPara>
    </w:p>
    <w:p w14:paraId="78838A75" w14:textId="77777777" w:rsidR="00412833" w:rsidRPr="004857CF" w:rsidRDefault="00412833" w:rsidP="00412833">
      <w:pPr>
        <w:pStyle w:val="ListParagraph"/>
        <w:numPr>
          <w:ilvl w:val="0"/>
          <w:numId w:val="35"/>
        </w:numPr>
        <w:rPr>
          <w:color w:val="auto"/>
        </w:rPr>
      </w:pPr>
      <w:r w:rsidRPr="004857CF">
        <w:rPr>
          <w:color w:val="auto"/>
        </w:rPr>
        <w:t xml:space="preserve">If 95% CI upper (UCL) and lower limits (LCL) </w:t>
      </w:r>
      <w:r w:rsidRPr="004857CF">
        <w:rPr>
          <w:rFonts w:asciiTheme="minorHAnsi" w:eastAsiaTheme="minorEastAsia" w:hAnsiTheme="minorHAnsi" w:cstheme="minorBidi"/>
          <w:color w:val="auto"/>
        </w:rPr>
        <w:t>and N</w:t>
      </w:r>
      <w:r w:rsidRPr="004857CF">
        <w:rPr>
          <w:color w:val="auto"/>
        </w:rPr>
        <w:t xml:space="preserve"> were available,</w:t>
      </w:r>
    </w:p>
    <w:p w14:paraId="6963A276" w14:textId="77777777" w:rsidR="00412833" w:rsidRPr="004857CF" w:rsidRDefault="00412833" w:rsidP="00412833">
      <w:pPr>
        <w:pStyle w:val="ListParagraph"/>
        <w:numPr>
          <w:ilvl w:val="0"/>
          <w:numId w:val="0"/>
        </w:numPr>
        <w:ind w:left="1440"/>
        <w:rPr>
          <w:color w:val="auto"/>
        </w:rPr>
      </w:pPr>
      <m:oMathPara>
        <m:oMath>
          <m:r>
            <w:rPr>
              <w:rFonts w:ascii="Cambria Math" w:hAnsi="Cambria Math"/>
              <w:color w:val="auto"/>
            </w:rPr>
            <m:t>S</m:t>
          </m:r>
          <m:sSup>
            <m:sSupPr>
              <m:ctrlPr>
                <w:rPr>
                  <w:rFonts w:ascii="Cambria Math" w:hAnsi="Cambria Math"/>
                  <w:i/>
                  <w:color w:val="auto"/>
                </w:rPr>
              </m:ctrlPr>
            </m:sSupPr>
            <m:e>
              <m:r>
                <w:rPr>
                  <w:rFonts w:ascii="Cambria Math" w:hAnsi="Cambria Math"/>
                  <w:color w:val="auto"/>
                </w:rPr>
                <m:t>E</m:t>
              </m:r>
            </m:e>
            <m:sup>
              <m:r>
                <m:rPr>
                  <m:sty m:val="p"/>
                </m:rPr>
                <w:rPr>
                  <w:rFonts w:ascii="Cambria Math" w:hAnsi="Cambria Math"/>
                  <w:color w:val="auto"/>
                </w:rPr>
                <m:t>Δ</m:t>
              </m:r>
            </m:sup>
          </m:sSup>
          <m:r>
            <w:rPr>
              <w:rFonts w:ascii="Cambria Math" w:hAnsi="Cambria Math"/>
              <w:color w:val="auto"/>
            </w:rPr>
            <m:t xml:space="preserve"> = </m:t>
          </m:r>
          <m:d>
            <m:dPr>
              <m:ctrlPr>
                <w:rPr>
                  <w:rFonts w:ascii="Cambria Math" w:hAnsi="Cambria Math"/>
                  <w:i/>
                  <w:color w:val="auto"/>
                </w:rPr>
              </m:ctrlPr>
            </m:dPr>
            <m:e>
              <m:sSup>
                <m:sSupPr>
                  <m:ctrlPr>
                    <w:rPr>
                      <w:rFonts w:ascii="Cambria Math" w:hAnsi="Cambria Math"/>
                      <w:i/>
                      <w:color w:val="auto"/>
                    </w:rPr>
                  </m:ctrlPr>
                </m:sSupPr>
                <m:e>
                  <m:r>
                    <w:rPr>
                      <w:rFonts w:ascii="Cambria Math" w:hAnsi="Cambria Math"/>
                      <w:color w:val="auto"/>
                    </w:rPr>
                    <m:t>UCL</m:t>
                  </m:r>
                </m:e>
                <m:sup>
                  <m:r>
                    <m:rPr>
                      <m:sty m:val="p"/>
                    </m:rPr>
                    <w:rPr>
                      <w:rFonts w:ascii="Cambria Math" w:hAnsi="Cambria Math"/>
                      <w:color w:val="auto"/>
                    </w:rPr>
                    <m:t>Δ</m:t>
                  </m:r>
                </m:sup>
              </m:sSup>
              <m:r>
                <w:rPr>
                  <w:rFonts w:ascii="Cambria Math" w:hAnsi="Cambria Math"/>
                  <w:color w:val="auto"/>
                </w:rPr>
                <m:t>-</m:t>
              </m:r>
              <m:sSup>
                <m:sSupPr>
                  <m:ctrlPr>
                    <w:rPr>
                      <w:rFonts w:ascii="Cambria Math" w:hAnsi="Cambria Math"/>
                      <w:i/>
                      <w:color w:val="auto"/>
                    </w:rPr>
                  </m:ctrlPr>
                </m:sSupPr>
                <m:e>
                  <m:r>
                    <w:rPr>
                      <w:rFonts w:ascii="Cambria Math" w:hAnsi="Cambria Math"/>
                      <w:color w:val="auto"/>
                    </w:rPr>
                    <m:t>LCL</m:t>
                  </m:r>
                </m:e>
                <m:sup>
                  <m:r>
                    <m:rPr>
                      <m:sty m:val="p"/>
                    </m:rPr>
                    <w:rPr>
                      <w:rFonts w:ascii="Cambria Math" w:hAnsi="Cambria Math"/>
                      <w:color w:val="auto"/>
                    </w:rPr>
                    <m:t>Δ</m:t>
                  </m:r>
                </m:sup>
              </m:sSup>
            </m:e>
          </m:d>
          <m:r>
            <w:rPr>
              <w:rFonts w:ascii="Cambria Math" w:hAnsi="Cambria Math"/>
              <w:color w:val="auto"/>
            </w:rPr>
            <m:t>*</m:t>
          </m:r>
          <m:f>
            <m:fPr>
              <m:ctrlPr>
                <w:rPr>
                  <w:rFonts w:ascii="Cambria Math" w:hAnsi="Cambria Math"/>
                  <w:i/>
                  <w:color w:val="auto"/>
                </w:rPr>
              </m:ctrlPr>
            </m:fPr>
            <m:num>
              <m:rad>
                <m:radPr>
                  <m:degHide m:val="1"/>
                  <m:ctrlPr>
                    <w:rPr>
                      <w:rFonts w:ascii="Cambria Math" w:hAnsi="Cambria Math"/>
                      <w:i/>
                      <w:color w:val="auto"/>
                    </w:rPr>
                  </m:ctrlPr>
                </m:radPr>
                <m:deg/>
                <m:e>
                  <m:r>
                    <w:rPr>
                      <w:rFonts w:ascii="Cambria Math" w:hAnsi="Cambria Math"/>
                      <w:color w:val="auto"/>
                    </w:rPr>
                    <m:t>N</m:t>
                  </m:r>
                </m:e>
              </m:rad>
            </m:num>
            <m:den>
              <m:r>
                <w:rPr>
                  <w:rFonts w:ascii="Cambria Math" w:hAnsi="Cambria Math"/>
                  <w:color w:val="auto"/>
                </w:rPr>
                <m:t>2 * qt</m:t>
              </m:r>
              <m:d>
                <m:dPr>
                  <m:ctrlPr>
                    <w:rPr>
                      <w:rFonts w:ascii="Cambria Math" w:hAnsi="Cambria Math"/>
                      <w:i/>
                      <w:color w:val="auto"/>
                    </w:rPr>
                  </m:ctrlPr>
                </m:dPr>
                <m:e>
                  <m:r>
                    <w:rPr>
                      <w:rFonts w:ascii="Cambria Math" w:hAnsi="Cambria Math"/>
                      <w:color w:val="auto"/>
                    </w:rPr>
                    <m:t>0.975, N-1</m:t>
                  </m:r>
                </m:e>
              </m:d>
            </m:den>
          </m:f>
        </m:oMath>
      </m:oMathPara>
    </w:p>
    <w:p w14:paraId="2E5C81BA" w14:textId="77777777" w:rsidR="00412833" w:rsidRPr="004857CF" w:rsidRDefault="00412833" w:rsidP="00412833">
      <w:pPr>
        <w:pStyle w:val="ListParagraph"/>
        <w:numPr>
          <w:ilvl w:val="0"/>
          <w:numId w:val="36"/>
        </w:numPr>
        <w:contextualSpacing/>
        <w:rPr>
          <w:rFonts w:asciiTheme="minorHAnsi" w:hAnsiTheme="minorHAnsi" w:cstheme="minorHAnsi"/>
          <w:color w:val="auto"/>
        </w:rPr>
      </w:pPr>
      <w:r w:rsidRPr="004857CF">
        <w:rPr>
          <w:rFonts w:asciiTheme="minorHAnsi" w:hAnsiTheme="minorHAnsi" w:cstheme="minorHAnsi"/>
          <w:color w:val="auto"/>
        </w:rPr>
        <w:t>If the SD was recorded at both baseline (</w:t>
      </w:r>
      <m:oMath>
        <m:r>
          <w:rPr>
            <w:rFonts w:ascii="Cambria Math" w:hAnsi="Cambria Math" w:cstheme="minorHAnsi"/>
            <w:color w:val="auto"/>
          </w:rPr>
          <m:t>S</m:t>
        </m:r>
        <m:sSup>
          <m:sSupPr>
            <m:ctrlPr>
              <w:rPr>
                <w:rFonts w:ascii="Cambria Math" w:hAnsi="Cambria Math" w:cstheme="minorHAnsi"/>
                <w:i/>
                <w:color w:val="auto"/>
              </w:rPr>
            </m:ctrlPr>
          </m:sSupPr>
          <m:e>
            <m:r>
              <w:rPr>
                <w:rFonts w:ascii="Cambria Math" w:hAnsi="Cambria Math" w:cstheme="minorHAnsi"/>
                <w:color w:val="auto"/>
              </w:rPr>
              <m:t>D</m:t>
            </m:r>
          </m:e>
          <m:sup>
            <m:r>
              <w:rPr>
                <w:rFonts w:ascii="Cambria Math" w:hAnsi="Cambria Math" w:cstheme="minorHAnsi"/>
                <w:color w:val="auto"/>
              </w:rPr>
              <m:t>B</m:t>
            </m:r>
          </m:sup>
        </m:sSup>
        <m:r>
          <w:rPr>
            <w:rFonts w:ascii="Cambria Math" w:hAnsi="Cambria Math" w:cstheme="minorHAnsi"/>
            <w:color w:val="auto"/>
          </w:rPr>
          <m:t>)</m:t>
        </m:r>
      </m:oMath>
      <w:r w:rsidRPr="004857CF">
        <w:rPr>
          <w:rFonts w:asciiTheme="minorHAnsi" w:hAnsiTheme="minorHAnsi" w:cstheme="minorHAnsi"/>
          <w:color w:val="auto"/>
        </w:rPr>
        <w:t xml:space="preserve"> and follow-up (</w:t>
      </w:r>
      <m:oMath>
        <m:r>
          <w:rPr>
            <w:rFonts w:ascii="Cambria Math" w:hAnsi="Cambria Math" w:cstheme="minorHAnsi"/>
            <w:color w:val="auto"/>
          </w:rPr>
          <m:t>S</m:t>
        </m:r>
        <m:sSup>
          <m:sSupPr>
            <m:ctrlPr>
              <w:rPr>
                <w:rFonts w:ascii="Cambria Math" w:hAnsi="Cambria Math" w:cstheme="minorHAnsi"/>
                <w:i/>
                <w:color w:val="auto"/>
              </w:rPr>
            </m:ctrlPr>
          </m:sSupPr>
          <m:e>
            <m:r>
              <w:rPr>
                <w:rFonts w:ascii="Cambria Math" w:hAnsi="Cambria Math" w:cstheme="minorHAnsi"/>
                <w:color w:val="auto"/>
              </w:rPr>
              <m:t>D</m:t>
            </m:r>
          </m:e>
          <m:sup>
            <m:r>
              <w:rPr>
                <w:rFonts w:ascii="Cambria Math" w:hAnsi="Cambria Math" w:cstheme="minorHAnsi"/>
                <w:color w:val="auto"/>
              </w:rPr>
              <m:t>F</m:t>
            </m:r>
          </m:sup>
        </m:sSup>
        <m:r>
          <w:rPr>
            <w:rFonts w:ascii="Cambria Math" w:hAnsi="Cambria Math" w:cstheme="minorHAnsi"/>
            <w:color w:val="auto"/>
          </w:rPr>
          <m:t>)</m:t>
        </m:r>
      </m:oMath>
      <w:r w:rsidRPr="004857CF">
        <w:rPr>
          <w:rFonts w:asciiTheme="minorHAnsi" w:hAnsiTheme="minorHAnsi" w:cstheme="minorHAnsi"/>
          <w:color w:val="auto"/>
        </w:rPr>
        <w:t>, Equation (2) was used:</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9"/>
        <w:gridCol w:w="4850"/>
        <w:gridCol w:w="2369"/>
      </w:tblGrid>
      <w:tr w:rsidR="00412833" w:rsidRPr="004857CF" w14:paraId="06B40263" w14:textId="77777777" w:rsidTr="00C32B29">
        <w:tc>
          <w:tcPr>
            <w:tcW w:w="1255" w:type="pct"/>
            <w:vAlign w:val="center"/>
          </w:tcPr>
          <w:p w14:paraId="2DE995E3" w14:textId="77777777" w:rsidR="00412833" w:rsidRPr="004857CF" w:rsidRDefault="00412833" w:rsidP="00C32B29">
            <w:pPr>
              <w:contextualSpacing/>
              <w:rPr>
                <w:rFonts w:cstheme="minorHAnsi"/>
                <w:color w:val="auto"/>
                <w:lang w:eastAsia="en-GB"/>
              </w:rPr>
            </w:pPr>
          </w:p>
        </w:tc>
        <w:tc>
          <w:tcPr>
            <w:tcW w:w="2516" w:type="pct"/>
            <w:vAlign w:val="center"/>
          </w:tcPr>
          <w:p w14:paraId="7527ECB8" w14:textId="77777777" w:rsidR="00412833" w:rsidRPr="004857CF" w:rsidRDefault="0083675E" w:rsidP="00C32B29">
            <w:pPr>
              <w:contextualSpacing/>
              <w:rPr>
                <w:rFonts w:cstheme="minorHAnsi"/>
                <w:color w:val="auto"/>
                <w:lang w:eastAsia="en-GB"/>
              </w:rPr>
            </w:pPr>
            <m:oMathPara>
              <m:oMath>
                <m:sSubSup>
                  <m:sSubSupPr>
                    <m:ctrlPr>
                      <w:rPr>
                        <w:rFonts w:ascii="Cambria Math" w:hAnsi="Cambria Math" w:cstheme="minorHAnsi"/>
                        <w:i/>
                        <w:color w:val="auto"/>
                        <w:lang w:eastAsia="en-GB"/>
                      </w:rPr>
                    </m:ctrlPr>
                  </m:sSubSupPr>
                  <m:e>
                    <m:r>
                      <w:rPr>
                        <w:rFonts w:ascii="Cambria Math" w:hAnsi="Cambria Math" w:cstheme="minorHAnsi"/>
                        <w:color w:val="auto"/>
                        <w:lang w:eastAsia="en-GB"/>
                      </w:rPr>
                      <m:t>SD</m:t>
                    </m:r>
                  </m:e>
                  <m:sub/>
                  <m:sup>
                    <m:r>
                      <w:rPr>
                        <w:rFonts w:ascii="Cambria Math" w:hAnsi="Cambria Math" w:cstheme="minorHAnsi"/>
                        <w:color w:val="auto"/>
                        <w:lang w:eastAsia="en-GB"/>
                      </w:rPr>
                      <m:t>∆</m:t>
                    </m:r>
                  </m:sup>
                </m:sSubSup>
                <m:r>
                  <w:rPr>
                    <w:rFonts w:ascii="Cambria Math" w:hAnsi="Cambria Math" w:cstheme="minorHAnsi"/>
                    <w:color w:val="auto"/>
                    <w:lang w:eastAsia="en-GB"/>
                  </w:rPr>
                  <m:t>=</m:t>
                </m:r>
                <m:rad>
                  <m:radPr>
                    <m:degHide m:val="1"/>
                    <m:ctrlPr>
                      <w:rPr>
                        <w:rFonts w:ascii="Cambria Math" w:hAnsi="Cambria Math" w:cstheme="minorHAnsi"/>
                        <w:i/>
                        <w:color w:val="auto"/>
                        <w:lang w:eastAsia="en-GB"/>
                      </w:rPr>
                    </m:ctrlPr>
                  </m:radPr>
                  <m:deg/>
                  <m:e>
                    <m:sSup>
                      <m:sSupPr>
                        <m:ctrlPr>
                          <w:rPr>
                            <w:rFonts w:ascii="Cambria Math" w:hAnsi="Cambria Math" w:cstheme="minorHAnsi"/>
                            <w:i/>
                            <w:color w:val="auto"/>
                            <w:lang w:eastAsia="en-GB"/>
                          </w:rPr>
                        </m:ctrlPr>
                      </m:sSupPr>
                      <m:e>
                        <m:sSup>
                          <m:sSupPr>
                            <m:ctrlPr>
                              <w:rPr>
                                <w:rFonts w:ascii="Cambria Math" w:hAnsi="Cambria Math" w:cstheme="minorHAnsi"/>
                                <w:i/>
                                <w:color w:val="auto"/>
                                <w:lang w:eastAsia="en-GB"/>
                              </w:rPr>
                            </m:ctrlPr>
                          </m:sSupPr>
                          <m:e>
                            <m:r>
                              <w:rPr>
                                <w:rFonts w:ascii="Cambria Math" w:hAnsi="Cambria Math" w:cstheme="minorHAnsi"/>
                                <w:color w:val="auto"/>
                                <w:lang w:eastAsia="en-GB"/>
                              </w:rPr>
                              <m:t>SD</m:t>
                            </m:r>
                          </m:e>
                          <m:sup>
                            <m:r>
                              <w:rPr>
                                <w:rFonts w:ascii="Cambria Math" w:hAnsi="Cambria Math" w:cstheme="minorHAnsi"/>
                                <w:color w:val="auto"/>
                                <w:lang w:eastAsia="en-GB"/>
                              </w:rPr>
                              <m:t>B</m:t>
                            </m:r>
                          </m:sup>
                        </m:sSup>
                      </m:e>
                      <m:sup>
                        <m:r>
                          <w:rPr>
                            <w:rFonts w:ascii="Cambria Math" w:hAnsi="Cambria Math" w:cstheme="minorHAnsi"/>
                            <w:color w:val="auto"/>
                            <w:lang w:eastAsia="en-GB"/>
                          </w:rPr>
                          <m:t>2</m:t>
                        </m:r>
                      </m:sup>
                    </m:sSup>
                    <m:r>
                      <w:rPr>
                        <w:rFonts w:ascii="Cambria Math" w:hAnsi="Cambria Math" w:cstheme="minorHAnsi"/>
                        <w:color w:val="auto"/>
                        <w:lang w:eastAsia="en-GB"/>
                      </w:rPr>
                      <m:t>+</m:t>
                    </m:r>
                    <m:sSup>
                      <m:sSupPr>
                        <m:ctrlPr>
                          <w:rPr>
                            <w:rFonts w:ascii="Cambria Math" w:hAnsi="Cambria Math" w:cstheme="minorHAnsi"/>
                            <w:i/>
                            <w:color w:val="auto"/>
                            <w:lang w:eastAsia="en-GB"/>
                          </w:rPr>
                        </m:ctrlPr>
                      </m:sSupPr>
                      <m:e>
                        <m:sSup>
                          <m:sSupPr>
                            <m:ctrlPr>
                              <w:rPr>
                                <w:rFonts w:ascii="Cambria Math" w:hAnsi="Cambria Math" w:cstheme="minorHAnsi"/>
                                <w:i/>
                                <w:color w:val="auto"/>
                                <w:lang w:eastAsia="en-GB"/>
                              </w:rPr>
                            </m:ctrlPr>
                          </m:sSupPr>
                          <m:e>
                            <m:r>
                              <w:rPr>
                                <w:rFonts w:ascii="Cambria Math" w:hAnsi="Cambria Math" w:cstheme="minorHAnsi"/>
                                <w:color w:val="auto"/>
                                <w:lang w:eastAsia="en-GB"/>
                              </w:rPr>
                              <m:t>SD</m:t>
                            </m:r>
                          </m:e>
                          <m:sup>
                            <m:r>
                              <w:rPr>
                                <w:rFonts w:ascii="Cambria Math" w:hAnsi="Cambria Math" w:cstheme="minorHAnsi"/>
                                <w:color w:val="auto"/>
                                <w:lang w:eastAsia="en-GB"/>
                              </w:rPr>
                              <m:t>F</m:t>
                            </m:r>
                          </m:sup>
                        </m:sSup>
                      </m:e>
                      <m:sup>
                        <m:r>
                          <w:rPr>
                            <w:rFonts w:ascii="Cambria Math" w:hAnsi="Cambria Math" w:cstheme="minorHAnsi"/>
                            <w:color w:val="auto"/>
                            <w:lang w:eastAsia="en-GB"/>
                          </w:rPr>
                          <m:t>2</m:t>
                        </m:r>
                      </m:sup>
                    </m:sSup>
                    <m:r>
                      <w:rPr>
                        <w:rFonts w:ascii="Cambria Math" w:hAnsi="Cambria Math" w:cstheme="minorHAnsi"/>
                        <w:color w:val="auto"/>
                        <w:lang w:eastAsia="en-GB"/>
                      </w:rPr>
                      <m:t>-2ρ</m:t>
                    </m:r>
                    <m:sSup>
                      <m:sSupPr>
                        <m:ctrlPr>
                          <w:rPr>
                            <w:rFonts w:ascii="Cambria Math" w:hAnsi="Cambria Math" w:cstheme="minorHAnsi"/>
                            <w:i/>
                            <w:color w:val="auto"/>
                            <w:lang w:eastAsia="en-GB"/>
                          </w:rPr>
                        </m:ctrlPr>
                      </m:sSupPr>
                      <m:e>
                        <m:r>
                          <w:rPr>
                            <w:rFonts w:ascii="Cambria Math" w:hAnsi="Cambria Math" w:cstheme="minorHAnsi"/>
                            <w:color w:val="auto"/>
                            <w:lang w:eastAsia="en-GB"/>
                          </w:rPr>
                          <m:t>SD</m:t>
                        </m:r>
                      </m:e>
                      <m:sup>
                        <m:r>
                          <w:rPr>
                            <w:rFonts w:ascii="Cambria Math" w:hAnsi="Cambria Math" w:cstheme="minorHAnsi"/>
                            <w:color w:val="auto"/>
                            <w:lang w:eastAsia="en-GB"/>
                          </w:rPr>
                          <m:t>B</m:t>
                        </m:r>
                      </m:sup>
                    </m:sSup>
                    <m:sSup>
                      <m:sSupPr>
                        <m:ctrlPr>
                          <w:rPr>
                            <w:rFonts w:ascii="Cambria Math" w:hAnsi="Cambria Math" w:cstheme="minorHAnsi"/>
                            <w:i/>
                            <w:color w:val="auto"/>
                            <w:lang w:eastAsia="en-GB"/>
                          </w:rPr>
                        </m:ctrlPr>
                      </m:sSupPr>
                      <m:e>
                        <m:r>
                          <w:rPr>
                            <w:rFonts w:ascii="Cambria Math" w:hAnsi="Cambria Math" w:cstheme="minorHAnsi"/>
                            <w:color w:val="auto"/>
                            <w:lang w:eastAsia="en-GB"/>
                          </w:rPr>
                          <m:t>SD</m:t>
                        </m:r>
                      </m:e>
                      <m:sup>
                        <m:r>
                          <w:rPr>
                            <w:rFonts w:ascii="Cambria Math" w:hAnsi="Cambria Math" w:cstheme="minorHAnsi"/>
                            <w:color w:val="auto"/>
                            <w:lang w:eastAsia="en-GB"/>
                          </w:rPr>
                          <m:t>F</m:t>
                        </m:r>
                      </m:sup>
                    </m:sSup>
                  </m:e>
                </m:rad>
                <m:r>
                  <w:rPr>
                    <w:rFonts w:ascii="Cambria Math" w:hAnsi="Cambria Math" w:cstheme="minorHAnsi"/>
                    <w:color w:val="auto"/>
                    <w:lang w:eastAsia="en-GB"/>
                  </w:rPr>
                  <m:t>,</m:t>
                </m:r>
              </m:oMath>
            </m:oMathPara>
          </w:p>
        </w:tc>
        <w:bookmarkStart w:id="90" w:name="_Ref447527654"/>
        <w:tc>
          <w:tcPr>
            <w:tcW w:w="1229" w:type="pct"/>
            <w:vAlign w:val="center"/>
          </w:tcPr>
          <w:p w14:paraId="17B14515" w14:textId="77777777" w:rsidR="00412833" w:rsidRPr="004857CF" w:rsidRDefault="0083675E" w:rsidP="00C32B29">
            <w:pPr>
              <w:spacing w:line="240" w:lineRule="auto"/>
              <w:ind w:left="360"/>
              <w:contextualSpacing/>
              <w:jc w:val="right"/>
              <w:rPr>
                <w:rFonts w:cstheme="minorHAnsi"/>
                <w:color w:val="auto"/>
                <w:szCs w:val="22"/>
                <w:lang w:eastAsia="en-GB"/>
              </w:rPr>
            </w:pPr>
            <m:oMathPara>
              <m:oMathParaPr>
                <m:jc m:val="right"/>
              </m:oMathParaPr>
              <m:oMath>
                <m:d>
                  <m:dPr>
                    <m:ctrlPr>
                      <w:rPr>
                        <w:rFonts w:ascii="Cambria Math" w:hAnsi="Cambria Math"/>
                        <w:i/>
                        <w:color w:val="auto"/>
                        <w:szCs w:val="22"/>
                      </w:rPr>
                    </m:ctrlPr>
                  </m:dPr>
                  <m:e>
                    <m:r>
                      <w:rPr>
                        <w:rFonts w:ascii="Cambria Math" w:hAnsi="Cambria Math"/>
                        <w:color w:val="auto"/>
                        <w:szCs w:val="22"/>
                      </w:rPr>
                      <m:t>2</m:t>
                    </m:r>
                  </m:e>
                </m:d>
              </m:oMath>
            </m:oMathPara>
          </w:p>
        </w:tc>
        <w:bookmarkEnd w:id="90"/>
      </w:tr>
    </w:tbl>
    <w:p w14:paraId="42CC3594" w14:textId="6689F5E5" w:rsidR="00412833" w:rsidRPr="004857CF" w:rsidRDefault="00412833" w:rsidP="00412833">
      <w:pPr>
        <w:pStyle w:val="ListParagraph"/>
        <w:numPr>
          <w:ilvl w:val="0"/>
          <w:numId w:val="0"/>
        </w:numPr>
        <w:ind w:left="360"/>
        <w:rPr>
          <w:color w:val="auto"/>
        </w:rPr>
      </w:pPr>
      <w:r w:rsidRPr="004857CF">
        <w:rPr>
          <w:rFonts w:asciiTheme="minorHAnsi" w:hAnsiTheme="minorHAnsi" w:cstheme="minorHAnsi"/>
          <w:color w:val="auto"/>
        </w:rPr>
        <w:t xml:space="preserve">where </w:t>
      </w:r>
      <m:oMath>
        <m:r>
          <w:rPr>
            <w:rFonts w:ascii="Cambria Math" w:hAnsi="Cambria Math" w:cstheme="minorHAnsi"/>
            <w:color w:val="auto"/>
          </w:rPr>
          <m:t>ρ</m:t>
        </m:r>
      </m:oMath>
      <w:r w:rsidRPr="004857CF">
        <w:rPr>
          <w:rFonts w:asciiTheme="minorHAnsi" w:eastAsiaTheme="minorEastAsia" w:hAnsiTheme="minorHAnsi" w:cstheme="minorHAnsi"/>
          <w:color w:val="auto"/>
        </w:rPr>
        <w:t xml:space="preserve"> is a measure of the within-patient correlation. In line with the National Institute for Health and Care Excellence Decision Support Unit Technical Support Document 2 (NICE DSU TSD 2), a conservative value of </w:t>
      </w:r>
      <m:oMath>
        <m:r>
          <w:rPr>
            <w:rFonts w:ascii="Cambria Math" w:hAnsi="Cambria Math" w:cstheme="minorHAnsi"/>
            <w:color w:val="auto"/>
          </w:rPr>
          <m:t>ρ</m:t>
        </m:r>
        <m:r>
          <w:rPr>
            <w:rFonts w:ascii="Cambria Math" w:eastAsiaTheme="minorEastAsia" w:hAnsi="Cambria Math" w:cstheme="minorHAnsi"/>
            <w:color w:val="auto"/>
          </w:rPr>
          <m:t>=0.5</m:t>
        </m:r>
      </m:oMath>
      <w:r w:rsidRPr="004857CF">
        <w:rPr>
          <w:rFonts w:asciiTheme="minorHAnsi" w:eastAsiaTheme="minorEastAsia" w:hAnsiTheme="minorHAnsi" w:cstheme="minorHAnsi"/>
          <w:color w:val="auto"/>
        </w:rPr>
        <w:t xml:space="preserve"> was used.</w:t>
      </w:r>
      <w:r w:rsidR="0031308D" w:rsidRPr="004857CF">
        <w:rPr>
          <w:rFonts w:asciiTheme="minorHAnsi" w:eastAsiaTheme="minorEastAsia" w:hAnsiTheme="minorHAnsi" w:cstheme="minorHAnsi"/>
          <w:color w:val="auto"/>
        </w:rPr>
        <w:fldChar w:fldCharType="begin"/>
      </w:r>
      <w:r w:rsidR="00073331">
        <w:rPr>
          <w:rFonts w:asciiTheme="minorHAnsi" w:eastAsiaTheme="minorEastAsia" w:hAnsiTheme="minorHAnsi" w:cstheme="minorHAnsi"/>
          <w:color w:val="auto"/>
        </w:rPr>
        <w:instrText xml:space="preserve"> ADDIN EN.CITE &lt;EndNote&gt;&lt;Cite&gt;&lt;Author&gt;Dias&lt;/Author&gt;&lt;Year&gt;2011&lt;/Year&gt;&lt;RecNum&gt;114&lt;/RecNum&gt;&lt;DisplayText&gt;&lt;style face="superscript"&gt;117&lt;/style&gt;&lt;/DisplayText&gt;&lt;record&gt;&lt;rec-number&gt;114&lt;/rec-number&gt;&lt;foreign-keys&gt;&lt;key app="EN" db-id="9ttaxzax2p0tr7ewzt55atews50zvxaaa5rz" timestamp="1764068857"&gt;114&lt;/key&gt;&lt;/foreign-keys&gt;&lt;ref-type name="Journal Article"&gt;17&lt;/ref-type&gt;&lt;contributors&gt;&lt;authors&gt;&lt;author&gt;Dias, Sofia&lt;/author&gt;&lt;author&gt;Welton, Nicky J&lt;/author&gt;&lt;author&gt;Sutton, Alex J&lt;/author&gt;&lt;author&gt;Ades, AE&lt;/author&gt;&lt;/authors&gt;&lt;/contributors&gt;&lt;titles&gt;&lt;title&gt;NICE DSU Technical Support Document 2: a generalised linear modelling framework for pairwise and network meta-analysis of randomised controlled trials&lt;/title&gt;&lt;/titles&gt;&lt;dates&gt;&lt;year&gt;2011&lt;/year&gt;&lt;/dates&gt;&lt;urls&gt;&lt;related-urls&gt;&lt;url&gt;http://www.nicedsu.org.uk&lt;/url&gt;&lt;/related-urls&gt;&lt;/urls&gt;&lt;/record&gt;&lt;/Cite&gt;&lt;/EndNote&gt;</w:instrText>
      </w:r>
      <w:r w:rsidR="0031308D" w:rsidRPr="004857CF">
        <w:rPr>
          <w:rFonts w:asciiTheme="minorHAnsi" w:eastAsiaTheme="minorEastAsia" w:hAnsiTheme="minorHAnsi" w:cstheme="minorHAnsi"/>
          <w:color w:val="auto"/>
        </w:rPr>
        <w:fldChar w:fldCharType="separate"/>
      </w:r>
      <w:r w:rsidR="00E8550B" w:rsidRPr="00E8550B">
        <w:rPr>
          <w:rFonts w:asciiTheme="minorHAnsi" w:eastAsiaTheme="minorEastAsia" w:hAnsiTheme="minorHAnsi" w:cstheme="minorHAnsi"/>
          <w:noProof/>
          <w:color w:val="auto"/>
          <w:vertAlign w:val="superscript"/>
        </w:rPr>
        <w:t>117</w:t>
      </w:r>
      <w:r w:rsidR="0031308D" w:rsidRPr="004857CF">
        <w:rPr>
          <w:rFonts w:asciiTheme="minorHAnsi" w:eastAsiaTheme="minorEastAsia" w:hAnsiTheme="minorHAnsi" w:cstheme="minorHAnsi"/>
          <w:color w:val="auto"/>
        </w:rPr>
        <w:fldChar w:fldCharType="end"/>
      </w:r>
      <w:r w:rsidRPr="004857CF">
        <w:rPr>
          <w:rFonts w:asciiTheme="minorHAnsi" w:eastAsiaTheme="minorEastAsia" w:hAnsiTheme="minorHAnsi" w:cstheme="minorHAnsi"/>
          <w:color w:val="auto"/>
        </w:rPr>
        <w:t xml:space="preserve"> </w:t>
      </w:r>
      <w:r w:rsidRPr="004857CF">
        <w:rPr>
          <w:color w:val="auto"/>
        </w:rPr>
        <w:t>If one of the baseline SD or final SD was missing, we assumed the two to be similar and impute one as the other.</w:t>
      </w:r>
    </w:p>
    <w:p w14:paraId="2F304FA6" w14:textId="54F5754D" w:rsidR="00412833" w:rsidRPr="004857CF" w:rsidRDefault="00412833" w:rsidP="00412833">
      <w:pPr>
        <w:pStyle w:val="ListParagraph"/>
        <w:numPr>
          <w:ilvl w:val="0"/>
          <w:numId w:val="36"/>
        </w:numPr>
        <w:contextualSpacing/>
        <w:rPr>
          <w:color w:val="auto"/>
        </w:rPr>
      </w:pPr>
      <w:r w:rsidRPr="004857CF">
        <w:rPr>
          <w:color w:val="auto"/>
        </w:rPr>
        <w:t xml:space="preserve">Where either the </w:t>
      </w:r>
      <m:oMath>
        <m:sSup>
          <m:sSupPr>
            <m:ctrlPr>
              <w:rPr>
                <w:rFonts w:ascii="Cambria Math" w:hAnsi="Cambria Math"/>
                <w:color w:val="auto"/>
              </w:rPr>
            </m:ctrlPr>
          </m:sSupPr>
          <m:e>
            <m:r>
              <w:rPr>
                <w:rFonts w:ascii="Cambria Math" w:hAnsi="Cambria Math"/>
                <w:color w:val="auto"/>
              </w:rPr>
              <m:t>SD</m:t>
            </m:r>
          </m:e>
          <m:sup>
            <m:r>
              <w:rPr>
                <w:rFonts w:ascii="Cambria Math" w:hAnsi="Cambria Math"/>
                <w:color w:val="auto"/>
              </w:rPr>
              <m:t>B</m:t>
            </m:r>
          </m:sup>
        </m:sSup>
      </m:oMath>
      <w:r w:rsidRPr="004857CF">
        <w:rPr>
          <w:color w:val="auto"/>
        </w:rPr>
        <w:t xml:space="preserve"> and/or </w:t>
      </w:r>
      <m:oMath>
        <m:sSup>
          <m:sSupPr>
            <m:ctrlPr>
              <w:rPr>
                <w:rFonts w:ascii="Cambria Math" w:hAnsi="Cambria Math"/>
                <w:color w:val="auto"/>
              </w:rPr>
            </m:ctrlPr>
          </m:sSupPr>
          <m:e>
            <m:r>
              <w:rPr>
                <w:rFonts w:ascii="Cambria Math" w:hAnsi="Cambria Math"/>
                <w:color w:val="auto"/>
              </w:rPr>
              <m:t>SD</m:t>
            </m:r>
          </m:e>
          <m:sup>
            <m:r>
              <w:rPr>
                <w:rFonts w:ascii="Cambria Math" w:hAnsi="Cambria Math"/>
                <w:color w:val="auto"/>
              </w:rPr>
              <m:t>F</m:t>
            </m:r>
            <m:r>
              <m:rPr>
                <m:sty m:val="p"/>
              </m:rPr>
              <w:rPr>
                <w:rFonts w:ascii="Cambria Math" w:hAnsi="Cambria Math"/>
                <w:color w:val="auto"/>
              </w:rPr>
              <m:t xml:space="preserve"> </m:t>
            </m:r>
          </m:sup>
        </m:sSup>
      </m:oMath>
      <w:r w:rsidRPr="004857CF">
        <w:rPr>
          <w:color w:val="auto"/>
        </w:rPr>
        <w:t>are missing, an estimated average (mean) SD CFB (</w:t>
      </w:r>
      <m:oMath>
        <m:sSup>
          <m:sSupPr>
            <m:ctrlPr>
              <w:rPr>
                <w:rFonts w:ascii="Cambria Math" w:hAnsi="Cambria Math"/>
                <w:color w:val="auto"/>
              </w:rPr>
            </m:ctrlPr>
          </m:sSupPr>
          <m:e>
            <m:acc>
              <m:accPr>
                <m:chr m:val="̅"/>
                <m:ctrlPr>
                  <w:rPr>
                    <w:rFonts w:ascii="Cambria Math" w:hAnsi="Cambria Math"/>
                    <w:color w:val="auto"/>
                  </w:rPr>
                </m:ctrlPr>
              </m:accPr>
              <m:e>
                <m:r>
                  <w:rPr>
                    <w:rFonts w:ascii="Cambria Math" w:hAnsi="Cambria Math"/>
                    <w:color w:val="auto"/>
                  </w:rPr>
                  <m:t>SD</m:t>
                </m:r>
              </m:e>
            </m:acc>
          </m:e>
          <m:sup>
            <m:r>
              <m:rPr>
                <m:sty m:val="p"/>
              </m:rPr>
              <w:rPr>
                <w:rFonts w:ascii="Cambria Math" w:hAnsi="Cambria Math"/>
                <w:color w:val="auto"/>
              </w:rPr>
              <m:t>Δ</m:t>
            </m:r>
          </m:sup>
        </m:sSup>
      </m:oMath>
      <w:r w:rsidRPr="004857CF">
        <w:rPr>
          <w:color w:val="auto"/>
        </w:rPr>
        <w:t xml:space="preserve">) was calculated by pooling the remaining individual treatment groups that report </w:t>
      </w:r>
      <m:oMath>
        <m:sSup>
          <m:sSupPr>
            <m:ctrlPr>
              <w:rPr>
                <w:rFonts w:ascii="Cambria Math" w:hAnsi="Cambria Math"/>
                <w:color w:val="auto"/>
              </w:rPr>
            </m:ctrlPr>
          </m:sSupPr>
          <m:e>
            <m:r>
              <w:rPr>
                <w:rFonts w:ascii="Cambria Math" w:hAnsi="Cambria Math"/>
                <w:color w:val="auto"/>
              </w:rPr>
              <m:t>SD</m:t>
            </m:r>
          </m:e>
          <m:sup>
            <m:r>
              <m:rPr>
                <m:sty m:val="p"/>
              </m:rPr>
              <w:rPr>
                <w:rFonts w:ascii="Cambria Math" w:hAnsi="Cambria Math"/>
                <w:color w:val="auto"/>
              </w:rPr>
              <m:t>∆</m:t>
            </m:r>
          </m:sup>
        </m:sSup>
      </m:oMath>
      <w:r w:rsidRPr="004857CF">
        <w:rPr>
          <w:color w:val="auto"/>
        </w:rPr>
        <w:t xml:space="preserve">, weighted by the number of patients in each respective group </w:t>
      </w:r>
      <m:oMath>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n</m:t>
            </m:r>
          </m:e>
          <m:sub>
            <m:r>
              <w:rPr>
                <w:rFonts w:ascii="Cambria Math" w:hAnsi="Cambria Math"/>
                <w:color w:val="auto"/>
              </w:rPr>
              <m:t>k</m:t>
            </m:r>
          </m:sub>
        </m:sSub>
        <m:r>
          <m:rPr>
            <m:sty m:val="p"/>
          </m:rPr>
          <w:rPr>
            <w:rFonts w:ascii="Cambria Math" w:hAnsi="Cambria Math"/>
            <w:color w:val="auto"/>
          </w:rPr>
          <m:t>)</m:t>
        </m:r>
      </m:oMath>
      <w:r w:rsidRPr="004857CF">
        <w:rPr>
          <w:color w:val="auto"/>
        </w:rPr>
        <w:t>, using Equation (3)</w:t>
      </w:r>
      <w:r w:rsidR="0031308D" w:rsidRPr="004857CF">
        <w:rPr>
          <w:color w:val="auto"/>
        </w:rPr>
        <w:fldChar w:fldCharType="begin"/>
      </w:r>
      <w:r w:rsidR="00073331">
        <w:rPr>
          <w:color w:val="auto"/>
        </w:rPr>
        <w:instrText xml:space="preserve"> ADDIN EN.CITE &lt;EndNote&gt;&lt;Cite&gt;&lt;Author&gt;Upton&lt;/Author&gt;&lt;Year&gt;2014&lt;/Year&gt;&lt;RecNum&gt;115&lt;/RecNum&gt;&lt;DisplayText&gt;&lt;style face="superscript"&gt;118&lt;/style&gt;&lt;/DisplayText&gt;&lt;record&gt;&lt;rec-number&gt;115&lt;/rec-number&gt;&lt;foreign-keys&gt;&lt;key app="EN" db-id="9ttaxzax2p0tr7ewzt55atews50zvxaaa5rz" timestamp="1764068857"&gt;115&lt;/key&gt;&lt;/foreign-keys&gt;&lt;ref-type name="Book"&gt;6&lt;/ref-type&gt;&lt;contributors&gt;&lt;authors&gt;&lt;author&gt;Upton, Graham&lt;/author&gt;&lt;author&gt;Cook, Ian&lt;/author&gt;&lt;/authors&gt;&lt;/contributors&gt;&lt;titles&gt;&lt;title&gt;A dictionary of statistics 3e&lt;/title&gt;&lt;/titles&gt;&lt;dates&gt;&lt;year&gt;2014&lt;/year&gt;&lt;/dates&gt;&lt;publisher&gt;Oxford university press&lt;/publisher&gt;&lt;isbn&gt;0199679185&lt;/isbn&gt;&lt;urls&gt;&lt;/urls&gt;&lt;/record&gt;&lt;/Cite&gt;&lt;/EndNote&gt;</w:instrText>
      </w:r>
      <w:r w:rsidR="0031308D" w:rsidRPr="004857CF">
        <w:rPr>
          <w:color w:val="auto"/>
        </w:rPr>
        <w:fldChar w:fldCharType="separate"/>
      </w:r>
      <w:r w:rsidR="00E8550B" w:rsidRPr="00E8550B">
        <w:rPr>
          <w:noProof/>
          <w:color w:val="auto"/>
          <w:vertAlign w:val="superscript"/>
        </w:rPr>
        <w:t>118</w:t>
      </w:r>
      <w:r w:rsidR="0031308D" w:rsidRPr="004857CF">
        <w:rPr>
          <w:color w:val="auto"/>
        </w:rPr>
        <w:fldChar w:fldCharType="end"/>
      </w:r>
      <w:r w:rsidRPr="004857CF">
        <w:rPr>
          <w:color w:val="auto"/>
        </w:rPr>
        <w:t>:</w:t>
      </w:r>
    </w:p>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3969"/>
        <w:gridCol w:w="2982"/>
      </w:tblGrid>
      <w:tr w:rsidR="00412833" w:rsidRPr="004857CF" w14:paraId="6BE7E6CB" w14:textId="77777777" w:rsidTr="00C32B29">
        <w:tc>
          <w:tcPr>
            <w:tcW w:w="2547" w:type="dxa"/>
            <w:vAlign w:val="center"/>
          </w:tcPr>
          <w:p w14:paraId="6B6C67D2" w14:textId="77777777" w:rsidR="00412833" w:rsidRPr="004857CF" w:rsidRDefault="00412833" w:rsidP="00C32B29">
            <w:pPr>
              <w:pStyle w:val="ListParagraph"/>
              <w:numPr>
                <w:ilvl w:val="0"/>
                <w:numId w:val="0"/>
              </w:numPr>
              <w:spacing w:before="0" w:after="200" w:line="276" w:lineRule="auto"/>
              <w:ind w:left="360"/>
              <w:rPr>
                <w:rFonts w:cs="Arial"/>
                <w:color w:val="auto"/>
                <w:lang w:val="en-US"/>
              </w:rPr>
            </w:pPr>
          </w:p>
        </w:tc>
        <w:tc>
          <w:tcPr>
            <w:tcW w:w="3969" w:type="dxa"/>
            <w:vAlign w:val="center"/>
          </w:tcPr>
          <w:p w14:paraId="38D7DF4C" w14:textId="77777777" w:rsidR="00412833" w:rsidRPr="004857CF" w:rsidRDefault="0083675E" w:rsidP="00C32B29">
            <w:pPr>
              <w:pStyle w:val="ListParagraph"/>
              <w:numPr>
                <w:ilvl w:val="0"/>
                <w:numId w:val="0"/>
              </w:numPr>
              <w:spacing w:before="0" w:after="200" w:line="276" w:lineRule="auto"/>
              <w:ind w:left="360"/>
              <w:rPr>
                <w:rFonts w:cs="Arial"/>
                <w:color w:val="auto"/>
                <w:lang w:val="en-US"/>
              </w:rPr>
            </w:pPr>
            <m:oMathPara>
              <m:oMath>
                <m:sSup>
                  <m:sSupPr>
                    <m:ctrlPr>
                      <w:rPr>
                        <w:rFonts w:ascii="Cambria Math" w:hAnsi="Cambria Math" w:cs="Arial"/>
                        <w:i/>
                        <w:color w:val="auto"/>
                        <w:lang w:val="en-US"/>
                      </w:rPr>
                    </m:ctrlPr>
                  </m:sSupPr>
                  <m:e>
                    <m:acc>
                      <m:accPr>
                        <m:chr m:val="̅"/>
                        <m:ctrlPr>
                          <w:rPr>
                            <w:rFonts w:ascii="Cambria Math" w:hAnsi="Cambria Math" w:cs="Arial"/>
                            <w:i/>
                            <w:color w:val="auto"/>
                            <w:lang w:val="en-US"/>
                          </w:rPr>
                        </m:ctrlPr>
                      </m:accPr>
                      <m:e>
                        <m:r>
                          <w:rPr>
                            <w:rFonts w:ascii="Cambria Math" w:hAnsi="Cambria Math" w:cs="Arial"/>
                            <w:color w:val="auto"/>
                            <w:lang w:val="en-US"/>
                          </w:rPr>
                          <m:t>SD</m:t>
                        </m:r>
                      </m:e>
                    </m:acc>
                  </m:e>
                  <m:sup>
                    <m:r>
                      <m:rPr>
                        <m:sty m:val="p"/>
                      </m:rPr>
                      <w:rPr>
                        <w:rFonts w:ascii="Cambria Math" w:hAnsi="Cambria Math" w:cs="Arial"/>
                        <w:color w:val="auto"/>
                        <w:lang w:val="en-US"/>
                      </w:rPr>
                      <m:t>Δ</m:t>
                    </m:r>
                  </m:sup>
                </m:sSup>
                <m:r>
                  <w:rPr>
                    <w:rFonts w:ascii="Cambria Math" w:hAnsi="Cambria Math" w:cs="Arial"/>
                    <w:color w:val="auto"/>
                    <w:lang w:val="en-US"/>
                  </w:rPr>
                  <m:t xml:space="preserve"> =</m:t>
                </m:r>
                <m:rad>
                  <m:radPr>
                    <m:degHide m:val="1"/>
                    <m:ctrlPr>
                      <w:rPr>
                        <w:rFonts w:ascii="Cambria Math" w:hAnsi="Cambria Math" w:cs="Arial"/>
                        <w:i/>
                        <w:color w:val="auto"/>
                        <w:lang w:val="en-US"/>
                      </w:rPr>
                    </m:ctrlPr>
                  </m:radPr>
                  <m:deg/>
                  <m:e>
                    <m:f>
                      <m:fPr>
                        <m:ctrlPr>
                          <w:rPr>
                            <w:rFonts w:ascii="Cambria Math" w:hAnsi="Cambria Math" w:cs="Arial"/>
                            <w:i/>
                            <w:color w:val="auto"/>
                            <w:lang w:val="en-US"/>
                          </w:rPr>
                        </m:ctrlPr>
                      </m:fPr>
                      <m:num>
                        <m:nary>
                          <m:naryPr>
                            <m:chr m:val="∑"/>
                            <m:ctrlPr>
                              <w:rPr>
                                <w:rFonts w:ascii="Cambria Math" w:hAnsi="Cambria Math" w:cs="Arial"/>
                                <w:i/>
                                <w:color w:val="auto"/>
                                <w:lang w:val="en-US"/>
                              </w:rPr>
                            </m:ctrlPr>
                          </m:naryPr>
                          <m:sub>
                            <m:r>
                              <w:rPr>
                                <w:rFonts w:ascii="Cambria Math" w:hAnsi="Cambria Math" w:cs="Arial"/>
                                <w:color w:val="auto"/>
                                <w:lang w:val="en-US"/>
                              </w:rPr>
                              <m:t>k=1</m:t>
                            </m:r>
                          </m:sub>
                          <m:sup>
                            <m:r>
                              <w:rPr>
                                <w:rFonts w:ascii="Cambria Math" w:hAnsi="Cambria Math" w:cs="Arial"/>
                                <w:color w:val="auto"/>
                                <w:lang w:val="en-US"/>
                              </w:rPr>
                              <m:t>m</m:t>
                            </m:r>
                          </m:sup>
                          <m:e>
                            <m:d>
                              <m:dPr>
                                <m:ctrlPr>
                                  <w:rPr>
                                    <w:rFonts w:ascii="Cambria Math" w:hAnsi="Cambria Math" w:cs="Arial"/>
                                    <w:i/>
                                    <w:color w:val="auto"/>
                                    <w:lang w:val="en-US"/>
                                  </w:rPr>
                                </m:ctrlPr>
                              </m:dPr>
                              <m:e>
                                <m:d>
                                  <m:dPr>
                                    <m:ctrlPr>
                                      <w:rPr>
                                        <w:rFonts w:ascii="Cambria Math" w:hAnsi="Cambria Math" w:cs="Arial"/>
                                        <w:i/>
                                        <w:color w:val="auto"/>
                                        <w:lang w:val="en-US"/>
                                      </w:rPr>
                                    </m:ctrlPr>
                                  </m:dPr>
                                  <m:e>
                                    <m:sSub>
                                      <m:sSubPr>
                                        <m:ctrlPr>
                                          <w:rPr>
                                            <w:rFonts w:ascii="Cambria Math" w:hAnsi="Cambria Math" w:cs="Arial"/>
                                            <w:i/>
                                            <w:color w:val="auto"/>
                                            <w:lang w:val="en-US"/>
                                          </w:rPr>
                                        </m:ctrlPr>
                                      </m:sSubPr>
                                      <m:e>
                                        <m:r>
                                          <w:rPr>
                                            <w:rFonts w:ascii="Cambria Math" w:hAnsi="Cambria Math" w:cs="Arial"/>
                                            <w:color w:val="auto"/>
                                            <w:lang w:val="en-US"/>
                                          </w:rPr>
                                          <m:t>n</m:t>
                                        </m:r>
                                      </m:e>
                                      <m:sub>
                                        <m:r>
                                          <w:rPr>
                                            <w:rFonts w:ascii="Cambria Math" w:hAnsi="Cambria Math" w:cs="Arial"/>
                                            <w:color w:val="auto"/>
                                            <w:lang w:val="en-US"/>
                                          </w:rPr>
                                          <m:t>k</m:t>
                                        </m:r>
                                      </m:sub>
                                    </m:sSub>
                                    <m:r>
                                      <w:rPr>
                                        <w:rFonts w:ascii="Cambria Math" w:hAnsi="Cambria Math" w:cs="Arial"/>
                                        <w:color w:val="auto"/>
                                        <w:lang w:val="en-US"/>
                                      </w:rPr>
                                      <m:t>-1</m:t>
                                    </m:r>
                                  </m:e>
                                </m:d>
                                <m:r>
                                  <w:rPr>
                                    <w:rFonts w:ascii="Cambria Math" w:hAnsi="Cambria Math" w:cs="Arial"/>
                                    <w:color w:val="auto"/>
                                    <w:lang w:val="en-US"/>
                                  </w:rPr>
                                  <m:t>S</m:t>
                                </m:r>
                                <m:sSup>
                                  <m:sSupPr>
                                    <m:ctrlPr>
                                      <w:rPr>
                                        <w:rFonts w:ascii="Cambria Math" w:hAnsi="Cambria Math" w:cs="Arial"/>
                                        <w:i/>
                                        <w:color w:val="auto"/>
                                        <w:lang w:val="en-US"/>
                                      </w:rPr>
                                    </m:ctrlPr>
                                  </m:sSupPr>
                                  <m:e>
                                    <m:sSubSup>
                                      <m:sSubSupPr>
                                        <m:ctrlPr>
                                          <w:rPr>
                                            <w:rFonts w:ascii="Cambria Math" w:hAnsi="Cambria Math" w:cs="Arial"/>
                                            <w:i/>
                                            <w:color w:val="auto"/>
                                            <w:lang w:val="en-US"/>
                                          </w:rPr>
                                        </m:ctrlPr>
                                      </m:sSubSupPr>
                                      <m:e>
                                        <m:r>
                                          <w:rPr>
                                            <w:rFonts w:ascii="Cambria Math" w:hAnsi="Cambria Math" w:cs="Arial"/>
                                            <w:color w:val="auto"/>
                                            <w:lang w:val="en-US"/>
                                          </w:rPr>
                                          <m:t>D</m:t>
                                        </m:r>
                                      </m:e>
                                      <m:sub>
                                        <m:r>
                                          <w:rPr>
                                            <w:rFonts w:ascii="Cambria Math" w:hAnsi="Cambria Math" w:cs="Arial"/>
                                            <w:color w:val="auto"/>
                                            <w:lang w:val="en-US"/>
                                          </w:rPr>
                                          <m:t>k</m:t>
                                        </m:r>
                                      </m:sub>
                                      <m:sup>
                                        <m:r>
                                          <m:rPr>
                                            <m:sty m:val="p"/>
                                          </m:rPr>
                                          <w:rPr>
                                            <w:rFonts w:ascii="Cambria Math" w:hAnsi="Cambria Math" w:cs="Arial"/>
                                            <w:color w:val="auto"/>
                                            <w:lang w:val="en-US"/>
                                          </w:rPr>
                                          <m:t>Δ</m:t>
                                        </m:r>
                                      </m:sup>
                                    </m:sSubSup>
                                  </m:e>
                                  <m:sup>
                                    <m:r>
                                      <w:rPr>
                                        <w:rFonts w:ascii="Cambria Math" w:hAnsi="Cambria Math" w:cs="Arial"/>
                                        <w:color w:val="auto"/>
                                        <w:lang w:val="en-US"/>
                                      </w:rPr>
                                      <m:t>2</m:t>
                                    </m:r>
                                  </m:sup>
                                </m:sSup>
                              </m:e>
                            </m:d>
                          </m:e>
                        </m:nary>
                      </m:num>
                      <m:den>
                        <m:nary>
                          <m:naryPr>
                            <m:chr m:val="∑"/>
                            <m:ctrlPr>
                              <w:rPr>
                                <w:rFonts w:ascii="Cambria Math" w:hAnsi="Cambria Math" w:cs="Arial"/>
                                <w:i/>
                                <w:color w:val="auto"/>
                                <w:lang w:val="en-US"/>
                              </w:rPr>
                            </m:ctrlPr>
                          </m:naryPr>
                          <m:sub>
                            <m:r>
                              <w:rPr>
                                <w:rFonts w:ascii="Cambria Math" w:hAnsi="Cambria Math" w:cs="Arial"/>
                                <w:color w:val="auto"/>
                                <w:lang w:val="en-US"/>
                              </w:rPr>
                              <m:t>k=1</m:t>
                            </m:r>
                          </m:sub>
                          <m:sup>
                            <m:r>
                              <w:rPr>
                                <w:rFonts w:ascii="Cambria Math" w:hAnsi="Cambria Math" w:cs="Arial"/>
                                <w:color w:val="auto"/>
                                <w:lang w:val="en-US"/>
                              </w:rPr>
                              <m:t>m</m:t>
                            </m:r>
                          </m:sup>
                          <m:e>
                            <m:r>
                              <w:rPr>
                                <w:rFonts w:ascii="Cambria Math" w:hAnsi="Cambria Math" w:cs="Arial"/>
                                <w:color w:val="auto"/>
                                <w:lang w:val="en-US"/>
                              </w:rPr>
                              <m:t>(</m:t>
                            </m:r>
                            <m:sSub>
                              <m:sSubPr>
                                <m:ctrlPr>
                                  <w:rPr>
                                    <w:rFonts w:ascii="Cambria Math" w:hAnsi="Cambria Math" w:cs="Arial"/>
                                    <w:i/>
                                    <w:color w:val="auto"/>
                                    <w:lang w:val="en-US"/>
                                  </w:rPr>
                                </m:ctrlPr>
                              </m:sSubPr>
                              <m:e>
                                <m:r>
                                  <w:rPr>
                                    <w:rFonts w:ascii="Cambria Math" w:hAnsi="Cambria Math" w:cs="Arial"/>
                                    <w:color w:val="auto"/>
                                    <w:lang w:val="en-US"/>
                                  </w:rPr>
                                  <m:t>n</m:t>
                                </m:r>
                              </m:e>
                              <m:sub>
                                <m:r>
                                  <w:rPr>
                                    <w:rFonts w:ascii="Cambria Math" w:hAnsi="Cambria Math" w:cs="Arial"/>
                                    <w:color w:val="auto"/>
                                    <w:lang w:val="en-US"/>
                                  </w:rPr>
                                  <m:t>k</m:t>
                                </m:r>
                              </m:sub>
                            </m:sSub>
                            <m:r>
                              <w:rPr>
                                <w:rFonts w:ascii="Cambria Math" w:hAnsi="Cambria Math" w:cs="Arial"/>
                                <w:color w:val="auto"/>
                                <w:lang w:val="en-US"/>
                              </w:rPr>
                              <m:t>-1)</m:t>
                            </m:r>
                          </m:e>
                        </m:nary>
                      </m:den>
                    </m:f>
                  </m:e>
                </m:rad>
                <m:r>
                  <w:rPr>
                    <w:rFonts w:ascii="Cambria Math" w:hAnsi="Cambria Math" w:cs="Arial"/>
                    <w:color w:val="auto"/>
                    <w:lang w:val="en-US"/>
                  </w:rPr>
                  <m:t>,</m:t>
                </m:r>
              </m:oMath>
            </m:oMathPara>
          </w:p>
        </w:tc>
        <w:tc>
          <w:tcPr>
            <w:tcW w:w="2982" w:type="dxa"/>
            <w:vAlign w:val="center"/>
          </w:tcPr>
          <w:p w14:paraId="4C9E31C3" w14:textId="77777777" w:rsidR="00412833" w:rsidRPr="004857CF" w:rsidRDefault="0083675E" w:rsidP="00C32B29">
            <w:pPr>
              <w:pStyle w:val="ListParagraph"/>
              <w:numPr>
                <w:ilvl w:val="0"/>
                <w:numId w:val="0"/>
              </w:numPr>
              <w:spacing w:before="0" w:after="200" w:line="276" w:lineRule="auto"/>
              <w:ind w:left="360"/>
              <w:jc w:val="right"/>
              <w:rPr>
                <w:rFonts w:cs="Arial"/>
                <w:color w:val="auto"/>
                <w:lang w:val="en-US"/>
              </w:rPr>
            </w:pPr>
            <m:oMathPara>
              <m:oMathParaPr>
                <m:jc m:val="right"/>
              </m:oMathParaPr>
              <m:oMath>
                <m:d>
                  <m:dPr>
                    <m:ctrlPr>
                      <w:rPr>
                        <w:rFonts w:ascii="Cambria Math" w:hAnsi="Cambria Math"/>
                        <w:i/>
                        <w:color w:val="auto"/>
                        <w:lang w:val="en-US"/>
                      </w:rPr>
                    </m:ctrlPr>
                  </m:dPr>
                  <m:e>
                    <m:r>
                      <w:rPr>
                        <w:rFonts w:ascii="Cambria Math" w:hAnsi="Cambria Math"/>
                        <w:color w:val="auto"/>
                        <w:lang w:val="en-US"/>
                      </w:rPr>
                      <m:t>3</m:t>
                    </m:r>
                  </m:e>
                </m:d>
              </m:oMath>
            </m:oMathPara>
          </w:p>
        </w:tc>
      </w:tr>
    </w:tbl>
    <w:p w14:paraId="3A8DFB99" w14:textId="77777777" w:rsidR="00412833" w:rsidRPr="004857CF" w:rsidRDefault="00412833" w:rsidP="00412833">
      <w:pPr>
        <w:ind w:left="357"/>
        <w:rPr>
          <w:color w:val="auto"/>
        </w:rPr>
      </w:pPr>
      <w:r w:rsidRPr="004857CF">
        <w:rPr>
          <w:color w:val="auto"/>
        </w:rPr>
        <w:t xml:space="preserve">where </w:t>
      </w:r>
      <m:oMath>
        <m:r>
          <w:rPr>
            <w:rFonts w:ascii="Cambria Math" w:hAnsi="Cambria Math"/>
            <w:color w:val="auto"/>
          </w:rPr>
          <m:t>m</m:t>
        </m:r>
      </m:oMath>
      <w:r w:rsidRPr="004857CF">
        <w:rPr>
          <w:color w:val="auto"/>
        </w:rPr>
        <w:t xml:space="preserve"> is the total number of treatment groups that directly report </w:t>
      </w:r>
      <m:oMath>
        <m:r>
          <w:rPr>
            <w:rFonts w:ascii="Cambria Math" w:hAnsi="Cambria Math"/>
            <w:color w:val="auto"/>
          </w:rPr>
          <m:t>S</m:t>
        </m:r>
        <m:sSup>
          <m:sSupPr>
            <m:ctrlPr>
              <w:rPr>
                <w:rFonts w:ascii="Cambria Math" w:hAnsi="Cambria Math"/>
                <w:i/>
                <w:color w:val="auto"/>
              </w:rPr>
            </m:ctrlPr>
          </m:sSupPr>
          <m:e>
            <m:r>
              <w:rPr>
                <w:rFonts w:ascii="Cambria Math" w:hAnsi="Cambria Math"/>
                <w:color w:val="auto"/>
              </w:rPr>
              <m:t>D</m:t>
            </m:r>
          </m:e>
          <m:sup>
            <m:r>
              <m:rPr>
                <m:sty m:val="p"/>
              </m:rPr>
              <w:rPr>
                <w:rFonts w:ascii="Cambria Math" w:hAnsi="Cambria Math"/>
                <w:color w:val="auto"/>
              </w:rPr>
              <m:t>Δ</m:t>
            </m:r>
          </m:sup>
        </m:sSup>
      </m:oMath>
      <w:r w:rsidRPr="004857CF">
        <w:rPr>
          <w:color w:val="auto"/>
        </w:rPr>
        <w:t xml:space="preserve">, or </w:t>
      </w:r>
      <m:oMath>
        <m:r>
          <w:rPr>
            <w:rFonts w:ascii="Cambria Math" w:hAnsi="Cambria Math"/>
            <w:color w:val="auto"/>
          </w:rPr>
          <m:t>S</m:t>
        </m:r>
        <m:sSup>
          <m:sSupPr>
            <m:ctrlPr>
              <w:rPr>
                <w:rFonts w:ascii="Cambria Math" w:hAnsi="Cambria Math"/>
                <w:i/>
                <w:color w:val="auto"/>
              </w:rPr>
            </m:ctrlPr>
          </m:sSupPr>
          <m:e>
            <m:r>
              <w:rPr>
                <w:rFonts w:ascii="Cambria Math" w:hAnsi="Cambria Math"/>
                <w:color w:val="auto"/>
              </w:rPr>
              <m:t>D</m:t>
            </m:r>
          </m:e>
          <m:sup>
            <m:r>
              <m:rPr>
                <m:sty m:val="p"/>
              </m:rPr>
              <w:rPr>
                <w:rFonts w:ascii="Cambria Math" w:hAnsi="Cambria Math"/>
                <w:color w:val="auto"/>
              </w:rPr>
              <m:t>Δ</m:t>
            </m:r>
          </m:sup>
        </m:sSup>
      </m:oMath>
      <w:r w:rsidRPr="004857CF">
        <w:rPr>
          <w:color w:val="auto"/>
        </w:rPr>
        <w:t xml:space="preserve"> was previously estimated using Equation (2).</w:t>
      </w:r>
    </w:p>
    <w:p w14:paraId="73F9EE2D" w14:textId="77777777" w:rsidR="00412833" w:rsidRPr="004857CF" w:rsidRDefault="00412833" w:rsidP="00412833">
      <w:pPr>
        <w:rPr>
          <w:color w:val="auto"/>
        </w:rPr>
      </w:pPr>
    </w:p>
    <w:p w14:paraId="56332D22" w14:textId="5F33A7FC" w:rsidR="00412833" w:rsidRPr="004857CF" w:rsidRDefault="00412833" w:rsidP="00412833">
      <w:pPr>
        <w:rPr>
          <w:color w:val="auto"/>
        </w:rPr>
      </w:pPr>
      <w:r w:rsidRPr="004857CF">
        <w:rPr>
          <w:color w:val="auto"/>
        </w:rPr>
        <w:t xml:space="preserve">The analysis pooled </w:t>
      </w:r>
      <w:r w:rsidR="00F149F9" w:rsidRPr="004857CF">
        <w:rPr>
          <w:color w:val="auto"/>
        </w:rPr>
        <w:t>trial</w:t>
      </w:r>
      <w:r w:rsidRPr="004857CF">
        <w:rPr>
          <w:color w:val="auto"/>
        </w:rPr>
        <w:t xml:space="preserve"> arms that share the same investigated treatment with dosing regimen within the recommended range per the FDA label. Note, any </w:t>
      </w:r>
      <w:r w:rsidR="00F149F9" w:rsidRPr="004857CF">
        <w:rPr>
          <w:color w:val="auto"/>
        </w:rPr>
        <w:t>trial</w:t>
      </w:r>
      <w:r w:rsidRPr="004857CF">
        <w:rPr>
          <w:color w:val="auto"/>
        </w:rPr>
        <w:t xml:space="preserve"> arm with a dosing regimen outside of the FDA recommended range was not included. This method assumes equal efficacy across treatments, regardless of the dose administered in each </w:t>
      </w:r>
      <w:r w:rsidR="00F149F9" w:rsidRPr="004857CF">
        <w:rPr>
          <w:color w:val="auto"/>
        </w:rPr>
        <w:t>trial</w:t>
      </w:r>
      <w:r w:rsidRPr="004857CF">
        <w:rPr>
          <w:color w:val="auto"/>
        </w:rPr>
        <w:t xml:space="preserve">. In order to pool these arms, the mean was weighted by the sample size in each arm. To derive the pooled standard error, first the pooled variance </w:t>
      </w:r>
      <m:oMath>
        <m:sSup>
          <m:sSupPr>
            <m:ctrlPr>
              <w:rPr>
                <w:rFonts w:ascii="Cambria Math" w:hAnsi="Cambria Math" w:cs="Arial"/>
                <w:i/>
                <w:color w:val="auto"/>
                <w:lang w:eastAsia="en-GB" w:bidi="en-US"/>
              </w:rPr>
            </m:ctrlPr>
          </m:sSupPr>
          <m:e>
            <m:sSub>
              <m:sSubPr>
                <m:ctrlPr>
                  <w:rPr>
                    <w:rFonts w:ascii="Cambria Math" w:hAnsi="Cambria Math" w:cs="Arial"/>
                    <w:i/>
                    <w:color w:val="auto"/>
                    <w:lang w:eastAsia="en-GB" w:bidi="en-US"/>
                  </w:rPr>
                </m:ctrlPr>
              </m:sSubPr>
              <m:e>
                <m:r>
                  <w:rPr>
                    <w:rFonts w:ascii="Cambria Math" w:hAnsi="Cambria Math" w:cs="Arial"/>
                    <w:color w:val="auto"/>
                  </w:rPr>
                  <m:t>s</m:t>
                </m:r>
              </m:e>
              <m:sub>
                <m:r>
                  <w:rPr>
                    <w:rFonts w:ascii="Cambria Math" w:hAnsi="Cambria Math" w:cs="Arial"/>
                    <w:color w:val="auto"/>
                  </w:rPr>
                  <m:t>p</m:t>
                </m:r>
              </m:sub>
            </m:sSub>
          </m:e>
          <m:sup>
            <m:r>
              <w:rPr>
                <w:rFonts w:ascii="Cambria Math" w:hAnsi="Cambria Math" w:cs="Arial"/>
                <w:color w:val="auto"/>
              </w:rPr>
              <m:t>2</m:t>
            </m:r>
          </m:sup>
        </m:sSup>
        <m:r>
          <w:rPr>
            <w:rFonts w:ascii="Cambria Math" w:hAnsi="Cambria Math" w:cs="Arial"/>
            <w:color w:val="auto"/>
            <w:lang w:eastAsia="en-GB" w:bidi="en-US"/>
          </w:rPr>
          <m:t xml:space="preserve"> </m:t>
        </m:r>
      </m:oMath>
      <w:r w:rsidRPr="004857CF">
        <w:rPr>
          <w:color w:val="auto"/>
        </w:rPr>
        <w:t xml:space="preserve">was calculated using Equation (4), where </w:t>
      </w:r>
      <w:r w:rsidRPr="004857CF">
        <w:rPr>
          <w:i/>
          <w:iCs/>
          <w:color w:val="auto"/>
        </w:rPr>
        <w:t>k</w:t>
      </w:r>
      <w:r w:rsidRPr="004857CF">
        <w:rPr>
          <w:color w:val="auto"/>
        </w:rPr>
        <w:t xml:space="preserve"> is each </w:t>
      </w:r>
      <w:r w:rsidR="00F149F9" w:rsidRPr="004857CF">
        <w:rPr>
          <w:color w:val="auto"/>
        </w:rPr>
        <w:t>trial</w:t>
      </w:r>
      <w:r w:rsidRPr="004857CF">
        <w:rPr>
          <w:color w:val="auto"/>
        </w:rPr>
        <w:t xml:space="preserve"> arm.</w:t>
      </w:r>
    </w:p>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3969"/>
        <w:gridCol w:w="2982"/>
      </w:tblGrid>
      <w:tr w:rsidR="00412833" w:rsidRPr="004857CF" w14:paraId="1A33A748" w14:textId="77777777" w:rsidTr="00C32B29">
        <w:tc>
          <w:tcPr>
            <w:tcW w:w="2547" w:type="dxa"/>
            <w:vAlign w:val="center"/>
          </w:tcPr>
          <w:p w14:paraId="045743B4" w14:textId="77777777" w:rsidR="00412833" w:rsidRPr="004857CF" w:rsidRDefault="00412833" w:rsidP="00C32B29">
            <w:pPr>
              <w:pStyle w:val="ListParagraph"/>
              <w:numPr>
                <w:ilvl w:val="0"/>
                <w:numId w:val="0"/>
              </w:numPr>
              <w:spacing w:before="0" w:after="200" w:line="276" w:lineRule="auto"/>
              <w:ind w:left="360"/>
              <w:rPr>
                <w:rFonts w:cs="Arial"/>
                <w:color w:val="auto"/>
                <w:lang w:val="en-US"/>
              </w:rPr>
            </w:pPr>
          </w:p>
        </w:tc>
        <w:tc>
          <w:tcPr>
            <w:tcW w:w="3969" w:type="dxa"/>
            <w:vAlign w:val="center"/>
          </w:tcPr>
          <w:p w14:paraId="22CCF568" w14:textId="77777777" w:rsidR="00412833" w:rsidRPr="004857CF" w:rsidRDefault="0083675E" w:rsidP="00C32B29">
            <w:pPr>
              <w:pStyle w:val="ListParagraph"/>
              <w:numPr>
                <w:ilvl w:val="0"/>
                <w:numId w:val="0"/>
              </w:numPr>
              <w:spacing w:before="0" w:after="200" w:line="276" w:lineRule="auto"/>
              <w:ind w:left="360"/>
              <w:rPr>
                <w:rFonts w:cs="Arial"/>
                <w:color w:val="auto"/>
                <w:lang w:val="en-US"/>
              </w:rPr>
            </w:pPr>
            <m:oMathPara>
              <m:oMath>
                <m:sSup>
                  <m:sSupPr>
                    <m:ctrlPr>
                      <w:rPr>
                        <w:rFonts w:ascii="Cambria Math" w:hAnsi="Cambria Math" w:cs="Arial"/>
                        <w:i/>
                        <w:color w:val="auto"/>
                        <w:lang w:val="en-US"/>
                      </w:rPr>
                    </m:ctrlPr>
                  </m:sSupPr>
                  <m:e>
                    <m:sSub>
                      <m:sSubPr>
                        <m:ctrlPr>
                          <w:rPr>
                            <w:rFonts w:ascii="Cambria Math" w:hAnsi="Cambria Math" w:cs="Arial"/>
                            <w:i/>
                            <w:color w:val="auto"/>
                            <w:lang w:val="en-US"/>
                          </w:rPr>
                        </m:ctrlPr>
                      </m:sSubPr>
                      <m:e>
                        <m:r>
                          <w:rPr>
                            <w:rFonts w:ascii="Cambria Math" w:hAnsi="Cambria Math" w:cs="Arial"/>
                            <w:color w:val="auto"/>
                            <w:lang w:val="en-US"/>
                          </w:rPr>
                          <m:t>s</m:t>
                        </m:r>
                      </m:e>
                      <m:sub>
                        <m:r>
                          <w:rPr>
                            <w:rFonts w:ascii="Cambria Math" w:hAnsi="Cambria Math" w:cs="Arial"/>
                            <w:color w:val="auto"/>
                            <w:lang w:val="en-US"/>
                          </w:rPr>
                          <m:t>p</m:t>
                        </m:r>
                      </m:sub>
                    </m:sSub>
                  </m:e>
                  <m:sup>
                    <m:r>
                      <w:rPr>
                        <w:rFonts w:ascii="Cambria Math" w:hAnsi="Cambria Math" w:cs="Arial"/>
                        <w:color w:val="auto"/>
                        <w:lang w:val="en-US"/>
                      </w:rPr>
                      <m:t>2</m:t>
                    </m:r>
                  </m:sup>
                </m:sSup>
                <m:r>
                  <w:rPr>
                    <w:rFonts w:ascii="Cambria Math" w:hAnsi="Cambria Math" w:cs="Arial"/>
                    <w:color w:val="auto"/>
                    <w:lang w:val="en-US"/>
                  </w:rPr>
                  <m:t xml:space="preserve"> =</m:t>
                </m:r>
                <m:f>
                  <m:fPr>
                    <m:ctrlPr>
                      <w:rPr>
                        <w:rFonts w:ascii="Cambria Math" w:hAnsi="Cambria Math" w:cs="Arial"/>
                        <w:i/>
                        <w:color w:val="auto"/>
                        <w:lang w:val="en-US"/>
                      </w:rPr>
                    </m:ctrlPr>
                  </m:fPr>
                  <m:num>
                    <m:nary>
                      <m:naryPr>
                        <m:chr m:val="∑"/>
                        <m:limLoc m:val="undOvr"/>
                        <m:subHide m:val="1"/>
                        <m:supHide m:val="1"/>
                        <m:ctrlPr>
                          <w:rPr>
                            <w:rFonts w:ascii="Cambria Math" w:hAnsi="Cambria Math" w:cs="Arial"/>
                            <w:i/>
                            <w:color w:val="auto"/>
                            <w:lang w:val="en-US"/>
                          </w:rPr>
                        </m:ctrlPr>
                      </m:naryPr>
                      <m:sub/>
                      <m:sup/>
                      <m:e>
                        <m:sSub>
                          <m:sSubPr>
                            <m:ctrlPr>
                              <w:rPr>
                                <w:rFonts w:ascii="Cambria Math" w:hAnsi="Cambria Math" w:cs="Arial"/>
                                <w:i/>
                                <w:color w:val="auto"/>
                                <w:lang w:val="en-US"/>
                              </w:rPr>
                            </m:ctrlPr>
                          </m:sSubPr>
                          <m:e>
                            <m:r>
                              <w:rPr>
                                <w:rFonts w:ascii="Cambria Math" w:hAnsi="Cambria Math" w:cs="Arial"/>
                                <w:color w:val="auto"/>
                                <w:lang w:val="en-US"/>
                              </w:rPr>
                              <m:t>(n</m:t>
                            </m:r>
                          </m:e>
                          <m:sub>
                            <m:r>
                              <w:rPr>
                                <w:rFonts w:ascii="Cambria Math" w:hAnsi="Cambria Math" w:cs="Arial"/>
                                <w:color w:val="auto"/>
                                <w:lang w:val="en-US"/>
                              </w:rPr>
                              <m:t>k</m:t>
                            </m:r>
                          </m:sub>
                        </m:sSub>
                        <m:r>
                          <w:rPr>
                            <w:rFonts w:ascii="Cambria Math" w:hAnsi="Cambria Math" w:cs="Arial"/>
                            <w:color w:val="auto"/>
                            <w:lang w:val="en-US"/>
                          </w:rPr>
                          <m:t>-1)</m:t>
                        </m:r>
                        <m:sSup>
                          <m:sSupPr>
                            <m:ctrlPr>
                              <w:rPr>
                                <w:rFonts w:ascii="Cambria Math" w:hAnsi="Cambria Math" w:cs="Arial"/>
                                <w:i/>
                                <w:color w:val="auto"/>
                                <w:lang w:val="en-US"/>
                              </w:rPr>
                            </m:ctrlPr>
                          </m:sSupPr>
                          <m:e>
                            <m:sSub>
                              <m:sSubPr>
                                <m:ctrlPr>
                                  <w:rPr>
                                    <w:rFonts w:ascii="Cambria Math" w:hAnsi="Cambria Math" w:cs="Arial"/>
                                    <w:i/>
                                    <w:color w:val="auto"/>
                                    <w:lang w:val="en-US"/>
                                  </w:rPr>
                                </m:ctrlPr>
                              </m:sSubPr>
                              <m:e>
                                <m:r>
                                  <w:rPr>
                                    <w:rFonts w:ascii="Cambria Math" w:hAnsi="Cambria Math" w:cs="Arial"/>
                                    <w:color w:val="auto"/>
                                    <w:lang w:val="en-US"/>
                                  </w:rPr>
                                  <m:t>s</m:t>
                                </m:r>
                              </m:e>
                              <m:sub>
                                <m:r>
                                  <w:rPr>
                                    <w:rFonts w:ascii="Cambria Math" w:hAnsi="Cambria Math" w:cs="Arial"/>
                                    <w:color w:val="auto"/>
                                    <w:lang w:val="en-US"/>
                                  </w:rPr>
                                  <m:t>k</m:t>
                                </m:r>
                              </m:sub>
                            </m:sSub>
                          </m:e>
                          <m:sup>
                            <m:r>
                              <w:rPr>
                                <w:rFonts w:ascii="Cambria Math" w:hAnsi="Cambria Math" w:cs="Arial"/>
                                <w:color w:val="auto"/>
                                <w:lang w:val="en-US"/>
                              </w:rPr>
                              <m:t>2</m:t>
                            </m:r>
                          </m:sup>
                        </m:sSup>
                      </m:e>
                    </m:nary>
                  </m:num>
                  <m:den>
                    <m:nary>
                      <m:naryPr>
                        <m:chr m:val="∑"/>
                        <m:limLoc m:val="undOvr"/>
                        <m:subHide m:val="1"/>
                        <m:supHide m:val="1"/>
                        <m:ctrlPr>
                          <w:rPr>
                            <w:rFonts w:ascii="Cambria Math" w:hAnsi="Cambria Math" w:cs="Arial"/>
                            <w:i/>
                            <w:color w:val="auto"/>
                            <w:lang w:val="en-US"/>
                          </w:rPr>
                        </m:ctrlPr>
                      </m:naryPr>
                      <m:sub/>
                      <m:sup/>
                      <m:e>
                        <m:sSub>
                          <m:sSubPr>
                            <m:ctrlPr>
                              <w:rPr>
                                <w:rFonts w:ascii="Cambria Math" w:hAnsi="Cambria Math" w:cs="Arial"/>
                                <w:i/>
                                <w:color w:val="auto"/>
                                <w:lang w:val="en-US"/>
                              </w:rPr>
                            </m:ctrlPr>
                          </m:sSubPr>
                          <m:e>
                            <m:r>
                              <w:rPr>
                                <w:rFonts w:ascii="Cambria Math" w:hAnsi="Cambria Math" w:cs="Arial"/>
                                <w:color w:val="auto"/>
                                <w:lang w:val="en-US"/>
                              </w:rPr>
                              <m:t>(n</m:t>
                            </m:r>
                          </m:e>
                          <m:sub>
                            <m:r>
                              <w:rPr>
                                <w:rFonts w:ascii="Cambria Math" w:hAnsi="Cambria Math" w:cs="Arial"/>
                                <w:color w:val="auto"/>
                                <w:lang w:val="en-US"/>
                              </w:rPr>
                              <m:t>k</m:t>
                            </m:r>
                          </m:sub>
                        </m:sSub>
                        <m:r>
                          <w:rPr>
                            <w:rFonts w:ascii="Cambria Math" w:hAnsi="Cambria Math" w:cs="Arial"/>
                            <w:color w:val="auto"/>
                            <w:lang w:val="en-US"/>
                          </w:rPr>
                          <m:t>-1)</m:t>
                        </m:r>
                      </m:e>
                    </m:nary>
                  </m:den>
                </m:f>
                <m:r>
                  <w:rPr>
                    <w:rFonts w:ascii="Cambria Math" w:hAnsi="Cambria Math" w:cs="Arial"/>
                    <w:color w:val="auto"/>
                    <w:lang w:val="en-US"/>
                  </w:rPr>
                  <m:t>,</m:t>
                </m:r>
              </m:oMath>
            </m:oMathPara>
          </w:p>
        </w:tc>
        <w:tc>
          <w:tcPr>
            <w:tcW w:w="2982" w:type="dxa"/>
            <w:vAlign w:val="center"/>
          </w:tcPr>
          <w:p w14:paraId="2BEF6648" w14:textId="77777777" w:rsidR="00412833" w:rsidRPr="004857CF" w:rsidRDefault="0083675E" w:rsidP="00C32B29">
            <w:pPr>
              <w:pStyle w:val="ListParagraph"/>
              <w:numPr>
                <w:ilvl w:val="0"/>
                <w:numId w:val="0"/>
              </w:numPr>
              <w:spacing w:before="0" w:after="200" w:line="276" w:lineRule="auto"/>
              <w:ind w:left="360"/>
              <w:jc w:val="right"/>
              <w:rPr>
                <w:rFonts w:cs="Arial"/>
                <w:color w:val="auto"/>
                <w:lang w:val="en-US"/>
              </w:rPr>
            </w:pPr>
            <m:oMathPara>
              <m:oMathParaPr>
                <m:jc m:val="right"/>
              </m:oMathParaPr>
              <m:oMath>
                <m:d>
                  <m:dPr>
                    <m:ctrlPr>
                      <w:rPr>
                        <w:rFonts w:ascii="Cambria Math" w:hAnsi="Cambria Math"/>
                        <w:i/>
                        <w:color w:val="auto"/>
                        <w:lang w:val="en-US"/>
                      </w:rPr>
                    </m:ctrlPr>
                  </m:dPr>
                  <m:e>
                    <m:r>
                      <w:rPr>
                        <w:rFonts w:ascii="Cambria Math" w:hAnsi="Cambria Math"/>
                        <w:color w:val="auto"/>
                        <w:lang w:val="en-US"/>
                      </w:rPr>
                      <m:t>4</m:t>
                    </m:r>
                  </m:e>
                </m:d>
              </m:oMath>
            </m:oMathPara>
          </w:p>
        </w:tc>
      </w:tr>
    </w:tbl>
    <w:p w14:paraId="4AA547CD" w14:textId="77777777" w:rsidR="00412833" w:rsidRPr="004857CF" w:rsidRDefault="00412833" w:rsidP="00412833">
      <w:pPr>
        <w:rPr>
          <w:color w:val="auto"/>
        </w:rPr>
      </w:pPr>
      <w:r w:rsidRPr="004857CF">
        <w:rPr>
          <w:color w:val="auto"/>
        </w:rPr>
        <w:t>This was then used to derive the pooled SE (</w:t>
      </w:r>
      <m:oMath>
        <m:sSub>
          <m:sSubPr>
            <m:ctrlPr>
              <w:rPr>
                <w:rFonts w:ascii="Cambria Math" w:hAnsi="Cambria Math" w:cs="Arial"/>
                <w:i/>
                <w:color w:val="auto"/>
                <w:lang w:eastAsia="en-GB" w:bidi="en-US"/>
              </w:rPr>
            </m:ctrlPr>
          </m:sSubPr>
          <m:e>
            <m:r>
              <w:rPr>
                <w:rFonts w:ascii="Cambria Math" w:hAnsi="Cambria Math" w:cs="Arial"/>
                <w:color w:val="auto"/>
              </w:rPr>
              <m:t>SE</m:t>
            </m:r>
          </m:e>
          <m:sub>
            <m:r>
              <w:rPr>
                <w:rFonts w:ascii="Cambria Math" w:hAnsi="Cambria Math" w:cs="Arial"/>
                <w:color w:val="auto"/>
              </w:rPr>
              <m:t>p</m:t>
            </m:r>
          </m:sub>
        </m:sSub>
      </m:oMath>
      <w:r w:rsidRPr="004857CF">
        <w:rPr>
          <w:color w:val="auto"/>
          <w:lang w:eastAsia="en-GB" w:bidi="en-US"/>
        </w:rPr>
        <w:t>):</w:t>
      </w:r>
    </w:p>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3969"/>
        <w:gridCol w:w="2982"/>
      </w:tblGrid>
      <w:tr w:rsidR="00412833" w:rsidRPr="004857CF" w14:paraId="5F21A275" w14:textId="77777777" w:rsidTr="00C32B29">
        <w:tc>
          <w:tcPr>
            <w:tcW w:w="2547" w:type="dxa"/>
            <w:vAlign w:val="center"/>
          </w:tcPr>
          <w:p w14:paraId="41C06AB9" w14:textId="77777777" w:rsidR="00412833" w:rsidRPr="004857CF" w:rsidRDefault="00412833" w:rsidP="00C32B29">
            <w:pPr>
              <w:pStyle w:val="ListParagraph"/>
              <w:numPr>
                <w:ilvl w:val="0"/>
                <w:numId w:val="0"/>
              </w:numPr>
              <w:spacing w:before="0" w:after="200" w:line="276" w:lineRule="auto"/>
              <w:ind w:left="360"/>
              <w:rPr>
                <w:rFonts w:cs="Arial"/>
                <w:color w:val="auto"/>
                <w:lang w:val="en-US"/>
              </w:rPr>
            </w:pPr>
          </w:p>
        </w:tc>
        <w:tc>
          <w:tcPr>
            <w:tcW w:w="3969" w:type="dxa"/>
            <w:vAlign w:val="center"/>
          </w:tcPr>
          <w:p w14:paraId="0DCB2097" w14:textId="77777777" w:rsidR="00412833" w:rsidRPr="004857CF" w:rsidRDefault="0083675E" w:rsidP="00C32B29">
            <w:pPr>
              <w:rPr>
                <w:rFonts w:cs="Arial"/>
                <w:color w:val="auto"/>
                <w:lang w:val="en-US"/>
              </w:rPr>
            </w:pPr>
            <m:oMathPara>
              <m:oMath>
                <m:sSub>
                  <m:sSubPr>
                    <m:ctrlPr>
                      <w:rPr>
                        <w:rFonts w:ascii="Cambria Math" w:hAnsi="Cambria Math" w:cs="Arial"/>
                        <w:i/>
                        <w:color w:val="auto"/>
                        <w:lang w:val="en-US" w:eastAsia="en-GB" w:bidi="en-US"/>
                      </w:rPr>
                    </m:ctrlPr>
                  </m:sSubPr>
                  <m:e>
                    <m:r>
                      <w:rPr>
                        <w:rFonts w:ascii="Cambria Math" w:hAnsi="Cambria Math" w:cs="Arial"/>
                        <w:color w:val="auto"/>
                        <w:lang w:val="en-US"/>
                      </w:rPr>
                      <m:t>SE</m:t>
                    </m:r>
                  </m:e>
                  <m:sub>
                    <m:r>
                      <w:rPr>
                        <w:rFonts w:ascii="Cambria Math" w:hAnsi="Cambria Math" w:cs="Arial"/>
                        <w:color w:val="auto"/>
                        <w:lang w:val="en-US"/>
                      </w:rPr>
                      <m:t>p</m:t>
                    </m:r>
                  </m:sub>
                </m:sSub>
                <m:r>
                  <w:rPr>
                    <w:rFonts w:ascii="Cambria Math" w:hAnsi="Cambria Math" w:cs="Arial"/>
                    <w:color w:val="auto"/>
                    <w:lang w:val="en-US"/>
                  </w:rPr>
                  <m:t xml:space="preserve"> =</m:t>
                </m:r>
                <m:rad>
                  <m:radPr>
                    <m:degHide m:val="1"/>
                    <m:ctrlPr>
                      <w:rPr>
                        <w:rFonts w:ascii="Cambria Math" w:hAnsi="Cambria Math" w:cs="Arial"/>
                        <w:i/>
                        <w:color w:val="auto"/>
                        <w:lang w:val="en-US"/>
                      </w:rPr>
                    </m:ctrlPr>
                  </m:radPr>
                  <m:deg/>
                  <m:e>
                    <m:f>
                      <m:fPr>
                        <m:ctrlPr>
                          <w:rPr>
                            <w:rFonts w:ascii="Cambria Math" w:hAnsi="Cambria Math" w:cs="Arial"/>
                            <w:i/>
                            <w:color w:val="auto"/>
                            <w:lang w:val="en-US"/>
                          </w:rPr>
                        </m:ctrlPr>
                      </m:fPr>
                      <m:num>
                        <m:sSup>
                          <m:sSupPr>
                            <m:ctrlPr>
                              <w:rPr>
                                <w:rFonts w:ascii="Cambria Math" w:hAnsi="Cambria Math"/>
                                <w:i/>
                                <w:color w:val="auto"/>
                                <w:lang w:val="en-US" w:bidi="en-US"/>
                              </w:rPr>
                            </m:ctrlPr>
                          </m:sSupPr>
                          <m:e>
                            <m:sSub>
                              <m:sSubPr>
                                <m:ctrlPr>
                                  <w:rPr>
                                    <w:rFonts w:ascii="Cambria Math" w:hAnsi="Cambria Math"/>
                                    <w:i/>
                                    <w:color w:val="auto"/>
                                    <w:lang w:val="en-US" w:bidi="en-US"/>
                                  </w:rPr>
                                </m:ctrlPr>
                              </m:sSubPr>
                              <m:e>
                                <m:r>
                                  <w:rPr>
                                    <w:rFonts w:ascii="Cambria Math" w:hAnsi="Cambria Math"/>
                                    <w:color w:val="auto"/>
                                    <w:lang w:val="en-US" w:bidi="en-US"/>
                                  </w:rPr>
                                  <m:t>s</m:t>
                                </m:r>
                              </m:e>
                              <m:sub>
                                <m:r>
                                  <w:rPr>
                                    <w:rFonts w:ascii="Cambria Math" w:hAnsi="Cambria Math"/>
                                    <w:color w:val="auto"/>
                                    <w:lang w:val="en-US" w:bidi="en-US"/>
                                  </w:rPr>
                                  <m:t>p</m:t>
                                </m:r>
                              </m:sub>
                            </m:sSub>
                          </m:e>
                          <m:sup>
                            <m:r>
                              <w:rPr>
                                <w:rFonts w:ascii="Cambria Math" w:hAnsi="Cambria Math"/>
                                <w:color w:val="auto"/>
                                <w:lang w:val="en-US" w:bidi="en-US"/>
                              </w:rPr>
                              <m:t>2</m:t>
                            </m:r>
                          </m:sup>
                        </m:sSup>
                      </m:num>
                      <m:den>
                        <m:nary>
                          <m:naryPr>
                            <m:chr m:val="∑"/>
                            <m:limLoc m:val="undOvr"/>
                            <m:subHide m:val="1"/>
                            <m:supHide m:val="1"/>
                            <m:ctrlPr>
                              <w:rPr>
                                <w:rFonts w:ascii="Cambria Math" w:hAnsi="Cambria Math"/>
                                <w:i/>
                                <w:iCs/>
                                <w:color w:val="auto"/>
                                <w:lang w:val="en-US" w:bidi="en-US"/>
                              </w:rPr>
                            </m:ctrlPr>
                          </m:naryPr>
                          <m:sub/>
                          <m:sup/>
                          <m:e>
                            <m:sSub>
                              <m:sSubPr>
                                <m:ctrlPr>
                                  <w:rPr>
                                    <w:rFonts w:ascii="Cambria Math" w:hAnsi="Cambria Math"/>
                                    <w:i/>
                                    <w:iCs/>
                                    <w:color w:val="auto"/>
                                    <w:lang w:val="en-US" w:bidi="en-US"/>
                                  </w:rPr>
                                </m:ctrlPr>
                              </m:sSubPr>
                              <m:e>
                                <m:r>
                                  <w:rPr>
                                    <w:rFonts w:ascii="Cambria Math" w:hAnsi="Cambria Math"/>
                                    <w:color w:val="auto"/>
                                    <w:lang w:val="en-US" w:bidi="en-US"/>
                                  </w:rPr>
                                  <m:t>n</m:t>
                                </m:r>
                              </m:e>
                              <m:sub>
                                <m:r>
                                  <w:rPr>
                                    <w:rFonts w:ascii="Cambria Math" w:hAnsi="Cambria Math"/>
                                    <w:color w:val="auto"/>
                                    <w:lang w:val="en-US" w:bidi="en-US"/>
                                  </w:rPr>
                                  <m:t>k</m:t>
                                </m:r>
                              </m:sub>
                            </m:sSub>
                          </m:e>
                        </m:nary>
                      </m:den>
                    </m:f>
                  </m:e>
                </m:rad>
              </m:oMath>
            </m:oMathPara>
          </w:p>
        </w:tc>
        <w:tc>
          <w:tcPr>
            <w:tcW w:w="2982" w:type="dxa"/>
            <w:vAlign w:val="center"/>
          </w:tcPr>
          <w:p w14:paraId="44ADEB1D" w14:textId="77777777" w:rsidR="00412833" w:rsidRPr="004857CF" w:rsidRDefault="0083675E" w:rsidP="00C32B29">
            <w:pPr>
              <w:pStyle w:val="ListParagraph"/>
              <w:numPr>
                <w:ilvl w:val="0"/>
                <w:numId w:val="0"/>
              </w:numPr>
              <w:spacing w:before="0" w:after="200" w:line="276" w:lineRule="auto"/>
              <w:ind w:left="360"/>
              <w:jc w:val="right"/>
              <w:rPr>
                <w:rFonts w:cs="Arial"/>
                <w:color w:val="auto"/>
                <w:lang w:val="en-US"/>
              </w:rPr>
            </w:pPr>
            <m:oMathPara>
              <m:oMathParaPr>
                <m:jc m:val="right"/>
              </m:oMathParaPr>
              <m:oMath>
                <m:d>
                  <m:dPr>
                    <m:ctrlPr>
                      <w:rPr>
                        <w:rFonts w:ascii="Cambria Math" w:hAnsi="Cambria Math"/>
                        <w:i/>
                        <w:color w:val="auto"/>
                        <w:lang w:val="en-US"/>
                      </w:rPr>
                    </m:ctrlPr>
                  </m:dPr>
                  <m:e>
                    <m:r>
                      <w:rPr>
                        <w:rFonts w:ascii="Cambria Math" w:hAnsi="Cambria Math"/>
                        <w:color w:val="auto"/>
                        <w:lang w:val="en-US"/>
                      </w:rPr>
                      <m:t>5</m:t>
                    </m:r>
                  </m:e>
                </m:d>
              </m:oMath>
            </m:oMathPara>
          </w:p>
        </w:tc>
      </w:tr>
    </w:tbl>
    <w:p w14:paraId="28624410" w14:textId="7E3DB829" w:rsidR="00412833" w:rsidRPr="004857CF" w:rsidRDefault="00412833" w:rsidP="00412833">
      <w:pPr>
        <w:rPr>
          <w:color w:val="auto"/>
        </w:rPr>
      </w:pPr>
      <w:r w:rsidRPr="004857CF">
        <w:rPr>
          <w:color w:val="auto"/>
        </w:rPr>
        <w:lastRenderedPageBreak/>
        <w:t>For studies which reported no uncertainty information (SE, SD, or 95% CI) for a continuous endpoint (i.e. where only point estimates were reported), the “prognostic method”, described by m et al. 2008 was used to estimate and impute the missing standard errors, to facilitate inclusion of these studies in NMA.</w:t>
      </w:r>
      <w:r w:rsidR="0031308D" w:rsidRPr="004857CF">
        <w:rPr>
          <w:color w:val="auto"/>
        </w:rPr>
        <w:fldChar w:fldCharType="begin"/>
      </w:r>
      <w:r w:rsidR="00073331">
        <w:rPr>
          <w:color w:val="auto"/>
        </w:rPr>
        <w:instrText xml:space="preserve"> ADDIN EN.CITE &lt;EndNote&gt;&lt;Cite&gt;&lt;Author&gt;Ma J&lt;/Author&gt;&lt;Year&gt;2008&lt;/Year&gt;&lt;RecNum&gt;116&lt;/RecNum&gt;&lt;DisplayText&gt;&lt;style face="superscript"&gt;119&lt;/style&gt;&lt;/DisplayText&gt;&lt;record&gt;&lt;rec-number&gt;116&lt;/rec-number&gt;&lt;foreign-keys&gt;&lt;key app="EN" db-id="9ttaxzax2p0tr7ewzt55atews50zvxaaa5rz" timestamp="1764068857"&gt;116&lt;/key&gt;&lt;/foreign-keys&gt;&lt;ref-type name="Journal Article"&gt;17&lt;/ref-type&gt;&lt;contributors&gt;&lt;authors&gt;&lt;author&gt;Ma J, Liu W, Hunter A, Zhang W. Ma J, Liu W, Hunter A, Zhang W. &lt;/author&gt;&lt;/authors&gt;&lt;/contributors&gt;&lt;titles&gt;&lt;title&gt; Performing meta-analysis with incomplete statistical information in clinical trials.&lt;/title&gt;&lt;secondary-title&gt;BMC Med. Res. Methodol.&lt;/secondary-title&gt;&lt;/titles&gt;&lt;periodical&gt;&lt;full-title&gt;BMC Med. Res. Methodol.&lt;/full-title&gt;&lt;/periodical&gt;&lt;pages&gt;1&lt;/pages&gt;&lt;volume&gt;8&lt;/volume&gt;&lt;number&gt;1&lt;/number&gt;&lt;dates&gt;&lt;year&gt;2008&lt;/year&gt;&lt;/dates&gt;&lt;urls&gt;&lt;/urls&gt;&lt;/record&gt;&lt;/Cite&gt;&lt;/EndNote&gt;</w:instrText>
      </w:r>
      <w:r w:rsidR="0031308D" w:rsidRPr="004857CF">
        <w:rPr>
          <w:color w:val="auto"/>
        </w:rPr>
        <w:fldChar w:fldCharType="separate"/>
      </w:r>
      <w:r w:rsidR="00E8550B" w:rsidRPr="00E8550B">
        <w:rPr>
          <w:noProof/>
          <w:color w:val="auto"/>
          <w:vertAlign w:val="superscript"/>
        </w:rPr>
        <w:t>119</w:t>
      </w:r>
      <w:r w:rsidR="0031308D" w:rsidRPr="004857CF">
        <w:rPr>
          <w:color w:val="auto"/>
        </w:rPr>
        <w:fldChar w:fldCharType="end"/>
      </w:r>
      <w:r w:rsidRPr="004857CF">
        <w:rPr>
          <w:color w:val="auto"/>
        </w:rPr>
        <w:t xml:space="preserve"> The prognostic method used Equation (6) to estimate the missing standard error of the mean </w:t>
      </w:r>
      <m:oMath>
        <m:r>
          <w:rPr>
            <w:rFonts w:ascii="Cambria Math" w:hAnsi="Cambria Math"/>
            <w:color w:val="auto"/>
          </w:rPr>
          <m:t>SE</m:t>
        </m:r>
        <m:sSub>
          <m:sSubPr>
            <m:ctrlPr>
              <w:rPr>
                <w:rFonts w:ascii="Cambria Math" w:hAnsi="Cambria Math"/>
                <w:i/>
                <w:color w:val="auto"/>
              </w:rPr>
            </m:ctrlPr>
          </m:sSubPr>
          <m:e>
            <m:r>
              <w:rPr>
                <w:rFonts w:ascii="Cambria Math" w:hAnsi="Cambria Math"/>
                <w:color w:val="auto"/>
              </w:rPr>
              <m:t>M</m:t>
            </m:r>
          </m:e>
          <m:sub>
            <m:r>
              <w:rPr>
                <w:rFonts w:ascii="Cambria Math" w:hAnsi="Cambria Math"/>
                <w:color w:val="auto"/>
              </w:rPr>
              <m:t>j</m:t>
            </m:r>
          </m:sub>
        </m:sSub>
      </m:oMath>
      <w:r w:rsidRPr="004857CF">
        <w:rPr>
          <w:color w:val="auto"/>
        </w:rPr>
        <w:t xml:space="preserve"> value for trial j with sample size </w:t>
      </w:r>
      <m:oMath>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j</m:t>
            </m:r>
          </m:sub>
        </m:sSub>
      </m:oMath>
      <w:r w:rsidRPr="004857CF">
        <w:rPr>
          <w:color w:val="auto"/>
        </w:rPr>
        <w:t xml:space="preserve">, using SEs reported </w:t>
      </w:r>
      <m:oMath>
        <m:r>
          <w:rPr>
            <w:rFonts w:ascii="Cambria Math" w:hAnsi="Cambria Math"/>
            <w:color w:val="auto"/>
          </w:rPr>
          <m:t>SE</m:t>
        </m:r>
        <m:sSub>
          <m:sSubPr>
            <m:ctrlPr>
              <w:rPr>
                <w:rFonts w:ascii="Cambria Math" w:hAnsi="Cambria Math"/>
                <w:i/>
                <w:color w:val="auto"/>
              </w:rPr>
            </m:ctrlPr>
          </m:sSubPr>
          <m:e>
            <m:r>
              <w:rPr>
                <w:rFonts w:ascii="Cambria Math" w:hAnsi="Cambria Math"/>
                <w:color w:val="auto"/>
              </w:rPr>
              <m:t>M</m:t>
            </m:r>
          </m:e>
          <m:sub>
            <m:r>
              <w:rPr>
                <w:rFonts w:ascii="Cambria Math" w:hAnsi="Cambria Math"/>
                <w:color w:val="auto"/>
              </w:rPr>
              <m:t>i</m:t>
            </m:r>
          </m:sub>
        </m:sSub>
      </m:oMath>
      <w:r w:rsidRPr="004857CF">
        <w:rPr>
          <w:color w:val="auto"/>
        </w:rPr>
        <w:t xml:space="preserve"> for k other trials in the network, with sample sizes </w:t>
      </w:r>
      <m:oMath>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i</m:t>
            </m:r>
          </m:sub>
        </m:sSub>
      </m:oMath>
      <w:r w:rsidRPr="004857CF">
        <w:rPr>
          <w:color w:val="auto"/>
        </w:rPr>
        <w:t xml:space="preserve">. </w:t>
      </w:r>
    </w:p>
    <w:p w14:paraId="5CD9E052" w14:textId="77777777" w:rsidR="00412833" w:rsidRPr="004857CF" w:rsidRDefault="0083675E" w:rsidP="00412833">
      <w:pPr>
        <w:rPr>
          <w:color w:val="auto"/>
        </w:rPr>
      </w:pPr>
      <m:oMathPara>
        <m:oMathParaPr>
          <m:jc m:val="right"/>
        </m:oMathParaPr>
        <m:oMath>
          <m:sSub>
            <m:sSubPr>
              <m:ctrlPr>
                <w:rPr>
                  <w:rFonts w:ascii="Cambria Math" w:hAnsi="Cambria Math" w:cs="Arial"/>
                  <w:i/>
                  <w:color w:val="auto"/>
                </w:rPr>
              </m:ctrlPr>
            </m:sSubPr>
            <m:e>
              <m:r>
                <w:rPr>
                  <w:rFonts w:ascii="Cambria Math" w:hAnsi="Cambria Math" w:cs="Arial"/>
                  <w:color w:val="auto"/>
                </w:rPr>
                <m:t>SEM</m:t>
              </m:r>
            </m:e>
            <m:sub>
              <m:r>
                <w:rPr>
                  <w:rFonts w:ascii="Cambria Math" w:hAnsi="Cambria Math" w:cs="Arial"/>
                  <w:color w:val="auto"/>
                </w:rPr>
                <m:t>j</m:t>
              </m:r>
            </m:sub>
          </m:sSub>
          <m:r>
            <w:rPr>
              <w:rFonts w:ascii="Cambria Math" w:hAnsi="Cambria Math" w:cs="Arial"/>
              <w:color w:val="auto"/>
            </w:rPr>
            <m:t xml:space="preserve"> =</m:t>
          </m:r>
          <m:f>
            <m:fPr>
              <m:ctrlPr>
                <w:rPr>
                  <w:rFonts w:ascii="Cambria Math" w:hAnsi="Cambria Math" w:cs="Arial"/>
                  <w:i/>
                  <w:color w:val="auto"/>
                </w:rPr>
              </m:ctrlPr>
            </m:fPr>
            <m:num>
              <m:nary>
                <m:naryPr>
                  <m:chr m:val="∑"/>
                  <m:limLoc m:val="subSup"/>
                  <m:ctrlPr>
                    <w:rPr>
                      <w:rFonts w:ascii="Cambria Math" w:hAnsi="Cambria Math" w:cs="Arial"/>
                      <w:i/>
                      <w:color w:val="auto"/>
                    </w:rPr>
                  </m:ctrlPr>
                </m:naryPr>
                <m:sub>
                  <m:r>
                    <w:rPr>
                      <w:rFonts w:ascii="Cambria Math" w:hAnsi="Cambria Math" w:cs="Arial"/>
                      <w:color w:val="auto"/>
                    </w:rPr>
                    <m:t>i=1</m:t>
                  </m:r>
                </m:sub>
                <m:sup>
                  <m:r>
                    <w:rPr>
                      <w:rFonts w:ascii="Cambria Math" w:hAnsi="Cambria Math" w:cs="Arial"/>
                      <w:color w:val="auto"/>
                    </w:rPr>
                    <m:t>k</m:t>
                  </m:r>
                </m:sup>
                <m:e>
                  <m:r>
                    <w:rPr>
                      <w:rFonts w:ascii="Cambria Math" w:hAnsi="Cambria Math" w:cs="Arial"/>
                      <w:color w:val="auto"/>
                    </w:rPr>
                    <m:t>SE</m:t>
                  </m:r>
                  <m:sSub>
                    <m:sSubPr>
                      <m:ctrlPr>
                        <w:rPr>
                          <w:rFonts w:ascii="Cambria Math" w:hAnsi="Cambria Math" w:cs="Arial"/>
                          <w:i/>
                          <w:color w:val="auto"/>
                        </w:rPr>
                      </m:ctrlPr>
                    </m:sSubPr>
                    <m:e>
                      <m:r>
                        <w:rPr>
                          <w:rFonts w:ascii="Cambria Math" w:hAnsi="Cambria Math" w:cs="Arial"/>
                          <w:color w:val="auto"/>
                        </w:rPr>
                        <m:t>M</m:t>
                      </m:r>
                    </m:e>
                    <m:sub>
                      <m:r>
                        <w:rPr>
                          <w:rFonts w:ascii="Cambria Math" w:hAnsi="Cambria Math" w:cs="Arial"/>
                          <w:color w:val="auto"/>
                        </w:rPr>
                        <m:t>i</m:t>
                      </m:r>
                    </m:sub>
                  </m:sSub>
                  <m:rad>
                    <m:radPr>
                      <m:degHide m:val="1"/>
                      <m:ctrlPr>
                        <w:rPr>
                          <w:rFonts w:ascii="Cambria Math" w:hAnsi="Cambria Math" w:cs="Arial"/>
                          <w:i/>
                          <w:color w:val="auto"/>
                        </w:rPr>
                      </m:ctrlPr>
                    </m:radPr>
                    <m:deg/>
                    <m:e>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i</m:t>
                          </m:r>
                        </m:sub>
                      </m:sSub>
                    </m:e>
                  </m:rad>
                </m:e>
              </m:nary>
            </m:num>
            <m:den>
              <m:r>
                <w:rPr>
                  <w:rFonts w:ascii="Cambria Math" w:hAnsi="Cambria Math" w:cs="Arial"/>
                  <w:color w:val="auto"/>
                </w:rPr>
                <m:t>k</m:t>
              </m:r>
              <m:rad>
                <m:radPr>
                  <m:degHide m:val="1"/>
                  <m:ctrlPr>
                    <w:rPr>
                      <w:rFonts w:ascii="Cambria Math" w:hAnsi="Cambria Math" w:cs="Arial"/>
                      <w:i/>
                      <w:color w:val="auto"/>
                    </w:rPr>
                  </m:ctrlPr>
                </m:radPr>
                <m:deg/>
                <m:e>
                  <m:sSub>
                    <m:sSubPr>
                      <m:ctrlPr>
                        <w:rPr>
                          <w:rFonts w:ascii="Cambria Math" w:hAnsi="Cambria Math"/>
                          <w:i/>
                          <w:color w:val="auto"/>
                        </w:rPr>
                      </m:ctrlPr>
                    </m:sSubPr>
                    <m:e>
                      <m:r>
                        <w:rPr>
                          <w:rFonts w:ascii="Cambria Math" w:hAnsi="Cambria Math"/>
                          <w:color w:val="auto"/>
                        </w:rPr>
                        <m:t>n</m:t>
                      </m:r>
                    </m:e>
                    <m:sub>
                      <m:r>
                        <w:rPr>
                          <w:rFonts w:ascii="Cambria Math" w:hAnsi="Cambria Math"/>
                          <w:color w:val="auto"/>
                        </w:rPr>
                        <m:t>j</m:t>
                      </m:r>
                    </m:sub>
                  </m:sSub>
                </m:e>
              </m:rad>
            </m:den>
          </m:f>
          <m:r>
            <w:rPr>
              <w:rFonts w:ascii="Cambria Math" w:hAnsi="Cambria Math" w:cs="Arial"/>
              <w:color w:val="auto"/>
            </w:rPr>
            <m:t xml:space="preserve">                                                                     </m:t>
          </m:r>
          <m:d>
            <m:dPr>
              <m:ctrlPr>
                <w:rPr>
                  <w:rFonts w:ascii="Cambria Math" w:hAnsi="Cambria Math" w:cs="Arial"/>
                  <w:i/>
                  <w:color w:val="auto"/>
                </w:rPr>
              </m:ctrlPr>
            </m:dPr>
            <m:e>
              <m:r>
                <w:rPr>
                  <w:rFonts w:ascii="Cambria Math" w:hAnsi="Cambria Math" w:cs="Arial"/>
                  <w:color w:val="auto"/>
                </w:rPr>
                <m:t>6</m:t>
              </m:r>
            </m:e>
          </m:d>
          <m:r>
            <w:rPr>
              <w:rFonts w:ascii="Cambria Math" w:hAnsi="Cambria Math" w:cs="Arial"/>
              <w:color w:val="auto"/>
            </w:rPr>
            <m:t xml:space="preserve">     </m:t>
          </m:r>
        </m:oMath>
      </m:oMathPara>
    </w:p>
    <w:p w14:paraId="0E62F49A" w14:textId="77777777" w:rsidR="00CA024E" w:rsidRPr="004857CF" w:rsidRDefault="00CA024E" w:rsidP="0047691C">
      <w:pPr>
        <w:pStyle w:val="BodyText"/>
      </w:pPr>
    </w:p>
    <w:p w14:paraId="1610019C" w14:textId="54AC4890" w:rsidR="000A6393" w:rsidRPr="004857CF" w:rsidRDefault="00145B61" w:rsidP="000A6393">
      <w:pPr>
        <w:pStyle w:val="Heading2"/>
      </w:pPr>
      <w:r w:rsidRPr="004857CF">
        <w:t>Network meta-analysis</w:t>
      </w:r>
    </w:p>
    <w:p w14:paraId="7F1A7AF6" w14:textId="370AA4E5" w:rsidR="000A6393" w:rsidRPr="004857CF" w:rsidRDefault="00F02F80" w:rsidP="00996746">
      <w:pPr>
        <w:pStyle w:val="Heading3"/>
        <w:ind w:firstLine="720"/>
      </w:pPr>
      <w:r w:rsidRPr="004857CF">
        <w:t>Model details</w:t>
      </w:r>
    </w:p>
    <w:p w14:paraId="10489FF5" w14:textId="08FFFCD3" w:rsidR="00286D9B" w:rsidRPr="004857CF" w:rsidRDefault="00286D9B" w:rsidP="00286D9B">
      <w:pPr>
        <w:rPr>
          <w:rFonts w:eastAsia="Arial"/>
          <w:color w:val="auto"/>
        </w:rPr>
      </w:pPr>
      <w:r w:rsidRPr="004857CF">
        <w:rPr>
          <w:color w:val="auto"/>
        </w:rPr>
        <w:t xml:space="preserve">NMA was carried out using a </w:t>
      </w:r>
      <w:r w:rsidRPr="004857CF">
        <w:rPr>
          <w:rFonts w:eastAsia="Arial"/>
          <w:color w:val="auto"/>
        </w:rPr>
        <w:t xml:space="preserve">Bayesian approach to capture the uncertainty in model parameters while preserving correlation between treatment effects. </w:t>
      </w:r>
      <w:r w:rsidRPr="004857CF">
        <w:rPr>
          <w:color w:val="auto"/>
        </w:rPr>
        <w:t>All NMA methods used were consistent with NICE DSU TSDs 2–4.</w:t>
      </w:r>
      <w:r w:rsidR="0031308D" w:rsidRPr="004857CF">
        <w:rPr>
          <w:color w:val="auto"/>
        </w:rPr>
        <w:fldChar w:fldCharType="begin">
          <w:fldData xml:space="preserve">PEVuZE5vdGU+PENpdGU+PEF1dGhvcj5EaWFzPC9BdXRob3I+PFllYXI+MjAxMTwvWWVhcj48UmVj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==
</w:fldData>
        </w:fldChar>
      </w:r>
      <w:r w:rsidR="00073331">
        <w:rPr>
          <w:color w:val="auto"/>
        </w:rPr>
        <w:instrText xml:space="preserve"> ADDIN EN.CITE </w:instrText>
      </w:r>
      <w:r w:rsidR="00073331">
        <w:rPr>
          <w:color w:val="auto"/>
        </w:rPr>
        <w:fldChar w:fldCharType="begin">
          <w:fldData xml:space="preserve">PEVuZE5vdGU+PENpdGU+PEF1dGhvcj5EaWFzPC9BdXRob3I+PFllYXI+MjAxMTwvWWVhcj48UmVj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==
</w:fldData>
        </w:fldChar>
      </w:r>
      <w:r w:rsidR="00073331">
        <w:rPr>
          <w:color w:val="auto"/>
        </w:rPr>
        <w:instrText xml:space="preserve"> ADDIN EN.CITE.DATA </w:instrText>
      </w:r>
      <w:r w:rsidR="00073331">
        <w:rPr>
          <w:color w:val="auto"/>
        </w:rPr>
      </w:r>
      <w:r w:rsidR="00073331">
        <w:rPr>
          <w:color w:val="auto"/>
        </w:rPr>
        <w:fldChar w:fldCharType="end"/>
      </w:r>
      <w:r w:rsidR="0031308D" w:rsidRPr="004857CF">
        <w:rPr>
          <w:color w:val="auto"/>
        </w:rPr>
      </w:r>
      <w:r w:rsidR="0031308D" w:rsidRPr="004857CF">
        <w:rPr>
          <w:color w:val="auto"/>
        </w:rPr>
        <w:fldChar w:fldCharType="separate"/>
      </w:r>
      <w:r w:rsidR="00E8550B" w:rsidRPr="00E8550B">
        <w:rPr>
          <w:noProof/>
          <w:color w:val="auto"/>
          <w:vertAlign w:val="superscript"/>
        </w:rPr>
        <w:t>117, 120, 121</w:t>
      </w:r>
      <w:r w:rsidR="0031308D" w:rsidRPr="004857CF">
        <w:rPr>
          <w:color w:val="auto"/>
        </w:rPr>
        <w:fldChar w:fldCharType="end"/>
      </w:r>
      <w:r w:rsidRPr="004857CF">
        <w:rPr>
          <w:color w:val="auto"/>
        </w:rPr>
        <w:t xml:space="preserve"> </w:t>
      </w:r>
      <w:r w:rsidRPr="004857CF">
        <w:rPr>
          <w:rFonts w:eastAsia="Arial"/>
          <w:color w:val="auto"/>
        </w:rPr>
        <w:t>The models were implemented using the “</w:t>
      </w:r>
      <w:proofErr w:type="spellStart"/>
      <w:r w:rsidRPr="004857CF">
        <w:rPr>
          <w:rFonts w:eastAsia="Arial"/>
          <w:iCs/>
          <w:color w:val="auto"/>
        </w:rPr>
        <w:t>gemtc</w:t>
      </w:r>
      <w:proofErr w:type="spellEnd"/>
      <w:r w:rsidRPr="004857CF">
        <w:rPr>
          <w:rFonts w:eastAsia="Arial"/>
          <w:iCs/>
          <w:color w:val="auto"/>
        </w:rPr>
        <w:t>”</w:t>
      </w:r>
      <w:r w:rsidRPr="004857CF">
        <w:rPr>
          <w:rFonts w:eastAsia="Arial"/>
          <w:color w:val="auto"/>
        </w:rPr>
        <w:t xml:space="preserve"> package of the R software.</w:t>
      </w:r>
      <w:r w:rsidR="0031308D" w:rsidRPr="004857CF">
        <w:rPr>
          <w:rFonts w:eastAsia="Arial"/>
          <w:color w:val="auto"/>
        </w:rPr>
        <w:fldChar w:fldCharType="begin"/>
      </w:r>
      <w:r w:rsidR="00073331">
        <w:rPr>
          <w:rFonts w:eastAsia="Arial"/>
          <w:color w:val="auto"/>
        </w:rPr>
        <w:instrText xml:space="preserve"> ADDIN EN.CITE &lt;EndNote&gt;&lt;Cite&gt;&lt;Author&gt;Van Valkenhoef&lt;/Author&gt;&lt;Year&gt;2016&lt;/Year&gt;&lt;RecNum&gt;119&lt;/RecNum&gt;&lt;DisplayText&gt;&lt;style face="superscript"&gt;122, 123&lt;/style&gt;&lt;/DisplayText&gt;&lt;record&gt;&lt;rec-number&gt;119&lt;/rec-number&gt;&lt;foreign-keys&gt;&lt;key app="EN" db-id="9ttaxzax2p0tr7ewzt55atews50zvxaaa5rz" timestamp="1764068858"&gt;119&lt;/key&gt;&lt;/foreign-keys&gt;&lt;ref-type name="Web Page"&gt;12&lt;/ref-type&gt;&lt;contributors&gt;&lt;authors&gt;&lt;author&gt;Van Valkenhoef, Gert&lt;/author&gt;&lt;author&gt;Kuiper, Joel&lt;/author&gt;&lt;/authors&gt;&lt;/contributors&gt;&lt;titles&gt;&lt;title&gt;gemtc: Network Meta-Analysis Using Bayesian Methods&lt;/title&gt;&lt;/titles&gt;&lt;number&gt;13th September 2017&lt;/number&gt;&lt;dates&gt;&lt;year&gt;2016&lt;/year&gt;&lt;/dates&gt;&lt;urls&gt;&lt;related-urls&gt;&lt;url&gt;https://CRAN.R-project.org/package=gemtc&lt;/url&gt;&lt;/related-urls&gt;&lt;/urls&gt;&lt;research-notes&gt;R package version 0.8-2&lt;/research-notes&gt;&lt;/record&gt;&lt;/Cite&gt;&lt;Cite&gt;&lt;Author&gt;Team&lt;/Author&gt;&lt;Year&gt;2018&lt;/Year&gt;&lt;RecNum&gt;120&lt;/RecNum&gt;&lt;record&gt;&lt;rec-number&gt;120&lt;/rec-number&gt;&lt;foreign-keys&gt;&lt;key app="EN" db-id="9ttaxzax2p0tr7ewzt55atews50zvxaaa5rz" timestamp="1764068858"&gt;120&lt;/key&gt;&lt;/foreign-keys&gt;&lt;ref-type name="Generic"&gt;13&lt;/ref-type&gt;&lt;contributors&gt;&lt;authors&gt;&lt;author&gt;R Core Team&lt;/author&gt;&lt;/authors&gt;&lt;/contributors&gt;&lt;auth-address&gt;Vienna, Austria&lt;/auth-address&gt;&lt;titles&gt;&lt;title&gt;R: A Language and Environment for Statistical Computing&lt;/title&gt;&lt;/titles&gt;&lt;dates&gt;&lt;year&gt;2018&lt;/year&gt;&lt;/dates&gt;&lt;urls&gt;&lt;related-urls&gt;&lt;url&gt;https://www.R-project.org&lt;/url&gt;&lt;/related-urls&gt;&lt;/urls&gt;&lt;/record&gt;&lt;/Cite&gt;&lt;/EndNote&gt;</w:instrText>
      </w:r>
      <w:r w:rsidR="0031308D" w:rsidRPr="004857CF">
        <w:rPr>
          <w:rFonts w:eastAsia="Arial"/>
          <w:color w:val="auto"/>
        </w:rPr>
        <w:fldChar w:fldCharType="separate"/>
      </w:r>
      <w:r w:rsidR="00E8550B" w:rsidRPr="00E8550B">
        <w:rPr>
          <w:rFonts w:eastAsia="Arial"/>
          <w:noProof/>
          <w:color w:val="auto"/>
          <w:vertAlign w:val="superscript"/>
        </w:rPr>
        <w:t>122, 123</w:t>
      </w:r>
      <w:r w:rsidR="0031308D" w:rsidRPr="004857CF">
        <w:rPr>
          <w:rFonts w:eastAsia="Arial"/>
          <w:color w:val="auto"/>
        </w:rPr>
        <w:fldChar w:fldCharType="end"/>
      </w:r>
    </w:p>
    <w:p w14:paraId="57AB34A6" w14:textId="2C1C8572" w:rsidR="00ED0DAC" w:rsidRPr="004857CF" w:rsidRDefault="00710D68" w:rsidP="00145B61">
      <w:pPr>
        <w:pStyle w:val="BodyText"/>
      </w:pPr>
      <w:r w:rsidRPr="004857CF">
        <w:t xml:space="preserve">As </w:t>
      </w:r>
      <w:r w:rsidR="007C74AC" w:rsidRPr="004857CF">
        <w:t xml:space="preserve">described in NICE </w:t>
      </w:r>
      <w:r w:rsidR="00286D9B" w:rsidRPr="004857CF">
        <w:t xml:space="preserve">DSU </w:t>
      </w:r>
      <w:r w:rsidR="007C74AC" w:rsidRPr="004857CF">
        <w:t>TSD 2</w:t>
      </w:r>
      <w:r w:rsidR="007428E6" w:rsidRPr="004857CF">
        <w:fldChar w:fldCharType="begin"/>
      </w:r>
      <w:r w:rsidR="00073331">
        <w:instrText xml:space="preserve"> ADDIN EN.CITE &lt;EndNote&gt;&lt;Cite&gt;&lt;Author&gt;Dias&lt;/Author&gt;&lt;Year&gt;2011&lt;/Year&gt;&lt;RecNum&gt;114&lt;/RecNum&gt;&lt;DisplayText&gt;&lt;style face="superscript"&gt;117&lt;/style&gt;&lt;/DisplayText&gt;&lt;record&gt;&lt;rec-number&gt;114&lt;/rec-number&gt;&lt;foreign-keys&gt;&lt;key app="EN" db-id="9ttaxzax2p0tr7ewzt55atews50zvxaaa5rz" timestamp="1764068857"&gt;114&lt;/key&gt;&lt;/foreign-keys&gt;&lt;ref-type name="Journal Article"&gt;17&lt;/ref-type&gt;&lt;contributors&gt;&lt;authors&gt;&lt;author&gt;Dias, Sofia&lt;/author&gt;&lt;author&gt;Welton, Nicky J&lt;/author&gt;&lt;author&gt;Sutton, Alex J&lt;/author&gt;&lt;author&gt;Ades, AE&lt;/author&gt;&lt;/authors&gt;&lt;/contributors&gt;&lt;titles&gt;&lt;title&gt;NICE DSU Technical Support Document 2: a generalised linear modelling framework for pairwise and network meta-analysis of randomised controlled trials&lt;/title&gt;&lt;/titles&gt;&lt;dates&gt;&lt;year&gt;2011&lt;/year&gt;&lt;/dates&gt;&lt;urls&gt;&lt;related-urls&gt;&lt;url&gt;http://www.nicedsu.org.uk&lt;/url&gt;&lt;/related-urls&gt;&lt;/urls&gt;&lt;/record&gt;&lt;/Cite&gt;&lt;/EndNote&gt;</w:instrText>
      </w:r>
      <w:r w:rsidR="007428E6" w:rsidRPr="004857CF">
        <w:fldChar w:fldCharType="separate"/>
      </w:r>
      <w:r w:rsidR="00E8550B" w:rsidRPr="00E8550B">
        <w:rPr>
          <w:noProof/>
          <w:vertAlign w:val="superscript"/>
        </w:rPr>
        <w:t>117</w:t>
      </w:r>
      <w:r w:rsidR="007428E6" w:rsidRPr="004857CF">
        <w:fldChar w:fldCharType="end"/>
      </w:r>
      <w:r w:rsidR="007C74AC" w:rsidRPr="004857CF">
        <w:t xml:space="preserve"> </w:t>
      </w:r>
      <w:r w:rsidR="00073A04" w:rsidRPr="004857CF">
        <w:t xml:space="preserve">the network </w:t>
      </w:r>
      <w:r w:rsidR="00784B86" w:rsidRPr="004857CF">
        <w:t>meta-analysis model takes the form of a</w:t>
      </w:r>
      <w:r w:rsidR="006E6FA3" w:rsidRPr="004857CF">
        <w:t xml:space="preserve"> generalized linear</w:t>
      </w:r>
      <w:r w:rsidR="004B1E12" w:rsidRPr="004857CF">
        <w:t xml:space="preserve"> model:</w:t>
      </w:r>
    </w:p>
    <w:p w14:paraId="2C37B16A" w14:textId="679ABA50" w:rsidR="004B1E12" w:rsidRPr="004857CF" w:rsidRDefault="00CB3ADF" w:rsidP="00145B61">
      <w:pPr>
        <w:pStyle w:val="BodyText"/>
      </w:pPr>
      <m:oMathPara>
        <m:oMath>
          <m:r>
            <w:rPr>
              <w:rFonts w:ascii="Cambria Math" w:hAnsi="Cambria Math"/>
            </w:rPr>
            <m:t>g</m:t>
          </m:r>
          <m:d>
            <m:dPr>
              <m:ctrlPr>
                <w:rPr>
                  <w:rFonts w:ascii="Cambria Math" w:hAnsi="Cambria Math"/>
                  <w:i/>
                </w:rPr>
              </m:ctrlPr>
            </m:dPr>
            <m:e>
              <m:r>
                <w:rPr>
                  <w:rFonts w:ascii="Cambria Math" w:hAnsi="Cambria Math"/>
                </w:rPr>
                <m:t>γ</m:t>
              </m:r>
            </m:e>
          </m:d>
          <m:r>
            <w:rPr>
              <w:rFonts w:ascii="Cambria Math" w:hAns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ik</m:t>
              </m:r>
            </m:sub>
          </m:sSub>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δ</m:t>
              </m:r>
            </m:e>
            <m:sub>
              <m:r>
                <w:rPr>
                  <w:rFonts w:ascii="Cambria Math" w:hAnsi="Cambria Math"/>
                </w:rPr>
                <m:t>i, bk</m:t>
              </m:r>
            </m:sub>
          </m:sSub>
          <m:sSub>
            <m:sSubPr>
              <m:ctrlPr>
                <w:rPr>
                  <w:rFonts w:ascii="Cambria Math" w:hAnsi="Cambria Math"/>
                  <w:i/>
                </w:rPr>
              </m:ctrlPr>
            </m:sSubPr>
            <m:e>
              <m:r>
                <w:rPr>
                  <w:rFonts w:ascii="Cambria Math" w:hAnsi="Cambria Math"/>
                </w:rPr>
                <m:t>I</m:t>
              </m:r>
            </m:e>
            <m:sub>
              <m:r>
                <w:rPr>
                  <w:rFonts w:ascii="Cambria Math" w:hAnsi="Cambria Math"/>
                </w:rPr>
                <m:t>{k≠1}</m:t>
              </m:r>
            </m:sub>
          </m:sSub>
        </m:oMath>
      </m:oMathPara>
    </w:p>
    <w:p w14:paraId="11BAFE2D" w14:textId="4B56DE72" w:rsidR="007740DB" w:rsidRPr="004857CF" w:rsidRDefault="00D43D02" w:rsidP="00145B61">
      <w:pPr>
        <w:pStyle w:val="BodyText"/>
      </w:pPr>
      <w:r w:rsidRPr="004857CF">
        <w:t>With</w:t>
      </w:r>
      <w:r w:rsidR="00946EC0" w:rsidRPr="004857CF">
        <w:t xml:space="preserve"> likelihood </w:t>
      </w:r>
      <w:r w:rsidR="002B25CC" w:rsidRPr="004857CF">
        <w:t>distribution reflecting the nature of the outcome data (i.e., binary</w:t>
      </w:r>
      <w:r w:rsidR="00F92788" w:rsidRPr="004857CF">
        <w:t>, continuous, etc</w:t>
      </w:r>
      <w:r w:rsidR="00C32B29" w:rsidRPr="004857CF">
        <w:t>.</w:t>
      </w:r>
      <w:r w:rsidR="00F92788" w:rsidRPr="004857CF">
        <w:t xml:space="preserve">) </w:t>
      </w:r>
      <w:r w:rsidRPr="004857CF">
        <w:t>defined in terms of parameters</w:t>
      </w:r>
      <w:r w:rsidR="002C6879" w:rsidRPr="004857CF">
        <w:t xml:space="preserve"> of interest</w:t>
      </w:r>
      <w:r w:rsidRPr="004857CF">
        <w:t xml:space="preserve"> </w:t>
      </w:r>
      <m:oMath>
        <m:r>
          <w:rPr>
            <w:rFonts w:ascii="Cambria Math" w:hAnsi="Cambria Math"/>
          </w:rPr>
          <m:t>γ</m:t>
        </m:r>
      </m:oMath>
      <w:r w:rsidR="002468C3" w:rsidRPr="004857CF">
        <w:t>. A</w:t>
      </w:r>
      <w:r w:rsidR="007740DB" w:rsidRPr="004857CF">
        <w:t xml:space="preserve"> link function g()</w:t>
      </w:r>
      <w:r w:rsidR="007C691E" w:rsidRPr="004857CF">
        <w:t xml:space="preserve"> </w:t>
      </w:r>
      <w:r w:rsidR="002468C3" w:rsidRPr="004857CF">
        <w:t xml:space="preserve">maps the parameters onto the natural </w:t>
      </w:r>
      <w:r w:rsidR="004B3199" w:rsidRPr="004857CF">
        <w:t xml:space="preserve">(plus/minus infinity) scale. </w:t>
      </w:r>
      <m:oMath>
        <m:sSub>
          <m:sSubPr>
            <m:ctrlPr>
              <w:rPr>
                <w:rFonts w:ascii="Cambria Math" w:hAnsi="Cambria Math"/>
                <w:i/>
              </w:rPr>
            </m:ctrlPr>
          </m:sSubPr>
          <m:e>
            <m:r>
              <w:rPr>
                <w:rFonts w:ascii="Cambria Math" w:hAnsi="Cambria Math"/>
              </w:rPr>
              <m:t>μ</m:t>
            </m:r>
          </m:e>
          <m:sub>
            <m:r>
              <w:rPr>
                <w:rFonts w:ascii="Cambria Math" w:hAnsi="Cambria Math"/>
              </w:rPr>
              <m:t>i</m:t>
            </m:r>
          </m:sub>
        </m:sSub>
      </m:oMath>
      <w:r w:rsidR="00B8547D" w:rsidRPr="004857CF">
        <w:t xml:space="preserve"> are the trial-specific baseline effects</w:t>
      </w:r>
      <w:r w:rsidR="001F67AF" w:rsidRPr="004857CF">
        <w:t xml:space="preserve">, </w:t>
      </w:r>
      <m:oMath>
        <m:sSub>
          <m:sSubPr>
            <m:ctrlPr>
              <w:rPr>
                <w:rFonts w:ascii="Cambria Math" w:hAnsi="Cambria Math"/>
                <w:i/>
              </w:rPr>
            </m:ctrlPr>
          </m:sSubPr>
          <m:e>
            <m:r>
              <w:rPr>
                <w:rFonts w:ascii="Cambria Math" w:hAnsi="Cambria Math"/>
              </w:rPr>
              <m:t>δ</m:t>
            </m:r>
          </m:e>
          <m:sub>
            <m:r>
              <w:rPr>
                <w:rFonts w:ascii="Cambria Math" w:hAnsi="Cambria Math"/>
              </w:rPr>
              <m:t>i, bk</m:t>
            </m:r>
          </m:sub>
        </m:sSub>
      </m:oMath>
      <w:r w:rsidR="001F67AF" w:rsidRPr="004857CF">
        <w:t xml:space="preserve"> are the trial specific treatment effect of </w:t>
      </w:r>
      <w:r w:rsidR="00AC76EE" w:rsidRPr="004857CF">
        <w:t>treatment arm k vs treatment arm b</w:t>
      </w:r>
      <w:r w:rsidR="000436B1" w:rsidRPr="004857CF">
        <w:t xml:space="preserve">. </w:t>
      </w:r>
    </w:p>
    <w:p w14:paraId="76A7EF19" w14:textId="77777777" w:rsidR="004520FE" w:rsidRPr="004857CF" w:rsidRDefault="00120AB3" w:rsidP="00145B61">
      <w:pPr>
        <w:pStyle w:val="BodyText"/>
      </w:pPr>
      <w:r w:rsidRPr="004857CF">
        <w:t xml:space="preserve">For binary outcomes, a logit link function with binomial </w:t>
      </w:r>
      <w:r w:rsidR="008E6013" w:rsidRPr="004857CF">
        <w:t xml:space="preserve">likelihood were used, </w:t>
      </w:r>
    </w:p>
    <w:p w14:paraId="620015D6" w14:textId="4C1B678A" w:rsidR="004520FE" w:rsidRPr="004857CF" w:rsidRDefault="00C63C94" w:rsidP="00145B61">
      <w:pPr>
        <w:pStyle w:val="BodyText"/>
      </w:pPr>
      <m:oMathPara>
        <m:oMath>
          <m:r>
            <w:rPr>
              <w:rFonts w:ascii="Cambria Math" w:hAnsi="Cambria Math"/>
            </w:rPr>
            <m:t>g</m:t>
          </m:r>
          <m:d>
            <m:dPr>
              <m:ctrlPr>
                <w:rPr>
                  <w:rFonts w:ascii="Cambria Math" w:hAnsi="Cambria Math"/>
                  <w:i/>
                </w:rPr>
              </m:ctrlPr>
            </m:dPr>
            <m:e>
              <m:r>
                <w:rPr>
                  <w:rFonts w:ascii="Cambria Math" w:hAnsi="Cambria Math"/>
                </w:rPr>
                <m:t>γ</m:t>
              </m:r>
            </m:e>
          </m:d>
          <m:r>
            <w:rPr>
              <w:rFonts w:ascii="Cambria Math" w:hAnsi="Cambria Math"/>
            </w:rPr>
            <m:t>=</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γ</m:t>
                      </m:r>
                    </m:num>
                    <m:den>
                      <m:r>
                        <w:rPr>
                          <w:rFonts w:ascii="Cambria Math" w:hAnsi="Cambria Math"/>
                        </w:rPr>
                        <m:t>1-γ</m:t>
                      </m:r>
                    </m:den>
                  </m:f>
                </m:e>
              </m:d>
            </m:e>
          </m:func>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ik</m:t>
              </m:r>
            </m:sub>
          </m:sSub>
          <m:r>
            <w:rPr>
              <w:rFonts w:ascii="Cambria Math" w:hAnsi="Cambria Math"/>
            </w:rPr>
            <m:t>~ Binomial(</m:t>
          </m:r>
          <m:sSub>
            <m:sSubPr>
              <m:ctrlPr>
                <w:rPr>
                  <w:rFonts w:ascii="Cambria Math" w:hAnsi="Cambria Math"/>
                  <w:i/>
                </w:rPr>
              </m:ctrlPr>
            </m:sSubPr>
            <m:e>
              <m:r>
                <w:rPr>
                  <w:rFonts w:ascii="Cambria Math" w:hAnsi="Cambria Math"/>
                </w:rPr>
                <m:t>p</m:t>
              </m:r>
            </m:e>
            <m:sub>
              <m:r>
                <w:rPr>
                  <w:rFonts w:ascii="Cambria Math" w:hAnsi="Cambria Math"/>
                </w:rPr>
                <m:t>ik</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ik</m:t>
              </m:r>
            </m:sub>
          </m:sSub>
          <m:r>
            <w:rPr>
              <w:rFonts w:ascii="Cambria Math" w:hAnsi="Cambria Math"/>
            </w:rPr>
            <m:t>)</m:t>
          </m:r>
        </m:oMath>
      </m:oMathPara>
    </w:p>
    <w:p w14:paraId="3831BB42" w14:textId="5388B395" w:rsidR="00074407" w:rsidRPr="004857CF" w:rsidRDefault="00074407" w:rsidP="00145B61">
      <w:pPr>
        <w:pStyle w:val="BodyText"/>
      </w:pPr>
      <w:r w:rsidRPr="004857CF">
        <w:t xml:space="preserve">Where </w:t>
      </w:r>
      <m:oMath>
        <m:sSub>
          <m:sSubPr>
            <m:ctrlPr>
              <w:rPr>
                <w:rFonts w:ascii="Cambria Math" w:hAnsi="Cambria Math"/>
                <w:i/>
              </w:rPr>
            </m:ctrlPr>
          </m:sSubPr>
          <m:e>
            <m:r>
              <w:rPr>
                <w:rFonts w:ascii="Cambria Math" w:hAnsi="Cambria Math"/>
              </w:rPr>
              <m:t>r</m:t>
            </m:r>
          </m:e>
          <m:sub>
            <m:r>
              <w:rPr>
                <w:rFonts w:ascii="Cambria Math" w:hAnsi="Cambria Math"/>
              </w:rPr>
              <m:t>ik</m:t>
            </m:r>
          </m:sub>
        </m:sSub>
      </m:oMath>
      <w:r w:rsidRPr="004857CF">
        <w:t xml:space="preserve"> is the number of events</w:t>
      </w:r>
      <w:r w:rsidR="00026E3E" w:rsidRPr="004857CF">
        <w:t xml:space="preserve"> out of the total number of patients in each arm </w:t>
      </w:r>
      <m:oMath>
        <m:sSub>
          <m:sSubPr>
            <m:ctrlPr>
              <w:rPr>
                <w:rFonts w:ascii="Cambria Math" w:hAnsi="Cambria Math"/>
                <w:i/>
              </w:rPr>
            </m:ctrlPr>
          </m:sSubPr>
          <m:e>
            <m:r>
              <w:rPr>
                <w:rFonts w:ascii="Cambria Math" w:hAnsi="Cambria Math"/>
              </w:rPr>
              <m:t>n</m:t>
            </m:r>
          </m:e>
          <m:sub>
            <m:r>
              <w:rPr>
                <w:rFonts w:ascii="Cambria Math" w:hAnsi="Cambria Math"/>
              </w:rPr>
              <m:t>ik</m:t>
            </m:r>
          </m:sub>
        </m:sSub>
      </m:oMath>
      <w:r w:rsidR="004A220B" w:rsidRPr="004857CF">
        <w:t xml:space="preserve"> </w:t>
      </w:r>
      <w:r w:rsidR="00F4230F" w:rsidRPr="004857CF">
        <w:t xml:space="preserve">and </w:t>
      </w:r>
      <m:oMath>
        <m:sSub>
          <m:sSubPr>
            <m:ctrlPr>
              <w:rPr>
                <w:rFonts w:ascii="Cambria Math" w:hAnsi="Cambria Math"/>
                <w:i/>
              </w:rPr>
            </m:ctrlPr>
          </m:sSubPr>
          <m:e>
            <m:r>
              <w:rPr>
                <w:rFonts w:ascii="Cambria Math" w:hAnsi="Cambria Math"/>
              </w:rPr>
              <m:t>p</m:t>
            </m:r>
          </m:e>
          <m:sub>
            <m:r>
              <w:rPr>
                <w:rFonts w:ascii="Cambria Math" w:hAnsi="Cambria Math"/>
              </w:rPr>
              <m:t>ik</m:t>
            </m:r>
          </m:sub>
        </m:sSub>
      </m:oMath>
      <w:r w:rsidR="002C6879" w:rsidRPr="004857CF">
        <w:t>, the parameter of interest</w:t>
      </w:r>
      <w:r w:rsidR="004A220B" w:rsidRPr="004857CF">
        <w:t xml:space="preserve"> is the probability of an event in arm k of trial </w:t>
      </w:r>
      <w:proofErr w:type="spellStart"/>
      <w:r w:rsidR="00F4230F" w:rsidRPr="004857CF">
        <w:t>i</w:t>
      </w:r>
      <w:proofErr w:type="spellEnd"/>
      <w:r w:rsidR="004437D0" w:rsidRPr="004857CF">
        <w:t>.</w:t>
      </w:r>
    </w:p>
    <w:p w14:paraId="128A617E" w14:textId="5226CC35" w:rsidR="004437D0" w:rsidRPr="004857CF" w:rsidRDefault="0095783C" w:rsidP="004437D0">
      <w:pPr>
        <w:pStyle w:val="BodyText"/>
      </w:pPr>
      <w:r w:rsidRPr="004857CF">
        <w:t>For continuous outcomes, a</w:t>
      </w:r>
      <w:r w:rsidR="00DA056F" w:rsidRPr="004857CF">
        <w:t>n i</w:t>
      </w:r>
      <w:r w:rsidR="008E6013" w:rsidRPr="004857CF">
        <w:t>dentify link and normal likelihood were used</w:t>
      </w:r>
      <w:r w:rsidRPr="004857CF">
        <w:t>:</w:t>
      </w:r>
      <w:r w:rsidR="004520FE" w:rsidRPr="004857CF">
        <w:br/>
      </w:r>
      <m:oMathPara>
        <m:oMath>
          <m:r>
            <w:rPr>
              <w:rFonts w:ascii="Cambria Math" w:hAnsi="Cambria Math"/>
            </w:rPr>
            <m:t>g</m:t>
          </m:r>
          <m:d>
            <m:dPr>
              <m:ctrlPr>
                <w:rPr>
                  <w:rFonts w:ascii="Cambria Math" w:hAnsi="Cambria Math"/>
                  <w:i/>
                </w:rPr>
              </m:ctrlPr>
            </m:dPr>
            <m:e>
              <m:r>
                <w:rPr>
                  <w:rFonts w:ascii="Cambria Math" w:hAnsi="Cambria Math"/>
                </w:rPr>
                <m:t>γ</m:t>
              </m:r>
            </m:e>
          </m:d>
          <m:r>
            <w:rPr>
              <w:rFonts w:ascii="Cambria Math" w:hAnsi="Cambria Math"/>
            </w:rPr>
            <m:t xml:space="preserve">=γ ,        </m:t>
          </m:r>
          <m:sSub>
            <m:sSubPr>
              <m:ctrlPr>
                <w:rPr>
                  <w:rFonts w:ascii="Cambria Math" w:hAnsi="Cambria Math"/>
                  <w:i/>
                </w:rPr>
              </m:ctrlPr>
            </m:sSubPr>
            <m:e>
              <m:r>
                <w:rPr>
                  <w:rFonts w:ascii="Cambria Math" w:hAnsi="Cambria Math"/>
                </w:rPr>
                <m:t>y</m:t>
              </m:r>
            </m:e>
            <m:sub>
              <m:r>
                <w:rPr>
                  <w:rFonts w:ascii="Cambria Math" w:hAnsi="Cambria Math"/>
                </w:rPr>
                <m:t>ik</m:t>
              </m:r>
            </m:sub>
          </m:sSub>
          <m:r>
            <w:rPr>
              <w:rFonts w:ascii="Cambria Math" w:hAnsi="Cambria Math"/>
            </w:rPr>
            <m:t>~ N(</m:t>
          </m:r>
          <m:sSub>
            <m:sSubPr>
              <m:ctrlPr>
                <w:rPr>
                  <w:rFonts w:ascii="Cambria Math" w:hAnsi="Cambria Math"/>
                  <w:i/>
                </w:rPr>
              </m:ctrlPr>
            </m:sSubPr>
            <m:e>
              <m:r>
                <w:rPr>
                  <w:rFonts w:ascii="Cambria Math" w:hAnsi="Cambria Math"/>
                </w:rPr>
                <m:t>θ</m:t>
              </m:r>
            </m:e>
            <m:sub>
              <m:r>
                <w:rPr>
                  <w:rFonts w:ascii="Cambria Math" w:hAnsi="Cambria Math"/>
                </w:rPr>
                <m:t>ik</m:t>
              </m:r>
            </m:sub>
          </m:sSub>
          <m:r>
            <w:rPr>
              <w:rFonts w:ascii="Cambria Math" w:hAnsi="Cambria Math"/>
            </w:rPr>
            <m:t>,</m:t>
          </m:r>
          <m:sSubSup>
            <m:sSubSupPr>
              <m:ctrlPr>
                <w:rPr>
                  <w:rFonts w:ascii="Cambria Math" w:hAnsi="Cambria Math"/>
                  <w:i/>
                </w:rPr>
              </m:ctrlPr>
            </m:sSubSupPr>
            <m:e>
              <m:r>
                <w:rPr>
                  <w:rFonts w:ascii="Cambria Math" w:hAnsi="Cambria Math"/>
                </w:rPr>
                <m:t>se</m:t>
              </m:r>
            </m:e>
            <m:sub>
              <m:r>
                <w:rPr>
                  <w:rFonts w:ascii="Cambria Math" w:hAnsi="Cambria Math"/>
                </w:rPr>
                <m:t>ik</m:t>
              </m:r>
            </m:sub>
            <m:sup>
              <m:r>
                <w:rPr>
                  <w:rFonts w:ascii="Cambria Math" w:hAnsi="Cambria Math"/>
                </w:rPr>
                <m:t>2</m:t>
              </m:r>
            </m:sup>
          </m:sSubSup>
          <m:r>
            <w:rPr>
              <w:rFonts w:ascii="Cambria Math" w:hAnsi="Cambria Math"/>
            </w:rPr>
            <m:t>)</m:t>
          </m:r>
        </m:oMath>
      </m:oMathPara>
    </w:p>
    <w:p w14:paraId="116638B8" w14:textId="4251B0C9" w:rsidR="00496294" w:rsidRPr="004857CF" w:rsidRDefault="00CB4C8C" w:rsidP="00145B61">
      <w:pPr>
        <w:pStyle w:val="BodyText"/>
      </w:pPr>
      <w:r w:rsidRPr="004857CF">
        <w:t xml:space="preserve">Where </w:t>
      </w:r>
      <m:oMath>
        <m:sSub>
          <m:sSubPr>
            <m:ctrlPr>
              <w:rPr>
                <w:rFonts w:ascii="Cambria Math" w:hAnsi="Cambria Math"/>
                <w:i/>
              </w:rPr>
            </m:ctrlPr>
          </m:sSubPr>
          <m:e>
            <m:r>
              <w:rPr>
                <w:rFonts w:ascii="Cambria Math" w:hAnsi="Cambria Math"/>
              </w:rPr>
              <m:t>y</m:t>
            </m:r>
          </m:e>
          <m:sub>
            <m:r>
              <w:rPr>
                <w:rFonts w:ascii="Cambria Math" w:hAnsi="Cambria Math"/>
              </w:rPr>
              <m:t>ik</m:t>
            </m:r>
          </m:sub>
        </m:sSub>
      </m:oMath>
      <w:r w:rsidR="00E33231" w:rsidRPr="004857CF">
        <w:t xml:space="preserve"> and </w:t>
      </w:r>
      <m:oMath>
        <m:r>
          <w:rPr>
            <w:rFonts w:ascii="Cambria Math" w:hAnsi="Cambria Math"/>
          </w:rPr>
          <m:t>s</m:t>
        </m:r>
        <m:sSub>
          <m:sSubPr>
            <m:ctrlPr>
              <w:rPr>
                <w:rFonts w:ascii="Cambria Math" w:hAnsi="Cambria Math"/>
                <w:i/>
              </w:rPr>
            </m:ctrlPr>
          </m:sSubPr>
          <m:e>
            <m:r>
              <w:rPr>
                <w:rFonts w:ascii="Cambria Math" w:hAnsi="Cambria Math"/>
              </w:rPr>
              <m:t>e</m:t>
            </m:r>
          </m:e>
          <m:sub>
            <m:r>
              <w:rPr>
                <w:rFonts w:ascii="Cambria Math" w:hAnsi="Cambria Math"/>
              </w:rPr>
              <m:t>ik</m:t>
            </m:r>
          </m:sub>
        </m:sSub>
      </m:oMath>
      <w:r w:rsidR="00E33231" w:rsidRPr="004857CF">
        <w:t xml:space="preserve"> are the sample mean</w:t>
      </w:r>
      <w:r w:rsidR="00AC71C1" w:rsidRPr="004857CF">
        <w:t xml:space="preserve"> difference</w:t>
      </w:r>
      <w:r w:rsidR="00135207" w:rsidRPr="004857CF">
        <w:t>s</w:t>
      </w:r>
      <w:r w:rsidR="00DA67E0" w:rsidRPr="004857CF">
        <w:t xml:space="preserve"> from baseline</w:t>
      </w:r>
      <w:r w:rsidR="005C475B" w:rsidRPr="004857CF">
        <w:t xml:space="preserve"> (versus reference arm 1)</w:t>
      </w:r>
      <w:r w:rsidR="00E33231" w:rsidRPr="004857CF">
        <w:t xml:space="preserve"> and standard error </w:t>
      </w:r>
      <w:r w:rsidR="00283688" w:rsidRPr="004857CF">
        <w:t xml:space="preserve">of </w:t>
      </w:r>
      <w:r w:rsidR="00030ABD" w:rsidRPr="004857CF">
        <w:t xml:space="preserve">arm k </w:t>
      </w:r>
      <w:r w:rsidR="00135207" w:rsidRPr="004857CF">
        <w:t>in</w:t>
      </w:r>
      <w:r w:rsidR="00030ABD" w:rsidRPr="004857CF">
        <w:t xml:space="preserve"> trial </w:t>
      </w:r>
      <w:proofErr w:type="spellStart"/>
      <w:r w:rsidR="00135207" w:rsidRPr="004857CF">
        <w:t>i</w:t>
      </w:r>
      <w:proofErr w:type="spellEnd"/>
      <w:r w:rsidR="005647A5" w:rsidRPr="004857CF">
        <w:t xml:space="preserve">, and </w:t>
      </w:r>
      <m:oMath>
        <m:sSub>
          <m:sSubPr>
            <m:ctrlPr>
              <w:rPr>
                <w:rFonts w:ascii="Cambria Math" w:hAnsi="Cambria Math"/>
                <w:i/>
              </w:rPr>
            </m:ctrlPr>
          </m:sSubPr>
          <m:e>
            <m:r>
              <w:rPr>
                <w:rFonts w:ascii="Cambria Math" w:hAnsi="Cambria Math"/>
              </w:rPr>
              <m:t>θ</m:t>
            </m:r>
          </m:e>
          <m:sub>
            <m:r>
              <w:rPr>
                <w:rFonts w:ascii="Cambria Math" w:hAnsi="Cambria Math"/>
              </w:rPr>
              <m:t>ik</m:t>
            </m:r>
          </m:sub>
        </m:sSub>
      </m:oMath>
      <w:r w:rsidR="005647A5" w:rsidRPr="004857CF">
        <w:t xml:space="preserve"> is the parameter of interes</w:t>
      </w:r>
      <w:r w:rsidR="0095783C" w:rsidRPr="004857CF">
        <w:t xml:space="preserve">t. </w:t>
      </w:r>
      <w:r w:rsidR="005C475B" w:rsidRPr="004857CF">
        <w:t>Notably</w:t>
      </w:r>
      <w:r w:rsidR="00A97351" w:rsidRPr="004857CF">
        <w:t xml:space="preserve">, </w:t>
      </w:r>
      <w:r w:rsidR="00C31212" w:rsidRPr="004857CF">
        <w:t xml:space="preserve">in the case of mean </w:t>
      </w:r>
      <w:r w:rsidR="00C31212" w:rsidRPr="004857CF">
        <w:lastRenderedPageBreak/>
        <w:t xml:space="preserve">difference from baseline outcomes, no trial-specific </w:t>
      </w:r>
      <w:r w:rsidR="00D519A1" w:rsidRPr="004857CF">
        <w:t xml:space="preserve">baseline </w:t>
      </w:r>
      <w:r w:rsidR="00C31212" w:rsidRPr="004857CF">
        <w:t xml:space="preserve">effects </w:t>
      </w:r>
      <w:r w:rsidR="007A22E5" w:rsidRPr="004857CF">
        <w:t xml:space="preserve">can be estimated, </w:t>
      </w:r>
      <w:r w:rsidR="00A97351" w:rsidRPr="004857CF">
        <w:t xml:space="preserve">and </w:t>
      </w:r>
      <m:oMath>
        <m:sSub>
          <m:sSubPr>
            <m:ctrlPr>
              <w:rPr>
                <w:rFonts w:ascii="Cambria Math" w:hAnsi="Cambria Math"/>
                <w:i/>
              </w:rPr>
            </m:ctrlPr>
          </m:sSubPr>
          <m:e>
            <m:r>
              <w:rPr>
                <w:rFonts w:ascii="Cambria Math" w:hAnsi="Cambria Math"/>
              </w:rPr>
              <m:t>μ</m:t>
            </m:r>
          </m:e>
          <m:sub>
            <m:r>
              <w:rPr>
                <w:rFonts w:ascii="Cambria Math" w:hAnsi="Cambria Math"/>
              </w:rPr>
              <m:t>i</m:t>
            </m:r>
          </m:sub>
        </m:sSub>
      </m:oMath>
      <w:r w:rsidR="00A97351" w:rsidRPr="004857CF">
        <w:t xml:space="preserve"> drops out of the GLM. </w:t>
      </w:r>
    </w:p>
    <w:p w14:paraId="77D0EDB5" w14:textId="0E264FAF" w:rsidR="00F02F80" w:rsidRPr="004857CF" w:rsidRDefault="00F02F80" w:rsidP="00996746">
      <w:pPr>
        <w:pStyle w:val="Heading3"/>
        <w:ind w:firstLine="720"/>
      </w:pPr>
      <w:r w:rsidRPr="004857CF">
        <w:t>Model fitting</w:t>
      </w:r>
    </w:p>
    <w:p w14:paraId="331BDA1B" w14:textId="35A729ED" w:rsidR="00650371" w:rsidRPr="004857CF" w:rsidRDefault="00650371" w:rsidP="0077068A">
      <w:pPr>
        <w:spacing w:after="0"/>
        <w:rPr>
          <w:rFonts w:eastAsia="Arial"/>
          <w:color w:val="auto"/>
        </w:rPr>
      </w:pPr>
      <w:r w:rsidRPr="004857CF">
        <w:rPr>
          <w:rFonts w:eastAsia="Arial"/>
          <w:color w:val="auto"/>
        </w:rPr>
        <w:t xml:space="preserve">Relative treatment effects are estimated using </w:t>
      </w:r>
      <w:r w:rsidR="006967F1" w:rsidRPr="004857CF">
        <w:rPr>
          <w:rFonts w:eastAsia="Arial"/>
          <w:color w:val="auto"/>
        </w:rPr>
        <w:t>Markov Chain Monte Carlo (</w:t>
      </w:r>
      <w:r w:rsidRPr="004857CF">
        <w:rPr>
          <w:rFonts w:eastAsia="Arial"/>
          <w:color w:val="auto"/>
        </w:rPr>
        <w:t>MCMC</w:t>
      </w:r>
      <w:r w:rsidR="006967F1" w:rsidRPr="004857CF">
        <w:rPr>
          <w:rFonts w:eastAsia="Arial"/>
          <w:color w:val="auto"/>
        </w:rPr>
        <w:t>)</w:t>
      </w:r>
      <w:r w:rsidRPr="004857CF">
        <w:rPr>
          <w:rFonts w:eastAsia="Arial"/>
          <w:color w:val="auto"/>
        </w:rPr>
        <w:t xml:space="preserve"> methods. An initial number of iterations were discarded as the “burn-in” period, which were assessed by running three chains using different starting values and checking convergence </w:t>
      </w:r>
      <w:r w:rsidRPr="004857CF">
        <w:rPr>
          <w:rFonts w:asciiTheme="majorHAnsi" w:eastAsiaTheme="majorEastAsia" w:hAnsiTheme="majorHAnsi"/>
          <w:color w:val="auto"/>
        </w:rPr>
        <w:t>using the Brooks</w:t>
      </w:r>
      <w:r w:rsidRPr="004857CF">
        <w:rPr>
          <w:rFonts w:asciiTheme="majorHAnsi" w:eastAsiaTheme="majorEastAsia" w:hAnsiTheme="majorHAnsi" w:cstheme="majorHAnsi"/>
          <w:color w:val="auto"/>
        </w:rPr>
        <w:t>–</w:t>
      </w:r>
      <w:r w:rsidRPr="004857CF">
        <w:rPr>
          <w:rFonts w:asciiTheme="majorHAnsi" w:eastAsiaTheme="majorEastAsia" w:hAnsiTheme="majorHAnsi"/>
          <w:color w:val="auto"/>
        </w:rPr>
        <w:t>Gelman</w:t>
      </w:r>
      <w:r w:rsidRPr="004857CF">
        <w:rPr>
          <w:rFonts w:asciiTheme="majorHAnsi" w:eastAsiaTheme="majorEastAsia" w:hAnsiTheme="majorHAnsi" w:cstheme="majorHAnsi"/>
          <w:color w:val="auto"/>
        </w:rPr>
        <w:t>–</w:t>
      </w:r>
      <w:r w:rsidRPr="004857CF">
        <w:rPr>
          <w:rFonts w:asciiTheme="majorHAnsi" w:eastAsiaTheme="majorEastAsia" w:hAnsiTheme="majorHAnsi"/>
          <w:color w:val="auto"/>
        </w:rPr>
        <w:t>Rubin statistic</w:t>
      </w:r>
      <w:r w:rsidR="00C2201A" w:rsidRPr="004857CF">
        <w:rPr>
          <w:rFonts w:asciiTheme="majorHAnsi" w:eastAsiaTheme="majorEastAsia" w:hAnsiTheme="majorHAnsi"/>
          <w:color w:val="auto"/>
        </w:rPr>
        <w:t>, trace plots,</w:t>
      </w:r>
      <w:r w:rsidRPr="004857CF">
        <w:rPr>
          <w:rFonts w:asciiTheme="majorHAnsi" w:eastAsiaTheme="majorEastAsia" w:hAnsiTheme="majorHAnsi"/>
          <w:color w:val="auto"/>
        </w:rPr>
        <w:t xml:space="preserve"> and plots of posterior density</w:t>
      </w:r>
      <w:r w:rsidRPr="004857CF">
        <w:rPr>
          <w:rFonts w:eastAsia="Arial"/>
          <w:color w:val="auto"/>
        </w:rPr>
        <w:t>.</w:t>
      </w:r>
      <w:r w:rsidR="0031308D" w:rsidRPr="004857CF">
        <w:rPr>
          <w:rFonts w:eastAsia="Arial"/>
          <w:color w:val="auto"/>
        </w:rPr>
        <w:fldChar w:fldCharType="begin"/>
      </w:r>
      <w:r w:rsidR="00073331">
        <w:rPr>
          <w:rFonts w:eastAsia="Arial"/>
          <w:color w:val="auto"/>
        </w:rPr>
        <w:instrText xml:space="preserve"> ADDIN EN.CITE &lt;EndNote&gt;&lt;Cite&gt;&lt;Author&gt;Brooks&lt;/Author&gt;&lt;Year&gt;1998&lt;/Year&gt;&lt;RecNum&gt;121&lt;/RecNum&gt;&lt;DisplayText&gt;&lt;style face="superscript"&gt;124&lt;/style&gt;&lt;/DisplayText&gt;&lt;record&gt;&lt;rec-number&gt;121&lt;/rec-number&gt;&lt;foreign-keys&gt;&lt;key app="EN" db-id="9ttaxzax2p0tr7ewzt55atews50zvxaaa5rz" timestamp="1764068858"&gt;121&lt;/key&gt;&lt;/foreign-keys&gt;&lt;ref-type name="Journal Article"&gt;17&lt;/ref-type&gt;&lt;contributors&gt;&lt;authors&gt;&lt;author&gt;Brooks, Stephen P&lt;/author&gt;&lt;author&gt;Gelman, Andrew&lt;/author&gt;&lt;/authors&gt;&lt;/contributors&gt;&lt;titles&gt;&lt;title&gt;General methods for monitoring convergence of iterative simulations&lt;/title&gt;&lt;secondary-title&gt;Journal of computational and graphical statistics&lt;/secondary-title&gt;&lt;/titles&gt;&lt;periodical&gt;&lt;full-title&gt;Journal of computational and graphical statistics&lt;/full-title&gt;&lt;/periodical&gt;&lt;pages&gt;434-455&lt;/pages&gt;&lt;volume&gt;7&lt;/volume&gt;&lt;number&gt;4&lt;/number&gt;&lt;dates&gt;&lt;year&gt;1998&lt;/year&gt;&lt;/dates&gt;&lt;isbn&gt;1061-8600&lt;/isbn&gt;&lt;urls&gt;&lt;/urls&gt;&lt;/record&gt;&lt;/Cite&gt;&lt;/EndNote&gt;</w:instrText>
      </w:r>
      <w:r w:rsidR="0031308D" w:rsidRPr="004857CF">
        <w:rPr>
          <w:rFonts w:eastAsia="Arial"/>
          <w:color w:val="auto"/>
        </w:rPr>
        <w:fldChar w:fldCharType="separate"/>
      </w:r>
      <w:r w:rsidR="00E8550B" w:rsidRPr="00E8550B">
        <w:rPr>
          <w:rFonts w:eastAsia="Arial"/>
          <w:noProof/>
          <w:color w:val="auto"/>
          <w:vertAlign w:val="superscript"/>
        </w:rPr>
        <w:t>124</w:t>
      </w:r>
      <w:r w:rsidR="0031308D" w:rsidRPr="004857CF">
        <w:rPr>
          <w:rFonts w:eastAsia="Arial"/>
          <w:color w:val="auto"/>
        </w:rPr>
        <w:fldChar w:fldCharType="end"/>
      </w:r>
      <w:r w:rsidRPr="004857CF">
        <w:rPr>
          <w:rFonts w:eastAsia="Arial"/>
          <w:color w:val="auto"/>
        </w:rPr>
        <w:t xml:space="preserve"> </w:t>
      </w:r>
      <w:r w:rsidRPr="004857CF">
        <w:rPr>
          <w:rFonts w:eastAsia="Arial" w:cs="Arial"/>
          <w:color w:val="auto"/>
        </w:rPr>
        <w:t>The burn-in was set to 50,000 samples initially, but this may have been increased if there was evidence that the MCMC has not converged.</w:t>
      </w:r>
      <w:r w:rsidR="00AA2030" w:rsidRPr="004857CF">
        <w:rPr>
          <w:rFonts w:eastAsia="Arial" w:cs="Arial"/>
          <w:color w:val="auto"/>
        </w:rPr>
        <w:t xml:space="preserve"> </w:t>
      </w:r>
      <w:r w:rsidR="005E3626" w:rsidRPr="004857CF">
        <w:rPr>
          <w:rFonts w:eastAsia="Arial"/>
          <w:color w:val="auto"/>
        </w:rPr>
        <w:t xml:space="preserve">Autocorrelation was assessed using autocorrelation plots to determine whether samples within each chain </w:t>
      </w:r>
      <w:r w:rsidR="00E411FC" w:rsidRPr="004857CF">
        <w:rPr>
          <w:rFonts w:eastAsia="Arial"/>
          <w:color w:val="auto"/>
        </w:rPr>
        <w:t>were</w:t>
      </w:r>
      <w:r w:rsidR="005E3626" w:rsidRPr="004857CF">
        <w:rPr>
          <w:rFonts w:eastAsia="Arial"/>
          <w:color w:val="auto"/>
        </w:rPr>
        <w:t xml:space="preserve"> highly correlated, and </w:t>
      </w:r>
      <w:r w:rsidR="00E411FC" w:rsidRPr="004857CF">
        <w:rPr>
          <w:rFonts w:eastAsia="Arial"/>
          <w:color w:val="auto"/>
        </w:rPr>
        <w:t>if needed a</w:t>
      </w:r>
      <w:r w:rsidR="005E3626" w:rsidRPr="004857CF">
        <w:rPr>
          <w:rFonts w:eastAsia="Arial"/>
          <w:color w:val="auto"/>
        </w:rPr>
        <w:t xml:space="preserve"> suitable thinning interval was applied</w:t>
      </w:r>
      <w:r w:rsidR="00AA2030" w:rsidRPr="004857CF">
        <w:rPr>
          <w:rFonts w:eastAsia="Arial"/>
          <w:color w:val="auto"/>
        </w:rPr>
        <w:t xml:space="preserve">. </w:t>
      </w:r>
      <w:r w:rsidR="00651FA7" w:rsidRPr="004857CF">
        <w:rPr>
          <w:rFonts w:eastAsia="Arial" w:cs="Arial"/>
          <w:color w:val="auto"/>
        </w:rPr>
        <w:t xml:space="preserve">Once convergence was achieved, </w:t>
      </w:r>
      <w:r w:rsidR="00651FA7" w:rsidRPr="004857CF">
        <w:rPr>
          <w:rFonts w:eastAsia="Arial"/>
          <w:color w:val="auto"/>
        </w:rPr>
        <w:t xml:space="preserve">a further 50,000 </w:t>
      </w:r>
      <w:r w:rsidR="0077068A" w:rsidRPr="004857CF">
        <w:rPr>
          <w:rFonts w:eastAsia="Arial"/>
          <w:color w:val="auto"/>
        </w:rPr>
        <w:t>sampling iterations</w:t>
      </w:r>
      <w:r w:rsidR="00651FA7" w:rsidRPr="004857CF">
        <w:rPr>
          <w:rFonts w:eastAsia="Arial"/>
          <w:color w:val="auto"/>
        </w:rPr>
        <w:t xml:space="preserve"> were generated</w:t>
      </w:r>
      <w:r w:rsidR="0077068A" w:rsidRPr="004857CF">
        <w:rPr>
          <w:rFonts w:eastAsia="Arial"/>
          <w:color w:val="auto"/>
        </w:rPr>
        <w:t>.</w:t>
      </w:r>
    </w:p>
    <w:p w14:paraId="18ED29B0" w14:textId="2A047FF8" w:rsidR="00D124F8" w:rsidRPr="004857CF" w:rsidRDefault="00D124F8" w:rsidP="00145B61">
      <w:pPr>
        <w:pStyle w:val="BodyText"/>
      </w:pPr>
      <w:r w:rsidRPr="004857CF">
        <w:t xml:space="preserve">Both </w:t>
      </w:r>
      <w:r w:rsidR="001A3ACA" w:rsidRPr="004857CF">
        <w:t>fixed and random-effects models were fitted to the data for base case networks</w:t>
      </w:r>
      <w:r w:rsidR="00942160" w:rsidRPr="004857CF">
        <w:t>, while network sensitivity analyses were performed using a random effects model only.</w:t>
      </w:r>
      <w:r w:rsidR="00EE08D2" w:rsidRPr="004857CF">
        <w:t xml:space="preserve"> </w:t>
      </w:r>
      <w:r w:rsidR="00533C94" w:rsidRPr="004857CF">
        <w:t xml:space="preserve">The deviance </w:t>
      </w:r>
      <w:r w:rsidR="0070046C" w:rsidRPr="004857CF">
        <w:t xml:space="preserve">information criterion </w:t>
      </w:r>
      <w:r w:rsidR="00CD0CB0" w:rsidRPr="004857CF">
        <w:t xml:space="preserve">statistics was used to compare goodness of fit between fixed and random effects models for base case networks, though </w:t>
      </w:r>
      <w:r w:rsidR="00BA1AA4" w:rsidRPr="004857CF">
        <w:t>the random effects model was preferred</w:t>
      </w:r>
      <w:r w:rsidR="00CD0CB0" w:rsidRPr="004857CF">
        <w:t xml:space="preserve"> based on </w:t>
      </w:r>
      <w:r w:rsidR="00A436F2" w:rsidRPr="004857CF">
        <w:t>plausibility of the underlying model assumptions</w:t>
      </w:r>
      <w:r w:rsidR="00975393" w:rsidRPr="004857CF">
        <w:t xml:space="preserve"> in the observed network (i.e. fixed effects </w:t>
      </w:r>
      <w:r w:rsidR="00BA1AA4" w:rsidRPr="004857CF">
        <w:t xml:space="preserve">implausibly </w:t>
      </w:r>
      <w:r w:rsidR="00975393" w:rsidRPr="004857CF">
        <w:t>assumes no between</w:t>
      </w:r>
      <w:r w:rsidR="005D5BEC" w:rsidRPr="004857CF">
        <w:t>-</w:t>
      </w:r>
      <w:r w:rsidR="00F149F9" w:rsidRPr="004857CF">
        <w:t>trial</w:t>
      </w:r>
      <w:r w:rsidR="00975393" w:rsidRPr="004857CF">
        <w:t xml:space="preserve"> heterogeneity). </w:t>
      </w:r>
    </w:p>
    <w:p w14:paraId="24F6648A" w14:textId="77777777" w:rsidR="00ED4BB4" w:rsidRPr="004857CF" w:rsidRDefault="00E157C7" w:rsidP="0007416F">
      <w:pPr>
        <w:rPr>
          <w:color w:val="auto"/>
        </w:rPr>
      </w:pPr>
      <w:r w:rsidRPr="004857CF">
        <w:rPr>
          <w:color w:val="auto"/>
          <w:lang w:bidi="en-US"/>
        </w:rPr>
        <w:t>Aligned with the recommendations of NICE DS</w:t>
      </w:r>
      <w:r w:rsidR="00C96E37" w:rsidRPr="004857CF">
        <w:rPr>
          <w:color w:val="auto"/>
          <w:lang w:bidi="en-US"/>
        </w:rPr>
        <w:t>U</w:t>
      </w:r>
      <w:r w:rsidRPr="004857CF">
        <w:rPr>
          <w:color w:val="auto"/>
          <w:lang w:bidi="en-US"/>
        </w:rPr>
        <w:t xml:space="preserve"> TSD 2, n</w:t>
      </w:r>
      <w:r w:rsidR="00BA1E49" w:rsidRPr="004857CF">
        <w:rPr>
          <w:color w:val="auto"/>
          <w:lang w:bidi="en-US"/>
        </w:rPr>
        <w:t>on-informative prior</w:t>
      </w:r>
      <w:r w:rsidR="00B44CCA" w:rsidRPr="004857CF">
        <w:rPr>
          <w:color w:val="auto"/>
          <w:lang w:bidi="en-US"/>
        </w:rPr>
        <w:t>s with normal distribution, N(0, 100</w:t>
      </w:r>
      <w:r w:rsidR="00B44CCA" w:rsidRPr="004857CF">
        <w:rPr>
          <w:color w:val="auto"/>
          <w:vertAlign w:val="superscript"/>
          <w:lang w:bidi="en-US"/>
        </w:rPr>
        <w:t>2</w:t>
      </w:r>
      <w:r w:rsidR="00B44CCA" w:rsidRPr="004857CF">
        <w:rPr>
          <w:color w:val="auto"/>
          <w:lang w:bidi="en-US"/>
        </w:rPr>
        <w:t xml:space="preserve">), </w:t>
      </w:r>
      <w:r w:rsidR="00BA1E49" w:rsidRPr="004857CF">
        <w:rPr>
          <w:color w:val="auto"/>
          <w:lang w:bidi="en-US"/>
        </w:rPr>
        <w:t xml:space="preserve">were </w:t>
      </w:r>
      <w:r w:rsidR="00145FFD" w:rsidRPr="004857CF">
        <w:rPr>
          <w:color w:val="auto"/>
          <w:lang w:bidi="en-US"/>
        </w:rPr>
        <w:t xml:space="preserve">used for baseline </w:t>
      </w:r>
      <w:r w:rsidR="00145FFD" w:rsidRPr="004857CF">
        <w:rPr>
          <w:color w:val="auto"/>
        </w:rPr>
        <w:t>effect</w:t>
      </w:r>
      <w:r w:rsidR="00145FFD" w:rsidRPr="004857CF">
        <w:rPr>
          <w:color w:val="auto"/>
          <w:lang w:bidi="en-US"/>
        </w:rPr>
        <w:t xml:space="preserve"> and treatment effect </w:t>
      </w:r>
      <w:r w:rsidR="00BF71AF" w:rsidRPr="004857CF">
        <w:rPr>
          <w:color w:val="auto"/>
          <w:lang w:bidi="en-US"/>
        </w:rPr>
        <w:t>model parameters</w:t>
      </w:r>
      <w:r w:rsidR="006F620A" w:rsidRPr="004857CF">
        <w:rPr>
          <w:color w:val="auto"/>
          <w:lang w:bidi="en-US"/>
        </w:rPr>
        <w:t xml:space="preserve">. </w:t>
      </w:r>
      <w:r w:rsidR="0007416F" w:rsidRPr="004857CF">
        <w:rPr>
          <w:color w:val="auto"/>
          <w:lang w:bidi="en-US"/>
        </w:rPr>
        <w:t>Random-effects models include a</w:t>
      </w:r>
      <w:r w:rsidR="005E25F7" w:rsidRPr="004857CF">
        <w:rPr>
          <w:color w:val="auto"/>
          <w:lang w:bidi="en-US"/>
        </w:rPr>
        <w:t>n additional</w:t>
      </w:r>
      <w:r w:rsidR="0007416F" w:rsidRPr="004857CF">
        <w:rPr>
          <w:color w:val="auto"/>
          <w:lang w:bidi="en-US"/>
        </w:rPr>
        <w:t xml:space="preserve"> parameter </w:t>
      </w:r>
      <w:r w:rsidR="00126F78" w:rsidRPr="004857CF">
        <w:rPr>
          <w:color w:val="auto"/>
          <w:lang w:bidi="en-US"/>
        </w:rPr>
        <w:t>for</w:t>
      </w:r>
      <w:r w:rsidR="0007416F" w:rsidRPr="004857CF">
        <w:rPr>
          <w:color w:val="auto"/>
          <w:lang w:bidi="en-US"/>
        </w:rPr>
        <w:t xml:space="preserve"> between-</w:t>
      </w:r>
      <w:r w:rsidR="00F149F9" w:rsidRPr="004857CF">
        <w:rPr>
          <w:color w:val="auto"/>
          <w:lang w:bidi="en-US"/>
        </w:rPr>
        <w:t>trial</w:t>
      </w:r>
      <w:r w:rsidR="005078F2" w:rsidRPr="004857CF">
        <w:rPr>
          <w:color w:val="auto"/>
          <w:lang w:bidi="en-US"/>
        </w:rPr>
        <w:t xml:space="preserve"> </w:t>
      </w:r>
      <w:r w:rsidR="00B44CCA" w:rsidRPr="004857CF">
        <w:rPr>
          <w:color w:val="auto"/>
          <w:lang w:bidi="en-US"/>
        </w:rPr>
        <w:t>variance</w:t>
      </w:r>
      <w:r w:rsidR="005E25F7" w:rsidRPr="004857CF">
        <w:rPr>
          <w:color w:val="auto"/>
          <w:lang w:bidi="en-US"/>
        </w:rPr>
        <w:t xml:space="preserve">. </w:t>
      </w:r>
      <w:r w:rsidR="00392B20" w:rsidRPr="004857CF">
        <w:rPr>
          <w:color w:val="auto"/>
          <w:lang w:bidi="en-US"/>
        </w:rPr>
        <w:t xml:space="preserve">A </w:t>
      </w:r>
      <w:r w:rsidR="00D0789F" w:rsidRPr="004857CF">
        <w:rPr>
          <w:color w:val="auto"/>
          <w:lang w:bidi="en-US"/>
        </w:rPr>
        <w:t xml:space="preserve">non-informative </w:t>
      </w:r>
      <w:r w:rsidR="007F4F9E" w:rsidRPr="004857CF">
        <w:rPr>
          <w:color w:val="auto"/>
          <w:lang w:bidi="en-US"/>
        </w:rPr>
        <w:t xml:space="preserve">uniform, </w:t>
      </w:r>
      <w:proofErr w:type="spellStart"/>
      <w:r w:rsidR="007F4F9E" w:rsidRPr="004857CF">
        <w:rPr>
          <w:color w:val="auto"/>
          <w:lang w:bidi="en-US"/>
        </w:rPr>
        <w:t>Unif</w:t>
      </w:r>
      <w:proofErr w:type="spellEnd"/>
      <w:r w:rsidR="007F4F9E" w:rsidRPr="004857CF">
        <w:rPr>
          <w:color w:val="auto"/>
          <w:lang w:bidi="en-US"/>
        </w:rPr>
        <w:t>(0,</w:t>
      </w:r>
      <w:r w:rsidR="005E25F7" w:rsidRPr="004857CF">
        <w:rPr>
          <w:color w:val="auto"/>
          <w:lang w:bidi="en-US"/>
        </w:rPr>
        <w:t>5</w:t>
      </w:r>
      <w:r w:rsidR="007F4F9E" w:rsidRPr="004857CF">
        <w:rPr>
          <w:color w:val="auto"/>
          <w:lang w:bidi="en-US"/>
        </w:rPr>
        <w:t xml:space="preserve">), </w:t>
      </w:r>
      <w:r w:rsidR="00D0789F" w:rsidRPr="004857CF">
        <w:rPr>
          <w:color w:val="auto"/>
          <w:lang w:bidi="en-US"/>
        </w:rPr>
        <w:t xml:space="preserve">prior distribution </w:t>
      </w:r>
      <w:r w:rsidR="00481307" w:rsidRPr="004857CF">
        <w:rPr>
          <w:color w:val="auto"/>
          <w:lang w:bidi="en-US"/>
        </w:rPr>
        <w:t xml:space="preserve">was used for </w:t>
      </w:r>
      <w:r w:rsidR="00D0789F" w:rsidRPr="004857CF">
        <w:rPr>
          <w:color w:val="auto"/>
          <w:lang w:bidi="en-US"/>
        </w:rPr>
        <w:t>between</w:t>
      </w:r>
      <w:r w:rsidR="00E02C1C" w:rsidRPr="004857CF">
        <w:rPr>
          <w:color w:val="auto"/>
          <w:lang w:bidi="en-US"/>
        </w:rPr>
        <w:t xml:space="preserve">-trial </w:t>
      </w:r>
      <w:r w:rsidR="005E25F7" w:rsidRPr="004857CF">
        <w:rPr>
          <w:color w:val="auto"/>
          <w:lang w:bidi="en-US"/>
        </w:rPr>
        <w:t>standard deviation</w:t>
      </w:r>
      <w:r w:rsidR="001E66E7" w:rsidRPr="004857CF">
        <w:rPr>
          <w:color w:val="auto"/>
          <w:lang w:bidi="en-US"/>
        </w:rPr>
        <w:t>.</w:t>
      </w:r>
      <w:r w:rsidR="00ED4BB4" w:rsidRPr="004857CF">
        <w:rPr>
          <w:color w:val="auto"/>
        </w:rPr>
        <w:t xml:space="preserve"> </w:t>
      </w:r>
    </w:p>
    <w:p w14:paraId="69C0F346" w14:textId="28687A49" w:rsidR="00ED4BB4" w:rsidRPr="004857CF" w:rsidRDefault="00ED4BB4" w:rsidP="0007416F">
      <w:pPr>
        <w:rPr>
          <w:color w:val="auto"/>
          <w:lang w:bidi="en-US"/>
        </w:rPr>
      </w:pPr>
      <w:r w:rsidRPr="004857CF">
        <w:rPr>
          <w:color w:val="auto"/>
          <w:lang w:bidi="en-US"/>
        </w:rPr>
        <w:t xml:space="preserve">Multi-arm adjustment was </w:t>
      </w:r>
      <w:r w:rsidR="00852093" w:rsidRPr="004857CF">
        <w:rPr>
          <w:color w:val="auto"/>
          <w:lang w:bidi="en-US"/>
        </w:rPr>
        <w:t xml:space="preserve">performed </w:t>
      </w:r>
      <w:r w:rsidR="009B362F" w:rsidRPr="004857CF">
        <w:rPr>
          <w:color w:val="auto"/>
          <w:lang w:bidi="en-US"/>
        </w:rPr>
        <w:t>where networks included</w:t>
      </w:r>
      <w:r w:rsidRPr="004857CF">
        <w:rPr>
          <w:color w:val="auto"/>
          <w:lang w:bidi="en-US"/>
        </w:rPr>
        <w:t xml:space="preserve"> studies </w:t>
      </w:r>
      <w:r w:rsidR="00DE34D7" w:rsidRPr="004857CF">
        <w:rPr>
          <w:color w:val="auto"/>
          <w:lang w:bidi="en-US"/>
        </w:rPr>
        <w:t>with more than 2 treatment arms</w:t>
      </w:r>
      <w:r w:rsidR="0066088A" w:rsidRPr="004857CF">
        <w:rPr>
          <w:color w:val="auto"/>
          <w:lang w:bidi="en-US"/>
        </w:rPr>
        <w:t>,</w:t>
      </w:r>
      <w:r w:rsidR="00DE34D7" w:rsidRPr="004857CF">
        <w:rPr>
          <w:color w:val="auto"/>
          <w:lang w:bidi="en-US"/>
        </w:rPr>
        <w:t xml:space="preserve"> </w:t>
      </w:r>
      <w:r w:rsidRPr="004857CF">
        <w:rPr>
          <w:color w:val="auto"/>
          <w:lang w:bidi="en-US"/>
        </w:rPr>
        <w:t xml:space="preserve">to account for multi-arm correlations, </w:t>
      </w:r>
      <w:r w:rsidR="00852093" w:rsidRPr="004857CF">
        <w:rPr>
          <w:color w:val="auto"/>
          <w:lang w:bidi="en-US"/>
        </w:rPr>
        <w:t xml:space="preserve">in line with the </w:t>
      </w:r>
      <w:r w:rsidR="004E47C2" w:rsidRPr="004857CF">
        <w:rPr>
          <w:color w:val="auto"/>
          <w:lang w:bidi="en-US"/>
        </w:rPr>
        <w:t>approach outlined in</w:t>
      </w:r>
      <w:r w:rsidRPr="004857CF">
        <w:rPr>
          <w:color w:val="auto"/>
          <w:lang w:bidi="en-US"/>
        </w:rPr>
        <w:t xml:space="preserve"> NICE DSU TSD</w:t>
      </w:r>
      <w:r w:rsidR="00F9540B" w:rsidRPr="004857CF">
        <w:rPr>
          <w:color w:val="auto"/>
          <w:lang w:bidi="en-US"/>
        </w:rPr>
        <w:t xml:space="preserve"> 2</w:t>
      </w:r>
      <w:r w:rsidR="004E47C2" w:rsidRPr="004857CF">
        <w:rPr>
          <w:color w:val="auto"/>
          <w:lang w:bidi="en-US"/>
        </w:rPr>
        <w:t xml:space="preserve"> Section 5.1. </w:t>
      </w:r>
    </w:p>
    <w:p w14:paraId="4B50B347" w14:textId="67E52186" w:rsidR="00F02F80" w:rsidRPr="004857CF" w:rsidRDefault="00F02F80" w:rsidP="00996746">
      <w:pPr>
        <w:pStyle w:val="Heading3"/>
        <w:ind w:firstLine="720"/>
      </w:pPr>
      <w:r w:rsidRPr="004857CF">
        <w:t>Heterogeneity assessment</w:t>
      </w:r>
    </w:p>
    <w:p w14:paraId="4AEC8F23" w14:textId="4A25DBC2" w:rsidR="008264FB" w:rsidRPr="004857CF" w:rsidRDefault="008264FB" w:rsidP="008264FB">
      <w:pPr>
        <w:keepNext/>
        <w:rPr>
          <w:color w:val="auto"/>
        </w:rPr>
      </w:pPr>
      <w:r w:rsidRPr="004857CF">
        <w:rPr>
          <w:color w:val="auto"/>
        </w:rPr>
        <w:t>Statistical assessment of heterogeneity was based on the I</w:t>
      </w:r>
      <w:r w:rsidRPr="004857CF">
        <w:rPr>
          <w:color w:val="auto"/>
          <w:vertAlign w:val="superscript"/>
        </w:rPr>
        <w:t>2</w:t>
      </w:r>
      <w:r w:rsidRPr="004857CF">
        <w:rPr>
          <w:color w:val="auto"/>
        </w:rPr>
        <w:t xml:space="preserve"> statistic derived from direct head-to-head meta-analysis of the treatment comparisons in each network that are reported by more than one study.</w:t>
      </w:r>
      <w:r w:rsidR="0031308D" w:rsidRPr="004857CF">
        <w:rPr>
          <w:color w:val="auto"/>
        </w:rPr>
        <w:fldChar w:fldCharType="begin"/>
      </w:r>
      <w:r w:rsidR="00073331">
        <w:rPr>
          <w:color w:val="auto"/>
        </w:rPr>
        <w:instrText xml:space="preserve"> ADDIN EN.CITE &lt;EndNote&gt;&lt;Cite&gt;&lt;Author&gt;Higgins&lt;/Author&gt;&lt;Year&gt;2002&lt;/Year&gt;&lt;RecNum&gt;122&lt;/RecNum&gt;&lt;DisplayText&gt;&lt;style face="superscript"&gt;125&lt;/style&gt;&lt;/DisplayText&gt;&lt;record&gt;&lt;rec-number&gt;122&lt;/rec-number&gt;&lt;foreign-keys&gt;&lt;key app="EN" db-id="9ttaxzax2p0tr7ewzt55atews50zvxaaa5rz" timestamp="1764068858"&gt;122&lt;/key&gt;&lt;/foreign-keys&gt;&lt;ref-type name="Journal Article"&gt;17&lt;/ref-type&gt;&lt;contributors&gt;&lt;authors&gt;&lt;author&gt;Higgins, J. P.&lt;/author&gt;&lt;author&gt;Thompson, S. G.&lt;/author&gt;&lt;/authors&gt;&lt;/contributors&gt;&lt;auth-address&gt;MRC Biostatistics Unit, Institute of Public Health, Robinson Way, Cambridge CB2 2SR, UK. julian.higgins@mrc-bsu.cam.ac.uk&lt;/auth-address&gt;&lt;titles&gt;&lt;title&gt;Quantifying heterogeneity in a meta-analysis&lt;/title&gt;&lt;secondary-title&gt;Stat Med&lt;/secondary-title&gt;&lt;/titles&gt;&lt;periodical&gt;&lt;full-title&gt;Stat Med&lt;/full-title&gt;&lt;/periodical&gt;&lt;pages&gt;1539-58&lt;/pages&gt;&lt;volume&gt;21&lt;/volume&gt;&lt;number&gt;11&lt;/number&gt;&lt;keywords&gt;&lt;keyword&gt;Albumins/therapeutic use&lt;/keyword&gt;&lt;keyword&gt;Chemotherapy, Adjuvant/methods&lt;/keyword&gt;&lt;keyword&gt;Clinical Trials as Topic/*methods&lt;/keyword&gt;&lt;keyword&gt;Cognition Disorders/drug therapy&lt;/keyword&gt;&lt;keyword&gt;Cytidine Diphosphate Choline/therapeutic use&lt;/keyword&gt;&lt;keyword&gt;Fibrosis/therapy&lt;/keyword&gt;&lt;keyword&gt;Fracture Fixation/methods&lt;/keyword&gt;&lt;keyword&gt;Hip Fractures/surgery&lt;/keyword&gt;&lt;keyword&gt;Humans&lt;/keyword&gt;&lt;keyword&gt;*Meta-Analysis as Topic&lt;/keyword&gt;&lt;keyword&gt;Resuscitation/methods&lt;/keyword&gt;&lt;keyword&gt;Sarcoma/drug therapy&lt;/keyword&gt;&lt;keyword&gt;Sclerotherapy&lt;/keyword&gt;&lt;keyword&gt;Statistics as Topic/*methods&lt;/keyword&gt;&lt;/keywords&gt;&lt;dates&gt;&lt;year&gt;2002&lt;/year&gt;&lt;pub-dates&gt;&lt;date&gt;Jun 15&lt;/date&gt;&lt;/pub-dates&gt;&lt;/dates&gt;&lt;isbn&gt;0277-6715 (Print)&amp;#xD;0277-6715 (Linking)&lt;/isbn&gt;&lt;accession-num&gt;12111919&lt;/accession-num&gt;&lt;urls&gt;&lt;related-urls&gt;&lt;url&gt;http://www.ncbi.nlm.nih.gov/pubmed/12111919&lt;/url&gt;&lt;/related-urls&gt;&lt;/urls&gt;&lt;electronic-resource-num&gt;10.1002/sim.1186&lt;/electronic-resource-num&gt;&lt;/record&gt;&lt;/Cite&gt;&lt;/EndNote&gt;</w:instrText>
      </w:r>
      <w:r w:rsidR="0031308D" w:rsidRPr="004857CF">
        <w:rPr>
          <w:color w:val="auto"/>
        </w:rPr>
        <w:fldChar w:fldCharType="separate"/>
      </w:r>
      <w:r w:rsidR="00E8550B" w:rsidRPr="00E8550B">
        <w:rPr>
          <w:noProof/>
          <w:color w:val="auto"/>
          <w:vertAlign w:val="superscript"/>
        </w:rPr>
        <w:t>125</w:t>
      </w:r>
      <w:r w:rsidR="0031308D" w:rsidRPr="004857CF">
        <w:rPr>
          <w:color w:val="auto"/>
        </w:rPr>
        <w:fldChar w:fldCharType="end"/>
      </w:r>
      <w:r w:rsidRPr="004857CF">
        <w:rPr>
          <w:color w:val="auto"/>
        </w:rPr>
        <w:t xml:space="preserve"> The I</w:t>
      </w:r>
      <w:r w:rsidRPr="004857CF">
        <w:rPr>
          <w:color w:val="auto"/>
          <w:vertAlign w:val="superscript"/>
        </w:rPr>
        <w:t>2</w:t>
      </w:r>
      <w:r w:rsidRPr="004857CF">
        <w:rPr>
          <w:color w:val="auto"/>
        </w:rPr>
        <w:t xml:space="preserve"> statistic provides a measure on a scale from 0–100%. Approximate thresholds for the interpretation of I</w:t>
      </w:r>
      <w:r w:rsidRPr="004857CF">
        <w:rPr>
          <w:color w:val="auto"/>
          <w:vertAlign w:val="superscript"/>
        </w:rPr>
        <w:t>2</w:t>
      </w:r>
      <w:r w:rsidRPr="004857CF">
        <w:rPr>
          <w:color w:val="auto"/>
        </w:rPr>
        <w:t xml:space="preserve"> are</w:t>
      </w:r>
      <w:r w:rsidR="0031308D" w:rsidRPr="004857CF">
        <w:rPr>
          <w:color w:val="auto"/>
        </w:rPr>
        <w:fldChar w:fldCharType="begin"/>
      </w:r>
      <w:r w:rsidR="00073331">
        <w:rPr>
          <w:color w:val="auto"/>
        </w:rPr>
        <w:instrText xml:space="preserve"> ADDIN EN.CITE &lt;EndNote&gt;&lt;Cite&gt;&lt;Author&gt;Chandler&lt;/Author&gt;&lt;Year&gt;2019&lt;/Year&gt;&lt;RecNum&gt;123&lt;/RecNum&gt;&lt;DisplayText&gt;&lt;style face="superscript"&gt;126&lt;/style&gt;&lt;/DisplayText&gt;&lt;record&gt;&lt;rec-number&gt;123&lt;/rec-number&gt;&lt;foreign-keys&gt;&lt;key app="EN" db-id="9ttaxzax2p0tr7ewzt55atews50zvxaaa5rz" timestamp="1764068858"&gt;123&lt;/key&gt;&lt;/foreign-keys&gt;&lt;ref-type name="Journal Article"&gt;17&lt;/ref-type&gt;&lt;contributors&gt;&lt;authors&gt;&lt;author&gt;Chandler, Jacqueline&lt;/author&gt;&lt;author&gt;Cumpston, Miranda&lt;/author&gt;&lt;author&gt;Li, Tianjing&lt;/author&gt;&lt;author&gt;Page, Matthew J&lt;/author&gt;&lt;author&gt;Welch, VJHW&lt;/author&gt;&lt;/authors&gt;&lt;/contributors&gt;&lt;titles&gt;&lt;title&gt;Cochrane handbook for systematic reviews of interventions&lt;/title&gt;&lt;secondary-title&gt;Hoboken: Wiley&lt;/secondary-title&gt;&lt;/titles&gt;&lt;periodical&gt;&lt;full-title&gt;Hoboken: Wiley&lt;/full-title&gt;&lt;/periodical&gt;&lt;dates&gt;&lt;year&gt;2019&lt;/year&gt;&lt;/dates&gt;&lt;urls&gt;&lt;/urls&gt;&lt;/record&gt;&lt;/Cite&gt;&lt;/EndNote&gt;</w:instrText>
      </w:r>
      <w:r w:rsidR="0031308D" w:rsidRPr="004857CF">
        <w:rPr>
          <w:color w:val="auto"/>
        </w:rPr>
        <w:fldChar w:fldCharType="separate"/>
      </w:r>
      <w:r w:rsidR="00E8550B" w:rsidRPr="00E8550B">
        <w:rPr>
          <w:noProof/>
          <w:color w:val="auto"/>
          <w:vertAlign w:val="superscript"/>
        </w:rPr>
        <w:t>126</w:t>
      </w:r>
      <w:r w:rsidR="0031308D" w:rsidRPr="004857CF">
        <w:rPr>
          <w:color w:val="auto"/>
        </w:rPr>
        <w:fldChar w:fldCharType="end"/>
      </w:r>
      <w:r w:rsidRPr="004857CF">
        <w:rPr>
          <w:color w:val="auto"/>
        </w:rPr>
        <w:t>:</w:t>
      </w:r>
    </w:p>
    <w:p w14:paraId="703C2002" w14:textId="77777777" w:rsidR="008264FB" w:rsidRPr="004857CF" w:rsidRDefault="008264FB" w:rsidP="008264FB">
      <w:pPr>
        <w:pStyle w:val="ListParagraph"/>
        <w:ind w:left="357" w:hanging="357"/>
        <w:rPr>
          <w:color w:val="auto"/>
        </w:rPr>
      </w:pPr>
      <w:r w:rsidRPr="004857CF">
        <w:rPr>
          <w:color w:val="auto"/>
        </w:rPr>
        <w:t>0–40% = low heterogeneity, may not be important</w:t>
      </w:r>
    </w:p>
    <w:p w14:paraId="4DA4D4F4" w14:textId="77777777" w:rsidR="008264FB" w:rsidRPr="004857CF" w:rsidRDefault="008264FB" w:rsidP="008264FB">
      <w:pPr>
        <w:pStyle w:val="ListParagraph"/>
        <w:ind w:left="357" w:hanging="357"/>
        <w:rPr>
          <w:color w:val="auto"/>
        </w:rPr>
      </w:pPr>
      <w:r w:rsidRPr="004857CF">
        <w:rPr>
          <w:color w:val="auto"/>
        </w:rPr>
        <w:t>30–60% = may represent moderate heterogeneity</w:t>
      </w:r>
    </w:p>
    <w:p w14:paraId="478A6198" w14:textId="77777777" w:rsidR="008264FB" w:rsidRPr="004857CF" w:rsidRDefault="008264FB" w:rsidP="008264FB">
      <w:pPr>
        <w:pStyle w:val="ListParagraph"/>
        <w:ind w:left="357" w:hanging="357"/>
        <w:rPr>
          <w:color w:val="auto"/>
        </w:rPr>
      </w:pPr>
      <w:r w:rsidRPr="004857CF">
        <w:rPr>
          <w:color w:val="auto"/>
        </w:rPr>
        <w:t>50–90% = may represent substantial heterogeneity</w:t>
      </w:r>
    </w:p>
    <w:p w14:paraId="22CECC9A" w14:textId="77777777" w:rsidR="008264FB" w:rsidRPr="004857CF" w:rsidRDefault="008264FB" w:rsidP="008264FB">
      <w:pPr>
        <w:pStyle w:val="ListParagraph"/>
        <w:ind w:left="357" w:hanging="357"/>
        <w:rPr>
          <w:color w:val="auto"/>
        </w:rPr>
      </w:pPr>
      <w:r w:rsidRPr="004857CF">
        <w:rPr>
          <w:color w:val="auto"/>
        </w:rPr>
        <w:t>&gt; 75% = considerable heterogeneity</w:t>
      </w:r>
    </w:p>
    <w:p w14:paraId="728BF540" w14:textId="641F0528" w:rsidR="008264FB" w:rsidRPr="004857CF" w:rsidRDefault="001A0582" w:rsidP="008264FB">
      <w:pPr>
        <w:rPr>
          <w:color w:val="auto"/>
        </w:rPr>
      </w:pPr>
      <w:r w:rsidRPr="004857CF">
        <w:rPr>
          <w:color w:val="auto"/>
        </w:rPr>
        <w:lastRenderedPageBreak/>
        <w:t>It should be noted however, that</w:t>
      </w:r>
      <w:r w:rsidR="008264FB" w:rsidRPr="004857CF">
        <w:rPr>
          <w:color w:val="auto"/>
        </w:rPr>
        <w:t xml:space="preserve"> the importance of the observed I</w:t>
      </w:r>
      <w:r w:rsidR="008264FB" w:rsidRPr="004857CF">
        <w:rPr>
          <w:color w:val="auto"/>
          <w:vertAlign w:val="superscript"/>
        </w:rPr>
        <w:t>2</w:t>
      </w:r>
      <w:r w:rsidR="008264FB" w:rsidRPr="004857CF">
        <w:rPr>
          <w:color w:val="auto"/>
        </w:rPr>
        <w:t xml:space="preserve"> value depends not only on the strength of evidence for heterogeneity, but also the magnitude and direction of effects. I</w:t>
      </w:r>
      <w:r w:rsidR="00940504" w:rsidRPr="004857CF">
        <w:rPr>
          <w:color w:val="auto"/>
        </w:rPr>
        <w:t>n general however, i</w:t>
      </w:r>
      <w:r w:rsidR="008264FB" w:rsidRPr="004857CF">
        <w:rPr>
          <w:color w:val="auto"/>
        </w:rPr>
        <w:t>f any treatment comparisons had I</w:t>
      </w:r>
      <w:r w:rsidR="008264FB" w:rsidRPr="004857CF">
        <w:rPr>
          <w:color w:val="auto"/>
          <w:vertAlign w:val="superscript"/>
        </w:rPr>
        <w:t>2</w:t>
      </w:r>
      <w:r w:rsidR="008264FB" w:rsidRPr="004857CF">
        <w:rPr>
          <w:color w:val="auto"/>
        </w:rPr>
        <w:t xml:space="preserve"> &gt; 50%, a judgment </w:t>
      </w:r>
      <w:r w:rsidR="00406832" w:rsidRPr="004857CF">
        <w:rPr>
          <w:color w:val="auto"/>
        </w:rPr>
        <w:t>was</w:t>
      </w:r>
      <w:r w:rsidR="008264FB" w:rsidRPr="004857CF">
        <w:rPr>
          <w:color w:val="auto"/>
        </w:rPr>
        <w:t xml:space="preserve"> required as to whether it is reasonable to compare those studies.</w:t>
      </w:r>
    </w:p>
    <w:p w14:paraId="29B2DA3B" w14:textId="7187D009" w:rsidR="00F02F80" w:rsidRPr="004857CF" w:rsidRDefault="00F02F80" w:rsidP="00996746">
      <w:pPr>
        <w:pStyle w:val="Heading3"/>
        <w:ind w:firstLine="720"/>
      </w:pPr>
      <w:r w:rsidRPr="004857CF">
        <w:t>Inconsistency assessment</w:t>
      </w:r>
    </w:p>
    <w:p w14:paraId="5D23905B" w14:textId="68AB2E4A" w:rsidR="00D519A1" w:rsidRPr="004857CF" w:rsidRDefault="00F368C8" w:rsidP="00145B61">
      <w:pPr>
        <w:pStyle w:val="BodyText"/>
      </w:pPr>
      <w:r w:rsidRPr="004857CF">
        <w:rPr>
          <w:lang w:bidi="en-US"/>
        </w:rPr>
        <w:t>Inconsistency in NMA may occur when direct and indirect evidence for the same treatment comparison give conflicting results for the relative treatment effect. From this perspective, inconsistency is a property of “loops” in the network; that is, where direct and indirect evidence is available from different studies.</w:t>
      </w:r>
    </w:p>
    <w:p w14:paraId="30AEB39C" w14:textId="237616A3" w:rsidR="00F1319F" w:rsidRPr="004857CF" w:rsidRDefault="00553043" w:rsidP="00553043">
      <w:pPr>
        <w:rPr>
          <w:color w:val="auto"/>
          <w:lang w:bidi="en-US"/>
        </w:rPr>
      </w:pPr>
      <w:r w:rsidRPr="004857CF">
        <w:rPr>
          <w:color w:val="auto"/>
          <w:lang w:bidi="en-US"/>
        </w:rPr>
        <w:t>Inconsistency was assessed using a technique called “node-splitting”</w:t>
      </w:r>
      <w:r w:rsidR="00DD34F3" w:rsidRPr="004857CF">
        <w:rPr>
          <w:color w:val="auto"/>
          <w:lang w:bidi="en-US"/>
        </w:rPr>
        <w:t xml:space="preserve"> </w:t>
      </w:r>
      <w:r w:rsidR="00992F4F" w:rsidRPr="004857CF">
        <w:rPr>
          <w:color w:val="auto"/>
          <w:lang w:bidi="en-US"/>
        </w:rPr>
        <w:t xml:space="preserve">using the </w:t>
      </w:r>
      <w:proofErr w:type="spellStart"/>
      <w:r w:rsidR="00992F4F" w:rsidRPr="004857CF">
        <w:rPr>
          <w:color w:val="auto"/>
          <w:lang w:bidi="en-US"/>
        </w:rPr>
        <w:t>mtc</w:t>
      </w:r>
      <w:r w:rsidR="005F66FE">
        <w:rPr>
          <w:color w:val="auto"/>
          <w:lang w:bidi="en-US"/>
        </w:rPr>
        <w:t>.</w:t>
      </w:r>
      <w:r w:rsidR="00992F4F" w:rsidRPr="004857CF">
        <w:rPr>
          <w:color w:val="auto"/>
          <w:lang w:bidi="en-US"/>
        </w:rPr>
        <w:t>nodesplit</w:t>
      </w:r>
      <w:proofErr w:type="spellEnd"/>
      <w:r w:rsidR="00992F4F" w:rsidRPr="004857CF">
        <w:rPr>
          <w:color w:val="auto"/>
          <w:lang w:bidi="en-US"/>
        </w:rPr>
        <w:t xml:space="preserve">() function of the </w:t>
      </w:r>
      <w:proofErr w:type="spellStart"/>
      <w:r w:rsidR="00992F4F" w:rsidRPr="004857CF">
        <w:rPr>
          <w:color w:val="auto"/>
          <w:lang w:bidi="en-US"/>
        </w:rPr>
        <w:t>gemtc</w:t>
      </w:r>
      <w:proofErr w:type="spellEnd"/>
      <w:r w:rsidR="00992F4F" w:rsidRPr="004857CF">
        <w:rPr>
          <w:color w:val="auto"/>
          <w:lang w:bidi="en-US"/>
        </w:rPr>
        <w:t xml:space="preserve"> R package.</w:t>
      </w:r>
      <w:r w:rsidR="0031308D" w:rsidRPr="004857CF">
        <w:rPr>
          <w:rFonts w:eastAsia="Arial"/>
          <w:color w:val="auto"/>
        </w:rPr>
        <w:fldChar w:fldCharType="begin"/>
      </w:r>
      <w:r w:rsidR="00073331">
        <w:rPr>
          <w:rFonts w:eastAsia="Arial"/>
          <w:color w:val="auto"/>
        </w:rPr>
        <w:instrText xml:space="preserve"> ADDIN EN.CITE &lt;EndNote&gt;&lt;Cite&gt;&lt;Author&gt;Van Valkenhoef&lt;/Author&gt;&lt;Year&gt;2016&lt;/Year&gt;&lt;RecNum&gt;119&lt;/RecNum&gt;&lt;DisplayText&gt;&lt;style face="superscript"&gt;122, 123&lt;/style&gt;&lt;/DisplayText&gt;&lt;record&gt;&lt;rec-number&gt;119&lt;/rec-number&gt;&lt;foreign-keys&gt;&lt;key app="EN" db-id="9ttaxzax2p0tr7ewzt55atews50zvxaaa5rz" timestamp="1764068858"&gt;119&lt;/key&gt;&lt;/foreign-keys&gt;&lt;ref-type name="Web Page"&gt;12&lt;/ref-type&gt;&lt;contributors&gt;&lt;authors&gt;&lt;author&gt;Van Valkenhoef, Gert&lt;/author&gt;&lt;author&gt;Kuiper, Joel&lt;/author&gt;&lt;/authors&gt;&lt;/contributors&gt;&lt;titles&gt;&lt;title&gt;gemtc: Network Meta-Analysis Using Bayesian Methods&lt;/title&gt;&lt;/titles&gt;&lt;number&gt;13th September 2017&lt;/number&gt;&lt;dates&gt;&lt;year&gt;2016&lt;/year&gt;&lt;/dates&gt;&lt;urls&gt;&lt;related-urls&gt;&lt;url&gt;https://CRAN.R-project.org/package=gemtc&lt;/url&gt;&lt;/related-urls&gt;&lt;/urls&gt;&lt;research-notes&gt;R package version 0.8-2&lt;/research-notes&gt;&lt;/record&gt;&lt;/Cite&gt;&lt;Cite&gt;&lt;Author&gt;Team&lt;/Author&gt;&lt;Year&gt;2018&lt;/Year&gt;&lt;RecNum&gt;120&lt;/RecNum&gt;&lt;record&gt;&lt;rec-number&gt;120&lt;/rec-number&gt;&lt;foreign-keys&gt;&lt;key app="EN" db-id="9ttaxzax2p0tr7ewzt55atews50zvxaaa5rz" timestamp="1764068858"&gt;120&lt;/key&gt;&lt;/foreign-keys&gt;&lt;ref-type name="Generic"&gt;13&lt;/ref-type&gt;&lt;contributors&gt;&lt;authors&gt;&lt;author&gt;R Core Team&lt;/author&gt;&lt;/authors&gt;&lt;/contributors&gt;&lt;auth-address&gt;Vienna, Austria&lt;/auth-address&gt;&lt;titles&gt;&lt;title&gt;R: A Language and Environment for Statistical Computing&lt;/title&gt;&lt;/titles&gt;&lt;dates&gt;&lt;year&gt;2018&lt;/year&gt;&lt;/dates&gt;&lt;urls&gt;&lt;related-urls&gt;&lt;url&gt;https://www.R-project.org&lt;/url&gt;&lt;/related-urls&gt;&lt;/urls&gt;&lt;/record&gt;&lt;/Cite&gt;&lt;/EndNote&gt;</w:instrText>
      </w:r>
      <w:r w:rsidR="0031308D" w:rsidRPr="004857CF">
        <w:rPr>
          <w:rFonts w:eastAsia="Arial"/>
          <w:color w:val="auto"/>
        </w:rPr>
        <w:fldChar w:fldCharType="separate"/>
      </w:r>
      <w:r w:rsidR="00E8550B" w:rsidRPr="00E8550B">
        <w:rPr>
          <w:rFonts w:eastAsia="Arial"/>
          <w:noProof/>
          <w:color w:val="auto"/>
          <w:vertAlign w:val="superscript"/>
        </w:rPr>
        <w:t>122, 123</w:t>
      </w:r>
      <w:r w:rsidR="0031308D" w:rsidRPr="004857CF">
        <w:rPr>
          <w:rFonts w:eastAsia="Arial"/>
          <w:color w:val="auto"/>
        </w:rPr>
        <w:fldChar w:fldCharType="end"/>
      </w:r>
      <w:r w:rsidRPr="004857CF">
        <w:rPr>
          <w:color w:val="auto"/>
          <w:lang w:bidi="en-US"/>
        </w:rPr>
        <w:t xml:space="preserve"> In this approach, the appropriate relative treatment effect (the “node”)</w:t>
      </w:r>
      <w:r w:rsidR="005E4CF9" w:rsidRPr="004857CF">
        <w:rPr>
          <w:color w:val="auto"/>
          <w:lang w:bidi="en-US"/>
        </w:rPr>
        <w:t xml:space="preserve"> evidence is separated in to direct and indirect evidence. </w:t>
      </w:r>
      <w:r w:rsidR="00BC459C" w:rsidRPr="004857CF">
        <w:rPr>
          <w:color w:val="auto"/>
          <w:lang w:bidi="en-US"/>
        </w:rPr>
        <w:t xml:space="preserve">The relative treatment effect </w:t>
      </w:r>
      <w:r w:rsidRPr="004857CF">
        <w:rPr>
          <w:color w:val="auto"/>
          <w:lang w:bidi="en-US"/>
        </w:rPr>
        <w:t>is first estimated based only on the direct evidence for this comparison; that is, head-to-head RCT data</w:t>
      </w:r>
      <w:r w:rsidR="001D5064" w:rsidRPr="004857CF">
        <w:rPr>
          <w:color w:val="auto"/>
          <w:lang w:bidi="en-US"/>
        </w:rPr>
        <w:t xml:space="preserve"> (or meta-analysis of several RCTs)</w:t>
      </w:r>
      <w:r w:rsidRPr="004857CF">
        <w:rPr>
          <w:color w:val="auto"/>
          <w:lang w:bidi="en-US"/>
        </w:rPr>
        <w:t>.</w:t>
      </w:r>
      <w:r w:rsidR="006079BD" w:rsidRPr="004857CF">
        <w:rPr>
          <w:color w:val="auto"/>
          <w:lang w:bidi="en-US"/>
        </w:rPr>
        <w:t xml:space="preserve"> This direct estimate is then compared with an estimate</w:t>
      </w:r>
      <w:r w:rsidR="00BC459C" w:rsidRPr="004857CF">
        <w:rPr>
          <w:color w:val="auto"/>
          <w:lang w:bidi="en-US"/>
        </w:rPr>
        <w:t xml:space="preserve"> </w:t>
      </w:r>
      <w:r w:rsidR="006079BD" w:rsidRPr="004857CF">
        <w:rPr>
          <w:color w:val="auto"/>
          <w:lang w:bidi="en-US"/>
        </w:rPr>
        <w:t xml:space="preserve">calculated based on indirect evidence only, estimated through an NMA excluding the direct evidence. </w:t>
      </w:r>
      <w:r w:rsidR="001A77C1" w:rsidRPr="004857CF">
        <w:rPr>
          <w:color w:val="auto"/>
          <w:lang w:bidi="en-US"/>
        </w:rPr>
        <w:t xml:space="preserve">For complex networks, </w:t>
      </w:r>
      <w:r w:rsidR="00953330" w:rsidRPr="004857CF">
        <w:rPr>
          <w:color w:val="auto"/>
          <w:lang w:bidi="en-US"/>
        </w:rPr>
        <w:t xml:space="preserve">Van </w:t>
      </w:r>
      <w:proofErr w:type="spellStart"/>
      <w:r w:rsidR="00953330" w:rsidRPr="004857CF">
        <w:rPr>
          <w:color w:val="auto"/>
          <w:lang w:bidi="en-US"/>
        </w:rPr>
        <w:t>Valkenhoef</w:t>
      </w:r>
      <w:proofErr w:type="spellEnd"/>
      <w:r w:rsidR="00953330" w:rsidRPr="004857CF">
        <w:rPr>
          <w:color w:val="auto"/>
          <w:lang w:bidi="en-US"/>
        </w:rPr>
        <w:t xml:space="preserve"> et al. (2016)</w:t>
      </w:r>
      <w:r w:rsidR="0031308D" w:rsidRPr="004857CF">
        <w:rPr>
          <w:color w:val="auto"/>
          <w:lang w:bidi="en-US"/>
        </w:rPr>
        <w:fldChar w:fldCharType="begin">
          <w:fldData xml:space="preserve">PEVuZE5vdGU+PENpdGU+PEF1dGhvcj52YW4gVmFsa2VuaG9lZjwvQXV0aG9yPjxZZWFyPjIwMTY8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</w:fldData>
        </w:fldChar>
      </w:r>
      <w:r w:rsidR="00073331">
        <w:rPr>
          <w:color w:val="auto"/>
          <w:lang w:bidi="en-US"/>
        </w:rPr>
        <w:instrText xml:space="preserve"> ADDIN EN.CITE </w:instrText>
      </w:r>
      <w:r w:rsidR="00073331">
        <w:rPr>
          <w:color w:val="auto"/>
          <w:lang w:bidi="en-US"/>
        </w:rPr>
        <w:fldChar w:fldCharType="begin">
          <w:fldData xml:space="preserve">PEVuZE5vdGU+PENpdGU+PEF1dGhvcj52YW4gVmFsa2VuaG9lZjwvQXV0aG9yPjxZZWFyPjIwMTY8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</w:fldData>
        </w:fldChar>
      </w:r>
      <w:r w:rsidR="00073331">
        <w:rPr>
          <w:color w:val="auto"/>
          <w:lang w:bidi="en-US"/>
        </w:rPr>
        <w:instrText xml:space="preserve"> ADDIN EN.CITE.DATA </w:instrText>
      </w:r>
      <w:r w:rsidR="00073331">
        <w:rPr>
          <w:color w:val="auto"/>
          <w:lang w:bidi="en-US"/>
        </w:rPr>
      </w:r>
      <w:r w:rsidR="00073331">
        <w:rPr>
          <w:color w:val="auto"/>
          <w:lang w:bidi="en-US"/>
        </w:rPr>
        <w:fldChar w:fldCharType="end"/>
      </w:r>
      <w:r w:rsidR="0031308D" w:rsidRPr="004857CF">
        <w:rPr>
          <w:color w:val="auto"/>
          <w:lang w:bidi="en-US"/>
        </w:rPr>
      </w:r>
      <w:r w:rsidR="0031308D" w:rsidRPr="004857CF">
        <w:rPr>
          <w:color w:val="auto"/>
          <w:lang w:bidi="en-US"/>
        </w:rPr>
        <w:fldChar w:fldCharType="separate"/>
      </w:r>
      <w:r w:rsidR="00E8550B" w:rsidRPr="00E8550B">
        <w:rPr>
          <w:noProof/>
          <w:color w:val="auto"/>
          <w:vertAlign w:val="superscript"/>
          <w:lang w:bidi="en-US"/>
        </w:rPr>
        <w:t>127</w:t>
      </w:r>
      <w:r w:rsidR="0031308D" w:rsidRPr="004857CF">
        <w:rPr>
          <w:color w:val="auto"/>
          <w:lang w:bidi="en-US"/>
        </w:rPr>
        <w:fldChar w:fldCharType="end"/>
      </w:r>
      <w:r w:rsidR="00953330" w:rsidRPr="004857CF">
        <w:rPr>
          <w:color w:val="auto"/>
          <w:lang w:bidi="en-US"/>
        </w:rPr>
        <w:t xml:space="preserve"> </w:t>
      </w:r>
      <w:r w:rsidR="00565F81" w:rsidRPr="004857CF">
        <w:rPr>
          <w:color w:val="auto"/>
          <w:lang w:bidi="en-US"/>
        </w:rPr>
        <w:t>described</w:t>
      </w:r>
      <w:r w:rsidR="00953330" w:rsidRPr="004857CF">
        <w:rPr>
          <w:color w:val="auto"/>
          <w:lang w:bidi="en-US"/>
        </w:rPr>
        <w:t xml:space="preserve"> a simple definition for defining which nodes should be split: “</w:t>
      </w:r>
      <w:r w:rsidR="00953330" w:rsidRPr="004857CF">
        <w:rPr>
          <w:iCs/>
          <w:color w:val="auto"/>
          <w:lang w:bidi="en-US"/>
        </w:rPr>
        <w:t>A treatment comparison should be split if an indirect link can be made between treatments after removing any studies which directly compare these treatments.</w:t>
      </w:r>
      <w:r w:rsidR="00953330" w:rsidRPr="004857CF">
        <w:rPr>
          <w:color w:val="auto"/>
          <w:lang w:bidi="en-US"/>
        </w:rPr>
        <w:t>” All relative treatment effects for which there is potential for inconsistency are split in this way.</w:t>
      </w:r>
    </w:p>
    <w:p w14:paraId="29C9293D" w14:textId="34A81EB4" w:rsidR="000D3441" w:rsidRDefault="009A3D86" w:rsidP="00553043">
      <w:pPr>
        <w:rPr>
          <w:color w:val="auto"/>
          <w:lang w:bidi="en-US"/>
        </w:rPr>
      </w:pPr>
      <w:r w:rsidRPr="004857CF">
        <w:rPr>
          <w:color w:val="auto"/>
          <w:lang w:bidi="en-US"/>
        </w:rPr>
        <w:t xml:space="preserve">The direct and indirect estimates of relative treatment effects </w:t>
      </w:r>
      <w:r w:rsidR="00F1319F" w:rsidRPr="004857CF">
        <w:rPr>
          <w:color w:val="auto"/>
          <w:lang w:bidi="en-US"/>
        </w:rPr>
        <w:t>were</w:t>
      </w:r>
      <w:r w:rsidRPr="004857CF">
        <w:rPr>
          <w:color w:val="auto"/>
          <w:lang w:bidi="en-US"/>
        </w:rPr>
        <w:t xml:space="preserve"> compared </w:t>
      </w:r>
      <w:r w:rsidR="0026645F" w:rsidRPr="004857CF">
        <w:rPr>
          <w:color w:val="auto"/>
          <w:lang w:bidi="en-US"/>
        </w:rPr>
        <w:t xml:space="preserve">using an inconsistency factor (IF) with associated 95% </w:t>
      </w:r>
      <w:proofErr w:type="spellStart"/>
      <w:r w:rsidR="0026645F" w:rsidRPr="004857CF">
        <w:rPr>
          <w:color w:val="auto"/>
          <w:lang w:bidi="en-US"/>
        </w:rPr>
        <w:t>CrI</w:t>
      </w:r>
      <w:proofErr w:type="spellEnd"/>
      <w:r w:rsidR="0026645F" w:rsidRPr="004857CF">
        <w:rPr>
          <w:color w:val="auto"/>
          <w:lang w:bidi="en-US"/>
        </w:rPr>
        <w:t xml:space="preserve">. </w:t>
      </w:r>
      <w:r w:rsidR="000529A4" w:rsidRPr="004857CF">
        <w:rPr>
          <w:color w:val="auto"/>
          <w:lang w:bidi="en-US"/>
        </w:rPr>
        <w:t xml:space="preserve">For binary outcomes where the relative treatment effect is an odds ratio, </w:t>
      </w:r>
      <w:r w:rsidR="00443296" w:rsidRPr="004857CF">
        <w:rPr>
          <w:color w:val="auto"/>
          <w:lang w:bidi="en-US"/>
        </w:rPr>
        <w:t xml:space="preserve">the IF is the ration of direct and indirect estimates such that if the two are perfectly consistent </w:t>
      </w:r>
      <w:r w:rsidR="00971392" w:rsidRPr="004857CF">
        <w:rPr>
          <w:color w:val="auto"/>
          <w:lang w:bidi="en-US"/>
        </w:rPr>
        <w:t xml:space="preserve">IF=1. For continuous measures the IF is defined as the difference in direct and indirect estimates </w:t>
      </w:r>
      <w:r w:rsidR="005B4163" w:rsidRPr="004857CF">
        <w:rPr>
          <w:color w:val="auto"/>
          <w:lang w:bidi="en-US"/>
        </w:rPr>
        <w:t xml:space="preserve">such that consistent estimates yield IF=0. </w:t>
      </w:r>
      <w:r w:rsidR="007C3A8F" w:rsidRPr="004857CF">
        <w:rPr>
          <w:color w:val="auto"/>
          <w:lang w:bidi="en-US"/>
        </w:rPr>
        <w:t>Node-splitting analyses produced IF estimates for all treatment comparisons in</w:t>
      </w:r>
      <w:r w:rsidR="004323DA" w:rsidRPr="004857CF">
        <w:rPr>
          <w:color w:val="auto"/>
          <w:lang w:bidi="en-US"/>
        </w:rPr>
        <w:t xml:space="preserve"> the network informed by both direct and indirect evidence.</w:t>
      </w:r>
      <w:r w:rsidR="00DB423E" w:rsidRPr="004857CF">
        <w:rPr>
          <w:color w:val="auto"/>
          <w:lang w:bidi="en-US"/>
        </w:rPr>
        <w:t xml:space="preserve"> An IF estimate where the 95% </w:t>
      </w:r>
      <w:proofErr w:type="spellStart"/>
      <w:r w:rsidR="00DB423E" w:rsidRPr="004857CF">
        <w:rPr>
          <w:color w:val="auto"/>
          <w:lang w:bidi="en-US"/>
        </w:rPr>
        <w:t>CrI</w:t>
      </w:r>
      <w:proofErr w:type="spellEnd"/>
      <w:r w:rsidR="00DB423E" w:rsidRPr="004857CF">
        <w:rPr>
          <w:color w:val="auto"/>
          <w:lang w:bidi="en-US"/>
        </w:rPr>
        <w:t xml:space="preserve"> did not contain </w:t>
      </w:r>
      <w:r w:rsidR="00503867" w:rsidRPr="004857CF">
        <w:rPr>
          <w:color w:val="auto"/>
          <w:lang w:bidi="en-US"/>
        </w:rPr>
        <w:t xml:space="preserve">1 for </w:t>
      </w:r>
      <w:r w:rsidR="00AB1C79" w:rsidRPr="004857CF">
        <w:rPr>
          <w:color w:val="auto"/>
          <w:lang w:bidi="en-US"/>
        </w:rPr>
        <w:t>binary outcomes, or 0 for continuous outcomes, was considered strong evidence for a likely violation of the consistency assumption</w:t>
      </w:r>
      <w:r w:rsidR="00E05D92" w:rsidRPr="004857CF">
        <w:rPr>
          <w:color w:val="auto"/>
          <w:lang w:bidi="en-US"/>
        </w:rPr>
        <w:t xml:space="preserve">s of NMA. </w:t>
      </w:r>
    </w:p>
    <w:p w14:paraId="437D0829" w14:textId="38FFB5AE" w:rsidR="00BD4A60" w:rsidRPr="004857CF" w:rsidRDefault="00BD4A60" w:rsidP="00BD4A60">
      <w:pPr>
        <w:pStyle w:val="Heading3"/>
        <w:ind w:firstLine="720"/>
      </w:pPr>
      <w:r>
        <w:t>Transitivity</w:t>
      </w:r>
      <w:r w:rsidRPr="004857CF">
        <w:t xml:space="preserve"> assessment</w:t>
      </w:r>
      <w:r>
        <w:t xml:space="preserve"> (exploratory)</w:t>
      </w:r>
    </w:p>
    <w:p w14:paraId="6C924C11" w14:textId="5A809C1B" w:rsidR="00BD4A60" w:rsidRPr="0030627B" w:rsidRDefault="00BD4A60" w:rsidP="00BD4A60">
      <w:pPr>
        <w:rPr>
          <w:lang w:bidi="en-US"/>
        </w:rPr>
      </w:pPr>
      <w:r w:rsidRPr="004857CF">
        <w:rPr>
          <w:lang w:bidi="en-US"/>
        </w:rPr>
        <w:t>I</w:t>
      </w:r>
      <w:r>
        <w:rPr>
          <w:lang w:bidi="en-US"/>
        </w:rPr>
        <w:t xml:space="preserve">n response to </w:t>
      </w:r>
      <w:r w:rsidR="00FF33FF">
        <w:rPr>
          <w:lang w:bidi="en-US"/>
        </w:rPr>
        <w:t xml:space="preserve">peer review </w:t>
      </w:r>
      <w:r>
        <w:rPr>
          <w:lang w:bidi="en-US"/>
        </w:rPr>
        <w:t xml:space="preserve">feedback </w:t>
      </w:r>
      <w:r w:rsidR="00FF33FF">
        <w:rPr>
          <w:lang w:bidi="en-US"/>
        </w:rPr>
        <w:t xml:space="preserve">received, </w:t>
      </w:r>
      <w:r w:rsidR="00E40C57">
        <w:rPr>
          <w:lang w:bidi="en-US"/>
        </w:rPr>
        <w:t>additional transitivity tests were conducte</w:t>
      </w:r>
      <w:r w:rsidR="00033F98">
        <w:rPr>
          <w:lang w:bidi="en-US"/>
        </w:rPr>
        <w:t xml:space="preserve">d. </w:t>
      </w:r>
      <w:r w:rsidR="00E232BC">
        <w:rPr>
          <w:lang w:bidi="en-US"/>
        </w:rPr>
        <w:t>Following</w:t>
      </w:r>
      <w:r w:rsidR="001D483D">
        <w:rPr>
          <w:lang w:bidi="en-US"/>
        </w:rPr>
        <w:t xml:space="preserve"> the recommendation of </w:t>
      </w:r>
      <w:proofErr w:type="spellStart"/>
      <w:r w:rsidR="001D483D">
        <w:rPr>
          <w:lang w:bidi="en-US"/>
        </w:rPr>
        <w:t>Belav</w:t>
      </w:r>
      <w:r w:rsidR="00446635" w:rsidRPr="00446635">
        <w:rPr>
          <w:lang w:bidi="en-US"/>
        </w:rPr>
        <w:t>ý</w:t>
      </w:r>
      <w:proofErr w:type="spellEnd"/>
      <w:r w:rsidR="00446635">
        <w:rPr>
          <w:lang w:bidi="en-US"/>
        </w:rPr>
        <w:t xml:space="preserve"> </w:t>
      </w:r>
      <w:r w:rsidR="001D483D">
        <w:rPr>
          <w:lang w:bidi="en-US"/>
        </w:rPr>
        <w:t>et al. 2024</w:t>
      </w:r>
      <w:r w:rsidR="00CF155C">
        <w:rPr>
          <w:lang w:bidi="en-US"/>
        </w:rPr>
        <w:fldChar w:fldCharType="begin"/>
      </w:r>
      <w:r w:rsidR="00073331">
        <w:rPr>
          <w:lang w:bidi="en-US"/>
        </w:rPr>
        <w:instrText xml:space="preserve"> ADDIN EN.CITE &lt;EndNote&gt;&lt;Cite&gt;&lt;Author&gt;Belavý&lt;/Author&gt;&lt;Year&gt;2024&lt;/Year&gt;&lt;RecNum&gt;125&lt;/RecNum&gt;&lt;DisplayText&gt;&lt;style face="superscript"&gt;128&lt;/style&gt;&lt;/DisplayText&gt;&lt;record&gt;&lt;rec-number&gt;125&lt;/rec-number&gt;&lt;foreign-keys&gt;&lt;key app="EN" db-id="9ttaxzax2p0tr7ewzt55atews50zvxaaa5rz" timestamp="1781108041"&gt;125&lt;/key&gt;&lt;/foreign-keys&gt;&lt;ref-type name="Journal Article"&gt;17&lt;/ref-type&gt;&lt;contributors&gt;&lt;authors&gt;&lt;author&gt;Belavý, Daniel L.&lt;/author&gt;&lt;author&gt;Kaczorowski, Svenja&lt;/author&gt;&lt;author&gt;Saueressig, Tobias&lt;/author&gt;&lt;author&gt;Owen, Patrick J.&lt;/author&gt;&lt;author&gt;Nikolakopoulou, Adriani&lt;/author&gt;&lt;/authors&gt;&lt;/contributors&gt;&lt;titles&gt;&lt;title&gt;How to conduct and report checking transitivity and inconsistency in network-meta-analysis: a narrative review including practical worked examples, code and source data for sports and exercise medicine researchers&lt;/title&gt;&lt;secondary-title&gt;BMJ Open Sport &amp;amp; Exercise Medicine&lt;/secondary-title&gt;&lt;/titles&gt;&lt;periodical&gt;&lt;full-title&gt;BMJ Open Sport &amp;amp; Exercise Medicine&lt;/full-title&gt;&lt;/periodical&gt;&lt;pages&gt;e002262&lt;/pages&gt;&lt;volume&gt;10&lt;/volume&gt;&lt;number&gt;4&lt;/number&gt;&lt;dates&gt;&lt;year&gt;2024&lt;/year&gt;&lt;/dates&gt;&lt;urls&gt;&lt;related-urls&gt;&lt;url&gt;https://doi.org/10.1136/bmjsem-2024-002262&lt;/url&gt;&lt;/related-urls&gt;&lt;/urls&gt;&lt;electronic-resource-num&gt;10.1136/bmjsem-2024-002262&lt;/electronic-resource-num&gt;&lt;/record&gt;&lt;/Cite&gt;&lt;/EndNote&gt;</w:instrText>
      </w:r>
      <w:r w:rsidR="00CF155C">
        <w:rPr>
          <w:lang w:bidi="en-US"/>
        </w:rPr>
        <w:fldChar w:fldCharType="separate"/>
      </w:r>
      <w:r w:rsidR="00E8550B" w:rsidRPr="00E8550B">
        <w:rPr>
          <w:noProof/>
          <w:vertAlign w:val="superscript"/>
          <w:lang w:bidi="en-US"/>
        </w:rPr>
        <w:t>128</w:t>
      </w:r>
      <w:r w:rsidR="00CF155C">
        <w:rPr>
          <w:lang w:bidi="en-US"/>
        </w:rPr>
        <w:fldChar w:fldCharType="end"/>
      </w:r>
      <w:r w:rsidR="00897E8C">
        <w:rPr>
          <w:lang w:bidi="en-US"/>
        </w:rPr>
        <w:t xml:space="preserve"> b</w:t>
      </w:r>
      <w:r w:rsidR="003F2F05">
        <w:rPr>
          <w:lang w:bidi="en-US"/>
        </w:rPr>
        <w:t xml:space="preserve">ox </w:t>
      </w:r>
      <w:r w:rsidR="00F102DF">
        <w:rPr>
          <w:lang w:bidi="en-US"/>
        </w:rPr>
        <w:t xml:space="preserve">plots </w:t>
      </w:r>
      <w:r w:rsidR="008964BC">
        <w:rPr>
          <w:lang w:bidi="en-US"/>
        </w:rPr>
        <w:t xml:space="preserve">were produced to compare </w:t>
      </w:r>
      <w:r w:rsidR="00F102DF">
        <w:rPr>
          <w:lang w:bidi="en-US"/>
        </w:rPr>
        <w:t>the</w:t>
      </w:r>
      <w:r w:rsidR="00B3712D">
        <w:rPr>
          <w:lang w:bidi="en-US"/>
        </w:rPr>
        <w:t xml:space="preserve"> distribution of</w:t>
      </w:r>
      <w:r w:rsidR="00F102DF">
        <w:rPr>
          <w:lang w:bidi="en-US"/>
        </w:rPr>
        <w:t xml:space="preserve"> 6 </w:t>
      </w:r>
      <w:r w:rsidR="006F400D">
        <w:rPr>
          <w:lang w:bidi="en-US"/>
        </w:rPr>
        <w:t>baseline characteristic variables</w:t>
      </w:r>
      <w:r w:rsidR="00BE3AC7">
        <w:rPr>
          <w:lang w:bidi="en-US"/>
        </w:rPr>
        <w:t>, related</w:t>
      </w:r>
      <w:r w:rsidR="006F400D">
        <w:rPr>
          <w:lang w:bidi="en-US"/>
        </w:rPr>
        <w:t xml:space="preserve"> to key </w:t>
      </w:r>
      <w:r w:rsidR="00F102DF">
        <w:rPr>
          <w:lang w:bidi="en-US"/>
        </w:rPr>
        <w:t>potential treatment effect modifiers</w:t>
      </w:r>
      <w:r w:rsidR="00BE3AC7">
        <w:rPr>
          <w:lang w:bidi="en-US"/>
        </w:rPr>
        <w:t xml:space="preserve">, </w:t>
      </w:r>
      <w:r w:rsidR="007702F8">
        <w:rPr>
          <w:lang w:bidi="en-US"/>
        </w:rPr>
        <w:t>by</w:t>
      </w:r>
      <w:r w:rsidR="00B3712D">
        <w:rPr>
          <w:lang w:bidi="en-US"/>
        </w:rPr>
        <w:t xml:space="preserve"> treatment node within each </w:t>
      </w:r>
      <w:r w:rsidR="002107D8">
        <w:rPr>
          <w:lang w:bidi="en-US"/>
        </w:rPr>
        <w:t xml:space="preserve">NMA network. Percentage male, mean age at baseline, mean PANSS total score at baseline, </w:t>
      </w:r>
      <w:r w:rsidR="00CF6B4D">
        <w:rPr>
          <w:lang w:bidi="en-US"/>
        </w:rPr>
        <w:t xml:space="preserve">mean PANSS positive symptoms score at baseline, mean PANSS negative symptoms score at baseline, and </w:t>
      </w:r>
      <w:r w:rsidR="007702F8">
        <w:rPr>
          <w:lang w:bidi="en-US"/>
        </w:rPr>
        <w:t xml:space="preserve">mean CGI-S at baseline were </w:t>
      </w:r>
      <w:r w:rsidR="00352089">
        <w:rPr>
          <w:lang w:bidi="en-US"/>
        </w:rPr>
        <w:t>included in comparisons</w:t>
      </w:r>
      <w:r w:rsidR="00CD3DC6">
        <w:rPr>
          <w:lang w:bidi="en-US"/>
        </w:rPr>
        <w:t>.</w:t>
      </w:r>
      <w:r w:rsidR="00352089">
        <w:rPr>
          <w:lang w:bidi="en-US"/>
        </w:rPr>
        <w:t xml:space="preserve"> Three likely effect modifiers</w:t>
      </w:r>
      <w:r w:rsidR="002355C9">
        <w:rPr>
          <w:lang w:bidi="en-US"/>
        </w:rPr>
        <w:t xml:space="preserve"> (study sample size, degree of placebo response, and </w:t>
      </w:r>
      <w:r w:rsidR="00B41D5A">
        <w:rPr>
          <w:lang w:bidi="en-US"/>
        </w:rPr>
        <w:t xml:space="preserve">outpatient </w:t>
      </w:r>
      <w:r w:rsidR="00B41D5A">
        <w:rPr>
          <w:lang w:bidi="en-US"/>
        </w:rPr>
        <w:lastRenderedPageBreak/>
        <w:t xml:space="preserve">treatment) were not included as they were not baseline characteristics, </w:t>
      </w:r>
      <w:r w:rsidR="00680368">
        <w:rPr>
          <w:lang w:bidi="en-US"/>
        </w:rPr>
        <w:t>and</w:t>
      </w:r>
      <w:r w:rsidR="0051066E">
        <w:rPr>
          <w:lang w:bidi="en-US"/>
        </w:rPr>
        <w:t xml:space="preserve"> in the case of outpatient treatment </w:t>
      </w:r>
      <w:r w:rsidR="00F8269D">
        <w:rPr>
          <w:lang w:bidi="en-US"/>
        </w:rPr>
        <w:t>since the network</w:t>
      </w:r>
      <w:r w:rsidR="00680368">
        <w:rPr>
          <w:lang w:bidi="en-US"/>
        </w:rPr>
        <w:t>s were</w:t>
      </w:r>
      <w:r w:rsidR="00F8269D">
        <w:rPr>
          <w:lang w:bidi="en-US"/>
        </w:rPr>
        <w:t xml:space="preserve"> already restricted to studies of inpatient treatment.</w:t>
      </w:r>
      <w:r w:rsidR="005329A1">
        <w:rPr>
          <w:lang w:bidi="en-US"/>
        </w:rPr>
        <w:t xml:space="preserve"> </w:t>
      </w:r>
      <w:r w:rsidR="005329A1" w:rsidRPr="005329A1">
        <w:rPr>
          <w:lang w:bidi="en-US"/>
        </w:rPr>
        <w:t>Normality of the ANOVA residuals for each potential effect modifier was assessed using the Shapiro–Wilk test to determine whether an ANOVA F-test was appropriate for assessing differences in effect-modifier distributions across treatment nodes (</w:t>
      </w:r>
      <w:r w:rsidR="001C3FDB">
        <w:rPr>
          <w:lang w:bidi="en-US"/>
        </w:rPr>
        <w:t>as a</w:t>
      </w:r>
      <w:r w:rsidR="005329A1" w:rsidRPr="005329A1">
        <w:rPr>
          <w:lang w:bidi="en-US"/>
        </w:rPr>
        <w:t xml:space="preserve"> transitivity assessment). When the normality assumption was not met, the Kruskal–Wallis test was used instead. Owing to the potential for type I error arising from multiple testing, findings were interpreted using both a conventional significance threshold (p ≤ 0.05) and a Bonferroni-corrected threshold (p ≤ 0.0083).</w:t>
      </w:r>
    </w:p>
    <w:p w14:paraId="7D833B2D" w14:textId="350682E4" w:rsidR="00167CD8" w:rsidRPr="00EB75F0" w:rsidRDefault="00167CD8">
      <w:pPr>
        <w:spacing w:before="0" w:after="0" w:line="240" w:lineRule="auto"/>
        <w:rPr>
          <w:lang w:bidi="en-US"/>
        </w:rPr>
      </w:pPr>
      <w:r w:rsidRPr="00EB75F0">
        <w:rPr>
          <w:lang w:bidi="en-US"/>
        </w:rPr>
        <w:br w:type="page"/>
      </w:r>
    </w:p>
    <w:p w14:paraId="4FF2D468" w14:textId="77777777" w:rsidR="009446D0" w:rsidRPr="00996746" w:rsidRDefault="0084596B">
      <w:pPr>
        <w:pStyle w:val="Heading1"/>
        <w:numPr>
          <w:ilvl w:val="0"/>
          <w:numId w:val="17"/>
        </w:numPr>
        <w:ind w:left="0" w:firstLine="0"/>
        <w:rPr>
          <w:b/>
          <w:sz w:val="24"/>
        </w:rPr>
      </w:pPr>
      <w:r w:rsidRPr="00996746">
        <w:rPr>
          <w:b/>
          <w:sz w:val="24"/>
        </w:rPr>
        <w:lastRenderedPageBreak/>
        <w:t>Additional results</w:t>
      </w:r>
    </w:p>
    <w:p w14:paraId="31CB81EF" w14:textId="77777777" w:rsidR="009446D0" w:rsidRPr="00996746" w:rsidRDefault="0084596B">
      <w:pPr>
        <w:rPr>
          <w:color w:val="auto"/>
        </w:rPr>
      </w:pPr>
      <w:r w:rsidRPr="00996746">
        <w:rPr>
          <w:color w:val="auto"/>
        </w:rPr>
        <w:t xml:space="preserve">This appendix presents additional results of the study. </w:t>
      </w:r>
    </w:p>
    <w:p w14:paraId="674473BB" w14:textId="6C57E0AF" w:rsidR="009446D0" w:rsidRPr="00996746" w:rsidRDefault="00420410">
      <w:pPr>
        <w:pStyle w:val="ListParagraph"/>
        <w:rPr>
          <w:color w:val="auto"/>
          <w:szCs w:val="22"/>
        </w:rPr>
      </w:pPr>
      <w:r w:rsidRPr="00996746">
        <w:rPr>
          <w:color w:val="auto"/>
          <w:szCs w:val="22"/>
        </w:rPr>
        <w:fldChar w:fldCharType="begin"/>
      </w:r>
      <w:r w:rsidRPr="00996746">
        <w:rPr>
          <w:color w:val="auto"/>
          <w:szCs w:val="22"/>
        </w:rPr>
        <w:instrText xml:space="preserve"> REF _Ref214009833 \h  \* MERGEFORMAT </w:instrText>
      </w:r>
      <w:r w:rsidRPr="00996746">
        <w:rPr>
          <w:color w:val="auto"/>
          <w:szCs w:val="22"/>
        </w:rPr>
      </w:r>
      <w:r w:rsidRPr="00996746">
        <w:rPr>
          <w:color w:val="auto"/>
          <w:szCs w:val="22"/>
        </w:rPr>
        <w:fldChar w:fldCharType="separate"/>
      </w:r>
      <w:r w:rsidR="004B2F28" w:rsidRPr="004B2F28">
        <w:rPr>
          <w:color w:val="auto"/>
          <w:szCs w:val="22"/>
        </w:rPr>
        <w:t>Figure S36</w:t>
      </w:r>
      <w:r w:rsidRPr="00996746">
        <w:rPr>
          <w:color w:val="auto"/>
          <w:szCs w:val="22"/>
        </w:rPr>
        <w:fldChar w:fldCharType="end"/>
      </w:r>
      <w:r w:rsidRPr="00996746">
        <w:rPr>
          <w:color w:val="auto"/>
          <w:szCs w:val="22"/>
        </w:rPr>
        <w:t xml:space="preserve"> and </w:t>
      </w:r>
      <w:r w:rsidRPr="00996746">
        <w:rPr>
          <w:color w:val="auto"/>
          <w:szCs w:val="22"/>
        </w:rPr>
        <w:fldChar w:fldCharType="begin"/>
      </w:r>
      <w:r w:rsidRPr="00996746">
        <w:rPr>
          <w:color w:val="auto"/>
          <w:szCs w:val="22"/>
        </w:rPr>
        <w:instrText xml:space="preserve"> REF _Ref214009836 \h  \* MERGEFORMAT </w:instrText>
      </w:r>
      <w:r w:rsidRPr="00996746">
        <w:rPr>
          <w:color w:val="auto"/>
          <w:szCs w:val="22"/>
        </w:rPr>
      </w:r>
      <w:r w:rsidRPr="00996746">
        <w:rPr>
          <w:color w:val="auto"/>
          <w:szCs w:val="22"/>
        </w:rPr>
        <w:fldChar w:fldCharType="separate"/>
      </w:r>
      <w:r w:rsidR="004B2F28" w:rsidRPr="004B2F28">
        <w:rPr>
          <w:color w:val="auto"/>
          <w:szCs w:val="22"/>
        </w:rPr>
        <w:t>Figure S37</w:t>
      </w:r>
      <w:r w:rsidRPr="00996746">
        <w:rPr>
          <w:color w:val="auto"/>
          <w:szCs w:val="22"/>
        </w:rPr>
        <w:fldChar w:fldCharType="end"/>
      </w:r>
      <w:r w:rsidRPr="00996746">
        <w:rPr>
          <w:color w:val="auto"/>
          <w:szCs w:val="22"/>
        </w:rPr>
        <w:t xml:space="preserve"> </w:t>
      </w:r>
      <w:r w:rsidR="0084596B" w:rsidRPr="00996746">
        <w:rPr>
          <w:color w:val="auto"/>
          <w:szCs w:val="22"/>
        </w:rPr>
        <w:t xml:space="preserve">provide the forest plots of the base-case random-effects models for discontinuation due to adverse events and somnolence, respectively. For both endpoints, strong evidence of inconsistency was found within the base-case network and all </w:t>
      </w:r>
      <w:r w:rsidR="009E5C4E" w:rsidRPr="00996746">
        <w:rPr>
          <w:color w:val="auto"/>
          <w:szCs w:val="22"/>
        </w:rPr>
        <w:t>sensitivity</w:t>
      </w:r>
      <w:r w:rsidR="0084596B" w:rsidRPr="00996746">
        <w:rPr>
          <w:color w:val="auto"/>
          <w:szCs w:val="22"/>
        </w:rPr>
        <w:t xml:space="preserve"> analyses performed</w:t>
      </w:r>
      <w:r w:rsidR="00547315" w:rsidRPr="00996746">
        <w:rPr>
          <w:color w:val="auto"/>
          <w:szCs w:val="22"/>
        </w:rPr>
        <w:t xml:space="preserve"> for these endpoints</w:t>
      </w:r>
      <w:r w:rsidR="0084596B" w:rsidRPr="00996746">
        <w:rPr>
          <w:color w:val="auto"/>
          <w:szCs w:val="22"/>
        </w:rPr>
        <w:t>.</w:t>
      </w:r>
    </w:p>
    <w:p w14:paraId="42358FB2" w14:textId="66DC99A9" w:rsidR="008B096D" w:rsidRPr="00996746" w:rsidRDefault="005E2083">
      <w:pPr>
        <w:pStyle w:val="ListParagraph"/>
        <w:rPr>
          <w:color w:val="auto"/>
          <w:szCs w:val="22"/>
        </w:rPr>
      </w:pPr>
      <w:r w:rsidRPr="00996746">
        <w:rPr>
          <w:color w:val="auto"/>
          <w:szCs w:val="22"/>
        </w:rPr>
        <w:fldChar w:fldCharType="begin"/>
      </w:r>
      <w:r w:rsidRPr="00996746">
        <w:rPr>
          <w:color w:val="auto"/>
          <w:szCs w:val="22"/>
        </w:rPr>
        <w:instrText xml:space="preserve"> REF _Ref214011019 \h </w:instrText>
      </w:r>
      <w:r w:rsidR="009D1FA7" w:rsidRPr="00996746">
        <w:rPr>
          <w:color w:val="auto"/>
          <w:szCs w:val="22"/>
        </w:rPr>
        <w:instrText xml:space="preserve"> \* MERGEFORMAT </w:instrText>
      </w:r>
      <w:r w:rsidRPr="00996746">
        <w:rPr>
          <w:color w:val="auto"/>
          <w:szCs w:val="22"/>
        </w:rPr>
      </w:r>
      <w:r w:rsidRPr="00996746">
        <w:rPr>
          <w:color w:val="auto"/>
          <w:szCs w:val="22"/>
        </w:rPr>
        <w:fldChar w:fldCharType="separate"/>
      </w:r>
      <w:r w:rsidR="004B2F28" w:rsidRPr="004B2F28">
        <w:rPr>
          <w:color w:val="auto"/>
        </w:rPr>
        <w:t>Table S13</w:t>
      </w:r>
      <w:r w:rsidR="004B2F28" w:rsidRPr="004B2F28">
        <w:rPr>
          <w:color w:val="auto"/>
        </w:rPr>
        <w:noBreakHyphen/>
        <w:t>1</w:t>
      </w:r>
      <w:r w:rsidRPr="00996746">
        <w:rPr>
          <w:color w:val="auto"/>
          <w:szCs w:val="22"/>
        </w:rPr>
        <w:fldChar w:fldCharType="end"/>
      </w:r>
      <w:r w:rsidRPr="00996746">
        <w:rPr>
          <w:color w:val="auto"/>
          <w:szCs w:val="22"/>
        </w:rPr>
        <w:t xml:space="preserve"> to </w:t>
      </w:r>
      <w:r w:rsidRPr="00996746">
        <w:rPr>
          <w:color w:val="auto"/>
          <w:szCs w:val="22"/>
        </w:rPr>
        <w:fldChar w:fldCharType="begin"/>
      </w:r>
      <w:r w:rsidRPr="00996746">
        <w:rPr>
          <w:color w:val="auto"/>
          <w:szCs w:val="22"/>
        </w:rPr>
        <w:instrText xml:space="preserve"> REF _Ref214011022 \h </w:instrText>
      </w:r>
      <w:r w:rsidR="009D1FA7" w:rsidRPr="00996746">
        <w:rPr>
          <w:color w:val="auto"/>
          <w:szCs w:val="22"/>
        </w:rPr>
        <w:instrText xml:space="preserve"> \* MERGEFORMAT </w:instrText>
      </w:r>
      <w:r w:rsidRPr="00996746">
        <w:rPr>
          <w:color w:val="auto"/>
          <w:szCs w:val="22"/>
        </w:rPr>
      </w:r>
      <w:r w:rsidRPr="00996746">
        <w:rPr>
          <w:color w:val="auto"/>
          <w:szCs w:val="22"/>
        </w:rPr>
        <w:fldChar w:fldCharType="separate"/>
      </w:r>
      <w:r w:rsidR="004B2F28" w:rsidRPr="004B2F28">
        <w:rPr>
          <w:color w:val="auto"/>
        </w:rPr>
        <w:t>Table S13</w:t>
      </w:r>
      <w:r w:rsidR="004B2F28" w:rsidRPr="004B2F28">
        <w:rPr>
          <w:color w:val="auto"/>
        </w:rPr>
        <w:noBreakHyphen/>
        <w:t>51</w:t>
      </w:r>
      <w:r w:rsidRPr="00996746">
        <w:rPr>
          <w:color w:val="auto"/>
          <w:szCs w:val="22"/>
        </w:rPr>
        <w:fldChar w:fldCharType="end"/>
      </w:r>
      <w:r w:rsidR="000314A6" w:rsidRPr="00996746">
        <w:rPr>
          <w:color w:val="auto"/>
          <w:szCs w:val="22"/>
        </w:rPr>
        <w:t xml:space="preserve"> </w:t>
      </w:r>
      <w:r w:rsidR="0084596B" w:rsidRPr="00996746">
        <w:rPr>
          <w:color w:val="auto"/>
          <w:szCs w:val="22"/>
        </w:rPr>
        <w:t xml:space="preserve">present the full set of base-case and </w:t>
      </w:r>
      <w:r w:rsidR="009E5C4E" w:rsidRPr="00996746">
        <w:rPr>
          <w:color w:val="auto"/>
          <w:szCs w:val="22"/>
        </w:rPr>
        <w:t>sensitivity</w:t>
      </w:r>
      <w:r w:rsidR="0084596B" w:rsidRPr="00996746">
        <w:rPr>
          <w:color w:val="auto"/>
          <w:szCs w:val="22"/>
        </w:rPr>
        <w:t xml:space="preserve"> analysis NMA results for each of the 11 endpoints of interest, as outlined in the list of analyses conducted in </w:t>
      </w:r>
      <w:r w:rsidR="0084596B" w:rsidRPr="00996746">
        <w:rPr>
          <w:color w:val="auto"/>
          <w:szCs w:val="22"/>
        </w:rPr>
        <w:fldChar w:fldCharType="begin"/>
      </w:r>
      <w:r w:rsidR="0084596B" w:rsidRPr="00996746">
        <w:rPr>
          <w:color w:val="auto"/>
          <w:szCs w:val="22"/>
        </w:rPr>
        <w:instrText>REF _Ref14780687 \h</w:instrText>
      </w:r>
      <w:r w:rsidR="001F13E3" w:rsidRPr="00996746">
        <w:rPr>
          <w:color w:val="auto"/>
          <w:szCs w:val="22"/>
        </w:rPr>
        <w:instrText xml:space="preserve"> \* MERGEFORMAT </w:instrText>
      </w:r>
      <w:r w:rsidR="0084596B" w:rsidRPr="00996746">
        <w:rPr>
          <w:color w:val="auto"/>
          <w:szCs w:val="22"/>
        </w:rPr>
      </w:r>
      <w:r w:rsidR="0084596B" w:rsidRPr="00996746">
        <w:rPr>
          <w:color w:val="auto"/>
          <w:szCs w:val="22"/>
        </w:rPr>
        <w:fldChar w:fldCharType="separate"/>
      </w:r>
      <w:r w:rsidR="004B2F28" w:rsidRPr="004B2F28">
        <w:rPr>
          <w:color w:val="auto"/>
          <w:szCs w:val="22"/>
        </w:rPr>
        <w:t>Table S11</w:t>
      </w:r>
      <w:r w:rsidR="004B2F28" w:rsidRPr="004B2F28">
        <w:rPr>
          <w:color w:val="auto"/>
          <w:szCs w:val="22"/>
        </w:rPr>
        <w:noBreakHyphen/>
        <w:t>1</w:t>
      </w:r>
      <w:r w:rsidR="0084596B" w:rsidRPr="00996746">
        <w:rPr>
          <w:color w:val="auto"/>
          <w:szCs w:val="22"/>
        </w:rPr>
        <w:fldChar w:fldCharType="end"/>
      </w:r>
      <w:r w:rsidR="0084596B" w:rsidRPr="00996746">
        <w:rPr>
          <w:color w:val="auto"/>
          <w:szCs w:val="22"/>
        </w:rPr>
        <w:t xml:space="preserve"> in </w:t>
      </w:r>
      <w:r w:rsidR="007011BD">
        <w:rPr>
          <w:color w:val="auto"/>
          <w:szCs w:val="22"/>
        </w:rPr>
        <w:fldChar w:fldCharType="begin"/>
      </w:r>
      <w:r w:rsidR="007011BD">
        <w:rPr>
          <w:color w:val="auto"/>
          <w:szCs w:val="22"/>
        </w:rPr>
        <w:instrText xml:space="preserve"> REF _Ref231992822 \n \h </w:instrText>
      </w:r>
      <w:r w:rsidR="007011BD">
        <w:rPr>
          <w:color w:val="auto"/>
          <w:szCs w:val="22"/>
        </w:rPr>
      </w:r>
      <w:r w:rsidR="007011BD">
        <w:rPr>
          <w:color w:val="auto"/>
          <w:szCs w:val="22"/>
        </w:rPr>
        <w:fldChar w:fldCharType="separate"/>
      </w:r>
      <w:r w:rsidR="007011BD">
        <w:rPr>
          <w:color w:val="auto"/>
          <w:szCs w:val="22"/>
        </w:rPr>
        <w:t>Appendix 11</w:t>
      </w:r>
      <w:r w:rsidR="007011BD">
        <w:rPr>
          <w:color w:val="auto"/>
          <w:szCs w:val="22"/>
        </w:rPr>
        <w:fldChar w:fldCharType="end"/>
      </w:r>
      <w:r w:rsidR="0084596B" w:rsidRPr="00996746">
        <w:rPr>
          <w:color w:val="auto"/>
          <w:szCs w:val="22"/>
        </w:rPr>
        <w:t>.</w:t>
      </w:r>
      <w:r w:rsidR="0027343B" w:rsidRPr="00996746">
        <w:rPr>
          <w:color w:val="auto"/>
          <w:szCs w:val="22"/>
        </w:rPr>
        <w:t xml:space="preserve"> </w:t>
      </w:r>
      <w:r w:rsidR="00F10ABD" w:rsidRPr="00996746">
        <w:rPr>
          <w:color w:val="auto"/>
          <w:szCs w:val="22"/>
        </w:rPr>
        <w:t>They include</w:t>
      </w:r>
      <w:r w:rsidR="008B096D" w:rsidRPr="00996746">
        <w:rPr>
          <w:color w:val="auto"/>
          <w:szCs w:val="22"/>
        </w:rPr>
        <w:t>:</w:t>
      </w:r>
    </w:p>
    <w:p w14:paraId="6E622E8E" w14:textId="253FEC03" w:rsidR="00CE3805" w:rsidRPr="00996746" w:rsidRDefault="00CE3805" w:rsidP="008B096D">
      <w:pPr>
        <w:pStyle w:val="Bullet2"/>
        <w:rPr>
          <w:color w:val="auto"/>
        </w:rPr>
      </w:pPr>
      <w:r w:rsidRPr="00996746">
        <w:rPr>
          <w:color w:val="auto"/>
        </w:rPr>
        <w:t>T</w:t>
      </w:r>
      <w:r w:rsidR="00F10ABD" w:rsidRPr="00996746">
        <w:rPr>
          <w:color w:val="auto"/>
        </w:rPr>
        <w:t xml:space="preserve">ables comparing </w:t>
      </w:r>
      <w:r w:rsidR="00133B4F" w:rsidRPr="00996746">
        <w:rPr>
          <w:color w:val="auto"/>
        </w:rPr>
        <w:t>key results (</w:t>
      </w:r>
      <w:r w:rsidR="00201D8C" w:rsidRPr="00996746">
        <w:rPr>
          <w:color w:val="auto"/>
        </w:rPr>
        <w:t xml:space="preserve">each active treatment versus placebo, and </w:t>
      </w:r>
      <w:proofErr w:type="spellStart"/>
      <w:r w:rsidR="00EF2D91">
        <w:rPr>
          <w:color w:val="auto"/>
        </w:rPr>
        <w:t>KarXT</w:t>
      </w:r>
      <w:proofErr w:type="spellEnd"/>
      <w:r w:rsidR="00133B4F" w:rsidRPr="00996746">
        <w:rPr>
          <w:color w:val="auto"/>
        </w:rPr>
        <w:t xml:space="preserve"> versus each comparator)</w:t>
      </w:r>
      <w:r w:rsidR="0027343B" w:rsidRPr="00996746">
        <w:rPr>
          <w:color w:val="auto"/>
        </w:rPr>
        <w:t xml:space="preserve"> </w:t>
      </w:r>
      <w:r w:rsidR="001B1C3C" w:rsidRPr="00996746">
        <w:rPr>
          <w:color w:val="auto"/>
        </w:rPr>
        <w:t xml:space="preserve">for base case and scenario analyses conducted for a given endpoint. </w:t>
      </w:r>
      <w:r w:rsidR="00644979" w:rsidRPr="00996746">
        <w:rPr>
          <w:color w:val="auto"/>
        </w:rPr>
        <w:t xml:space="preserve">Summary results of </w:t>
      </w:r>
      <w:r w:rsidR="00293D60" w:rsidRPr="00996746">
        <w:rPr>
          <w:color w:val="auto"/>
        </w:rPr>
        <w:t xml:space="preserve">statistical assessment of heterogeneity and inconsistency are also provided </w:t>
      </w:r>
      <w:r w:rsidR="00B2737E" w:rsidRPr="00996746">
        <w:rPr>
          <w:color w:val="auto"/>
        </w:rPr>
        <w:t xml:space="preserve">for each </w:t>
      </w:r>
      <w:r w:rsidR="00304E40" w:rsidRPr="00996746">
        <w:rPr>
          <w:color w:val="auto"/>
        </w:rPr>
        <w:t>NMA conducted.</w:t>
      </w:r>
    </w:p>
    <w:p w14:paraId="4818B8D5" w14:textId="06B93A2F" w:rsidR="009446D0" w:rsidRDefault="00CE3805" w:rsidP="008B096D">
      <w:pPr>
        <w:pStyle w:val="Bullet2"/>
        <w:rPr>
          <w:color w:val="auto"/>
        </w:rPr>
      </w:pPr>
      <w:r w:rsidRPr="00996746">
        <w:rPr>
          <w:color w:val="auto"/>
        </w:rPr>
        <w:t>L</w:t>
      </w:r>
      <w:r w:rsidR="0027343B" w:rsidRPr="00996746">
        <w:rPr>
          <w:color w:val="auto"/>
        </w:rPr>
        <w:t xml:space="preserve">eague table results for all NMAs run. </w:t>
      </w:r>
    </w:p>
    <w:p w14:paraId="75EFA26B" w14:textId="2D1905C1" w:rsidR="0036436F" w:rsidRDefault="0036436F" w:rsidP="0036436F">
      <w:pPr>
        <w:pStyle w:val="ListParagraph"/>
      </w:pPr>
      <w:r>
        <w:fldChar w:fldCharType="begin"/>
      </w:r>
      <w:r>
        <w:instrText xml:space="preserve"> REF _Ref231992885 \h </w:instrText>
      </w:r>
      <w:r>
        <w:fldChar w:fldCharType="separate"/>
      </w:r>
      <w:r w:rsidRPr="007F6A73">
        <w:t xml:space="preserve">Figure </w:t>
      </w:r>
      <w:r>
        <w:t>S</w:t>
      </w:r>
      <w:r>
        <w:rPr>
          <w:noProof/>
        </w:rPr>
        <w:t>38</w:t>
      </w:r>
      <w:r>
        <w:fldChar w:fldCharType="end"/>
      </w:r>
      <w:r>
        <w:t xml:space="preserve"> to </w:t>
      </w:r>
      <w:r>
        <w:fldChar w:fldCharType="begin"/>
      </w:r>
      <w:r>
        <w:instrText xml:space="preserve"> REF _Ref231992890 \h </w:instrText>
      </w:r>
      <w:r>
        <w:fldChar w:fldCharType="separate"/>
      </w:r>
      <w:r w:rsidRPr="000F20E1">
        <w:t xml:space="preserve">Figure </w:t>
      </w:r>
      <w:r>
        <w:t>S</w:t>
      </w:r>
      <w:r>
        <w:rPr>
          <w:noProof/>
        </w:rPr>
        <w:t>104</w:t>
      </w:r>
      <w:r>
        <w:fldChar w:fldCharType="end"/>
      </w:r>
      <w:r>
        <w:t xml:space="preserve"> present</w:t>
      </w:r>
      <w:r w:rsidR="00534FC8">
        <w:t xml:space="preserve">: </w:t>
      </w:r>
    </w:p>
    <w:p w14:paraId="44267789" w14:textId="7EEBD5CD" w:rsidR="00534FC8" w:rsidRDefault="00534FC8" w:rsidP="00534FC8">
      <w:pPr>
        <w:pStyle w:val="Bullet2"/>
      </w:pPr>
      <w:r>
        <w:t>Distributions of potential effect modifiers by treatment node for each network</w:t>
      </w:r>
      <w:r w:rsidR="00065CAF">
        <w:t>, with details of statist</w:t>
      </w:r>
      <w:r w:rsidR="00F10CAF">
        <w:t xml:space="preserve">ical tests of statistical tests of transitivity </w:t>
      </w:r>
      <w:r w:rsidR="0060410F">
        <w:t>described in figure footnotes.</w:t>
      </w:r>
    </w:p>
    <w:p w14:paraId="21A62B08" w14:textId="4A075233" w:rsidR="00065CAF" w:rsidRPr="00996746" w:rsidRDefault="00294B93" w:rsidP="00534FC8">
      <w:pPr>
        <w:pStyle w:val="Bullet2"/>
      </w:pPr>
      <w:r>
        <w:t>Comparison-adjusted funnel plots for each network.</w:t>
      </w:r>
    </w:p>
    <w:p w14:paraId="77778C6E" w14:textId="69AE672E" w:rsidR="009446D0" w:rsidRPr="00541089" w:rsidRDefault="0084596B" w:rsidP="00996746">
      <w:pPr>
        <w:pStyle w:val="Heading3"/>
      </w:pPr>
      <w:bookmarkStart w:id="91" w:name="_Ref214009833"/>
      <w:r w:rsidRPr="00541089">
        <w:t>Figure S</w:t>
      </w:r>
      <w:fldSimple w:instr=" SEQ Figure \* ARABIC ">
        <w:r w:rsidR="004B2F28">
          <w:rPr>
            <w:noProof/>
          </w:rPr>
          <w:t>36</w:t>
        </w:r>
      </w:fldSimple>
      <w:bookmarkEnd w:id="91"/>
      <w:r w:rsidRPr="00541089">
        <w:t xml:space="preserve">: Discontinuation due to adverse events – random-effects model forest plot of relative odds associated with </w:t>
      </w:r>
      <w:proofErr w:type="spellStart"/>
      <w:r w:rsidR="00EF2D91">
        <w:t>KarXT</w:t>
      </w:r>
      <w:proofErr w:type="spellEnd"/>
      <w:r w:rsidRPr="00541089">
        <w:t xml:space="preserve"> versus each comparator – base case network</w:t>
      </w:r>
    </w:p>
    <w:p w14:paraId="40535BFC" w14:textId="77777777" w:rsidR="009446D0" w:rsidRPr="00EB75F0" w:rsidRDefault="0084596B">
      <w:pPr>
        <w:pStyle w:val="Caption"/>
      </w:pPr>
      <w:r w:rsidRPr="00EB75F0">
        <w:t xml:space="preserve"> </w:t>
      </w:r>
      <w:r>
        <w:rPr>
          <w:noProof/>
        </w:rPr>
        <w:drawing>
          <wp:inline distT="0" distB="0" distL="0" distR="0" wp14:anchorId="145FC349" wp14:editId="2435BABD">
            <wp:extent cx="5035791" cy="1438274"/>
            <wp:effectExtent l="0" t="0" r="0" b="0"/>
            <wp:docPr id="10035" name="Picture 1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 name="Picture 10035"/>
                    <pic:cNvPicPr/>
                  </pic:nvPicPr>
                  <pic:blipFill>
                    <a:blip r:embed="rId60" cstate="print">
                      <a:extLst>
                        <a:ext uri="{28A0092B-C50C-407E-A947-70E740481C1C}">
                          <a14:useLocalDpi xmlns:a14="http://schemas.microsoft.com/office/drawing/2010/main"/>
                        </a:ext>
                      </a:extLst>
                    </a:blip>
                    <a:stretch>
                      <a:fillRect/>
                    </a:stretch>
                  </pic:blipFill>
                  <pic:spPr>
                    <a:xfrm>
                      <a:off x="0" y="0"/>
                      <a:ext cx="5035791" cy="1438274"/>
                    </a:xfrm>
                    <a:prstGeom prst="rect">
                      <a:avLst/>
                    </a:prstGeom>
                  </pic:spPr>
                </pic:pic>
              </a:graphicData>
            </a:graphic>
          </wp:inline>
        </w:drawing>
      </w:r>
    </w:p>
    <w:p w14:paraId="58FCAE7C" w14:textId="77777777" w:rsidR="009446D0" w:rsidRPr="00EB75F0" w:rsidRDefault="009446D0"/>
    <w:p w14:paraId="70BEA003" w14:textId="750E714C" w:rsidR="009446D0" w:rsidRPr="00541089" w:rsidRDefault="0084596B" w:rsidP="00996746">
      <w:pPr>
        <w:pStyle w:val="Heading3"/>
        <w:rPr>
          <w:color w:val="1E1E1E"/>
        </w:rPr>
      </w:pPr>
      <w:bookmarkStart w:id="92" w:name="_Ref214009836"/>
      <w:r w:rsidRPr="00541089">
        <w:lastRenderedPageBreak/>
        <w:t>Figure S</w:t>
      </w:r>
      <w:fldSimple w:instr=" SEQ Figure \* ARABIC ">
        <w:r w:rsidR="004B2F28">
          <w:rPr>
            <w:noProof/>
          </w:rPr>
          <w:t>37</w:t>
        </w:r>
      </w:fldSimple>
      <w:bookmarkEnd w:id="92"/>
      <w:r w:rsidRPr="00541089">
        <w:t xml:space="preserve">: Somnolence – random-effects model forest plot of relative odds of </w:t>
      </w:r>
      <w:proofErr w:type="spellStart"/>
      <w:r w:rsidR="00EF2D91">
        <w:t>KarXT</w:t>
      </w:r>
      <w:proofErr w:type="spellEnd"/>
      <w:r w:rsidRPr="00541089">
        <w:t xml:space="preserve"> versus each comparator</w:t>
      </w:r>
      <w:r w:rsidRPr="00541089">
        <w:rPr>
          <w:color w:val="1E1E1E"/>
        </w:rPr>
        <w:t xml:space="preserve"> – base case network</w:t>
      </w:r>
    </w:p>
    <w:p w14:paraId="5C0D928B" w14:textId="77777777" w:rsidR="009446D0" w:rsidRPr="00EB75F0" w:rsidRDefault="0084596B">
      <w:r>
        <w:rPr>
          <w:noProof/>
        </w:rPr>
        <w:drawing>
          <wp:inline distT="0" distB="0" distL="0" distR="0" wp14:anchorId="2807CD6F" wp14:editId="542ED888">
            <wp:extent cx="5035791" cy="1438274"/>
            <wp:effectExtent l="0" t="0" r="0" b="0"/>
            <wp:docPr id="10036" name="Picture 1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 name="Picture 10036"/>
                    <pic:cNvPicPr/>
                  </pic:nvPicPr>
                  <pic:blipFill>
                    <a:blip r:embed="rId61" cstate="print">
                      <a:extLst>
                        <a:ext uri="{28A0092B-C50C-407E-A947-70E740481C1C}">
                          <a14:useLocalDpi xmlns:a14="http://schemas.microsoft.com/office/drawing/2010/main"/>
                        </a:ext>
                      </a:extLst>
                    </a:blip>
                    <a:stretch>
                      <a:fillRect/>
                    </a:stretch>
                  </pic:blipFill>
                  <pic:spPr>
                    <a:xfrm>
                      <a:off x="0" y="0"/>
                      <a:ext cx="5035791" cy="1438274"/>
                    </a:xfrm>
                    <a:prstGeom prst="rect">
                      <a:avLst/>
                    </a:prstGeom>
                  </pic:spPr>
                </pic:pic>
              </a:graphicData>
            </a:graphic>
          </wp:inline>
        </w:drawing>
      </w:r>
    </w:p>
    <w:p w14:paraId="0FBBB74A" w14:textId="77777777" w:rsidR="009446D0" w:rsidRPr="00EB75F0" w:rsidRDefault="0084596B">
      <w:pPr>
        <w:spacing w:before="0" w:after="200" w:line="276" w:lineRule="auto"/>
        <w:rPr>
          <w:rFonts w:ascii="Times New Roman" w:hAnsi="Times New Roman"/>
          <w:b/>
          <w:color w:val="000000"/>
          <w:sz w:val="24"/>
        </w:rPr>
      </w:pPr>
      <w:r w:rsidRPr="00EB75F0">
        <w:rPr>
          <w:rFonts w:ascii="Times New Roman" w:hAnsi="Times New Roman"/>
          <w:color w:val="000000"/>
          <w:sz w:val="24"/>
        </w:rPr>
        <w:br w:type="page"/>
      </w:r>
    </w:p>
    <w:p w14:paraId="1F3D4388" w14:textId="797578CB" w:rsidR="00E83174" w:rsidRPr="00541089" w:rsidRDefault="00E83174" w:rsidP="00E83174">
      <w:pPr>
        <w:pStyle w:val="Heading2"/>
      </w:pPr>
      <w:r w:rsidRPr="00541089">
        <w:lastRenderedPageBreak/>
        <w:t xml:space="preserve">Change from baseline total </w:t>
      </w:r>
      <w:r w:rsidR="00FE4695" w:rsidRPr="00541089">
        <w:t>PANSS score</w:t>
      </w:r>
    </w:p>
    <w:p w14:paraId="7D504A04" w14:textId="31C5A14B" w:rsidR="005723EF" w:rsidRPr="00EB75F0" w:rsidRDefault="00A06AE8" w:rsidP="00996746">
      <w:pPr>
        <w:pStyle w:val="Heading3"/>
      </w:pPr>
      <w:bookmarkStart w:id="93" w:name="_Ref214011019"/>
      <w:r w:rsidRPr="00EB75F0">
        <w:t>Table S</w:t>
      </w:r>
      <w:fldSimple w:instr=" STYLEREF 1 \s ">
        <w:r w:rsidR="004B2F28">
          <w:rPr>
            <w:noProof/>
          </w:rPr>
          <w:t>13</w:t>
        </w:r>
      </w:fldSimple>
      <w:r w:rsidR="00EE288E" w:rsidRPr="00EB75F0">
        <w:noBreakHyphen/>
      </w:r>
      <w:fldSimple w:instr=" SEQ Table \* ARABIC \s 1 ">
        <w:r w:rsidR="004B2F28">
          <w:rPr>
            <w:noProof/>
          </w:rPr>
          <w:t>1</w:t>
        </w:r>
      </w:fldSimple>
      <w:bookmarkEnd w:id="93"/>
      <w:r w:rsidR="005723EF" w:rsidRPr="00996746">
        <w:t xml:space="preserve">: Change from baseline total PANSS score – comparison of NMA results from base case and </w:t>
      </w:r>
      <w:r w:rsidR="009E5C4E" w:rsidRPr="00996746">
        <w:t>sensitivity</w:t>
      </w:r>
      <w:r w:rsidR="005723EF" w:rsidRPr="00996746">
        <w:t xml:space="preserve"> analyses</w:t>
      </w:r>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2411"/>
        <w:gridCol w:w="1906"/>
        <w:gridCol w:w="1980"/>
        <w:gridCol w:w="3331"/>
      </w:tblGrid>
      <w:tr w:rsidR="00586FF1" w:rsidRPr="00EB75F0" w14:paraId="77D90012" w14:textId="77777777" w:rsidTr="00C32B29">
        <w:trPr>
          <w:trHeight w:val="58"/>
          <w:tblHeader/>
        </w:trPr>
        <w:tc>
          <w:tcPr>
            <w:tcW w:w="1252" w:type="pct"/>
            <w:vMerge w:val="restart"/>
            <w:tcBorders>
              <w:top w:val="single" w:sz="4" w:space="0" w:color="000000"/>
              <w:left w:val="single" w:sz="4" w:space="0" w:color="000000"/>
              <w:bottom w:val="single" w:sz="4" w:space="0" w:color="000000"/>
              <w:right w:val="single" w:sz="4" w:space="0" w:color="000000"/>
            </w:tcBorders>
            <w:shd w:val="clear" w:color="auto" w:fill="001B2B"/>
            <w:vAlign w:val="center"/>
          </w:tcPr>
          <w:p w14:paraId="391737B8" w14:textId="77777777" w:rsidR="00586FF1" w:rsidRPr="00EB75F0" w:rsidRDefault="00586FF1" w:rsidP="00C32B29">
            <w:pPr>
              <w:pStyle w:val="TableText"/>
              <w:keepNext/>
              <w:spacing w:before="48" w:after="48"/>
              <w:rPr>
                <w:rFonts w:asciiTheme="majorHAnsi" w:hAnsiTheme="majorHAnsi" w:cstheme="majorHAnsi"/>
                <w:color w:val="FFFFFF"/>
                <w:sz w:val="18"/>
              </w:rPr>
            </w:pPr>
            <w:r w:rsidRPr="00EB75F0">
              <w:rPr>
                <w:rFonts w:asciiTheme="majorHAnsi" w:hAnsiTheme="majorHAnsi" w:cstheme="majorHAnsi"/>
                <w:color w:val="FFFFFF"/>
                <w:sz w:val="18"/>
              </w:rPr>
              <w:t>Treatment</w:t>
            </w:r>
          </w:p>
        </w:tc>
        <w:tc>
          <w:tcPr>
            <w:tcW w:w="3748" w:type="pct"/>
            <w:gridSpan w:val="3"/>
            <w:tcBorders>
              <w:top w:val="single" w:sz="4" w:space="0" w:color="000000"/>
              <w:left w:val="single" w:sz="4" w:space="0" w:color="000000"/>
              <w:bottom w:val="single" w:sz="4" w:space="0" w:color="000000"/>
              <w:right w:val="single" w:sz="4" w:space="0" w:color="000000"/>
            </w:tcBorders>
            <w:shd w:val="clear" w:color="auto" w:fill="001B2B"/>
            <w:vAlign w:val="center"/>
          </w:tcPr>
          <w:p w14:paraId="4AC161FD" w14:textId="76C27CE4" w:rsidR="00586FF1" w:rsidRPr="00EB75F0" w:rsidRDefault="00EA4A2C"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rPr>
              <w:t xml:space="preserve">MD </w:t>
            </w:r>
            <w:r w:rsidR="00586FF1" w:rsidRPr="00EB75F0">
              <w:rPr>
                <w:rFonts w:asciiTheme="majorHAnsi" w:hAnsiTheme="majorHAnsi" w:cstheme="majorHAnsi"/>
                <w:color w:val="FFFFFF"/>
                <w:sz w:val="18"/>
              </w:rPr>
              <w:t xml:space="preserve">Treatment versus Placebo (95% </w:t>
            </w:r>
            <w:proofErr w:type="spellStart"/>
            <w:r w:rsidR="00586FF1" w:rsidRPr="00EB75F0">
              <w:rPr>
                <w:rFonts w:asciiTheme="majorHAnsi" w:hAnsiTheme="majorHAnsi" w:cstheme="majorHAnsi"/>
                <w:color w:val="FFFFFF"/>
                <w:sz w:val="18"/>
              </w:rPr>
              <w:t>CrI</w:t>
            </w:r>
            <w:proofErr w:type="spellEnd"/>
            <w:r w:rsidR="00586FF1" w:rsidRPr="00EB75F0">
              <w:rPr>
                <w:rFonts w:asciiTheme="majorHAnsi" w:hAnsiTheme="majorHAnsi" w:cstheme="majorHAnsi"/>
                <w:color w:val="FFFFFF"/>
                <w:sz w:val="18"/>
              </w:rPr>
              <w:t>)</w:t>
            </w:r>
          </w:p>
        </w:tc>
      </w:tr>
      <w:tr w:rsidR="00586FF1" w:rsidRPr="00EB75F0" w14:paraId="726A0304" w14:textId="77777777" w:rsidTr="00C751CD">
        <w:trPr>
          <w:trHeight w:val="58"/>
          <w:tblHeader/>
        </w:trPr>
        <w:tc>
          <w:tcPr>
            <w:tcW w:w="1252" w:type="pct"/>
            <w:vMerge/>
            <w:tcBorders>
              <w:top w:val="single" w:sz="4" w:space="0" w:color="000000"/>
              <w:left w:val="single" w:sz="4" w:space="0" w:color="000000"/>
              <w:bottom w:val="single" w:sz="4" w:space="0" w:color="000000"/>
              <w:right w:val="single" w:sz="4" w:space="0" w:color="000000"/>
            </w:tcBorders>
            <w:shd w:val="clear" w:color="auto" w:fill="001B2B"/>
            <w:vAlign w:val="center"/>
          </w:tcPr>
          <w:p w14:paraId="5AE4B896" w14:textId="77777777" w:rsidR="00586FF1" w:rsidRPr="00EB75F0" w:rsidRDefault="00586FF1" w:rsidP="00C32B29">
            <w:pPr>
              <w:rPr>
                <w:rFonts w:asciiTheme="majorHAnsi" w:hAnsiTheme="majorHAnsi" w:cstheme="majorHAnsi"/>
              </w:rPr>
            </w:pPr>
          </w:p>
        </w:tc>
        <w:tc>
          <w:tcPr>
            <w:tcW w:w="2018"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138A2AB0" w14:textId="77777777" w:rsidR="00586FF1" w:rsidRPr="00EB75F0" w:rsidRDefault="00586FF1" w:rsidP="00C32B29">
            <w:pPr>
              <w:pStyle w:val="TableText"/>
              <w:spacing w:before="48" w:after="48"/>
              <w:rPr>
                <w:rFonts w:asciiTheme="majorHAnsi" w:hAnsiTheme="majorHAnsi" w:cstheme="majorHAnsi"/>
                <w:sz w:val="18"/>
              </w:rPr>
            </w:pPr>
            <w:r w:rsidRPr="00EB75F0">
              <w:rPr>
                <w:rFonts w:asciiTheme="majorHAnsi" w:hAnsiTheme="majorHAnsi" w:cstheme="majorHAnsi"/>
                <w:b/>
                <w:sz w:val="18"/>
              </w:rPr>
              <w:t>Base case network</w:t>
            </w:r>
          </w:p>
        </w:tc>
        <w:tc>
          <w:tcPr>
            <w:tcW w:w="1730"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36944D66" w14:textId="77777777" w:rsidR="00586FF1" w:rsidRPr="00EB75F0" w:rsidRDefault="00586FF1" w:rsidP="00C32B29">
            <w:pPr>
              <w:pStyle w:val="TableText"/>
              <w:spacing w:before="48" w:after="48"/>
              <w:rPr>
                <w:rFonts w:asciiTheme="majorHAnsi" w:hAnsiTheme="majorHAnsi" w:cstheme="majorHAnsi"/>
                <w:sz w:val="18"/>
              </w:rPr>
            </w:pPr>
            <w:r w:rsidRPr="00EB75F0">
              <w:rPr>
                <w:rFonts w:asciiTheme="majorHAnsi" w:hAnsiTheme="majorHAnsi" w:cstheme="majorHAnsi"/>
                <w:b/>
                <w:sz w:val="18"/>
              </w:rPr>
              <w:t>Excluding studies with predominantly Asian populations</w:t>
            </w:r>
          </w:p>
        </w:tc>
      </w:tr>
      <w:tr w:rsidR="00586FF1" w:rsidRPr="00EB75F0" w14:paraId="72B3CF8C" w14:textId="77777777" w:rsidTr="00C751CD">
        <w:trPr>
          <w:trHeight w:val="68"/>
          <w:tblHeader/>
        </w:trPr>
        <w:tc>
          <w:tcPr>
            <w:tcW w:w="1252" w:type="pct"/>
            <w:vMerge/>
            <w:tcBorders>
              <w:top w:val="single" w:sz="4" w:space="0" w:color="000000"/>
              <w:left w:val="single" w:sz="4" w:space="0" w:color="000000"/>
              <w:bottom w:val="single" w:sz="4" w:space="0" w:color="000000"/>
              <w:right w:val="single" w:sz="4" w:space="0" w:color="000000"/>
            </w:tcBorders>
            <w:shd w:val="clear" w:color="auto" w:fill="001B2B"/>
            <w:vAlign w:val="center"/>
          </w:tcPr>
          <w:p w14:paraId="68029CCC" w14:textId="77777777" w:rsidR="00586FF1" w:rsidRPr="00EB75F0" w:rsidRDefault="00586FF1" w:rsidP="00C32B29">
            <w:pPr>
              <w:rPr>
                <w:rFonts w:asciiTheme="majorHAnsi" w:hAnsiTheme="majorHAnsi" w:cstheme="majorHAnsi"/>
              </w:rPr>
            </w:pPr>
          </w:p>
        </w:tc>
        <w:tc>
          <w:tcPr>
            <w:tcW w:w="990"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47463120" w14:textId="77777777" w:rsidR="00586FF1" w:rsidRPr="00EB75F0" w:rsidRDefault="00586FF1" w:rsidP="00C32B29">
            <w:pPr>
              <w:pStyle w:val="TableText"/>
              <w:spacing w:before="48" w:after="48"/>
              <w:rPr>
                <w:rFonts w:asciiTheme="majorHAnsi" w:hAnsiTheme="majorHAnsi" w:cstheme="majorHAnsi"/>
                <w:sz w:val="18"/>
              </w:rPr>
            </w:pPr>
            <w:r w:rsidRPr="00EB75F0">
              <w:rPr>
                <w:rFonts w:asciiTheme="majorHAnsi" w:hAnsiTheme="majorHAnsi" w:cstheme="majorHAnsi"/>
                <w:b/>
                <w:sz w:val="18"/>
              </w:rPr>
              <w:t>FE (DIC: 181.18)</w:t>
            </w:r>
          </w:p>
        </w:tc>
        <w:tc>
          <w:tcPr>
            <w:tcW w:w="1028"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6AD76B7E" w14:textId="77777777" w:rsidR="00586FF1" w:rsidRPr="00EB75F0" w:rsidRDefault="00586FF1" w:rsidP="00C32B29">
            <w:pPr>
              <w:pStyle w:val="TableText"/>
              <w:spacing w:before="48" w:after="48"/>
              <w:rPr>
                <w:rFonts w:asciiTheme="majorHAnsi" w:hAnsiTheme="majorHAnsi" w:cstheme="majorHAnsi"/>
                <w:sz w:val="18"/>
              </w:rPr>
            </w:pPr>
            <w:r w:rsidRPr="00EB75F0">
              <w:rPr>
                <w:rFonts w:asciiTheme="majorHAnsi" w:hAnsiTheme="majorHAnsi" w:cstheme="majorHAnsi"/>
                <w:b/>
                <w:sz w:val="18"/>
              </w:rPr>
              <w:t>RE (DIC: 86.98)</w:t>
            </w:r>
          </w:p>
        </w:tc>
        <w:tc>
          <w:tcPr>
            <w:tcW w:w="1730"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6543BCED" w14:textId="77777777" w:rsidR="00586FF1" w:rsidRPr="00EB75F0" w:rsidRDefault="00586FF1" w:rsidP="00C32B29">
            <w:pPr>
              <w:pStyle w:val="TableText"/>
              <w:spacing w:before="48" w:after="48"/>
              <w:rPr>
                <w:rFonts w:asciiTheme="majorHAnsi" w:hAnsiTheme="majorHAnsi" w:cstheme="majorHAnsi"/>
                <w:sz w:val="18"/>
              </w:rPr>
            </w:pPr>
            <w:r w:rsidRPr="00EB75F0">
              <w:rPr>
                <w:rFonts w:asciiTheme="majorHAnsi" w:hAnsiTheme="majorHAnsi" w:cstheme="majorHAnsi"/>
                <w:b/>
                <w:sz w:val="18"/>
              </w:rPr>
              <w:t>RE (DIC: 79.48)</w:t>
            </w:r>
          </w:p>
        </w:tc>
      </w:tr>
      <w:tr w:rsidR="00586FF1" w:rsidRPr="00EB75F0" w14:paraId="566A251D"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772E2CEF" w14:textId="77777777" w:rsidR="00586FF1" w:rsidRPr="00EB75F0" w:rsidRDefault="00586FF1" w:rsidP="00C32B29">
            <w:pPr>
              <w:pStyle w:val="TableText"/>
              <w:keepNext/>
              <w:spacing w:before="48" w:after="48"/>
              <w:rPr>
                <w:rFonts w:asciiTheme="majorHAnsi" w:hAnsiTheme="majorHAnsi" w:cstheme="majorHAnsi"/>
                <w:sz w:val="18"/>
              </w:rPr>
            </w:pPr>
            <w:r w:rsidRPr="00EB75F0">
              <w:rPr>
                <w:rFonts w:asciiTheme="majorHAnsi" w:hAnsiTheme="majorHAnsi" w:cstheme="majorHAnsi"/>
                <w:color w:val="000000"/>
                <w:sz w:val="18"/>
              </w:rPr>
              <w:t>Aripiprazole</w:t>
            </w:r>
          </w:p>
        </w:tc>
        <w:tc>
          <w:tcPr>
            <w:tcW w:w="990" w:type="pct"/>
            <w:tcBorders>
              <w:top w:val="single" w:sz="4" w:space="0" w:color="000000"/>
              <w:left w:val="single" w:sz="4" w:space="0" w:color="000000"/>
              <w:bottom w:val="single" w:sz="4" w:space="0" w:color="000000"/>
              <w:right w:val="single" w:sz="4" w:space="0" w:color="000000"/>
            </w:tcBorders>
            <w:vAlign w:val="bottom"/>
          </w:tcPr>
          <w:p w14:paraId="417ECF6D"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-7.23 (-8.63, -5.84)</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38E85327"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-7.06 (-9.69, -4.39)</w:t>
            </w:r>
          </w:p>
        </w:tc>
        <w:tc>
          <w:tcPr>
            <w:tcW w:w="1730" w:type="pct"/>
            <w:tcBorders>
              <w:top w:val="single" w:sz="4" w:space="0" w:color="000000"/>
              <w:left w:val="single" w:sz="4" w:space="0" w:color="000000"/>
              <w:bottom w:val="single" w:sz="4" w:space="0" w:color="000000"/>
              <w:right w:val="single" w:sz="4" w:space="0" w:color="000000"/>
            </w:tcBorders>
            <w:vAlign w:val="bottom"/>
          </w:tcPr>
          <w:p w14:paraId="43CACEBE"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-7.21 (-9.98, -4.36)</w:t>
            </w:r>
          </w:p>
        </w:tc>
      </w:tr>
      <w:tr w:rsidR="00586FF1" w:rsidRPr="00EB75F0" w14:paraId="12E30449"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411EBE6C" w14:textId="77777777" w:rsidR="00586FF1" w:rsidRPr="00EB75F0" w:rsidRDefault="00586FF1" w:rsidP="00C32B29">
            <w:pPr>
              <w:pStyle w:val="TableText"/>
              <w:keepN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Brexpiprazole</w:t>
            </w:r>
            <w:proofErr w:type="spellEnd"/>
          </w:p>
        </w:tc>
        <w:tc>
          <w:tcPr>
            <w:tcW w:w="990" w:type="pct"/>
            <w:tcBorders>
              <w:top w:val="single" w:sz="4" w:space="0" w:color="000000"/>
              <w:left w:val="single" w:sz="4" w:space="0" w:color="000000"/>
              <w:bottom w:val="single" w:sz="4" w:space="0" w:color="000000"/>
              <w:right w:val="single" w:sz="4" w:space="0" w:color="000000"/>
            </w:tcBorders>
            <w:vAlign w:val="bottom"/>
          </w:tcPr>
          <w:p w14:paraId="537C1CDC"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-5.19 (-6.90, -3.48)</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5B6C05C7"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-5.16 (-8.6, -1.7)</w:t>
            </w:r>
          </w:p>
        </w:tc>
        <w:tc>
          <w:tcPr>
            <w:tcW w:w="1730" w:type="pct"/>
            <w:tcBorders>
              <w:top w:val="single" w:sz="4" w:space="0" w:color="000000"/>
              <w:left w:val="single" w:sz="4" w:space="0" w:color="000000"/>
              <w:bottom w:val="single" w:sz="4" w:space="0" w:color="000000"/>
              <w:right w:val="single" w:sz="4" w:space="0" w:color="000000"/>
            </w:tcBorders>
            <w:vAlign w:val="bottom"/>
          </w:tcPr>
          <w:p w14:paraId="5A2685AC"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-5.0 (-8.86, -1.13)</w:t>
            </w:r>
          </w:p>
        </w:tc>
      </w:tr>
      <w:tr w:rsidR="00586FF1" w:rsidRPr="00EB75F0" w14:paraId="2928722D"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2A280E1B" w14:textId="77777777" w:rsidR="00586FF1" w:rsidRPr="00EB75F0" w:rsidRDefault="00586FF1"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Cariprazine</w:t>
            </w:r>
            <w:proofErr w:type="spellEnd"/>
          </w:p>
        </w:tc>
        <w:tc>
          <w:tcPr>
            <w:tcW w:w="990" w:type="pct"/>
            <w:tcBorders>
              <w:top w:val="single" w:sz="4" w:space="0" w:color="000000"/>
              <w:left w:val="single" w:sz="4" w:space="0" w:color="000000"/>
              <w:bottom w:val="single" w:sz="4" w:space="0" w:color="000000"/>
              <w:right w:val="single" w:sz="4" w:space="0" w:color="000000"/>
            </w:tcBorders>
            <w:vAlign w:val="bottom"/>
          </w:tcPr>
          <w:p w14:paraId="5DB1F461"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-5.17 (-6.73, -3.61)</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0EF90D86"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w:t>
            </w:r>
            <w:r w:rsidRPr="00EB75F0">
              <w:rPr>
                <w:rFonts w:asciiTheme="majorHAnsi" w:hAnsiTheme="majorHAnsi" w:cstheme="majorHAnsi"/>
                <w:b/>
                <w:color w:val="000000"/>
                <w:sz w:val="18"/>
              </w:rPr>
              <w:t>5.13 (-8.42, -1.82)</w:t>
            </w:r>
          </w:p>
        </w:tc>
        <w:tc>
          <w:tcPr>
            <w:tcW w:w="1730" w:type="pct"/>
            <w:tcBorders>
              <w:top w:val="single" w:sz="4" w:space="0" w:color="000000"/>
              <w:left w:val="single" w:sz="4" w:space="0" w:color="000000"/>
              <w:bottom w:val="single" w:sz="4" w:space="0" w:color="000000"/>
              <w:right w:val="single" w:sz="4" w:space="0" w:color="000000"/>
            </w:tcBorders>
            <w:vAlign w:val="bottom"/>
          </w:tcPr>
          <w:p w14:paraId="038890D2"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-6.07 (-9.81, -2.28)</w:t>
            </w:r>
          </w:p>
        </w:tc>
      </w:tr>
      <w:tr w:rsidR="00586FF1" w:rsidRPr="00EB75F0" w14:paraId="62D1056E"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0FB0F06F" w14:textId="6FAC2DB1" w:rsidR="00586FF1" w:rsidRPr="00EB75F0" w:rsidRDefault="00EF2D91" w:rsidP="00C32B29">
            <w:pPr>
              <w:pStyle w:val="TableText"/>
              <w:spacing w:before="48" w:after="48"/>
              <w:rPr>
                <w:rFonts w:asciiTheme="majorHAnsi" w:hAnsiTheme="majorHAnsi" w:cstheme="majorHAnsi"/>
                <w:sz w:val="18"/>
              </w:rPr>
            </w:pPr>
            <w:proofErr w:type="spellStart"/>
            <w:r>
              <w:rPr>
                <w:rFonts w:asciiTheme="majorHAnsi" w:hAnsiTheme="majorHAnsi" w:cstheme="majorHAnsi"/>
                <w:color w:val="000000"/>
                <w:sz w:val="18"/>
              </w:rPr>
              <w:t>KarXT</w:t>
            </w:r>
            <w:proofErr w:type="spellEnd"/>
          </w:p>
        </w:tc>
        <w:tc>
          <w:tcPr>
            <w:tcW w:w="990" w:type="pct"/>
            <w:tcBorders>
              <w:top w:val="single" w:sz="4" w:space="0" w:color="000000"/>
              <w:left w:val="single" w:sz="4" w:space="0" w:color="000000"/>
              <w:bottom w:val="single" w:sz="4" w:space="0" w:color="000000"/>
              <w:right w:val="single" w:sz="4" w:space="0" w:color="000000"/>
            </w:tcBorders>
            <w:vAlign w:val="bottom"/>
          </w:tcPr>
          <w:p w14:paraId="12047BC3"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-10.06 (-12.65, -7.46)</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510CAC79"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-10.14 (-14.84, -5.41)</w:t>
            </w:r>
          </w:p>
        </w:tc>
        <w:tc>
          <w:tcPr>
            <w:tcW w:w="1730" w:type="pct"/>
            <w:tcBorders>
              <w:top w:val="single" w:sz="4" w:space="0" w:color="000000"/>
              <w:left w:val="single" w:sz="4" w:space="0" w:color="000000"/>
              <w:bottom w:val="single" w:sz="4" w:space="0" w:color="000000"/>
              <w:right w:val="single" w:sz="4" w:space="0" w:color="000000"/>
            </w:tcBorders>
            <w:vAlign w:val="bottom"/>
          </w:tcPr>
          <w:p w14:paraId="6E41867B"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-10.14 (-15.01, -5.34)</w:t>
            </w:r>
          </w:p>
        </w:tc>
      </w:tr>
      <w:tr w:rsidR="00586FF1" w:rsidRPr="00EB75F0" w14:paraId="37B1280D"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07CA4AC5" w14:textId="77777777" w:rsidR="00586FF1" w:rsidRPr="00EB75F0" w:rsidRDefault="00586FF1"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Lumateperone</w:t>
            </w:r>
            <w:proofErr w:type="spellEnd"/>
          </w:p>
        </w:tc>
        <w:tc>
          <w:tcPr>
            <w:tcW w:w="990" w:type="pct"/>
            <w:tcBorders>
              <w:top w:val="single" w:sz="4" w:space="0" w:color="000000"/>
              <w:left w:val="single" w:sz="4" w:space="0" w:color="000000"/>
              <w:bottom w:val="single" w:sz="4" w:space="0" w:color="000000"/>
              <w:right w:val="single" w:sz="4" w:space="0" w:color="000000"/>
            </w:tcBorders>
            <w:vAlign w:val="bottom"/>
          </w:tcPr>
          <w:p w14:paraId="76A31A11"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-3.2 (-6.48, 0.07)</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6A2BE859" w14:textId="77777777" w:rsidR="00586FF1" w:rsidRPr="00EB75F0" w:rsidRDefault="00586FF1"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-3.19 (-10.8, 4.37)</w:t>
            </w:r>
          </w:p>
        </w:tc>
        <w:tc>
          <w:tcPr>
            <w:tcW w:w="1730" w:type="pct"/>
            <w:tcBorders>
              <w:top w:val="single" w:sz="4" w:space="0" w:color="000000"/>
              <w:left w:val="single" w:sz="4" w:space="0" w:color="000000"/>
              <w:bottom w:val="single" w:sz="4" w:space="0" w:color="000000"/>
              <w:right w:val="single" w:sz="4" w:space="0" w:color="000000"/>
            </w:tcBorders>
            <w:vAlign w:val="bottom"/>
          </w:tcPr>
          <w:p w14:paraId="317D8702" w14:textId="77777777" w:rsidR="00586FF1" w:rsidRPr="00EB75F0" w:rsidRDefault="00586FF1"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-3.18 (-10.98, 4.57)</w:t>
            </w:r>
          </w:p>
        </w:tc>
      </w:tr>
      <w:tr w:rsidR="00586FF1" w:rsidRPr="00EB75F0" w14:paraId="23A302FF"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225A49C6" w14:textId="77777777" w:rsidR="00586FF1" w:rsidRPr="00EB75F0" w:rsidRDefault="00586FF1"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Olanzapine</w:t>
            </w:r>
          </w:p>
        </w:tc>
        <w:tc>
          <w:tcPr>
            <w:tcW w:w="990" w:type="pct"/>
            <w:tcBorders>
              <w:top w:val="single" w:sz="4" w:space="0" w:color="000000"/>
              <w:left w:val="single" w:sz="4" w:space="0" w:color="000000"/>
              <w:bottom w:val="single" w:sz="4" w:space="0" w:color="000000"/>
              <w:right w:val="single" w:sz="4" w:space="0" w:color="000000"/>
            </w:tcBorders>
            <w:vAlign w:val="bottom"/>
          </w:tcPr>
          <w:p w14:paraId="7CCCFC9B"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-10.62 (-11.98, -9.26)</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5F03B1AE"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-10.56 (-12.89, -8.21)</w:t>
            </w:r>
          </w:p>
        </w:tc>
        <w:tc>
          <w:tcPr>
            <w:tcW w:w="1730" w:type="pct"/>
            <w:tcBorders>
              <w:top w:val="single" w:sz="4" w:space="0" w:color="000000"/>
              <w:left w:val="single" w:sz="4" w:space="0" w:color="000000"/>
              <w:bottom w:val="single" w:sz="4" w:space="0" w:color="000000"/>
              <w:right w:val="single" w:sz="4" w:space="0" w:color="000000"/>
            </w:tcBorders>
            <w:vAlign w:val="bottom"/>
          </w:tcPr>
          <w:p w14:paraId="2BC4454A"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-10.57 (-12.97, -8.13)</w:t>
            </w:r>
          </w:p>
        </w:tc>
      </w:tr>
      <w:tr w:rsidR="00586FF1" w:rsidRPr="00EB75F0" w14:paraId="0410DAB0"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3FB6C5AE" w14:textId="77777777" w:rsidR="00586FF1" w:rsidRPr="00EB75F0" w:rsidRDefault="00586FF1"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Quetiapine</w:t>
            </w:r>
          </w:p>
        </w:tc>
        <w:tc>
          <w:tcPr>
            <w:tcW w:w="990" w:type="pct"/>
            <w:tcBorders>
              <w:top w:val="single" w:sz="4" w:space="0" w:color="000000"/>
              <w:left w:val="single" w:sz="4" w:space="0" w:color="000000"/>
              <w:bottom w:val="single" w:sz="4" w:space="0" w:color="000000"/>
              <w:right w:val="single" w:sz="4" w:space="0" w:color="000000"/>
            </w:tcBorders>
            <w:vAlign w:val="bottom"/>
          </w:tcPr>
          <w:p w14:paraId="61CA8444"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-8.81 (-10.63, -6.99)</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31411FA9"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-9.53 (-13.17, -6.0)</w:t>
            </w:r>
          </w:p>
        </w:tc>
        <w:tc>
          <w:tcPr>
            <w:tcW w:w="1730" w:type="pct"/>
            <w:tcBorders>
              <w:top w:val="single" w:sz="4" w:space="0" w:color="000000"/>
              <w:left w:val="single" w:sz="4" w:space="0" w:color="000000"/>
              <w:bottom w:val="single" w:sz="4" w:space="0" w:color="000000"/>
              <w:right w:val="single" w:sz="4" w:space="0" w:color="000000"/>
            </w:tcBorders>
            <w:vAlign w:val="bottom"/>
          </w:tcPr>
          <w:p w14:paraId="2A687302"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-9.52 (-13.26, -5.86)</w:t>
            </w:r>
          </w:p>
        </w:tc>
      </w:tr>
      <w:tr w:rsidR="00586FF1" w:rsidRPr="00EB75F0" w14:paraId="146283E6"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15A245F1" w14:textId="77777777" w:rsidR="00586FF1" w:rsidRPr="00EB75F0" w:rsidRDefault="00586FF1"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Risperidone</w:t>
            </w:r>
          </w:p>
        </w:tc>
        <w:tc>
          <w:tcPr>
            <w:tcW w:w="990" w:type="pct"/>
            <w:tcBorders>
              <w:top w:val="single" w:sz="4" w:space="0" w:color="000000"/>
              <w:left w:val="single" w:sz="4" w:space="0" w:color="000000"/>
              <w:bottom w:val="single" w:sz="4" w:space="0" w:color="000000"/>
              <w:right w:val="single" w:sz="4" w:space="0" w:color="000000"/>
            </w:tcBorders>
            <w:vAlign w:val="bottom"/>
          </w:tcPr>
          <w:p w14:paraId="0D61E447"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-4.64 (-5.22, -4.06)</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7F7F3455"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-7.08 (-9.42, -4.82)</w:t>
            </w:r>
          </w:p>
        </w:tc>
        <w:tc>
          <w:tcPr>
            <w:tcW w:w="1730" w:type="pct"/>
            <w:tcBorders>
              <w:top w:val="single" w:sz="4" w:space="0" w:color="000000"/>
              <w:left w:val="single" w:sz="4" w:space="0" w:color="000000"/>
              <w:bottom w:val="single" w:sz="4" w:space="0" w:color="000000"/>
              <w:right w:val="single" w:sz="4" w:space="0" w:color="000000"/>
            </w:tcBorders>
            <w:vAlign w:val="bottom"/>
          </w:tcPr>
          <w:p w14:paraId="4E079817"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-7.01 (-9.71, -4.38)</w:t>
            </w:r>
          </w:p>
        </w:tc>
      </w:tr>
      <w:tr w:rsidR="00586FF1" w:rsidRPr="00EB75F0" w14:paraId="73659FC3" w14:textId="77777777" w:rsidTr="00C32B29">
        <w:trPr>
          <w:trHeight w:val="58"/>
        </w:trPr>
        <w:tc>
          <w:tcPr>
            <w:tcW w:w="1252" w:type="pct"/>
            <w:tcBorders>
              <w:top w:val="single" w:sz="4" w:space="0" w:color="000000"/>
              <w:left w:val="single" w:sz="4" w:space="0" w:color="000000"/>
              <w:bottom w:val="single" w:sz="4" w:space="0" w:color="000000"/>
              <w:right w:val="single" w:sz="4" w:space="0" w:color="000000"/>
            </w:tcBorders>
            <w:shd w:val="clear" w:color="auto" w:fill="001B2B"/>
            <w:vAlign w:val="center"/>
          </w:tcPr>
          <w:p w14:paraId="226AC45B" w14:textId="77777777" w:rsidR="00586FF1" w:rsidRPr="00EB75F0" w:rsidRDefault="00586FF1"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rPr>
              <w:t>Comparator</w:t>
            </w:r>
          </w:p>
        </w:tc>
        <w:tc>
          <w:tcPr>
            <w:tcW w:w="3748" w:type="pct"/>
            <w:gridSpan w:val="3"/>
            <w:tcBorders>
              <w:top w:val="single" w:sz="4" w:space="0" w:color="000000"/>
              <w:left w:val="single" w:sz="4" w:space="0" w:color="000000"/>
              <w:bottom w:val="single" w:sz="4" w:space="0" w:color="000000"/>
              <w:right w:val="single" w:sz="4" w:space="0" w:color="000000"/>
            </w:tcBorders>
            <w:shd w:val="clear" w:color="auto" w:fill="001B2B"/>
            <w:vAlign w:val="center"/>
          </w:tcPr>
          <w:p w14:paraId="74FB9A91" w14:textId="34804CEB" w:rsidR="00586FF1" w:rsidRPr="00EB75F0" w:rsidRDefault="00EA4A2C"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rPr>
              <w:t>MD</w:t>
            </w:r>
            <w:r w:rsidR="00586FF1" w:rsidRPr="00EB75F0">
              <w:rPr>
                <w:rFonts w:asciiTheme="majorHAnsi" w:hAnsiTheme="majorHAnsi" w:cstheme="majorHAnsi"/>
                <w:color w:val="FFFFFF"/>
                <w:sz w:val="18"/>
                <w:highlight w:val="black"/>
              </w:rPr>
              <w:t xml:space="preserve"> </w:t>
            </w:r>
            <w:proofErr w:type="spellStart"/>
            <w:r w:rsidR="00EF2D91">
              <w:rPr>
                <w:rFonts w:asciiTheme="majorHAnsi" w:hAnsiTheme="majorHAnsi" w:cstheme="majorHAnsi"/>
                <w:color w:val="FFFFFF"/>
                <w:sz w:val="18"/>
                <w:highlight w:val="black"/>
              </w:rPr>
              <w:t>KarXT</w:t>
            </w:r>
            <w:proofErr w:type="spellEnd"/>
            <w:r w:rsidR="00586FF1" w:rsidRPr="00EB75F0">
              <w:rPr>
                <w:rFonts w:asciiTheme="majorHAnsi" w:hAnsiTheme="majorHAnsi" w:cstheme="majorHAnsi"/>
                <w:color w:val="FFFFFF"/>
                <w:sz w:val="18"/>
                <w:highlight w:val="black"/>
              </w:rPr>
              <w:t xml:space="preserve"> vs Comparator (95% </w:t>
            </w:r>
            <w:proofErr w:type="spellStart"/>
            <w:r w:rsidR="00586FF1" w:rsidRPr="00EB75F0">
              <w:rPr>
                <w:rFonts w:asciiTheme="majorHAnsi" w:hAnsiTheme="majorHAnsi" w:cstheme="majorHAnsi"/>
                <w:color w:val="FFFFFF"/>
                <w:sz w:val="18"/>
                <w:highlight w:val="black"/>
              </w:rPr>
              <w:t>CrI</w:t>
            </w:r>
            <w:proofErr w:type="spellEnd"/>
            <w:r w:rsidR="00586FF1" w:rsidRPr="00EB75F0">
              <w:rPr>
                <w:rFonts w:asciiTheme="majorHAnsi" w:hAnsiTheme="majorHAnsi" w:cstheme="majorHAnsi"/>
                <w:color w:val="FFFFFF"/>
                <w:sz w:val="18"/>
                <w:highlight w:val="black"/>
              </w:rPr>
              <w:t>)</w:t>
            </w:r>
          </w:p>
        </w:tc>
      </w:tr>
      <w:tr w:rsidR="00586FF1" w:rsidRPr="00EB75F0" w14:paraId="04C4DE86"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1CAEFC0B" w14:textId="77777777" w:rsidR="00586FF1" w:rsidRPr="00EB75F0" w:rsidRDefault="00586FF1"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Aripiprazole</w:t>
            </w:r>
          </w:p>
        </w:tc>
        <w:tc>
          <w:tcPr>
            <w:tcW w:w="990" w:type="pct"/>
            <w:tcBorders>
              <w:top w:val="single" w:sz="4" w:space="0" w:color="000000"/>
              <w:left w:val="single" w:sz="4" w:space="0" w:color="000000"/>
              <w:bottom w:val="single" w:sz="4" w:space="0" w:color="000000"/>
              <w:right w:val="single" w:sz="4" w:space="0" w:color="000000"/>
            </w:tcBorders>
            <w:vAlign w:val="bottom"/>
          </w:tcPr>
          <w:p w14:paraId="000803BF"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-2.84 (-5.78, 0.11)</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4E847061"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-3.07 (-8.51, 2.32)</w:t>
            </w:r>
          </w:p>
        </w:tc>
        <w:tc>
          <w:tcPr>
            <w:tcW w:w="1730" w:type="pct"/>
            <w:tcBorders>
              <w:top w:val="single" w:sz="4" w:space="0" w:color="000000"/>
              <w:left w:val="single" w:sz="4" w:space="0" w:color="000000"/>
              <w:bottom w:val="single" w:sz="4" w:space="0" w:color="000000"/>
              <w:right w:val="single" w:sz="4" w:space="0" w:color="000000"/>
            </w:tcBorders>
            <w:vAlign w:val="bottom"/>
          </w:tcPr>
          <w:p w14:paraId="49D829B5"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-2.94 (-8.61, 2.6)</w:t>
            </w:r>
          </w:p>
        </w:tc>
      </w:tr>
      <w:tr w:rsidR="00586FF1" w:rsidRPr="00EB75F0" w14:paraId="75FF64D0"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0F995F06" w14:textId="77777777" w:rsidR="00586FF1" w:rsidRPr="00EB75F0" w:rsidRDefault="00586FF1"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Brexpiprazole</w:t>
            </w:r>
            <w:proofErr w:type="spellEnd"/>
          </w:p>
        </w:tc>
        <w:tc>
          <w:tcPr>
            <w:tcW w:w="990" w:type="pct"/>
            <w:tcBorders>
              <w:top w:val="single" w:sz="4" w:space="0" w:color="000000"/>
              <w:left w:val="single" w:sz="4" w:space="0" w:color="000000"/>
              <w:bottom w:val="single" w:sz="4" w:space="0" w:color="000000"/>
              <w:right w:val="single" w:sz="4" w:space="0" w:color="000000"/>
            </w:tcBorders>
            <w:vAlign w:val="bottom"/>
          </w:tcPr>
          <w:p w14:paraId="09DF2055"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-4.87 (-7.97, -1.75)</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4FE8045E"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-4.97 (-10.84, 0.86)</w:t>
            </w:r>
          </w:p>
        </w:tc>
        <w:tc>
          <w:tcPr>
            <w:tcW w:w="1730" w:type="pct"/>
            <w:tcBorders>
              <w:top w:val="single" w:sz="4" w:space="0" w:color="000000"/>
              <w:left w:val="single" w:sz="4" w:space="0" w:color="000000"/>
              <w:bottom w:val="single" w:sz="4" w:space="0" w:color="000000"/>
              <w:right w:val="single" w:sz="4" w:space="0" w:color="000000"/>
            </w:tcBorders>
            <w:vAlign w:val="bottom"/>
          </w:tcPr>
          <w:p w14:paraId="12FC596D"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-5.14 (-11.37, 1.03)</w:t>
            </w:r>
          </w:p>
        </w:tc>
      </w:tr>
      <w:tr w:rsidR="00586FF1" w:rsidRPr="00EB75F0" w14:paraId="5BB9862C"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61CB84EF" w14:textId="77777777" w:rsidR="00586FF1" w:rsidRPr="00EB75F0" w:rsidRDefault="00586FF1"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Cariprazine</w:t>
            </w:r>
            <w:proofErr w:type="spellEnd"/>
          </w:p>
        </w:tc>
        <w:tc>
          <w:tcPr>
            <w:tcW w:w="990" w:type="pct"/>
            <w:tcBorders>
              <w:top w:val="single" w:sz="4" w:space="0" w:color="000000"/>
              <w:left w:val="single" w:sz="4" w:space="0" w:color="000000"/>
              <w:bottom w:val="single" w:sz="4" w:space="0" w:color="000000"/>
              <w:right w:val="single" w:sz="4" w:space="0" w:color="000000"/>
            </w:tcBorders>
            <w:vAlign w:val="bottom"/>
          </w:tcPr>
          <w:p w14:paraId="57B7AAF3"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-4.89 (-7.93, -1.87)</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3C261C39"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-5.01 (-10.78, 0.74)</w:t>
            </w:r>
          </w:p>
        </w:tc>
        <w:tc>
          <w:tcPr>
            <w:tcW w:w="1730" w:type="pct"/>
            <w:tcBorders>
              <w:top w:val="single" w:sz="4" w:space="0" w:color="000000"/>
              <w:left w:val="single" w:sz="4" w:space="0" w:color="000000"/>
              <w:bottom w:val="single" w:sz="4" w:space="0" w:color="000000"/>
              <w:right w:val="single" w:sz="4" w:space="0" w:color="000000"/>
            </w:tcBorders>
            <w:vAlign w:val="bottom"/>
          </w:tcPr>
          <w:p w14:paraId="1D15786C"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-4.08 (-10.23, 2.01)</w:t>
            </w:r>
          </w:p>
        </w:tc>
      </w:tr>
      <w:tr w:rsidR="00586FF1" w:rsidRPr="00EB75F0" w14:paraId="3D8F07F7"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775D3600" w14:textId="77777777" w:rsidR="00586FF1" w:rsidRPr="00EB75F0" w:rsidRDefault="00586FF1"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Lumateperone</w:t>
            </w:r>
            <w:proofErr w:type="spellEnd"/>
          </w:p>
        </w:tc>
        <w:tc>
          <w:tcPr>
            <w:tcW w:w="990" w:type="pct"/>
            <w:tcBorders>
              <w:top w:val="single" w:sz="4" w:space="0" w:color="000000"/>
              <w:left w:val="single" w:sz="4" w:space="0" w:color="000000"/>
              <w:bottom w:val="single" w:sz="4" w:space="0" w:color="000000"/>
              <w:right w:val="single" w:sz="4" w:space="0" w:color="000000"/>
            </w:tcBorders>
            <w:vAlign w:val="bottom"/>
          </w:tcPr>
          <w:p w14:paraId="4DED8D0B"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w:t>
            </w:r>
            <w:r w:rsidRPr="00EB75F0">
              <w:rPr>
                <w:rFonts w:asciiTheme="majorHAnsi" w:hAnsiTheme="majorHAnsi" w:cstheme="majorHAnsi"/>
                <w:b/>
                <w:color w:val="000000"/>
                <w:sz w:val="18"/>
              </w:rPr>
              <w:t>6.86 (-11.04, -2.7)</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2D48C054"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-6.95 (-15.85, 1.98)</w:t>
            </w:r>
          </w:p>
        </w:tc>
        <w:tc>
          <w:tcPr>
            <w:tcW w:w="1730" w:type="pct"/>
            <w:tcBorders>
              <w:top w:val="single" w:sz="4" w:space="0" w:color="000000"/>
              <w:left w:val="single" w:sz="4" w:space="0" w:color="000000"/>
              <w:bottom w:val="single" w:sz="4" w:space="0" w:color="000000"/>
              <w:right w:val="single" w:sz="4" w:space="0" w:color="000000"/>
            </w:tcBorders>
            <w:vAlign w:val="bottom"/>
          </w:tcPr>
          <w:p w14:paraId="5B072E7B"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-6.95 (-16.11, 2.20)</w:t>
            </w:r>
          </w:p>
        </w:tc>
      </w:tr>
      <w:tr w:rsidR="00586FF1" w:rsidRPr="00EB75F0" w14:paraId="0510ED5A"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33315C0F" w14:textId="77777777" w:rsidR="00586FF1" w:rsidRPr="00EB75F0" w:rsidRDefault="00586FF1"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Olanzapine</w:t>
            </w:r>
          </w:p>
        </w:tc>
        <w:tc>
          <w:tcPr>
            <w:tcW w:w="990" w:type="pct"/>
            <w:tcBorders>
              <w:top w:val="single" w:sz="4" w:space="0" w:color="000000"/>
              <w:left w:val="single" w:sz="4" w:space="0" w:color="000000"/>
              <w:bottom w:val="single" w:sz="4" w:space="0" w:color="000000"/>
              <w:right w:val="single" w:sz="4" w:space="0" w:color="000000"/>
            </w:tcBorders>
            <w:vAlign w:val="bottom"/>
          </w:tcPr>
          <w:p w14:paraId="07A57050"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0.55 (-2.37, 3.5)</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70D25DC3"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0.43 (-4.83, 5.68)</w:t>
            </w:r>
          </w:p>
        </w:tc>
        <w:tc>
          <w:tcPr>
            <w:tcW w:w="1730" w:type="pct"/>
            <w:tcBorders>
              <w:top w:val="single" w:sz="4" w:space="0" w:color="000000"/>
              <w:left w:val="single" w:sz="4" w:space="0" w:color="000000"/>
              <w:bottom w:val="single" w:sz="4" w:space="0" w:color="000000"/>
              <w:right w:val="single" w:sz="4" w:space="0" w:color="000000"/>
            </w:tcBorders>
            <w:vAlign w:val="bottom"/>
          </w:tcPr>
          <w:p w14:paraId="51640497"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0.42 (-5.04, 5.79)</w:t>
            </w:r>
          </w:p>
        </w:tc>
      </w:tr>
      <w:tr w:rsidR="00586FF1" w:rsidRPr="00EB75F0" w14:paraId="43655D5F"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756E36A9" w14:textId="77777777" w:rsidR="00586FF1" w:rsidRPr="00EB75F0" w:rsidRDefault="00586FF1"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Quetiapine</w:t>
            </w:r>
          </w:p>
        </w:tc>
        <w:tc>
          <w:tcPr>
            <w:tcW w:w="990" w:type="pct"/>
            <w:tcBorders>
              <w:top w:val="single" w:sz="4" w:space="0" w:color="000000"/>
              <w:left w:val="single" w:sz="4" w:space="0" w:color="000000"/>
              <w:bottom w:val="single" w:sz="4" w:space="0" w:color="000000"/>
              <w:right w:val="single" w:sz="4" w:space="0" w:color="000000"/>
            </w:tcBorders>
            <w:vAlign w:val="bottom"/>
          </w:tcPr>
          <w:p w14:paraId="2033EE9A"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-1.25 (-4.42, 1.9)</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03555182"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-0.60 (-6.46, 5.36)</w:t>
            </w:r>
          </w:p>
        </w:tc>
        <w:tc>
          <w:tcPr>
            <w:tcW w:w="1730" w:type="pct"/>
            <w:tcBorders>
              <w:top w:val="single" w:sz="4" w:space="0" w:color="000000"/>
              <w:left w:val="single" w:sz="4" w:space="0" w:color="000000"/>
              <w:bottom w:val="single" w:sz="4" w:space="0" w:color="000000"/>
              <w:right w:val="single" w:sz="4" w:space="0" w:color="000000"/>
            </w:tcBorders>
            <w:vAlign w:val="bottom"/>
          </w:tcPr>
          <w:p w14:paraId="7B24873E"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-0.63 (-6.67, 5.48)</w:t>
            </w:r>
          </w:p>
        </w:tc>
      </w:tr>
      <w:tr w:rsidR="00586FF1" w:rsidRPr="00EB75F0" w14:paraId="772DD8EF"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22BBDC0E" w14:textId="77777777" w:rsidR="00586FF1" w:rsidRPr="00EB75F0" w:rsidRDefault="00586FF1"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Risperidone</w:t>
            </w:r>
          </w:p>
        </w:tc>
        <w:tc>
          <w:tcPr>
            <w:tcW w:w="990" w:type="pct"/>
            <w:tcBorders>
              <w:top w:val="single" w:sz="4" w:space="0" w:color="000000"/>
              <w:left w:val="single" w:sz="4" w:space="0" w:color="000000"/>
              <w:bottom w:val="single" w:sz="4" w:space="0" w:color="000000"/>
              <w:right w:val="single" w:sz="4" w:space="0" w:color="000000"/>
            </w:tcBorders>
            <w:vAlign w:val="bottom"/>
          </w:tcPr>
          <w:p w14:paraId="1BF5D70F"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-5.42 (-8.08, -2.76)</w:t>
            </w:r>
          </w:p>
        </w:tc>
        <w:tc>
          <w:tcPr>
            <w:tcW w:w="1028"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41482959"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-3.05 (-8.26, 2.23)</w:t>
            </w:r>
          </w:p>
        </w:tc>
        <w:tc>
          <w:tcPr>
            <w:tcW w:w="1730" w:type="pct"/>
            <w:tcBorders>
              <w:top w:val="single" w:sz="4" w:space="0" w:color="000000"/>
              <w:left w:val="single" w:sz="4" w:space="0" w:color="000000"/>
              <w:bottom w:val="single" w:sz="4" w:space="0" w:color="000000"/>
              <w:right w:val="single" w:sz="4" w:space="0" w:color="000000"/>
            </w:tcBorders>
            <w:vAlign w:val="bottom"/>
          </w:tcPr>
          <w:p w14:paraId="08671F71" w14:textId="77777777" w:rsidR="00586FF1" w:rsidRPr="00EB75F0" w:rsidRDefault="00586FF1"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color w:val="000000"/>
                <w:sz w:val="18"/>
              </w:rPr>
              <w:t>-3.14 (-8.63, 2.37)</w:t>
            </w:r>
          </w:p>
        </w:tc>
      </w:tr>
      <w:tr w:rsidR="00586FF1" w:rsidRPr="00EB75F0" w14:paraId="4FD5F163" w14:textId="77777777" w:rsidTr="00C32B29">
        <w:trPr>
          <w:trHeight w:val="58"/>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000000"/>
            <w:vAlign w:val="center"/>
          </w:tcPr>
          <w:p w14:paraId="34E85371" w14:textId="77777777" w:rsidR="00586FF1" w:rsidRPr="00EB75F0" w:rsidRDefault="00586FF1"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highlight w:val="black"/>
              </w:rPr>
              <w:t>Direct head-to-head meta-analyses</w:t>
            </w:r>
          </w:p>
        </w:tc>
      </w:tr>
      <w:tr w:rsidR="00586FF1" w:rsidRPr="00EB75F0" w14:paraId="3492B738"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5D9A4CE9" w14:textId="77777777" w:rsidR="00586FF1" w:rsidRPr="00EB75F0" w:rsidRDefault="00586FF1"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Range of I</w:t>
            </w:r>
            <w:r w:rsidRPr="00EB75F0">
              <w:rPr>
                <w:rFonts w:asciiTheme="majorHAnsi" w:hAnsiTheme="majorHAnsi" w:cstheme="majorHAnsi"/>
                <w:color w:val="000000"/>
                <w:sz w:val="18"/>
                <w:vertAlign w:val="superscript"/>
              </w:rPr>
              <w:t>2</w:t>
            </w:r>
            <w:r w:rsidRPr="00EB75F0">
              <w:rPr>
                <w:rFonts w:asciiTheme="majorHAnsi" w:hAnsiTheme="majorHAnsi" w:cstheme="majorHAnsi"/>
                <w:color w:val="000000"/>
                <w:sz w:val="18"/>
              </w:rPr>
              <w:t xml:space="preserve"> values</w:t>
            </w:r>
          </w:p>
        </w:tc>
        <w:tc>
          <w:tcPr>
            <w:tcW w:w="2018" w:type="pct"/>
            <w:gridSpan w:val="2"/>
            <w:tcBorders>
              <w:top w:val="single" w:sz="4" w:space="0" w:color="000000"/>
              <w:left w:val="single" w:sz="4" w:space="0" w:color="000000"/>
              <w:bottom w:val="single" w:sz="4" w:space="0" w:color="000000"/>
              <w:right w:val="single" w:sz="4" w:space="0" w:color="000000"/>
            </w:tcBorders>
            <w:vAlign w:val="bottom"/>
          </w:tcPr>
          <w:p w14:paraId="038580B5" w14:textId="77777777" w:rsidR="00586FF1" w:rsidRPr="00EB75F0" w:rsidRDefault="00586FF1"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0-88%, considerable heterogeneity between studies for olanzapine versus placebo (73%); quetiapine versus placebo (85%); and risperidone versus placebo (88%)</w:t>
            </w:r>
          </w:p>
        </w:tc>
        <w:tc>
          <w:tcPr>
            <w:tcW w:w="1730" w:type="pct"/>
            <w:tcBorders>
              <w:top w:val="single" w:sz="4" w:space="0" w:color="000000"/>
              <w:left w:val="single" w:sz="4" w:space="0" w:color="000000"/>
              <w:bottom w:val="single" w:sz="4" w:space="0" w:color="000000"/>
              <w:right w:val="single" w:sz="4" w:space="0" w:color="000000"/>
            </w:tcBorders>
            <w:vAlign w:val="bottom"/>
          </w:tcPr>
          <w:p w14:paraId="33A74F1C" w14:textId="77777777" w:rsidR="00586FF1" w:rsidRPr="00EB75F0" w:rsidRDefault="00586FF1"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0-90%, considerable heterogeneity between studies for olanzapine versus placebo (73%); quetiapine versus placebo (85%); and risperidone versus placebo (90%)</w:t>
            </w:r>
          </w:p>
        </w:tc>
      </w:tr>
      <w:tr w:rsidR="00586FF1" w:rsidRPr="00EB75F0" w14:paraId="39B3B89A" w14:textId="77777777" w:rsidTr="00C32B29">
        <w:trPr>
          <w:trHeight w:val="58"/>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000000"/>
            <w:vAlign w:val="center"/>
          </w:tcPr>
          <w:p w14:paraId="7B8BB535" w14:textId="77777777" w:rsidR="00586FF1" w:rsidRPr="00EB75F0" w:rsidRDefault="00586FF1"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highlight w:val="black"/>
              </w:rPr>
              <w:t>Node-splitting analyses</w:t>
            </w:r>
          </w:p>
        </w:tc>
      </w:tr>
      <w:tr w:rsidR="00586FF1" w:rsidRPr="00EB75F0" w14:paraId="2CC75FAE" w14:textId="77777777" w:rsidTr="00C751CD">
        <w:trPr>
          <w:trHeight w:val="58"/>
        </w:trPr>
        <w:tc>
          <w:tcPr>
            <w:tcW w:w="1252" w:type="pct"/>
            <w:tcBorders>
              <w:top w:val="single" w:sz="4" w:space="0" w:color="000000"/>
              <w:left w:val="single" w:sz="4" w:space="0" w:color="000000"/>
              <w:bottom w:val="single" w:sz="4" w:space="0" w:color="000000"/>
              <w:right w:val="single" w:sz="4" w:space="0" w:color="000000"/>
            </w:tcBorders>
            <w:vAlign w:val="center"/>
          </w:tcPr>
          <w:p w14:paraId="3EBDB9A5" w14:textId="77777777" w:rsidR="00586FF1" w:rsidRPr="00EB75F0" w:rsidRDefault="00586FF1"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IF estimates suggesting inconsistency</w:t>
            </w:r>
          </w:p>
        </w:tc>
        <w:tc>
          <w:tcPr>
            <w:tcW w:w="2018" w:type="pct"/>
            <w:gridSpan w:val="2"/>
            <w:tcBorders>
              <w:top w:val="single" w:sz="4" w:space="0" w:color="000000"/>
              <w:left w:val="single" w:sz="4" w:space="0" w:color="000000"/>
              <w:bottom w:val="single" w:sz="4" w:space="0" w:color="000000"/>
              <w:right w:val="single" w:sz="4" w:space="0" w:color="000000"/>
            </w:tcBorders>
            <w:vAlign w:val="center"/>
          </w:tcPr>
          <w:p w14:paraId="0F87D6A5" w14:textId="77777777" w:rsidR="00586FF1" w:rsidRPr="00D13E88" w:rsidRDefault="00586FF1" w:rsidP="00C32B29">
            <w:pPr>
              <w:pStyle w:val="TableText"/>
              <w:spacing w:before="48" w:after="48"/>
              <w:rPr>
                <w:rFonts w:asciiTheme="majorHAnsi" w:hAnsiTheme="majorHAnsi" w:cstheme="majorHAnsi"/>
                <w:color w:val="000000"/>
                <w:sz w:val="18"/>
                <w:lang w:val="it-IT"/>
              </w:rPr>
            </w:pPr>
            <w:r w:rsidRPr="00D13E88">
              <w:rPr>
                <w:rFonts w:asciiTheme="majorHAnsi" w:hAnsiTheme="majorHAnsi" w:cstheme="majorHAnsi"/>
                <w:color w:val="000000"/>
                <w:sz w:val="18"/>
                <w:lang w:val="it-IT"/>
              </w:rPr>
              <w:t xml:space="preserve">Risperidone versus cariprazine IF: -7.58 (95% </w:t>
            </w:r>
            <w:proofErr w:type="spellStart"/>
            <w:r w:rsidRPr="00D13E88">
              <w:rPr>
                <w:rFonts w:asciiTheme="majorHAnsi" w:hAnsiTheme="majorHAnsi" w:cstheme="majorHAnsi"/>
                <w:color w:val="000000"/>
                <w:sz w:val="18"/>
                <w:lang w:val="it-IT"/>
              </w:rPr>
              <w:t>CrI</w:t>
            </w:r>
            <w:proofErr w:type="spellEnd"/>
            <w:r w:rsidRPr="00D13E88">
              <w:rPr>
                <w:rFonts w:asciiTheme="majorHAnsi" w:hAnsiTheme="majorHAnsi" w:cstheme="majorHAnsi"/>
                <w:color w:val="000000"/>
                <w:sz w:val="18"/>
                <w:lang w:val="it-IT"/>
              </w:rPr>
              <w:t>: -14.35, -‍0.81)</w:t>
            </w:r>
          </w:p>
        </w:tc>
        <w:tc>
          <w:tcPr>
            <w:tcW w:w="1730" w:type="pct"/>
            <w:tcBorders>
              <w:top w:val="single" w:sz="4" w:space="0" w:color="000000"/>
              <w:left w:val="single" w:sz="4" w:space="0" w:color="000000"/>
              <w:bottom w:val="single" w:sz="4" w:space="0" w:color="000000"/>
              <w:right w:val="single" w:sz="4" w:space="0" w:color="000000"/>
            </w:tcBorders>
            <w:vAlign w:val="center"/>
          </w:tcPr>
          <w:p w14:paraId="69423A67" w14:textId="77777777" w:rsidR="00586FF1" w:rsidRPr="00EB75F0" w:rsidRDefault="00586FF1"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w:t>
            </w:r>
          </w:p>
        </w:tc>
      </w:tr>
      <w:tr w:rsidR="00586FF1" w:rsidRPr="00EB75F0" w14:paraId="075A0FDB" w14:textId="77777777" w:rsidTr="00C32B29">
        <w:trPr>
          <w:trHeight w:val="58"/>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77AE5D04" w14:textId="72DE1EA0" w:rsidR="00586FF1" w:rsidRPr="00EB75F0" w:rsidRDefault="00586FF1" w:rsidP="00C32B29">
            <w:pPr>
              <w:pStyle w:val="Legend"/>
              <w:spacing w:before="48" w:after="48"/>
              <w:rPr>
                <w:rFonts w:asciiTheme="majorHAnsi" w:hAnsiTheme="majorHAnsi" w:cstheme="majorHAnsi"/>
                <w:sz w:val="16"/>
              </w:rPr>
            </w:pPr>
            <w:r w:rsidRPr="00EB75F0">
              <w:rPr>
                <w:rFonts w:asciiTheme="majorHAnsi" w:hAnsiTheme="majorHAnsi" w:cstheme="majorHAnsi"/>
                <w:b/>
                <w:sz w:val="16"/>
              </w:rPr>
              <w:t>Key:</w:t>
            </w:r>
            <w:r w:rsidRPr="00EB75F0">
              <w:rPr>
                <w:rFonts w:asciiTheme="majorHAnsi" w:hAnsiTheme="majorHAnsi" w:cstheme="majorHAnsi"/>
                <w:sz w:val="16"/>
              </w:rPr>
              <w:t xml:space="preserve"> </w:t>
            </w:r>
            <w:proofErr w:type="spellStart"/>
            <w:r w:rsidRPr="00EB75F0">
              <w:rPr>
                <w:rFonts w:asciiTheme="majorHAnsi" w:hAnsiTheme="majorHAnsi" w:cstheme="majorHAnsi"/>
                <w:sz w:val="16"/>
              </w:rPr>
              <w:t>CrI</w:t>
            </w:r>
            <w:proofErr w:type="spellEnd"/>
            <w:r w:rsidRPr="00EB75F0">
              <w:rPr>
                <w:rFonts w:asciiTheme="majorHAnsi" w:hAnsiTheme="majorHAnsi" w:cstheme="majorHAnsi"/>
                <w:sz w:val="16"/>
              </w:rPr>
              <w:t xml:space="preserve">, credible interval; DIC, deviance information criterion; FE, fixed-effects; </w:t>
            </w:r>
            <w:r w:rsidR="00EA4A2C" w:rsidRPr="00EB75F0">
              <w:rPr>
                <w:rFonts w:asciiTheme="majorHAnsi" w:hAnsiTheme="majorHAnsi" w:cstheme="majorHAnsi"/>
                <w:sz w:val="16"/>
                <w:szCs w:val="16"/>
              </w:rPr>
              <w:t>MD, mean difference</w:t>
            </w:r>
            <w:r w:rsidRPr="00EB75F0">
              <w:rPr>
                <w:rFonts w:asciiTheme="majorHAnsi" w:hAnsiTheme="majorHAnsi" w:cstheme="majorHAnsi"/>
                <w:sz w:val="16"/>
              </w:rPr>
              <w:t>; RE, random-effects; IF, inconsistency factor</w:t>
            </w:r>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KarXT</w:t>
            </w:r>
            <w:proofErr w:type="spellEnd"/>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xanomeline</w:t>
            </w:r>
            <w:proofErr w:type="spellEnd"/>
            <w:r w:rsidR="00DB65DB" w:rsidRPr="00DB65DB">
              <w:rPr>
                <w:rFonts w:asciiTheme="majorHAnsi" w:hAnsiTheme="majorHAnsi" w:cstheme="majorHAnsi"/>
                <w:sz w:val="16"/>
              </w:rPr>
              <w:t>/</w:t>
            </w:r>
            <w:proofErr w:type="spellStart"/>
            <w:r w:rsidR="00DB65DB" w:rsidRPr="00DB65DB">
              <w:rPr>
                <w:rFonts w:asciiTheme="majorHAnsi" w:hAnsiTheme="majorHAnsi" w:cstheme="majorHAnsi"/>
                <w:sz w:val="16"/>
              </w:rPr>
              <w:t>trospium</w:t>
            </w:r>
            <w:proofErr w:type="spellEnd"/>
            <w:r w:rsidR="00DB65DB" w:rsidRPr="00DB65DB">
              <w:rPr>
                <w:rFonts w:asciiTheme="majorHAnsi" w:hAnsiTheme="majorHAnsi" w:cstheme="majorHAnsi"/>
                <w:sz w:val="16"/>
              </w:rPr>
              <w:t xml:space="preserve"> chloride</w:t>
            </w:r>
          </w:p>
          <w:p w14:paraId="7733553D" w14:textId="77777777" w:rsidR="00586FF1" w:rsidRPr="00EB75F0" w:rsidRDefault="00586FF1"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b/>
                <w:sz w:val="16"/>
              </w:rPr>
              <w:t>Notes:</w:t>
            </w:r>
            <w:r w:rsidRPr="00EB75F0">
              <w:rPr>
                <w:rFonts w:asciiTheme="majorHAnsi" w:hAnsiTheme="majorHAnsi" w:cstheme="majorHAnsi"/>
                <w:sz w:val="16"/>
              </w:rPr>
              <w:t xml:space="preserve"> </w:t>
            </w:r>
            <w:r w:rsidRPr="00EB75F0">
              <w:rPr>
                <w:rFonts w:asciiTheme="majorHAnsi" w:hAnsiTheme="majorHAnsi" w:cstheme="majorHAnsi"/>
                <w:sz w:val="16"/>
                <w:shd w:val="clear" w:color="auto" w:fill="FFFCCC"/>
              </w:rPr>
              <w:t>Pale yellow highlight</w:t>
            </w:r>
            <w:r w:rsidRPr="00EB75F0">
              <w:rPr>
                <w:rFonts w:asciiTheme="majorHAnsi" w:hAnsiTheme="majorHAnsi" w:cstheme="majorHAnsi"/>
                <w:sz w:val="16"/>
              </w:rPr>
              <w:t xml:space="preserve"> indicates the base case model; statistically significant differences are highlighted in </w:t>
            </w:r>
            <w:r w:rsidRPr="00EB75F0">
              <w:rPr>
                <w:rFonts w:asciiTheme="majorHAnsi" w:hAnsiTheme="majorHAnsi" w:cstheme="majorHAnsi"/>
                <w:b/>
                <w:sz w:val="16"/>
              </w:rPr>
              <w:t>bold</w:t>
            </w:r>
            <w:r w:rsidRPr="00EB75F0">
              <w:rPr>
                <w:rFonts w:asciiTheme="majorHAnsi" w:hAnsiTheme="majorHAnsi" w:cstheme="majorHAnsi"/>
                <w:sz w:val="16"/>
              </w:rPr>
              <w:t>.</w:t>
            </w:r>
          </w:p>
        </w:tc>
      </w:tr>
    </w:tbl>
    <w:p w14:paraId="04EC9D7D" w14:textId="1D59D86E" w:rsidR="00C751CD" w:rsidRDefault="00C751CD" w:rsidP="00C751CD">
      <w:pPr>
        <w:pStyle w:val="Heading3"/>
      </w:pPr>
      <w:bookmarkStart w:id="94" w:name="_Ref231992885"/>
      <w:r w:rsidRPr="007F6A73">
        <w:lastRenderedPageBreak/>
        <w:t xml:space="preserve">Figure </w:t>
      </w:r>
      <w:r>
        <w:t>S</w:t>
      </w:r>
      <w:fldSimple w:instr=" SEQ Figure \* ARABIC ">
        <w:r w:rsidR="004B2F28">
          <w:rPr>
            <w:noProof/>
          </w:rPr>
          <w:t>38</w:t>
        </w:r>
      </w:fldSimple>
      <w:bookmarkEnd w:id="94"/>
      <w:r w:rsidRPr="007F6A73">
        <w:t xml:space="preserve">: Change from baseline PANSS </w:t>
      </w:r>
      <w:r>
        <w:t>total</w:t>
      </w:r>
      <w:r w:rsidRPr="007F6A73">
        <w:t xml:space="preserve"> score</w:t>
      </w:r>
      <w:r>
        <w:t xml:space="preserve"> </w:t>
      </w:r>
      <w:r w:rsidRPr="00EB75F0">
        <w:t>–</w:t>
      </w:r>
      <w:r w:rsidRPr="00C228BD">
        <w:t xml:space="preserve"> </w:t>
      </w:r>
      <w:r w:rsidR="00AE7F61">
        <w:t xml:space="preserve">distribution of potential effect modifiers by treatment node </w:t>
      </w:r>
      <w:r w:rsidRPr="007F6A73">
        <w:t>–</w:t>
      </w:r>
      <w:r w:rsidR="00A073AE">
        <w:t xml:space="preserve"> </w:t>
      </w:r>
      <w:r w:rsidRPr="00EB75F0">
        <w:t>base case network</w:t>
      </w:r>
      <w:r w:rsidRPr="007F6A73">
        <w:t xml:space="preserve"> </w:t>
      </w:r>
      <w:r w:rsidRPr="007F6A73">
        <w:rPr>
          <w:noProof/>
        </w:rPr>
        <w:drawing>
          <wp:inline distT="0" distB="0" distL="0" distR="0" wp14:anchorId="04626828" wp14:editId="78363F7F">
            <wp:extent cx="6118860" cy="7419975"/>
            <wp:effectExtent l="0" t="0" r="0" b="9525"/>
            <wp:docPr id="352859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59374" name="Picture 1"/>
                    <pic:cNvPicPr>
                      <a:picLocks noChangeAspect="1" noChangeArrowheads="1"/>
                    </pic:cNvPicPr>
                  </pic:nvPicPr>
                  <pic:blipFill rotWithShape="1">
                    <a:blip r:embed="rId62" cstate="print">
                      <a:extLst>
                        <a:ext uri="{28A0092B-C50C-407E-A947-70E740481C1C}">
                          <a14:useLocalDpi xmlns:a14="http://schemas.microsoft.com/office/drawing/2010/main"/>
                        </a:ext>
                      </a:extLst>
                    </a:blip>
                    <a:srcRect t="-526" b="-526"/>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65746B08" w14:textId="7198CDAB" w:rsidR="0025034E" w:rsidRPr="009E25E6" w:rsidRDefault="00333D31">
      <w:pPr>
        <w:spacing w:before="0" w:after="200" w:line="276" w:lineRule="auto"/>
        <w:rPr>
          <w:sz w:val="20"/>
        </w:rPr>
      </w:pPr>
      <w:r w:rsidRPr="009E25E6">
        <w:rPr>
          <w:sz w:val="20"/>
        </w:rPr>
        <w:t xml:space="preserve">The normality assumption of the </w:t>
      </w:r>
      <w:r w:rsidR="004B0FFB" w:rsidRPr="009E25E6">
        <w:rPr>
          <w:sz w:val="20"/>
        </w:rPr>
        <w:t xml:space="preserve">ANOVA residuals for each potential effect modifier was confirmed </w:t>
      </w:r>
      <w:r w:rsidR="00E424D0" w:rsidRPr="009E25E6">
        <w:rPr>
          <w:sz w:val="20"/>
        </w:rPr>
        <w:t>by the Shapiro</w:t>
      </w:r>
      <w:r w:rsidR="00B61C77">
        <w:rPr>
          <w:sz w:val="20"/>
        </w:rPr>
        <w:t>-</w:t>
      </w:r>
      <w:r w:rsidR="00E424D0" w:rsidRPr="009E25E6">
        <w:rPr>
          <w:sz w:val="20"/>
        </w:rPr>
        <w:t xml:space="preserve">Wilk normality test. The p-value for the ANOVA F-test </w:t>
      </w:r>
      <w:r w:rsidR="00941B9E" w:rsidRPr="009E25E6">
        <w:rPr>
          <w:sz w:val="20"/>
        </w:rPr>
        <w:t xml:space="preserve">is </w:t>
      </w:r>
      <w:r w:rsidR="00A85FEA" w:rsidRPr="009E25E6">
        <w:rPr>
          <w:sz w:val="20"/>
        </w:rPr>
        <w:t>0.48, 0.027, 0.0</w:t>
      </w:r>
      <w:r w:rsidR="000C677C" w:rsidRPr="009E25E6">
        <w:rPr>
          <w:sz w:val="20"/>
        </w:rPr>
        <w:t>24, 0.25, 0.15, and 0.32, for</w:t>
      </w:r>
      <w:r w:rsidR="00A972EE" w:rsidRPr="009E25E6">
        <w:rPr>
          <w:sz w:val="20"/>
        </w:rPr>
        <w:t xml:space="preserve"> percentage male, mean age, mean PANSS total score, mean PANSS positive score, mean PANSS negative score, </w:t>
      </w:r>
      <w:r w:rsidR="008D3183" w:rsidRPr="009E25E6">
        <w:rPr>
          <w:sz w:val="20"/>
        </w:rPr>
        <w:t>and mean CGI-S score at baseline</w:t>
      </w:r>
      <w:r w:rsidR="00663C6F" w:rsidRPr="009E25E6">
        <w:rPr>
          <w:sz w:val="20"/>
        </w:rPr>
        <w:t xml:space="preserve">, respectively. This indicates no significant difference between </w:t>
      </w:r>
      <w:r w:rsidR="00E62694">
        <w:rPr>
          <w:sz w:val="20"/>
        </w:rPr>
        <w:t xml:space="preserve">treatment </w:t>
      </w:r>
      <w:r w:rsidR="00663C6F" w:rsidRPr="009E25E6">
        <w:rPr>
          <w:sz w:val="20"/>
        </w:rPr>
        <w:t>no</w:t>
      </w:r>
      <w:r w:rsidR="009E25E6" w:rsidRPr="009E25E6">
        <w:rPr>
          <w:sz w:val="20"/>
        </w:rPr>
        <w:t>des except for with respect to mean age and mean PANSS total score at baseline.</w:t>
      </w:r>
      <w:r w:rsidR="007A32F4">
        <w:rPr>
          <w:sz w:val="20"/>
        </w:rPr>
        <w:t xml:space="preserve"> </w:t>
      </w:r>
      <w:proofErr w:type="spellStart"/>
      <w:r w:rsidR="007A32F4">
        <w:rPr>
          <w:sz w:val="20"/>
        </w:rPr>
        <w:t>KarXT</w:t>
      </w:r>
      <w:proofErr w:type="spellEnd"/>
      <w:r w:rsidR="007A32F4">
        <w:rPr>
          <w:sz w:val="20"/>
        </w:rPr>
        <w:t xml:space="preserve"> was among the </w:t>
      </w:r>
      <w:r w:rsidR="00150680">
        <w:rPr>
          <w:sz w:val="20"/>
        </w:rPr>
        <w:t xml:space="preserve">most dissimilar treatment nodes </w:t>
      </w:r>
      <w:r w:rsidR="00F15767">
        <w:rPr>
          <w:sz w:val="20"/>
        </w:rPr>
        <w:t>for these potential effect modifiers</w:t>
      </w:r>
      <w:r w:rsidR="00AE2EBB">
        <w:rPr>
          <w:sz w:val="20"/>
        </w:rPr>
        <w:t>.</w:t>
      </w:r>
      <w:r w:rsidR="00D17F9D">
        <w:rPr>
          <w:sz w:val="20"/>
        </w:rPr>
        <w:t xml:space="preserve"> </w:t>
      </w:r>
      <w:r w:rsidR="00BC00A1">
        <w:rPr>
          <w:sz w:val="20"/>
        </w:rPr>
        <w:t>However, a</w:t>
      </w:r>
      <w:r w:rsidR="00BC00A1" w:rsidRPr="00BC00A1">
        <w:rPr>
          <w:sz w:val="20"/>
        </w:rPr>
        <w:t>fter applying a Bonferroni correction for six tests (p ≤ 0.0083), no treatment comparisons reached statistical significance.</w:t>
      </w:r>
    </w:p>
    <w:p w14:paraId="787542AF" w14:textId="6642CCF4" w:rsidR="00B65B19" w:rsidRDefault="00B65B19" w:rsidP="00B65B19">
      <w:pPr>
        <w:pStyle w:val="Heading3"/>
      </w:pPr>
      <w:r w:rsidRPr="007F6A73">
        <w:lastRenderedPageBreak/>
        <w:t xml:space="preserve">Figure </w:t>
      </w:r>
      <w:r>
        <w:t>S</w:t>
      </w:r>
      <w:fldSimple w:instr=" SEQ Figure \* ARABIC ">
        <w:r w:rsidR="004B2F28">
          <w:rPr>
            <w:noProof/>
          </w:rPr>
          <w:t>39</w:t>
        </w:r>
      </w:fldSimple>
      <w:r w:rsidRPr="007F6A73">
        <w:t xml:space="preserve">: Change from baseline PANSS </w:t>
      </w:r>
      <w:r>
        <w:t>total</w:t>
      </w:r>
      <w:r w:rsidRPr="007F6A73">
        <w:t xml:space="preserve"> score</w:t>
      </w:r>
      <w:r>
        <w:t xml:space="preserve"> </w:t>
      </w:r>
      <w:r w:rsidRPr="00EB75F0">
        <w:t>–</w:t>
      </w:r>
      <w:r w:rsidRPr="00C228BD">
        <w:t xml:space="preserve"> </w:t>
      </w:r>
      <w:r>
        <w:t xml:space="preserve">distribution of potential effect modifiers by treatment node </w:t>
      </w:r>
      <w:r w:rsidRPr="007F6A73">
        <w:t>–</w:t>
      </w:r>
      <w:r>
        <w:t xml:space="preserve"> </w:t>
      </w:r>
      <w:r w:rsidRPr="00EB75F0">
        <w:t xml:space="preserve">sensitivity analysis excluding studies with predominantly Asian populations </w:t>
      </w:r>
      <w:r w:rsidRPr="007F6A73">
        <w:rPr>
          <w:noProof/>
        </w:rPr>
        <w:drawing>
          <wp:inline distT="0" distB="0" distL="0" distR="0" wp14:anchorId="2D80387E" wp14:editId="08A68B2F">
            <wp:extent cx="6119495" cy="7420745"/>
            <wp:effectExtent l="0" t="0" r="0" b="8890"/>
            <wp:docPr id="970182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82270" name="Picture 1"/>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600D8D4C" w14:textId="1020485E" w:rsidR="00B65B19" w:rsidRPr="0093579D" w:rsidRDefault="00B65B19">
      <w:pPr>
        <w:spacing w:before="0" w:after="200" w:line="276" w:lineRule="auto"/>
        <w:rPr>
          <w:sz w:val="20"/>
        </w:rPr>
        <w:sectPr w:rsidR="00B65B19" w:rsidRPr="0093579D">
          <w:pgSz w:w="11906" w:h="16838"/>
          <w:pgMar w:top="1134" w:right="1134" w:bottom="1134" w:left="1134" w:header="567" w:footer="567" w:gutter="0"/>
          <w:cols w:space="708"/>
          <w:docGrid w:linePitch="360"/>
        </w:sect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w:t>
      </w:r>
      <w:r w:rsidR="0090407C">
        <w:rPr>
          <w:sz w:val="20"/>
        </w:rPr>
        <w:t>2</w:t>
      </w:r>
      <w:r w:rsidRPr="009E25E6">
        <w:rPr>
          <w:sz w:val="20"/>
        </w:rPr>
        <w:t>, 0.0</w:t>
      </w:r>
      <w:r w:rsidR="0090407C">
        <w:rPr>
          <w:sz w:val="20"/>
        </w:rPr>
        <w:t>1</w:t>
      </w:r>
      <w:r w:rsidRPr="009E25E6">
        <w:rPr>
          <w:sz w:val="20"/>
        </w:rPr>
        <w:t>7, 0.0</w:t>
      </w:r>
      <w:r w:rsidR="0090407C">
        <w:rPr>
          <w:sz w:val="20"/>
        </w:rPr>
        <w:t>68</w:t>
      </w:r>
      <w:r w:rsidRPr="009E25E6">
        <w:rPr>
          <w:sz w:val="20"/>
        </w:rPr>
        <w:t>, 0.5, 0.1</w:t>
      </w:r>
      <w:r w:rsidR="0090407C">
        <w:rPr>
          <w:sz w:val="20"/>
        </w:rPr>
        <w:t>9</w:t>
      </w:r>
      <w:r w:rsidRPr="009E25E6">
        <w:rPr>
          <w:sz w:val="20"/>
        </w:rPr>
        <w:t>, and 0.</w:t>
      </w:r>
      <w:r w:rsidR="0090407C">
        <w:rPr>
          <w:sz w:val="20"/>
        </w:rPr>
        <w:t>15</w:t>
      </w:r>
      <w:r w:rsidRPr="009E25E6">
        <w:rPr>
          <w:sz w:val="20"/>
        </w:rPr>
        <w:t xml:space="preserve">, for percentage male, mean age, mean PANSS total score, mean PANSS positive score, mean PANSS negative score, and mean CGI-S score at baseline, respectively. This indicates no significant difference between </w:t>
      </w:r>
      <w:r>
        <w:rPr>
          <w:sz w:val="20"/>
        </w:rPr>
        <w:t xml:space="preserve">treatment </w:t>
      </w:r>
      <w:r w:rsidRPr="009E25E6">
        <w:rPr>
          <w:sz w:val="20"/>
        </w:rPr>
        <w:t>nodes except for with respect to mean age at baseline.</w:t>
      </w:r>
      <w:r>
        <w:rPr>
          <w:sz w:val="20"/>
        </w:rPr>
        <w:t xml:space="preserve"> </w:t>
      </w:r>
      <w:proofErr w:type="spellStart"/>
      <w:r>
        <w:rPr>
          <w:sz w:val="20"/>
        </w:rPr>
        <w:t>KarXT</w:t>
      </w:r>
      <w:proofErr w:type="spellEnd"/>
      <w:r>
        <w:rPr>
          <w:sz w:val="20"/>
        </w:rPr>
        <w:t xml:space="preserve"> was among the most dissimilar </w:t>
      </w:r>
      <w:r>
        <w:rPr>
          <w:sz w:val="20"/>
        </w:rPr>
        <w:lastRenderedPageBreak/>
        <w:t xml:space="preserve">treatment nodes for </w:t>
      </w:r>
      <w:r w:rsidR="00C40F36">
        <w:rPr>
          <w:sz w:val="20"/>
        </w:rPr>
        <w:t>this</w:t>
      </w:r>
      <w:r>
        <w:rPr>
          <w:sz w:val="20"/>
        </w:rPr>
        <w:t xml:space="preserve"> potential effect modifier. </w:t>
      </w:r>
      <w:r w:rsidR="0093579D">
        <w:rPr>
          <w:sz w:val="20"/>
        </w:rPr>
        <w:t>However, a</w:t>
      </w:r>
      <w:r w:rsidR="0093579D" w:rsidRPr="00BC00A1">
        <w:rPr>
          <w:sz w:val="20"/>
        </w:rPr>
        <w:t>fter applying a Bonferroni correction for six tests (p ≤ 0.0083), no treatment comparisons reached statistical significance.</w:t>
      </w:r>
    </w:p>
    <w:p w14:paraId="641B46D4" w14:textId="46BE82E3" w:rsidR="0071536E" w:rsidRPr="00EB75F0" w:rsidRDefault="00A06AE8" w:rsidP="00996746">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2</w:t>
        </w:r>
      </w:fldSimple>
      <w:r w:rsidR="0071536E" w:rsidRPr="00EB75F0">
        <w:t>:</w:t>
      </w:r>
      <w:r w:rsidR="00762DE0" w:rsidRPr="00EB75F0">
        <w:t xml:space="preserve"> Change from baseline total PANSS score – League table – random-effects model, base case network – MD (95% </w:t>
      </w:r>
      <w:proofErr w:type="spellStart"/>
      <w:r w:rsidR="00762DE0" w:rsidRPr="00EB75F0">
        <w:t>CrI</w:t>
      </w:r>
      <w:proofErr w:type="spellEnd"/>
      <w:r w:rsidR="00762DE0" w:rsidRPr="00EB75F0">
        <w:t>)</w:t>
      </w:r>
    </w:p>
    <w:tbl>
      <w:tblPr>
        <w:tblStyle w:val="Lumanitytable"/>
        <w:tblW w:w="5155" w:type="pct"/>
        <w:tblLayout w:type="fixed"/>
        <w:tblLook w:val="04A0" w:firstRow="1" w:lastRow="0" w:firstColumn="1" w:lastColumn="0" w:noHBand="0" w:noVBand="1"/>
      </w:tblPr>
      <w:tblGrid>
        <w:gridCol w:w="1436"/>
        <w:gridCol w:w="1802"/>
        <w:gridCol w:w="1621"/>
        <w:gridCol w:w="1615"/>
        <w:gridCol w:w="1801"/>
        <w:gridCol w:w="1624"/>
        <w:gridCol w:w="1891"/>
        <w:gridCol w:w="1621"/>
        <w:gridCol w:w="1600"/>
      </w:tblGrid>
      <w:tr w:rsidR="00694C0C" w:rsidRPr="00EB75F0" w14:paraId="440E1838" w14:textId="77777777" w:rsidTr="00694C0C">
        <w:trPr>
          <w:cnfStyle w:val="100000000000" w:firstRow="1" w:lastRow="0" w:firstColumn="0" w:lastColumn="0" w:oddVBand="0" w:evenVBand="0" w:oddHBand="0" w:evenHBand="0" w:firstRowFirstColumn="0" w:firstRowLastColumn="0" w:lastRowFirstColumn="0" w:lastRowLastColumn="0"/>
          <w:trHeight w:val="39"/>
          <w:tblHeader/>
        </w:trPr>
        <w:tc>
          <w:tcPr>
            <w:tcW w:w="478" w:type="pct"/>
            <w:hideMark/>
          </w:tcPr>
          <w:p w14:paraId="635C3BA0" w14:textId="77777777" w:rsidR="0071536E" w:rsidRPr="00EB75F0" w:rsidRDefault="0071536E"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600" w:type="pct"/>
            <w:hideMark/>
          </w:tcPr>
          <w:p w14:paraId="6468583E" w14:textId="77777777" w:rsidR="0071536E" w:rsidRPr="00EB75F0" w:rsidRDefault="0071536E"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540" w:type="pct"/>
            <w:hideMark/>
          </w:tcPr>
          <w:p w14:paraId="120E2AAD" w14:textId="77777777" w:rsidR="0071536E" w:rsidRPr="00EB75F0" w:rsidRDefault="0071536E"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538" w:type="pct"/>
            <w:hideMark/>
          </w:tcPr>
          <w:p w14:paraId="4487F4C1" w14:textId="77777777" w:rsidR="0071536E" w:rsidRPr="00EB75F0" w:rsidRDefault="0071536E"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600" w:type="pct"/>
            <w:hideMark/>
          </w:tcPr>
          <w:p w14:paraId="2EC57C03" w14:textId="61BFDAEC" w:rsidR="0071536E" w:rsidRPr="00EB75F0" w:rsidRDefault="009A3ECD"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541" w:type="pct"/>
            <w:hideMark/>
          </w:tcPr>
          <w:p w14:paraId="69334825" w14:textId="77777777" w:rsidR="0071536E" w:rsidRPr="00EB75F0" w:rsidRDefault="0071536E"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630" w:type="pct"/>
            <w:hideMark/>
          </w:tcPr>
          <w:p w14:paraId="6F639119" w14:textId="77777777" w:rsidR="0071536E" w:rsidRPr="00EB75F0" w:rsidRDefault="0071536E"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540" w:type="pct"/>
            <w:hideMark/>
          </w:tcPr>
          <w:p w14:paraId="59C26E3B" w14:textId="77777777" w:rsidR="0071536E" w:rsidRPr="00EB75F0" w:rsidRDefault="0071536E"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533" w:type="pct"/>
            <w:hideMark/>
          </w:tcPr>
          <w:p w14:paraId="130BBAE8" w14:textId="77777777" w:rsidR="0071536E" w:rsidRPr="00EB75F0" w:rsidRDefault="0071536E"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694C0C" w:rsidRPr="00EB75F0" w14:paraId="751EE1DE" w14:textId="77777777" w:rsidTr="00694C0C">
        <w:trPr>
          <w:trHeight w:val="288"/>
        </w:trPr>
        <w:tc>
          <w:tcPr>
            <w:tcW w:w="478" w:type="pct"/>
            <w:vAlign w:val="center"/>
            <w:hideMark/>
          </w:tcPr>
          <w:p w14:paraId="6BC3F030"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600" w:type="pct"/>
            <w:vAlign w:val="center"/>
          </w:tcPr>
          <w:p w14:paraId="56E24517"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-7.06 (-9.69, -4.39)</w:t>
            </w:r>
          </w:p>
        </w:tc>
        <w:tc>
          <w:tcPr>
            <w:tcW w:w="540" w:type="pct"/>
            <w:vAlign w:val="center"/>
          </w:tcPr>
          <w:p w14:paraId="418173AC"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-5.16 (-8.6 -‍1.7)</w:t>
            </w:r>
          </w:p>
        </w:tc>
        <w:tc>
          <w:tcPr>
            <w:tcW w:w="538" w:type="pct"/>
            <w:vAlign w:val="center"/>
          </w:tcPr>
          <w:p w14:paraId="1E3F720A"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-5.13 (-‍8.42, -1.82)</w:t>
            </w:r>
          </w:p>
        </w:tc>
        <w:tc>
          <w:tcPr>
            <w:tcW w:w="600" w:type="pct"/>
            <w:shd w:val="clear" w:color="auto" w:fill="CFEDFF"/>
            <w:vAlign w:val="center"/>
          </w:tcPr>
          <w:p w14:paraId="0306BA56"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-10.14 (-14.84, -5.41)</w:t>
            </w:r>
          </w:p>
        </w:tc>
        <w:tc>
          <w:tcPr>
            <w:tcW w:w="541" w:type="pct"/>
            <w:vAlign w:val="center"/>
          </w:tcPr>
          <w:p w14:paraId="34271A68"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-3.19 (-10.8, 4.37)</w:t>
            </w:r>
          </w:p>
        </w:tc>
        <w:tc>
          <w:tcPr>
            <w:tcW w:w="630" w:type="pct"/>
            <w:vAlign w:val="center"/>
          </w:tcPr>
          <w:p w14:paraId="5B2CE538"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-10.56 (-‍12.89, -‍8.21)</w:t>
            </w:r>
          </w:p>
        </w:tc>
        <w:tc>
          <w:tcPr>
            <w:tcW w:w="540" w:type="pct"/>
            <w:vAlign w:val="center"/>
          </w:tcPr>
          <w:p w14:paraId="6462733A"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-9.53 (-‍13.17 to -‍6)</w:t>
            </w:r>
          </w:p>
        </w:tc>
        <w:tc>
          <w:tcPr>
            <w:tcW w:w="533" w:type="pct"/>
            <w:vAlign w:val="center"/>
          </w:tcPr>
          <w:p w14:paraId="2FEB68C4"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-7.08 (-9.42, -‍4.82)</w:t>
            </w:r>
          </w:p>
        </w:tc>
      </w:tr>
      <w:tr w:rsidR="00694C0C" w:rsidRPr="00EB75F0" w14:paraId="53E69161" w14:textId="77777777" w:rsidTr="00694C0C">
        <w:trPr>
          <w:trHeight w:val="288"/>
        </w:trPr>
        <w:tc>
          <w:tcPr>
            <w:tcW w:w="478" w:type="pct"/>
            <w:vAlign w:val="center"/>
            <w:hideMark/>
          </w:tcPr>
          <w:p w14:paraId="3CCC0A78"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600" w:type="pct"/>
            <w:shd w:val="clear" w:color="auto" w:fill="C6C6C6"/>
            <w:noWrap/>
            <w:vAlign w:val="center"/>
            <w:hideMark/>
          </w:tcPr>
          <w:p w14:paraId="7ABA6B24"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p>
        </w:tc>
        <w:tc>
          <w:tcPr>
            <w:tcW w:w="540" w:type="pct"/>
            <w:vAlign w:val="center"/>
          </w:tcPr>
          <w:p w14:paraId="5CAD4434"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1.91 (-2.34, 6.13)</w:t>
            </w:r>
          </w:p>
        </w:tc>
        <w:tc>
          <w:tcPr>
            <w:tcW w:w="538" w:type="pct"/>
            <w:vAlign w:val="center"/>
          </w:tcPr>
          <w:p w14:paraId="7E1E701B"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1.94 (-2.06, 5.89)</w:t>
            </w:r>
          </w:p>
        </w:tc>
        <w:tc>
          <w:tcPr>
            <w:tcW w:w="600" w:type="pct"/>
            <w:shd w:val="clear" w:color="auto" w:fill="CFEDFF"/>
            <w:vAlign w:val="center"/>
          </w:tcPr>
          <w:p w14:paraId="70BFA741"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-3.07 (-8.51, 2.32)</w:t>
            </w:r>
          </w:p>
        </w:tc>
        <w:tc>
          <w:tcPr>
            <w:tcW w:w="541" w:type="pct"/>
            <w:vAlign w:val="center"/>
          </w:tcPr>
          <w:p w14:paraId="038054BD"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3.88 (-4.18, 11.88)</w:t>
            </w:r>
          </w:p>
        </w:tc>
        <w:tc>
          <w:tcPr>
            <w:tcW w:w="630" w:type="pct"/>
            <w:vAlign w:val="center"/>
          </w:tcPr>
          <w:p w14:paraId="6D3F8E54"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-3.5 (-6.67, -0.35)</w:t>
            </w:r>
          </w:p>
        </w:tc>
        <w:tc>
          <w:tcPr>
            <w:tcW w:w="540" w:type="pct"/>
            <w:vAlign w:val="center"/>
          </w:tcPr>
          <w:p w14:paraId="3A442B25"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-2.46 (-‍6.95, 1.88)</w:t>
            </w:r>
          </w:p>
        </w:tc>
        <w:tc>
          <w:tcPr>
            <w:tcW w:w="533" w:type="pct"/>
            <w:vAlign w:val="center"/>
          </w:tcPr>
          <w:p w14:paraId="64380361"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-0.02 (-3.35, 3.18)</w:t>
            </w:r>
          </w:p>
        </w:tc>
      </w:tr>
      <w:tr w:rsidR="00694C0C" w:rsidRPr="00EB75F0" w14:paraId="76BFF23E" w14:textId="77777777" w:rsidTr="00694C0C">
        <w:trPr>
          <w:trHeight w:val="288"/>
        </w:trPr>
        <w:tc>
          <w:tcPr>
            <w:tcW w:w="478" w:type="pct"/>
            <w:vAlign w:val="center"/>
            <w:hideMark/>
          </w:tcPr>
          <w:p w14:paraId="4F641AB7"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600" w:type="pct"/>
            <w:vAlign w:val="center"/>
          </w:tcPr>
          <w:p w14:paraId="4E61CE93"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-1.91 (-6.13, 2.34)</w:t>
            </w:r>
          </w:p>
        </w:tc>
        <w:tc>
          <w:tcPr>
            <w:tcW w:w="540" w:type="pct"/>
            <w:shd w:val="clear" w:color="auto" w:fill="C6C6C6"/>
            <w:noWrap/>
            <w:vAlign w:val="center"/>
            <w:hideMark/>
          </w:tcPr>
          <w:p w14:paraId="193EAD0E"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p>
        </w:tc>
        <w:tc>
          <w:tcPr>
            <w:tcW w:w="538" w:type="pct"/>
            <w:vAlign w:val="center"/>
          </w:tcPr>
          <w:p w14:paraId="1481A8C9"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0.03 (-4.7, 4.79)</w:t>
            </w:r>
          </w:p>
        </w:tc>
        <w:tc>
          <w:tcPr>
            <w:tcW w:w="600" w:type="pct"/>
            <w:shd w:val="clear" w:color="auto" w:fill="CFEDFF"/>
            <w:vAlign w:val="center"/>
          </w:tcPr>
          <w:p w14:paraId="4D34F16C"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-4.97 (-10.84, 0.86)</w:t>
            </w:r>
          </w:p>
        </w:tc>
        <w:tc>
          <w:tcPr>
            <w:tcW w:w="541" w:type="pct"/>
            <w:vAlign w:val="center"/>
          </w:tcPr>
          <w:p w14:paraId="031EA43D"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1.98 (-6.35, 10.27)</w:t>
            </w:r>
          </w:p>
        </w:tc>
        <w:tc>
          <w:tcPr>
            <w:tcW w:w="630" w:type="pct"/>
            <w:vAlign w:val="center"/>
          </w:tcPr>
          <w:p w14:paraId="498F7022"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-5.4 (-9.52, -1.28)</w:t>
            </w:r>
          </w:p>
        </w:tc>
        <w:tc>
          <w:tcPr>
            <w:tcW w:w="540" w:type="pct"/>
            <w:vAlign w:val="center"/>
          </w:tcPr>
          <w:p w14:paraId="1ECD9622"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-4.37 (-‍9.08, 0.21)</w:t>
            </w:r>
          </w:p>
        </w:tc>
        <w:tc>
          <w:tcPr>
            <w:tcW w:w="533" w:type="pct"/>
            <w:vAlign w:val="center"/>
          </w:tcPr>
          <w:p w14:paraId="50054F4C"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-1.93 (-6.1, 2.14)</w:t>
            </w:r>
          </w:p>
        </w:tc>
      </w:tr>
      <w:tr w:rsidR="00694C0C" w:rsidRPr="00EB75F0" w14:paraId="61D83965" w14:textId="77777777" w:rsidTr="00694C0C">
        <w:trPr>
          <w:trHeight w:val="288"/>
        </w:trPr>
        <w:tc>
          <w:tcPr>
            <w:tcW w:w="478" w:type="pct"/>
            <w:vAlign w:val="center"/>
            <w:hideMark/>
          </w:tcPr>
          <w:p w14:paraId="3CBD3A59"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600" w:type="pct"/>
            <w:vAlign w:val="center"/>
          </w:tcPr>
          <w:p w14:paraId="42742BB1"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-1.94 (-5.89, 2.06)</w:t>
            </w:r>
          </w:p>
        </w:tc>
        <w:tc>
          <w:tcPr>
            <w:tcW w:w="540" w:type="pct"/>
            <w:vAlign w:val="center"/>
          </w:tcPr>
          <w:p w14:paraId="7DBD0A73"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-0.03 (-4.79, 4.7)</w:t>
            </w:r>
          </w:p>
        </w:tc>
        <w:tc>
          <w:tcPr>
            <w:tcW w:w="538" w:type="pct"/>
            <w:shd w:val="clear" w:color="auto" w:fill="C6C6C6"/>
            <w:noWrap/>
            <w:vAlign w:val="center"/>
            <w:hideMark/>
          </w:tcPr>
          <w:p w14:paraId="5846E638"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p>
        </w:tc>
        <w:tc>
          <w:tcPr>
            <w:tcW w:w="600" w:type="pct"/>
            <w:shd w:val="clear" w:color="auto" w:fill="CFEDFF"/>
            <w:vAlign w:val="center"/>
          </w:tcPr>
          <w:p w14:paraId="32FAE9B5"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-5.01 (-10.78, 0.74)</w:t>
            </w:r>
          </w:p>
        </w:tc>
        <w:tc>
          <w:tcPr>
            <w:tcW w:w="541" w:type="pct"/>
            <w:vAlign w:val="center"/>
          </w:tcPr>
          <w:p w14:paraId="5EE485CA"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1.94 (-6.34, 10.15)</w:t>
            </w:r>
          </w:p>
        </w:tc>
        <w:tc>
          <w:tcPr>
            <w:tcW w:w="630" w:type="pct"/>
            <w:vAlign w:val="center"/>
          </w:tcPr>
          <w:p w14:paraId="7FED89B2"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-5.43 (-‍9.42, -‍1.46)</w:t>
            </w:r>
          </w:p>
        </w:tc>
        <w:tc>
          <w:tcPr>
            <w:tcW w:w="540" w:type="pct"/>
            <w:vAlign w:val="center"/>
          </w:tcPr>
          <w:p w14:paraId="56C86068"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-4.41 (-‍9.33, 0.39)</w:t>
            </w:r>
          </w:p>
        </w:tc>
        <w:tc>
          <w:tcPr>
            <w:tcW w:w="533" w:type="pct"/>
            <w:vAlign w:val="center"/>
          </w:tcPr>
          <w:p w14:paraId="6027619A"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-1.96 (-5.72, 1.7)</w:t>
            </w:r>
          </w:p>
        </w:tc>
      </w:tr>
      <w:tr w:rsidR="00694C0C" w:rsidRPr="00EB75F0" w14:paraId="215E6E7A" w14:textId="77777777" w:rsidTr="00694C0C">
        <w:trPr>
          <w:trHeight w:val="288"/>
        </w:trPr>
        <w:tc>
          <w:tcPr>
            <w:tcW w:w="478" w:type="pct"/>
            <w:vAlign w:val="center"/>
            <w:hideMark/>
          </w:tcPr>
          <w:p w14:paraId="3F1EB979" w14:textId="183E7F75" w:rsidR="0071536E" w:rsidRPr="00EB75F0" w:rsidRDefault="009A3ECD" w:rsidP="00694C0C">
            <w:pPr>
              <w:spacing w:line="276"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600" w:type="pct"/>
            <w:vAlign w:val="center"/>
          </w:tcPr>
          <w:p w14:paraId="18BE325F"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3.07 (-2.32, 8.51)</w:t>
            </w:r>
          </w:p>
        </w:tc>
        <w:tc>
          <w:tcPr>
            <w:tcW w:w="540" w:type="pct"/>
            <w:vAlign w:val="center"/>
          </w:tcPr>
          <w:p w14:paraId="539F3111"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4.97 (-0.86, 10.84)</w:t>
            </w:r>
          </w:p>
        </w:tc>
        <w:tc>
          <w:tcPr>
            <w:tcW w:w="538" w:type="pct"/>
            <w:vAlign w:val="center"/>
          </w:tcPr>
          <w:p w14:paraId="1D2A28C1"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5.01 (-0.74, 10.78)</w:t>
            </w:r>
          </w:p>
        </w:tc>
        <w:tc>
          <w:tcPr>
            <w:tcW w:w="600" w:type="pct"/>
            <w:shd w:val="clear" w:color="auto" w:fill="C6C6C6"/>
            <w:noWrap/>
            <w:vAlign w:val="center"/>
          </w:tcPr>
          <w:p w14:paraId="756A23D7"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p>
        </w:tc>
        <w:tc>
          <w:tcPr>
            <w:tcW w:w="541" w:type="pct"/>
            <w:vAlign w:val="center"/>
          </w:tcPr>
          <w:p w14:paraId="03EDE3FF"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6.95 (-1.98, 15.85)</w:t>
            </w:r>
          </w:p>
        </w:tc>
        <w:tc>
          <w:tcPr>
            <w:tcW w:w="630" w:type="pct"/>
            <w:vAlign w:val="center"/>
          </w:tcPr>
          <w:p w14:paraId="58506EE6"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-0.43 (-‍5.68, 4.83)</w:t>
            </w:r>
          </w:p>
        </w:tc>
        <w:tc>
          <w:tcPr>
            <w:tcW w:w="540" w:type="pct"/>
            <w:vAlign w:val="center"/>
          </w:tcPr>
          <w:p w14:paraId="20BB4F6A"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0.6 (-5.36, 6.46)</w:t>
            </w:r>
          </w:p>
        </w:tc>
        <w:tc>
          <w:tcPr>
            <w:tcW w:w="533" w:type="pct"/>
            <w:vAlign w:val="center"/>
          </w:tcPr>
          <w:p w14:paraId="4CE25186"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3.05 (-2.23, 8.26)</w:t>
            </w:r>
          </w:p>
        </w:tc>
      </w:tr>
      <w:tr w:rsidR="0013674C" w:rsidRPr="00EB75F0" w14:paraId="44ED09F1" w14:textId="77777777" w:rsidTr="00694C0C">
        <w:trPr>
          <w:trHeight w:val="288"/>
        </w:trPr>
        <w:tc>
          <w:tcPr>
            <w:tcW w:w="478" w:type="pct"/>
            <w:vAlign w:val="center"/>
            <w:hideMark/>
          </w:tcPr>
          <w:p w14:paraId="3EC10E45"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600" w:type="pct"/>
            <w:vAlign w:val="center"/>
          </w:tcPr>
          <w:p w14:paraId="0F4D3FA4"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-3.88 (-‍11.88, 4.18)</w:t>
            </w:r>
          </w:p>
        </w:tc>
        <w:tc>
          <w:tcPr>
            <w:tcW w:w="540" w:type="pct"/>
            <w:vAlign w:val="center"/>
          </w:tcPr>
          <w:p w14:paraId="218F3080"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-1.98 (-10.27, 6.35)</w:t>
            </w:r>
          </w:p>
        </w:tc>
        <w:tc>
          <w:tcPr>
            <w:tcW w:w="538" w:type="pct"/>
            <w:vAlign w:val="center"/>
          </w:tcPr>
          <w:p w14:paraId="0D4461A4"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-1.94 (-‍10.15, 6.34)</w:t>
            </w:r>
          </w:p>
        </w:tc>
        <w:tc>
          <w:tcPr>
            <w:tcW w:w="600" w:type="pct"/>
            <w:shd w:val="clear" w:color="auto" w:fill="CFEDFF"/>
            <w:vAlign w:val="center"/>
          </w:tcPr>
          <w:p w14:paraId="13627A77"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-6.95 (-15.85, 1.98)</w:t>
            </w:r>
          </w:p>
        </w:tc>
        <w:tc>
          <w:tcPr>
            <w:tcW w:w="541" w:type="pct"/>
            <w:shd w:val="clear" w:color="auto" w:fill="C6C6C6"/>
            <w:noWrap/>
            <w:vAlign w:val="center"/>
          </w:tcPr>
          <w:p w14:paraId="4400EF50"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p>
        </w:tc>
        <w:tc>
          <w:tcPr>
            <w:tcW w:w="630" w:type="pct"/>
            <w:vAlign w:val="center"/>
          </w:tcPr>
          <w:p w14:paraId="72E99FDC"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-7.38 (-‍15.28, 0.6)</w:t>
            </w:r>
          </w:p>
        </w:tc>
        <w:tc>
          <w:tcPr>
            <w:tcW w:w="540" w:type="pct"/>
            <w:vAlign w:val="center"/>
          </w:tcPr>
          <w:p w14:paraId="07A6A5EC"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-6.35 (-‍14.78, 1.99)</w:t>
            </w:r>
          </w:p>
        </w:tc>
        <w:tc>
          <w:tcPr>
            <w:tcW w:w="533" w:type="pct"/>
            <w:vAlign w:val="center"/>
          </w:tcPr>
          <w:p w14:paraId="1F3810E6"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-3.9 (-11.84, 4.01)</w:t>
            </w:r>
          </w:p>
        </w:tc>
      </w:tr>
      <w:tr w:rsidR="0013674C" w:rsidRPr="00EB75F0" w14:paraId="400F733B" w14:textId="77777777" w:rsidTr="00694C0C">
        <w:trPr>
          <w:trHeight w:val="288"/>
        </w:trPr>
        <w:tc>
          <w:tcPr>
            <w:tcW w:w="478" w:type="pct"/>
            <w:vAlign w:val="center"/>
            <w:hideMark/>
          </w:tcPr>
          <w:p w14:paraId="54A339D7"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600" w:type="pct"/>
            <w:vAlign w:val="center"/>
          </w:tcPr>
          <w:p w14:paraId="14EEDE66"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3.5 (0.35, 6.67)</w:t>
            </w:r>
          </w:p>
        </w:tc>
        <w:tc>
          <w:tcPr>
            <w:tcW w:w="540" w:type="pct"/>
            <w:vAlign w:val="center"/>
          </w:tcPr>
          <w:p w14:paraId="2AD6BB1C"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5.4 (1.28, 9.52)</w:t>
            </w:r>
          </w:p>
        </w:tc>
        <w:tc>
          <w:tcPr>
            <w:tcW w:w="538" w:type="pct"/>
            <w:vAlign w:val="center"/>
          </w:tcPr>
          <w:p w14:paraId="0AD4E2AA"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5.43 (1.46, 9.42)</w:t>
            </w:r>
          </w:p>
        </w:tc>
        <w:tc>
          <w:tcPr>
            <w:tcW w:w="600" w:type="pct"/>
            <w:shd w:val="clear" w:color="auto" w:fill="CFEDFF"/>
            <w:vAlign w:val="center"/>
          </w:tcPr>
          <w:p w14:paraId="24083DCB"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0.43 (-4.83, 5.68)</w:t>
            </w:r>
          </w:p>
        </w:tc>
        <w:tc>
          <w:tcPr>
            <w:tcW w:w="541" w:type="pct"/>
            <w:vAlign w:val="center"/>
          </w:tcPr>
          <w:p w14:paraId="6B376AC3"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7.38 (-0.6, 15.28)</w:t>
            </w:r>
          </w:p>
        </w:tc>
        <w:tc>
          <w:tcPr>
            <w:tcW w:w="630" w:type="pct"/>
            <w:shd w:val="clear" w:color="auto" w:fill="C6C6C6"/>
            <w:noWrap/>
            <w:vAlign w:val="center"/>
          </w:tcPr>
          <w:p w14:paraId="4807A8C2"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p>
        </w:tc>
        <w:tc>
          <w:tcPr>
            <w:tcW w:w="540" w:type="pct"/>
            <w:vAlign w:val="center"/>
          </w:tcPr>
          <w:p w14:paraId="68E2064C"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1.03 (-3.23, 5.16)</w:t>
            </w:r>
          </w:p>
        </w:tc>
        <w:tc>
          <w:tcPr>
            <w:tcW w:w="533" w:type="pct"/>
            <w:vAlign w:val="center"/>
          </w:tcPr>
          <w:p w14:paraId="42187A0F"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3.48 (0.22, 6.63)</w:t>
            </w:r>
          </w:p>
        </w:tc>
      </w:tr>
      <w:tr w:rsidR="0013674C" w:rsidRPr="00EB75F0" w14:paraId="1B0344B6" w14:textId="77777777" w:rsidTr="00694C0C">
        <w:trPr>
          <w:trHeight w:val="288"/>
        </w:trPr>
        <w:tc>
          <w:tcPr>
            <w:tcW w:w="478" w:type="pct"/>
            <w:vAlign w:val="center"/>
            <w:hideMark/>
          </w:tcPr>
          <w:p w14:paraId="2BC479D9" w14:textId="77777777" w:rsidR="0071536E" w:rsidRPr="00EB75F0" w:rsidRDefault="0071536E" w:rsidP="00694C0C">
            <w:pPr>
              <w:keepNext/>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600" w:type="pct"/>
            <w:vAlign w:val="center"/>
          </w:tcPr>
          <w:p w14:paraId="2B834463" w14:textId="77777777" w:rsidR="0071536E" w:rsidRPr="00EB75F0" w:rsidRDefault="0071536E" w:rsidP="00694C0C">
            <w:pPr>
              <w:keepNext/>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2.46 (-1.88, 6.95)</w:t>
            </w:r>
          </w:p>
        </w:tc>
        <w:tc>
          <w:tcPr>
            <w:tcW w:w="540" w:type="pct"/>
            <w:vAlign w:val="center"/>
          </w:tcPr>
          <w:p w14:paraId="65E35989" w14:textId="77777777" w:rsidR="0071536E" w:rsidRPr="00EB75F0" w:rsidRDefault="0071536E" w:rsidP="00694C0C">
            <w:pPr>
              <w:keepNext/>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4.37 (-0.21, 9.08)</w:t>
            </w:r>
          </w:p>
        </w:tc>
        <w:tc>
          <w:tcPr>
            <w:tcW w:w="538" w:type="pct"/>
            <w:vAlign w:val="center"/>
          </w:tcPr>
          <w:p w14:paraId="5DEED939" w14:textId="77777777" w:rsidR="0071536E" w:rsidRPr="00EB75F0" w:rsidRDefault="0071536E" w:rsidP="00694C0C">
            <w:pPr>
              <w:keepNext/>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4.41 (-0.39, 9.33)</w:t>
            </w:r>
          </w:p>
        </w:tc>
        <w:tc>
          <w:tcPr>
            <w:tcW w:w="600" w:type="pct"/>
            <w:shd w:val="clear" w:color="auto" w:fill="CFEDFF"/>
            <w:vAlign w:val="center"/>
          </w:tcPr>
          <w:p w14:paraId="2F105499" w14:textId="77777777" w:rsidR="0071536E" w:rsidRPr="00EB75F0" w:rsidRDefault="0071536E" w:rsidP="00694C0C">
            <w:pPr>
              <w:keepNext/>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-0.6 (-6.46, 5.36)</w:t>
            </w:r>
          </w:p>
        </w:tc>
        <w:tc>
          <w:tcPr>
            <w:tcW w:w="541" w:type="pct"/>
            <w:vAlign w:val="center"/>
          </w:tcPr>
          <w:p w14:paraId="208A32D9" w14:textId="77777777" w:rsidR="0071536E" w:rsidRPr="00EB75F0" w:rsidRDefault="0071536E" w:rsidP="00694C0C">
            <w:pPr>
              <w:keepNext/>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6.35 (-1.99, 14.78)</w:t>
            </w:r>
          </w:p>
        </w:tc>
        <w:tc>
          <w:tcPr>
            <w:tcW w:w="630" w:type="pct"/>
            <w:vAlign w:val="center"/>
          </w:tcPr>
          <w:p w14:paraId="70CD6A53" w14:textId="77777777" w:rsidR="0071536E" w:rsidRPr="00EB75F0" w:rsidRDefault="0071536E" w:rsidP="00694C0C">
            <w:pPr>
              <w:keepNext/>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-1.03 (-‍5.16, 3.23)</w:t>
            </w:r>
          </w:p>
        </w:tc>
        <w:tc>
          <w:tcPr>
            <w:tcW w:w="540" w:type="pct"/>
            <w:shd w:val="clear" w:color="auto" w:fill="C6C6C6"/>
            <w:noWrap/>
            <w:vAlign w:val="center"/>
          </w:tcPr>
          <w:p w14:paraId="1374D489" w14:textId="77777777" w:rsidR="0071536E" w:rsidRPr="00EB75F0" w:rsidRDefault="0071536E" w:rsidP="00694C0C">
            <w:pPr>
              <w:keepNext/>
              <w:spacing w:line="276" w:lineRule="auto"/>
              <w:contextualSpacing/>
              <w:rPr>
                <w:rFonts w:asciiTheme="majorHAnsi" w:eastAsia="Times New Roman" w:hAnsiTheme="majorHAnsi" w:cstheme="majorHAnsi"/>
                <w:color w:val="000000"/>
                <w:sz w:val="16"/>
                <w:szCs w:val="16"/>
                <w:lang w:eastAsia="zh-TW"/>
              </w:rPr>
            </w:pPr>
          </w:p>
        </w:tc>
        <w:tc>
          <w:tcPr>
            <w:tcW w:w="533" w:type="pct"/>
            <w:vAlign w:val="center"/>
          </w:tcPr>
          <w:p w14:paraId="040A5248" w14:textId="77777777" w:rsidR="0071536E" w:rsidRPr="00EB75F0" w:rsidRDefault="0071536E" w:rsidP="00694C0C">
            <w:pPr>
              <w:keepNext/>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2.45 (-1.74, 6.64)</w:t>
            </w:r>
          </w:p>
        </w:tc>
      </w:tr>
      <w:tr w:rsidR="0013674C" w:rsidRPr="00EB75F0" w14:paraId="71F8BA69" w14:textId="77777777" w:rsidTr="00694C0C">
        <w:trPr>
          <w:trHeight w:val="288"/>
        </w:trPr>
        <w:tc>
          <w:tcPr>
            <w:tcW w:w="478" w:type="pct"/>
            <w:vAlign w:val="center"/>
            <w:hideMark/>
          </w:tcPr>
          <w:p w14:paraId="676FC891"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600" w:type="pct"/>
            <w:vAlign w:val="center"/>
          </w:tcPr>
          <w:p w14:paraId="466E4355"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0.02 (-3.18, 3.35)</w:t>
            </w:r>
          </w:p>
        </w:tc>
        <w:tc>
          <w:tcPr>
            <w:tcW w:w="540" w:type="pct"/>
            <w:vAlign w:val="center"/>
          </w:tcPr>
          <w:p w14:paraId="0F19F9DC"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1.93 (-2.14, 6.1)</w:t>
            </w:r>
          </w:p>
        </w:tc>
        <w:tc>
          <w:tcPr>
            <w:tcW w:w="538" w:type="pct"/>
            <w:vAlign w:val="center"/>
          </w:tcPr>
          <w:p w14:paraId="72932890"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1.96 (-1.7, 5.72)</w:t>
            </w:r>
          </w:p>
        </w:tc>
        <w:tc>
          <w:tcPr>
            <w:tcW w:w="600" w:type="pct"/>
            <w:shd w:val="clear" w:color="auto" w:fill="CFEDFF"/>
            <w:vAlign w:val="center"/>
          </w:tcPr>
          <w:p w14:paraId="12880CA2"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-3.05 (-8.26, 2.23)</w:t>
            </w:r>
          </w:p>
        </w:tc>
        <w:tc>
          <w:tcPr>
            <w:tcW w:w="541" w:type="pct"/>
            <w:vAlign w:val="center"/>
          </w:tcPr>
          <w:p w14:paraId="0859611F"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3.9 (-4.01, 11.84)</w:t>
            </w:r>
          </w:p>
        </w:tc>
        <w:tc>
          <w:tcPr>
            <w:tcW w:w="630" w:type="pct"/>
            <w:vAlign w:val="center"/>
          </w:tcPr>
          <w:p w14:paraId="67EF9390" w14:textId="77777777" w:rsidR="0071536E" w:rsidRPr="00EB75F0" w:rsidRDefault="0071536E" w:rsidP="00694C0C">
            <w:pPr>
              <w:spacing w:line="276"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-3.48 (-‍6.63, -‍0.22)</w:t>
            </w:r>
          </w:p>
        </w:tc>
        <w:tc>
          <w:tcPr>
            <w:tcW w:w="540" w:type="pct"/>
            <w:vAlign w:val="center"/>
          </w:tcPr>
          <w:p w14:paraId="6CFCE914"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-2.45 (-‍6.64, 1.74)</w:t>
            </w:r>
          </w:p>
        </w:tc>
        <w:tc>
          <w:tcPr>
            <w:tcW w:w="533" w:type="pct"/>
            <w:shd w:val="clear" w:color="auto" w:fill="C6C6C6"/>
            <w:noWrap/>
            <w:vAlign w:val="center"/>
          </w:tcPr>
          <w:p w14:paraId="3D86A871" w14:textId="77777777" w:rsidR="0071536E" w:rsidRPr="00EB75F0" w:rsidRDefault="0071536E" w:rsidP="00694C0C">
            <w:pPr>
              <w:spacing w:line="276" w:lineRule="auto"/>
              <w:contextualSpacing/>
              <w:rPr>
                <w:rFonts w:asciiTheme="majorHAnsi" w:eastAsia="Times New Roman" w:hAnsiTheme="majorHAnsi" w:cstheme="majorHAnsi"/>
                <w:color w:val="000000"/>
                <w:sz w:val="16"/>
                <w:szCs w:val="16"/>
                <w:lang w:eastAsia="zh-TW"/>
              </w:rPr>
            </w:pPr>
          </w:p>
        </w:tc>
      </w:tr>
      <w:tr w:rsidR="0071536E" w:rsidRPr="00EB75F0" w14:paraId="71BF3309" w14:textId="77777777" w:rsidTr="007C010D">
        <w:trPr>
          <w:trHeight w:val="133"/>
        </w:trPr>
        <w:tc>
          <w:tcPr>
            <w:tcW w:w="5000" w:type="pct"/>
            <w:gridSpan w:val="9"/>
          </w:tcPr>
          <w:p w14:paraId="6E14334C" w14:textId="30AC5850" w:rsidR="0071536E" w:rsidRPr="00EB75F0" w:rsidRDefault="0071536E" w:rsidP="00C32B29">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w:t>
            </w:r>
            <w:r w:rsidR="003504EA" w:rsidRPr="00EB75F0">
              <w:rPr>
                <w:rFonts w:asciiTheme="majorHAnsi" w:hAnsiTheme="majorHAnsi" w:cstheme="majorHAnsi"/>
                <w:sz w:val="16"/>
                <w:szCs w:val="16"/>
              </w:rPr>
              <w:t>MD, mean difference</w:t>
            </w:r>
            <w:r w:rsidR="00573736"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573736" w:rsidRPr="00EB75F0">
              <w:rPr>
                <w:rFonts w:asciiTheme="majorHAnsi" w:eastAsia="Times New Roman" w:hAnsiTheme="majorHAnsi" w:cstheme="majorHAnsi"/>
                <w:color w:val="000000"/>
                <w:sz w:val="16"/>
                <w:szCs w:val="16"/>
                <w:lang w:eastAsia="zh-TW"/>
              </w:rPr>
              <w:t xml:space="preserve">, </w:t>
            </w:r>
            <w:proofErr w:type="spellStart"/>
            <w:r w:rsidR="00573736" w:rsidRPr="00EB75F0">
              <w:rPr>
                <w:rFonts w:asciiTheme="majorHAnsi" w:hAnsiTheme="majorHAnsi" w:cstheme="majorHAnsi"/>
                <w:sz w:val="16"/>
                <w:szCs w:val="16"/>
              </w:rPr>
              <w:t>xanomeline</w:t>
            </w:r>
            <w:proofErr w:type="spellEnd"/>
            <w:r w:rsidR="00573736" w:rsidRPr="00EB75F0">
              <w:rPr>
                <w:rFonts w:asciiTheme="majorHAnsi" w:hAnsiTheme="majorHAnsi" w:cstheme="majorHAnsi"/>
                <w:sz w:val="16"/>
                <w:szCs w:val="16"/>
              </w:rPr>
              <w:t>/</w:t>
            </w:r>
            <w:proofErr w:type="spellStart"/>
            <w:r w:rsidR="00573736" w:rsidRPr="00EB75F0">
              <w:rPr>
                <w:rFonts w:asciiTheme="majorHAnsi" w:hAnsiTheme="majorHAnsi" w:cstheme="majorHAnsi"/>
                <w:sz w:val="16"/>
                <w:szCs w:val="16"/>
              </w:rPr>
              <w:t>trospium</w:t>
            </w:r>
            <w:proofErr w:type="spellEnd"/>
            <w:r w:rsidR="00573736" w:rsidRPr="00EB75F0">
              <w:rPr>
                <w:rFonts w:asciiTheme="majorHAnsi" w:hAnsiTheme="majorHAnsi" w:cstheme="majorHAnsi"/>
                <w:sz w:val="16"/>
                <w:szCs w:val="16"/>
              </w:rPr>
              <w:t xml:space="preserve"> chloride</w:t>
            </w:r>
          </w:p>
          <w:p w14:paraId="1800CCD8" w14:textId="5EC4C05D" w:rsidR="0071536E" w:rsidRPr="00EB75F0" w:rsidRDefault="0071536E" w:rsidP="00C32B29">
            <w:pPr>
              <w:spacing w:before="0" w:after="0" w:line="240" w:lineRule="auto"/>
              <w:contextualSpacing/>
              <w:rPr>
                <w:rFonts w:asciiTheme="majorHAnsi" w:eastAsia="Times New Roman" w:hAnsiTheme="majorHAnsi" w:cstheme="majorHAnsi"/>
                <w:color w:val="000000"/>
                <w:sz w:val="18"/>
                <w:szCs w:val="18"/>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00151E32" w:rsidRPr="00EB75F0">
              <w:rPr>
                <w:rFonts w:asciiTheme="majorHAnsi" w:hAnsiTheme="majorHAnsi" w:cstheme="majorHAnsi"/>
                <w:sz w:val="16"/>
                <w:szCs w:val="16"/>
              </w:rPr>
              <w:t xml:space="preserve"> </w:t>
            </w:r>
            <w:r w:rsidRPr="00EB75F0">
              <w:rPr>
                <w:rFonts w:asciiTheme="majorHAnsi" w:hAnsiTheme="majorHAnsi" w:cstheme="majorHAnsi"/>
                <w:sz w:val="16"/>
                <w:szCs w:val="16"/>
              </w:rPr>
              <w:t xml:space="preserve">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r w:rsidRPr="00EB75F0">
              <w:rPr>
                <w:rFonts w:asciiTheme="majorHAnsi" w:hAnsiTheme="majorHAnsi" w:cstheme="majorHAnsi"/>
                <w:sz w:val="18"/>
                <w:szCs w:val="18"/>
              </w:rPr>
              <w:t>.</w:t>
            </w:r>
          </w:p>
        </w:tc>
      </w:tr>
    </w:tbl>
    <w:p w14:paraId="11254262" w14:textId="77777777" w:rsidR="00B315FC" w:rsidRPr="00EB75F0" w:rsidRDefault="00B315FC">
      <w:pPr>
        <w:spacing w:before="0" w:after="200" w:line="276" w:lineRule="auto"/>
      </w:pPr>
    </w:p>
    <w:p w14:paraId="75A5F120" w14:textId="455D086F" w:rsidR="00106D63" w:rsidRPr="00EB75F0" w:rsidRDefault="00A06AE8" w:rsidP="00996746">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3</w:t>
        </w:r>
      </w:fldSimple>
      <w:r w:rsidR="00106D63" w:rsidRPr="00EB75F0">
        <w:t xml:space="preserve">: Change from baseline total PANSS score – League table – fixed-effects model, base case network – MD (95% </w:t>
      </w:r>
      <w:proofErr w:type="spellStart"/>
      <w:r w:rsidR="00106D63" w:rsidRPr="00EB75F0">
        <w:t>CrI</w:t>
      </w:r>
      <w:proofErr w:type="spellEnd"/>
      <w:r w:rsidR="00106D63" w:rsidRPr="00EB75F0">
        <w:t>)</w:t>
      </w:r>
    </w:p>
    <w:tbl>
      <w:tblPr>
        <w:tblStyle w:val="Lumanitytable"/>
        <w:tblW w:w="5155" w:type="pct"/>
        <w:tblLayout w:type="fixed"/>
        <w:tblLook w:val="04A0" w:firstRow="1" w:lastRow="0" w:firstColumn="1" w:lastColumn="0" w:noHBand="0" w:noVBand="1"/>
      </w:tblPr>
      <w:tblGrid>
        <w:gridCol w:w="1256"/>
        <w:gridCol w:w="1709"/>
        <w:gridCol w:w="1711"/>
        <w:gridCol w:w="1708"/>
        <w:gridCol w:w="1894"/>
        <w:gridCol w:w="1708"/>
        <w:gridCol w:w="1801"/>
        <w:gridCol w:w="1621"/>
        <w:gridCol w:w="1603"/>
      </w:tblGrid>
      <w:tr w:rsidR="00094F25" w:rsidRPr="00EB75F0" w14:paraId="39EDC1EF" w14:textId="77777777" w:rsidTr="00B717B6">
        <w:trPr>
          <w:cnfStyle w:val="100000000000" w:firstRow="1" w:lastRow="0" w:firstColumn="0" w:lastColumn="0" w:oddVBand="0" w:evenVBand="0" w:oddHBand="0" w:evenHBand="0" w:firstRowFirstColumn="0" w:firstRowLastColumn="0" w:lastRowFirstColumn="0" w:lastRowLastColumn="0"/>
          <w:trHeight w:val="39"/>
          <w:tblHeader/>
        </w:trPr>
        <w:tc>
          <w:tcPr>
            <w:tcW w:w="418" w:type="pct"/>
            <w:hideMark/>
          </w:tcPr>
          <w:p w14:paraId="63CF538D" w14:textId="77777777" w:rsidR="001844C5" w:rsidRPr="00EB75F0" w:rsidRDefault="001844C5"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569" w:type="pct"/>
            <w:hideMark/>
          </w:tcPr>
          <w:p w14:paraId="23C540A2" w14:textId="77777777" w:rsidR="001844C5" w:rsidRPr="00EB75F0" w:rsidRDefault="001844C5"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570" w:type="pct"/>
            <w:hideMark/>
          </w:tcPr>
          <w:p w14:paraId="614D5CB8" w14:textId="77777777" w:rsidR="001844C5" w:rsidRPr="00EB75F0" w:rsidRDefault="001844C5"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569" w:type="pct"/>
            <w:hideMark/>
          </w:tcPr>
          <w:p w14:paraId="6FEADED3" w14:textId="77777777" w:rsidR="001844C5" w:rsidRPr="00EB75F0" w:rsidRDefault="001844C5"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631" w:type="pct"/>
            <w:hideMark/>
          </w:tcPr>
          <w:p w14:paraId="207338A5" w14:textId="3D149EAE" w:rsidR="001844C5" w:rsidRPr="00EB75F0" w:rsidRDefault="009A3EC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569" w:type="pct"/>
            <w:hideMark/>
          </w:tcPr>
          <w:p w14:paraId="7F50CC4F" w14:textId="77777777" w:rsidR="001844C5" w:rsidRPr="00EB75F0" w:rsidRDefault="001844C5"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600" w:type="pct"/>
            <w:hideMark/>
          </w:tcPr>
          <w:p w14:paraId="59BADFA5" w14:textId="77777777" w:rsidR="001844C5" w:rsidRPr="00EB75F0" w:rsidRDefault="001844C5"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540" w:type="pct"/>
            <w:hideMark/>
          </w:tcPr>
          <w:p w14:paraId="71229AF9" w14:textId="77777777" w:rsidR="001844C5" w:rsidRPr="00EB75F0" w:rsidRDefault="001844C5"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534" w:type="pct"/>
            <w:hideMark/>
          </w:tcPr>
          <w:p w14:paraId="57A04116" w14:textId="77777777" w:rsidR="001844C5" w:rsidRPr="00EB75F0" w:rsidRDefault="001844C5"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094F25" w:rsidRPr="00EB75F0" w14:paraId="29BC294E" w14:textId="77777777" w:rsidTr="00106D63">
        <w:trPr>
          <w:trHeight w:val="288"/>
        </w:trPr>
        <w:tc>
          <w:tcPr>
            <w:tcW w:w="418" w:type="pct"/>
            <w:vAlign w:val="center"/>
            <w:hideMark/>
          </w:tcPr>
          <w:p w14:paraId="7135B89A"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569" w:type="pct"/>
            <w:vAlign w:val="center"/>
          </w:tcPr>
          <w:p w14:paraId="34F7D06D"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-7.23 (-8.63 to -5.84)</w:t>
            </w:r>
          </w:p>
        </w:tc>
        <w:tc>
          <w:tcPr>
            <w:tcW w:w="570" w:type="pct"/>
            <w:vAlign w:val="center"/>
          </w:tcPr>
          <w:p w14:paraId="2203AF67"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-5.19 (-6.9 to -3.48)</w:t>
            </w:r>
          </w:p>
        </w:tc>
        <w:tc>
          <w:tcPr>
            <w:tcW w:w="569" w:type="pct"/>
            <w:vAlign w:val="center"/>
          </w:tcPr>
          <w:p w14:paraId="026CD90A"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w:t>
            </w:r>
            <w:r w:rsidRPr="00EB75F0">
              <w:rPr>
                <w:rFonts w:asciiTheme="majorHAnsi" w:hAnsiTheme="majorHAnsi" w:cstheme="majorHAnsi"/>
                <w:b/>
                <w:bCs/>
                <w:sz w:val="16"/>
                <w:szCs w:val="16"/>
              </w:rPr>
              <w:t>5.17 (-6.73 to -3.61)</w:t>
            </w:r>
          </w:p>
        </w:tc>
        <w:tc>
          <w:tcPr>
            <w:tcW w:w="631" w:type="pct"/>
            <w:shd w:val="clear" w:color="auto" w:fill="CFEDFF"/>
            <w:vAlign w:val="center"/>
          </w:tcPr>
          <w:p w14:paraId="24CF0736"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-10.06 (-12.65 to -7.46)</w:t>
            </w:r>
          </w:p>
        </w:tc>
        <w:tc>
          <w:tcPr>
            <w:tcW w:w="569" w:type="pct"/>
            <w:vAlign w:val="center"/>
          </w:tcPr>
          <w:p w14:paraId="35546D66"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-3.2 (-6.48 to 0.07)</w:t>
            </w:r>
          </w:p>
        </w:tc>
        <w:tc>
          <w:tcPr>
            <w:tcW w:w="600" w:type="pct"/>
            <w:vAlign w:val="center"/>
          </w:tcPr>
          <w:p w14:paraId="02F5B72D"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-10.62 (-11.98 to -9.26)</w:t>
            </w:r>
          </w:p>
        </w:tc>
        <w:tc>
          <w:tcPr>
            <w:tcW w:w="540" w:type="pct"/>
            <w:vAlign w:val="center"/>
          </w:tcPr>
          <w:p w14:paraId="2780FA03"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-8.81 (-10.63 to -6.99)</w:t>
            </w:r>
          </w:p>
        </w:tc>
        <w:tc>
          <w:tcPr>
            <w:tcW w:w="534" w:type="pct"/>
            <w:vAlign w:val="center"/>
          </w:tcPr>
          <w:p w14:paraId="1A041591"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-4.64 (-5.22 to -4.06)</w:t>
            </w:r>
          </w:p>
        </w:tc>
      </w:tr>
      <w:tr w:rsidR="00094F25" w:rsidRPr="00EB75F0" w14:paraId="0CC3BA49" w14:textId="77777777" w:rsidTr="00106D63">
        <w:trPr>
          <w:trHeight w:val="288"/>
        </w:trPr>
        <w:tc>
          <w:tcPr>
            <w:tcW w:w="418" w:type="pct"/>
            <w:vAlign w:val="center"/>
            <w:hideMark/>
          </w:tcPr>
          <w:p w14:paraId="32894FB5"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569" w:type="pct"/>
            <w:shd w:val="clear" w:color="auto" w:fill="C6C6C6"/>
            <w:noWrap/>
            <w:vAlign w:val="center"/>
          </w:tcPr>
          <w:p w14:paraId="58C39956"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vAlign w:val="center"/>
          </w:tcPr>
          <w:p w14:paraId="62DE5620"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2.04 (-0.15 to 4.21)</w:t>
            </w:r>
          </w:p>
        </w:tc>
        <w:tc>
          <w:tcPr>
            <w:tcW w:w="569" w:type="pct"/>
            <w:vAlign w:val="center"/>
          </w:tcPr>
          <w:p w14:paraId="069AFA52"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2.06 (0.12 to 3.99)</w:t>
            </w:r>
          </w:p>
        </w:tc>
        <w:tc>
          <w:tcPr>
            <w:tcW w:w="631" w:type="pct"/>
            <w:shd w:val="clear" w:color="auto" w:fill="CFEDFF"/>
            <w:vAlign w:val="center"/>
          </w:tcPr>
          <w:p w14:paraId="0281D676"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-2.84 (-5.78 to 0.11)</w:t>
            </w:r>
          </w:p>
        </w:tc>
        <w:tc>
          <w:tcPr>
            <w:tcW w:w="569" w:type="pct"/>
            <w:vAlign w:val="center"/>
          </w:tcPr>
          <w:p w14:paraId="4A0D28F6"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4.02 (0.46 to 7.59)</w:t>
            </w:r>
          </w:p>
        </w:tc>
        <w:tc>
          <w:tcPr>
            <w:tcW w:w="600" w:type="pct"/>
            <w:vAlign w:val="center"/>
          </w:tcPr>
          <w:p w14:paraId="75E932C4"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-3.39 (-5.08 to -1.7)</w:t>
            </w:r>
          </w:p>
        </w:tc>
        <w:tc>
          <w:tcPr>
            <w:tcW w:w="540" w:type="pct"/>
            <w:vAlign w:val="center"/>
          </w:tcPr>
          <w:p w14:paraId="0E4D9266"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-1.58 (-3.88 to 0.72)</w:t>
            </w:r>
          </w:p>
        </w:tc>
        <w:tc>
          <w:tcPr>
            <w:tcW w:w="534" w:type="pct"/>
            <w:vAlign w:val="center"/>
          </w:tcPr>
          <w:p w14:paraId="50F61D02"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2.59 (1.11 to 4.07)</w:t>
            </w:r>
          </w:p>
        </w:tc>
      </w:tr>
      <w:tr w:rsidR="00094F25" w:rsidRPr="00EB75F0" w14:paraId="119A1215" w14:textId="77777777" w:rsidTr="00106D63">
        <w:trPr>
          <w:trHeight w:val="288"/>
        </w:trPr>
        <w:tc>
          <w:tcPr>
            <w:tcW w:w="418" w:type="pct"/>
            <w:vAlign w:val="center"/>
            <w:hideMark/>
          </w:tcPr>
          <w:p w14:paraId="4BCE2CDB"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569" w:type="pct"/>
            <w:vAlign w:val="center"/>
          </w:tcPr>
          <w:p w14:paraId="3F9B9916"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-2.04 (-4.21 to 0.15)</w:t>
            </w:r>
          </w:p>
        </w:tc>
        <w:tc>
          <w:tcPr>
            <w:tcW w:w="570" w:type="pct"/>
            <w:shd w:val="clear" w:color="auto" w:fill="C6C6C6"/>
            <w:noWrap/>
            <w:vAlign w:val="center"/>
          </w:tcPr>
          <w:p w14:paraId="4F4CBE6D"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p>
        </w:tc>
        <w:tc>
          <w:tcPr>
            <w:tcW w:w="569" w:type="pct"/>
            <w:vAlign w:val="center"/>
          </w:tcPr>
          <w:p w14:paraId="4E3248D8"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0.03 (-2.29 to 2.33)</w:t>
            </w:r>
          </w:p>
        </w:tc>
        <w:tc>
          <w:tcPr>
            <w:tcW w:w="631" w:type="pct"/>
            <w:shd w:val="clear" w:color="auto" w:fill="CFEDFF"/>
            <w:vAlign w:val="center"/>
          </w:tcPr>
          <w:p w14:paraId="7A2159DC"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-4.87 (-7.97 to -1.75)</w:t>
            </w:r>
          </w:p>
        </w:tc>
        <w:tc>
          <w:tcPr>
            <w:tcW w:w="569" w:type="pct"/>
            <w:vAlign w:val="center"/>
          </w:tcPr>
          <w:p w14:paraId="6C81537E"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1.98 (-1.7 to 5.69)</w:t>
            </w:r>
          </w:p>
        </w:tc>
        <w:tc>
          <w:tcPr>
            <w:tcW w:w="600" w:type="pct"/>
            <w:vAlign w:val="center"/>
          </w:tcPr>
          <w:p w14:paraId="386CEB4E"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-5.42 (-7.6 to -3.25)</w:t>
            </w:r>
          </w:p>
        </w:tc>
        <w:tc>
          <w:tcPr>
            <w:tcW w:w="540" w:type="pct"/>
            <w:vAlign w:val="center"/>
          </w:tcPr>
          <w:p w14:paraId="458BE3C8"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-3.62 (-5.89 to -1.34)</w:t>
            </w:r>
          </w:p>
        </w:tc>
        <w:tc>
          <w:tcPr>
            <w:tcW w:w="534" w:type="pct"/>
            <w:vAlign w:val="center"/>
          </w:tcPr>
          <w:p w14:paraId="22AE3E55"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0.55 (-1.26 to 2.35)</w:t>
            </w:r>
          </w:p>
        </w:tc>
      </w:tr>
      <w:tr w:rsidR="00094F25" w:rsidRPr="00EB75F0" w14:paraId="34E05B6F" w14:textId="77777777" w:rsidTr="00106D63">
        <w:trPr>
          <w:trHeight w:val="288"/>
        </w:trPr>
        <w:tc>
          <w:tcPr>
            <w:tcW w:w="418" w:type="pct"/>
            <w:vAlign w:val="center"/>
            <w:hideMark/>
          </w:tcPr>
          <w:p w14:paraId="5EB462E1"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569" w:type="pct"/>
            <w:vAlign w:val="center"/>
          </w:tcPr>
          <w:p w14:paraId="494234DE"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-2.06 (-3.99 to -0.12)</w:t>
            </w:r>
          </w:p>
        </w:tc>
        <w:tc>
          <w:tcPr>
            <w:tcW w:w="570" w:type="pct"/>
            <w:vAlign w:val="center"/>
          </w:tcPr>
          <w:p w14:paraId="0BF30E68"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-0.03 (-2.33 to 2.29)</w:t>
            </w:r>
          </w:p>
        </w:tc>
        <w:tc>
          <w:tcPr>
            <w:tcW w:w="569" w:type="pct"/>
            <w:shd w:val="clear" w:color="auto" w:fill="C6C6C6"/>
            <w:noWrap/>
            <w:vAlign w:val="center"/>
          </w:tcPr>
          <w:p w14:paraId="067C5286"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p>
        </w:tc>
        <w:tc>
          <w:tcPr>
            <w:tcW w:w="631" w:type="pct"/>
            <w:shd w:val="clear" w:color="auto" w:fill="CFEDFF"/>
            <w:vAlign w:val="center"/>
          </w:tcPr>
          <w:p w14:paraId="6A768EA2"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-4.89 (-7.93 to -1.87)</w:t>
            </w:r>
          </w:p>
        </w:tc>
        <w:tc>
          <w:tcPr>
            <w:tcW w:w="569" w:type="pct"/>
            <w:vAlign w:val="center"/>
          </w:tcPr>
          <w:p w14:paraId="614AC048"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1.97 (-1.68 to 5.59)</w:t>
            </w:r>
          </w:p>
        </w:tc>
        <w:tc>
          <w:tcPr>
            <w:tcW w:w="600" w:type="pct"/>
            <w:vAlign w:val="center"/>
          </w:tcPr>
          <w:p w14:paraId="0BBF656C"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-5.45 (-7.47 to -3.42)</w:t>
            </w:r>
          </w:p>
        </w:tc>
        <w:tc>
          <w:tcPr>
            <w:tcW w:w="540" w:type="pct"/>
            <w:vAlign w:val="center"/>
          </w:tcPr>
          <w:p w14:paraId="48A29CDA"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-3.64 (-6.03 to -1.24)</w:t>
            </w:r>
          </w:p>
        </w:tc>
        <w:tc>
          <w:tcPr>
            <w:tcW w:w="534" w:type="pct"/>
            <w:vAlign w:val="center"/>
          </w:tcPr>
          <w:p w14:paraId="21682F03"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0.53 (-1.1 to 2.14)</w:t>
            </w:r>
          </w:p>
        </w:tc>
      </w:tr>
      <w:tr w:rsidR="00094F25" w:rsidRPr="00EB75F0" w14:paraId="6F039107" w14:textId="77777777" w:rsidTr="00106D63">
        <w:trPr>
          <w:trHeight w:val="288"/>
        </w:trPr>
        <w:tc>
          <w:tcPr>
            <w:tcW w:w="418" w:type="pct"/>
            <w:vAlign w:val="center"/>
            <w:hideMark/>
          </w:tcPr>
          <w:p w14:paraId="1E2086E5" w14:textId="5B184C74" w:rsidR="001844C5" w:rsidRPr="00EB75F0" w:rsidRDefault="009A3ECD" w:rsidP="00094F25">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569" w:type="pct"/>
            <w:vAlign w:val="center"/>
          </w:tcPr>
          <w:p w14:paraId="60E3C34D"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2.84 (-0.11 to 5.78)</w:t>
            </w:r>
          </w:p>
        </w:tc>
        <w:tc>
          <w:tcPr>
            <w:tcW w:w="570" w:type="pct"/>
            <w:vAlign w:val="center"/>
          </w:tcPr>
          <w:p w14:paraId="1CC83F16"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4.87 (1.75 to 7.97)</w:t>
            </w:r>
          </w:p>
        </w:tc>
        <w:tc>
          <w:tcPr>
            <w:tcW w:w="569" w:type="pct"/>
            <w:vAlign w:val="center"/>
          </w:tcPr>
          <w:p w14:paraId="4928E7DD"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4.89 (1.87 to 7.93)</w:t>
            </w:r>
          </w:p>
        </w:tc>
        <w:tc>
          <w:tcPr>
            <w:tcW w:w="631" w:type="pct"/>
            <w:shd w:val="clear" w:color="auto" w:fill="C6C6C6"/>
            <w:noWrap/>
            <w:vAlign w:val="center"/>
          </w:tcPr>
          <w:p w14:paraId="4153DDF4"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p>
        </w:tc>
        <w:tc>
          <w:tcPr>
            <w:tcW w:w="569" w:type="pct"/>
            <w:vAlign w:val="center"/>
          </w:tcPr>
          <w:p w14:paraId="4976BD38"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6.86 (2.7 to 11.04)</w:t>
            </w:r>
          </w:p>
        </w:tc>
        <w:tc>
          <w:tcPr>
            <w:tcW w:w="600" w:type="pct"/>
            <w:vAlign w:val="center"/>
          </w:tcPr>
          <w:p w14:paraId="6B45F68A"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-0.55 (-3.5 to 2.37)</w:t>
            </w:r>
          </w:p>
        </w:tc>
        <w:tc>
          <w:tcPr>
            <w:tcW w:w="540" w:type="pct"/>
            <w:vAlign w:val="center"/>
          </w:tcPr>
          <w:p w14:paraId="76100D3B"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1.25 (-1.9 to 4.42)</w:t>
            </w:r>
          </w:p>
        </w:tc>
        <w:tc>
          <w:tcPr>
            <w:tcW w:w="534" w:type="pct"/>
            <w:vAlign w:val="center"/>
          </w:tcPr>
          <w:p w14:paraId="60D88F6F"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5.42 (2.76 to 8.08)</w:t>
            </w:r>
          </w:p>
        </w:tc>
      </w:tr>
      <w:tr w:rsidR="00094F25" w:rsidRPr="00EB75F0" w14:paraId="5C0B0062" w14:textId="77777777" w:rsidTr="00106D63">
        <w:trPr>
          <w:trHeight w:val="288"/>
        </w:trPr>
        <w:tc>
          <w:tcPr>
            <w:tcW w:w="418" w:type="pct"/>
            <w:vAlign w:val="center"/>
            <w:hideMark/>
          </w:tcPr>
          <w:p w14:paraId="76DFB579"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569" w:type="pct"/>
            <w:vAlign w:val="center"/>
          </w:tcPr>
          <w:p w14:paraId="7F41CD94"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-4.02 (-7.59 to -0.46)</w:t>
            </w:r>
          </w:p>
        </w:tc>
        <w:tc>
          <w:tcPr>
            <w:tcW w:w="570" w:type="pct"/>
            <w:vAlign w:val="center"/>
          </w:tcPr>
          <w:p w14:paraId="1A7892E4"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-1.98 (-5.69 to 1.7)</w:t>
            </w:r>
          </w:p>
        </w:tc>
        <w:tc>
          <w:tcPr>
            <w:tcW w:w="569" w:type="pct"/>
            <w:vAlign w:val="center"/>
          </w:tcPr>
          <w:p w14:paraId="1EA7EC81"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-1.97 (-5.59 to 1.68)</w:t>
            </w:r>
          </w:p>
        </w:tc>
        <w:tc>
          <w:tcPr>
            <w:tcW w:w="631" w:type="pct"/>
            <w:shd w:val="clear" w:color="auto" w:fill="CFEDFF"/>
            <w:vAlign w:val="center"/>
          </w:tcPr>
          <w:p w14:paraId="2B28C2C4"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-6.86 (-11.04 to -2.7)</w:t>
            </w:r>
          </w:p>
        </w:tc>
        <w:tc>
          <w:tcPr>
            <w:tcW w:w="569" w:type="pct"/>
            <w:shd w:val="clear" w:color="auto" w:fill="C6C6C6"/>
            <w:noWrap/>
            <w:vAlign w:val="center"/>
          </w:tcPr>
          <w:p w14:paraId="55C4B1FE"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p>
        </w:tc>
        <w:tc>
          <w:tcPr>
            <w:tcW w:w="600" w:type="pct"/>
            <w:vAlign w:val="center"/>
          </w:tcPr>
          <w:p w14:paraId="75ED407A"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-7.42 (-10.97 to -3.88)</w:t>
            </w:r>
          </w:p>
        </w:tc>
        <w:tc>
          <w:tcPr>
            <w:tcW w:w="540" w:type="pct"/>
            <w:vAlign w:val="center"/>
          </w:tcPr>
          <w:p w14:paraId="29CF750B"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-5.6 (-9.36 to -1.85)</w:t>
            </w:r>
          </w:p>
        </w:tc>
        <w:tc>
          <w:tcPr>
            <w:tcW w:w="534" w:type="pct"/>
            <w:vAlign w:val="center"/>
          </w:tcPr>
          <w:p w14:paraId="16C9F00E"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-1.44 (-4.76 to 1.9)</w:t>
            </w:r>
          </w:p>
        </w:tc>
      </w:tr>
      <w:tr w:rsidR="00094F25" w:rsidRPr="00EB75F0" w14:paraId="3CD83C96" w14:textId="77777777" w:rsidTr="00106D63">
        <w:trPr>
          <w:trHeight w:val="288"/>
        </w:trPr>
        <w:tc>
          <w:tcPr>
            <w:tcW w:w="418" w:type="pct"/>
            <w:vAlign w:val="center"/>
            <w:hideMark/>
          </w:tcPr>
          <w:p w14:paraId="2D1A8B64"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569" w:type="pct"/>
            <w:vAlign w:val="center"/>
          </w:tcPr>
          <w:p w14:paraId="6E62425C"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3.39 (1.7 to 5.08)</w:t>
            </w:r>
          </w:p>
        </w:tc>
        <w:tc>
          <w:tcPr>
            <w:tcW w:w="570" w:type="pct"/>
            <w:vAlign w:val="center"/>
          </w:tcPr>
          <w:p w14:paraId="4A98A4C1"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5.42 (3.25 to 7.6)</w:t>
            </w:r>
          </w:p>
        </w:tc>
        <w:tc>
          <w:tcPr>
            <w:tcW w:w="569" w:type="pct"/>
            <w:vAlign w:val="center"/>
          </w:tcPr>
          <w:p w14:paraId="5CF55827"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5.45 (3.42 to 7.47)</w:t>
            </w:r>
          </w:p>
        </w:tc>
        <w:tc>
          <w:tcPr>
            <w:tcW w:w="631" w:type="pct"/>
            <w:shd w:val="clear" w:color="auto" w:fill="CFEDFF"/>
            <w:vAlign w:val="center"/>
          </w:tcPr>
          <w:p w14:paraId="4B43BA6A"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0.55 (-2.37 to 3.5)</w:t>
            </w:r>
          </w:p>
        </w:tc>
        <w:tc>
          <w:tcPr>
            <w:tcW w:w="569" w:type="pct"/>
            <w:vAlign w:val="center"/>
          </w:tcPr>
          <w:p w14:paraId="00536415"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7.42 (3.88 to 10.97)</w:t>
            </w:r>
          </w:p>
        </w:tc>
        <w:tc>
          <w:tcPr>
            <w:tcW w:w="600" w:type="pct"/>
            <w:shd w:val="clear" w:color="auto" w:fill="C6C6C6"/>
            <w:noWrap/>
            <w:vAlign w:val="center"/>
          </w:tcPr>
          <w:p w14:paraId="1A331881"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p>
        </w:tc>
        <w:tc>
          <w:tcPr>
            <w:tcW w:w="540" w:type="pct"/>
            <w:vAlign w:val="center"/>
          </w:tcPr>
          <w:p w14:paraId="353FBA0C"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1.81 (-0.45 to 4.06)</w:t>
            </w:r>
          </w:p>
        </w:tc>
        <w:tc>
          <w:tcPr>
            <w:tcW w:w="534" w:type="pct"/>
            <w:vAlign w:val="center"/>
          </w:tcPr>
          <w:p w14:paraId="68D13482"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5.97 (4.51 to 7.45)</w:t>
            </w:r>
          </w:p>
        </w:tc>
      </w:tr>
      <w:tr w:rsidR="00094F25" w:rsidRPr="00EB75F0" w14:paraId="4B032D19" w14:textId="77777777" w:rsidTr="00106D63">
        <w:trPr>
          <w:trHeight w:val="288"/>
        </w:trPr>
        <w:tc>
          <w:tcPr>
            <w:tcW w:w="418" w:type="pct"/>
            <w:vAlign w:val="center"/>
            <w:hideMark/>
          </w:tcPr>
          <w:p w14:paraId="4E992CC5" w14:textId="77777777" w:rsidR="001844C5" w:rsidRPr="00EB75F0" w:rsidRDefault="001844C5" w:rsidP="00094F2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569" w:type="pct"/>
            <w:vAlign w:val="center"/>
          </w:tcPr>
          <w:p w14:paraId="65575915" w14:textId="77777777" w:rsidR="001844C5" w:rsidRPr="00EB75F0" w:rsidRDefault="001844C5" w:rsidP="00094F2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1.58 (-0.72 to 3.88)</w:t>
            </w:r>
          </w:p>
        </w:tc>
        <w:tc>
          <w:tcPr>
            <w:tcW w:w="570" w:type="pct"/>
            <w:vAlign w:val="center"/>
          </w:tcPr>
          <w:p w14:paraId="63015A76" w14:textId="77777777" w:rsidR="001844C5" w:rsidRPr="00EB75F0" w:rsidRDefault="001844C5" w:rsidP="00094F2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3.62 (1.34 to 5.89)</w:t>
            </w:r>
          </w:p>
        </w:tc>
        <w:tc>
          <w:tcPr>
            <w:tcW w:w="569" w:type="pct"/>
            <w:vAlign w:val="center"/>
          </w:tcPr>
          <w:p w14:paraId="45F846EB" w14:textId="77777777" w:rsidR="001844C5" w:rsidRPr="00EB75F0" w:rsidRDefault="001844C5" w:rsidP="00094F2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3.64 (1.24 to 6.03)</w:t>
            </w:r>
          </w:p>
        </w:tc>
        <w:tc>
          <w:tcPr>
            <w:tcW w:w="631" w:type="pct"/>
            <w:shd w:val="clear" w:color="auto" w:fill="CFEDFF"/>
            <w:vAlign w:val="center"/>
          </w:tcPr>
          <w:p w14:paraId="60C58E58" w14:textId="77777777" w:rsidR="001844C5" w:rsidRPr="00EB75F0" w:rsidRDefault="001844C5" w:rsidP="00094F2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-1.25 (-4.42 to 1.9)</w:t>
            </w:r>
          </w:p>
        </w:tc>
        <w:tc>
          <w:tcPr>
            <w:tcW w:w="569" w:type="pct"/>
            <w:vAlign w:val="center"/>
          </w:tcPr>
          <w:p w14:paraId="15F2B22B" w14:textId="77777777" w:rsidR="001844C5" w:rsidRPr="00EB75F0" w:rsidRDefault="001844C5" w:rsidP="00094F2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5.6 (1.85 to 9.36)</w:t>
            </w:r>
          </w:p>
        </w:tc>
        <w:tc>
          <w:tcPr>
            <w:tcW w:w="600" w:type="pct"/>
            <w:vAlign w:val="center"/>
          </w:tcPr>
          <w:p w14:paraId="1AA9DA30" w14:textId="77777777" w:rsidR="001844C5" w:rsidRPr="00EB75F0" w:rsidRDefault="001844C5" w:rsidP="00094F2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-1.81 (-4.06 to 0.45)</w:t>
            </w:r>
          </w:p>
        </w:tc>
        <w:tc>
          <w:tcPr>
            <w:tcW w:w="540" w:type="pct"/>
            <w:shd w:val="clear" w:color="auto" w:fill="C6C6C6"/>
            <w:noWrap/>
            <w:vAlign w:val="center"/>
          </w:tcPr>
          <w:p w14:paraId="0124309E" w14:textId="77777777" w:rsidR="001844C5" w:rsidRPr="00EB75F0" w:rsidRDefault="001844C5" w:rsidP="00094F25">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534" w:type="pct"/>
            <w:vAlign w:val="center"/>
          </w:tcPr>
          <w:p w14:paraId="6469D452" w14:textId="77777777" w:rsidR="001844C5" w:rsidRPr="00EB75F0" w:rsidRDefault="001844C5" w:rsidP="00094F2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4.17 (2.26 to 6.08)</w:t>
            </w:r>
          </w:p>
        </w:tc>
      </w:tr>
      <w:tr w:rsidR="0013674C" w:rsidRPr="00EB75F0" w14:paraId="5A25F50E" w14:textId="77777777" w:rsidTr="00106D63">
        <w:trPr>
          <w:trHeight w:val="288"/>
        </w:trPr>
        <w:tc>
          <w:tcPr>
            <w:tcW w:w="418" w:type="pct"/>
            <w:vAlign w:val="center"/>
            <w:hideMark/>
          </w:tcPr>
          <w:p w14:paraId="53E5FF2F"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569" w:type="pct"/>
            <w:vAlign w:val="center"/>
          </w:tcPr>
          <w:p w14:paraId="397B8584"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-2.59 (-4.07 to -1.11)</w:t>
            </w:r>
          </w:p>
        </w:tc>
        <w:tc>
          <w:tcPr>
            <w:tcW w:w="570" w:type="pct"/>
            <w:vAlign w:val="center"/>
          </w:tcPr>
          <w:p w14:paraId="52BDF1D1"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-0.55 (-2.35 to 1.26)</w:t>
            </w:r>
          </w:p>
        </w:tc>
        <w:tc>
          <w:tcPr>
            <w:tcW w:w="569" w:type="pct"/>
            <w:vAlign w:val="center"/>
          </w:tcPr>
          <w:p w14:paraId="5BF2C919"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-0.53 (-2.14 to 1.1)</w:t>
            </w:r>
          </w:p>
        </w:tc>
        <w:tc>
          <w:tcPr>
            <w:tcW w:w="631" w:type="pct"/>
            <w:shd w:val="clear" w:color="auto" w:fill="CFEDFF"/>
            <w:vAlign w:val="center"/>
          </w:tcPr>
          <w:p w14:paraId="0C19ACAF"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-5.42 (-8.08 to -2.76)</w:t>
            </w:r>
          </w:p>
        </w:tc>
        <w:tc>
          <w:tcPr>
            <w:tcW w:w="569" w:type="pct"/>
            <w:vAlign w:val="center"/>
          </w:tcPr>
          <w:p w14:paraId="50027EEE"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1.44 (-1.9 to 4.76)</w:t>
            </w:r>
          </w:p>
        </w:tc>
        <w:tc>
          <w:tcPr>
            <w:tcW w:w="600" w:type="pct"/>
            <w:vAlign w:val="center"/>
          </w:tcPr>
          <w:p w14:paraId="0ACC43A3"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w:t>
            </w:r>
            <w:r w:rsidRPr="00EB75F0">
              <w:rPr>
                <w:rFonts w:asciiTheme="majorHAnsi" w:hAnsiTheme="majorHAnsi" w:cstheme="majorHAnsi"/>
                <w:b/>
                <w:bCs/>
                <w:sz w:val="16"/>
                <w:szCs w:val="16"/>
              </w:rPr>
              <w:t>5.97 (-7.45 to -4.51)</w:t>
            </w:r>
          </w:p>
        </w:tc>
        <w:tc>
          <w:tcPr>
            <w:tcW w:w="540" w:type="pct"/>
            <w:vAlign w:val="center"/>
          </w:tcPr>
          <w:p w14:paraId="594B6927" w14:textId="77777777" w:rsidR="001844C5" w:rsidRPr="00EB75F0" w:rsidRDefault="001844C5" w:rsidP="00094F2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-4.17 (-6.08 to -2.26)</w:t>
            </w:r>
          </w:p>
        </w:tc>
        <w:tc>
          <w:tcPr>
            <w:tcW w:w="534" w:type="pct"/>
            <w:shd w:val="clear" w:color="auto" w:fill="C6C6C6"/>
            <w:noWrap/>
            <w:vAlign w:val="center"/>
          </w:tcPr>
          <w:p w14:paraId="3D0DEC10" w14:textId="77777777" w:rsidR="001844C5" w:rsidRPr="00EB75F0" w:rsidRDefault="001844C5" w:rsidP="00094F25">
            <w:pPr>
              <w:spacing w:before="0" w:after="0" w:line="240" w:lineRule="auto"/>
              <w:contextualSpacing/>
              <w:rPr>
                <w:rFonts w:asciiTheme="majorHAnsi" w:eastAsia="Times New Roman" w:hAnsiTheme="majorHAnsi" w:cstheme="majorHAnsi"/>
                <w:color w:val="000000"/>
                <w:sz w:val="16"/>
                <w:szCs w:val="16"/>
                <w:lang w:eastAsia="zh-TW"/>
              </w:rPr>
            </w:pPr>
          </w:p>
        </w:tc>
      </w:tr>
      <w:tr w:rsidR="001844C5" w:rsidRPr="00EB75F0" w14:paraId="61EF0C17" w14:textId="77777777" w:rsidTr="007C010D">
        <w:trPr>
          <w:trHeight w:val="133"/>
        </w:trPr>
        <w:tc>
          <w:tcPr>
            <w:tcW w:w="5000" w:type="pct"/>
            <w:gridSpan w:val="9"/>
          </w:tcPr>
          <w:p w14:paraId="7D3712B8" w14:textId="4E39F6C6" w:rsidR="001844C5" w:rsidRPr="00EB75F0" w:rsidRDefault="001844C5" w:rsidP="00C32B29">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w:t>
            </w:r>
            <w:r w:rsidR="003504EA" w:rsidRPr="00EB75F0">
              <w:rPr>
                <w:rFonts w:asciiTheme="majorHAnsi" w:hAnsiTheme="majorHAnsi" w:cstheme="majorHAnsi"/>
                <w:sz w:val="16"/>
                <w:szCs w:val="16"/>
              </w:rPr>
              <w:t>MD, mean difference</w:t>
            </w:r>
            <w:r w:rsidR="00C954FA"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C954FA" w:rsidRPr="00EB75F0">
              <w:rPr>
                <w:rFonts w:asciiTheme="majorHAnsi" w:eastAsia="Times New Roman" w:hAnsiTheme="majorHAnsi" w:cstheme="majorHAnsi"/>
                <w:color w:val="000000"/>
                <w:sz w:val="16"/>
                <w:szCs w:val="16"/>
                <w:lang w:eastAsia="zh-TW"/>
              </w:rPr>
              <w:t xml:space="preserve">, </w:t>
            </w:r>
            <w:proofErr w:type="spellStart"/>
            <w:r w:rsidR="00C954FA" w:rsidRPr="00EB75F0">
              <w:rPr>
                <w:rFonts w:asciiTheme="majorHAnsi" w:hAnsiTheme="majorHAnsi" w:cstheme="majorHAnsi"/>
                <w:sz w:val="16"/>
                <w:szCs w:val="16"/>
              </w:rPr>
              <w:t>xanomeline</w:t>
            </w:r>
            <w:proofErr w:type="spellEnd"/>
            <w:r w:rsidR="00C954FA" w:rsidRPr="00EB75F0">
              <w:rPr>
                <w:rFonts w:asciiTheme="majorHAnsi" w:hAnsiTheme="majorHAnsi" w:cstheme="majorHAnsi"/>
                <w:sz w:val="16"/>
                <w:szCs w:val="16"/>
              </w:rPr>
              <w:t>/</w:t>
            </w:r>
            <w:proofErr w:type="spellStart"/>
            <w:r w:rsidR="00C954FA" w:rsidRPr="00EB75F0">
              <w:rPr>
                <w:rFonts w:asciiTheme="majorHAnsi" w:hAnsiTheme="majorHAnsi" w:cstheme="majorHAnsi"/>
                <w:sz w:val="16"/>
                <w:szCs w:val="16"/>
              </w:rPr>
              <w:t>trospium</w:t>
            </w:r>
            <w:proofErr w:type="spellEnd"/>
            <w:r w:rsidR="00C954FA" w:rsidRPr="00EB75F0">
              <w:rPr>
                <w:rFonts w:asciiTheme="majorHAnsi" w:hAnsiTheme="majorHAnsi" w:cstheme="majorHAnsi"/>
                <w:sz w:val="16"/>
                <w:szCs w:val="16"/>
              </w:rPr>
              <w:t xml:space="preserve"> chloride</w:t>
            </w:r>
          </w:p>
          <w:p w14:paraId="44D6079E" w14:textId="20BCF4B4" w:rsidR="001844C5" w:rsidRPr="00EB75F0" w:rsidRDefault="001844C5" w:rsidP="00C32B29">
            <w:pPr>
              <w:spacing w:before="0" w:after="0" w:line="240" w:lineRule="auto"/>
              <w:contextualSpacing/>
              <w:rPr>
                <w:rFonts w:asciiTheme="majorHAnsi" w:eastAsia="Times New Roman" w:hAnsiTheme="majorHAnsi" w:cstheme="majorHAnsi"/>
                <w:color w:val="000000"/>
                <w:sz w:val="14"/>
                <w:szCs w:val="14"/>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00C954FA" w:rsidRPr="00EB75F0">
              <w:rPr>
                <w:rFonts w:asciiTheme="majorHAnsi" w:hAnsiTheme="majorHAnsi" w:cstheme="majorHAnsi"/>
                <w:sz w:val="16"/>
                <w:szCs w:val="16"/>
              </w:rPr>
              <w:t xml:space="preserve"> </w:t>
            </w:r>
            <w:r w:rsidRPr="00EB75F0">
              <w:rPr>
                <w:rFonts w:asciiTheme="majorHAnsi" w:hAnsiTheme="majorHAnsi" w:cstheme="majorHAnsi"/>
                <w:sz w:val="16"/>
                <w:szCs w:val="16"/>
              </w:rPr>
              <w:t xml:space="preserve">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3C30C89C" w14:textId="77777777" w:rsidR="00B315FC" w:rsidRPr="00EB75F0" w:rsidRDefault="00B315FC">
      <w:pPr>
        <w:spacing w:before="0" w:after="200" w:line="276" w:lineRule="auto"/>
      </w:pPr>
    </w:p>
    <w:p w14:paraId="16A59420" w14:textId="6B795AA4" w:rsidR="00DB2FF3" w:rsidRPr="00EB75F0" w:rsidRDefault="00A06AE8" w:rsidP="00996746">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4</w:t>
        </w:r>
      </w:fldSimple>
      <w:r w:rsidR="00DB2FF3" w:rsidRPr="00EB75F0">
        <w:t>:</w:t>
      </w:r>
      <w:r w:rsidR="00A86344" w:rsidRPr="00EB75F0">
        <w:t xml:space="preserve"> Change from baseline total PANSS score – League table – random-effects model, </w:t>
      </w:r>
      <w:r w:rsidR="00586FF1" w:rsidRPr="00EB75F0">
        <w:t xml:space="preserve">sensitivity analysis excluding studies with predominantly Asian populations </w:t>
      </w:r>
      <w:r w:rsidR="00A86344" w:rsidRPr="00EB75F0">
        <w:t xml:space="preserve">– MD (95% </w:t>
      </w:r>
      <w:proofErr w:type="spellStart"/>
      <w:r w:rsidR="00A86344" w:rsidRPr="00EB75F0">
        <w:t>CrI</w:t>
      </w:r>
      <w:proofErr w:type="spellEnd"/>
      <w:r w:rsidR="00A86344" w:rsidRPr="00EB75F0">
        <w:t>)</w:t>
      </w:r>
    </w:p>
    <w:tbl>
      <w:tblPr>
        <w:tblStyle w:val="Lumanitytable"/>
        <w:tblW w:w="5155" w:type="pct"/>
        <w:tblLayout w:type="fixed"/>
        <w:tblLook w:val="04A0" w:firstRow="1" w:lastRow="0" w:firstColumn="1" w:lastColumn="0" w:noHBand="0" w:noVBand="1"/>
      </w:tblPr>
      <w:tblGrid>
        <w:gridCol w:w="1256"/>
        <w:gridCol w:w="1709"/>
        <w:gridCol w:w="1711"/>
        <w:gridCol w:w="1708"/>
        <w:gridCol w:w="1891"/>
        <w:gridCol w:w="1711"/>
        <w:gridCol w:w="1798"/>
        <w:gridCol w:w="1621"/>
        <w:gridCol w:w="1606"/>
      </w:tblGrid>
      <w:tr w:rsidR="00DD4BAD" w:rsidRPr="00EB75F0" w14:paraId="0B0CFC22" w14:textId="77777777" w:rsidTr="00B717B6">
        <w:trPr>
          <w:cnfStyle w:val="100000000000" w:firstRow="1" w:lastRow="0" w:firstColumn="0" w:lastColumn="0" w:oddVBand="0" w:evenVBand="0" w:oddHBand="0" w:evenHBand="0" w:firstRowFirstColumn="0" w:firstRowLastColumn="0" w:lastRowFirstColumn="0" w:lastRowLastColumn="0"/>
          <w:trHeight w:val="39"/>
          <w:tblHeader/>
        </w:trPr>
        <w:tc>
          <w:tcPr>
            <w:tcW w:w="418" w:type="pct"/>
            <w:hideMark/>
          </w:tcPr>
          <w:p w14:paraId="421AAB4F" w14:textId="77777777" w:rsidR="00DD4BAD" w:rsidRPr="00EB75F0" w:rsidRDefault="00DD4BA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569" w:type="pct"/>
            <w:hideMark/>
          </w:tcPr>
          <w:p w14:paraId="142ABDC9" w14:textId="77777777" w:rsidR="00DD4BAD" w:rsidRPr="00EB75F0" w:rsidRDefault="00DD4BA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570" w:type="pct"/>
            <w:hideMark/>
          </w:tcPr>
          <w:p w14:paraId="46BF7174" w14:textId="77777777" w:rsidR="00DD4BAD" w:rsidRPr="00EB75F0" w:rsidRDefault="00DD4BA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569" w:type="pct"/>
            <w:hideMark/>
          </w:tcPr>
          <w:p w14:paraId="39705A24" w14:textId="77777777" w:rsidR="00DD4BAD" w:rsidRPr="00EB75F0" w:rsidRDefault="00DD4BA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630" w:type="pct"/>
            <w:hideMark/>
          </w:tcPr>
          <w:p w14:paraId="263ED93E" w14:textId="0C047104" w:rsidR="00DD4BAD" w:rsidRPr="00EB75F0" w:rsidRDefault="009A3EC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570" w:type="pct"/>
            <w:hideMark/>
          </w:tcPr>
          <w:p w14:paraId="5420E1E9" w14:textId="77777777" w:rsidR="00DD4BAD" w:rsidRPr="00EB75F0" w:rsidRDefault="00DD4BA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599" w:type="pct"/>
            <w:hideMark/>
          </w:tcPr>
          <w:p w14:paraId="0C877EF1" w14:textId="77777777" w:rsidR="00DD4BAD" w:rsidRPr="00EB75F0" w:rsidRDefault="00DD4BA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540" w:type="pct"/>
            <w:hideMark/>
          </w:tcPr>
          <w:p w14:paraId="451D881E" w14:textId="77777777" w:rsidR="00DD4BAD" w:rsidRPr="00EB75F0" w:rsidRDefault="00DD4BA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535" w:type="pct"/>
            <w:hideMark/>
          </w:tcPr>
          <w:p w14:paraId="18FBB2F4" w14:textId="77777777" w:rsidR="00DD4BAD" w:rsidRPr="00EB75F0" w:rsidRDefault="00DD4BA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13674C" w:rsidRPr="00EB75F0" w14:paraId="214F3309" w14:textId="77777777" w:rsidTr="00DD4BAD">
        <w:trPr>
          <w:trHeight w:val="288"/>
        </w:trPr>
        <w:tc>
          <w:tcPr>
            <w:tcW w:w="418" w:type="pct"/>
            <w:vAlign w:val="center"/>
            <w:hideMark/>
          </w:tcPr>
          <w:p w14:paraId="0C314E64"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569" w:type="pct"/>
            <w:vAlign w:val="center"/>
          </w:tcPr>
          <w:p w14:paraId="5A9901FB"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-7.21 (-9.98 to -4.36)</w:t>
            </w:r>
          </w:p>
        </w:tc>
        <w:tc>
          <w:tcPr>
            <w:tcW w:w="570" w:type="pct"/>
            <w:vAlign w:val="center"/>
          </w:tcPr>
          <w:p w14:paraId="3AEDE81B"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-5 (-8.86 to -1.13)</w:t>
            </w:r>
          </w:p>
        </w:tc>
        <w:tc>
          <w:tcPr>
            <w:tcW w:w="569" w:type="pct"/>
            <w:vAlign w:val="center"/>
          </w:tcPr>
          <w:p w14:paraId="53EE1931"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-6.07 (-9.81 to -2.28)</w:t>
            </w:r>
          </w:p>
        </w:tc>
        <w:tc>
          <w:tcPr>
            <w:tcW w:w="630" w:type="pct"/>
            <w:shd w:val="clear" w:color="auto" w:fill="CFEDFF"/>
            <w:vAlign w:val="center"/>
          </w:tcPr>
          <w:p w14:paraId="70494E48"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-10.14 (-15.01 to -5.34)</w:t>
            </w:r>
          </w:p>
        </w:tc>
        <w:tc>
          <w:tcPr>
            <w:tcW w:w="570" w:type="pct"/>
            <w:vAlign w:val="center"/>
          </w:tcPr>
          <w:p w14:paraId="474D060F"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-3.18 (-10.98 to 4.57)</w:t>
            </w:r>
          </w:p>
        </w:tc>
        <w:tc>
          <w:tcPr>
            <w:tcW w:w="599" w:type="pct"/>
            <w:vAlign w:val="center"/>
          </w:tcPr>
          <w:p w14:paraId="70EE487C"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-10.57 (-12.97 to -8.13)</w:t>
            </w:r>
          </w:p>
        </w:tc>
        <w:tc>
          <w:tcPr>
            <w:tcW w:w="540" w:type="pct"/>
            <w:vAlign w:val="center"/>
          </w:tcPr>
          <w:p w14:paraId="005FB17D"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-9.52 (-13.26 to -5.86)</w:t>
            </w:r>
          </w:p>
        </w:tc>
        <w:tc>
          <w:tcPr>
            <w:tcW w:w="535" w:type="pct"/>
            <w:vAlign w:val="center"/>
          </w:tcPr>
          <w:p w14:paraId="7228C660"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-7.01 (-9.71 to -4.38)</w:t>
            </w:r>
          </w:p>
        </w:tc>
      </w:tr>
      <w:tr w:rsidR="0013674C" w:rsidRPr="00EB75F0" w14:paraId="2BB2E1BF" w14:textId="77777777" w:rsidTr="00DD4BAD">
        <w:trPr>
          <w:trHeight w:val="288"/>
        </w:trPr>
        <w:tc>
          <w:tcPr>
            <w:tcW w:w="418" w:type="pct"/>
            <w:vAlign w:val="center"/>
            <w:hideMark/>
          </w:tcPr>
          <w:p w14:paraId="7665A02E"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569" w:type="pct"/>
            <w:shd w:val="clear" w:color="auto" w:fill="C6C6C6"/>
            <w:noWrap/>
            <w:vAlign w:val="center"/>
          </w:tcPr>
          <w:p w14:paraId="33BF0297"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vAlign w:val="center"/>
          </w:tcPr>
          <w:p w14:paraId="41D33AB0"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2.2 (-2.47 to 6.81)</w:t>
            </w:r>
          </w:p>
        </w:tc>
        <w:tc>
          <w:tcPr>
            <w:tcW w:w="569" w:type="pct"/>
            <w:vAlign w:val="center"/>
          </w:tcPr>
          <w:p w14:paraId="5F7F57FD"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1.14 (-3.3 to 5.52)</w:t>
            </w:r>
          </w:p>
        </w:tc>
        <w:tc>
          <w:tcPr>
            <w:tcW w:w="630" w:type="pct"/>
            <w:shd w:val="clear" w:color="auto" w:fill="CFEDFF"/>
            <w:vAlign w:val="center"/>
          </w:tcPr>
          <w:p w14:paraId="335F6DE3"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-2.94 (-8.61 to 2.6)</w:t>
            </w:r>
          </w:p>
        </w:tc>
        <w:tc>
          <w:tcPr>
            <w:tcW w:w="570" w:type="pct"/>
            <w:vAlign w:val="center"/>
          </w:tcPr>
          <w:p w14:paraId="6F07634C"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4.02 (-4.36 to 12.26)</w:t>
            </w:r>
          </w:p>
        </w:tc>
        <w:tc>
          <w:tcPr>
            <w:tcW w:w="599" w:type="pct"/>
            <w:vAlign w:val="center"/>
          </w:tcPr>
          <w:p w14:paraId="09793F8B"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-3.36 (-6.7 to -0.07)</w:t>
            </w:r>
          </w:p>
        </w:tc>
        <w:tc>
          <w:tcPr>
            <w:tcW w:w="540" w:type="pct"/>
            <w:vAlign w:val="center"/>
          </w:tcPr>
          <w:p w14:paraId="0B875E63"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-2.33 (-6.99 to 2.2)</w:t>
            </w:r>
          </w:p>
        </w:tc>
        <w:tc>
          <w:tcPr>
            <w:tcW w:w="535" w:type="pct"/>
            <w:vAlign w:val="center"/>
          </w:tcPr>
          <w:p w14:paraId="633CB9DB"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 (-3.57 to 3.81)</w:t>
            </w:r>
          </w:p>
        </w:tc>
      </w:tr>
      <w:tr w:rsidR="0013674C" w:rsidRPr="00EB75F0" w14:paraId="7C3148BA" w14:textId="77777777" w:rsidTr="00DD4BAD">
        <w:trPr>
          <w:trHeight w:val="288"/>
        </w:trPr>
        <w:tc>
          <w:tcPr>
            <w:tcW w:w="418" w:type="pct"/>
            <w:vAlign w:val="center"/>
            <w:hideMark/>
          </w:tcPr>
          <w:p w14:paraId="088B3867"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569" w:type="pct"/>
            <w:vAlign w:val="center"/>
          </w:tcPr>
          <w:p w14:paraId="5FFF7CFD"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-2.2 (-6.81 to 2.47)</w:t>
            </w:r>
          </w:p>
        </w:tc>
        <w:tc>
          <w:tcPr>
            <w:tcW w:w="570" w:type="pct"/>
            <w:shd w:val="clear" w:color="auto" w:fill="C6C6C6"/>
            <w:noWrap/>
            <w:vAlign w:val="center"/>
          </w:tcPr>
          <w:p w14:paraId="676AF13D"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p>
        </w:tc>
        <w:tc>
          <w:tcPr>
            <w:tcW w:w="569" w:type="pct"/>
            <w:vAlign w:val="center"/>
          </w:tcPr>
          <w:p w14:paraId="0CB5B09E"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-1.06 (-6.46 to 4.3)</w:t>
            </w:r>
          </w:p>
        </w:tc>
        <w:tc>
          <w:tcPr>
            <w:tcW w:w="630" w:type="pct"/>
            <w:shd w:val="clear" w:color="auto" w:fill="CFEDFF"/>
            <w:vAlign w:val="center"/>
          </w:tcPr>
          <w:p w14:paraId="31454FC0"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-5.14 (-11.37 to 1.03)</w:t>
            </w:r>
          </w:p>
        </w:tc>
        <w:tc>
          <w:tcPr>
            <w:tcW w:w="570" w:type="pct"/>
            <w:vAlign w:val="center"/>
          </w:tcPr>
          <w:p w14:paraId="4B1154FD"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1.84 (-6.87 to 10.49)</w:t>
            </w:r>
          </w:p>
        </w:tc>
        <w:tc>
          <w:tcPr>
            <w:tcW w:w="599" w:type="pct"/>
            <w:vAlign w:val="center"/>
          </w:tcPr>
          <w:p w14:paraId="72F63863"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-5.56 (-10.1 to -1.03)</w:t>
            </w:r>
          </w:p>
        </w:tc>
        <w:tc>
          <w:tcPr>
            <w:tcW w:w="540" w:type="pct"/>
            <w:vAlign w:val="center"/>
          </w:tcPr>
          <w:p w14:paraId="6ADE1CEE"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-4.51 (-9.53 to 0.36)</w:t>
            </w:r>
          </w:p>
        </w:tc>
        <w:tc>
          <w:tcPr>
            <w:tcW w:w="535" w:type="pct"/>
            <w:vAlign w:val="center"/>
          </w:tcPr>
          <w:p w14:paraId="6608D71C"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-2.01 (-6.69 to 2.62)</w:t>
            </w:r>
          </w:p>
        </w:tc>
      </w:tr>
      <w:tr w:rsidR="0013674C" w:rsidRPr="00EB75F0" w14:paraId="2F2AE909" w14:textId="77777777" w:rsidTr="00DD4BAD">
        <w:trPr>
          <w:trHeight w:val="288"/>
        </w:trPr>
        <w:tc>
          <w:tcPr>
            <w:tcW w:w="418" w:type="pct"/>
            <w:vAlign w:val="center"/>
            <w:hideMark/>
          </w:tcPr>
          <w:p w14:paraId="09BFF592"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569" w:type="pct"/>
            <w:vAlign w:val="center"/>
          </w:tcPr>
          <w:p w14:paraId="243C8808"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-1.14 (-5.52 to 3.3)</w:t>
            </w:r>
          </w:p>
        </w:tc>
        <w:tc>
          <w:tcPr>
            <w:tcW w:w="570" w:type="pct"/>
            <w:vAlign w:val="center"/>
          </w:tcPr>
          <w:p w14:paraId="413B51E7"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1.06 (-4.3 to 6.46)</w:t>
            </w:r>
          </w:p>
        </w:tc>
        <w:tc>
          <w:tcPr>
            <w:tcW w:w="569" w:type="pct"/>
            <w:shd w:val="clear" w:color="auto" w:fill="C6C6C6"/>
            <w:noWrap/>
            <w:vAlign w:val="center"/>
          </w:tcPr>
          <w:p w14:paraId="1BC1F133"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p>
        </w:tc>
        <w:tc>
          <w:tcPr>
            <w:tcW w:w="630" w:type="pct"/>
            <w:shd w:val="clear" w:color="auto" w:fill="CFEDFF"/>
            <w:vAlign w:val="center"/>
          </w:tcPr>
          <w:p w14:paraId="7A4EE2AD"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-4.08 (-10.23 to 2.01)</w:t>
            </w:r>
          </w:p>
        </w:tc>
        <w:tc>
          <w:tcPr>
            <w:tcW w:w="570" w:type="pct"/>
            <w:vAlign w:val="center"/>
          </w:tcPr>
          <w:p w14:paraId="3F5B0D0B"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2.89 (-5.81 to 11.52)</w:t>
            </w:r>
          </w:p>
        </w:tc>
        <w:tc>
          <w:tcPr>
            <w:tcW w:w="599" w:type="pct"/>
            <w:vAlign w:val="center"/>
          </w:tcPr>
          <w:p w14:paraId="23104520"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-4.51 (-8.9 to -0.08)</w:t>
            </w:r>
          </w:p>
        </w:tc>
        <w:tc>
          <w:tcPr>
            <w:tcW w:w="540" w:type="pct"/>
            <w:vAlign w:val="center"/>
          </w:tcPr>
          <w:p w14:paraId="4238A634"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-3.46 (-8.73 to 1.73)</w:t>
            </w:r>
          </w:p>
        </w:tc>
        <w:tc>
          <w:tcPr>
            <w:tcW w:w="535" w:type="pct"/>
            <w:vAlign w:val="center"/>
          </w:tcPr>
          <w:p w14:paraId="124D00F8"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(-5.34 to 3.37)</w:t>
            </w:r>
          </w:p>
        </w:tc>
      </w:tr>
      <w:tr w:rsidR="0013674C" w:rsidRPr="00EB75F0" w14:paraId="37BA721D" w14:textId="77777777" w:rsidTr="00DD4BAD">
        <w:trPr>
          <w:trHeight w:val="288"/>
        </w:trPr>
        <w:tc>
          <w:tcPr>
            <w:tcW w:w="418" w:type="pct"/>
            <w:vAlign w:val="center"/>
            <w:hideMark/>
          </w:tcPr>
          <w:p w14:paraId="1C3AC7ED" w14:textId="21704ED7" w:rsidR="00DD4BAD" w:rsidRPr="00EB75F0" w:rsidRDefault="009A3ECD" w:rsidP="00DD4BA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569" w:type="pct"/>
            <w:vAlign w:val="center"/>
          </w:tcPr>
          <w:p w14:paraId="161497C8"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2.94 (-2.6 to 8.61)</w:t>
            </w:r>
          </w:p>
        </w:tc>
        <w:tc>
          <w:tcPr>
            <w:tcW w:w="570" w:type="pct"/>
            <w:vAlign w:val="center"/>
          </w:tcPr>
          <w:p w14:paraId="2F0F8E7A"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5.14 (-1.03 to 11.37)</w:t>
            </w:r>
          </w:p>
        </w:tc>
        <w:tc>
          <w:tcPr>
            <w:tcW w:w="569" w:type="pct"/>
            <w:vAlign w:val="center"/>
          </w:tcPr>
          <w:p w14:paraId="02D9A85B"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4.08 (-2.01 to 10.23)</w:t>
            </w:r>
          </w:p>
        </w:tc>
        <w:tc>
          <w:tcPr>
            <w:tcW w:w="630" w:type="pct"/>
            <w:shd w:val="clear" w:color="auto" w:fill="C6C6C6"/>
            <w:noWrap/>
            <w:vAlign w:val="center"/>
          </w:tcPr>
          <w:p w14:paraId="731C49DA"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vAlign w:val="center"/>
          </w:tcPr>
          <w:p w14:paraId="1F4A2324"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6.95 (-2.2 to 16.11)</w:t>
            </w:r>
          </w:p>
        </w:tc>
        <w:tc>
          <w:tcPr>
            <w:tcW w:w="599" w:type="pct"/>
            <w:vAlign w:val="center"/>
          </w:tcPr>
          <w:p w14:paraId="7A32D8B1"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-0.42 (-5.79 to 5.04)</w:t>
            </w:r>
          </w:p>
        </w:tc>
        <w:tc>
          <w:tcPr>
            <w:tcW w:w="540" w:type="pct"/>
            <w:vAlign w:val="center"/>
          </w:tcPr>
          <w:p w14:paraId="0BAFFC7C"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0.63 (-5.48 to 6.67)</w:t>
            </w:r>
          </w:p>
        </w:tc>
        <w:tc>
          <w:tcPr>
            <w:tcW w:w="535" w:type="pct"/>
            <w:vAlign w:val="center"/>
          </w:tcPr>
          <w:p w14:paraId="7975D006"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3.14 (-2.37 to 8.63)</w:t>
            </w:r>
          </w:p>
        </w:tc>
      </w:tr>
      <w:tr w:rsidR="0013674C" w:rsidRPr="00EB75F0" w14:paraId="170A66CA" w14:textId="77777777" w:rsidTr="00DD4BAD">
        <w:trPr>
          <w:trHeight w:val="288"/>
        </w:trPr>
        <w:tc>
          <w:tcPr>
            <w:tcW w:w="418" w:type="pct"/>
            <w:vAlign w:val="center"/>
            <w:hideMark/>
          </w:tcPr>
          <w:p w14:paraId="06B886CC"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569" w:type="pct"/>
            <w:vAlign w:val="center"/>
          </w:tcPr>
          <w:p w14:paraId="701805CA"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-4.02 (-12.26 to 4.36)</w:t>
            </w:r>
          </w:p>
        </w:tc>
        <w:tc>
          <w:tcPr>
            <w:tcW w:w="570" w:type="pct"/>
            <w:vAlign w:val="center"/>
          </w:tcPr>
          <w:p w14:paraId="64A313BC"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-1.84 (-10.49 to 6.87)</w:t>
            </w:r>
          </w:p>
        </w:tc>
        <w:tc>
          <w:tcPr>
            <w:tcW w:w="569" w:type="pct"/>
            <w:vAlign w:val="center"/>
          </w:tcPr>
          <w:p w14:paraId="5F390F27"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-2.89 (-11.52 to 5.81)</w:t>
            </w:r>
          </w:p>
        </w:tc>
        <w:tc>
          <w:tcPr>
            <w:tcW w:w="630" w:type="pct"/>
            <w:shd w:val="clear" w:color="auto" w:fill="CFEDFF"/>
            <w:vAlign w:val="center"/>
          </w:tcPr>
          <w:p w14:paraId="2B072EAD"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-6.95 (-16.11 to 2.2)</w:t>
            </w:r>
          </w:p>
        </w:tc>
        <w:tc>
          <w:tcPr>
            <w:tcW w:w="570" w:type="pct"/>
            <w:shd w:val="clear" w:color="auto" w:fill="C6C6C6"/>
            <w:noWrap/>
            <w:vAlign w:val="center"/>
          </w:tcPr>
          <w:p w14:paraId="4D965EB7"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p>
        </w:tc>
        <w:tc>
          <w:tcPr>
            <w:tcW w:w="599" w:type="pct"/>
            <w:vAlign w:val="center"/>
          </w:tcPr>
          <w:p w14:paraId="1CBC7158"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-7.39 (-15.53 to 0.81)</w:t>
            </w:r>
          </w:p>
        </w:tc>
        <w:tc>
          <w:tcPr>
            <w:tcW w:w="540" w:type="pct"/>
            <w:vAlign w:val="center"/>
          </w:tcPr>
          <w:p w14:paraId="0454EECD"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-6.33 (-14.99 to 2.22)</w:t>
            </w:r>
          </w:p>
        </w:tc>
        <w:tc>
          <w:tcPr>
            <w:tcW w:w="535" w:type="pct"/>
            <w:vAlign w:val="center"/>
          </w:tcPr>
          <w:p w14:paraId="4959D9EE"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-3.83 (-12.08 to 4.36)</w:t>
            </w:r>
          </w:p>
        </w:tc>
      </w:tr>
      <w:tr w:rsidR="0013674C" w:rsidRPr="00EB75F0" w14:paraId="46C4E7BA" w14:textId="77777777" w:rsidTr="00DD4BAD">
        <w:trPr>
          <w:trHeight w:val="288"/>
        </w:trPr>
        <w:tc>
          <w:tcPr>
            <w:tcW w:w="418" w:type="pct"/>
            <w:vAlign w:val="center"/>
            <w:hideMark/>
          </w:tcPr>
          <w:p w14:paraId="0516195F"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569" w:type="pct"/>
            <w:vAlign w:val="center"/>
          </w:tcPr>
          <w:p w14:paraId="3BD7F7A7"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3.36 (0.07 to 6.7)</w:t>
            </w:r>
          </w:p>
        </w:tc>
        <w:tc>
          <w:tcPr>
            <w:tcW w:w="570" w:type="pct"/>
            <w:vAlign w:val="center"/>
          </w:tcPr>
          <w:p w14:paraId="6744869A"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5.56 (1.03 to 10.1)</w:t>
            </w:r>
          </w:p>
        </w:tc>
        <w:tc>
          <w:tcPr>
            <w:tcW w:w="569" w:type="pct"/>
            <w:vAlign w:val="center"/>
          </w:tcPr>
          <w:p w14:paraId="4AEC9FFB"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4.51 (0.08 to 8.9)</w:t>
            </w:r>
          </w:p>
        </w:tc>
        <w:tc>
          <w:tcPr>
            <w:tcW w:w="630" w:type="pct"/>
            <w:shd w:val="clear" w:color="auto" w:fill="CFEDFF"/>
            <w:vAlign w:val="center"/>
          </w:tcPr>
          <w:p w14:paraId="72C23872"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0.42 (-5.04 to 5.79)</w:t>
            </w:r>
          </w:p>
        </w:tc>
        <w:tc>
          <w:tcPr>
            <w:tcW w:w="570" w:type="pct"/>
            <w:vAlign w:val="center"/>
          </w:tcPr>
          <w:p w14:paraId="1FFC6C92"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7.39 (-0.81 to 15.53)</w:t>
            </w:r>
          </w:p>
        </w:tc>
        <w:tc>
          <w:tcPr>
            <w:tcW w:w="599" w:type="pct"/>
            <w:shd w:val="clear" w:color="auto" w:fill="C6C6C6"/>
            <w:noWrap/>
            <w:vAlign w:val="center"/>
          </w:tcPr>
          <w:p w14:paraId="31DDD9F5"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p>
        </w:tc>
        <w:tc>
          <w:tcPr>
            <w:tcW w:w="540" w:type="pct"/>
            <w:vAlign w:val="center"/>
          </w:tcPr>
          <w:p w14:paraId="26FF5955"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1.04 (-3.32 to 5.31)</w:t>
            </w:r>
          </w:p>
        </w:tc>
        <w:tc>
          <w:tcPr>
            <w:tcW w:w="535" w:type="pct"/>
            <w:vAlign w:val="center"/>
          </w:tcPr>
          <w:p w14:paraId="2D12D6BD"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3.55 (-0.01 to 7.02)</w:t>
            </w:r>
          </w:p>
        </w:tc>
      </w:tr>
      <w:tr w:rsidR="0013674C" w:rsidRPr="00EB75F0" w14:paraId="5F931C1C" w14:textId="77777777" w:rsidTr="00DD4BAD">
        <w:trPr>
          <w:trHeight w:val="288"/>
        </w:trPr>
        <w:tc>
          <w:tcPr>
            <w:tcW w:w="418" w:type="pct"/>
            <w:vAlign w:val="center"/>
            <w:hideMark/>
          </w:tcPr>
          <w:p w14:paraId="0AFAA6F6" w14:textId="77777777" w:rsidR="00DD4BAD" w:rsidRPr="00EB75F0" w:rsidRDefault="00DD4BAD" w:rsidP="00DD4BA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569" w:type="pct"/>
            <w:vAlign w:val="center"/>
          </w:tcPr>
          <w:p w14:paraId="4CE3DD6B" w14:textId="77777777" w:rsidR="00DD4BAD" w:rsidRPr="00EB75F0" w:rsidRDefault="00DD4BAD" w:rsidP="00DD4BA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2.33 (-2.2 to 6.99)</w:t>
            </w:r>
          </w:p>
        </w:tc>
        <w:tc>
          <w:tcPr>
            <w:tcW w:w="570" w:type="pct"/>
            <w:vAlign w:val="center"/>
          </w:tcPr>
          <w:p w14:paraId="5CB23899" w14:textId="77777777" w:rsidR="00DD4BAD" w:rsidRPr="00EB75F0" w:rsidRDefault="00DD4BAD" w:rsidP="00DD4BA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4.51 (-0.36 to 9.53)</w:t>
            </w:r>
          </w:p>
        </w:tc>
        <w:tc>
          <w:tcPr>
            <w:tcW w:w="569" w:type="pct"/>
            <w:vAlign w:val="center"/>
          </w:tcPr>
          <w:p w14:paraId="3C32208C" w14:textId="77777777" w:rsidR="00DD4BAD" w:rsidRPr="00EB75F0" w:rsidRDefault="00DD4BAD" w:rsidP="00DD4BA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3.46 (-1.73 to 8.73)</w:t>
            </w:r>
          </w:p>
        </w:tc>
        <w:tc>
          <w:tcPr>
            <w:tcW w:w="630" w:type="pct"/>
            <w:shd w:val="clear" w:color="auto" w:fill="CFEDFF"/>
            <w:vAlign w:val="center"/>
          </w:tcPr>
          <w:p w14:paraId="6A1761F7" w14:textId="77777777" w:rsidR="00DD4BAD" w:rsidRPr="00EB75F0" w:rsidRDefault="00DD4BAD" w:rsidP="00DD4BA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-0.63 (-6.67 to 5.48)</w:t>
            </w:r>
          </w:p>
        </w:tc>
        <w:tc>
          <w:tcPr>
            <w:tcW w:w="570" w:type="pct"/>
            <w:vAlign w:val="center"/>
          </w:tcPr>
          <w:p w14:paraId="1E162908" w14:textId="77777777" w:rsidR="00DD4BAD" w:rsidRPr="00EB75F0" w:rsidRDefault="00DD4BAD" w:rsidP="00DD4BA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6.33 (-2.22 to 14.99)</w:t>
            </w:r>
          </w:p>
        </w:tc>
        <w:tc>
          <w:tcPr>
            <w:tcW w:w="599" w:type="pct"/>
            <w:vAlign w:val="center"/>
          </w:tcPr>
          <w:p w14:paraId="5330EBC0" w14:textId="77777777" w:rsidR="00DD4BAD" w:rsidRPr="00EB75F0" w:rsidRDefault="00DD4BAD" w:rsidP="00DD4BA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-1.04 (-5.31 to 3.32)</w:t>
            </w:r>
          </w:p>
        </w:tc>
        <w:tc>
          <w:tcPr>
            <w:tcW w:w="540" w:type="pct"/>
            <w:shd w:val="clear" w:color="auto" w:fill="C6C6C6"/>
            <w:noWrap/>
            <w:vAlign w:val="center"/>
          </w:tcPr>
          <w:p w14:paraId="16D10868" w14:textId="77777777" w:rsidR="00DD4BAD" w:rsidRPr="00EB75F0" w:rsidRDefault="00DD4BAD" w:rsidP="00DD4BAD">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535" w:type="pct"/>
            <w:vAlign w:val="center"/>
          </w:tcPr>
          <w:p w14:paraId="6C3C4795" w14:textId="77777777" w:rsidR="00DD4BAD" w:rsidRPr="00EB75F0" w:rsidRDefault="00DD4BAD" w:rsidP="00DD4BA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2.51 (-1.9 to 6.98)</w:t>
            </w:r>
          </w:p>
        </w:tc>
      </w:tr>
      <w:tr w:rsidR="0013674C" w:rsidRPr="00EB75F0" w14:paraId="513333B7" w14:textId="77777777" w:rsidTr="00DD4BAD">
        <w:trPr>
          <w:trHeight w:val="288"/>
        </w:trPr>
        <w:tc>
          <w:tcPr>
            <w:tcW w:w="418" w:type="pct"/>
            <w:vAlign w:val="center"/>
            <w:hideMark/>
          </w:tcPr>
          <w:p w14:paraId="29AA371D"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569" w:type="pct"/>
            <w:vAlign w:val="center"/>
          </w:tcPr>
          <w:p w14:paraId="02111E51"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 (-3.81 to 3.57)</w:t>
            </w:r>
          </w:p>
        </w:tc>
        <w:tc>
          <w:tcPr>
            <w:tcW w:w="570" w:type="pct"/>
            <w:vAlign w:val="center"/>
          </w:tcPr>
          <w:p w14:paraId="65C4C78A"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2.01 (-2.62 to 6.69)</w:t>
            </w:r>
          </w:p>
        </w:tc>
        <w:tc>
          <w:tcPr>
            <w:tcW w:w="569" w:type="pct"/>
            <w:vAlign w:val="center"/>
          </w:tcPr>
          <w:p w14:paraId="4927E93A"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(-3.37 to 5.34)</w:t>
            </w:r>
          </w:p>
        </w:tc>
        <w:tc>
          <w:tcPr>
            <w:tcW w:w="630" w:type="pct"/>
            <w:shd w:val="clear" w:color="auto" w:fill="CFEDFF"/>
            <w:vAlign w:val="center"/>
          </w:tcPr>
          <w:p w14:paraId="1B2B3CBA"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-3.14 (-8.63 to 2.37)</w:t>
            </w:r>
          </w:p>
        </w:tc>
        <w:tc>
          <w:tcPr>
            <w:tcW w:w="570" w:type="pct"/>
            <w:vAlign w:val="center"/>
          </w:tcPr>
          <w:p w14:paraId="64C55933"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3.83 (-4.36 to 12.08)</w:t>
            </w:r>
          </w:p>
        </w:tc>
        <w:tc>
          <w:tcPr>
            <w:tcW w:w="599" w:type="pct"/>
            <w:vAlign w:val="center"/>
          </w:tcPr>
          <w:p w14:paraId="01FBEB1F" w14:textId="77777777" w:rsidR="00DD4BAD" w:rsidRPr="00EB75F0" w:rsidRDefault="00DD4BAD" w:rsidP="00DD4BA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-3.55 (-7.02 to 0.01)</w:t>
            </w:r>
          </w:p>
        </w:tc>
        <w:tc>
          <w:tcPr>
            <w:tcW w:w="540" w:type="pct"/>
            <w:vAlign w:val="center"/>
          </w:tcPr>
          <w:p w14:paraId="3877C5D3"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-2.51 (-6.98 to 1.9)</w:t>
            </w:r>
          </w:p>
        </w:tc>
        <w:tc>
          <w:tcPr>
            <w:tcW w:w="535" w:type="pct"/>
            <w:shd w:val="clear" w:color="auto" w:fill="C6C6C6"/>
            <w:noWrap/>
            <w:vAlign w:val="center"/>
          </w:tcPr>
          <w:p w14:paraId="65ED0705" w14:textId="77777777" w:rsidR="00DD4BAD" w:rsidRPr="00EB75F0" w:rsidRDefault="00DD4BAD" w:rsidP="00DD4BAD">
            <w:pPr>
              <w:spacing w:before="0" w:after="0" w:line="240" w:lineRule="auto"/>
              <w:contextualSpacing/>
              <w:rPr>
                <w:rFonts w:asciiTheme="majorHAnsi" w:eastAsia="Times New Roman" w:hAnsiTheme="majorHAnsi" w:cstheme="majorHAnsi"/>
                <w:color w:val="000000"/>
                <w:sz w:val="16"/>
                <w:szCs w:val="16"/>
                <w:lang w:eastAsia="zh-TW"/>
              </w:rPr>
            </w:pPr>
          </w:p>
        </w:tc>
      </w:tr>
      <w:tr w:rsidR="00DD4BAD" w:rsidRPr="00EB75F0" w14:paraId="0E332BA4" w14:textId="77777777" w:rsidTr="007C010D">
        <w:trPr>
          <w:trHeight w:val="133"/>
        </w:trPr>
        <w:tc>
          <w:tcPr>
            <w:tcW w:w="5000" w:type="pct"/>
            <w:gridSpan w:val="9"/>
          </w:tcPr>
          <w:p w14:paraId="3453D8B6" w14:textId="6C8D6445" w:rsidR="00DD4BAD" w:rsidRPr="00EB75F0" w:rsidRDefault="00DD4BAD" w:rsidP="00C32B29">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w:t>
            </w:r>
            <w:r w:rsidR="003504EA" w:rsidRPr="00EB75F0">
              <w:rPr>
                <w:rFonts w:asciiTheme="majorHAnsi" w:hAnsiTheme="majorHAnsi" w:cstheme="majorHAnsi"/>
                <w:sz w:val="16"/>
                <w:szCs w:val="16"/>
              </w:rPr>
              <w:t>MD, mean difference</w:t>
            </w:r>
            <w:r w:rsidR="005621F4"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5621F4" w:rsidRPr="00EB75F0">
              <w:rPr>
                <w:rFonts w:asciiTheme="majorHAnsi" w:eastAsia="Times New Roman" w:hAnsiTheme="majorHAnsi" w:cstheme="majorHAnsi"/>
                <w:color w:val="000000"/>
                <w:sz w:val="16"/>
                <w:szCs w:val="16"/>
                <w:lang w:eastAsia="zh-TW"/>
              </w:rPr>
              <w:t xml:space="preserve">, </w:t>
            </w:r>
            <w:proofErr w:type="spellStart"/>
            <w:r w:rsidR="005621F4" w:rsidRPr="00EB75F0">
              <w:rPr>
                <w:rFonts w:asciiTheme="majorHAnsi" w:hAnsiTheme="majorHAnsi" w:cstheme="majorHAnsi"/>
                <w:sz w:val="16"/>
                <w:szCs w:val="16"/>
              </w:rPr>
              <w:t>xanomeline</w:t>
            </w:r>
            <w:proofErr w:type="spellEnd"/>
            <w:r w:rsidR="005621F4" w:rsidRPr="00EB75F0">
              <w:rPr>
                <w:rFonts w:asciiTheme="majorHAnsi" w:hAnsiTheme="majorHAnsi" w:cstheme="majorHAnsi"/>
                <w:sz w:val="16"/>
                <w:szCs w:val="16"/>
              </w:rPr>
              <w:t>/</w:t>
            </w:r>
            <w:proofErr w:type="spellStart"/>
            <w:r w:rsidR="005621F4" w:rsidRPr="00EB75F0">
              <w:rPr>
                <w:rFonts w:asciiTheme="majorHAnsi" w:hAnsiTheme="majorHAnsi" w:cstheme="majorHAnsi"/>
                <w:sz w:val="16"/>
                <w:szCs w:val="16"/>
              </w:rPr>
              <w:t>trospium</w:t>
            </w:r>
            <w:proofErr w:type="spellEnd"/>
            <w:r w:rsidR="005621F4" w:rsidRPr="00EB75F0">
              <w:rPr>
                <w:rFonts w:asciiTheme="majorHAnsi" w:hAnsiTheme="majorHAnsi" w:cstheme="majorHAnsi"/>
                <w:sz w:val="16"/>
                <w:szCs w:val="16"/>
              </w:rPr>
              <w:t xml:space="preserve"> chloride</w:t>
            </w:r>
          </w:p>
          <w:p w14:paraId="0FAD80CF" w14:textId="074CA6ED" w:rsidR="00DD4BAD" w:rsidRPr="00EB75F0" w:rsidRDefault="00DD4BAD" w:rsidP="00C32B29">
            <w:pPr>
              <w:spacing w:before="0" w:after="0" w:line="240" w:lineRule="auto"/>
              <w:contextualSpacing/>
              <w:rPr>
                <w:rFonts w:asciiTheme="majorHAnsi" w:eastAsia="Times New Roman" w:hAnsiTheme="majorHAnsi" w:cstheme="majorHAnsi"/>
                <w:color w:val="000000"/>
                <w:sz w:val="14"/>
                <w:szCs w:val="14"/>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4FEF57EB" w14:textId="77777777" w:rsidR="0071536E" w:rsidRPr="00EB75F0" w:rsidRDefault="0071536E">
      <w:pPr>
        <w:spacing w:before="0" w:after="200" w:line="276" w:lineRule="auto"/>
      </w:pPr>
    </w:p>
    <w:p w14:paraId="7BD5EC32" w14:textId="77777777" w:rsidR="0071536E" w:rsidRPr="00EB75F0" w:rsidRDefault="0071536E">
      <w:pPr>
        <w:spacing w:before="0" w:after="200" w:line="276" w:lineRule="auto"/>
      </w:pPr>
    </w:p>
    <w:p w14:paraId="173C26DA" w14:textId="77777777" w:rsidR="00F7473D" w:rsidRPr="00EB75F0" w:rsidRDefault="00F7473D">
      <w:pPr>
        <w:spacing w:before="0" w:after="200" w:line="276" w:lineRule="auto"/>
        <w:rPr>
          <w:b/>
        </w:rPr>
      </w:pPr>
    </w:p>
    <w:p w14:paraId="02F28450" w14:textId="77777777" w:rsidR="00B315FC" w:rsidRPr="00541089" w:rsidRDefault="00B315FC" w:rsidP="00FE4695">
      <w:pPr>
        <w:pStyle w:val="Heading2"/>
        <w:sectPr w:rsidR="00B315FC" w:rsidRPr="00541089" w:rsidSect="00B315FC">
          <w:pgSz w:w="16838" w:h="11906" w:orient="landscape"/>
          <w:pgMar w:top="1134" w:right="1134" w:bottom="1134" w:left="1134" w:header="567" w:footer="567" w:gutter="0"/>
          <w:cols w:space="708"/>
          <w:docGrid w:linePitch="360"/>
        </w:sectPr>
      </w:pPr>
    </w:p>
    <w:p w14:paraId="5AD5BDF2" w14:textId="4D473866" w:rsidR="007F6A73" w:rsidRDefault="007F6A73">
      <w:pPr>
        <w:pStyle w:val="Heading3"/>
      </w:pPr>
      <w:r w:rsidRPr="007F6A73">
        <w:lastRenderedPageBreak/>
        <w:t xml:space="preserve">Figure </w:t>
      </w:r>
      <w:r w:rsidR="00EF4640">
        <w:t>S</w:t>
      </w:r>
      <w:fldSimple w:instr=" SEQ Figure \* ARABIC ">
        <w:r w:rsidR="004B2F28">
          <w:rPr>
            <w:noProof/>
          </w:rPr>
          <w:t>40</w:t>
        </w:r>
      </w:fldSimple>
      <w:r w:rsidRPr="007F6A73">
        <w:t xml:space="preserve">: Change from baseline PANSS </w:t>
      </w:r>
      <w:r w:rsidR="000F4686">
        <w:t>total</w:t>
      </w:r>
      <w:r w:rsidRPr="007F6A73">
        <w:t xml:space="preserve"> score</w:t>
      </w:r>
      <w:r w:rsidR="00FA7687">
        <w:t xml:space="preserve"> </w:t>
      </w:r>
      <w:r w:rsidR="00FA7687" w:rsidRPr="00EB75F0">
        <w:t>–</w:t>
      </w:r>
      <w:r w:rsidR="00C228BD" w:rsidRPr="00C228BD">
        <w:t xml:space="preserve"> </w:t>
      </w:r>
      <w:r w:rsidR="00C228BD">
        <w:t>C</w:t>
      </w:r>
      <w:r w:rsidR="00C228BD" w:rsidRPr="007F6A73">
        <w:t>omparison-adjusted funnel plot</w:t>
      </w:r>
      <w:r w:rsidR="00FA7687" w:rsidRPr="00EB75F0">
        <w:t xml:space="preserve"> </w:t>
      </w:r>
      <w:r w:rsidR="00C228BD" w:rsidRPr="007F6A73">
        <w:t>–</w:t>
      </w:r>
      <w:r w:rsidR="00C228BD">
        <w:t xml:space="preserve"> </w:t>
      </w:r>
      <w:r w:rsidR="00FA7687" w:rsidRPr="00EB75F0">
        <w:t>random-effects model, base case network</w:t>
      </w:r>
      <w:r w:rsidRPr="007F6A73">
        <w:t xml:space="preserve"> </w:t>
      </w:r>
      <w:r w:rsidR="00EF4640" w:rsidRPr="007F6A73">
        <w:rPr>
          <w:noProof/>
        </w:rPr>
        <w:drawing>
          <wp:inline distT="0" distB="0" distL="0" distR="0" wp14:anchorId="1EBC97B3" wp14:editId="2938F2CC">
            <wp:extent cx="6118860" cy="3190875"/>
            <wp:effectExtent l="0" t="0" r="0" b="9525"/>
            <wp:docPr id="1427127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27985" name="Picture 1"/>
                    <pic:cNvPicPr>
                      <a:picLocks noChangeAspect="1" noChangeArrowheads="1"/>
                    </pic:cNvPicPr>
                  </pic:nvPicPr>
                  <pic:blipFill rotWithShape="1">
                    <a:blip r:embed="rId64" cstate="print">
                      <a:extLst>
                        <a:ext uri="{28A0092B-C50C-407E-A947-70E740481C1C}">
                          <a14:useLocalDpi xmlns:a14="http://schemas.microsoft.com/office/drawing/2010/main"/>
                        </a:ext>
                      </a:extLst>
                    </a:blip>
                    <a:srcRect t="11753" b="1334"/>
                    <a:stretch>
                      <a:fillRect/>
                    </a:stretch>
                  </pic:blipFill>
                  <pic:spPr bwMode="auto">
                    <a:xfrm>
                      <a:off x="0" y="0"/>
                      <a:ext cx="6119495" cy="3191206"/>
                    </a:xfrm>
                    <a:prstGeom prst="rect">
                      <a:avLst/>
                    </a:prstGeom>
                    <a:noFill/>
                    <a:ln>
                      <a:noFill/>
                    </a:ln>
                    <a:extLst>
                      <a:ext uri="{53640926-AAD7-44D8-BBD7-CCE9431645EC}">
                        <a14:shadowObscured xmlns:a14="http://schemas.microsoft.com/office/drawing/2010/main"/>
                      </a:ext>
                    </a:extLst>
                  </pic:spPr>
                </pic:pic>
              </a:graphicData>
            </a:graphic>
          </wp:inline>
        </w:drawing>
      </w:r>
    </w:p>
    <w:p w14:paraId="3DF68498" w14:textId="6E348FBB" w:rsidR="000F4686" w:rsidRDefault="000F4686">
      <w:pPr>
        <w:pStyle w:val="Heading3"/>
      </w:pPr>
      <w:r w:rsidRPr="007F6A73">
        <w:t xml:space="preserve">Figure </w:t>
      </w:r>
      <w:r>
        <w:t>S</w:t>
      </w:r>
      <w:fldSimple w:instr=" SEQ Figure \* ARABIC ">
        <w:r w:rsidR="004B2F28">
          <w:rPr>
            <w:noProof/>
          </w:rPr>
          <w:t>41</w:t>
        </w:r>
      </w:fldSimple>
      <w:r w:rsidRPr="007F6A73">
        <w:t xml:space="preserve">: Change from baseline PANSS </w:t>
      </w:r>
      <w:r>
        <w:t>total</w:t>
      </w:r>
      <w:r w:rsidRPr="007F6A73">
        <w:t xml:space="preserve"> score</w:t>
      </w:r>
      <w:r>
        <w:t xml:space="preserve"> </w:t>
      </w:r>
      <w:r w:rsidRPr="00EB75F0">
        <w:t>–</w:t>
      </w:r>
      <w:r w:rsidRPr="00C228BD">
        <w:t xml:space="preserve"> </w:t>
      </w:r>
      <w:r>
        <w:t>C</w:t>
      </w:r>
      <w:r w:rsidRPr="007F6A73">
        <w:t>omparison-adjusted funnel plot</w:t>
      </w:r>
      <w:r w:rsidRPr="00EB75F0">
        <w:t xml:space="preserve"> </w:t>
      </w:r>
      <w:r w:rsidRPr="007F6A73">
        <w:t>–</w:t>
      </w:r>
      <w:r>
        <w:t xml:space="preserve"> </w:t>
      </w:r>
      <w:r w:rsidR="00C24DD6">
        <w:t>fixed</w:t>
      </w:r>
      <w:r w:rsidRPr="00EB75F0">
        <w:t>-effects model, base case network</w:t>
      </w:r>
      <w:r w:rsidRPr="007F6A73">
        <w:t xml:space="preserve"> </w:t>
      </w:r>
      <w:r w:rsidRPr="007F6A73">
        <w:rPr>
          <w:noProof/>
        </w:rPr>
        <w:drawing>
          <wp:inline distT="0" distB="0" distL="0" distR="0" wp14:anchorId="6338AE80" wp14:editId="095C8B57">
            <wp:extent cx="6118860" cy="3238175"/>
            <wp:effectExtent l="0" t="0" r="0" b="635"/>
            <wp:docPr id="701438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38535" name="Picture 1"/>
                    <pic:cNvPicPr>
                      <a:picLocks noChangeAspect="1" noChangeArrowheads="1"/>
                    </pic:cNvPicPr>
                  </pic:nvPicPr>
                  <pic:blipFill rotWithShape="1">
                    <a:blip r:embed="rId64" cstate="print">
                      <a:extLst>
                        <a:ext uri="{28A0092B-C50C-407E-A947-70E740481C1C}">
                          <a14:useLocalDpi xmlns:a14="http://schemas.microsoft.com/office/drawing/2010/main"/>
                        </a:ext>
                      </a:extLst>
                    </a:blip>
                    <a:srcRect t="11494" b="305"/>
                    <a:stretch>
                      <a:fillRect/>
                    </a:stretch>
                  </pic:blipFill>
                  <pic:spPr bwMode="auto">
                    <a:xfrm>
                      <a:off x="0" y="0"/>
                      <a:ext cx="6119495" cy="3238511"/>
                    </a:xfrm>
                    <a:prstGeom prst="rect">
                      <a:avLst/>
                    </a:prstGeom>
                    <a:noFill/>
                    <a:ln>
                      <a:noFill/>
                    </a:ln>
                    <a:extLst>
                      <a:ext uri="{53640926-AAD7-44D8-BBD7-CCE9431645EC}">
                        <a14:shadowObscured xmlns:a14="http://schemas.microsoft.com/office/drawing/2010/main"/>
                      </a:ext>
                    </a:extLst>
                  </pic:spPr>
                </pic:pic>
              </a:graphicData>
            </a:graphic>
          </wp:inline>
        </w:drawing>
      </w:r>
    </w:p>
    <w:p w14:paraId="143454EB" w14:textId="167159FC" w:rsidR="00C24DD6" w:rsidRDefault="00C24DD6">
      <w:pPr>
        <w:pStyle w:val="Heading3"/>
      </w:pPr>
      <w:r w:rsidRPr="007F6A73">
        <w:t xml:space="preserve">Figure </w:t>
      </w:r>
      <w:r>
        <w:t>S</w:t>
      </w:r>
      <w:fldSimple w:instr=" SEQ Figure \* ARABIC ">
        <w:r w:rsidR="004B2F28">
          <w:rPr>
            <w:noProof/>
          </w:rPr>
          <w:t>42</w:t>
        </w:r>
      </w:fldSimple>
      <w:r w:rsidRPr="007F6A73">
        <w:t xml:space="preserve">: Change from baseline PANSS </w:t>
      </w:r>
      <w:r>
        <w:t>total</w:t>
      </w:r>
      <w:r w:rsidRPr="007F6A73">
        <w:t xml:space="preserve"> score</w:t>
      </w:r>
      <w:r>
        <w:t xml:space="preserve"> </w:t>
      </w:r>
      <w:r w:rsidRPr="00EB75F0">
        <w:t>–</w:t>
      </w:r>
      <w:r w:rsidRPr="00C228BD">
        <w:t xml:space="preserve"> </w:t>
      </w:r>
      <w:r>
        <w:t>C</w:t>
      </w:r>
      <w:r w:rsidRPr="007F6A73">
        <w:t>omparison-adjusted funnel plot</w:t>
      </w:r>
      <w:r w:rsidRPr="00EB75F0">
        <w:t xml:space="preserve"> – random-effects model, sensitivity analysis excluding studies with predominantly Asian </w:t>
      </w:r>
      <w:r w:rsidRPr="00EB75F0">
        <w:lastRenderedPageBreak/>
        <w:t>populations</w:t>
      </w:r>
      <w:r w:rsidRPr="007F6A73">
        <w:rPr>
          <w:noProof/>
        </w:rPr>
        <w:t xml:space="preserve"> </w:t>
      </w:r>
      <w:r w:rsidRPr="007F6A73">
        <w:rPr>
          <w:noProof/>
        </w:rPr>
        <w:drawing>
          <wp:inline distT="0" distB="0" distL="0" distR="0" wp14:anchorId="42C1B422" wp14:editId="37808F0A">
            <wp:extent cx="6118860" cy="3171506"/>
            <wp:effectExtent l="0" t="0" r="0" b="0"/>
            <wp:docPr id="1067940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940027" name="Picture 1"/>
                    <pic:cNvPicPr>
                      <a:picLocks noChangeAspect="1" noChangeArrowheads="1"/>
                    </pic:cNvPicPr>
                  </pic:nvPicPr>
                  <pic:blipFill rotWithShape="1">
                    <a:blip r:embed="rId65" cstate="print">
                      <a:extLst>
                        <a:ext uri="{28A0092B-C50C-407E-A947-70E740481C1C}">
                          <a14:useLocalDpi xmlns:a14="http://schemas.microsoft.com/office/drawing/2010/main"/>
                        </a:ext>
                      </a:extLst>
                    </a:blip>
                    <a:srcRect t="11753" b="1862"/>
                    <a:stretch>
                      <a:fillRect/>
                    </a:stretch>
                  </pic:blipFill>
                  <pic:spPr bwMode="auto">
                    <a:xfrm>
                      <a:off x="0" y="0"/>
                      <a:ext cx="6119495" cy="3171835"/>
                    </a:xfrm>
                    <a:prstGeom prst="rect">
                      <a:avLst/>
                    </a:prstGeom>
                    <a:noFill/>
                    <a:ln>
                      <a:noFill/>
                    </a:ln>
                    <a:extLst>
                      <a:ext uri="{53640926-AAD7-44D8-BBD7-CCE9431645EC}">
                        <a14:shadowObscured xmlns:a14="http://schemas.microsoft.com/office/drawing/2010/main"/>
                      </a:ext>
                    </a:extLst>
                  </pic:spPr>
                </pic:pic>
              </a:graphicData>
            </a:graphic>
          </wp:inline>
        </w:drawing>
      </w:r>
    </w:p>
    <w:p w14:paraId="081C1B70" w14:textId="66A376BF" w:rsidR="003667D5" w:rsidRPr="00541089" w:rsidRDefault="00FE4695" w:rsidP="009E5C4E">
      <w:pPr>
        <w:pStyle w:val="Heading2"/>
      </w:pPr>
      <w:r w:rsidRPr="00541089">
        <w:t xml:space="preserve">Change from baseline PANSS </w:t>
      </w:r>
      <w:r w:rsidR="007F54CD" w:rsidRPr="00541089">
        <w:t xml:space="preserve">positive symptoms </w:t>
      </w:r>
      <w:r w:rsidRPr="00541089">
        <w:t>score</w:t>
      </w:r>
    </w:p>
    <w:p w14:paraId="178A55FE" w14:textId="158A14D3" w:rsidR="009E5C4E" w:rsidRPr="00EB75F0" w:rsidRDefault="00A06AE8" w:rsidP="00996746">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5</w:t>
        </w:r>
      </w:fldSimple>
      <w:r w:rsidR="009E5C4E" w:rsidRPr="00EB75F0">
        <w:t>: Change from baseline PANSS positive symptoms score – comparison of NMA results from base case and sensitivity analyses</w:t>
      </w:r>
    </w:p>
    <w:tbl>
      <w:tblPr>
        <w:tblStyle w:val="Table"/>
        <w:tblW w:w="5000" w:type="pct"/>
        <w:tblInd w:w="-5"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797"/>
        <w:gridCol w:w="23"/>
        <w:gridCol w:w="2513"/>
        <w:gridCol w:w="2615"/>
        <w:gridCol w:w="2680"/>
      </w:tblGrid>
      <w:tr w:rsidR="009E5C4E" w:rsidRPr="00EB75F0" w14:paraId="775A6E0E" w14:textId="77777777" w:rsidTr="007C010D">
        <w:trPr>
          <w:trHeight w:val="58"/>
          <w:tblHeader/>
        </w:trPr>
        <w:tc>
          <w:tcPr>
            <w:tcW w:w="933" w:type="pct"/>
            <w:vMerge w:val="restart"/>
            <w:tcBorders>
              <w:top w:val="single" w:sz="4" w:space="0" w:color="000000"/>
              <w:left w:val="single" w:sz="4" w:space="0" w:color="000000"/>
              <w:bottom w:val="single" w:sz="4" w:space="0" w:color="000000"/>
              <w:right w:val="single" w:sz="4" w:space="0" w:color="000000"/>
            </w:tcBorders>
            <w:shd w:val="clear" w:color="auto" w:fill="001B2B"/>
            <w:vAlign w:val="center"/>
          </w:tcPr>
          <w:p w14:paraId="7196B51C" w14:textId="77777777" w:rsidR="009E5C4E" w:rsidRPr="00EB75F0" w:rsidRDefault="009E5C4E"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rPr>
              <w:t>Treatment</w:t>
            </w:r>
          </w:p>
        </w:tc>
        <w:tc>
          <w:tcPr>
            <w:tcW w:w="4067" w:type="pct"/>
            <w:gridSpan w:val="4"/>
            <w:tcBorders>
              <w:top w:val="single" w:sz="4" w:space="0" w:color="000000"/>
              <w:left w:val="single" w:sz="4" w:space="0" w:color="000000"/>
              <w:bottom w:val="single" w:sz="4" w:space="0" w:color="000000"/>
              <w:right w:val="single" w:sz="4" w:space="0" w:color="000000"/>
            </w:tcBorders>
            <w:shd w:val="clear" w:color="auto" w:fill="001B2B"/>
            <w:vAlign w:val="center"/>
          </w:tcPr>
          <w:p w14:paraId="3DAED627" w14:textId="4A12C75B" w:rsidR="009E5C4E" w:rsidRPr="00EB75F0" w:rsidRDefault="00EA4A2C"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rPr>
              <w:t>MD</w:t>
            </w:r>
            <w:r w:rsidR="009E5C4E" w:rsidRPr="00EB75F0">
              <w:rPr>
                <w:rFonts w:asciiTheme="majorHAnsi" w:hAnsiTheme="majorHAnsi" w:cstheme="majorHAnsi"/>
                <w:color w:val="FFFFFF"/>
                <w:sz w:val="18"/>
              </w:rPr>
              <w:t xml:space="preserve"> Treatment versus Placebo (95% </w:t>
            </w:r>
            <w:proofErr w:type="spellStart"/>
            <w:r w:rsidR="009E5C4E" w:rsidRPr="00EB75F0">
              <w:rPr>
                <w:rFonts w:asciiTheme="majorHAnsi" w:hAnsiTheme="majorHAnsi" w:cstheme="majorHAnsi"/>
                <w:color w:val="FFFFFF"/>
                <w:sz w:val="18"/>
              </w:rPr>
              <w:t>CrI</w:t>
            </w:r>
            <w:proofErr w:type="spellEnd"/>
            <w:r w:rsidR="009E5C4E" w:rsidRPr="00EB75F0">
              <w:rPr>
                <w:rFonts w:asciiTheme="majorHAnsi" w:hAnsiTheme="majorHAnsi" w:cstheme="majorHAnsi"/>
                <w:color w:val="FFFFFF"/>
                <w:sz w:val="18"/>
              </w:rPr>
              <w:t>)</w:t>
            </w:r>
          </w:p>
        </w:tc>
      </w:tr>
      <w:tr w:rsidR="009E5C4E" w:rsidRPr="00EB75F0" w14:paraId="7924AEBC" w14:textId="77777777" w:rsidTr="007C010D">
        <w:trPr>
          <w:trHeight w:val="58"/>
          <w:tblHeader/>
        </w:trPr>
        <w:tc>
          <w:tcPr>
            <w:tcW w:w="933" w:type="pct"/>
            <w:vMerge/>
            <w:tcBorders>
              <w:top w:val="single" w:sz="4" w:space="0" w:color="000000"/>
              <w:left w:val="single" w:sz="4" w:space="0" w:color="000000"/>
              <w:bottom w:val="single" w:sz="4" w:space="0" w:color="000000"/>
              <w:right w:val="single" w:sz="4" w:space="0" w:color="000000"/>
            </w:tcBorders>
            <w:shd w:val="clear" w:color="auto" w:fill="D8D2BF"/>
            <w:vAlign w:val="center"/>
          </w:tcPr>
          <w:p w14:paraId="633D11C2" w14:textId="77777777" w:rsidR="009E5C4E" w:rsidRPr="00EB75F0" w:rsidRDefault="009E5C4E" w:rsidP="00C32B29">
            <w:pPr>
              <w:rPr>
                <w:rFonts w:asciiTheme="majorHAnsi" w:hAnsiTheme="majorHAnsi" w:cstheme="majorHAnsi"/>
              </w:rPr>
            </w:pPr>
          </w:p>
        </w:tc>
        <w:tc>
          <w:tcPr>
            <w:tcW w:w="2674" w:type="pct"/>
            <w:gridSpan w:val="3"/>
            <w:tcBorders>
              <w:top w:val="single" w:sz="4" w:space="0" w:color="000000"/>
              <w:left w:val="single" w:sz="4" w:space="0" w:color="000000"/>
              <w:bottom w:val="single" w:sz="4" w:space="0" w:color="000000"/>
              <w:right w:val="single" w:sz="4" w:space="0" w:color="000000"/>
            </w:tcBorders>
            <w:shd w:val="clear" w:color="auto" w:fill="D8D2BF"/>
            <w:vAlign w:val="center"/>
          </w:tcPr>
          <w:p w14:paraId="38DF374A" w14:textId="77777777" w:rsidR="009E5C4E" w:rsidRPr="00EB75F0" w:rsidRDefault="009E5C4E" w:rsidP="00C32B29">
            <w:pPr>
              <w:pStyle w:val="TableText"/>
              <w:spacing w:before="48" w:after="48"/>
              <w:rPr>
                <w:rFonts w:asciiTheme="majorHAnsi" w:hAnsiTheme="majorHAnsi" w:cstheme="majorHAnsi"/>
                <w:sz w:val="18"/>
              </w:rPr>
            </w:pPr>
            <w:r w:rsidRPr="00EB75F0">
              <w:rPr>
                <w:rFonts w:asciiTheme="majorHAnsi" w:hAnsiTheme="majorHAnsi" w:cstheme="majorHAnsi"/>
                <w:b/>
                <w:sz w:val="18"/>
              </w:rPr>
              <w:t>Base case network</w:t>
            </w:r>
          </w:p>
        </w:tc>
        <w:tc>
          <w:tcPr>
            <w:tcW w:w="1393"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6658D65E" w14:textId="77777777" w:rsidR="009E5C4E" w:rsidRPr="00EB75F0" w:rsidRDefault="009E5C4E" w:rsidP="00C32B29">
            <w:pPr>
              <w:pStyle w:val="TableText"/>
              <w:spacing w:before="48" w:after="48"/>
              <w:rPr>
                <w:rFonts w:asciiTheme="majorHAnsi" w:hAnsiTheme="majorHAnsi" w:cstheme="majorHAnsi"/>
                <w:sz w:val="18"/>
              </w:rPr>
            </w:pPr>
            <w:r w:rsidRPr="00EB75F0">
              <w:rPr>
                <w:rFonts w:asciiTheme="majorHAnsi" w:hAnsiTheme="majorHAnsi" w:cstheme="majorHAnsi"/>
                <w:b/>
                <w:sz w:val="18"/>
              </w:rPr>
              <w:t>Excluding studies with predominantly Asian populations</w:t>
            </w:r>
          </w:p>
        </w:tc>
      </w:tr>
      <w:tr w:rsidR="009E5C4E" w:rsidRPr="00EB75F0" w14:paraId="470B714B" w14:textId="77777777" w:rsidTr="007C010D">
        <w:trPr>
          <w:trHeight w:val="68"/>
          <w:tblHeader/>
        </w:trPr>
        <w:tc>
          <w:tcPr>
            <w:tcW w:w="933" w:type="pct"/>
            <w:vMerge/>
            <w:tcBorders>
              <w:top w:val="single" w:sz="4" w:space="0" w:color="000000"/>
              <w:left w:val="single" w:sz="4" w:space="0" w:color="000000"/>
              <w:bottom w:val="single" w:sz="4" w:space="0" w:color="000000"/>
              <w:right w:val="single" w:sz="4" w:space="0" w:color="000000"/>
            </w:tcBorders>
            <w:shd w:val="clear" w:color="auto" w:fill="D8D2BF"/>
            <w:vAlign w:val="center"/>
          </w:tcPr>
          <w:p w14:paraId="0F50534B" w14:textId="77777777" w:rsidR="009E5C4E" w:rsidRPr="00EB75F0" w:rsidRDefault="009E5C4E" w:rsidP="00C32B29">
            <w:pPr>
              <w:rPr>
                <w:rFonts w:asciiTheme="majorHAnsi" w:hAnsiTheme="majorHAnsi" w:cstheme="majorHAnsi"/>
              </w:rPr>
            </w:pPr>
          </w:p>
        </w:tc>
        <w:tc>
          <w:tcPr>
            <w:tcW w:w="1317"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1798146E" w14:textId="77777777" w:rsidR="009E5C4E" w:rsidRPr="00EB75F0" w:rsidRDefault="009E5C4E" w:rsidP="00C32B29">
            <w:pPr>
              <w:pStyle w:val="TableText"/>
              <w:spacing w:before="48" w:after="48"/>
              <w:rPr>
                <w:rFonts w:asciiTheme="majorHAnsi" w:hAnsiTheme="majorHAnsi" w:cstheme="majorHAnsi"/>
                <w:sz w:val="18"/>
              </w:rPr>
            </w:pPr>
            <w:r w:rsidRPr="00EB75F0">
              <w:rPr>
                <w:rFonts w:asciiTheme="majorHAnsi" w:hAnsiTheme="majorHAnsi" w:cstheme="majorHAnsi"/>
                <w:b/>
                <w:sz w:val="18"/>
              </w:rPr>
              <w:t>FE (DIC: 103.59)</w:t>
            </w:r>
          </w:p>
        </w:tc>
        <w:tc>
          <w:tcPr>
            <w:tcW w:w="1357"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40546B92" w14:textId="77777777" w:rsidR="009E5C4E" w:rsidRPr="00EB75F0" w:rsidRDefault="009E5C4E" w:rsidP="00C32B29">
            <w:pPr>
              <w:pStyle w:val="TableText"/>
              <w:spacing w:before="48" w:after="48"/>
              <w:rPr>
                <w:rFonts w:asciiTheme="majorHAnsi" w:hAnsiTheme="majorHAnsi" w:cstheme="majorHAnsi"/>
                <w:sz w:val="18"/>
              </w:rPr>
            </w:pPr>
            <w:r w:rsidRPr="00EB75F0">
              <w:rPr>
                <w:rFonts w:asciiTheme="majorHAnsi" w:hAnsiTheme="majorHAnsi" w:cstheme="majorHAnsi"/>
                <w:b/>
                <w:sz w:val="18"/>
              </w:rPr>
              <w:t>RE (DIC: 69.77)</w:t>
            </w:r>
          </w:p>
        </w:tc>
        <w:tc>
          <w:tcPr>
            <w:tcW w:w="1393"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01AF8EF1" w14:textId="77777777" w:rsidR="009E5C4E" w:rsidRPr="00EB75F0" w:rsidRDefault="009E5C4E" w:rsidP="00C32B29">
            <w:pPr>
              <w:pStyle w:val="TableText"/>
              <w:spacing w:before="48" w:after="48"/>
              <w:rPr>
                <w:rFonts w:asciiTheme="majorHAnsi" w:hAnsiTheme="majorHAnsi" w:cstheme="majorHAnsi"/>
                <w:sz w:val="18"/>
              </w:rPr>
            </w:pPr>
            <w:r w:rsidRPr="00EB75F0">
              <w:rPr>
                <w:rFonts w:asciiTheme="majorHAnsi" w:hAnsiTheme="majorHAnsi" w:cstheme="majorHAnsi"/>
                <w:b/>
                <w:sz w:val="18"/>
              </w:rPr>
              <w:t>RE (DIC: 65.57)</w:t>
            </w:r>
          </w:p>
        </w:tc>
      </w:tr>
      <w:tr w:rsidR="009E5C4E" w:rsidRPr="00EB75F0" w14:paraId="039376EC"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1D061781" w14:textId="77777777" w:rsidR="009E5C4E" w:rsidRPr="00EB75F0" w:rsidRDefault="009E5C4E"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Aripiprazole</w:t>
            </w:r>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0DC05E66"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-2.18 (-2.7, -1.66)</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27F21AD1"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-2.16 (-3.03, -1.24)</w:t>
            </w:r>
          </w:p>
        </w:tc>
        <w:tc>
          <w:tcPr>
            <w:tcW w:w="1393" w:type="pct"/>
            <w:tcBorders>
              <w:top w:val="single" w:sz="4" w:space="0" w:color="000000"/>
              <w:left w:val="single" w:sz="4" w:space="0" w:color="000000"/>
              <w:bottom w:val="single" w:sz="4" w:space="0" w:color="000000"/>
              <w:right w:val="single" w:sz="4" w:space="0" w:color="000000"/>
            </w:tcBorders>
            <w:vAlign w:val="bottom"/>
          </w:tcPr>
          <w:p w14:paraId="0DFB7A67"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-2.29 (-3.18, -1.34)</w:t>
            </w:r>
          </w:p>
        </w:tc>
      </w:tr>
      <w:tr w:rsidR="009E5C4E" w:rsidRPr="00EB75F0" w14:paraId="3226677C"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4B45E35F" w14:textId="77777777" w:rsidR="009E5C4E" w:rsidRPr="00EB75F0" w:rsidRDefault="009E5C4E"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Brexpiprazole</w:t>
            </w:r>
            <w:proofErr w:type="spellEnd"/>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533090B9"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-1.32 (-1.91, -0.73)</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092CE18D"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-1.26 (-2.29, -0.22)</w:t>
            </w:r>
          </w:p>
        </w:tc>
        <w:tc>
          <w:tcPr>
            <w:tcW w:w="1393" w:type="pct"/>
            <w:tcBorders>
              <w:top w:val="single" w:sz="4" w:space="0" w:color="000000"/>
              <w:left w:val="single" w:sz="4" w:space="0" w:color="000000"/>
              <w:bottom w:val="single" w:sz="4" w:space="0" w:color="000000"/>
              <w:right w:val="single" w:sz="4" w:space="0" w:color="000000"/>
            </w:tcBorders>
            <w:vAlign w:val="bottom"/>
          </w:tcPr>
          <w:p w14:paraId="19D5979F"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-1.49 (-2.61, -0.36)</w:t>
            </w:r>
          </w:p>
        </w:tc>
      </w:tr>
      <w:tr w:rsidR="009E5C4E" w:rsidRPr="00EB75F0" w14:paraId="0975FEEF"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065CC6C8" w14:textId="77777777" w:rsidR="009E5C4E" w:rsidRPr="00EB75F0" w:rsidRDefault="009E5C4E"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Cariprazine</w:t>
            </w:r>
            <w:proofErr w:type="spellEnd"/>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3042AC1E"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-1.64 (-2.2, -1.08)</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08D1BCFD"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-1.76 (-2.84, -0.67)</w:t>
            </w:r>
          </w:p>
        </w:tc>
        <w:tc>
          <w:tcPr>
            <w:tcW w:w="1393" w:type="pct"/>
            <w:tcBorders>
              <w:top w:val="single" w:sz="4" w:space="0" w:color="000000"/>
              <w:left w:val="single" w:sz="4" w:space="0" w:color="000000"/>
              <w:bottom w:val="single" w:sz="4" w:space="0" w:color="000000"/>
              <w:right w:val="single" w:sz="4" w:space="0" w:color="000000"/>
            </w:tcBorders>
            <w:vAlign w:val="bottom"/>
          </w:tcPr>
          <w:p w14:paraId="714BF153"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-1.81 (-2.87, -0.73)</w:t>
            </w:r>
          </w:p>
        </w:tc>
      </w:tr>
      <w:tr w:rsidR="009E5C4E" w:rsidRPr="00EB75F0" w14:paraId="04E3D34A"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0EC1BB05" w14:textId="77E7AFB1" w:rsidR="009E5C4E" w:rsidRPr="00EB75F0" w:rsidRDefault="00EF2D91" w:rsidP="00C32B29">
            <w:pPr>
              <w:pStyle w:val="TableText"/>
              <w:spacing w:before="48" w:after="48"/>
              <w:rPr>
                <w:rFonts w:asciiTheme="majorHAnsi" w:hAnsiTheme="majorHAnsi" w:cstheme="majorHAnsi"/>
                <w:sz w:val="18"/>
              </w:rPr>
            </w:pPr>
            <w:proofErr w:type="spellStart"/>
            <w:r>
              <w:rPr>
                <w:rFonts w:asciiTheme="majorHAnsi" w:hAnsiTheme="majorHAnsi" w:cstheme="majorHAnsi"/>
                <w:color w:val="000000"/>
                <w:sz w:val="18"/>
              </w:rPr>
              <w:t>KarXT</w:t>
            </w:r>
            <w:proofErr w:type="spellEnd"/>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39305807"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-3.35 (-4.18, -2.52)</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0EADDAA4"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-3.34 (-4.74, -1.95)</w:t>
            </w:r>
          </w:p>
        </w:tc>
        <w:tc>
          <w:tcPr>
            <w:tcW w:w="1393" w:type="pct"/>
            <w:tcBorders>
              <w:top w:val="single" w:sz="4" w:space="0" w:color="000000"/>
              <w:left w:val="single" w:sz="4" w:space="0" w:color="000000"/>
              <w:bottom w:val="single" w:sz="4" w:space="0" w:color="000000"/>
              <w:right w:val="single" w:sz="4" w:space="0" w:color="000000"/>
            </w:tcBorders>
            <w:vAlign w:val="bottom"/>
          </w:tcPr>
          <w:p w14:paraId="3EA96DBD"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-3.34 (-4.71, -1.96)</w:t>
            </w:r>
          </w:p>
        </w:tc>
      </w:tr>
      <w:tr w:rsidR="009E5C4E" w:rsidRPr="00EB75F0" w14:paraId="6FC3E34A"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332D7961" w14:textId="77777777" w:rsidR="009E5C4E" w:rsidRPr="00EB75F0" w:rsidRDefault="009E5C4E"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Lumateperone</w:t>
            </w:r>
            <w:proofErr w:type="spellEnd"/>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72963A41"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-1.7 (-2.92, -0.48)</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0845BC6A"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color w:val="000000"/>
                <w:sz w:val="18"/>
              </w:rPr>
              <w:t>-1.7 (-3.98, 0.59)</w:t>
            </w:r>
          </w:p>
        </w:tc>
        <w:tc>
          <w:tcPr>
            <w:tcW w:w="1393" w:type="pct"/>
            <w:tcBorders>
              <w:top w:val="single" w:sz="4" w:space="0" w:color="000000"/>
              <w:left w:val="single" w:sz="4" w:space="0" w:color="000000"/>
              <w:bottom w:val="single" w:sz="4" w:space="0" w:color="000000"/>
              <w:right w:val="single" w:sz="4" w:space="0" w:color="000000"/>
            </w:tcBorders>
            <w:vAlign w:val="bottom"/>
          </w:tcPr>
          <w:p w14:paraId="7659D817" w14:textId="77777777" w:rsidR="009E5C4E" w:rsidRPr="00EB75F0" w:rsidRDefault="009E5C4E"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-1.7 (-3.98, 0.58)</w:t>
            </w:r>
          </w:p>
        </w:tc>
      </w:tr>
      <w:tr w:rsidR="009E5C4E" w:rsidRPr="00EB75F0" w14:paraId="13FDC469"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48F36E51" w14:textId="77777777" w:rsidR="009E5C4E" w:rsidRPr="00EB75F0" w:rsidRDefault="009E5C4E"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Olanzapine</w:t>
            </w:r>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3DDBEA93"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-3.11 (-3.69, -2.53)</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38C2D861"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-3.24 (-4.16, -2.33)</w:t>
            </w:r>
          </w:p>
        </w:tc>
        <w:tc>
          <w:tcPr>
            <w:tcW w:w="1393" w:type="pct"/>
            <w:tcBorders>
              <w:top w:val="single" w:sz="4" w:space="0" w:color="000000"/>
              <w:left w:val="single" w:sz="4" w:space="0" w:color="000000"/>
              <w:bottom w:val="single" w:sz="4" w:space="0" w:color="000000"/>
              <w:right w:val="single" w:sz="4" w:space="0" w:color="000000"/>
            </w:tcBorders>
            <w:vAlign w:val="bottom"/>
          </w:tcPr>
          <w:p w14:paraId="25F3C5F3"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-3.23 (-4.16, -2.33)</w:t>
            </w:r>
          </w:p>
        </w:tc>
      </w:tr>
      <w:tr w:rsidR="009E5C4E" w:rsidRPr="00EB75F0" w14:paraId="2F2EE184"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0964AE6A" w14:textId="77777777" w:rsidR="009E5C4E" w:rsidRPr="00EB75F0" w:rsidRDefault="009E5C4E"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Quetiapine</w:t>
            </w:r>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7683C9CF"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-2.87 (-3.52, -2.23)</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38E1F7F8"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-2.97 (-4.13, -1.83)</w:t>
            </w:r>
          </w:p>
        </w:tc>
        <w:tc>
          <w:tcPr>
            <w:tcW w:w="1393" w:type="pct"/>
            <w:tcBorders>
              <w:top w:val="single" w:sz="4" w:space="0" w:color="000000"/>
              <w:left w:val="single" w:sz="4" w:space="0" w:color="000000"/>
              <w:bottom w:val="single" w:sz="4" w:space="0" w:color="000000"/>
              <w:right w:val="single" w:sz="4" w:space="0" w:color="000000"/>
            </w:tcBorders>
            <w:vAlign w:val="bottom"/>
          </w:tcPr>
          <w:p w14:paraId="4FF2C2FA"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-3.02 (-4.17, -1.89)</w:t>
            </w:r>
          </w:p>
        </w:tc>
      </w:tr>
      <w:tr w:rsidR="009E5C4E" w:rsidRPr="00EB75F0" w14:paraId="523565ED"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348E3F9F" w14:textId="77777777" w:rsidR="009E5C4E" w:rsidRPr="00EB75F0" w:rsidRDefault="009E5C4E"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Risperidone</w:t>
            </w:r>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502B9938"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-2.44 (-2.63, -2.24)</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33A1C6BF"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-3.21 (-4.08, -2.37)</w:t>
            </w:r>
          </w:p>
        </w:tc>
        <w:tc>
          <w:tcPr>
            <w:tcW w:w="1393" w:type="pct"/>
            <w:tcBorders>
              <w:top w:val="single" w:sz="4" w:space="0" w:color="000000"/>
              <w:left w:val="single" w:sz="4" w:space="0" w:color="000000"/>
              <w:bottom w:val="single" w:sz="4" w:space="0" w:color="000000"/>
              <w:right w:val="single" w:sz="4" w:space="0" w:color="000000"/>
            </w:tcBorders>
            <w:vAlign w:val="bottom"/>
          </w:tcPr>
          <w:p w14:paraId="60525936"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-3.39 (-4.36, -2.40)</w:t>
            </w:r>
          </w:p>
        </w:tc>
      </w:tr>
      <w:tr w:rsidR="009E5C4E" w:rsidRPr="00EB75F0" w14:paraId="07E5990D"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shd w:val="clear" w:color="auto" w:fill="001B2B"/>
            <w:vAlign w:val="center"/>
          </w:tcPr>
          <w:p w14:paraId="659411DB" w14:textId="77777777" w:rsidR="009E5C4E" w:rsidRPr="00EB75F0" w:rsidRDefault="009E5C4E"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rPr>
              <w:t>Comparator</w:t>
            </w:r>
          </w:p>
        </w:tc>
        <w:tc>
          <w:tcPr>
            <w:tcW w:w="4067" w:type="pct"/>
            <w:gridSpan w:val="4"/>
            <w:tcBorders>
              <w:top w:val="single" w:sz="4" w:space="0" w:color="000000"/>
              <w:left w:val="single" w:sz="4" w:space="0" w:color="000000"/>
              <w:bottom w:val="single" w:sz="4" w:space="0" w:color="000000"/>
              <w:right w:val="single" w:sz="4" w:space="0" w:color="000000"/>
            </w:tcBorders>
            <w:shd w:val="clear" w:color="auto" w:fill="001B2B"/>
            <w:vAlign w:val="center"/>
          </w:tcPr>
          <w:p w14:paraId="7C7DF9D0" w14:textId="431F5FD5" w:rsidR="009E5C4E" w:rsidRPr="00EB75F0" w:rsidRDefault="00EA4A2C"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rPr>
              <w:t>MD</w:t>
            </w:r>
            <w:r w:rsidR="009E5C4E" w:rsidRPr="00EB75F0">
              <w:rPr>
                <w:rFonts w:asciiTheme="majorHAnsi" w:hAnsiTheme="majorHAnsi" w:cstheme="majorHAnsi"/>
                <w:color w:val="FFFFFF"/>
                <w:sz w:val="18"/>
              </w:rPr>
              <w:t xml:space="preserve"> </w:t>
            </w:r>
            <w:proofErr w:type="spellStart"/>
            <w:r w:rsidR="00EF2D91">
              <w:rPr>
                <w:rFonts w:asciiTheme="majorHAnsi" w:hAnsiTheme="majorHAnsi" w:cstheme="majorHAnsi"/>
                <w:color w:val="FFFFFF"/>
                <w:sz w:val="18"/>
              </w:rPr>
              <w:t>KarXT</w:t>
            </w:r>
            <w:proofErr w:type="spellEnd"/>
            <w:r w:rsidR="009E5C4E" w:rsidRPr="00EB75F0">
              <w:rPr>
                <w:rFonts w:asciiTheme="majorHAnsi" w:hAnsiTheme="majorHAnsi" w:cstheme="majorHAnsi"/>
                <w:color w:val="FFFFFF"/>
                <w:sz w:val="18"/>
              </w:rPr>
              <w:t xml:space="preserve"> vs Comparator (95% </w:t>
            </w:r>
            <w:proofErr w:type="spellStart"/>
            <w:r w:rsidR="009E5C4E" w:rsidRPr="00EB75F0">
              <w:rPr>
                <w:rFonts w:asciiTheme="majorHAnsi" w:hAnsiTheme="majorHAnsi" w:cstheme="majorHAnsi"/>
                <w:color w:val="FFFFFF"/>
                <w:sz w:val="18"/>
              </w:rPr>
              <w:t>CrI</w:t>
            </w:r>
            <w:proofErr w:type="spellEnd"/>
            <w:r w:rsidR="009E5C4E" w:rsidRPr="00EB75F0">
              <w:rPr>
                <w:rFonts w:asciiTheme="majorHAnsi" w:hAnsiTheme="majorHAnsi" w:cstheme="majorHAnsi"/>
                <w:color w:val="FFFFFF"/>
                <w:sz w:val="18"/>
              </w:rPr>
              <w:t>)</w:t>
            </w:r>
          </w:p>
        </w:tc>
      </w:tr>
      <w:tr w:rsidR="009E5C4E" w:rsidRPr="00EB75F0" w14:paraId="3717AEF7"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0E2D3E33" w14:textId="77777777" w:rsidR="009E5C4E" w:rsidRPr="00EB75F0" w:rsidRDefault="009E5C4E"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Aripiprazole</w:t>
            </w:r>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78B7E006"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-1.17 (-2.14, -0.19)</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411A3A8B" w14:textId="77777777" w:rsidR="009E5C4E" w:rsidRPr="00EB75F0" w:rsidRDefault="009E5C4E"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-1.18 (-2.88, 0.44)</w:t>
            </w:r>
          </w:p>
        </w:tc>
        <w:tc>
          <w:tcPr>
            <w:tcW w:w="1393" w:type="pct"/>
            <w:tcBorders>
              <w:top w:val="single" w:sz="4" w:space="0" w:color="000000"/>
              <w:left w:val="single" w:sz="4" w:space="0" w:color="000000"/>
              <w:bottom w:val="single" w:sz="4" w:space="0" w:color="000000"/>
              <w:right w:val="single" w:sz="4" w:space="0" w:color="000000"/>
            </w:tcBorders>
            <w:vAlign w:val="bottom"/>
          </w:tcPr>
          <w:p w14:paraId="2644C3C9"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color w:val="000000"/>
                <w:sz w:val="18"/>
              </w:rPr>
              <w:t>-1.05 (-2.74, 0.58)</w:t>
            </w:r>
          </w:p>
        </w:tc>
      </w:tr>
      <w:tr w:rsidR="009E5C4E" w:rsidRPr="00EB75F0" w14:paraId="573B17B2"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22A0155F" w14:textId="77777777" w:rsidR="009E5C4E" w:rsidRPr="00EB75F0" w:rsidRDefault="009E5C4E"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Brexpiprazole</w:t>
            </w:r>
            <w:proofErr w:type="spellEnd"/>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7260969B"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-2.03 (-3.05, -1.02)</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7E7EA1E1" w14:textId="77777777" w:rsidR="009E5C4E" w:rsidRPr="00EB75F0" w:rsidRDefault="009E5C4E"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color w:val="000000"/>
                <w:sz w:val="18"/>
              </w:rPr>
              <w:t>-2.08 (-3.82, -0.35)</w:t>
            </w:r>
          </w:p>
        </w:tc>
        <w:tc>
          <w:tcPr>
            <w:tcW w:w="1393" w:type="pct"/>
            <w:tcBorders>
              <w:top w:val="single" w:sz="4" w:space="0" w:color="000000"/>
              <w:left w:val="single" w:sz="4" w:space="0" w:color="000000"/>
              <w:bottom w:val="single" w:sz="4" w:space="0" w:color="000000"/>
              <w:right w:val="single" w:sz="4" w:space="0" w:color="000000"/>
            </w:tcBorders>
            <w:vAlign w:val="bottom"/>
          </w:tcPr>
          <w:p w14:paraId="5B153264"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-1.84 (-3.64, -0.07)</w:t>
            </w:r>
          </w:p>
        </w:tc>
      </w:tr>
      <w:tr w:rsidR="009E5C4E" w:rsidRPr="00EB75F0" w14:paraId="48C2C16F"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1108DAB0" w14:textId="77777777" w:rsidR="009E5C4E" w:rsidRPr="00EB75F0" w:rsidRDefault="009E5C4E"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Cariprazine</w:t>
            </w:r>
            <w:proofErr w:type="spellEnd"/>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1BBA4F4E"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-1.71 (-2.71, -0.71)</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5581341C" w14:textId="77777777" w:rsidR="009E5C4E" w:rsidRPr="00EB75F0" w:rsidRDefault="009E5C4E"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-1.58 (-3.35, 0.17)</w:t>
            </w:r>
          </w:p>
        </w:tc>
        <w:tc>
          <w:tcPr>
            <w:tcW w:w="1393" w:type="pct"/>
            <w:tcBorders>
              <w:top w:val="single" w:sz="4" w:space="0" w:color="000000"/>
              <w:left w:val="single" w:sz="4" w:space="0" w:color="000000"/>
              <w:bottom w:val="single" w:sz="4" w:space="0" w:color="000000"/>
              <w:right w:val="single" w:sz="4" w:space="0" w:color="000000"/>
            </w:tcBorders>
            <w:vAlign w:val="bottom"/>
          </w:tcPr>
          <w:p w14:paraId="58B8E8AB"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color w:val="000000"/>
                <w:sz w:val="18"/>
              </w:rPr>
              <w:t>-1.52 (-3.29, 0.21)</w:t>
            </w:r>
          </w:p>
        </w:tc>
      </w:tr>
      <w:tr w:rsidR="009E5C4E" w:rsidRPr="00EB75F0" w14:paraId="6D0F2D2E"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7283ACF1" w14:textId="77777777" w:rsidR="009E5C4E" w:rsidRPr="00EB75F0" w:rsidRDefault="009E5C4E"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Lumateperone</w:t>
            </w:r>
            <w:proofErr w:type="spellEnd"/>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408E8FCA"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-1.65 (-3.11, -0.17)</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382F0423" w14:textId="77777777" w:rsidR="009E5C4E" w:rsidRPr="00EB75F0" w:rsidRDefault="009E5C4E"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-1.64 (4.30, 1.02)</w:t>
            </w:r>
          </w:p>
        </w:tc>
        <w:tc>
          <w:tcPr>
            <w:tcW w:w="1393" w:type="pct"/>
            <w:tcBorders>
              <w:top w:val="single" w:sz="4" w:space="0" w:color="000000"/>
              <w:left w:val="single" w:sz="4" w:space="0" w:color="000000"/>
              <w:bottom w:val="single" w:sz="4" w:space="0" w:color="000000"/>
              <w:right w:val="single" w:sz="4" w:space="0" w:color="000000"/>
            </w:tcBorders>
            <w:vAlign w:val="bottom"/>
          </w:tcPr>
          <w:p w14:paraId="7EBE7EB0" w14:textId="77777777" w:rsidR="009E5C4E" w:rsidRPr="00EB75F0" w:rsidRDefault="009E5C4E"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-1.64 (-4.3, 1.02)</w:t>
            </w:r>
          </w:p>
        </w:tc>
      </w:tr>
      <w:tr w:rsidR="009E5C4E" w:rsidRPr="00EB75F0" w14:paraId="129CD701"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7A4538AA" w14:textId="77777777" w:rsidR="009E5C4E" w:rsidRPr="00EB75F0" w:rsidRDefault="009E5C4E" w:rsidP="00C32B29">
            <w:pPr>
              <w:pStyle w:val="TableText"/>
              <w:keepNext/>
              <w:spacing w:before="48" w:after="48"/>
              <w:rPr>
                <w:rFonts w:asciiTheme="majorHAnsi" w:hAnsiTheme="majorHAnsi" w:cstheme="majorHAnsi"/>
                <w:sz w:val="18"/>
              </w:rPr>
            </w:pPr>
            <w:r w:rsidRPr="00EB75F0">
              <w:rPr>
                <w:rFonts w:asciiTheme="majorHAnsi" w:hAnsiTheme="majorHAnsi" w:cstheme="majorHAnsi"/>
                <w:color w:val="000000"/>
                <w:sz w:val="18"/>
              </w:rPr>
              <w:t>Olanzapine</w:t>
            </w:r>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4C9BD4CF" w14:textId="77777777" w:rsidR="009E5C4E" w:rsidRPr="00EB75F0" w:rsidRDefault="009E5C4E" w:rsidP="00C32B29">
            <w:pPr>
              <w:pStyle w:val="TableText"/>
              <w:keepNext/>
              <w:spacing w:before="48" w:after="48"/>
              <w:rPr>
                <w:rFonts w:asciiTheme="majorHAnsi" w:hAnsiTheme="majorHAnsi" w:cstheme="majorHAnsi"/>
                <w:b/>
                <w:sz w:val="18"/>
              </w:rPr>
            </w:pPr>
            <w:r w:rsidRPr="00EB75F0">
              <w:rPr>
                <w:rFonts w:asciiTheme="majorHAnsi" w:hAnsiTheme="majorHAnsi" w:cstheme="majorHAnsi"/>
                <w:color w:val="000000"/>
                <w:sz w:val="18"/>
              </w:rPr>
              <w:t>-0.24 (-1.25, 0.77)</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113FD734" w14:textId="77777777" w:rsidR="009E5C4E" w:rsidRPr="00EB75F0" w:rsidRDefault="009E5C4E" w:rsidP="00C32B29">
            <w:pPr>
              <w:pStyle w:val="TableText"/>
              <w:keepNext/>
              <w:spacing w:before="48" w:after="48"/>
              <w:rPr>
                <w:rFonts w:asciiTheme="majorHAnsi" w:hAnsiTheme="majorHAnsi" w:cstheme="majorHAnsi"/>
                <w:color w:val="000000"/>
                <w:sz w:val="18"/>
              </w:rPr>
            </w:pPr>
            <w:r w:rsidRPr="00EB75F0">
              <w:rPr>
                <w:rFonts w:asciiTheme="majorHAnsi" w:hAnsiTheme="majorHAnsi" w:cstheme="majorHAnsi"/>
                <w:color w:val="000000"/>
                <w:sz w:val="18"/>
              </w:rPr>
              <w:t>-0.10 (-1.77, 1.58)</w:t>
            </w:r>
          </w:p>
        </w:tc>
        <w:tc>
          <w:tcPr>
            <w:tcW w:w="1393" w:type="pct"/>
            <w:tcBorders>
              <w:top w:val="single" w:sz="4" w:space="0" w:color="000000"/>
              <w:left w:val="single" w:sz="4" w:space="0" w:color="000000"/>
              <w:bottom w:val="single" w:sz="4" w:space="0" w:color="000000"/>
              <w:right w:val="single" w:sz="4" w:space="0" w:color="000000"/>
            </w:tcBorders>
            <w:vAlign w:val="bottom"/>
          </w:tcPr>
          <w:p w14:paraId="592F9CBD" w14:textId="77777777" w:rsidR="009E5C4E" w:rsidRPr="00EB75F0" w:rsidRDefault="009E5C4E" w:rsidP="00C32B29">
            <w:pPr>
              <w:pStyle w:val="TableText"/>
              <w:keepNext/>
              <w:spacing w:before="48" w:after="48"/>
              <w:rPr>
                <w:rFonts w:asciiTheme="majorHAnsi" w:hAnsiTheme="majorHAnsi" w:cstheme="majorHAnsi"/>
                <w:b/>
                <w:sz w:val="18"/>
              </w:rPr>
            </w:pPr>
            <w:r w:rsidRPr="00EB75F0">
              <w:rPr>
                <w:rFonts w:asciiTheme="majorHAnsi" w:hAnsiTheme="majorHAnsi" w:cstheme="majorHAnsi"/>
                <w:color w:val="000000"/>
                <w:sz w:val="18"/>
              </w:rPr>
              <w:t>-0.10 (-1.74, 1.56)</w:t>
            </w:r>
          </w:p>
        </w:tc>
      </w:tr>
      <w:tr w:rsidR="009E5C4E" w:rsidRPr="00EB75F0" w14:paraId="46912973"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25F0FAC3" w14:textId="77777777" w:rsidR="009E5C4E" w:rsidRPr="00EB75F0" w:rsidRDefault="009E5C4E" w:rsidP="00C32B29">
            <w:pPr>
              <w:pStyle w:val="TableText"/>
              <w:keepNext/>
              <w:spacing w:before="48" w:after="48"/>
              <w:rPr>
                <w:rFonts w:asciiTheme="majorHAnsi" w:hAnsiTheme="majorHAnsi" w:cstheme="majorHAnsi"/>
                <w:sz w:val="18"/>
              </w:rPr>
            </w:pPr>
            <w:r w:rsidRPr="00EB75F0">
              <w:rPr>
                <w:rFonts w:asciiTheme="majorHAnsi" w:hAnsiTheme="majorHAnsi" w:cstheme="majorHAnsi"/>
                <w:color w:val="000000"/>
                <w:sz w:val="18"/>
              </w:rPr>
              <w:t>Quetiapine</w:t>
            </w:r>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28D0C390" w14:textId="77777777" w:rsidR="009E5C4E" w:rsidRPr="00EB75F0" w:rsidRDefault="009E5C4E" w:rsidP="00C32B29">
            <w:pPr>
              <w:pStyle w:val="TableText"/>
              <w:keepNext/>
              <w:spacing w:before="48" w:after="48"/>
              <w:rPr>
                <w:rFonts w:asciiTheme="majorHAnsi" w:hAnsiTheme="majorHAnsi" w:cstheme="majorHAnsi"/>
                <w:sz w:val="18"/>
              </w:rPr>
            </w:pPr>
            <w:r w:rsidRPr="00EB75F0">
              <w:rPr>
                <w:rFonts w:asciiTheme="majorHAnsi" w:hAnsiTheme="majorHAnsi" w:cstheme="majorHAnsi"/>
                <w:color w:val="000000"/>
                <w:sz w:val="18"/>
              </w:rPr>
              <w:t>-0.48 (-1.53, 0.57)</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6BEB320B" w14:textId="77777777" w:rsidR="009E5C4E" w:rsidRPr="00EB75F0" w:rsidRDefault="009E5C4E" w:rsidP="00C32B29">
            <w:pPr>
              <w:pStyle w:val="TableText"/>
              <w:keepNext/>
              <w:spacing w:before="48" w:after="48"/>
              <w:rPr>
                <w:rFonts w:asciiTheme="majorHAnsi" w:hAnsiTheme="majorHAnsi" w:cstheme="majorHAnsi"/>
                <w:color w:val="000000"/>
                <w:sz w:val="18"/>
              </w:rPr>
            </w:pPr>
            <w:r w:rsidRPr="00EB75F0">
              <w:rPr>
                <w:rFonts w:asciiTheme="majorHAnsi" w:hAnsiTheme="majorHAnsi" w:cstheme="majorHAnsi"/>
                <w:color w:val="000000"/>
                <w:sz w:val="18"/>
              </w:rPr>
              <w:t>-0.37 (-2.15, 1.44)</w:t>
            </w:r>
          </w:p>
        </w:tc>
        <w:tc>
          <w:tcPr>
            <w:tcW w:w="1393" w:type="pct"/>
            <w:tcBorders>
              <w:top w:val="single" w:sz="4" w:space="0" w:color="000000"/>
              <w:left w:val="single" w:sz="4" w:space="0" w:color="000000"/>
              <w:bottom w:val="single" w:sz="4" w:space="0" w:color="000000"/>
              <w:right w:val="single" w:sz="4" w:space="0" w:color="000000"/>
            </w:tcBorders>
            <w:vAlign w:val="bottom"/>
          </w:tcPr>
          <w:p w14:paraId="38EBBBD2" w14:textId="77777777" w:rsidR="009E5C4E" w:rsidRPr="00EB75F0" w:rsidRDefault="009E5C4E" w:rsidP="00C32B29">
            <w:pPr>
              <w:pStyle w:val="TableText"/>
              <w:keepNext/>
              <w:spacing w:before="48" w:after="48"/>
              <w:rPr>
                <w:rFonts w:asciiTheme="majorHAnsi" w:hAnsiTheme="majorHAnsi" w:cstheme="majorHAnsi"/>
                <w:sz w:val="18"/>
              </w:rPr>
            </w:pPr>
            <w:r w:rsidRPr="00EB75F0">
              <w:rPr>
                <w:rFonts w:asciiTheme="majorHAnsi" w:hAnsiTheme="majorHAnsi" w:cstheme="majorHAnsi"/>
                <w:color w:val="000000"/>
                <w:sz w:val="18"/>
              </w:rPr>
              <w:t>-0.32 (-2.09, 1.48)</w:t>
            </w:r>
          </w:p>
        </w:tc>
      </w:tr>
      <w:tr w:rsidR="009E5C4E" w:rsidRPr="00EB75F0" w14:paraId="24DCE61F" w14:textId="77777777" w:rsidTr="007C010D">
        <w:trPr>
          <w:trHeight w:val="58"/>
        </w:trPr>
        <w:tc>
          <w:tcPr>
            <w:tcW w:w="933" w:type="pct"/>
            <w:tcBorders>
              <w:top w:val="single" w:sz="4" w:space="0" w:color="000000"/>
              <w:left w:val="single" w:sz="4" w:space="0" w:color="000000"/>
              <w:bottom w:val="single" w:sz="4" w:space="0" w:color="000000"/>
              <w:right w:val="single" w:sz="4" w:space="0" w:color="000000"/>
            </w:tcBorders>
            <w:vAlign w:val="center"/>
          </w:tcPr>
          <w:p w14:paraId="49F00987" w14:textId="77777777" w:rsidR="009E5C4E" w:rsidRPr="00EB75F0" w:rsidRDefault="009E5C4E"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Risperidone</w:t>
            </w:r>
          </w:p>
        </w:tc>
        <w:tc>
          <w:tcPr>
            <w:tcW w:w="1317" w:type="pct"/>
            <w:gridSpan w:val="2"/>
            <w:tcBorders>
              <w:top w:val="single" w:sz="4" w:space="0" w:color="000000"/>
              <w:left w:val="single" w:sz="4" w:space="0" w:color="000000"/>
              <w:bottom w:val="single" w:sz="4" w:space="0" w:color="000000"/>
              <w:right w:val="single" w:sz="4" w:space="0" w:color="000000"/>
            </w:tcBorders>
            <w:vAlign w:val="bottom"/>
          </w:tcPr>
          <w:p w14:paraId="18AA5756" w14:textId="77777777" w:rsidR="009E5C4E" w:rsidRPr="00EB75F0" w:rsidRDefault="009E5C4E" w:rsidP="00C32B29">
            <w:pPr>
              <w:pStyle w:val="TableText"/>
              <w:spacing w:before="48" w:after="48"/>
              <w:rPr>
                <w:rFonts w:asciiTheme="majorHAnsi" w:hAnsiTheme="majorHAnsi" w:cstheme="majorHAnsi"/>
                <w:b/>
                <w:sz w:val="18"/>
              </w:rPr>
            </w:pPr>
            <w:r w:rsidRPr="00EB75F0">
              <w:rPr>
                <w:rFonts w:asciiTheme="majorHAnsi" w:hAnsiTheme="majorHAnsi" w:cstheme="majorHAnsi"/>
                <w:b/>
                <w:color w:val="000000"/>
                <w:sz w:val="18"/>
              </w:rPr>
              <w:t>-0.91 (-1.76, -0.06)</w:t>
            </w:r>
          </w:p>
        </w:tc>
        <w:tc>
          <w:tcPr>
            <w:tcW w:w="1357" w:type="pct"/>
            <w:tcBorders>
              <w:top w:val="single" w:sz="4" w:space="0" w:color="000000"/>
              <w:left w:val="single" w:sz="4" w:space="0" w:color="000000"/>
              <w:bottom w:val="single" w:sz="4" w:space="0" w:color="000000"/>
              <w:right w:val="single" w:sz="4" w:space="0" w:color="000000"/>
            </w:tcBorders>
            <w:shd w:val="clear" w:color="auto" w:fill="FFFCCC"/>
            <w:vAlign w:val="bottom"/>
          </w:tcPr>
          <w:p w14:paraId="59E5492B" w14:textId="77777777" w:rsidR="009E5C4E" w:rsidRPr="00EB75F0" w:rsidRDefault="009E5C4E"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-0.13 (-1.75, 1.52)</w:t>
            </w:r>
          </w:p>
        </w:tc>
        <w:tc>
          <w:tcPr>
            <w:tcW w:w="1393" w:type="pct"/>
            <w:tcBorders>
              <w:top w:val="single" w:sz="4" w:space="0" w:color="000000"/>
              <w:left w:val="single" w:sz="4" w:space="0" w:color="000000"/>
              <w:bottom w:val="single" w:sz="4" w:space="0" w:color="000000"/>
              <w:right w:val="single" w:sz="4" w:space="0" w:color="000000"/>
            </w:tcBorders>
            <w:vAlign w:val="bottom"/>
          </w:tcPr>
          <w:p w14:paraId="4C34E909" w14:textId="77777777" w:rsidR="009E5C4E" w:rsidRPr="00EB75F0" w:rsidRDefault="009E5C4E"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0.05 (-1.65, 1.73)</w:t>
            </w:r>
          </w:p>
        </w:tc>
      </w:tr>
      <w:tr w:rsidR="009E5C4E" w:rsidRPr="00EB75F0" w14:paraId="291A406A" w14:textId="77777777" w:rsidTr="007C010D">
        <w:trPr>
          <w:trHeight w:val="58"/>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497503A9" w14:textId="77777777" w:rsidR="009E5C4E" w:rsidRPr="00EB75F0" w:rsidRDefault="009E5C4E"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highlight w:val="black"/>
              </w:rPr>
              <w:t>Direct head-to-head meta-analyses</w:t>
            </w:r>
          </w:p>
        </w:tc>
      </w:tr>
      <w:tr w:rsidR="009E5C4E" w:rsidRPr="00EB75F0" w14:paraId="33B4FF9B" w14:textId="77777777" w:rsidTr="007C010D">
        <w:trPr>
          <w:trHeight w:val="58"/>
        </w:trPr>
        <w:tc>
          <w:tcPr>
            <w:tcW w:w="945" w:type="pct"/>
            <w:gridSpan w:val="2"/>
            <w:tcBorders>
              <w:top w:val="single" w:sz="4" w:space="0" w:color="000000"/>
              <w:left w:val="single" w:sz="4" w:space="0" w:color="000000"/>
              <w:bottom w:val="single" w:sz="4" w:space="0" w:color="000000"/>
              <w:right w:val="single" w:sz="4" w:space="0" w:color="000000"/>
            </w:tcBorders>
            <w:vAlign w:val="center"/>
          </w:tcPr>
          <w:p w14:paraId="6F25EA10" w14:textId="77777777" w:rsidR="009E5C4E" w:rsidRPr="00EB75F0" w:rsidRDefault="009E5C4E"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lastRenderedPageBreak/>
              <w:t>Range of I</w:t>
            </w:r>
            <w:r w:rsidRPr="00EB75F0">
              <w:rPr>
                <w:rFonts w:asciiTheme="majorHAnsi" w:hAnsiTheme="majorHAnsi" w:cstheme="majorHAnsi"/>
                <w:color w:val="000000"/>
                <w:sz w:val="18"/>
                <w:vertAlign w:val="superscript"/>
              </w:rPr>
              <w:t>2</w:t>
            </w:r>
            <w:r w:rsidRPr="00EB75F0">
              <w:rPr>
                <w:rFonts w:asciiTheme="majorHAnsi" w:hAnsiTheme="majorHAnsi" w:cstheme="majorHAnsi"/>
                <w:color w:val="000000"/>
                <w:sz w:val="18"/>
              </w:rPr>
              <w:t xml:space="preserve"> values</w:t>
            </w:r>
          </w:p>
        </w:tc>
        <w:tc>
          <w:tcPr>
            <w:tcW w:w="2663" w:type="pct"/>
            <w:gridSpan w:val="2"/>
            <w:tcBorders>
              <w:top w:val="single" w:sz="4" w:space="0" w:color="000000"/>
              <w:left w:val="single" w:sz="4" w:space="0" w:color="000000"/>
              <w:bottom w:val="single" w:sz="4" w:space="0" w:color="000000"/>
              <w:right w:val="single" w:sz="4" w:space="0" w:color="000000"/>
            </w:tcBorders>
            <w:vAlign w:val="bottom"/>
          </w:tcPr>
          <w:p w14:paraId="1C915390" w14:textId="77777777" w:rsidR="009E5C4E" w:rsidRPr="00EB75F0" w:rsidRDefault="009E5C4E"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0-85%, considerable heterogeneity between studies for olanzapine versus placebo (72%); quetiapine versus placebo (85%); and risperidone versus placebo (73%)</w:t>
            </w:r>
          </w:p>
        </w:tc>
        <w:tc>
          <w:tcPr>
            <w:tcW w:w="1393" w:type="pct"/>
            <w:tcBorders>
              <w:top w:val="single" w:sz="4" w:space="0" w:color="000000"/>
              <w:left w:val="single" w:sz="4" w:space="0" w:color="000000"/>
              <w:bottom w:val="single" w:sz="4" w:space="0" w:color="000000"/>
              <w:right w:val="single" w:sz="4" w:space="0" w:color="000000"/>
            </w:tcBorders>
            <w:vAlign w:val="center"/>
          </w:tcPr>
          <w:p w14:paraId="0E3F7696" w14:textId="77777777" w:rsidR="009E5C4E" w:rsidRPr="00EB75F0" w:rsidRDefault="009E5C4E"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0-84%, considerable heterogeneity between studies for olanzapine versus placebo (71%); quetiapine versus placebo (84%); and risperidone versus placebo (52%)</w:t>
            </w:r>
          </w:p>
        </w:tc>
      </w:tr>
      <w:tr w:rsidR="009E5C4E" w:rsidRPr="00EB75F0" w14:paraId="4B76CAA2" w14:textId="77777777" w:rsidTr="007C010D">
        <w:trPr>
          <w:trHeight w:val="58"/>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41BEB01B" w14:textId="77777777" w:rsidR="009E5C4E" w:rsidRPr="00EB75F0" w:rsidRDefault="009E5C4E"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highlight w:val="black"/>
              </w:rPr>
              <w:t>Node-splitting analyses</w:t>
            </w:r>
          </w:p>
        </w:tc>
      </w:tr>
      <w:tr w:rsidR="009E5C4E" w:rsidRPr="00EB75F0" w14:paraId="55B2D9FA" w14:textId="77777777" w:rsidTr="007C010D">
        <w:trPr>
          <w:trHeight w:val="58"/>
        </w:trPr>
        <w:tc>
          <w:tcPr>
            <w:tcW w:w="945" w:type="pct"/>
            <w:gridSpan w:val="2"/>
            <w:tcBorders>
              <w:top w:val="single" w:sz="4" w:space="0" w:color="000000"/>
              <w:left w:val="single" w:sz="4" w:space="0" w:color="000000"/>
              <w:bottom w:val="single" w:sz="4" w:space="0" w:color="000000"/>
              <w:right w:val="single" w:sz="4" w:space="0" w:color="000000"/>
            </w:tcBorders>
            <w:vAlign w:val="center"/>
          </w:tcPr>
          <w:p w14:paraId="274885FD" w14:textId="77777777" w:rsidR="009E5C4E" w:rsidRPr="00EB75F0" w:rsidRDefault="009E5C4E"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IF estimates suggesting inconsistency</w:t>
            </w:r>
          </w:p>
        </w:tc>
        <w:tc>
          <w:tcPr>
            <w:tcW w:w="2663" w:type="pct"/>
            <w:gridSpan w:val="2"/>
            <w:tcBorders>
              <w:top w:val="single" w:sz="4" w:space="0" w:color="000000"/>
              <w:left w:val="single" w:sz="4" w:space="0" w:color="000000"/>
              <w:bottom w:val="single" w:sz="4" w:space="0" w:color="000000"/>
              <w:right w:val="single" w:sz="4" w:space="0" w:color="000000"/>
            </w:tcBorders>
            <w:vAlign w:val="center"/>
          </w:tcPr>
          <w:p w14:paraId="24490C49" w14:textId="77777777" w:rsidR="009E5C4E" w:rsidRPr="00EB75F0" w:rsidRDefault="009E5C4E"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w:t>
            </w:r>
          </w:p>
        </w:tc>
        <w:tc>
          <w:tcPr>
            <w:tcW w:w="1393" w:type="pct"/>
            <w:tcBorders>
              <w:top w:val="single" w:sz="4" w:space="0" w:color="000000"/>
              <w:left w:val="single" w:sz="4" w:space="0" w:color="000000"/>
              <w:bottom w:val="single" w:sz="4" w:space="0" w:color="000000"/>
              <w:right w:val="single" w:sz="4" w:space="0" w:color="000000"/>
            </w:tcBorders>
            <w:vAlign w:val="center"/>
          </w:tcPr>
          <w:p w14:paraId="21690A0A" w14:textId="77777777" w:rsidR="009E5C4E" w:rsidRPr="00EB75F0" w:rsidRDefault="009E5C4E"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w:t>
            </w:r>
          </w:p>
        </w:tc>
      </w:tr>
      <w:tr w:rsidR="009E5C4E" w:rsidRPr="00EB75F0" w14:paraId="059DA255" w14:textId="77777777" w:rsidTr="007C010D">
        <w:trPr>
          <w:trHeight w:val="58"/>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49613C70" w14:textId="0F2C0930" w:rsidR="009E5C4E" w:rsidRPr="00EB75F0" w:rsidRDefault="009E5C4E" w:rsidP="00C32B29">
            <w:pPr>
              <w:pStyle w:val="Legend"/>
              <w:spacing w:before="48" w:after="48"/>
              <w:rPr>
                <w:rFonts w:asciiTheme="majorHAnsi" w:hAnsiTheme="majorHAnsi" w:cstheme="majorHAnsi"/>
                <w:sz w:val="16"/>
              </w:rPr>
            </w:pPr>
            <w:r w:rsidRPr="00EB75F0">
              <w:rPr>
                <w:rFonts w:asciiTheme="majorHAnsi" w:hAnsiTheme="majorHAnsi" w:cstheme="majorHAnsi"/>
                <w:b/>
                <w:sz w:val="16"/>
              </w:rPr>
              <w:t>Key:</w:t>
            </w:r>
            <w:r w:rsidRPr="00EB75F0">
              <w:rPr>
                <w:rFonts w:asciiTheme="majorHAnsi" w:hAnsiTheme="majorHAnsi" w:cstheme="majorHAnsi"/>
                <w:sz w:val="16"/>
              </w:rPr>
              <w:t xml:space="preserve"> </w:t>
            </w:r>
            <w:proofErr w:type="spellStart"/>
            <w:r w:rsidRPr="00EB75F0">
              <w:rPr>
                <w:rFonts w:asciiTheme="majorHAnsi" w:hAnsiTheme="majorHAnsi" w:cstheme="majorHAnsi"/>
                <w:sz w:val="16"/>
              </w:rPr>
              <w:t>CrI</w:t>
            </w:r>
            <w:proofErr w:type="spellEnd"/>
            <w:r w:rsidRPr="00EB75F0">
              <w:rPr>
                <w:rFonts w:asciiTheme="majorHAnsi" w:hAnsiTheme="majorHAnsi" w:cstheme="majorHAnsi"/>
                <w:sz w:val="16"/>
              </w:rPr>
              <w:t xml:space="preserve">, credible interval; DIC, deviance information criterion; FE, fixed-effects; </w:t>
            </w:r>
            <w:r w:rsidR="003504EA" w:rsidRPr="00EB75F0">
              <w:rPr>
                <w:rFonts w:asciiTheme="majorHAnsi" w:hAnsiTheme="majorHAnsi" w:cstheme="majorHAnsi"/>
                <w:sz w:val="16"/>
                <w:szCs w:val="16"/>
              </w:rPr>
              <w:t>MD, mean difference</w:t>
            </w:r>
            <w:r w:rsidRPr="00EB75F0">
              <w:rPr>
                <w:rFonts w:asciiTheme="majorHAnsi" w:hAnsiTheme="majorHAnsi" w:cstheme="majorHAnsi"/>
                <w:sz w:val="16"/>
              </w:rPr>
              <w:t>; RE, random-effects; IF, inconsistency factor</w:t>
            </w:r>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KarXT</w:t>
            </w:r>
            <w:proofErr w:type="spellEnd"/>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xanomeline</w:t>
            </w:r>
            <w:proofErr w:type="spellEnd"/>
            <w:r w:rsidR="00DB65DB" w:rsidRPr="00DB65DB">
              <w:rPr>
                <w:rFonts w:asciiTheme="majorHAnsi" w:hAnsiTheme="majorHAnsi" w:cstheme="majorHAnsi"/>
                <w:sz w:val="16"/>
              </w:rPr>
              <w:t>/</w:t>
            </w:r>
            <w:proofErr w:type="spellStart"/>
            <w:r w:rsidR="00DB65DB" w:rsidRPr="00DB65DB">
              <w:rPr>
                <w:rFonts w:asciiTheme="majorHAnsi" w:hAnsiTheme="majorHAnsi" w:cstheme="majorHAnsi"/>
                <w:sz w:val="16"/>
              </w:rPr>
              <w:t>trospium</w:t>
            </w:r>
            <w:proofErr w:type="spellEnd"/>
            <w:r w:rsidR="00DB65DB" w:rsidRPr="00DB65DB">
              <w:rPr>
                <w:rFonts w:asciiTheme="majorHAnsi" w:hAnsiTheme="majorHAnsi" w:cstheme="majorHAnsi"/>
                <w:sz w:val="16"/>
              </w:rPr>
              <w:t xml:space="preserve"> chloride</w:t>
            </w:r>
          </w:p>
          <w:p w14:paraId="32586EC1" w14:textId="77777777" w:rsidR="009E5C4E" w:rsidRPr="00EB75F0" w:rsidRDefault="009E5C4E"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b/>
                <w:sz w:val="16"/>
              </w:rPr>
              <w:t>Notes:</w:t>
            </w:r>
            <w:r w:rsidRPr="00EB75F0">
              <w:rPr>
                <w:rFonts w:asciiTheme="majorHAnsi" w:hAnsiTheme="majorHAnsi" w:cstheme="majorHAnsi"/>
                <w:sz w:val="16"/>
              </w:rPr>
              <w:t xml:space="preserve"> </w:t>
            </w:r>
            <w:r w:rsidRPr="00EB75F0">
              <w:rPr>
                <w:rFonts w:asciiTheme="majorHAnsi" w:hAnsiTheme="majorHAnsi" w:cstheme="majorHAnsi"/>
                <w:sz w:val="16"/>
                <w:shd w:val="clear" w:color="auto" w:fill="FFFCCC"/>
              </w:rPr>
              <w:t>Pale yellow highlight</w:t>
            </w:r>
            <w:r w:rsidRPr="00EB75F0">
              <w:rPr>
                <w:rFonts w:asciiTheme="majorHAnsi" w:hAnsiTheme="majorHAnsi" w:cstheme="majorHAnsi"/>
                <w:sz w:val="16"/>
              </w:rPr>
              <w:t xml:space="preserve"> indicates the base case model; statistically significant differences are highlighted in </w:t>
            </w:r>
            <w:r w:rsidRPr="00EB75F0">
              <w:rPr>
                <w:rFonts w:asciiTheme="majorHAnsi" w:hAnsiTheme="majorHAnsi" w:cstheme="majorHAnsi"/>
                <w:b/>
                <w:sz w:val="16"/>
              </w:rPr>
              <w:t>bold</w:t>
            </w:r>
            <w:r w:rsidRPr="00EB75F0">
              <w:rPr>
                <w:rFonts w:asciiTheme="majorHAnsi" w:hAnsiTheme="majorHAnsi" w:cstheme="majorHAnsi"/>
                <w:sz w:val="16"/>
              </w:rPr>
              <w:t>.</w:t>
            </w:r>
          </w:p>
        </w:tc>
      </w:tr>
    </w:tbl>
    <w:p w14:paraId="281317AB" w14:textId="77777777" w:rsidR="009E5C4E" w:rsidRPr="00EB75F0" w:rsidRDefault="009E5C4E"/>
    <w:p w14:paraId="7A08D1ED" w14:textId="4A2960F4" w:rsidR="00D74AAD" w:rsidRDefault="00D74AAD" w:rsidP="00D74AAD">
      <w:pPr>
        <w:pStyle w:val="Heading3"/>
      </w:pPr>
      <w:r w:rsidRPr="007F6A73">
        <w:lastRenderedPageBreak/>
        <w:t xml:space="preserve">Figure </w:t>
      </w:r>
      <w:r>
        <w:t>S</w:t>
      </w:r>
      <w:fldSimple w:instr=" SEQ Figure \* ARABIC ">
        <w:r w:rsidR="004B2F28">
          <w:rPr>
            <w:noProof/>
          </w:rPr>
          <w:t>43</w:t>
        </w:r>
      </w:fldSimple>
      <w:r w:rsidRPr="007F6A73">
        <w:t xml:space="preserve">: Change from baseline </w:t>
      </w:r>
      <w:r w:rsidRPr="00EB75F0">
        <w:t>PANSS positive symptoms score –</w:t>
      </w:r>
      <w:r w:rsidRPr="00C228BD">
        <w:t xml:space="preserve"> </w:t>
      </w:r>
      <w:r>
        <w:t xml:space="preserve">distribution of potential effect modifiers by treatment node </w:t>
      </w:r>
      <w:r w:rsidRPr="007F6A73">
        <w:t>–</w:t>
      </w:r>
      <w:r>
        <w:t xml:space="preserve"> </w:t>
      </w:r>
      <w:r w:rsidRPr="00EB75F0">
        <w:t>base case network</w:t>
      </w:r>
      <w:r w:rsidRPr="007F6A73">
        <w:t xml:space="preserve"> </w:t>
      </w:r>
      <w:r w:rsidRPr="007F6A73">
        <w:rPr>
          <w:noProof/>
        </w:rPr>
        <w:drawing>
          <wp:inline distT="0" distB="0" distL="0" distR="0" wp14:anchorId="6EE02771" wp14:editId="2FC3E149">
            <wp:extent cx="6119495" cy="7420745"/>
            <wp:effectExtent l="0" t="0" r="0" b="8890"/>
            <wp:docPr id="512951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51138" name="Picture 1"/>
                    <pic:cNvPicPr>
                      <a:picLocks noChangeAspect="1" noChangeArrowheads="1"/>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3F6A5F8B" w14:textId="09A7761F" w:rsidR="00D74AAD" w:rsidRPr="009E25E6" w:rsidRDefault="00D74AAD" w:rsidP="00D74AAD">
      <w:pPr>
        <w:spacing w:before="0" w:after="200" w:line="276" w:lineRule="auto"/>
        <w:rPr>
          <w:sz w:val="20"/>
        </w:rPr>
      </w:pPr>
      <w:r w:rsidRPr="009E25E6">
        <w:rPr>
          <w:sz w:val="20"/>
        </w:rPr>
        <w:t>The normality assumption of the ANOVA residuals for each potential effect modifier was confirmed by the Shapiro</w:t>
      </w:r>
      <w:r w:rsidR="00B61C77">
        <w:rPr>
          <w:sz w:val="20"/>
        </w:rPr>
        <w:t>-</w:t>
      </w:r>
      <w:r w:rsidRPr="009E25E6">
        <w:rPr>
          <w:sz w:val="20"/>
        </w:rPr>
        <w:t>Wilk normality test. The p-value for the ANOVA F-test is 0.</w:t>
      </w:r>
      <w:r w:rsidR="007D1FA7">
        <w:rPr>
          <w:sz w:val="20"/>
        </w:rPr>
        <w:t>22</w:t>
      </w:r>
      <w:r w:rsidRPr="009E25E6">
        <w:rPr>
          <w:sz w:val="20"/>
        </w:rPr>
        <w:t>, 0.</w:t>
      </w:r>
      <w:r w:rsidR="00C06994">
        <w:rPr>
          <w:sz w:val="20"/>
        </w:rPr>
        <w:t>15</w:t>
      </w:r>
      <w:r w:rsidRPr="009E25E6">
        <w:rPr>
          <w:sz w:val="20"/>
        </w:rPr>
        <w:t>, 0.</w:t>
      </w:r>
      <w:r w:rsidR="00C06994">
        <w:rPr>
          <w:sz w:val="20"/>
        </w:rPr>
        <w:t>076</w:t>
      </w:r>
      <w:r w:rsidRPr="009E25E6">
        <w:rPr>
          <w:sz w:val="20"/>
        </w:rPr>
        <w:t>, 0.</w:t>
      </w:r>
      <w:r w:rsidR="00C06994">
        <w:rPr>
          <w:sz w:val="20"/>
        </w:rPr>
        <w:t>2</w:t>
      </w:r>
      <w:r w:rsidRPr="009E25E6">
        <w:rPr>
          <w:sz w:val="20"/>
        </w:rPr>
        <w:t xml:space="preserve">, </w:t>
      </w:r>
      <w:r w:rsidR="00E62694">
        <w:rPr>
          <w:sz w:val="20"/>
        </w:rPr>
        <w:t xml:space="preserve">0.38 </w:t>
      </w:r>
      <w:r w:rsidRPr="009E25E6">
        <w:rPr>
          <w:sz w:val="20"/>
        </w:rPr>
        <w:t xml:space="preserve">and 0.2, for percentage male, mean age, mean PANSS total score, mean PANSS positive score, mean PANSS negative score, and mean CGI-S score at baseline, respectively. This indicates no significant difference between </w:t>
      </w:r>
      <w:r w:rsidR="00E62694">
        <w:rPr>
          <w:sz w:val="20"/>
        </w:rPr>
        <w:t xml:space="preserve">treatment </w:t>
      </w:r>
      <w:r w:rsidRPr="009E25E6">
        <w:rPr>
          <w:sz w:val="20"/>
        </w:rPr>
        <w:t>nodes.</w:t>
      </w:r>
      <w:r>
        <w:rPr>
          <w:sz w:val="20"/>
        </w:rPr>
        <w:t xml:space="preserve"> </w:t>
      </w:r>
    </w:p>
    <w:p w14:paraId="16B1006C" w14:textId="77777777" w:rsidR="0012708C" w:rsidRDefault="0012708C"/>
    <w:p w14:paraId="1F69F4B2" w14:textId="0BC97563" w:rsidR="00C03945" w:rsidRDefault="00C03945" w:rsidP="00C03945">
      <w:pPr>
        <w:pStyle w:val="Heading3"/>
      </w:pPr>
      <w:r w:rsidRPr="007F6A73">
        <w:lastRenderedPageBreak/>
        <w:t xml:space="preserve">Figure </w:t>
      </w:r>
      <w:r>
        <w:t>S</w:t>
      </w:r>
      <w:fldSimple w:instr=" SEQ Figure \* ARABIC ">
        <w:r w:rsidR="004B2F28">
          <w:rPr>
            <w:noProof/>
          </w:rPr>
          <w:t>44</w:t>
        </w:r>
      </w:fldSimple>
      <w:r w:rsidRPr="007F6A73">
        <w:t xml:space="preserve">: Change from baseline </w:t>
      </w:r>
      <w:r w:rsidRPr="00EB75F0">
        <w:t>PANSS positive symptoms score –</w:t>
      </w:r>
      <w:r w:rsidRPr="00C228BD">
        <w:t xml:space="preserve"> </w:t>
      </w:r>
      <w:r>
        <w:t xml:space="preserve">distribution of potential effect modifiers by treatment node </w:t>
      </w:r>
      <w:r w:rsidRPr="007F6A73">
        <w:t>–</w:t>
      </w:r>
      <w:r>
        <w:t xml:space="preserve"> </w:t>
      </w:r>
      <w:r w:rsidRPr="00EB75F0">
        <w:t>sensitivity analysis excluding studies with predominantly Asian populations</w:t>
      </w:r>
      <w:r w:rsidRPr="007F6A73">
        <w:rPr>
          <w:noProof/>
        </w:rPr>
        <w:t xml:space="preserve"> </w:t>
      </w:r>
      <w:r w:rsidRPr="007F6A73">
        <w:rPr>
          <w:noProof/>
        </w:rPr>
        <w:drawing>
          <wp:inline distT="0" distB="0" distL="0" distR="0" wp14:anchorId="42253188" wp14:editId="50001F76">
            <wp:extent cx="6119495" cy="7420745"/>
            <wp:effectExtent l="0" t="0" r="0" b="8890"/>
            <wp:docPr id="372342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42725" name="Picture 1"/>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3EDD12C0" w14:textId="3206DFB5" w:rsidR="00C03945" w:rsidRPr="009E25E6" w:rsidRDefault="00C03945" w:rsidP="00C03945">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w:t>
      </w:r>
      <w:r w:rsidR="006E1C36">
        <w:rPr>
          <w:sz w:val="20"/>
        </w:rPr>
        <w:t>065</w:t>
      </w:r>
      <w:r w:rsidRPr="009E25E6">
        <w:rPr>
          <w:sz w:val="20"/>
        </w:rPr>
        <w:t>, 0.</w:t>
      </w:r>
      <w:r w:rsidR="00531702">
        <w:rPr>
          <w:sz w:val="20"/>
        </w:rPr>
        <w:t>079</w:t>
      </w:r>
      <w:r w:rsidRPr="009E25E6">
        <w:rPr>
          <w:sz w:val="20"/>
        </w:rPr>
        <w:t>, 0.</w:t>
      </w:r>
      <w:r w:rsidR="00531702">
        <w:rPr>
          <w:sz w:val="20"/>
        </w:rPr>
        <w:t>2</w:t>
      </w:r>
      <w:r>
        <w:rPr>
          <w:sz w:val="20"/>
        </w:rPr>
        <w:t>6</w:t>
      </w:r>
      <w:r w:rsidRPr="009E25E6">
        <w:rPr>
          <w:sz w:val="20"/>
        </w:rPr>
        <w:t>, 0.</w:t>
      </w:r>
      <w:r w:rsidR="00531702">
        <w:rPr>
          <w:sz w:val="20"/>
        </w:rPr>
        <w:t>4</w:t>
      </w:r>
      <w:r>
        <w:rPr>
          <w:sz w:val="20"/>
        </w:rPr>
        <w:t>2</w:t>
      </w:r>
      <w:r w:rsidRPr="009E25E6">
        <w:rPr>
          <w:sz w:val="20"/>
        </w:rPr>
        <w:t xml:space="preserve">, </w:t>
      </w:r>
      <w:r>
        <w:rPr>
          <w:sz w:val="20"/>
        </w:rPr>
        <w:t>0.</w:t>
      </w:r>
      <w:r w:rsidR="00531702">
        <w:rPr>
          <w:sz w:val="20"/>
        </w:rPr>
        <w:t>44</w:t>
      </w:r>
      <w:r>
        <w:rPr>
          <w:sz w:val="20"/>
        </w:rPr>
        <w:t xml:space="preserve"> </w:t>
      </w:r>
      <w:r w:rsidRPr="009E25E6">
        <w:rPr>
          <w:sz w:val="20"/>
        </w:rPr>
        <w:t>and 0.</w:t>
      </w:r>
      <w:r w:rsidR="00531702">
        <w:rPr>
          <w:sz w:val="20"/>
        </w:rPr>
        <w:t>059</w:t>
      </w:r>
      <w:r w:rsidRPr="009E25E6">
        <w:rPr>
          <w:sz w:val="20"/>
        </w:rPr>
        <w:t xml:space="preserve">, for percentage male, mean age, mean PANSS total score, mean PANSS positive score, mean PANSS negative score, and mean CGI-S score at baseline, respectively. This indicates no significant difference between </w:t>
      </w:r>
      <w:r>
        <w:rPr>
          <w:sz w:val="20"/>
        </w:rPr>
        <w:t xml:space="preserve">treatment </w:t>
      </w:r>
      <w:r w:rsidRPr="009E25E6">
        <w:rPr>
          <w:sz w:val="20"/>
        </w:rPr>
        <w:t>nodes.</w:t>
      </w:r>
      <w:r>
        <w:rPr>
          <w:sz w:val="20"/>
        </w:rPr>
        <w:t xml:space="preserve"> </w:t>
      </w:r>
    </w:p>
    <w:p w14:paraId="3DBB2AB1" w14:textId="77777777" w:rsidR="00C03945" w:rsidRPr="00EB75F0" w:rsidRDefault="00C03945">
      <w:pPr>
        <w:sectPr w:rsidR="00C03945" w:rsidRPr="00EB75F0">
          <w:pgSz w:w="11906" w:h="16838"/>
          <w:pgMar w:top="1134" w:right="1134" w:bottom="1134" w:left="1134" w:header="567" w:footer="567" w:gutter="0"/>
          <w:cols w:space="708"/>
          <w:docGrid w:linePitch="360"/>
        </w:sectPr>
      </w:pPr>
    </w:p>
    <w:p w14:paraId="552685AA" w14:textId="0EC4721D" w:rsidR="009462B9" w:rsidRPr="00EB75F0" w:rsidRDefault="00A06AE8" w:rsidP="00996746">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6</w:t>
        </w:r>
      </w:fldSimple>
      <w:r w:rsidR="009462B9" w:rsidRPr="00EB75F0">
        <w:t>:</w:t>
      </w:r>
      <w:r w:rsidR="007D6410" w:rsidRPr="00EB75F0">
        <w:t xml:space="preserve"> Change from baseline PANSS positive symptoms score – League table – random-effects model, base case network – MD (95% </w:t>
      </w:r>
      <w:proofErr w:type="spellStart"/>
      <w:r w:rsidR="007D6410" w:rsidRPr="00EB75F0">
        <w:t>CrI</w:t>
      </w:r>
      <w:proofErr w:type="spellEnd"/>
      <w:r w:rsidR="007D6410" w:rsidRPr="00EB75F0">
        <w:t>)</w:t>
      </w:r>
    </w:p>
    <w:tbl>
      <w:tblPr>
        <w:tblStyle w:val="Lumanitytable"/>
        <w:tblW w:w="14525" w:type="dxa"/>
        <w:tblLayout w:type="fixed"/>
        <w:tblLook w:val="04A0" w:firstRow="1" w:lastRow="0" w:firstColumn="1" w:lastColumn="0" w:noHBand="0" w:noVBand="1"/>
      </w:tblPr>
      <w:tblGrid>
        <w:gridCol w:w="1435"/>
        <w:gridCol w:w="1620"/>
        <w:gridCol w:w="1620"/>
        <w:gridCol w:w="1620"/>
        <w:gridCol w:w="1620"/>
        <w:gridCol w:w="1530"/>
        <w:gridCol w:w="1710"/>
        <w:gridCol w:w="1765"/>
        <w:gridCol w:w="1605"/>
      </w:tblGrid>
      <w:tr w:rsidR="007D6410" w:rsidRPr="00EB75F0" w14:paraId="1580CF31" w14:textId="77777777" w:rsidTr="007D6410">
        <w:trPr>
          <w:cnfStyle w:val="100000000000" w:firstRow="1" w:lastRow="0" w:firstColumn="0" w:lastColumn="0" w:oddVBand="0" w:evenVBand="0" w:oddHBand="0" w:evenHBand="0" w:firstRowFirstColumn="0" w:firstRowLastColumn="0" w:lastRowFirstColumn="0" w:lastRowLastColumn="0"/>
          <w:cantSplit/>
          <w:trHeight w:val="579"/>
          <w:tblHeader/>
        </w:trPr>
        <w:tc>
          <w:tcPr>
            <w:tcW w:w="1435" w:type="dxa"/>
            <w:vAlign w:val="center"/>
            <w:hideMark/>
          </w:tcPr>
          <w:p w14:paraId="7EED4D31" w14:textId="77777777" w:rsidR="009462B9" w:rsidRPr="00EB75F0" w:rsidRDefault="009462B9" w:rsidP="00C32B29">
            <w:pPr>
              <w:spacing w:before="0" w:after="0" w:line="240" w:lineRule="auto"/>
              <w:contextualSpacing/>
              <w:rPr>
                <w:rFonts w:asciiTheme="majorHAnsi" w:eastAsia="Times New Roman" w:hAnsiTheme="majorHAnsi" w:cstheme="majorHAnsi"/>
                <w:color w:val="FFFFFF" w:themeColor="background1"/>
                <w:sz w:val="16"/>
                <w:szCs w:val="16"/>
                <w:lang w:eastAsia="zh-TW"/>
              </w:rPr>
            </w:pPr>
            <w:r w:rsidRPr="00EB75F0">
              <w:rPr>
                <w:rFonts w:asciiTheme="majorHAnsi" w:eastAsia="Times New Roman" w:hAnsiTheme="majorHAnsi" w:cstheme="majorHAnsi"/>
                <w:color w:val="FFFFFF" w:themeColor="background1"/>
                <w:sz w:val="16"/>
                <w:szCs w:val="16"/>
                <w:lang w:eastAsia="zh-TW"/>
              </w:rPr>
              <w:t>Treatment (column versus row)</w:t>
            </w:r>
          </w:p>
        </w:tc>
        <w:tc>
          <w:tcPr>
            <w:tcW w:w="1620" w:type="dxa"/>
            <w:vAlign w:val="center"/>
            <w:hideMark/>
          </w:tcPr>
          <w:p w14:paraId="70B75CD7" w14:textId="77777777" w:rsidR="009462B9" w:rsidRPr="00EB75F0" w:rsidRDefault="009462B9" w:rsidP="00C32B29">
            <w:pPr>
              <w:spacing w:before="0" w:after="0" w:line="240" w:lineRule="auto"/>
              <w:contextualSpacing/>
              <w:rPr>
                <w:rFonts w:asciiTheme="majorHAnsi" w:eastAsia="Times New Roman" w:hAnsiTheme="majorHAnsi" w:cstheme="majorHAnsi"/>
                <w:color w:val="FFFFFF" w:themeColor="background1"/>
                <w:sz w:val="16"/>
                <w:szCs w:val="16"/>
                <w:lang w:eastAsia="zh-TW"/>
              </w:rPr>
            </w:pPr>
            <w:r w:rsidRPr="00EB75F0">
              <w:rPr>
                <w:rFonts w:asciiTheme="majorHAnsi" w:eastAsia="Times New Roman" w:hAnsiTheme="majorHAnsi" w:cstheme="majorHAnsi"/>
                <w:color w:val="FFFFFF" w:themeColor="background1"/>
                <w:sz w:val="16"/>
                <w:szCs w:val="16"/>
                <w:lang w:eastAsia="zh-TW"/>
              </w:rPr>
              <w:t>Aripiprazole</w:t>
            </w:r>
          </w:p>
        </w:tc>
        <w:tc>
          <w:tcPr>
            <w:tcW w:w="1620" w:type="dxa"/>
            <w:vAlign w:val="center"/>
            <w:hideMark/>
          </w:tcPr>
          <w:p w14:paraId="457190AD" w14:textId="77777777" w:rsidR="009462B9" w:rsidRPr="00EB75F0" w:rsidRDefault="009462B9" w:rsidP="00C32B29">
            <w:pPr>
              <w:spacing w:before="0" w:after="0" w:line="240" w:lineRule="auto"/>
              <w:contextualSpacing/>
              <w:rPr>
                <w:rFonts w:asciiTheme="majorHAnsi" w:eastAsia="Times New Roman" w:hAnsiTheme="majorHAnsi" w:cstheme="majorHAnsi"/>
                <w:color w:val="FFFFFF" w:themeColor="background1"/>
                <w:sz w:val="16"/>
                <w:szCs w:val="16"/>
                <w:lang w:eastAsia="zh-TW"/>
              </w:rPr>
            </w:pPr>
            <w:proofErr w:type="spellStart"/>
            <w:r w:rsidRPr="00EB75F0">
              <w:rPr>
                <w:rFonts w:asciiTheme="majorHAnsi" w:eastAsia="Times New Roman" w:hAnsiTheme="majorHAnsi" w:cstheme="majorHAnsi"/>
                <w:color w:val="FFFFFF" w:themeColor="background1"/>
                <w:sz w:val="16"/>
                <w:szCs w:val="16"/>
                <w:lang w:eastAsia="zh-TW"/>
              </w:rPr>
              <w:t>Brexpiprazole</w:t>
            </w:r>
            <w:proofErr w:type="spellEnd"/>
          </w:p>
        </w:tc>
        <w:tc>
          <w:tcPr>
            <w:tcW w:w="1620" w:type="dxa"/>
            <w:vAlign w:val="center"/>
            <w:hideMark/>
          </w:tcPr>
          <w:p w14:paraId="30C81E55" w14:textId="77777777" w:rsidR="009462B9" w:rsidRPr="00EB75F0" w:rsidRDefault="009462B9" w:rsidP="00C32B29">
            <w:pPr>
              <w:spacing w:before="0" w:after="0" w:line="240" w:lineRule="auto"/>
              <w:contextualSpacing/>
              <w:rPr>
                <w:rFonts w:asciiTheme="majorHAnsi" w:eastAsia="Times New Roman" w:hAnsiTheme="majorHAnsi" w:cstheme="majorHAnsi"/>
                <w:color w:val="FFFFFF" w:themeColor="background1"/>
                <w:sz w:val="16"/>
                <w:szCs w:val="16"/>
                <w:lang w:eastAsia="zh-TW"/>
              </w:rPr>
            </w:pPr>
            <w:proofErr w:type="spellStart"/>
            <w:r w:rsidRPr="00EB75F0">
              <w:rPr>
                <w:rFonts w:asciiTheme="majorHAnsi" w:eastAsia="Times New Roman" w:hAnsiTheme="majorHAnsi" w:cstheme="majorHAnsi"/>
                <w:color w:val="FFFFFF" w:themeColor="background1"/>
                <w:sz w:val="16"/>
                <w:szCs w:val="16"/>
                <w:lang w:eastAsia="zh-TW"/>
              </w:rPr>
              <w:t>Cariprazine</w:t>
            </w:r>
            <w:proofErr w:type="spellEnd"/>
          </w:p>
        </w:tc>
        <w:tc>
          <w:tcPr>
            <w:tcW w:w="1620" w:type="dxa"/>
            <w:vAlign w:val="center"/>
            <w:hideMark/>
          </w:tcPr>
          <w:p w14:paraId="0840626C" w14:textId="22AC8F51" w:rsidR="009462B9" w:rsidRPr="00EB75F0" w:rsidRDefault="009A3ECD" w:rsidP="00C32B29">
            <w:pPr>
              <w:spacing w:before="0" w:after="0" w:line="240" w:lineRule="auto"/>
              <w:contextualSpacing/>
              <w:rPr>
                <w:rFonts w:asciiTheme="majorHAnsi" w:eastAsia="Times New Roman" w:hAnsiTheme="majorHAnsi" w:cstheme="majorHAnsi"/>
                <w:color w:val="FFFFFF" w:themeColor="background1"/>
                <w:sz w:val="16"/>
                <w:szCs w:val="16"/>
                <w:lang w:eastAsia="zh-TW"/>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530" w:type="dxa"/>
            <w:vAlign w:val="center"/>
            <w:hideMark/>
          </w:tcPr>
          <w:p w14:paraId="290C7DE9" w14:textId="77777777" w:rsidR="009462B9" w:rsidRPr="00EB75F0" w:rsidRDefault="009462B9" w:rsidP="00C32B29">
            <w:pPr>
              <w:spacing w:before="0" w:after="0" w:line="240" w:lineRule="auto"/>
              <w:contextualSpacing/>
              <w:rPr>
                <w:rFonts w:asciiTheme="majorHAnsi" w:eastAsia="Times New Roman" w:hAnsiTheme="majorHAnsi" w:cstheme="majorHAnsi"/>
                <w:color w:val="FFFFFF" w:themeColor="background1"/>
                <w:sz w:val="16"/>
                <w:szCs w:val="16"/>
                <w:lang w:eastAsia="zh-TW"/>
              </w:rPr>
            </w:pPr>
            <w:proofErr w:type="spellStart"/>
            <w:r w:rsidRPr="00EB75F0">
              <w:rPr>
                <w:rFonts w:asciiTheme="majorHAnsi" w:eastAsia="Times New Roman" w:hAnsiTheme="majorHAnsi" w:cstheme="majorHAnsi"/>
                <w:color w:val="FFFFFF" w:themeColor="background1"/>
                <w:sz w:val="16"/>
                <w:szCs w:val="16"/>
                <w:lang w:eastAsia="zh-TW"/>
              </w:rPr>
              <w:t>Lumateperone</w:t>
            </w:r>
            <w:proofErr w:type="spellEnd"/>
          </w:p>
        </w:tc>
        <w:tc>
          <w:tcPr>
            <w:tcW w:w="1710" w:type="dxa"/>
            <w:vAlign w:val="center"/>
            <w:hideMark/>
          </w:tcPr>
          <w:p w14:paraId="5F4721B8" w14:textId="77777777" w:rsidR="009462B9" w:rsidRPr="00EB75F0" w:rsidRDefault="009462B9" w:rsidP="00C32B29">
            <w:pPr>
              <w:spacing w:before="0" w:after="0" w:line="240" w:lineRule="auto"/>
              <w:contextualSpacing/>
              <w:rPr>
                <w:rFonts w:asciiTheme="majorHAnsi" w:eastAsia="Times New Roman" w:hAnsiTheme="majorHAnsi" w:cstheme="majorHAnsi"/>
                <w:color w:val="FFFFFF" w:themeColor="background1"/>
                <w:sz w:val="16"/>
                <w:szCs w:val="16"/>
                <w:lang w:eastAsia="zh-TW"/>
              </w:rPr>
            </w:pPr>
            <w:r w:rsidRPr="00EB75F0">
              <w:rPr>
                <w:rFonts w:asciiTheme="majorHAnsi" w:eastAsia="Times New Roman" w:hAnsiTheme="majorHAnsi" w:cstheme="majorHAnsi"/>
                <w:color w:val="FFFFFF" w:themeColor="background1"/>
                <w:sz w:val="16"/>
                <w:szCs w:val="16"/>
                <w:lang w:eastAsia="zh-TW"/>
              </w:rPr>
              <w:t>Olanzapine</w:t>
            </w:r>
          </w:p>
        </w:tc>
        <w:tc>
          <w:tcPr>
            <w:tcW w:w="1765" w:type="dxa"/>
            <w:vAlign w:val="center"/>
            <w:hideMark/>
          </w:tcPr>
          <w:p w14:paraId="46E57406" w14:textId="77777777" w:rsidR="009462B9" w:rsidRPr="00EB75F0" w:rsidRDefault="009462B9" w:rsidP="00C32B29">
            <w:pPr>
              <w:spacing w:before="0" w:after="0" w:line="240" w:lineRule="auto"/>
              <w:contextualSpacing/>
              <w:rPr>
                <w:rFonts w:asciiTheme="majorHAnsi" w:eastAsia="Times New Roman" w:hAnsiTheme="majorHAnsi" w:cstheme="majorHAnsi"/>
                <w:color w:val="FFFFFF" w:themeColor="background1"/>
                <w:sz w:val="16"/>
                <w:szCs w:val="16"/>
                <w:lang w:eastAsia="zh-TW"/>
              </w:rPr>
            </w:pPr>
            <w:r w:rsidRPr="00EB75F0">
              <w:rPr>
                <w:rFonts w:asciiTheme="majorHAnsi" w:eastAsia="Times New Roman" w:hAnsiTheme="majorHAnsi" w:cstheme="majorHAnsi"/>
                <w:color w:val="FFFFFF" w:themeColor="background1"/>
                <w:sz w:val="16"/>
                <w:szCs w:val="16"/>
                <w:lang w:eastAsia="zh-TW"/>
              </w:rPr>
              <w:t>Quetiapine</w:t>
            </w:r>
          </w:p>
        </w:tc>
        <w:tc>
          <w:tcPr>
            <w:tcW w:w="1605" w:type="dxa"/>
            <w:vAlign w:val="center"/>
            <w:hideMark/>
          </w:tcPr>
          <w:p w14:paraId="6BA0DE66" w14:textId="77777777" w:rsidR="009462B9" w:rsidRPr="00EB75F0" w:rsidRDefault="009462B9" w:rsidP="00C32B29">
            <w:pPr>
              <w:spacing w:before="0" w:after="0" w:line="240" w:lineRule="auto"/>
              <w:contextualSpacing/>
              <w:rPr>
                <w:rFonts w:asciiTheme="majorHAnsi" w:eastAsia="Times New Roman" w:hAnsiTheme="majorHAnsi" w:cstheme="majorHAnsi"/>
                <w:color w:val="FFFFFF" w:themeColor="background1"/>
                <w:sz w:val="16"/>
                <w:szCs w:val="16"/>
                <w:lang w:eastAsia="zh-TW"/>
              </w:rPr>
            </w:pPr>
            <w:r w:rsidRPr="00EB75F0">
              <w:rPr>
                <w:rFonts w:asciiTheme="majorHAnsi" w:eastAsia="Times New Roman" w:hAnsiTheme="majorHAnsi" w:cstheme="majorHAnsi"/>
                <w:color w:val="FFFFFF" w:themeColor="background1"/>
                <w:sz w:val="16"/>
                <w:szCs w:val="16"/>
                <w:lang w:eastAsia="zh-TW"/>
              </w:rPr>
              <w:t>Risperidone</w:t>
            </w:r>
          </w:p>
        </w:tc>
      </w:tr>
      <w:tr w:rsidR="009462B9" w:rsidRPr="00EB75F0" w14:paraId="571A7AA5" w14:textId="77777777" w:rsidTr="007D6410">
        <w:trPr>
          <w:trHeight w:val="288"/>
        </w:trPr>
        <w:tc>
          <w:tcPr>
            <w:tcW w:w="1435" w:type="dxa"/>
            <w:vAlign w:val="center"/>
            <w:hideMark/>
          </w:tcPr>
          <w:p w14:paraId="09994014"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620" w:type="dxa"/>
            <w:vAlign w:val="center"/>
          </w:tcPr>
          <w:p w14:paraId="573BF85C"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-2.16 (-3.03, -1.24)</w:t>
            </w:r>
          </w:p>
        </w:tc>
        <w:tc>
          <w:tcPr>
            <w:tcW w:w="1620" w:type="dxa"/>
            <w:vAlign w:val="center"/>
          </w:tcPr>
          <w:p w14:paraId="32B3CAFF"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-1.26 (-2.29, -‍0.22)</w:t>
            </w:r>
          </w:p>
        </w:tc>
        <w:tc>
          <w:tcPr>
            <w:tcW w:w="1620" w:type="dxa"/>
            <w:vAlign w:val="center"/>
          </w:tcPr>
          <w:p w14:paraId="367F6FDB"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-1.76 (-‍2.84, -‍0.67)</w:t>
            </w:r>
          </w:p>
        </w:tc>
        <w:tc>
          <w:tcPr>
            <w:tcW w:w="1620" w:type="dxa"/>
            <w:shd w:val="clear" w:color="auto" w:fill="CFEDFF"/>
            <w:vAlign w:val="center"/>
          </w:tcPr>
          <w:p w14:paraId="51F2E885"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-3.34 (-‍4.74, -‍1.95)</w:t>
            </w:r>
          </w:p>
        </w:tc>
        <w:tc>
          <w:tcPr>
            <w:tcW w:w="1530" w:type="dxa"/>
            <w:vAlign w:val="center"/>
          </w:tcPr>
          <w:p w14:paraId="6ECF067D"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-1.7 (-3.98, 0.59)</w:t>
            </w:r>
          </w:p>
        </w:tc>
        <w:tc>
          <w:tcPr>
            <w:tcW w:w="1710" w:type="dxa"/>
            <w:vAlign w:val="center"/>
          </w:tcPr>
          <w:p w14:paraId="1738D0E4"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-3.24 (-‍4.16, -‍2.33)</w:t>
            </w:r>
          </w:p>
        </w:tc>
        <w:tc>
          <w:tcPr>
            <w:tcW w:w="1765" w:type="dxa"/>
            <w:vAlign w:val="center"/>
          </w:tcPr>
          <w:p w14:paraId="79B26875"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-2.97 (-‍4.13, -‍1.83)</w:t>
            </w:r>
          </w:p>
        </w:tc>
        <w:tc>
          <w:tcPr>
            <w:tcW w:w="1605" w:type="dxa"/>
            <w:vAlign w:val="center"/>
          </w:tcPr>
          <w:p w14:paraId="4C5E4218"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-3.21 (-4.08, -‍2.37)</w:t>
            </w:r>
          </w:p>
        </w:tc>
      </w:tr>
      <w:tr w:rsidR="009462B9" w:rsidRPr="00EB75F0" w14:paraId="6EE1BFB2" w14:textId="77777777" w:rsidTr="007D6410">
        <w:trPr>
          <w:trHeight w:val="288"/>
        </w:trPr>
        <w:tc>
          <w:tcPr>
            <w:tcW w:w="1435" w:type="dxa"/>
            <w:vAlign w:val="center"/>
            <w:hideMark/>
          </w:tcPr>
          <w:p w14:paraId="2DDFE34F"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620" w:type="dxa"/>
            <w:shd w:val="clear" w:color="auto" w:fill="C6C6C6"/>
            <w:noWrap/>
            <w:vAlign w:val="center"/>
          </w:tcPr>
          <w:p w14:paraId="01201F9A"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4868F883"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0.9 (-0.44, 2.19)</w:t>
            </w:r>
          </w:p>
        </w:tc>
        <w:tc>
          <w:tcPr>
            <w:tcW w:w="1620" w:type="dxa"/>
            <w:vAlign w:val="center"/>
          </w:tcPr>
          <w:p w14:paraId="7E12A1D0"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0.4 (-0.92, 1.67)</w:t>
            </w:r>
          </w:p>
        </w:tc>
        <w:tc>
          <w:tcPr>
            <w:tcW w:w="1620" w:type="dxa"/>
            <w:shd w:val="clear" w:color="auto" w:fill="CFEDFF"/>
            <w:vAlign w:val="center"/>
          </w:tcPr>
          <w:p w14:paraId="2BD6A745"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-1.18 (-‍2.88, 0.44)</w:t>
            </w:r>
          </w:p>
        </w:tc>
        <w:tc>
          <w:tcPr>
            <w:tcW w:w="1530" w:type="dxa"/>
            <w:vAlign w:val="center"/>
          </w:tcPr>
          <w:p w14:paraId="64DBBB89"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0.46 (-2.02, 2.88)</w:t>
            </w:r>
          </w:p>
        </w:tc>
        <w:tc>
          <w:tcPr>
            <w:tcW w:w="1710" w:type="dxa"/>
            <w:vAlign w:val="center"/>
          </w:tcPr>
          <w:p w14:paraId="5CB65CD2"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-1.08 (-‍2.39, 0.18)</w:t>
            </w:r>
          </w:p>
        </w:tc>
        <w:tc>
          <w:tcPr>
            <w:tcW w:w="1765" w:type="dxa"/>
            <w:vAlign w:val="center"/>
          </w:tcPr>
          <w:p w14:paraId="5B13CD43"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-0.81 (-2.3, 0.61)</w:t>
            </w:r>
          </w:p>
        </w:tc>
        <w:tc>
          <w:tcPr>
            <w:tcW w:w="1605" w:type="dxa"/>
            <w:vAlign w:val="center"/>
          </w:tcPr>
          <w:p w14:paraId="21B66F8A"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-1.05 (-2.21, 0.05)</w:t>
            </w:r>
          </w:p>
        </w:tc>
      </w:tr>
      <w:tr w:rsidR="009462B9" w:rsidRPr="00EB75F0" w14:paraId="30AFB354" w14:textId="77777777" w:rsidTr="007D6410">
        <w:trPr>
          <w:trHeight w:val="288"/>
        </w:trPr>
        <w:tc>
          <w:tcPr>
            <w:tcW w:w="1435" w:type="dxa"/>
            <w:vAlign w:val="center"/>
            <w:hideMark/>
          </w:tcPr>
          <w:p w14:paraId="65840334"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620" w:type="dxa"/>
            <w:vAlign w:val="center"/>
          </w:tcPr>
          <w:p w14:paraId="147BBF54"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-0.9 (-2.19, 0.44)</w:t>
            </w:r>
          </w:p>
        </w:tc>
        <w:tc>
          <w:tcPr>
            <w:tcW w:w="1620" w:type="dxa"/>
            <w:shd w:val="clear" w:color="auto" w:fill="C6C6C6"/>
            <w:noWrap/>
            <w:vAlign w:val="center"/>
          </w:tcPr>
          <w:p w14:paraId="6A67C065"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294CDC74"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-0.5 (-1.99, 0.99)</w:t>
            </w:r>
          </w:p>
        </w:tc>
        <w:tc>
          <w:tcPr>
            <w:tcW w:w="1620" w:type="dxa"/>
            <w:shd w:val="clear" w:color="auto" w:fill="CFEDFF"/>
            <w:vAlign w:val="center"/>
          </w:tcPr>
          <w:p w14:paraId="04B207FD"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-2.08 (-‍3.82, -‍0.35)</w:t>
            </w:r>
          </w:p>
        </w:tc>
        <w:tc>
          <w:tcPr>
            <w:tcW w:w="1530" w:type="dxa"/>
            <w:vAlign w:val="center"/>
          </w:tcPr>
          <w:p w14:paraId="3CE93114"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-0.43 (-2.95, 2.06)</w:t>
            </w:r>
          </w:p>
        </w:tc>
        <w:tc>
          <w:tcPr>
            <w:tcW w:w="1710" w:type="dxa"/>
            <w:vAlign w:val="center"/>
          </w:tcPr>
          <w:p w14:paraId="590CA0A2"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-1.98 (-‍3.37, -‍0.61)</w:t>
            </w:r>
          </w:p>
        </w:tc>
        <w:tc>
          <w:tcPr>
            <w:tcW w:w="1765" w:type="dxa"/>
            <w:vAlign w:val="center"/>
          </w:tcPr>
          <w:p w14:paraId="547B54EC"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-1.71 (-‍3.15, -0.3)</w:t>
            </w:r>
          </w:p>
        </w:tc>
        <w:tc>
          <w:tcPr>
            <w:tcW w:w="1605" w:type="dxa"/>
            <w:vAlign w:val="center"/>
          </w:tcPr>
          <w:p w14:paraId="1A75B50F"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-1.95 (-3.29, -‍0.63)</w:t>
            </w:r>
          </w:p>
        </w:tc>
      </w:tr>
      <w:tr w:rsidR="009462B9" w:rsidRPr="00EB75F0" w14:paraId="229B45FF" w14:textId="77777777" w:rsidTr="007D6410">
        <w:trPr>
          <w:trHeight w:val="288"/>
        </w:trPr>
        <w:tc>
          <w:tcPr>
            <w:tcW w:w="1435" w:type="dxa"/>
            <w:vAlign w:val="center"/>
            <w:hideMark/>
          </w:tcPr>
          <w:p w14:paraId="5F7F5DCD"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620" w:type="dxa"/>
            <w:vAlign w:val="center"/>
          </w:tcPr>
          <w:p w14:paraId="343E7BD5"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-0.4 (-1.67, 0.92)</w:t>
            </w:r>
          </w:p>
        </w:tc>
        <w:tc>
          <w:tcPr>
            <w:tcW w:w="1620" w:type="dxa"/>
            <w:vAlign w:val="center"/>
          </w:tcPr>
          <w:p w14:paraId="5C21659B"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0.5 (-0.99, 1.99)</w:t>
            </w:r>
          </w:p>
        </w:tc>
        <w:tc>
          <w:tcPr>
            <w:tcW w:w="1620" w:type="dxa"/>
            <w:shd w:val="clear" w:color="auto" w:fill="C6C6C6"/>
            <w:noWrap/>
            <w:vAlign w:val="center"/>
          </w:tcPr>
          <w:p w14:paraId="0843D33D"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shd w:val="clear" w:color="auto" w:fill="CFEDFF"/>
            <w:vAlign w:val="center"/>
          </w:tcPr>
          <w:p w14:paraId="2D0B7C2A"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-1.58 (-‍3.35, 0.17)</w:t>
            </w:r>
          </w:p>
        </w:tc>
        <w:tc>
          <w:tcPr>
            <w:tcW w:w="1530" w:type="dxa"/>
            <w:vAlign w:val="center"/>
          </w:tcPr>
          <w:p w14:paraId="2CA72928"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0.06 (-2.47, 2.58)</w:t>
            </w:r>
          </w:p>
        </w:tc>
        <w:tc>
          <w:tcPr>
            <w:tcW w:w="1710" w:type="dxa"/>
            <w:vAlign w:val="center"/>
          </w:tcPr>
          <w:p w14:paraId="23E2AB77"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-1.48 (-‍2.91, -‍0.07)</w:t>
            </w:r>
          </w:p>
        </w:tc>
        <w:tc>
          <w:tcPr>
            <w:tcW w:w="1765" w:type="dxa"/>
            <w:vAlign w:val="center"/>
          </w:tcPr>
          <w:p w14:paraId="49D8B618"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-1.21 (-2.8, 0.35)</w:t>
            </w:r>
          </w:p>
        </w:tc>
        <w:tc>
          <w:tcPr>
            <w:tcW w:w="1605" w:type="dxa"/>
            <w:vAlign w:val="center"/>
          </w:tcPr>
          <w:p w14:paraId="19CE8399"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-1.45 (-2.74, -‍0.19)</w:t>
            </w:r>
          </w:p>
        </w:tc>
      </w:tr>
      <w:tr w:rsidR="009462B9" w:rsidRPr="00EB75F0" w14:paraId="61BA3121" w14:textId="77777777" w:rsidTr="007D6410">
        <w:trPr>
          <w:trHeight w:val="288"/>
        </w:trPr>
        <w:tc>
          <w:tcPr>
            <w:tcW w:w="1435" w:type="dxa"/>
            <w:vAlign w:val="center"/>
            <w:hideMark/>
          </w:tcPr>
          <w:p w14:paraId="39D91111" w14:textId="5102D943" w:rsidR="009462B9" w:rsidRPr="00EB75F0" w:rsidRDefault="009A3ECD" w:rsidP="009462B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620" w:type="dxa"/>
            <w:vAlign w:val="center"/>
          </w:tcPr>
          <w:p w14:paraId="57709350"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1.18 (-0.44, 2.88)</w:t>
            </w:r>
          </w:p>
        </w:tc>
        <w:tc>
          <w:tcPr>
            <w:tcW w:w="1620" w:type="dxa"/>
            <w:vAlign w:val="center"/>
          </w:tcPr>
          <w:p w14:paraId="14D0519C"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2.08 (0.35, 3.82)</w:t>
            </w:r>
          </w:p>
        </w:tc>
        <w:tc>
          <w:tcPr>
            <w:tcW w:w="1620" w:type="dxa"/>
            <w:vAlign w:val="center"/>
          </w:tcPr>
          <w:p w14:paraId="16D79694"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1.58 (-0.17, 3.35)</w:t>
            </w:r>
          </w:p>
        </w:tc>
        <w:tc>
          <w:tcPr>
            <w:tcW w:w="1620" w:type="dxa"/>
            <w:shd w:val="clear" w:color="auto" w:fill="C6C6C6"/>
            <w:noWrap/>
            <w:vAlign w:val="center"/>
          </w:tcPr>
          <w:p w14:paraId="67B87B7D"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p>
        </w:tc>
        <w:tc>
          <w:tcPr>
            <w:tcW w:w="1530" w:type="dxa"/>
            <w:vAlign w:val="center"/>
          </w:tcPr>
          <w:p w14:paraId="2B664E71"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1.64 (-1.02, 4.3)</w:t>
            </w:r>
          </w:p>
        </w:tc>
        <w:tc>
          <w:tcPr>
            <w:tcW w:w="1710" w:type="dxa"/>
            <w:vAlign w:val="center"/>
          </w:tcPr>
          <w:p w14:paraId="0EDC0B56"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0.1 (-1.58, 1.77)</w:t>
            </w:r>
          </w:p>
        </w:tc>
        <w:tc>
          <w:tcPr>
            <w:tcW w:w="1765" w:type="dxa"/>
            <w:vAlign w:val="center"/>
          </w:tcPr>
          <w:p w14:paraId="2AABA441"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0.37 (-1.44, 2.15)</w:t>
            </w:r>
          </w:p>
        </w:tc>
        <w:tc>
          <w:tcPr>
            <w:tcW w:w="1605" w:type="dxa"/>
            <w:vAlign w:val="center"/>
          </w:tcPr>
          <w:p w14:paraId="15C92C6E"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0.13 (-1.52, 1.75)</w:t>
            </w:r>
          </w:p>
        </w:tc>
      </w:tr>
      <w:tr w:rsidR="009462B9" w:rsidRPr="00EB75F0" w14:paraId="72AB8369" w14:textId="77777777" w:rsidTr="007D6410">
        <w:trPr>
          <w:trHeight w:val="288"/>
        </w:trPr>
        <w:tc>
          <w:tcPr>
            <w:tcW w:w="1435" w:type="dxa"/>
            <w:vAlign w:val="center"/>
            <w:hideMark/>
          </w:tcPr>
          <w:p w14:paraId="3EFBAF88"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620" w:type="dxa"/>
            <w:vAlign w:val="center"/>
          </w:tcPr>
          <w:p w14:paraId="5889C780"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-0.46 (-2.88, 2.02)</w:t>
            </w:r>
          </w:p>
        </w:tc>
        <w:tc>
          <w:tcPr>
            <w:tcW w:w="1620" w:type="dxa"/>
            <w:vAlign w:val="center"/>
          </w:tcPr>
          <w:p w14:paraId="38B76433"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0.43 (-2.06, 2.95)</w:t>
            </w:r>
          </w:p>
        </w:tc>
        <w:tc>
          <w:tcPr>
            <w:tcW w:w="1620" w:type="dxa"/>
            <w:vAlign w:val="center"/>
          </w:tcPr>
          <w:p w14:paraId="6E8BC52D"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-0.06 (-‍2.58, 2.47)</w:t>
            </w:r>
          </w:p>
        </w:tc>
        <w:tc>
          <w:tcPr>
            <w:tcW w:w="1620" w:type="dxa"/>
            <w:shd w:val="clear" w:color="auto" w:fill="CFEDFF"/>
            <w:vAlign w:val="center"/>
          </w:tcPr>
          <w:p w14:paraId="03184896"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-1.64 (-4.3, 1.02)</w:t>
            </w:r>
          </w:p>
        </w:tc>
        <w:tc>
          <w:tcPr>
            <w:tcW w:w="1530" w:type="dxa"/>
            <w:shd w:val="clear" w:color="auto" w:fill="C6C6C6"/>
            <w:noWrap/>
            <w:vAlign w:val="center"/>
          </w:tcPr>
          <w:p w14:paraId="55A55212"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p>
        </w:tc>
        <w:tc>
          <w:tcPr>
            <w:tcW w:w="1710" w:type="dxa"/>
            <w:vAlign w:val="center"/>
          </w:tcPr>
          <w:p w14:paraId="424A637E"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-1.54 (-‍4.01, 0.91)</w:t>
            </w:r>
          </w:p>
        </w:tc>
        <w:tc>
          <w:tcPr>
            <w:tcW w:w="1765" w:type="dxa"/>
            <w:vAlign w:val="center"/>
          </w:tcPr>
          <w:p w14:paraId="3AD7B948"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-1.27 (-‍3.84, 1.26)</w:t>
            </w:r>
          </w:p>
        </w:tc>
        <w:tc>
          <w:tcPr>
            <w:tcW w:w="1605" w:type="dxa"/>
            <w:vAlign w:val="center"/>
          </w:tcPr>
          <w:p w14:paraId="00EBD733"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-1.51 (-3.96, 0.92)</w:t>
            </w:r>
          </w:p>
        </w:tc>
      </w:tr>
      <w:tr w:rsidR="009462B9" w:rsidRPr="00EB75F0" w14:paraId="6BE3B041" w14:textId="77777777" w:rsidTr="007D6410">
        <w:trPr>
          <w:trHeight w:val="288"/>
        </w:trPr>
        <w:tc>
          <w:tcPr>
            <w:tcW w:w="1435" w:type="dxa"/>
            <w:vAlign w:val="center"/>
            <w:hideMark/>
          </w:tcPr>
          <w:p w14:paraId="38DD42B7"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620" w:type="dxa"/>
            <w:vAlign w:val="center"/>
          </w:tcPr>
          <w:p w14:paraId="1B553755"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1.08 (-0.18, 2.39)</w:t>
            </w:r>
          </w:p>
        </w:tc>
        <w:tc>
          <w:tcPr>
            <w:tcW w:w="1620" w:type="dxa"/>
            <w:vAlign w:val="center"/>
          </w:tcPr>
          <w:p w14:paraId="2F386AFB"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1.98 (0.61, 3.37)</w:t>
            </w:r>
          </w:p>
        </w:tc>
        <w:tc>
          <w:tcPr>
            <w:tcW w:w="1620" w:type="dxa"/>
            <w:vAlign w:val="center"/>
          </w:tcPr>
          <w:p w14:paraId="226CF461"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1.48 (0.07, 2.91)</w:t>
            </w:r>
          </w:p>
        </w:tc>
        <w:tc>
          <w:tcPr>
            <w:tcW w:w="1620" w:type="dxa"/>
            <w:shd w:val="clear" w:color="auto" w:fill="CFEDFF"/>
            <w:vAlign w:val="center"/>
          </w:tcPr>
          <w:p w14:paraId="48E7F4DF"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-0.1 (-1.77, 1.58)</w:t>
            </w:r>
          </w:p>
        </w:tc>
        <w:tc>
          <w:tcPr>
            <w:tcW w:w="1530" w:type="dxa"/>
            <w:vAlign w:val="center"/>
          </w:tcPr>
          <w:p w14:paraId="05A9DB5E"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1.54 (-0.91, 4.01)</w:t>
            </w:r>
          </w:p>
        </w:tc>
        <w:tc>
          <w:tcPr>
            <w:tcW w:w="1710" w:type="dxa"/>
            <w:shd w:val="clear" w:color="auto" w:fill="C6C6C6"/>
            <w:noWrap/>
            <w:vAlign w:val="center"/>
          </w:tcPr>
          <w:p w14:paraId="60515C25"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p>
        </w:tc>
        <w:tc>
          <w:tcPr>
            <w:tcW w:w="1765" w:type="dxa"/>
            <w:vAlign w:val="center"/>
          </w:tcPr>
          <w:p w14:paraId="2C48DDB8"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0.27 (-1.2, 1.73)</w:t>
            </w:r>
          </w:p>
        </w:tc>
        <w:tc>
          <w:tcPr>
            <w:tcW w:w="1605" w:type="dxa"/>
            <w:vAlign w:val="center"/>
          </w:tcPr>
          <w:p w14:paraId="026EB35D"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0.03 (-1.23, 1.27)</w:t>
            </w:r>
          </w:p>
        </w:tc>
      </w:tr>
      <w:tr w:rsidR="009462B9" w:rsidRPr="00EB75F0" w14:paraId="443A038A" w14:textId="77777777" w:rsidTr="007D6410">
        <w:trPr>
          <w:trHeight w:val="288"/>
        </w:trPr>
        <w:tc>
          <w:tcPr>
            <w:tcW w:w="1435" w:type="dxa"/>
            <w:vAlign w:val="center"/>
            <w:hideMark/>
          </w:tcPr>
          <w:p w14:paraId="18ED93AC"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620" w:type="dxa"/>
            <w:vAlign w:val="center"/>
          </w:tcPr>
          <w:p w14:paraId="6D46E0CF"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0.81 (-0.61, 2.3)</w:t>
            </w:r>
          </w:p>
        </w:tc>
        <w:tc>
          <w:tcPr>
            <w:tcW w:w="1620" w:type="dxa"/>
            <w:vAlign w:val="center"/>
          </w:tcPr>
          <w:p w14:paraId="532B4F4C"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1.71 (0.3, 3.15)</w:t>
            </w:r>
          </w:p>
        </w:tc>
        <w:tc>
          <w:tcPr>
            <w:tcW w:w="1620" w:type="dxa"/>
            <w:vAlign w:val="center"/>
          </w:tcPr>
          <w:p w14:paraId="3F8DF83E"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1.21 (-0.35, 2.8)</w:t>
            </w:r>
          </w:p>
        </w:tc>
        <w:tc>
          <w:tcPr>
            <w:tcW w:w="1620" w:type="dxa"/>
            <w:shd w:val="clear" w:color="auto" w:fill="CFEDFF"/>
            <w:vAlign w:val="center"/>
          </w:tcPr>
          <w:p w14:paraId="44793000"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-0.37 (-‍2.15, 1.44)</w:t>
            </w:r>
          </w:p>
        </w:tc>
        <w:tc>
          <w:tcPr>
            <w:tcW w:w="1530" w:type="dxa"/>
            <w:vAlign w:val="center"/>
          </w:tcPr>
          <w:p w14:paraId="783342CB"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1.27 (-1.26, 3.84)</w:t>
            </w:r>
          </w:p>
        </w:tc>
        <w:tc>
          <w:tcPr>
            <w:tcW w:w="1710" w:type="dxa"/>
            <w:vAlign w:val="center"/>
          </w:tcPr>
          <w:p w14:paraId="61965AEF"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-0.27 (-‍1.73, 1.2)</w:t>
            </w:r>
          </w:p>
        </w:tc>
        <w:tc>
          <w:tcPr>
            <w:tcW w:w="1765" w:type="dxa"/>
            <w:shd w:val="clear" w:color="auto" w:fill="C6C6C6"/>
            <w:noWrap/>
            <w:vAlign w:val="center"/>
          </w:tcPr>
          <w:p w14:paraId="602B5FF5"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p>
        </w:tc>
        <w:tc>
          <w:tcPr>
            <w:tcW w:w="1605" w:type="dxa"/>
            <w:vAlign w:val="center"/>
          </w:tcPr>
          <w:p w14:paraId="7B0D31BC"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-0.24 (-1.66, 1.19)</w:t>
            </w:r>
          </w:p>
        </w:tc>
      </w:tr>
      <w:tr w:rsidR="009462B9" w:rsidRPr="00EB75F0" w14:paraId="55B999E4" w14:textId="77777777" w:rsidTr="007D6410">
        <w:trPr>
          <w:trHeight w:val="288"/>
        </w:trPr>
        <w:tc>
          <w:tcPr>
            <w:tcW w:w="1435" w:type="dxa"/>
            <w:vAlign w:val="center"/>
            <w:hideMark/>
          </w:tcPr>
          <w:p w14:paraId="00A6A3EC"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620" w:type="dxa"/>
            <w:vAlign w:val="center"/>
          </w:tcPr>
          <w:p w14:paraId="13EB3F99"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1.05 (-0.05, 2.21)</w:t>
            </w:r>
          </w:p>
        </w:tc>
        <w:tc>
          <w:tcPr>
            <w:tcW w:w="1620" w:type="dxa"/>
            <w:vAlign w:val="center"/>
          </w:tcPr>
          <w:p w14:paraId="42F3802A"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1.95 (0.63, 3.29)</w:t>
            </w:r>
          </w:p>
        </w:tc>
        <w:tc>
          <w:tcPr>
            <w:tcW w:w="1620" w:type="dxa"/>
            <w:vAlign w:val="center"/>
          </w:tcPr>
          <w:p w14:paraId="1288975A" w14:textId="77777777" w:rsidR="009462B9" w:rsidRPr="00EB75F0" w:rsidRDefault="009462B9" w:rsidP="009462B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b/>
                <w:bCs/>
                <w:color w:val="000000"/>
                <w:sz w:val="16"/>
                <w:szCs w:val="16"/>
                <w:lang w:eastAsia="zh-TW"/>
              </w:rPr>
              <w:t>1.45 (0.19, 2.74)</w:t>
            </w:r>
          </w:p>
        </w:tc>
        <w:tc>
          <w:tcPr>
            <w:tcW w:w="1620" w:type="dxa"/>
            <w:shd w:val="clear" w:color="auto" w:fill="CFEDFF"/>
            <w:vAlign w:val="center"/>
          </w:tcPr>
          <w:p w14:paraId="1D230973"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-0.13 (-‍1.75, 1.52)</w:t>
            </w:r>
          </w:p>
        </w:tc>
        <w:tc>
          <w:tcPr>
            <w:tcW w:w="1530" w:type="dxa"/>
            <w:vAlign w:val="center"/>
          </w:tcPr>
          <w:p w14:paraId="642E4BA1"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1.51 (-0.92, 3.96)</w:t>
            </w:r>
          </w:p>
        </w:tc>
        <w:tc>
          <w:tcPr>
            <w:tcW w:w="1710" w:type="dxa"/>
            <w:vAlign w:val="center"/>
          </w:tcPr>
          <w:p w14:paraId="5F184AEF"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-0.03 (-‍1.27, 1.23)</w:t>
            </w:r>
          </w:p>
        </w:tc>
        <w:tc>
          <w:tcPr>
            <w:tcW w:w="1765" w:type="dxa"/>
            <w:vAlign w:val="center"/>
          </w:tcPr>
          <w:p w14:paraId="41FF9ECC"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0.24 (-1.19, 1.66)</w:t>
            </w:r>
          </w:p>
        </w:tc>
        <w:tc>
          <w:tcPr>
            <w:tcW w:w="1605" w:type="dxa"/>
            <w:shd w:val="clear" w:color="auto" w:fill="C6C6C6"/>
            <w:noWrap/>
            <w:vAlign w:val="center"/>
          </w:tcPr>
          <w:p w14:paraId="067BC823" w14:textId="77777777" w:rsidR="009462B9" w:rsidRPr="00EB75F0" w:rsidRDefault="009462B9" w:rsidP="009462B9">
            <w:pPr>
              <w:spacing w:before="0" w:after="0" w:line="240" w:lineRule="auto"/>
              <w:contextualSpacing/>
              <w:rPr>
                <w:rFonts w:asciiTheme="majorHAnsi" w:eastAsia="Times New Roman" w:hAnsiTheme="majorHAnsi" w:cstheme="majorHAnsi"/>
                <w:color w:val="000000"/>
                <w:sz w:val="16"/>
                <w:szCs w:val="16"/>
                <w:lang w:eastAsia="zh-TW"/>
              </w:rPr>
            </w:pPr>
          </w:p>
        </w:tc>
      </w:tr>
      <w:tr w:rsidR="009462B9" w:rsidRPr="00EB75F0" w14:paraId="587545BF" w14:textId="77777777" w:rsidTr="009462B9">
        <w:trPr>
          <w:trHeight w:val="460"/>
        </w:trPr>
        <w:tc>
          <w:tcPr>
            <w:tcW w:w="14525" w:type="dxa"/>
            <w:gridSpan w:val="9"/>
          </w:tcPr>
          <w:p w14:paraId="4C519BFD" w14:textId="7555BA13" w:rsidR="009462B9" w:rsidRPr="00EB75F0" w:rsidRDefault="009462B9" w:rsidP="00C32B29">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w:t>
            </w:r>
            <w:r w:rsidR="00EA4A2C" w:rsidRPr="00EB75F0">
              <w:rPr>
                <w:rFonts w:asciiTheme="majorHAnsi" w:hAnsiTheme="majorHAnsi" w:cstheme="majorHAnsi"/>
                <w:sz w:val="16"/>
                <w:szCs w:val="16"/>
              </w:rPr>
              <w:t>MD, mean difference</w:t>
            </w:r>
            <w:r w:rsidR="00F4689E"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F4689E" w:rsidRPr="00EB75F0">
              <w:rPr>
                <w:rFonts w:asciiTheme="majorHAnsi" w:eastAsia="Times New Roman" w:hAnsiTheme="majorHAnsi" w:cstheme="majorHAnsi"/>
                <w:color w:val="000000"/>
                <w:sz w:val="16"/>
                <w:szCs w:val="16"/>
                <w:lang w:eastAsia="zh-TW"/>
              </w:rPr>
              <w:t xml:space="preserve">, </w:t>
            </w:r>
            <w:proofErr w:type="spellStart"/>
            <w:r w:rsidR="00F4689E" w:rsidRPr="00EB75F0">
              <w:rPr>
                <w:rFonts w:asciiTheme="majorHAnsi" w:hAnsiTheme="majorHAnsi" w:cstheme="majorHAnsi"/>
                <w:sz w:val="16"/>
                <w:szCs w:val="16"/>
              </w:rPr>
              <w:t>xanomeline</w:t>
            </w:r>
            <w:proofErr w:type="spellEnd"/>
            <w:r w:rsidR="00F4689E" w:rsidRPr="00EB75F0">
              <w:rPr>
                <w:rFonts w:asciiTheme="majorHAnsi" w:hAnsiTheme="majorHAnsi" w:cstheme="majorHAnsi"/>
                <w:sz w:val="16"/>
                <w:szCs w:val="16"/>
              </w:rPr>
              <w:t>/</w:t>
            </w:r>
            <w:proofErr w:type="spellStart"/>
            <w:r w:rsidR="00F4689E" w:rsidRPr="00EB75F0">
              <w:rPr>
                <w:rFonts w:asciiTheme="majorHAnsi" w:hAnsiTheme="majorHAnsi" w:cstheme="majorHAnsi"/>
                <w:sz w:val="16"/>
                <w:szCs w:val="16"/>
              </w:rPr>
              <w:t>trospium</w:t>
            </w:r>
            <w:proofErr w:type="spellEnd"/>
            <w:r w:rsidR="00F4689E" w:rsidRPr="00EB75F0">
              <w:rPr>
                <w:rFonts w:asciiTheme="majorHAnsi" w:hAnsiTheme="majorHAnsi" w:cstheme="majorHAnsi"/>
                <w:sz w:val="16"/>
                <w:szCs w:val="16"/>
              </w:rPr>
              <w:t xml:space="preserve"> chloride</w:t>
            </w:r>
          </w:p>
          <w:p w14:paraId="71DA22C8" w14:textId="74D069D4" w:rsidR="009462B9" w:rsidRPr="00EB75F0" w:rsidRDefault="009462B9" w:rsidP="00C32B2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007D6410" w:rsidRPr="00EB75F0">
              <w:rPr>
                <w:rFonts w:asciiTheme="majorHAnsi" w:hAnsiTheme="majorHAnsi" w:cstheme="majorHAnsi"/>
                <w:sz w:val="16"/>
                <w:szCs w:val="16"/>
              </w:rPr>
              <w:t xml:space="preserve"> </w:t>
            </w:r>
            <w:r w:rsidRPr="00EB75F0">
              <w:rPr>
                <w:rFonts w:asciiTheme="majorHAnsi" w:hAnsiTheme="majorHAnsi" w:cstheme="majorHAnsi"/>
                <w:sz w:val="16"/>
                <w:szCs w:val="16"/>
              </w:rPr>
              <w:t xml:space="preserve">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514336EA" w14:textId="77777777" w:rsidR="0012708C" w:rsidRPr="00EB75F0" w:rsidRDefault="0012708C"/>
    <w:p w14:paraId="228247BF" w14:textId="340F8BF6" w:rsidR="006468B2" w:rsidRPr="00EB75F0" w:rsidRDefault="00A06AE8" w:rsidP="00996746">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7</w:t>
        </w:r>
      </w:fldSimple>
      <w:r w:rsidR="006468B2" w:rsidRPr="00EB75F0">
        <w:t xml:space="preserve">: Change from baseline PANSS positive symptoms score – League table – fixed-effects model, base case network – MD (95% </w:t>
      </w:r>
      <w:proofErr w:type="spellStart"/>
      <w:r w:rsidR="006468B2" w:rsidRPr="00EB75F0">
        <w:t>CrI</w:t>
      </w:r>
      <w:proofErr w:type="spellEnd"/>
      <w:r w:rsidR="006468B2" w:rsidRPr="00EB75F0">
        <w:t>)</w:t>
      </w:r>
    </w:p>
    <w:tbl>
      <w:tblPr>
        <w:tblStyle w:val="Lumanitytable"/>
        <w:tblW w:w="5155" w:type="pct"/>
        <w:tblLayout w:type="fixed"/>
        <w:tblLook w:val="04A0" w:firstRow="1" w:lastRow="0" w:firstColumn="1" w:lastColumn="0" w:noHBand="0" w:noVBand="1"/>
      </w:tblPr>
      <w:tblGrid>
        <w:gridCol w:w="1436"/>
        <w:gridCol w:w="1619"/>
        <w:gridCol w:w="1621"/>
        <w:gridCol w:w="1708"/>
        <w:gridCol w:w="1711"/>
        <w:gridCol w:w="1711"/>
        <w:gridCol w:w="1708"/>
        <w:gridCol w:w="1711"/>
        <w:gridCol w:w="1786"/>
      </w:tblGrid>
      <w:tr w:rsidR="006468B2" w:rsidRPr="00EB75F0" w14:paraId="7AF029A7" w14:textId="77777777" w:rsidTr="006468B2">
        <w:trPr>
          <w:cnfStyle w:val="100000000000" w:firstRow="1" w:lastRow="0" w:firstColumn="0" w:lastColumn="0" w:oddVBand="0" w:evenVBand="0" w:oddHBand="0" w:evenHBand="0" w:firstRowFirstColumn="0" w:firstRowLastColumn="0" w:lastRowFirstColumn="0" w:lastRowLastColumn="0"/>
          <w:trHeight w:val="39"/>
          <w:tblHeader/>
        </w:trPr>
        <w:tc>
          <w:tcPr>
            <w:tcW w:w="478" w:type="pct"/>
            <w:hideMark/>
          </w:tcPr>
          <w:p w14:paraId="1E698126" w14:textId="77777777" w:rsidR="00112E7F" w:rsidRPr="00EB75F0" w:rsidRDefault="00112E7F" w:rsidP="009A3ECD">
            <w:pPr>
              <w:spacing w:before="0" w:after="0" w:line="240" w:lineRule="auto"/>
              <w:contextualSpacing/>
              <w:rPr>
                <w:rFonts w:asciiTheme="majorHAnsi" w:eastAsia="Times New Roman" w:hAnsiTheme="majorHAnsi" w:cstheme="majorHAnsi"/>
                <w:color w:val="FFFFFF" w:themeColor="background1"/>
                <w:sz w:val="16"/>
                <w:szCs w:val="16"/>
                <w:lang w:eastAsia="zh-TW"/>
              </w:rPr>
            </w:pPr>
            <w:r w:rsidRPr="00EB75F0">
              <w:rPr>
                <w:rFonts w:asciiTheme="majorHAnsi" w:eastAsia="Times New Roman" w:hAnsiTheme="majorHAnsi" w:cstheme="majorHAnsi"/>
                <w:color w:val="FFFFFF" w:themeColor="background1"/>
                <w:sz w:val="16"/>
                <w:szCs w:val="16"/>
                <w:lang w:eastAsia="zh-TW"/>
              </w:rPr>
              <w:t>Treatment (column versus row)</w:t>
            </w:r>
          </w:p>
        </w:tc>
        <w:tc>
          <w:tcPr>
            <w:tcW w:w="539" w:type="pct"/>
            <w:vAlign w:val="center"/>
            <w:hideMark/>
          </w:tcPr>
          <w:p w14:paraId="508C4D85" w14:textId="77777777" w:rsidR="00112E7F" w:rsidRPr="00EB75F0" w:rsidRDefault="00112E7F" w:rsidP="009A3ECD">
            <w:pPr>
              <w:spacing w:before="0" w:after="0" w:line="240" w:lineRule="auto"/>
              <w:contextualSpacing/>
              <w:rPr>
                <w:rFonts w:asciiTheme="majorHAnsi" w:eastAsia="Times New Roman" w:hAnsiTheme="majorHAnsi" w:cstheme="majorHAnsi"/>
                <w:color w:val="FFFFFF" w:themeColor="background1"/>
                <w:sz w:val="16"/>
                <w:szCs w:val="16"/>
                <w:lang w:eastAsia="zh-TW"/>
              </w:rPr>
            </w:pPr>
            <w:r w:rsidRPr="00EB75F0">
              <w:rPr>
                <w:rFonts w:asciiTheme="majorHAnsi" w:eastAsia="Times New Roman" w:hAnsiTheme="majorHAnsi" w:cstheme="majorHAnsi"/>
                <w:color w:val="FFFFFF" w:themeColor="background1"/>
                <w:sz w:val="16"/>
                <w:szCs w:val="16"/>
                <w:lang w:eastAsia="zh-TW"/>
              </w:rPr>
              <w:t>Aripiprazole</w:t>
            </w:r>
          </w:p>
        </w:tc>
        <w:tc>
          <w:tcPr>
            <w:tcW w:w="540" w:type="pct"/>
            <w:vAlign w:val="center"/>
            <w:hideMark/>
          </w:tcPr>
          <w:p w14:paraId="3186C26E" w14:textId="77777777" w:rsidR="00112E7F" w:rsidRPr="00EB75F0" w:rsidRDefault="00112E7F" w:rsidP="009A3ECD">
            <w:pPr>
              <w:spacing w:before="0" w:after="0" w:line="240" w:lineRule="auto"/>
              <w:contextualSpacing/>
              <w:rPr>
                <w:rFonts w:asciiTheme="majorHAnsi" w:eastAsia="Times New Roman" w:hAnsiTheme="majorHAnsi" w:cstheme="majorHAnsi"/>
                <w:color w:val="FFFFFF" w:themeColor="background1"/>
                <w:sz w:val="16"/>
                <w:szCs w:val="16"/>
                <w:lang w:eastAsia="zh-TW"/>
              </w:rPr>
            </w:pPr>
            <w:proofErr w:type="spellStart"/>
            <w:r w:rsidRPr="00EB75F0">
              <w:rPr>
                <w:rFonts w:asciiTheme="majorHAnsi" w:eastAsia="Times New Roman" w:hAnsiTheme="majorHAnsi" w:cstheme="majorHAnsi"/>
                <w:color w:val="FFFFFF" w:themeColor="background1"/>
                <w:sz w:val="16"/>
                <w:szCs w:val="16"/>
                <w:lang w:eastAsia="zh-TW"/>
              </w:rPr>
              <w:t>Brexpiprazole</w:t>
            </w:r>
            <w:proofErr w:type="spellEnd"/>
          </w:p>
        </w:tc>
        <w:tc>
          <w:tcPr>
            <w:tcW w:w="569" w:type="pct"/>
            <w:vAlign w:val="center"/>
            <w:hideMark/>
          </w:tcPr>
          <w:p w14:paraId="19DDCB02" w14:textId="77777777" w:rsidR="00112E7F" w:rsidRPr="00EB75F0" w:rsidRDefault="00112E7F" w:rsidP="009A3ECD">
            <w:pPr>
              <w:spacing w:before="0" w:after="0" w:line="240" w:lineRule="auto"/>
              <w:contextualSpacing/>
              <w:rPr>
                <w:rFonts w:asciiTheme="majorHAnsi" w:eastAsia="Times New Roman" w:hAnsiTheme="majorHAnsi" w:cstheme="majorHAnsi"/>
                <w:color w:val="FFFFFF" w:themeColor="background1"/>
                <w:sz w:val="16"/>
                <w:szCs w:val="16"/>
                <w:lang w:eastAsia="zh-TW"/>
              </w:rPr>
            </w:pPr>
            <w:proofErr w:type="spellStart"/>
            <w:r w:rsidRPr="00EB75F0">
              <w:rPr>
                <w:rFonts w:asciiTheme="majorHAnsi" w:eastAsia="Times New Roman" w:hAnsiTheme="majorHAnsi" w:cstheme="majorHAnsi"/>
                <w:color w:val="FFFFFF" w:themeColor="background1"/>
                <w:sz w:val="16"/>
                <w:szCs w:val="16"/>
                <w:lang w:eastAsia="zh-TW"/>
              </w:rPr>
              <w:t>Cariprazine</w:t>
            </w:r>
            <w:proofErr w:type="spellEnd"/>
          </w:p>
        </w:tc>
        <w:tc>
          <w:tcPr>
            <w:tcW w:w="570" w:type="pct"/>
            <w:vAlign w:val="center"/>
            <w:hideMark/>
          </w:tcPr>
          <w:p w14:paraId="6CC1C56B" w14:textId="7A78DED3" w:rsidR="00112E7F" w:rsidRPr="00EB75F0" w:rsidRDefault="009A3ECD" w:rsidP="009A3ECD">
            <w:pPr>
              <w:spacing w:before="0" w:after="0" w:line="240" w:lineRule="auto"/>
              <w:contextualSpacing/>
              <w:rPr>
                <w:rFonts w:asciiTheme="majorHAnsi" w:eastAsia="Times New Roman" w:hAnsiTheme="majorHAnsi" w:cstheme="majorHAnsi"/>
                <w:color w:val="FFFFFF" w:themeColor="background1"/>
                <w:sz w:val="16"/>
                <w:szCs w:val="16"/>
                <w:lang w:eastAsia="zh-TW"/>
              </w:rPr>
            </w:pPr>
            <w:proofErr w:type="spellStart"/>
            <w:r w:rsidRPr="00EB75F0">
              <w:rPr>
                <w:rFonts w:asciiTheme="majorHAnsi" w:eastAsia="Times New Roman" w:hAnsiTheme="majorHAnsi" w:cstheme="majorHAnsi"/>
                <w:color w:val="FFFFFF" w:themeColor="background1"/>
                <w:sz w:val="16"/>
                <w:szCs w:val="16"/>
                <w:lang w:eastAsia="zh-TW"/>
              </w:rPr>
              <w:t>KarXT</w:t>
            </w:r>
            <w:proofErr w:type="spellEnd"/>
          </w:p>
        </w:tc>
        <w:tc>
          <w:tcPr>
            <w:tcW w:w="570" w:type="pct"/>
            <w:vAlign w:val="center"/>
            <w:hideMark/>
          </w:tcPr>
          <w:p w14:paraId="60BF94D4" w14:textId="77777777" w:rsidR="00112E7F" w:rsidRPr="00EB75F0" w:rsidRDefault="00112E7F" w:rsidP="009A3ECD">
            <w:pPr>
              <w:spacing w:before="0" w:after="0" w:line="240" w:lineRule="auto"/>
              <w:contextualSpacing/>
              <w:rPr>
                <w:rFonts w:asciiTheme="majorHAnsi" w:eastAsia="Times New Roman" w:hAnsiTheme="majorHAnsi" w:cstheme="majorHAnsi"/>
                <w:color w:val="FFFFFF" w:themeColor="background1"/>
                <w:sz w:val="16"/>
                <w:szCs w:val="16"/>
                <w:lang w:eastAsia="zh-TW"/>
              </w:rPr>
            </w:pPr>
            <w:proofErr w:type="spellStart"/>
            <w:r w:rsidRPr="00EB75F0">
              <w:rPr>
                <w:rFonts w:asciiTheme="majorHAnsi" w:eastAsia="Times New Roman" w:hAnsiTheme="majorHAnsi" w:cstheme="majorHAnsi"/>
                <w:color w:val="FFFFFF" w:themeColor="background1"/>
                <w:sz w:val="16"/>
                <w:szCs w:val="16"/>
                <w:lang w:eastAsia="zh-TW"/>
              </w:rPr>
              <w:t>Lumateperone</w:t>
            </w:r>
            <w:proofErr w:type="spellEnd"/>
          </w:p>
        </w:tc>
        <w:tc>
          <w:tcPr>
            <w:tcW w:w="569" w:type="pct"/>
            <w:vAlign w:val="center"/>
            <w:hideMark/>
          </w:tcPr>
          <w:p w14:paraId="30BD65B4" w14:textId="77777777" w:rsidR="00112E7F" w:rsidRPr="00EB75F0" w:rsidRDefault="00112E7F" w:rsidP="009A3ECD">
            <w:pPr>
              <w:spacing w:before="0" w:after="0" w:line="240" w:lineRule="auto"/>
              <w:contextualSpacing/>
              <w:rPr>
                <w:rFonts w:asciiTheme="majorHAnsi" w:eastAsia="Times New Roman" w:hAnsiTheme="majorHAnsi" w:cstheme="majorHAnsi"/>
                <w:color w:val="FFFFFF" w:themeColor="background1"/>
                <w:sz w:val="16"/>
                <w:szCs w:val="16"/>
                <w:lang w:eastAsia="zh-TW"/>
              </w:rPr>
            </w:pPr>
            <w:r w:rsidRPr="00EB75F0">
              <w:rPr>
                <w:rFonts w:asciiTheme="majorHAnsi" w:eastAsia="Times New Roman" w:hAnsiTheme="majorHAnsi" w:cstheme="majorHAnsi"/>
                <w:color w:val="FFFFFF" w:themeColor="background1"/>
                <w:sz w:val="16"/>
                <w:szCs w:val="16"/>
                <w:lang w:eastAsia="zh-TW"/>
              </w:rPr>
              <w:t>Olanzapine</w:t>
            </w:r>
          </w:p>
        </w:tc>
        <w:tc>
          <w:tcPr>
            <w:tcW w:w="570" w:type="pct"/>
            <w:vAlign w:val="center"/>
            <w:hideMark/>
          </w:tcPr>
          <w:p w14:paraId="6CF37850" w14:textId="77777777" w:rsidR="00112E7F" w:rsidRPr="00EB75F0" w:rsidRDefault="00112E7F" w:rsidP="009A3ECD">
            <w:pPr>
              <w:spacing w:before="0" w:after="0" w:line="240" w:lineRule="auto"/>
              <w:contextualSpacing/>
              <w:rPr>
                <w:rFonts w:asciiTheme="majorHAnsi" w:eastAsia="Times New Roman" w:hAnsiTheme="majorHAnsi" w:cstheme="majorHAnsi"/>
                <w:color w:val="FFFFFF" w:themeColor="background1"/>
                <w:sz w:val="16"/>
                <w:szCs w:val="16"/>
                <w:lang w:eastAsia="zh-TW"/>
              </w:rPr>
            </w:pPr>
            <w:r w:rsidRPr="00EB75F0">
              <w:rPr>
                <w:rFonts w:asciiTheme="majorHAnsi" w:eastAsia="Times New Roman" w:hAnsiTheme="majorHAnsi" w:cstheme="majorHAnsi"/>
                <w:color w:val="FFFFFF" w:themeColor="background1"/>
                <w:sz w:val="16"/>
                <w:szCs w:val="16"/>
                <w:lang w:eastAsia="zh-TW"/>
              </w:rPr>
              <w:t>Quetiapine</w:t>
            </w:r>
          </w:p>
        </w:tc>
        <w:tc>
          <w:tcPr>
            <w:tcW w:w="595" w:type="pct"/>
            <w:vAlign w:val="center"/>
            <w:hideMark/>
          </w:tcPr>
          <w:p w14:paraId="535B91AB" w14:textId="77777777" w:rsidR="00112E7F" w:rsidRPr="00EB75F0" w:rsidRDefault="00112E7F" w:rsidP="009A3ECD">
            <w:pPr>
              <w:spacing w:before="0" w:after="0" w:line="240" w:lineRule="auto"/>
              <w:contextualSpacing/>
              <w:rPr>
                <w:rFonts w:asciiTheme="majorHAnsi" w:eastAsia="Times New Roman" w:hAnsiTheme="majorHAnsi" w:cstheme="majorHAnsi"/>
                <w:color w:val="FFFFFF" w:themeColor="background1"/>
                <w:sz w:val="16"/>
                <w:szCs w:val="16"/>
                <w:lang w:eastAsia="zh-TW"/>
              </w:rPr>
            </w:pPr>
            <w:r w:rsidRPr="00EB75F0">
              <w:rPr>
                <w:rFonts w:asciiTheme="majorHAnsi" w:eastAsia="Times New Roman" w:hAnsiTheme="majorHAnsi" w:cstheme="majorHAnsi"/>
                <w:color w:val="FFFFFF" w:themeColor="background1"/>
                <w:sz w:val="16"/>
                <w:szCs w:val="16"/>
                <w:lang w:eastAsia="zh-TW"/>
              </w:rPr>
              <w:t>Risperidone</w:t>
            </w:r>
          </w:p>
        </w:tc>
      </w:tr>
      <w:tr w:rsidR="0013674C" w:rsidRPr="00EB75F0" w14:paraId="24D0A439" w14:textId="77777777" w:rsidTr="006468B2">
        <w:trPr>
          <w:trHeight w:val="288"/>
        </w:trPr>
        <w:tc>
          <w:tcPr>
            <w:tcW w:w="478" w:type="pct"/>
            <w:vAlign w:val="center"/>
            <w:hideMark/>
          </w:tcPr>
          <w:p w14:paraId="6A7AF862"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539" w:type="pct"/>
            <w:vAlign w:val="center"/>
          </w:tcPr>
          <w:p w14:paraId="0A97A63D"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-2.18 (-2.7 to -1.66)</w:t>
            </w:r>
          </w:p>
        </w:tc>
        <w:tc>
          <w:tcPr>
            <w:tcW w:w="540" w:type="pct"/>
            <w:vAlign w:val="center"/>
          </w:tcPr>
          <w:p w14:paraId="76D13571"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-1.32 (-1.91 to -0.73)</w:t>
            </w:r>
          </w:p>
        </w:tc>
        <w:tc>
          <w:tcPr>
            <w:tcW w:w="569" w:type="pct"/>
            <w:vAlign w:val="center"/>
          </w:tcPr>
          <w:p w14:paraId="52FC3499"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-1.64 (-2.2 to -1.08)</w:t>
            </w:r>
          </w:p>
        </w:tc>
        <w:tc>
          <w:tcPr>
            <w:tcW w:w="570" w:type="pct"/>
            <w:shd w:val="clear" w:color="auto" w:fill="CFEDFF"/>
            <w:vAlign w:val="center"/>
          </w:tcPr>
          <w:p w14:paraId="307AB7DC"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-3.35 (-4.18 to -2.52)</w:t>
            </w:r>
          </w:p>
        </w:tc>
        <w:tc>
          <w:tcPr>
            <w:tcW w:w="570" w:type="pct"/>
            <w:vAlign w:val="center"/>
          </w:tcPr>
          <w:p w14:paraId="6EEC4A70"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 (-2.92 to -0.48)</w:t>
            </w:r>
          </w:p>
        </w:tc>
        <w:tc>
          <w:tcPr>
            <w:tcW w:w="569" w:type="pct"/>
            <w:vAlign w:val="center"/>
          </w:tcPr>
          <w:p w14:paraId="79F08A85"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-3.11 (-3.69 to -2.53)</w:t>
            </w:r>
          </w:p>
        </w:tc>
        <w:tc>
          <w:tcPr>
            <w:tcW w:w="570" w:type="pct"/>
            <w:vAlign w:val="center"/>
          </w:tcPr>
          <w:p w14:paraId="1BFEF672"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-2.87 (-3.52 to -2.23)</w:t>
            </w:r>
          </w:p>
        </w:tc>
        <w:tc>
          <w:tcPr>
            <w:tcW w:w="595" w:type="pct"/>
            <w:vAlign w:val="center"/>
          </w:tcPr>
          <w:p w14:paraId="1F413D12"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-2.44 (-2.63 to -2.24</w:t>
            </w:r>
            <w:r w:rsidRPr="00EB75F0">
              <w:rPr>
                <w:rFonts w:asciiTheme="majorHAnsi" w:hAnsiTheme="majorHAnsi" w:cstheme="majorHAnsi"/>
                <w:sz w:val="16"/>
                <w:szCs w:val="16"/>
              </w:rPr>
              <w:t>)</w:t>
            </w:r>
          </w:p>
        </w:tc>
      </w:tr>
      <w:tr w:rsidR="0013674C" w:rsidRPr="00EB75F0" w14:paraId="0A122438" w14:textId="77777777" w:rsidTr="006468B2">
        <w:trPr>
          <w:trHeight w:val="288"/>
        </w:trPr>
        <w:tc>
          <w:tcPr>
            <w:tcW w:w="478" w:type="pct"/>
            <w:vAlign w:val="center"/>
            <w:hideMark/>
          </w:tcPr>
          <w:p w14:paraId="7338D986"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539" w:type="pct"/>
            <w:shd w:val="clear" w:color="auto" w:fill="C6C6C6"/>
            <w:noWrap/>
            <w:vAlign w:val="center"/>
          </w:tcPr>
          <w:p w14:paraId="66FDDA12"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p>
        </w:tc>
        <w:tc>
          <w:tcPr>
            <w:tcW w:w="540" w:type="pct"/>
            <w:vAlign w:val="center"/>
          </w:tcPr>
          <w:p w14:paraId="33A3D010"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0.86 (0.1 to 1.63)</w:t>
            </w:r>
          </w:p>
        </w:tc>
        <w:tc>
          <w:tcPr>
            <w:tcW w:w="569" w:type="pct"/>
            <w:vAlign w:val="center"/>
          </w:tcPr>
          <w:p w14:paraId="2E71C264"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0.54 (-0.14 to 1.22)</w:t>
            </w:r>
          </w:p>
        </w:tc>
        <w:tc>
          <w:tcPr>
            <w:tcW w:w="570" w:type="pct"/>
            <w:shd w:val="clear" w:color="auto" w:fill="CFEDFF"/>
            <w:vAlign w:val="center"/>
          </w:tcPr>
          <w:p w14:paraId="5D3B423B"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w:t>
            </w:r>
            <w:r w:rsidRPr="00EB75F0">
              <w:rPr>
                <w:rFonts w:asciiTheme="majorHAnsi" w:hAnsiTheme="majorHAnsi" w:cstheme="majorHAnsi"/>
                <w:b/>
                <w:bCs/>
                <w:sz w:val="16"/>
                <w:szCs w:val="16"/>
              </w:rPr>
              <w:t>1.17 (-2.14 to -0.19)</w:t>
            </w:r>
          </w:p>
        </w:tc>
        <w:tc>
          <w:tcPr>
            <w:tcW w:w="570" w:type="pct"/>
            <w:vAlign w:val="center"/>
          </w:tcPr>
          <w:p w14:paraId="4568AB59"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0.48 (-0.85 to 1.8)</w:t>
            </w:r>
          </w:p>
        </w:tc>
        <w:tc>
          <w:tcPr>
            <w:tcW w:w="569" w:type="pct"/>
            <w:vAlign w:val="center"/>
          </w:tcPr>
          <w:p w14:paraId="5B824DF9"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-0.93 (-1.71 to -0.15)</w:t>
            </w:r>
          </w:p>
        </w:tc>
        <w:tc>
          <w:tcPr>
            <w:tcW w:w="570" w:type="pct"/>
            <w:vAlign w:val="center"/>
          </w:tcPr>
          <w:p w14:paraId="30F61EBA"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-0.69 (-1.52 to 0.13)</w:t>
            </w:r>
          </w:p>
        </w:tc>
        <w:tc>
          <w:tcPr>
            <w:tcW w:w="595" w:type="pct"/>
            <w:vAlign w:val="center"/>
          </w:tcPr>
          <w:p w14:paraId="6D05942B"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-0.26 (-0.8 to 0.29)</w:t>
            </w:r>
          </w:p>
        </w:tc>
      </w:tr>
      <w:tr w:rsidR="0013674C" w:rsidRPr="00EB75F0" w14:paraId="30C817D9" w14:textId="77777777" w:rsidTr="006468B2">
        <w:trPr>
          <w:trHeight w:val="288"/>
        </w:trPr>
        <w:tc>
          <w:tcPr>
            <w:tcW w:w="478" w:type="pct"/>
            <w:vAlign w:val="center"/>
            <w:hideMark/>
          </w:tcPr>
          <w:p w14:paraId="75042FB6"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539" w:type="pct"/>
            <w:vAlign w:val="center"/>
          </w:tcPr>
          <w:p w14:paraId="3CA7623D"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-0.86 (-1.63 to -0.1)</w:t>
            </w:r>
          </w:p>
        </w:tc>
        <w:tc>
          <w:tcPr>
            <w:tcW w:w="540" w:type="pct"/>
            <w:shd w:val="clear" w:color="auto" w:fill="C6C6C6"/>
            <w:noWrap/>
            <w:vAlign w:val="center"/>
          </w:tcPr>
          <w:p w14:paraId="7C708138"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p>
        </w:tc>
        <w:tc>
          <w:tcPr>
            <w:tcW w:w="569" w:type="pct"/>
            <w:vAlign w:val="center"/>
          </w:tcPr>
          <w:p w14:paraId="031A30FE"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-0.32 (-1.13 to 0.49)</w:t>
            </w:r>
          </w:p>
        </w:tc>
        <w:tc>
          <w:tcPr>
            <w:tcW w:w="570" w:type="pct"/>
            <w:shd w:val="clear" w:color="auto" w:fill="CFEDFF"/>
            <w:vAlign w:val="center"/>
          </w:tcPr>
          <w:p w14:paraId="1ED62644"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-2.03 (-3.05 to -1.02)</w:t>
            </w:r>
          </w:p>
        </w:tc>
        <w:tc>
          <w:tcPr>
            <w:tcW w:w="570" w:type="pct"/>
            <w:vAlign w:val="center"/>
          </w:tcPr>
          <w:p w14:paraId="1886B5B5"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-0.38 (-1.75 to 0.97)</w:t>
            </w:r>
          </w:p>
        </w:tc>
        <w:tc>
          <w:tcPr>
            <w:tcW w:w="569" w:type="pct"/>
            <w:vAlign w:val="center"/>
          </w:tcPr>
          <w:p w14:paraId="02F59150"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-1.79 (-2.62 to -0.97)</w:t>
            </w:r>
          </w:p>
        </w:tc>
        <w:tc>
          <w:tcPr>
            <w:tcW w:w="570" w:type="pct"/>
            <w:vAlign w:val="center"/>
          </w:tcPr>
          <w:p w14:paraId="21D45227"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-1.55 (-2.36 to -0.75)</w:t>
            </w:r>
          </w:p>
        </w:tc>
        <w:tc>
          <w:tcPr>
            <w:tcW w:w="595" w:type="pct"/>
            <w:vAlign w:val="center"/>
          </w:tcPr>
          <w:p w14:paraId="69605C76"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-1.12 (-1.74 to -0.5)</w:t>
            </w:r>
          </w:p>
        </w:tc>
      </w:tr>
      <w:tr w:rsidR="0013674C" w:rsidRPr="00EB75F0" w14:paraId="32195F53" w14:textId="77777777" w:rsidTr="006468B2">
        <w:trPr>
          <w:trHeight w:val="288"/>
        </w:trPr>
        <w:tc>
          <w:tcPr>
            <w:tcW w:w="478" w:type="pct"/>
            <w:vAlign w:val="center"/>
            <w:hideMark/>
          </w:tcPr>
          <w:p w14:paraId="0747B8C7"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539" w:type="pct"/>
            <w:vAlign w:val="center"/>
          </w:tcPr>
          <w:p w14:paraId="65884EB5"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-0.54 (-1.22 to 0.14)</w:t>
            </w:r>
          </w:p>
        </w:tc>
        <w:tc>
          <w:tcPr>
            <w:tcW w:w="540" w:type="pct"/>
            <w:vAlign w:val="center"/>
          </w:tcPr>
          <w:p w14:paraId="39405A3C"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0.32 (-0.49 to 1.13)</w:t>
            </w:r>
          </w:p>
        </w:tc>
        <w:tc>
          <w:tcPr>
            <w:tcW w:w="569" w:type="pct"/>
            <w:shd w:val="clear" w:color="auto" w:fill="C6C6C6"/>
            <w:noWrap/>
            <w:vAlign w:val="center"/>
          </w:tcPr>
          <w:p w14:paraId="74D27986"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shd w:val="clear" w:color="auto" w:fill="CFEDFF"/>
            <w:vAlign w:val="center"/>
          </w:tcPr>
          <w:p w14:paraId="498CFFB1"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-1.71 (-2.71 to -0.71)</w:t>
            </w:r>
          </w:p>
        </w:tc>
        <w:tc>
          <w:tcPr>
            <w:tcW w:w="570" w:type="pct"/>
            <w:vAlign w:val="center"/>
          </w:tcPr>
          <w:p w14:paraId="413A0670"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-0.06 (-1.41 to 1.27)</w:t>
            </w:r>
          </w:p>
        </w:tc>
        <w:tc>
          <w:tcPr>
            <w:tcW w:w="569" w:type="pct"/>
            <w:vAlign w:val="center"/>
          </w:tcPr>
          <w:p w14:paraId="6A15C80F"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-1.47 (-2.28 to -0.66)</w:t>
            </w:r>
          </w:p>
        </w:tc>
        <w:tc>
          <w:tcPr>
            <w:tcW w:w="570" w:type="pct"/>
            <w:vAlign w:val="center"/>
          </w:tcPr>
          <w:p w14:paraId="60A8CB54"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-1.23 (-2.08 to -0.38)</w:t>
            </w:r>
          </w:p>
        </w:tc>
        <w:tc>
          <w:tcPr>
            <w:tcW w:w="595" w:type="pct"/>
            <w:vAlign w:val="center"/>
          </w:tcPr>
          <w:p w14:paraId="468D343A"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 (-1.38 to -0.22)</w:t>
            </w:r>
          </w:p>
        </w:tc>
      </w:tr>
      <w:tr w:rsidR="0013674C" w:rsidRPr="00EB75F0" w14:paraId="1CF8A221" w14:textId="77777777" w:rsidTr="006468B2">
        <w:trPr>
          <w:trHeight w:val="288"/>
        </w:trPr>
        <w:tc>
          <w:tcPr>
            <w:tcW w:w="478" w:type="pct"/>
            <w:vAlign w:val="center"/>
            <w:hideMark/>
          </w:tcPr>
          <w:p w14:paraId="126ACD38" w14:textId="0A094BC0" w:rsidR="00112E7F" w:rsidRPr="00EB75F0" w:rsidRDefault="009A3ECD" w:rsidP="006468B2">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539" w:type="pct"/>
            <w:vAlign w:val="center"/>
          </w:tcPr>
          <w:p w14:paraId="264F9D8F"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1.17 (0.19 to 2.14)</w:t>
            </w:r>
          </w:p>
        </w:tc>
        <w:tc>
          <w:tcPr>
            <w:tcW w:w="540" w:type="pct"/>
            <w:vAlign w:val="center"/>
          </w:tcPr>
          <w:p w14:paraId="575C43F9"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2.03 (1.02 to 3.05)</w:t>
            </w:r>
          </w:p>
        </w:tc>
        <w:tc>
          <w:tcPr>
            <w:tcW w:w="569" w:type="pct"/>
            <w:vAlign w:val="center"/>
          </w:tcPr>
          <w:p w14:paraId="09A89D2C"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1.71 (0.71 to 2.71)</w:t>
            </w:r>
          </w:p>
        </w:tc>
        <w:tc>
          <w:tcPr>
            <w:tcW w:w="570" w:type="pct"/>
            <w:shd w:val="clear" w:color="auto" w:fill="C6C6C6"/>
            <w:noWrap/>
            <w:vAlign w:val="center"/>
          </w:tcPr>
          <w:p w14:paraId="24A2622D"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vAlign w:val="center"/>
          </w:tcPr>
          <w:p w14:paraId="049D0CE0"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1.65 (0.17 to 3.11)</w:t>
            </w:r>
          </w:p>
        </w:tc>
        <w:tc>
          <w:tcPr>
            <w:tcW w:w="569" w:type="pct"/>
            <w:vAlign w:val="center"/>
          </w:tcPr>
          <w:p w14:paraId="1803AD84"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0.24 (-0.77 to 1.25)</w:t>
            </w:r>
          </w:p>
        </w:tc>
        <w:tc>
          <w:tcPr>
            <w:tcW w:w="570" w:type="pct"/>
            <w:vAlign w:val="center"/>
          </w:tcPr>
          <w:p w14:paraId="60246702"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0.48 (-0.57 to 1.53)</w:t>
            </w:r>
          </w:p>
        </w:tc>
        <w:tc>
          <w:tcPr>
            <w:tcW w:w="595" w:type="pct"/>
            <w:vAlign w:val="center"/>
          </w:tcPr>
          <w:p w14:paraId="6F90B18F"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0.91 (0.06 to 1.76)</w:t>
            </w:r>
          </w:p>
        </w:tc>
      </w:tr>
      <w:tr w:rsidR="0013674C" w:rsidRPr="00EB75F0" w14:paraId="68204511" w14:textId="77777777" w:rsidTr="006468B2">
        <w:trPr>
          <w:trHeight w:val="288"/>
        </w:trPr>
        <w:tc>
          <w:tcPr>
            <w:tcW w:w="478" w:type="pct"/>
            <w:vAlign w:val="center"/>
            <w:hideMark/>
          </w:tcPr>
          <w:p w14:paraId="0970841D"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539" w:type="pct"/>
            <w:vAlign w:val="center"/>
          </w:tcPr>
          <w:p w14:paraId="3C8901E2"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-0.48 (-1.8 to 0.85)</w:t>
            </w:r>
          </w:p>
        </w:tc>
        <w:tc>
          <w:tcPr>
            <w:tcW w:w="540" w:type="pct"/>
            <w:vAlign w:val="center"/>
          </w:tcPr>
          <w:p w14:paraId="6F1A2187"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0.38 (-0.97 to 1.75)</w:t>
            </w:r>
          </w:p>
        </w:tc>
        <w:tc>
          <w:tcPr>
            <w:tcW w:w="569" w:type="pct"/>
            <w:vAlign w:val="center"/>
          </w:tcPr>
          <w:p w14:paraId="58851D7F"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0.06 (-1.27 to 1.41)</w:t>
            </w:r>
          </w:p>
        </w:tc>
        <w:tc>
          <w:tcPr>
            <w:tcW w:w="570" w:type="pct"/>
            <w:shd w:val="clear" w:color="auto" w:fill="CFEDFF"/>
            <w:vAlign w:val="center"/>
          </w:tcPr>
          <w:p w14:paraId="05C968E2"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-1.65 (-3.11 to -0.17)</w:t>
            </w:r>
          </w:p>
        </w:tc>
        <w:tc>
          <w:tcPr>
            <w:tcW w:w="570" w:type="pct"/>
            <w:shd w:val="clear" w:color="auto" w:fill="C6C6C6"/>
            <w:noWrap/>
            <w:vAlign w:val="center"/>
          </w:tcPr>
          <w:p w14:paraId="1AC94E1E"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p>
        </w:tc>
        <w:tc>
          <w:tcPr>
            <w:tcW w:w="569" w:type="pct"/>
            <w:vAlign w:val="center"/>
          </w:tcPr>
          <w:p w14:paraId="37C6883A"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 (-2.75 to -0.05)</w:t>
            </w:r>
          </w:p>
        </w:tc>
        <w:tc>
          <w:tcPr>
            <w:tcW w:w="570" w:type="pct"/>
            <w:vAlign w:val="center"/>
          </w:tcPr>
          <w:p w14:paraId="5664DCCE"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-1.17 (-2.56 to 0.21)</w:t>
            </w:r>
          </w:p>
        </w:tc>
        <w:tc>
          <w:tcPr>
            <w:tcW w:w="595" w:type="pct"/>
            <w:vAlign w:val="center"/>
          </w:tcPr>
          <w:p w14:paraId="7677AC77"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-0.74 (-1.97 to 0.5)</w:t>
            </w:r>
          </w:p>
        </w:tc>
      </w:tr>
      <w:tr w:rsidR="0013674C" w:rsidRPr="00EB75F0" w14:paraId="7C56A972" w14:textId="77777777" w:rsidTr="006468B2">
        <w:trPr>
          <w:trHeight w:val="288"/>
        </w:trPr>
        <w:tc>
          <w:tcPr>
            <w:tcW w:w="478" w:type="pct"/>
            <w:vAlign w:val="center"/>
            <w:hideMark/>
          </w:tcPr>
          <w:p w14:paraId="3906967C"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539" w:type="pct"/>
            <w:vAlign w:val="center"/>
          </w:tcPr>
          <w:p w14:paraId="4CC7EFCF"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0.93 (0.15 to 1.71)</w:t>
            </w:r>
          </w:p>
        </w:tc>
        <w:tc>
          <w:tcPr>
            <w:tcW w:w="540" w:type="pct"/>
            <w:vAlign w:val="center"/>
          </w:tcPr>
          <w:p w14:paraId="2D47AD18"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1.79 (0.97 to 2.62)</w:t>
            </w:r>
          </w:p>
        </w:tc>
        <w:tc>
          <w:tcPr>
            <w:tcW w:w="569" w:type="pct"/>
            <w:vAlign w:val="center"/>
          </w:tcPr>
          <w:p w14:paraId="31C843D7"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1.47 (0.66 to 2.28)</w:t>
            </w:r>
          </w:p>
        </w:tc>
        <w:tc>
          <w:tcPr>
            <w:tcW w:w="570" w:type="pct"/>
            <w:shd w:val="clear" w:color="auto" w:fill="CFEDFF"/>
            <w:vAlign w:val="center"/>
          </w:tcPr>
          <w:p w14:paraId="6ADF6BF0"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-0.24 (-1.25 to 0.77)</w:t>
            </w:r>
          </w:p>
        </w:tc>
        <w:tc>
          <w:tcPr>
            <w:tcW w:w="570" w:type="pct"/>
            <w:vAlign w:val="center"/>
          </w:tcPr>
          <w:p w14:paraId="183CD86A"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 (0.05 to 2.75)</w:t>
            </w:r>
          </w:p>
        </w:tc>
        <w:tc>
          <w:tcPr>
            <w:tcW w:w="569" w:type="pct"/>
            <w:shd w:val="clear" w:color="auto" w:fill="C6C6C6"/>
            <w:noWrap/>
            <w:vAlign w:val="center"/>
          </w:tcPr>
          <w:p w14:paraId="714728A8"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vAlign w:val="center"/>
          </w:tcPr>
          <w:p w14:paraId="51EFA02E"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0.23 (-0.63 to 1.1)</w:t>
            </w:r>
          </w:p>
        </w:tc>
        <w:tc>
          <w:tcPr>
            <w:tcW w:w="595" w:type="pct"/>
            <w:vAlign w:val="center"/>
          </w:tcPr>
          <w:p w14:paraId="70E0D4F5"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0.67 (0.06 to 1.28)</w:t>
            </w:r>
          </w:p>
        </w:tc>
      </w:tr>
      <w:tr w:rsidR="0013674C" w:rsidRPr="00EB75F0" w14:paraId="2C794EA7" w14:textId="77777777" w:rsidTr="006468B2">
        <w:trPr>
          <w:trHeight w:val="288"/>
        </w:trPr>
        <w:tc>
          <w:tcPr>
            <w:tcW w:w="478" w:type="pct"/>
            <w:vAlign w:val="center"/>
            <w:hideMark/>
          </w:tcPr>
          <w:p w14:paraId="23AF70BA" w14:textId="77777777" w:rsidR="00112E7F" w:rsidRPr="00EB75F0" w:rsidRDefault="00112E7F" w:rsidP="006468B2">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lastRenderedPageBreak/>
              <w:t>Quetiapine</w:t>
            </w:r>
          </w:p>
        </w:tc>
        <w:tc>
          <w:tcPr>
            <w:tcW w:w="539" w:type="pct"/>
            <w:vAlign w:val="center"/>
          </w:tcPr>
          <w:p w14:paraId="1C846238" w14:textId="77777777" w:rsidR="00112E7F" w:rsidRPr="00EB75F0" w:rsidRDefault="00112E7F" w:rsidP="00996746">
            <w:pPr>
              <w:pStyle w:val="Heading3"/>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0.69 (-0.13 to 1.52)</w:t>
            </w:r>
          </w:p>
        </w:tc>
        <w:tc>
          <w:tcPr>
            <w:tcW w:w="540" w:type="pct"/>
            <w:vAlign w:val="center"/>
          </w:tcPr>
          <w:p w14:paraId="1DB8BF3C" w14:textId="77777777" w:rsidR="00112E7F" w:rsidRPr="00EB75F0" w:rsidRDefault="00112E7F" w:rsidP="006468B2">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1.55 (0.75 to 2.36)</w:t>
            </w:r>
          </w:p>
        </w:tc>
        <w:tc>
          <w:tcPr>
            <w:tcW w:w="569" w:type="pct"/>
            <w:vAlign w:val="center"/>
          </w:tcPr>
          <w:p w14:paraId="538D1FD0" w14:textId="77777777" w:rsidR="00112E7F" w:rsidRPr="00EB75F0" w:rsidRDefault="00112E7F" w:rsidP="006468B2">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1.23 (0.38 to 2.08)</w:t>
            </w:r>
          </w:p>
        </w:tc>
        <w:tc>
          <w:tcPr>
            <w:tcW w:w="570" w:type="pct"/>
            <w:shd w:val="clear" w:color="auto" w:fill="CFEDFF"/>
            <w:vAlign w:val="center"/>
          </w:tcPr>
          <w:p w14:paraId="680A3F2F" w14:textId="77777777" w:rsidR="00112E7F" w:rsidRPr="00EB75F0" w:rsidRDefault="00112E7F" w:rsidP="006468B2">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-0.48 (-1.53 to 0.57)</w:t>
            </w:r>
          </w:p>
        </w:tc>
        <w:tc>
          <w:tcPr>
            <w:tcW w:w="570" w:type="pct"/>
            <w:vAlign w:val="center"/>
          </w:tcPr>
          <w:p w14:paraId="6C26D8FF" w14:textId="77777777" w:rsidR="00112E7F" w:rsidRPr="00EB75F0" w:rsidRDefault="00112E7F" w:rsidP="006468B2">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1.17 (-0.21 to 2.56)</w:t>
            </w:r>
          </w:p>
        </w:tc>
        <w:tc>
          <w:tcPr>
            <w:tcW w:w="569" w:type="pct"/>
            <w:vAlign w:val="center"/>
          </w:tcPr>
          <w:p w14:paraId="295F9032" w14:textId="77777777" w:rsidR="00112E7F" w:rsidRPr="00EB75F0" w:rsidRDefault="00112E7F" w:rsidP="006468B2">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-0.23 (-1.1 to 0.63)</w:t>
            </w:r>
          </w:p>
        </w:tc>
        <w:tc>
          <w:tcPr>
            <w:tcW w:w="570" w:type="pct"/>
            <w:shd w:val="clear" w:color="auto" w:fill="C6C6C6"/>
            <w:noWrap/>
            <w:vAlign w:val="center"/>
          </w:tcPr>
          <w:p w14:paraId="522B94D2" w14:textId="77777777" w:rsidR="00112E7F" w:rsidRPr="00EB75F0" w:rsidRDefault="00112E7F" w:rsidP="006468B2">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595" w:type="pct"/>
            <w:vAlign w:val="center"/>
          </w:tcPr>
          <w:p w14:paraId="6CF92124" w14:textId="77777777" w:rsidR="00112E7F" w:rsidRPr="00EB75F0" w:rsidRDefault="00112E7F" w:rsidP="006468B2">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0.43 (-0.24 to 1.11)</w:t>
            </w:r>
          </w:p>
        </w:tc>
      </w:tr>
      <w:tr w:rsidR="0013674C" w:rsidRPr="00EB75F0" w14:paraId="3B922D0C" w14:textId="77777777" w:rsidTr="006468B2">
        <w:trPr>
          <w:trHeight w:val="288"/>
        </w:trPr>
        <w:tc>
          <w:tcPr>
            <w:tcW w:w="478" w:type="pct"/>
            <w:vAlign w:val="center"/>
            <w:hideMark/>
          </w:tcPr>
          <w:p w14:paraId="44CB17C9"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539" w:type="pct"/>
            <w:vAlign w:val="center"/>
          </w:tcPr>
          <w:p w14:paraId="3E5C5FEC"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0.26 (-0.29 to 0.8)</w:t>
            </w:r>
          </w:p>
        </w:tc>
        <w:tc>
          <w:tcPr>
            <w:tcW w:w="540" w:type="pct"/>
            <w:vAlign w:val="center"/>
          </w:tcPr>
          <w:p w14:paraId="78D8BBC5"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1.12 (0.5 to 1.74)</w:t>
            </w:r>
          </w:p>
        </w:tc>
        <w:tc>
          <w:tcPr>
            <w:tcW w:w="569" w:type="pct"/>
            <w:vAlign w:val="center"/>
          </w:tcPr>
          <w:p w14:paraId="2DA86902"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 (0.22 to 1.38)</w:t>
            </w:r>
          </w:p>
        </w:tc>
        <w:tc>
          <w:tcPr>
            <w:tcW w:w="570" w:type="pct"/>
            <w:shd w:val="clear" w:color="auto" w:fill="CFEDFF"/>
            <w:vAlign w:val="center"/>
          </w:tcPr>
          <w:p w14:paraId="30D12FB2"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-0.91 (-1.76 to -0.06)</w:t>
            </w:r>
          </w:p>
        </w:tc>
        <w:tc>
          <w:tcPr>
            <w:tcW w:w="570" w:type="pct"/>
            <w:vAlign w:val="center"/>
          </w:tcPr>
          <w:p w14:paraId="641F7B74"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0.74 (-0.5 to 1.97)</w:t>
            </w:r>
          </w:p>
        </w:tc>
        <w:tc>
          <w:tcPr>
            <w:tcW w:w="569" w:type="pct"/>
            <w:vAlign w:val="center"/>
          </w:tcPr>
          <w:p w14:paraId="26D00F66" w14:textId="77777777" w:rsidR="00112E7F" w:rsidRPr="00EB75F0" w:rsidRDefault="00112E7F" w:rsidP="006468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-0.67 (-1.28 to -0.06)</w:t>
            </w:r>
          </w:p>
        </w:tc>
        <w:tc>
          <w:tcPr>
            <w:tcW w:w="570" w:type="pct"/>
            <w:vAlign w:val="center"/>
          </w:tcPr>
          <w:p w14:paraId="16EB7202"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-0.43 (-1.11 to 0.24)</w:t>
            </w:r>
          </w:p>
        </w:tc>
        <w:tc>
          <w:tcPr>
            <w:tcW w:w="595" w:type="pct"/>
            <w:shd w:val="clear" w:color="auto" w:fill="C6C6C6"/>
            <w:noWrap/>
            <w:vAlign w:val="center"/>
          </w:tcPr>
          <w:p w14:paraId="618161CF" w14:textId="77777777" w:rsidR="00112E7F" w:rsidRPr="00EB75F0" w:rsidRDefault="00112E7F" w:rsidP="006468B2">
            <w:pPr>
              <w:spacing w:before="0" w:after="0" w:line="240" w:lineRule="auto"/>
              <w:contextualSpacing/>
              <w:rPr>
                <w:rFonts w:asciiTheme="majorHAnsi" w:eastAsia="Times New Roman" w:hAnsiTheme="majorHAnsi" w:cstheme="majorHAnsi"/>
                <w:color w:val="000000"/>
                <w:sz w:val="16"/>
                <w:szCs w:val="16"/>
                <w:lang w:eastAsia="zh-TW"/>
              </w:rPr>
            </w:pPr>
          </w:p>
        </w:tc>
      </w:tr>
      <w:tr w:rsidR="00112E7F" w:rsidRPr="00EB75F0" w14:paraId="26D8B5D3" w14:textId="77777777" w:rsidTr="007C010D">
        <w:trPr>
          <w:trHeight w:val="133"/>
        </w:trPr>
        <w:tc>
          <w:tcPr>
            <w:tcW w:w="5000" w:type="pct"/>
            <w:gridSpan w:val="9"/>
          </w:tcPr>
          <w:p w14:paraId="71D6FFF2" w14:textId="21ABCB69" w:rsidR="00112E7F" w:rsidRPr="00EB75F0" w:rsidRDefault="00112E7F" w:rsidP="00C32B29">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w:t>
            </w:r>
            <w:r w:rsidR="00EA4A2C" w:rsidRPr="00EB75F0">
              <w:rPr>
                <w:rFonts w:asciiTheme="majorHAnsi" w:hAnsiTheme="majorHAnsi" w:cstheme="majorHAnsi"/>
                <w:sz w:val="16"/>
                <w:szCs w:val="16"/>
              </w:rPr>
              <w:t>MD, mean difference</w:t>
            </w:r>
            <w:r w:rsidR="00F4689E"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F4689E" w:rsidRPr="00EB75F0">
              <w:rPr>
                <w:rFonts w:asciiTheme="majorHAnsi" w:eastAsia="Times New Roman" w:hAnsiTheme="majorHAnsi" w:cstheme="majorHAnsi"/>
                <w:color w:val="000000"/>
                <w:sz w:val="16"/>
                <w:szCs w:val="16"/>
                <w:lang w:eastAsia="zh-TW"/>
              </w:rPr>
              <w:t xml:space="preserve">, </w:t>
            </w:r>
            <w:proofErr w:type="spellStart"/>
            <w:r w:rsidR="00F4689E" w:rsidRPr="00EB75F0">
              <w:rPr>
                <w:rFonts w:asciiTheme="majorHAnsi" w:hAnsiTheme="majorHAnsi" w:cstheme="majorHAnsi"/>
                <w:sz w:val="16"/>
                <w:szCs w:val="16"/>
              </w:rPr>
              <w:t>xanomeline</w:t>
            </w:r>
            <w:proofErr w:type="spellEnd"/>
            <w:r w:rsidR="00F4689E" w:rsidRPr="00EB75F0">
              <w:rPr>
                <w:rFonts w:asciiTheme="majorHAnsi" w:hAnsiTheme="majorHAnsi" w:cstheme="majorHAnsi"/>
                <w:sz w:val="16"/>
                <w:szCs w:val="16"/>
              </w:rPr>
              <w:t>/</w:t>
            </w:r>
            <w:proofErr w:type="spellStart"/>
            <w:r w:rsidR="00F4689E" w:rsidRPr="00EB75F0">
              <w:rPr>
                <w:rFonts w:asciiTheme="majorHAnsi" w:hAnsiTheme="majorHAnsi" w:cstheme="majorHAnsi"/>
                <w:sz w:val="16"/>
                <w:szCs w:val="16"/>
              </w:rPr>
              <w:t>trospium</w:t>
            </w:r>
            <w:proofErr w:type="spellEnd"/>
            <w:r w:rsidR="00F4689E" w:rsidRPr="00EB75F0">
              <w:rPr>
                <w:rFonts w:asciiTheme="majorHAnsi" w:hAnsiTheme="majorHAnsi" w:cstheme="majorHAnsi"/>
                <w:sz w:val="16"/>
                <w:szCs w:val="16"/>
              </w:rPr>
              <w:t xml:space="preserve"> chloride</w:t>
            </w:r>
          </w:p>
          <w:p w14:paraId="6025D7E7" w14:textId="56A739A2" w:rsidR="00112E7F" w:rsidRPr="00EB75F0" w:rsidRDefault="00112E7F" w:rsidP="00C32B2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006468B2" w:rsidRPr="00EB75F0">
              <w:rPr>
                <w:rFonts w:asciiTheme="majorHAnsi" w:hAnsiTheme="majorHAnsi" w:cstheme="majorHAnsi"/>
                <w:sz w:val="16"/>
                <w:szCs w:val="16"/>
              </w:rPr>
              <w:t xml:space="preserve"> </w:t>
            </w:r>
            <w:r w:rsidRPr="00EB75F0">
              <w:rPr>
                <w:rFonts w:asciiTheme="majorHAnsi" w:hAnsiTheme="majorHAnsi" w:cstheme="majorHAnsi"/>
                <w:sz w:val="16"/>
                <w:szCs w:val="16"/>
              </w:rPr>
              <w:t xml:space="preserve">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2E979086" w14:textId="77777777" w:rsidR="00A37AE1" w:rsidRPr="00EB75F0" w:rsidRDefault="00A37AE1"/>
    <w:p w14:paraId="604FDEB5" w14:textId="50B31C2A" w:rsidR="0094545B" w:rsidRPr="00EB75F0" w:rsidRDefault="00A06AE8" w:rsidP="00996746">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8</w:t>
        </w:r>
      </w:fldSimple>
      <w:r w:rsidR="0094545B" w:rsidRPr="00EB75F0">
        <w:t xml:space="preserve">: Change from baseline PANSS positive symptoms score – League table – random-effects model, </w:t>
      </w:r>
      <w:r w:rsidR="00EC6947" w:rsidRPr="00EB75F0">
        <w:t xml:space="preserve">sensitivity analysis excluding studies with predominantly Asian populations </w:t>
      </w:r>
      <w:r w:rsidR="0094545B" w:rsidRPr="00EB75F0">
        <w:t xml:space="preserve">– MD (95% </w:t>
      </w:r>
      <w:proofErr w:type="spellStart"/>
      <w:r w:rsidR="0094545B" w:rsidRPr="00EB75F0">
        <w:t>CrI</w:t>
      </w:r>
      <w:proofErr w:type="spellEnd"/>
      <w:r w:rsidR="0094545B" w:rsidRPr="00EB75F0">
        <w:t>)</w:t>
      </w:r>
    </w:p>
    <w:tbl>
      <w:tblPr>
        <w:tblStyle w:val="Lumanitytable"/>
        <w:tblW w:w="5155" w:type="pct"/>
        <w:tblLayout w:type="fixed"/>
        <w:tblLook w:val="04A0" w:firstRow="1" w:lastRow="0" w:firstColumn="1" w:lastColumn="0" w:noHBand="0" w:noVBand="1"/>
      </w:tblPr>
      <w:tblGrid>
        <w:gridCol w:w="1256"/>
        <w:gridCol w:w="1709"/>
        <w:gridCol w:w="1711"/>
        <w:gridCol w:w="1708"/>
        <w:gridCol w:w="1711"/>
        <w:gridCol w:w="1711"/>
        <w:gridCol w:w="1708"/>
        <w:gridCol w:w="1711"/>
        <w:gridCol w:w="1786"/>
      </w:tblGrid>
      <w:tr w:rsidR="0094545B" w:rsidRPr="00EB75F0" w14:paraId="358DBE2E" w14:textId="77777777" w:rsidTr="0094545B">
        <w:trPr>
          <w:cnfStyle w:val="100000000000" w:firstRow="1" w:lastRow="0" w:firstColumn="0" w:lastColumn="0" w:oddVBand="0" w:evenVBand="0" w:oddHBand="0" w:evenHBand="0" w:firstRowFirstColumn="0" w:firstRowLastColumn="0" w:lastRowFirstColumn="0" w:lastRowLastColumn="0"/>
          <w:trHeight w:val="39"/>
          <w:tblHeader/>
        </w:trPr>
        <w:tc>
          <w:tcPr>
            <w:tcW w:w="418" w:type="pct"/>
            <w:hideMark/>
          </w:tcPr>
          <w:p w14:paraId="5185EC2D" w14:textId="77777777" w:rsidR="0094545B" w:rsidRPr="00EB75F0" w:rsidRDefault="0094545B"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569" w:type="pct"/>
            <w:vAlign w:val="center"/>
            <w:hideMark/>
          </w:tcPr>
          <w:p w14:paraId="19C2632D" w14:textId="77777777" w:rsidR="0094545B" w:rsidRPr="00EB75F0" w:rsidRDefault="0094545B"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570" w:type="pct"/>
            <w:vAlign w:val="center"/>
            <w:hideMark/>
          </w:tcPr>
          <w:p w14:paraId="51636D3E" w14:textId="77777777" w:rsidR="0094545B" w:rsidRPr="00EB75F0" w:rsidRDefault="0094545B"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569" w:type="pct"/>
            <w:vAlign w:val="center"/>
            <w:hideMark/>
          </w:tcPr>
          <w:p w14:paraId="6E62D0B1" w14:textId="77777777" w:rsidR="0094545B" w:rsidRPr="00EB75F0" w:rsidRDefault="0094545B"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570" w:type="pct"/>
            <w:vAlign w:val="center"/>
            <w:hideMark/>
          </w:tcPr>
          <w:p w14:paraId="5FED0917" w14:textId="685AE86C" w:rsidR="0094545B" w:rsidRPr="00EB75F0" w:rsidRDefault="009A3ECD"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570" w:type="pct"/>
            <w:vAlign w:val="center"/>
            <w:hideMark/>
          </w:tcPr>
          <w:p w14:paraId="23829BB0" w14:textId="77777777" w:rsidR="0094545B" w:rsidRPr="00EB75F0" w:rsidRDefault="0094545B"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569" w:type="pct"/>
            <w:vAlign w:val="center"/>
            <w:hideMark/>
          </w:tcPr>
          <w:p w14:paraId="649B6ABA" w14:textId="77777777" w:rsidR="0094545B" w:rsidRPr="00EB75F0" w:rsidRDefault="0094545B"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570" w:type="pct"/>
            <w:vAlign w:val="center"/>
            <w:hideMark/>
          </w:tcPr>
          <w:p w14:paraId="395A5FD3" w14:textId="77777777" w:rsidR="0094545B" w:rsidRPr="00EB75F0" w:rsidRDefault="0094545B"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595" w:type="pct"/>
            <w:vAlign w:val="center"/>
            <w:hideMark/>
          </w:tcPr>
          <w:p w14:paraId="5B1AFDF6" w14:textId="77777777" w:rsidR="0094545B" w:rsidRPr="00EB75F0" w:rsidRDefault="0094545B"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13674C" w:rsidRPr="00EB75F0" w14:paraId="08CBB23D" w14:textId="77777777" w:rsidTr="0094545B">
        <w:trPr>
          <w:trHeight w:val="288"/>
        </w:trPr>
        <w:tc>
          <w:tcPr>
            <w:tcW w:w="418" w:type="pct"/>
            <w:vAlign w:val="center"/>
            <w:hideMark/>
          </w:tcPr>
          <w:p w14:paraId="19C5AF33"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569" w:type="pct"/>
            <w:vAlign w:val="center"/>
          </w:tcPr>
          <w:p w14:paraId="4FDEEBC0"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-2.29 (-3.18 to -1.34)</w:t>
            </w:r>
          </w:p>
        </w:tc>
        <w:tc>
          <w:tcPr>
            <w:tcW w:w="570" w:type="pct"/>
            <w:vAlign w:val="center"/>
          </w:tcPr>
          <w:p w14:paraId="360715BE"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-1.49 (-2.61 to -0.36)</w:t>
            </w:r>
          </w:p>
        </w:tc>
        <w:tc>
          <w:tcPr>
            <w:tcW w:w="569" w:type="pct"/>
            <w:vAlign w:val="center"/>
          </w:tcPr>
          <w:p w14:paraId="48D9F091"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-1.81 (-2.87 to -0.73)</w:t>
            </w:r>
          </w:p>
        </w:tc>
        <w:tc>
          <w:tcPr>
            <w:tcW w:w="570" w:type="pct"/>
            <w:shd w:val="clear" w:color="auto" w:fill="CFEDFF"/>
            <w:vAlign w:val="center"/>
          </w:tcPr>
          <w:p w14:paraId="6BEEBCA5"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w:t>
            </w:r>
            <w:r w:rsidRPr="00EB75F0">
              <w:rPr>
                <w:rFonts w:asciiTheme="majorHAnsi" w:hAnsiTheme="majorHAnsi" w:cstheme="majorHAnsi"/>
                <w:b/>
                <w:bCs/>
                <w:sz w:val="16"/>
                <w:szCs w:val="16"/>
              </w:rPr>
              <w:t>3.34 (-4.71 to -1.96)</w:t>
            </w:r>
          </w:p>
        </w:tc>
        <w:tc>
          <w:tcPr>
            <w:tcW w:w="570" w:type="pct"/>
            <w:vAlign w:val="center"/>
          </w:tcPr>
          <w:p w14:paraId="40C7FB34"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-1.7 (-3.98 to 0.58)</w:t>
            </w:r>
          </w:p>
        </w:tc>
        <w:tc>
          <w:tcPr>
            <w:tcW w:w="569" w:type="pct"/>
            <w:vAlign w:val="center"/>
          </w:tcPr>
          <w:p w14:paraId="52FCDE12"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-3.23 (-4.16 to -2.33)</w:t>
            </w:r>
          </w:p>
        </w:tc>
        <w:tc>
          <w:tcPr>
            <w:tcW w:w="570" w:type="pct"/>
            <w:vAlign w:val="center"/>
          </w:tcPr>
          <w:p w14:paraId="49E02CC2"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-3.02 (-4.17 to -1.89)</w:t>
            </w:r>
          </w:p>
        </w:tc>
        <w:tc>
          <w:tcPr>
            <w:tcW w:w="595" w:type="pct"/>
            <w:vAlign w:val="center"/>
          </w:tcPr>
          <w:p w14:paraId="3821EE9C"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-3.39 (-4.36 to -2.4)</w:t>
            </w:r>
          </w:p>
        </w:tc>
      </w:tr>
      <w:tr w:rsidR="0013674C" w:rsidRPr="00EB75F0" w14:paraId="4FC0E014" w14:textId="77777777" w:rsidTr="0094545B">
        <w:trPr>
          <w:trHeight w:val="288"/>
        </w:trPr>
        <w:tc>
          <w:tcPr>
            <w:tcW w:w="418" w:type="pct"/>
            <w:vAlign w:val="center"/>
            <w:hideMark/>
          </w:tcPr>
          <w:p w14:paraId="0981804A"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569" w:type="pct"/>
            <w:shd w:val="clear" w:color="auto" w:fill="C6C6C6"/>
            <w:noWrap/>
            <w:vAlign w:val="center"/>
          </w:tcPr>
          <w:p w14:paraId="48235E37"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vAlign w:val="center"/>
          </w:tcPr>
          <w:p w14:paraId="0FE23AD3"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 (-0.62 to 2.17)</w:t>
            </w:r>
          </w:p>
        </w:tc>
        <w:tc>
          <w:tcPr>
            <w:tcW w:w="569" w:type="pct"/>
            <w:vAlign w:val="center"/>
          </w:tcPr>
          <w:p w14:paraId="74F77822"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0.47 (-0.83 to 1.76)</w:t>
            </w:r>
          </w:p>
        </w:tc>
        <w:tc>
          <w:tcPr>
            <w:tcW w:w="570" w:type="pct"/>
            <w:shd w:val="clear" w:color="auto" w:fill="CFEDFF"/>
            <w:vAlign w:val="center"/>
          </w:tcPr>
          <w:p w14:paraId="54C89521"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-1.05 (-2.74 to 0.58)</w:t>
            </w:r>
          </w:p>
        </w:tc>
        <w:tc>
          <w:tcPr>
            <w:tcW w:w="570" w:type="pct"/>
            <w:vAlign w:val="center"/>
          </w:tcPr>
          <w:p w14:paraId="2E0DF8AB"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0.58 (-1.89 to 3.01)</w:t>
            </w:r>
          </w:p>
        </w:tc>
        <w:tc>
          <w:tcPr>
            <w:tcW w:w="569" w:type="pct"/>
            <w:vAlign w:val="center"/>
          </w:tcPr>
          <w:p w14:paraId="69097E40"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-0.95 (-2.28 to 0.32)</w:t>
            </w:r>
          </w:p>
        </w:tc>
        <w:tc>
          <w:tcPr>
            <w:tcW w:w="570" w:type="pct"/>
            <w:vAlign w:val="center"/>
          </w:tcPr>
          <w:p w14:paraId="2C3D5E0E"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-0.73 (-2.23 to 0.68)</w:t>
            </w:r>
          </w:p>
        </w:tc>
        <w:tc>
          <w:tcPr>
            <w:tcW w:w="595" w:type="pct"/>
            <w:vAlign w:val="center"/>
          </w:tcPr>
          <w:p w14:paraId="494DFBC7"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-1.11 (-2.36 to 0.14)</w:t>
            </w:r>
          </w:p>
        </w:tc>
      </w:tr>
      <w:tr w:rsidR="0013674C" w:rsidRPr="00EB75F0" w14:paraId="1E54E4A6" w14:textId="77777777" w:rsidTr="0094545B">
        <w:trPr>
          <w:trHeight w:val="288"/>
        </w:trPr>
        <w:tc>
          <w:tcPr>
            <w:tcW w:w="418" w:type="pct"/>
            <w:vAlign w:val="center"/>
            <w:hideMark/>
          </w:tcPr>
          <w:p w14:paraId="3561307D"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569" w:type="pct"/>
            <w:vAlign w:val="center"/>
          </w:tcPr>
          <w:p w14:paraId="6C8E015A"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 (-2.17 to 0.62)</w:t>
            </w:r>
          </w:p>
        </w:tc>
        <w:tc>
          <w:tcPr>
            <w:tcW w:w="570" w:type="pct"/>
            <w:shd w:val="clear" w:color="auto" w:fill="C6C6C6"/>
            <w:noWrap/>
            <w:vAlign w:val="center"/>
          </w:tcPr>
          <w:p w14:paraId="1ED6C0A6"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p>
        </w:tc>
        <w:tc>
          <w:tcPr>
            <w:tcW w:w="569" w:type="pct"/>
            <w:vAlign w:val="center"/>
          </w:tcPr>
          <w:p w14:paraId="2FA969F6"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-0.32 (-1.86 to 1.23)</w:t>
            </w:r>
          </w:p>
        </w:tc>
        <w:tc>
          <w:tcPr>
            <w:tcW w:w="570" w:type="pct"/>
            <w:shd w:val="clear" w:color="auto" w:fill="CFEDFF"/>
            <w:vAlign w:val="center"/>
          </w:tcPr>
          <w:p w14:paraId="1152CB0D"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-1.84 (-3.64 to -0.07)</w:t>
            </w:r>
          </w:p>
        </w:tc>
        <w:tc>
          <w:tcPr>
            <w:tcW w:w="570" w:type="pct"/>
            <w:vAlign w:val="center"/>
          </w:tcPr>
          <w:p w14:paraId="30446C8B"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-0.21 (-2.77 to 2.32)</w:t>
            </w:r>
          </w:p>
        </w:tc>
        <w:tc>
          <w:tcPr>
            <w:tcW w:w="569" w:type="pct"/>
            <w:vAlign w:val="center"/>
          </w:tcPr>
          <w:p w14:paraId="4C04DA86"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w:t>
            </w:r>
            <w:r w:rsidRPr="00EB75F0">
              <w:rPr>
                <w:rFonts w:asciiTheme="majorHAnsi" w:hAnsiTheme="majorHAnsi" w:cstheme="majorHAnsi"/>
                <w:b/>
                <w:bCs/>
                <w:sz w:val="16"/>
                <w:szCs w:val="16"/>
              </w:rPr>
              <w:t>1.74 (-3.22 to -0.31)</w:t>
            </w:r>
          </w:p>
        </w:tc>
        <w:tc>
          <w:tcPr>
            <w:tcW w:w="570" w:type="pct"/>
            <w:vAlign w:val="center"/>
          </w:tcPr>
          <w:p w14:paraId="71403233"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-1.53 (-3.02 to -0.07)</w:t>
            </w:r>
          </w:p>
        </w:tc>
        <w:tc>
          <w:tcPr>
            <w:tcW w:w="595" w:type="pct"/>
            <w:vAlign w:val="center"/>
          </w:tcPr>
          <w:p w14:paraId="46D2C178"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-1.9 (-3.37 to -0.41)</w:t>
            </w:r>
          </w:p>
        </w:tc>
      </w:tr>
      <w:tr w:rsidR="0013674C" w:rsidRPr="00EB75F0" w14:paraId="56006124" w14:textId="77777777" w:rsidTr="0094545B">
        <w:trPr>
          <w:trHeight w:val="288"/>
        </w:trPr>
        <w:tc>
          <w:tcPr>
            <w:tcW w:w="418" w:type="pct"/>
            <w:vAlign w:val="center"/>
            <w:hideMark/>
          </w:tcPr>
          <w:p w14:paraId="39D475CB"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569" w:type="pct"/>
            <w:vAlign w:val="center"/>
          </w:tcPr>
          <w:p w14:paraId="26B7BD25"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-0.47 (-1.76 to 0.83)</w:t>
            </w:r>
          </w:p>
        </w:tc>
        <w:tc>
          <w:tcPr>
            <w:tcW w:w="570" w:type="pct"/>
            <w:vAlign w:val="center"/>
          </w:tcPr>
          <w:p w14:paraId="71E00A75"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0.32 (-1.23 to 1.86)</w:t>
            </w:r>
          </w:p>
        </w:tc>
        <w:tc>
          <w:tcPr>
            <w:tcW w:w="569" w:type="pct"/>
            <w:shd w:val="clear" w:color="auto" w:fill="C6C6C6"/>
            <w:noWrap/>
            <w:vAlign w:val="center"/>
          </w:tcPr>
          <w:p w14:paraId="3AFE186D"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shd w:val="clear" w:color="auto" w:fill="CFEDFF"/>
            <w:vAlign w:val="center"/>
          </w:tcPr>
          <w:p w14:paraId="40FBD30E"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-1.52 (-3.29 to 0.21)</w:t>
            </w:r>
          </w:p>
        </w:tc>
        <w:tc>
          <w:tcPr>
            <w:tcW w:w="570" w:type="pct"/>
            <w:vAlign w:val="center"/>
          </w:tcPr>
          <w:p w14:paraId="17DCA88A"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0.11 (-2.41 to 2.61)</w:t>
            </w:r>
          </w:p>
        </w:tc>
        <w:tc>
          <w:tcPr>
            <w:tcW w:w="569" w:type="pct"/>
            <w:vAlign w:val="center"/>
          </w:tcPr>
          <w:p w14:paraId="073A718E"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-1.42 (-2.84 to -0.03)</w:t>
            </w:r>
          </w:p>
        </w:tc>
        <w:tc>
          <w:tcPr>
            <w:tcW w:w="570" w:type="pct"/>
            <w:vAlign w:val="center"/>
          </w:tcPr>
          <w:p w14:paraId="682309A2"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-1.21 (-2.79 to 0.34)</w:t>
            </w:r>
          </w:p>
        </w:tc>
        <w:tc>
          <w:tcPr>
            <w:tcW w:w="595" w:type="pct"/>
            <w:vAlign w:val="center"/>
          </w:tcPr>
          <w:p w14:paraId="23357CC5"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-1.58 (-2.89 to -0.25)</w:t>
            </w:r>
          </w:p>
        </w:tc>
      </w:tr>
      <w:tr w:rsidR="0013674C" w:rsidRPr="00EB75F0" w14:paraId="436D94DF" w14:textId="77777777" w:rsidTr="0094545B">
        <w:trPr>
          <w:trHeight w:val="288"/>
        </w:trPr>
        <w:tc>
          <w:tcPr>
            <w:tcW w:w="418" w:type="pct"/>
            <w:vAlign w:val="center"/>
            <w:hideMark/>
          </w:tcPr>
          <w:p w14:paraId="679B782B" w14:textId="029358A5" w:rsidR="0094545B" w:rsidRPr="00EB75F0" w:rsidRDefault="009A3ECD" w:rsidP="0094545B">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569" w:type="pct"/>
            <w:vAlign w:val="center"/>
          </w:tcPr>
          <w:p w14:paraId="525DFE82"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1.05 (-0.58 to 2.74)</w:t>
            </w:r>
          </w:p>
        </w:tc>
        <w:tc>
          <w:tcPr>
            <w:tcW w:w="570" w:type="pct"/>
            <w:vAlign w:val="center"/>
          </w:tcPr>
          <w:p w14:paraId="7AF9A8D9"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1.84 (0.07 to 3.64)</w:t>
            </w:r>
          </w:p>
        </w:tc>
        <w:tc>
          <w:tcPr>
            <w:tcW w:w="569" w:type="pct"/>
            <w:vAlign w:val="center"/>
          </w:tcPr>
          <w:p w14:paraId="56CF950D"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1.52 (-0.21 to 3.29)</w:t>
            </w:r>
          </w:p>
        </w:tc>
        <w:tc>
          <w:tcPr>
            <w:tcW w:w="570" w:type="pct"/>
            <w:shd w:val="clear" w:color="auto" w:fill="C6C6C6"/>
            <w:noWrap/>
            <w:vAlign w:val="center"/>
          </w:tcPr>
          <w:p w14:paraId="7495F640"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vAlign w:val="center"/>
          </w:tcPr>
          <w:p w14:paraId="3814EFFC"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1.64 (-1.02 to 4.3)</w:t>
            </w:r>
          </w:p>
        </w:tc>
        <w:tc>
          <w:tcPr>
            <w:tcW w:w="569" w:type="pct"/>
            <w:vAlign w:val="center"/>
          </w:tcPr>
          <w:p w14:paraId="16475E68"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 (-1.56 to 1.74)</w:t>
            </w:r>
          </w:p>
        </w:tc>
        <w:tc>
          <w:tcPr>
            <w:tcW w:w="570" w:type="pct"/>
            <w:vAlign w:val="center"/>
          </w:tcPr>
          <w:p w14:paraId="4AFD76AD"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0.32 (-1.48 to 2.09)</w:t>
            </w:r>
          </w:p>
        </w:tc>
        <w:tc>
          <w:tcPr>
            <w:tcW w:w="595" w:type="pct"/>
            <w:vAlign w:val="center"/>
          </w:tcPr>
          <w:p w14:paraId="78BE9BD8"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-0.05 (-1.73 to 1.65)</w:t>
            </w:r>
          </w:p>
        </w:tc>
      </w:tr>
      <w:tr w:rsidR="0013674C" w:rsidRPr="00EB75F0" w14:paraId="09CE55C2" w14:textId="77777777" w:rsidTr="0094545B">
        <w:trPr>
          <w:trHeight w:val="288"/>
        </w:trPr>
        <w:tc>
          <w:tcPr>
            <w:tcW w:w="418" w:type="pct"/>
            <w:vAlign w:val="center"/>
            <w:hideMark/>
          </w:tcPr>
          <w:p w14:paraId="5DF4FBF6"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569" w:type="pct"/>
            <w:vAlign w:val="center"/>
          </w:tcPr>
          <w:p w14:paraId="1A72FB1D"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-0.58 (-3.01 to 1.89)</w:t>
            </w:r>
          </w:p>
        </w:tc>
        <w:tc>
          <w:tcPr>
            <w:tcW w:w="570" w:type="pct"/>
            <w:vAlign w:val="center"/>
          </w:tcPr>
          <w:p w14:paraId="48184CD8"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0.21 (-2.32 to 2.77)</w:t>
            </w:r>
          </w:p>
        </w:tc>
        <w:tc>
          <w:tcPr>
            <w:tcW w:w="569" w:type="pct"/>
            <w:vAlign w:val="center"/>
          </w:tcPr>
          <w:p w14:paraId="6748D4FB"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-0.11 (-2.61 to 2.41)</w:t>
            </w:r>
          </w:p>
        </w:tc>
        <w:tc>
          <w:tcPr>
            <w:tcW w:w="570" w:type="pct"/>
            <w:shd w:val="clear" w:color="auto" w:fill="CFEDFF"/>
            <w:vAlign w:val="center"/>
          </w:tcPr>
          <w:p w14:paraId="701F8B34"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-1.64 (-4.3 to 1.02)</w:t>
            </w:r>
          </w:p>
        </w:tc>
        <w:tc>
          <w:tcPr>
            <w:tcW w:w="570" w:type="pct"/>
            <w:shd w:val="clear" w:color="auto" w:fill="C6C6C6"/>
            <w:noWrap/>
            <w:vAlign w:val="center"/>
          </w:tcPr>
          <w:p w14:paraId="052C4AEC"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p>
        </w:tc>
        <w:tc>
          <w:tcPr>
            <w:tcW w:w="569" w:type="pct"/>
            <w:vAlign w:val="center"/>
          </w:tcPr>
          <w:p w14:paraId="0F42EB1F"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-1.54 (-4 to 0.9)</w:t>
            </w:r>
          </w:p>
        </w:tc>
        <w:tc>
          <w:tcPr>
            <w:tcW w:w="570" w:type="pct"/>
            <w:vAlign w:val="center"/>
          </w:tcPr>
          <w:p w14:paraId="1542BE42"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-1.32 (-3.87 to 1.21)</w:t>
            </w:r>
          </w:p>
        </w:tc>
        <w:tc>
          <w:tcPr>
            <w:tcW w:w="595" w:type="pct"/>
            <w:vAlign w:val="center"/>
          </w:tcPr>
          <w:p w14:paraId="3C89B415"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-1.69 (-4.16 to 0.79)</w:t>
            </w:r>
          </w:p>
        </w:tc>
      </w:tr>
      <w:tr w:rsidR="0013674C" w:rsidRPr="00EB75F0" w14:paraId="1C405F02" w14:textId="77777777" w:rsidTr="0094545B">
        <w:trPr>
          <w:trHeight w:val="288"/>
        </w:trPr>
        <w:tc>
          <w:tcPr>
            <w:tcW w:w="418" w:type="pct"/>
            <w:vAlign w:val="center"/>
            <w:hideMark/>
          </w:tcPr>
          <w:p w14:paraId="4BBCBBEF"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569" w:type="pct"/>
            <w:vAlign w:val="center"/>
          </w:tcPr>
          <w:p w14:paraId="22828C1A"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0.95 (-0.32 to 2.28)</w:t>
            </w:r>
          </w:p>
        </w:tc>
        <w:tc>
          <w:tcPr>
            <w:tcW w:w="570" w:type="pct"/>
            <w:vAlign w:val="center"/>
          </w:tcPr>
          <w:p w14:paraId="054597D7"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1.74 (0.31 to 3.22)</w:t>
            </w:r>
          </w:p>
        </w:tc>
        <w:tc>
          <w:tcPr>
            <w:tcW w:w="569" w:type="pct"/>
            <w:vAlign w:val="center"/>
          </w:tcPr>
          <w:p w14:paraId="59DED724"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1.42 (0.03 to 2.84)</w:t>
            </w:r>
          </w:p>
        </w:tc>
        <w:tc>
          <w:tcPr>
            <w:tcW w:w="570" w:type="pct"/>
            <w:shd w:val="clear" w:color="auto" w:fill="CFEDFF"/>
            <w:vAlign w:val="center"/>
          </w:tcPr>
          <w:p w14:paraId="54F05738"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 (-1.74 to 1.56)</w:t>
            </w:r>
          </w:p>
        </w:tc>
        <w:tc>
          <w:tcPr>
            <w:tcW w:w="570" w:type="pct"/>
            <w:vAlign w:val="center"/>
          </w:tcPr>
          <w:p w14:paraId="234EE2B3"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1.54 (-0.9 to 4)</w:t>
            </w:r>
          </w:p>
        </w:tc>
        <w:tc>
          <w:tcPr>
            <w:tcW w:w="569" w:type="pct"/>
            <w:shd w:val="clear" w:color="auto" w:fill="C6C6C6"/>
            <w:noWrap/>
            <w:vAlign w:val="center"/>
          </w:tcPr>
          <w:p w14:paraId="245BC153"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vAlign w:val="center"/>
          </w:tcPr>
          <w:p w14:paraId="6F144DE3"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0.22 (-1.25 to 1.68)</w:t>
            </w:r>
          </w:p>
        </w:tc>
        <w:tc>
          <w:tcPr>
            <w:tcW w:w="595" w:type="pct"/>
            <w:vAlign w:val="center"/>
          </w:tcPr>
          <w:p w14:paraId="78FCFB44"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-0.15 (-1.48 to 1.21)</w:t>
            </w:r>
          </w:p>
        </w:tc>
      </w:tr>
      <w:tr w:rsidR="0013674C" w:rsidRPr="00EB75F0" w14:paraId="43BD4222" w14:textId="77777777" w:rsidTr="0094545B">
        <w:trPr>
          <w:trHeight w:val="288"/>
        </w:trPr>
        <w:tc>
          <w:tcPr>
            <w:tcW w:w="418" w:type="pct"/>
            <w:vAlign w:val="center"/>
            <w:hideMark/>
          </w:tcPr>
          <w:p w14:paraId="6C899A94" w14:textId="77777777" w:rsidR="0094545B" w:rsidRPr="00EB75F0" w:rsidRDefault="0094545B" w:rsidP="0094545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569" w:type="pct"/>
            <w:vAlign w:val="center"/>
          </w:tcPr>
          <w:p w14:paraId="75FC0B36" w14:textId="77777777" w:rsidR="0094545B" w:rsidRPr="00EB75F0" w:rsidRDefault="0094545B" w:rsidP="0094545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0.73 (-0.68 to 2.23)</w:t>
            </w:r>
          </w:p>
        </w:tc>
        <w:tc>
          <w:tcPr>
            <w:tcW w:w="570" w:type="pct"/>
            <w:vAlign w:val="center"/>
          </w:tcPr>
          <w:p w14:paraId="614702BD" w14:textId="77777777" w:rsidR="0094545B" w:rsidRPr="00EB75F0" w:rsidRDefault="0094545B" w:rsidP="0094545B">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1.53 (0.07 to 3.02)</w:t>
            </w:r>
          </w:p>
        </w:tc>
        <w:tc>
          <w:tcPr>
            <w:tcW w:w="569" w:type="pct"/>
            <w:vAlign w:val="center"/>
          </w:tcPr>
          <w:p w14:paraId="7C40EAB1" w14:textId="77777777" w:rsidR="0094545B" w:rsidRPr="00EB75F0" w:rsidRDefault="0094545B" w:rsidP="0094545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1.21 (-0.34 to 2.79)</w:t>
            </w:r>
          </w:p>
        </w:tc>
        <w:tc>
          <w:tcPr>
            <w:tcW w:w="570" w:type="pct"/>
            <w:shd w:val="clear" w:color="auto" w:fill="CFEDFF"/>
            <w:vAlign w:val="center"/>
          </w:tcPr>
          <w:p w14:paraId="617886EE" w14:textId="77777777" w:rsidR="0094545B" w:rsidRPr="00EB75F0" w:rsidRDefault="0094545B" w:rsidP="0094545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-0.32 (-2.09 to 1.48)</w:t>
            </w:r>
          </w:p>
        </w:tc>
        <w:tc>
          <w:tcPr>
            <w:tcW w:w="570" w:type="pct"/>
            <w:vAlign w:val="center"/>
          </w:tcPr>
          <w:p w14:paraId="67DD3166" w14:textId="77777777" w:rsidR="0094545B" w:rsidRPr="00EB75F0" w:rsidRDefault="0094545B" w:rsidP="0094545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1.32 (-1.21 to 3.87)</w:t>
            </w:r>
          </w:p>
        </w:tc>
        <w:tc>
          <w:tcPr>
            <w:tcW w:w="569" w:type="pct"/>
            <w:vAlign w:val="center"/>
          </w:tcPr>
          <w:p w14:paraId="2BBD0733" w14:textId="77777777" w:rsidR="0094545B" w:rsidRPr="00EB75F0" w:rsidRDefault="0094545B" w:rsidP="0094545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-0.22 (-1.68 to 1.25)</w:t>
            </w:r>
          </w:p>
        </w:tc>
        <w:tc>
          <w:tcPr>
            <w:tcW w:w="570" w:type="pct"/>
            <w:shd w:val="clear" w:color="auto" w:fill="C6C6C6"/>
            <w:noWrap/>
            <w:vAlign w:val="center"/>
          </w:tcPr>
          <w:p w14:paraId="0DC9EDA5" w14:textId="77777777" w:rsidR="0094545B" w:rsidRPr="00EB75F0" w:rsidRDefault="0094545B" w:rsidP="0094545B">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595" w:type="pct"/>
            <w:vAlign w:val="center"/>
          </w:tcPr>
          <w:p w14:paraId="16AE9CAC" w14:textId="77777777" w:rsidR="0094545B" w:rsidRPr="00EB75F0" w:rsidRDefault="0094545B" w:rsidP="0094545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-0.37 (-1.85 to 1.16)</w:t>
            </w:r>
          </w:p>
        </w:tc>
      </w:tr>
      <w:tr w:rsidR="0013674C" w:rsidRPr="00EB75F0" w14:paraId="27BB190C" w14:textId="77777777" w:rsidTr="0094545B">
        <w:trPr>
          <w:trHeight w:val="288"/>
        </w:trPr>
        <w:tc>
          <w:tcPr>
            <w:tcW w:w="418" w:type="pct"/>
            <w:vAlign w:val="center"/>
            <w:hideMark/>
          </w:tcPr>
          <w:p w14:paraId="4E9EEF69"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569" w:type="pct"/>
            <w:vAlign w:val="center"/>
          </w:tcPr>
          <w:p w14:paraId="42537FE9"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1.11 (-0.14 to 2.36)</w:t>
            </w:r>
          </w:p>
        </w:tc>
        <w:tc>
          <w:tcPr>
            <w:tcW w:w="570" w:type="pct"/>
            <w:vAlign w:val="center"/>
          </w:tcPr>
          <w:p w14:paraId="185EF5A6"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1.9 (0.41 to 3.37)</w:t>
            </w:r>
          </w:p>
        </w:tc>
        <w:tc>
          <w:tcPr>
            <w:tcW w:w="569" w:type="pct"/>
            <w:vAlign w:val="center"/>
          </w:tcPr>
          <w:p w14:paraId="0E029948"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1.58 (0.25 to 2.89)</w:t>
            </w:r>
          </w:p>
        </w:tc>
        <w:tc>
          <w:tcPr>
            <w:tcW w:w="570" w:type="pct"/>
            <w:shd w:val="clear" w:color="auto" w:fill="CFEDFF"/>
            <w:vAlign w:val="center"/>
          </w:tcPr>
          <w:p w14:paraId="14BF0692"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0.05 (-1.65 to 1.73)</w:t>
            </w:r>
          </w:p>
        </w:tc>
        <w:tc>
          <w:tcPr>
            <w:tcW w:w="570" w:type="pct"/>
            <w:vAlign w:val="center"/>
          </w:tcPr>
          <w:p w14:paraId="7F6BD757"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1.69 (-0.79 to 4.16)</w:t>
            </w:r>
          </w:p>
        </w:tc>
        <w:tc>
          <w:tcPr>
            <w:tcW w:w="569" w:type="pct"/>
            <w:vAlign w:val="center"/>
          </w:tcPr>
          <w:p w14:paraId="67312FAC" w14:textId="77777777" w:rsidR="0094545B" w:rsidRPr="00EB75F0" w:rsidRDefault="0094545B" w:rsidP="0094545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0.15 (-1.21 to 1.48)</w:t>
            </w:r>
          </w:p>
        </w:tc>
        <w:tc>
          <w:tcPr>
            <w:tcW w:w="570" w:type="pct"/>
            <w:vAlign w:val="center"/>
          </w:tcPr>
          <w:p w14:paraId="64FEB81E"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0.37 (-1.16 to 1.85)</w:t>
            </w:r>
          </w:p>
        </w:tc>
        <w:tc>
          <w:tcPr>
            <w:tcW w:w="595" w:type="pct"/>
            <w:shd w:val="clear" w:color="auto" w:fill="C6C6C6"/>
            <w:noWrap/>
            <w:vAlign w:val="center"/>
          </w:tcPr>
          <w:p w14:paraId="1AEA408D" w14:textId="77777777" w:rsidR="0094545B" w:rsidRPr="00EB75F0" w:rsidRDefault="0094545B" w:rsidP="0094545B">
            <w:pPr>
              <w:spacing w:before="0" w:after="0" w:line="240" w:lineRule="auto"/>
              <w:contextualSpacing/>
              <w:rPr>
                <w:rFonts w:asciiTheme="majorHAnsi" w:eastAsia="Times New Roman" w:hAnsiTheme="majorHAnsi" w:cstheme="majorHAnsi"/>
                <w:color w:val="000000"/>
                <w:sz w:val="16"/>
                <w:szCs w:val="16"/>
                <w:lang w:eastAsia="zh-TW"/>
              </w:rPr>
            </w:pPr>
          </w:p>
        </w:tc>
      </w:tr>
      <w:tr w:rsidR="0094545B" w:rsidRPr="00EB75F0" w14:paraId="77D3A6DB" w14:textId="77777777" w:rsidTr="007C010D">
        <w:trPr>
          <w:trHeight w:val="133"/>
        </w:trPr>
        <w:tc>
          <w:tcPr>
            <w:tcW w:w="5000" w:type="pct"/>
            <w:gridSpan w:val="9"/>
          </w:tcPr>
          <w:p w14:paraId="4FBCA133" w14:textId="69BC6A83" w:rsidR="0094545B" w:rsidRPr="00EB75F0" w:rsidRDefault="0094545B" w:rsidP="00C32B29">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w:t>
            </w:r>
            <w:r w:rsidR="00EA4A2C" w:rsidRPr="00EB75F0">
              <w:rPr>
                <w:rFonts w:asciiTheme="majorHAnsi" w:hAnsiTheme="majorHAnsi" w:cstheme="majorHAnsi"/>
                <w:sz w:val="16"/>
                <w:szCs w:val="16"/>
              </w:rPr>
              <w:t>MD, mean difference</w:t>
            </w:r>
            <w:r w:rsidR="00F4689E"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F4689E" w:rsidRPr="00EB75F0">
              <w:rPr>
                <w:rFonts w:asciiTheme="majorHAnsi" w:eastAsia="Times New Roman" w:hAnsiTheme="majorHAnsi" w:cstheme="majorHAnsi"/>
                <w:color w:val="000000"/>
                <w:sz w:val="16"/>
                <w:szCs w:val="16"/>
                <w:lang w:eastAsia="zh-TW"/>
              </w:rPr>
              <w:t xml:space="preserve">, </w:t>
            </w:r>
            <w:proofErr w:type="spellStart"/>
            <w:r w:rsidR="00F4689E" w:rsidRPr="00EB75F0">
              <w:rPr>
                <w:rFonts w:asciiTheme="majorHAnsi" w:hAnsiTheme="majorHAnsi" w:cstheme="majorHAnsi"/>
                <w:sz w:val="16"/>
                <w:szCs w:val="16"/>
              </w:rPr>
              <w:t>xanomeline</w:t>
            </w:r>
            <w:proofErr w:type="spellEnd"/>
            <w:r w:rsidR="00F4689E" w:rsidRPr="00EB75F0">
              <w:rPr>
                <w:rFonts w:asciiTheme="majorHAnsi" w:hAnsiTheme="majorHAnsi" w:cstheme="majorHAnsi"/>
                <w:sz w:val="16"/>
                <w:szCs w:val="16"/>
              </w:rPr>
              <w:t>/</w:t>
            </w:r>
            <w:proofErr w:type="spellStart"/>
            <w:r w:rsidR="00F4689E" w:rsidRPr="00EB75F0">
              <w:rPr>
                <w:rFonts w:asciiTheme="majorHAnsi" w:hAnsiTheme="majorHAnsi" w:cstheme="majorHAnsi"/>
                <w:sz w:val="16"/>
                <w:szCs w:val="16"/>
              </w:rPr>
              <w:t>trospium</w:t>
            </w:r>
            <w:proofErr w:type="spellEnd"/>
            <w:r w:rsidR="00F4689E" w:rsidRPr="00EB75F0">
              <w:rPr>
                <w:rFonts w:asciiTheme="majorHAnsi" w:hAnsiTheme="majorHAnsi" w:cstheme="majorHAnsi"/>
                <w:sz w:val="16"/>
                <w:szCs w:val="16"/>
              </w:rPr>
              <w:t xml:space="preserve"> chloride</w:t>
            </w:r>
          </w:p>
          <w:p w14:paraId="1280F214" w14:textId="7E296473" w:rsidR="0094545B" w:rsidRPr="00EB75F0" w:rsidRDefault="0094545B" w:rsidP="00C32B2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00F4689E" w:rsidRPr="00EB75F0">
              <w:rPr>
                <w:rFonts w:asciiTheme="majorHAnsi" w:hAnsiTheme="majorHAnsi" w:cstheme="majorHAnsi"/>
                <w:sz w:val="16"/>
                <w:szCs w:val="16"/>
              </w:rPr>
              <w:t xml:space="preserve"> </w:t>
            </w:r>
            <w:r w:rsidRPr="00EB75F0">
              <w:rPr>
                <w:rFonts w:asciiTheme="majorHAnsi" w:hAnsiTheme="majorHAnsi" w:cstheme="majorHAnsi"/>
                <w:sz w:val="16"/>
                <w:szCs w:val="16"/>
              </w:rPr>
              <w:t xml:space="preserve">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0112C5D4" w14:textId="77777777" w:rsidR="003667D5" w:rsidRPr="00EB75F0" w:rsidRDefault="003667D5"/>
    <w:p w14:paraId="6C1BF914" w14:textId="77777777" w:rsidR="0041335A" w:rsidRPr="00541089" w:rsidRDefault="0041335A" w:rsidP="0041335A">
      <w:pPr>
        <w:pStyle w:val="Heading2"/>
        <w:ind w:left="720" w:hanging="720"/>
        <w:sectPr w:rsidR="0041335A" w:rsidRPr="00541089" w:rsidSect="004478DE">
          <w:pgSz w:w="16838" w:h="11906" w:orient="landscape"/>
          <w:pgMar w:top="1134" w:right="1134" w:bottom="1134" w:left="1134" w:header="567" w:footer="567" w:gutter="0"/>
          <w:cols w:space="708"/>
          <w:docGrid w:linePitch="360"/>
        </w:sectPr>
      </w:pPr>
    </w:p>
    <w:p w14:paraId="3F878C4E" w14:textId="206F9A32" w:rsidR="007D7EE4" w:rsidRDefault="007D7EE4" w:rsidP="007D7EE4">
      <w:pPr>
        <w:pStyle w:val="Heading3"/>
      </w:pPr>
      <w:r w:rsidRPr="007D7EE4">
        <w:lastRenderedPageBreak/>
        <w:t xml:space="preserve">Figure </w:t>
      </w:r>
      <w:r>
        <w:t>S</w:t>
      </w:r>
      <w:fldSimple w:instr=" SEQ Figure \* ARABIC ">
        <w:r w:rsidR="004B2F28">
          <w:rPr>
            <w:noProof/>
          </w:rPr>
          <w:t>45</w:t>
        </w:r>
      </w:fldSimple>
      <w:r w:rsidRPr="007D7EE4">
        <w:t>:</w:t>
      </w:r>
      <w:r>
        <w:t xml:space="preserve"> </w:t>
      </w:r>
      <w:r w:rsidRPr="00EB75F0">
        <w:t>Change from baseline PANSS positive symptoms score</w:t>
      </w:r>
      <w:r>
        <w:t xml:space="preserve"> </w:t>
      </w:r>
      <w:r w:rsidRPr="00EB75F0">
        <w:t>–</w:t>
      </w:r>
      <w:r w:rsidRPr="00C228BD">
        <w:t xml:space="preserve"> </w:t>
      </w:r>
      <w:r>
        <w:t>C</w:t>
      </w:r>
      <w:r w:rsidRPr="007F6A73">
        <w:t>omparison-adjusted funnel plot</w:t>
      </w:r>
      <w:r w:rsidRPr="00EB75F0">
        <w:t xml:space="preserve"> </w:t>
      </w:r>
      <w:r w:rsidRPr="007F6A73">
        <w:t>–</w:t>
      </w:r>
      <w:r>
        <w:t xml:space="preserve"> </w:t>
      </w:r>
      <w:r w:rsidRPr="00EB75F0">
        <w:t>random-effects model, base case network</w:t>
      </w:r>
      <w:r w:rsidRPr="007F6A73">
        <w:t xml:space="preserve"> </w:t>
      </w:r>
      <w:r>
        <w:rPr>
          <w:noProof/>
        </w:rPr>
        <w:drawing>
          <wp:inline distT="0" distB="0" distL="0" distR="0" wp14:anchorId="17E7F42A" wp14:editId="75B586C5">
            <wp:extent cx="6120765" cy="3267710"/>
            <wp:effectExtent l="0" t="0" r="0" b="8890"/>
            <wp:docPr id="7077534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a:ext>
                      </a:extLst>
                    </a:blip>
                    <a:srcRect/>
                    <a:stretch>
                      <a:fillRect/>
                    </a:stretch>
                  </pic:blipFill>
                  <pic:spPr bwMode="auto">
                    <a:xfrm>
                      <a:off x="0" y="0"/>
                      <a:ext cx="6120765" cy="3267710"/>
                    </a:xfrm>
                    <a:prstGeom prst="rect">
                      <a:avLst/>
                    </a:prstGeom>
                    <a:noFill/>
                  </pic:spPr>
                </pic:pic>
              </a:graphicData>
            </a:graphic>
          </wp:inline>
        </w:drawing>
      </w:r>
    </w:p>
    <w:p w14:paraId="5A8473A7" w14:textId="7050EDFC" w:rsidR="00A93B87" w:rsidRPr="007D7EE4" w:rsidRDefault="00A93B87" w:rsidP="00A93B87">
      <w:pPr>
        <w:pStyle w:val="Heading3"/>
      </w:pPr>
      <w:r w:rsidRPr="007D7EE4">
        <w:t xml:space="preserve">Figure </w:t>
      </w:r>
      <w:r>
        <w:t>S</w:t>
      </w:r>
      <w:fldSimple w:instr=" SEQ Figure \* ARABIC ">
        <w:r w:rsidR="004B2F28">
          <w:rPr>
            <w:noProof/>
          </w:rPr>
          <w:t>46</w:t>
        </w:r>
      </w:fldSimple>
      <w:r w:rsidRPr="007D7EE4">
        <w:t>:</w:t>
      </w:r>
      <w:r>
        <w:t xml:space="preserve"> </w:t>
      </w:r>
      <w:r w:rsidRPr="00EB75F0">
        <w:t>Change from baseline PANSS positive symptoms score</w:t>
      </w:r>
      <w:r>
        <w:t xml:space="preserve"> </w:t>
      </w:r>
      <w:r w:rsidRPr="00EB75F0">
        <w:t>–</w:t>
      </w:r>
      <w:r w:rsidRPr="00C228BD">
        <w:t xml:space="preserve"> </w:t>
      </w:r>
      <w:r>
        <w:t>C</w:t>
      </w:r>
      <w:r w:rsidRPr="007F6A73">
        <w:t>omparison-adjusted funnel plot</w:t>
      </w:r>
      <w:r w:rsidRPr="00EB75F0">
        <w:t xml:space="preserve"> </w:t>
      </w:r>
      <w:r w:rsidRPr="007F6A73">
        <w:t>–</w:t>
      </w:r>
      <w:r>
        <w:t xml:space="preserve"> fixed</w:t>
      </w:r>
      <w:r w:rsidRPr="00EB75F0">
        <w:t>-effects model, base case network</w:t>
      </w:r>
      <w:r w:rsidRPr="007F6A73">
        <w:t xml:space="preserve"> </w:t>
      </w:r>
      <w:r>
        <w:rPr>
          <w:noProof/>
        </w:rPr>
        <w:drawing>
          <wp:inline distT="0" distB="0" distL="0" distR="0" wp14:anchorId="2655A124" wp14:editId="5821D78F">
            <wp:extent cx="6120342" cy="3243580"/>
            <wp:effectExtent l="0" t="0" r="0" b="0"/>
            <wp:docPr id="7254880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88006" name="Picture 5"/>
                    <pic:cNvPicPr>
                      <a:picLocks noChangeAspect="1" noChangeArrowheads="1"/>
                    </pic:cNvPicPr>
                  </pic:nvPicPr>
                  <pic:blipFill rotWithShape="1">
                    <a:blip r:embed="rId69" cstate="print">
                      <a:extLst>
                        <a:ext uri="{28A0092B-C50C-407E-A947-70E740481C1C}">
                          <a14:useLocalDpi xmlns:a14="http://schemas.microsoft.com/office/drawing/2010/main"/>
                        </a:ext>
                      </a:extLst>
                    </a:blip>
                    <a:srcRect t="11672"/>
                    <a:stretch>
                      <a:fillRect/>
                    </a:stretch>
                  </pic:blipFill>
                  <pic:spPr bwMode="auto">
                    <a:xfrm>
                      <a:off x="0" y="0"/>
                      <a:ext cx="6122937" cy="3244955"/>
                    </a:xfrm>
                    <a:prstGeom prst="rect">
                      <a:avLst/>
                    </a:prstGeom>
                    <a:noFill/>
                    <a:ln>
                      <a:noFill/>
                    </a:ln>
                    <a:extLst>
                      <a:ext uri="{53640926-AAD7-44D8-BBD7-CCE9431645EC}">
                        <a14:shadowObscured xmlns:a14="http://schemas.microsoft.com/office/drawing/2010/main"/>
                      </a:ext>
                    </a:extLst>
                  </pic:spPr>
                </pic:pic>
              </a:graphicData>
            </a:graphic>
          </wp:inline>
        </w:drawing>
      </w:r>
    </w:p>
    <w:p w14:paraId="68FD5A77" w14:textId="6D843988" w:rsidR="00A93B87" w:rsidRPr="007D7EE4" w:rsidRDefault="00A93B87" w:rsidP="007D7EE4">
      <w:pPr>
        <w:pStyle w:val="Heading3"/>
      </w:pPr>
      <w:r w:rsidRPr="007D7EE4">
        <w:t xml:space="preserve">Figure </w:t>
      </w:r>
      <w:r>
        <w:t>S</w:t>
      </w:r>
      <w:fldSimple w:instr=" SEQ Figure \* ARABIC ">
        <w:r w:rsidR="004B2F28">
          <w:rPr>
            <w:noProof/>
          </w:rPr>
          <w:t>47</w:t>
        </w:r>
      </w:fldSimple>
      <w:r w:rsidRPr="007D7EE4">
        <w:t>:</w:t>
      </w:r>
      <w:r>
        <w:t xml:space="preserve"> </w:t>
      </w:r>
      <w:r w:rsidRPr="00EB75F0">
        <w:t>Change from baseline PANSS positive symptoms score</w:t>
      </w:r>
      <w:r>
        <w:t xml:space="preserve"> </w:t>
      </w:r>
      <w:r w:rsidRPr="00EB75F0">
        <w:t>–</w:t>
      </w:r>
      <w:r w:rsidRPr="00C228BD">
        <w:t xml:space="preserve"> </w:t>
      </w:r>
      <w:r>
        <w:t>C</w:t>
      </w:r>
      <w:r w:rsidRPr="007F6A73">
        <w:t>omparison-adjusted funnel plot</w:t>
      </w:r>
      <w:r w:rsidRPr="00EB75F0">
        <w:t xml:space="preserve"> </w:t>
      </w:r>
      <w:r w:rsidRPr="007F6A73">
        <w:t>–</w:t>
      </w:r>
      <w:r>
        <w:t xml:space="preserve"> </w:t>
      </w:r>
      <w:r w:rsidRPr="00EB75F0">
        <w:t xml:space="preserve">random-effects model, sensitivity analysis excluding studies with </w:t>
      </w:r>
      <w:r w:rsidRPr="00EB75F0">
        <w:lastRenderedPageBreak/>
        <w:t xml:space="preserve">predominantly Asian </w:t>
      </w:r>
      <w:r>
        <w:rPr>
          <w:noProof/>
        </w:rPr>
        <w:drawing>
          <wp:inline distT="0" distB="0" distL="0" distR="0" wp14:anchorId="10866FE8" wp14:editId="27551993">
            <wp:extent cx="6134100" cy="3234931"/>
            <wp:effectExtent l="0" t="0" r="0" b="3810"/>
            <wp:docPr id="10013031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03156" name="Picture 5"/>
                    <pic:cNvPicPr>
                      <a:picLocks noChangeAspect="1" noChangeArrowheads="1"/>
                    </pic:cNvPicPr>
                  </pic:nvPicPr>
                  <pic:blipFill rotWithShape="1">
                    <a:blip r:embed="rId70" cstate="print">
                      <a:extLst>
                        <a:ext uri="{28A0092B-C50C-407E-A947-70E740481C1C}">
                          <a14:useLocalDpi xmlns:a14="http://schemas.microsoft.com/office/drawing/2010/main"/>
                        </a:ext>
                      </a:extLst>
                    </a:blip>
                    <a:srcRect t="12105"/>
                    <a:stretch>
                      <a:fillRect/>
                    </a:stretch>
                  </pic:blipFill>
                  <pic:spPr bwMode="auto">
                    <a:xfrm>
                      <a:off x="0" y="0"/>
                      <a:ext cx="6158749" cy="3247930"/>
                    </a:xfrm>
                    <a:prstGeom prst="rect">
                      <a:avLst/>
                    </a:prstGeom>
                    <a:noFill/>
                    <a:ln>
                      <a:noFill/>
                    </a:ln>
                    <a:extLst>
                      <a:ext uri="{53640926-AAD7-44D8-BBD7-CCE9431645EC}">
                        <a14:shadowObscured xmlns:a14="http://schemas.microsoft.com/office/drawing/2010/main"/>
                      </a:ext>
                    </a:extLst>
                  </pic:spPr>
                </pic:pic>
              </a:graphicData>
            </a:graphic>
          </wp:inline>
        </w:drawing>
      </w:r>
    </w:p>
    <w:p w14:paraId="33A417C9" w14:textId="570F07E1" w:rsidR="009446D0" w:rsidRPr="00541089" w:rsidRDefault="003667D5" w:rsidP="003667D5">
      <w:pPr>
        <w:pStyle w:val="Heading2"/>
      </w:pPr>
      <w:r w:rsidRPr="00541089">
        <w:t xml:space="preserve">Change from baseline PANSS </w:t>
      </w:r>
      <w:r w:rsidR="00395A9A" w:rsidRPr="00541089">
        <w:t>negative</w:t>
      </w:r>
      <w:r w:rsidRPr="00541089">
        <w:t xml:space="preserve"> symptoms score</w:t>
      </w:r>
    </w:p>
    <w:p w14:paraId="5F6E022F" w14:textId="0AD2E7DD" w:rsidR="009C575C" w:rsidRPr="00EB75F0" w:rsidRDefault="00A06AE8" w:rsidP="00295D9B">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9</w:t>
        </w:r>
      </w:fldSimple>
      <w:r w:rsidR="009C575C" w:rsidRPr="00EB75F0">
        <w:t>: Change from baseline PANSS negative symptoms score – comparison of NMA results from base case and sensitivity analyses</w:t>
      </w:r>
    </w:p>
    <w:tbl>
      <w:tblPr>
        <w:tblStyle w:val="Table"/>
        <w:tblW w:w="5003" w:type="pct"/>
        <w:tblInd w:w="-5"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907"/>
        <w:gridCol w:w="1828"/>
        <w:gridCol w:w="2112"/>
        <w:gridCol w:w="1882"/>
        <w:gridCol w:w="7"/>
        <w:gridCol w:w="1890"/>
        <w:gridCol w:w="8"/>
      </w:tblGrid>
      <w:tr w:rsidR="009C575C" w:rsidRPr="00EB75F0" w14:paraId="25C070D7" w14:textId="77777777" w:rsidTr="00C32B29">
        <w:trPr>
          <w:trHeight w:val="58"/>
        </w:trPr>
        <w:tc>
          <w:tcPr>
            <w:tcW w:w="990" w:type="pct"/>
            <w:vMerge w:val="restart"/>
            <w:tcBorders>
              <w:top w:val="single" w:sz="4" w:space="0" w:color="000000"/>
              <w:left w:val="single" w:sz="4" w:space="0" w:color="000000"/>
              <w:bottom w:val="single" w:sz="4" w:space="0" w:color="000000"/>
              <w:right w:val="single" w:sz="4" w:space="0" w:color="000000"/>
            </w:tcBorders>
            <w:shd w:val="clear" w:color="auto" w:fill="001B2B"/>
            <w:vAlign w:val="center"/>
          </w:tcPr>
          <w:p w14:paraId="42233DBC" w14:textId="77777777" w:rsidR="009C575C" w:rsidRPr="00EB75F0" w:rsidRDefault="009C575C"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rPr>
              <w:t>Treatment</w:t>
            </w:r>
          </w:p>
        </w:tc>
        <w:tc>
          <w:tcPr>
            <w:tcW w:w="3022" w:type="pct"/>
            <w:gridSpan w:val="3"/>
            <w:tcBorders>
              <w:top w:val="single" w:sz="4" w:space="0" w:color="000000"/>
              <w:left w:val="single" w:sz="4" w:space="0" w:color="000000"/>
              <w:bottom w:val="single" w:sz="4" w:space="0" w:color="000000"/>
              <w:right w:val="single" w:sz="4" w:space="0" w:color="000000"/>
            </w:tcBorders>
            <w:shd w:val="clear" w:color="auto" w:fill="001B2B"/>
            <w:vAlign w:val="center"/>
          </w:tcPr>
          <w:p w14:paraId="5D042C10" w14:textId="0EEA7BE6" w:rsidR="009C575C" w:rsidRPr="00EB75F0" w:rsidRDefault="00A47D85"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rPr>
              <w:t>MD</w:t>
            </w:r>
            <w:r w:rsidR="009C575C" w:rsidRPr="00EB75F0">
              <w:rPr>
                <w:rFonts w:asciiTheme="majorHAnsi" w:hAnsiTheme="majorHAnsi" w:cstheme="majorHAnsi"/>
                <w:color w:val="FFFFFF"/>
                <w:sz w:val="18"/>
              </w:rPr>
              <w:t xml:space="preserve"> Treatment versus Placebo (95% </w:t>
            </w:r>
            <w:proofErr w:type="spellStart"/>
            <w:r w:rsidR="009C575C" w:rsidRPr="00EB75F0">
              <w:rPr>
                <w:rFonts w:asciiTheme="majorHAnsi" w:hAnsiTheme="majorHAnsi" w:cstheme="majorHAnsi"/>
                <w:color w:val="FFFFFF"/>
                <w:sz w:val="18"/>
              </w:rPr>
              <w:t>CrI</w:t>
            </w:r>
            <w:proofErr w:type="spellEnd"/>
            <w:r w:rsidR="009C575C" w:rsidRPr="00EB75F0">
              <w:rPr>
                <w:rFonts w:asciiTheme="majorHAnsi" w:hAnsiTheme="majorHAnsi" w:cstheme="majorHAnsi"/>
                <w:color w:val="FFFFFF"/>
                <w:sz w:val="18"/>
              </w:rPr>
              <w:t>)</w:t>
            </w:r>
          </w:p>
        </w:tc>
        <w:tc>
          <w:tcPr>
            <w:tcW w:w="989" w:type="pct"/>
            <w:gridSpan w:val="3"/>
            <w:tcBorders>
              <w:top w:val="single" w:sz="4" w:space="0" w:color="000000"/>
              <w:left w:val="single" w:sz="4" w:space="0" w:color="000000"/>
              <w:bottom w:val="single" w:sz="4" w:space="0" w:color="000000"/>
              <w:right w:val="single" w:sz="4" w:space="0" w:color="000000"/>
            </w:tcBorders>
            <w:shd w:val="clear" w:color="auto" w:fill="001B2B"/>
          </w:tcPr>
          <w:p w14:paraId="041B48B1" w14:textId="77777777" w:rsidR="009C575C" w:rsidRPr="00EB75F0" w:rsidRDefault="009C575C" w:rsidP="00C32B29">
            <w:pPr>
              <w:pStyle w:val="TableText"/>
              <w:spacing w:before="48" w:after="48"/>
              <w:rPr>
                <w:rFonts w:asciiTheme="majorHAnsi" w:hAnsiTheme="majorHAnsi" w:cstheme="majorHAnsi"/>
                <w:color w:val="FFFFFF"/>
                <w:sz w:val="18"/>
              </w:rPr>
            </w:pPr>
          </w:p>
        </w:tc>
      </w:tr>
      <w:tr w:rsidR="009C575C" w:rsidRPr="00EB75F0" w14:paraId="6CD4064C" w14:textId="77777777" w:rsidTr="00C32B29">
        <w:trPr>
          <w:trHeight w:val="58"/>
        </w:trPr>
        <w:tc>
          <w:tcPr>
            <w:tcW w:w="990" w:type="pct"/>
            <w:vMerge/>
            <w:tcBorders>
              <w:top w:val="single" w:sz="4" w:space="0" w:color="000000"/>
              <w:left w:val="single" w:sz="4" w:space="0" w:color="000000"/>
              <w:bottom w:val="single" w:sz="4" w:space="0" w:color="000000"/>
              <w:right w:val="single" w:sz="4" w:space="0" w:color="000000"/>
            </w:tcBorders>
            <w:shd w:val="clear" w:color="auto" w:fill="D8D2BF"/>
            <w:vAlign w:val="center"/>
          </w:tcPr>
          <w:p w14:paraId="62B5A6F8" w14:textId="77777777" w:rsidR="009C575C" w:rsidRPr="00EB75F0" w:rsidRDefault="009C575C" w:rsidP="00C32B29">
            <w:pPr>
              <w:rPr>
                <w:rFonts w:asciiTheme="majorHAnsi" w:hAnsiTheme="majorHAnsi" w:cstheme="majorHAnsi"/>
              </w:rPr>
            </w:pPr>
          </w:p>
        </w:tc>
        <w:tc>
          <w:tcPr>
            <w:tcW w:w="2045"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6DD36124"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sz w:val="18"/>
              </w:rPr>
              <w:t>Base case network</w:t>
            </w:r>
          </w:p>
        </w:tc>
        <w:tc>
          <w:tcPr>
            <w:tcW w:w="977"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6142953E"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sz w:val="18"/>
              </w:rPr>
              <w:t>Excluding studies with predominantly Asian populations</w:t>
            </w:r>
          </w:p>
        </w:tc>
        <w:tc>
          <w:tcPr>
            <w:tcW w:w="989" w:type="pct"/>
            <w:gridSpan w:val="3"/>
            <w:tcBorders>
              <w:top w:val="single" w:sz="4" w:space="0" w:color="000000"/>
              <w:left w:val="single" w:sz="4" w:space="0" w:color="000000"/>
              <w:bottom w:val="single" w:sz="4" w:space="0" w:color="000000"/>
              <w:right w:val="single" w:sz="4" w:space="0" w:color="000000"/>
            </w:tcBorders>
            <w:shd w:val="clear" w:color="auto" w:fill="D8D2BF"/>
          </w:tcPr>
          <w:p w14:paraId="52644C68"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sz w:val="18"/>
              </w:rPr>
              <w:t>Excluding studies with placebo effect outliers</w:t>
            </w:r>
          </w:p>
        </w:tc>
      </w:tr>
      <w:tr w:rsidR="009C575C" w:rsidRPr="00EB75F0" w14:paraId="3773E72D" w14:textId="77777777" w:rsidTr="00C32B29">
        <w:trPr>
          <w:trHeight w:val="68"/>
        </w:trPr>
        <w:tc>
          <w:tcPr>
            <w:tcW w:w="990" w:type="pct"/>
            <w:vMerge/>
            <w:tcBorders>
              <w:top w:val="single" w:sz="4" w:space="0" w:color="000000"/>
              <w:left w:val="single" w:sz="4" w:space="0" w:color="000000"/>
              <w:bottom w:val="single" w:sz="4" w:space="0" w:color="000000"/>
              <w:right w:val="single" w:sz="4" w:space="0" w:color="000000"/>
            </w:tcBorders>
            <w:shd w:val="clear" w:color="auto" w:fill="D8D2BF"/>
            <w:vAlign w:val="center"/>
          </w:tcPr>
          <w:p w14:paraId="1D028D9E" w14:textId="77777777" w:rsidR="009C575C" w:rsidRPr="00EB75F0" w:rsidRDefault="009C575C" w:rsidP="00C32B29">
            <w:pPr>
              <w:rPr>
                <w:rFonts w:asciiTheme="majorHAnsi" w:hAnsiTheme="majorHAnsi" w:cstheme="majorHAnsi"/>
              </w:rPr>
            </w:pPr>
          </w:p>
        </w:tc>
        <w:tc>
          <w:tcPr>
            <w:tcW w:w="949"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05FFB18E"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sz w:val="18"/>
              </w:rPr>
              <w:t>FE (DIC: 105.47)</w:t>
            </w:r>
          </w:p>
        </w:tc>
        <w:tc>
          <w:tcPr>
            <w:tcW w:w="1096"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3D4B4F2E"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sz w:val="18"/>
              </w:rPr>
              <w:t>RE (DIC: 71.04)</w:t>
            </w:r>
          </w:p>
        </w:tc>
        <w:tc>
          <w:tcPr>
            <w:tcW w:w="977"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0D297334"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sz w:val="18"/>
              </w:rPr>
              <w:t>RE (DIC: 66.8)</w:t>
            </w:r>
          </w:p>
        </w:tc>
        <w:tc>
          <w:tcPr>
            <w:tcW w:w="989" w:type="pct"/>
            <w:gridSpan w:val="3"/>
            <w:tcBorders>
              <w:top w:val="single" w:sz="4" w:space="0" w:color="000000"/>
              <w:left w:val="single" w:sz="4" w:space="0" w:color="000000"/>
              <w:bottom w:val="single" w:sz="4" w:space="0" w:color="000000"/>
              <w:right w:val="single" w:sz="4" w:space="0" w:color="000000"/>
            </w:tcBorders>
            <w:shd w:val="clear" w:color="auto" w:fill="D8D2BF"/>
          </w:tcPr>
          <w:p w14:paraId="0A353D0E"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sz w:val="18"/>
              </w:rPr>
              <w:t>RE (DIC: 66.51)</w:t>
            </w:r>
          </w:p>
        </w:tc>
      </w:tr>
      <w:tr w:rsidR="009C575C" w:rsidRPr="00EB75F0" w14:paraId="553735DB"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74787FD0"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Aripiprazole</w:t>
            </w:r>
          </w:p>
        </w:tc>
        <w:tc>
          <w:tcPr>
            <w:tcW w:w="949" w:type="pct"/>
            <w:tcBorders>
              <w:top w:val="single" w:sz="4" w:space="0" w:color="000000"/>
              <w:left w:val="single" w:sz="4" w:space="0" w:color="000000"/>
              <w:bottom w:val="single" w:sz="4" w:space="0" w:color="000000"/>
              <w:right w:val="single" w:sz="4" w:space="0" w:color="000000"/>
            </w:tcBorders>
          </w:tcPr>
          <w:p w14:paraId="4DCC3FEE"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-1.70 (-2.12, -1.29)</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2FBD608F"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-1.73 (-2.46, -0.99)</w:t>
            </w:r>
          </w:p>
        </w:tc>
        <w:tc>
          <w:tcPr>
            <w:tcW w:w="977" w:type="pct"/>
            <w:tcBorders>
              <w:top w:val="single" w:sz="4" w:space="0" w:color="000000"/>
              <w:left w:val="single" w:sz="4" w:space="0" w:color="000000"/>
              <w:bottom w:val="single" w:sz="4" w:space="0" w:color="000000"/>
              <w:right w:val="single" w:sz="4" w:space="0" w:color="000000"/>
            </w:tcBorders>
          </w:tcPr>
          <w:p w14:paraId="0F2E124A"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-1.71 (-2.45, -0.93)</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7580472B" w14:textId="77777777" w:rsidR="009C575C" w:rsidRPr="00EB75F0" w:rsidRDefault="009C575C" w:rsidP="00C32B29">
            <w:pPr>
              <w:pStyle w:val="TableText"/>
              <w:spacing w:before="48" w:after="48"/>
              <w:rPr>
                <w:rFonts w:asciiTheme="majorHAnsi" w:hAnsiTheme="majorHAnsi" w:cstheme="majorHAnsi"/>
                <w:b/>
                <w:sz w:val="18"/>
              </w:rPr>
            </w:pPr>
            <w:r w:rsidRPr="00EB75F0">
              <w:rPr>
                <w:rFonts w:asciiTheme="majorHAnsi" w:hAnsiTheme="majorHAnsi" w:cstheme="majorHAnsi"/>
                <w:b/>
                <w:sz w:val="18"/>
              </w:rPr>
              <w:t>-1.51 (-2.26 to -0.74)</w:t>
            </w:r>
          </w:p>
        </w:tc>
      </w:tr>
      <w:tr w:rsidR="009C575C" w:rsidRPr="00EB75F0" w14:paraId="65CB8A30"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4219E880" w14:textId="77777777" w:rsidR="009C575C" w:rsidRPr="00EB75F0" w:rsidRDefault="009C575C"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Brexpiprazole</w:t>
            </w:r>
            <w:proofErr w:type="spellEnd"/>
          </w:p>
        </w:tc>
        <w:tc>
          <w:tcPr>
            <w:tcW w:w="949" w:type="pct"/>
            <w:tcBorders>
              <w:top w:val="single" w:sz="4" w:space="0" w:color="000000"/>
              <w:left w:val="single" w:sz="4" w:space="0" w:color="000000"/>
              <w:bottom w:val="single" w:sz="4" w:space="0" w:color="000000"/>
              <w:right w:val="single" w:sz="4" w:space="0" w:color="000000"/>
            </w:tcBorders>
          </w:tcPr>
          <w:p w14:paraId="76F95D73"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-1.29 (-1.74, -0.83)</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5782F4A5"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-1.34 (-2.20, -0.50)</w:t>
            </w:r>
          </w:p>
        </w:tc>
        <w:tc>
          <w:tcPr>
            <w:tcW w:w="977" w:type="pct"/>
            <w:tcBorders>
              <w:top w:val="single" w:sz="4" w:space="0" w:color="000000"/>
              <w:left w:val="single" w:sz="4" w:space="0" w:color="000000"/>
              <w:bottom w:val="single" w:sz="4" w:space="0" w:color="000000"/>
              <w:right w:val="single" w:sz="4" w:space="0" w:color="000000"/>
            </w:tcBorders>
          </w:tcPr>
          <w:p w14:paraId="55F03F1F"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-1.14 (-2.08, -0.22)</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7CB278A7" w14:textId="77777777" w:rsidR="009C575C" w:rsidRPr="00EB75F0" w:rsidRDefault="009C575C" w:rsidP="00C32B29">
            <w:pPr>
              <w:pStyle w:val="TableText"/>
              <w:spacing w:before="48" w:after="48"/>
              <w:rPr>
                <w:rFonts w:asciiTheme="majorHAnsi" w:hAnsiTheme="majorHAnsi" w:cstheme="majorHAnsi"/>
                <w:b/>
                <w:sz w:val="18"/>
              </w:rPr>
            </w:pPr>
            <w:r w:rsidRPr="00EB75F0">
              <w:rPr>
                <w:rFonts w:asciiTheme="majorHAnsi" w:hAnsiTheme="majorHAnsi" w:cstheme="majorHAnsi"/>
                <w:b/>
                <w:sz w:val="18"/>
              </w:rPr>
              <w:t>-1.32 (-2.14 to -0.52)</w:t>
            </w:r>
          </w:p>
        </w:tc>
      </w:tr>
      <w:tr w:rsidR="009C575C" w:rsidRPr="00EB75F0" w14:paraId="61ACD44C"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4C814674" w14:textId="77777777" w:rsidR="009C575C" w:rsidRPr="00EB75F0" w:rsidRDefault="009C575C"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Cariprazine</w:t>
            </w:r>
            <w:proofErr w:type="spellEnd"/>
          </w:p>
        </w:tc>
        <w:tc>
          <w:tcPr>
            <w:tcW w:w="949" w:type="pct"/>
            <w:tcBorders>
              <w:top w:val="single" w:sz="4" w:space="0" w:color="000000"/>
              <w:left w:val="single" w:sz="4" w:space="0" w:color="000000"/>
              <w:bottom w:val="single" w:sz="4" w:space="0" w:color="000000"/>
              <w:right w:val="single" w:sz="4" w:space="0" w:color="000000"/>
            </w:tcBorders>
          </w:tcPr>
          <w:p w14:paraId="1678A304"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-1.58 (-2.03, -1.13)</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2D127FE2"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-1.60 (-2.50, -0.69)</w:t>
            </w:r>
          </w:p>
        </w:tc>
        <w:tc>
          <w:tcPr>
            <w:tcW w:w="977" w:type="pct"/>
            <w:tcBorders>
              <w:top w:val="single" w:sz="4" w:space="0" w:color="000000"/>
              <w:left w:val="single" w:sz="4" w:space="0" w:color="000000"/>
              <w:bottom w:val="single" w:sz="4" w:space="0" w:color="000000"/>
              <w:right w:val="single" w:sz="4" w:space="0" w:color="000000"/>
            </w:tcBorders>
          </w:tcPr>
          <w:p w14:paraId="39C0DA1E"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-1.63 (-2.53, -0.70)</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367C82A5" w14:textId="77777777" w:rsidR="009C575C" w:rsidRPr="00EB75F0" w:rsidRDefault="009C575C" w:rsidP="00C32B29">
            <w:pPr>
              <w:pStyle w:val="TableText"/>
              <w:spacing w:before="48" w:after="48"/>
              <w:rPr>
                <w:rFonts w:asciiTheme="majorHAnsi" w:hAnsiTheme="majorHAnsi" w:cstheme="majorHAnsi"/>
                <w:b/>
                <w:sz w:val="18"/>
              </w:rPr>
            </w:pPr>
            <w:r w:rsidRPr="00EB75F0">
              <w:rPr>
                <w:rFonts w:asciiTheme="majorHAnsi" w:hAnsiTheme="majorHAnsi" w:cstheme="majorHAnsi"/>
                <w:b/>
                <w:sz w:val="18"/>
              </w:rPr>
              <w:t>-1.56 (-2.41 to -0.69)</w:t>
            </w:r>
          </w:p>
        </w:tc>
      </w:tr>
      <w:tr w:rsidR="009C575C" w:rsidRPr="00EB75F0" w14:paraId="39DAEE38"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3E595814" w14:textId="177E46FE" w:rsidR="009C575C" w:rsidRPr="00EB75F0" w:rsidRDefault="00EF2D91" w:rsidP="00C32B29">
            <w:pPr>
              <w:pStyle w:val="TableText"/>
              <w:spacing w:before="48" w:after="48"/>
              <w:rPr>
                <w:rFonts w:asciiTheme="majorHAnsi" w:hAnsiTheme="majorHAnsi" w:cstheme="majorHAnsi"/>
                <w:sz w:val="18"/>
              </w:rPr>
            </w:pPr>
            <w:proofErr w:type="spellStart"/>
            <w:r>
              <w:rPr>
                <w:rFonts w:asciiTheme="majorHAnsi" w:hAnsiTheme="majorHAnsi" w:cstheme="majorHAnsi"/>
                <w:color w:val="000000"/>
                <w:sz w:val="18"/>
              </w:rPr>
              <w:t>KarXT</w:t>
            </w:r>
            <w:proofErr w:type="spellEnd"/>
          </w:p>
        </w:tc>
        <w:tc>
          <w:tcPr>
            <w:tcW w:w="949" w:type="pct"/>
            <w:tcBorders>
              <w:top w:val="single" w:sz="4" w:space="0" w:color="000000"/>
              <w:left w:val="single" w:sz="4" w:space="0" w:color="000000"/>
              <w:bottom w:val="single" w:sz="4" w:space="0" w:color="000000"/>
              <w:right w:val="single" w:sz="4" w:space="0" w:color="000000"/>
            </w:tcBorders>
          </w:tcPr>
          <w:p w14:paraId="0494C366"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-1.71 (-2.45, -0.97)</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5A18C225"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-1.79 (-2.99, -0.58)</w:t>
            </w:r>
          </w:p>
        </w:tc>
        <w:tc>
          <w:tcPr>
            <w:tcW w:w="977" w:type="pct"/>
            <w:tcBorders>
              <w:top w:val="single" w:sz="4" w:space="0" w:color="000000"/>
              <w:left w:val="single" w:sz="4" w:space="0" w:color="000000"/>
              <w:bottom w:val="single" w:sz="4" w:space="0" w:color="000000"/>
              <w:right w:val="single" w:sz="4" w:space="0" w:color="000000"/>
            </w:tcBorders>
          </w:tcPr>
          <w:p w14:paraId="02DCF816"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-1.78 (-3.00, -0.57)</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72261405" w14:textId="77777777" w:rsidR="009C575C" w:rsidRPr="00EB75F0" w:rsidRDefault="009C575C" w:rsidP="00C32B29">
            <w:pPr>
              <w:pStyle w:val="TableText"/>
              <w:spacing w:before="48" w:after="48"/>
              <w:rPr>
                <w:rFonts w:asciiTheme="majorHAnsi" w:hAnsiTheme="majorHAnsi" w:cstheme="majorHAnsi"/>
                <w:b/>
                <w:sz w:val="18"/>
              </w:rPr>
            </w:pPr>
            <w:r w:rsidRPr="00EB75F0">
              <w:rPr>
                <w:rFonts w:asciiTheme="majorHAnsi" w:hAnsiTheme="majorHAnsi" w:cstheme="majorHAnsi"/>
                <w:b/>
                <w:sz w:val="18"/>
              </w:rPr>
              <w:t>-1.78 (-2.95 to -0.63)</w:t>
            </w:r>
          </w:p>
        </w:tc>
      </w:tr>
      <w:tr w:rsidR="009C575C" w:rsidRPr="00EB75F0" w14:paraId="0A858EF9"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1EF1A234" w14:textId="77777777" w:rsidR="009C575C" w:rsidRPr="00EB75F0" w:rsidRDefault="009C575C"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Lumateperone</w:t>
            </w:r>
            <w:proofErr w:type="spellEnd"/>
          </w:p>
        </w:tc>
        <w:tc>
          <w:tcPr>
            <w:tcW w:w="949" w:type="pct"/>
            <w:tcBorders>
              <w:top w:val="single" w:sz="4" w:space="0" w:color="000000"/>
              <w:left w:val="single" w:sz="4" w:space="0" w:color="000000"/>
              <w:bottom w:val="single" w:sz="4" w:space="0" w:color="000000"/>
              <w:right w:val="single" w:sz="4" w:space="0" w:color="000000"/>
            </w:tcBorders>
          </w:tcPr>
          <w:p w14:paraId="36E85FC9"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-0.70 (-1.89, 0.49)</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0BAF7305" w14:textId="77777777" w:rsidR="009C575C" w:rsidRPr="00EB75F0" w:rsidRDefault="009C575C"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sz w:val="18"/>
              </w:rPr>
              <w:t>-0.70 (-2.72, 1.32)</w:t>
            </w:r>
          </w:p>
        </w:tc>
        <w:tc>
          <w:tcPr>
            <w:tcW w:w="977" w:type="pct"/>
            <w:tcBorders>
              <w:top w:val="single" w:sz="4" w:space="0" w:color="000000"/>
              <w:left w:val="single" w:sz="4" w:space="0" w:color="000000"/>
              <w:bottom w:val="single" w:sz="4" w:space="0" w:color="000000"/>
              <w:right w:val="single" w:sz="4" w:space="0" w:color="000000"/>
            </w:tcBorders>
          </w:tcPr>
          <w:p w14:paraId="64DC47DA" w14:textId="77777777" w:rsidR="009C575C" w:rsidRPr="00EB75F0" w:rsidRDefault="009C575C"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sz w:val="18"/>
              </w:rPr>
              <w:t>-0.71 (-2.73, 1.32)</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71BD6982" w14:textId="77777777" w:rsidR="009C575C" w:rsidRPr="00EB75F0" w:rsidRDefault="009C575C" w:rsidP="00C32B29">
            <w:pPr>
              <w:pStyle w:val="TableText"/>
              <w:spacing w:before="48" w:after="48"/>
              <w:rPr>
                <w:rFonts w:asciiTheme="majorHAnsi" w:hAnsiTheme="majorHAnsi" w:cstheme="majorHAnsi"/>
                <w:bCs/>
                <w:sz w:val="18"/>
              </w:rPr>
            </w:pPr>
            <w:r w:rsidRPr="00EB75F0">
              <w:rPr>
                <w:rFonts w:asciiTheme="majorHAnsi" w:hAnsiTheme="majorHAnsi" w:cstheme="majorHAnsi"/>
                <w:bCs/>
                <w:sz w:val="18"/>
              </w:rPr>
              <w:t>-0.70 (-2.64 to 1.23)</w:t>
            </w:r>
          </w:p>
        </w:tc>
      </w:tr>
      <w:tr w:rsidR="009C575C" w:rsidRPr="00EB75F0" w14:paraId="5148B4D0"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40CAABEA"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Olanzapine</w:t>
            </w:r>
          </w:p>
        </w:tc>
        <w:tc>
          <w:tcPr>
            <w:tcW w:w="949" w:type="pct"/>
            <w:tcBorders>
              <w:top w:val="single" w:sz="4" w:space="0" w:color="000000"/>
              <w:left w:val="single" w:sz="4" w:space="0" w:color="000000"/>
              <w:bottom w:val="single" w:sz="4" w:space="0" w:color="000000"/>
              <w:right w:val="single" w:sz="4" w:space="0" w:color="000000"/>
            </w:tcBorders>
          </w:tcPr>
          <w:p w14:paraId="3A321875"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-1.63 (-2.12, -1.15)</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2EE12249"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-1.75 (-2.49, -1.00)</w:t>
            </w:r>
          </w:p>
        </w:tc>
        <w:tc>
          <w:tcPr>
            <w:tcW w:w="977" w:type="pct"/>
            <w:tcBorders>
              <w:top w:val="single" w:sz="4" w:space="0" w:color="000000"/>
              <w:left w:val="single" w:sz="4" w:space="0" w:color="000000"/>
              <w:bottom w:val="single" w:sz="4" w:space="0" w:color="000000"/>
              <w:right w:val="single" w:sz="4" w:space="0" w:color="000000"/>
            </w:tcBorders>
          </w:tcPr>
          <w:p w14:paraId="0DED25EF"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-1.75 (-2.51, -1.01)</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5DD50C60" w14:textId="77777777" w:rsidR="009C575C" w:rsidRPr="00EB75F0" w:rsidRDefault="009C575C" w:rsidP="00C32B29">
            <w:pPr>
              <w:pStyle w:val="TableText"/>
              <w:spacing w:before="48" w:after="48"/>
              <w:rPr>
                <w:rFonts w:asciiTheme="majorHAnsi" w:hAnsiTheme="majorHAnsi" w:cstheme="majorHAnsi"/>
                <w:b/>
                <w:sz w:val="18"/>
              </w:rPr>
            </w:pPr>
            <w:r w:rsidRPr="00EB75F0">
              <w:rPr>
                <w:rFonts w:asciiTheme="majorHAnsi" w:hAnsiTheme="majorHAnsi" w:cstheme="majorHAnsi"/>
                <w:b/>
                <w:sz w:val="18"/>
              </w:rPr>
              <w:t>-1.56 (-2.31 to -0.81)</w:t>
            </w:r>
          </w:p>
        </w:tc>
      </w:tr>
      <w:tr w:rsidR="009C575C" w:rsidRPr="00EB75F0" w14:paraId="0E7CDBC9"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6D4D65A7"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Quetiapine</w:t>
            </w:r>
          </w:p>
        </w:tc>
        <w:tc>
          <w:tcPr>
            <w:tcW w:w="949" w:type="pct"/>
            <w:tcBorders>
              <w:top w:val="single" w:sz="4" w:space="0" w:color="000000"/>
              <w:left w:val="single" w:sz="4" w:space="0" w:color="000000"/>
              <w:bottom w:val="single" w:sz="4" w:space="0" w:color="000000"/>
              <w:right w:val="single" w:sz="4" w:space="0" w:color="000000"/>
            </w:tcBorders>
          </w:tcPr>
          <w:p w14:paraId="4D41AC8E"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-1.94 (-2.46, -1.43)</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6B85AB36"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-2.11 (-3.03, -1.22)</w:t>
            </w:r>
          </w:p>
        </w:tc>
        <w:tc>
          <w:tcPr>
            <w:tcW w:w="977" w:type="pct"/>
            <w:tcBorders>
              <w:top w:val="single" w:sz="4" w:space="0" w:color="000000"/>
              <w:left w:val="single" w:sz="4" w:space="0" w:color="000000"/>
              <w:bottom w:val="single" w:sz="4" w:space="0" w:color="000000"/>
              <w:right w:val="single" w:sz="4" w:space="0" w:color="000000"/>
            </w:tcBorders>
          </w:tcPr>
          <w:p w14:paraId="0206187A"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-2.08 (-3.04, -1.19)</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3EE5BC7D" w14:textId="77777777" w:rsidR="009C575C" w:rsidRPr="00EB75F0" w:rsidRDefault="009C575C" w:rsidP="00C32B29">
            <w:pPr>
              <w:pStyle w:val="TableText"/>
              <w:spacing w:before="48" w:after="48"/>
              <w:rPr>
                <w:rFonts w:asciiTheme="majorHAnsi" w:hAnsiTheme="majorHAnsi" w:cstheme="majorHAnsi"/>
                <w:b/>
                <w:sz w:val="18"/>
              </w:rPr>
            </w:pPr>
            <w:r w:rsidRPr="00EB75F0">
              <w:rPr>
                <w:rFonts w:asciiTheme="majorHAnsi" w:hAnsiTheme="majorHAnsi" w:cstheme="majorHAnsi"/>
                <w:b/>
                <w:sz w:val="18"/>
              </w:rPr>
              <w:t>-2.08 (-2.97 to -1.24)</w:t>
            </w:r>
          </w:p>
        </w:tc>
      </w:tr>
      <w:tr w:rsidR="009C575C" w:rsidRPr="00EB75F0" w14:paraId="4D00787F"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6708665D"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Risperidone</w:t>
            </w:r>
          </w:p>
        </w:tc>
        <w:tc>
          <w:tcPr>
            <w:tcW w:w="949" w:type="pct"/>
            <w:tcBorders>
              <w:top w:val="single" w:sz="4" w:space="0" w:color="000000"/>
              <w:left w:val="single" w:sz="4" w:space="0" w:color="000000"/>
              <w:bottom w:val="single" w:sz="4" w:space="0" w:color="000000"/>
              <w:right w:val="single" w:sz="4" w:space="0" w:color="000000"/>
            </w:tcBorders>
          </w:tcPr>
          <w:p w14:paraId="484BEE67"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-0.90 (-1.07, -0.73)</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2405BF7C"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-1.37 (-2.08, -0.68)</w:t>
            </w:r>
          </w:p>
        </w:tc>
        <w:tc>
          <w:tcPr>
            <w:tcW w:w="977" w:type="pct"/>
            <w:tcBorders>
              <w:top w:val="single" w:sz="4" w:space="0" w:color="000000"/>
              <w:left w:val="single" w:sz="4" w:space="0" w:color="000000"/>
              <w:bottom w:val="single" w:sz="4" w:space="0" w:color="000000"/>
              <w:right w:val="single" w:sz="4" w:space="0" w:color="000000"/>
            </w:tcBorders>
          </w:tcPr>
          <w:p w14:paraId="0B8FB844"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b/>
                <w:sz w:val="18"/>
              </w:rPr>
              <w:t>-1.56 (-2.35, -0.74)</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239CAF5E" w14:textId="77777777" w:rsidR="009C575C" w:rsidRPr="00EB75F0" w:rsidRDefault="009C575C" w:rsidP="00C32B29">
            <w:pPr>
              <w:pStyle w:val="TableText"/>
              <w:spacing w:before="48" w:after="48"/>
              <w:rPr>
                <w:rFonts w:asciiTheme="majorHAnsi" w:hAnsiTheme="majorHAnsi" w:cstheme="majorHAnsi"/>
                <w:b/>
                <w:sz w:val="18"/>
              </w:rPr>
            </w:pPr>
            <w:r w:rsidRPr="00EB75F0">
              <w:rPr>
                <w:rFonts w:asciiTheme="majorHAnsi" w:hAnsiTheme="majorHAnsi" w:cstheme="majorHAnsi"/>
                <w:b/>
                <w:sz w:val="18"/>
              </w:rPr>
              <w:t>-1.33 (-2.01 to -0.66)</w:t>
            </w:r>
          </w:p>
        </w:tc>
      </w:tr>
      <w:tr w:rsidR="009C575C" w:rsidRPr="00EB75F0" w14:paraId="289D4297"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shd w:val="clear" w:color="auto" w:fill="001B2B"/>
            <w:vAlign w:val="center"/>
          </w:tcPr>
          <w:p w14:paraId="261B87B1" w14:textId="77777777" w:rsidR="009C575C" w:rsidRPr="00EB75F0" w:rsidRDefault="009C575C"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rPr>
              <w:t>Comparator</w:t>
            </w:r>
          </w:p>
        </w:tc>
        <w:tc>
          <w:tcPr>
            <w:tcW w:w="3022" w:type="pct"/>
            <w:gridSpan w:val="3"/>
            <w:tcBorders>
              <w:top w:val="single" w:sz="4" w:space="0" w:color="000000"/>
              <w:left w:val="single" w:sz="4" w:space="0" w:color="000000"/>
              <w:bottom w:val="single" w:sz="4" w:space="0" w:color="000000"/>
              <w:right w:val="single" w:sz="4" w:space="0" w:color="000000"/>
            </w:tcBorders>
            <w:shd w:val="clear" w:color="auto" w:fill="001B2B"/>
            <w:vAlign w:val="center"/>
          </w:tcPr>
          <w:p w14:paraId="093145D4" w14:textId="5D0DC182" w:rsidR="009C575C" w:rsidRPr="00EB75F0" w:rsidRDefault="00A47D85"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highlight w:val="black"/>
              </w:rPr>
              <w:t>MD</w:t>
            </w:r>
            <w:r w:rsidR="009C575C" w:rsidRPr="00EB75F0">
              <w:rPr>
                <w:rFonts w:asciiTheme="majorHAnsi" w:hAnsiTheme="majorHAnsi" w:cstheme="majorHAnsi"/>
                <w:color w:val="FFFFFF"/>
                <w:sz w:val="18"/>
                <w:highlight w:val="black"/>
              </w:rPr>
              <w:t xml:space="preserve"> </w:t>
            </w:r>
            <w:proofErr w:type="spellStart"/>
            <w:r w:rsidR="00EF2D91">
              <w:rPr>
                <w:rFonts w:asciiTheme="majorHAnsi" w:hAnsiTheme="majorHAnsi" w:cstheme="majorHAnsi"/>
                <w:color w:val="FFFFFF"/>
                <w:sz w:val="18"/>
                <w:highlight w:val="black"/>
              </w:rPr>
              <w:t>KarXT</w:t>
            </w:r>
            <w:proofErr w:type="spellEnd"/>
            <w:r w:rsidR="009C575C" w:rsidRPr="00EB75F0">
              <w:rPr>
                <w:rFonts w:asciiTheme="majorHAnsi" w:hAnsiTheme="majorHAnsi" w:cstheme="majorHAnsi"/>
                <w:color w:val="FFFFFF"/>
                <w:sz w:val="18"/>
                <w:highlight w:val="black"/>
              </w:rPr>
              <w:t xml:space="preserve"> vs Comparator (95% </w:t>
            </w:r>
            <w:proofErr w:type="spellStart"/>
            <w:r w:rsidR="009C575C" w:rsidRPr="00EB75F0">
              <w:rPr>
                <w:rFonts w:asciiTheme="majorHAnsi" w:hAnsiTheme="majorHAnsi" w:cstheme="majorHAnsi"/>
                <w:color w:val="FFFFFF"/>
                <w:sz w:val="18"/>
                <w:highlight w:val="black"/>
              </w:rPr>
              <w:t>CrI</w:t>
            </w:r>
            <w:proofErr w:type="spellEnd"/>
            <w:r w:rsidR="009C575C" w:rsidRPr="00EB75F0">
              <w:rPr>
                <w:rFonts w:asciiTheme="majorHAnsi" w:hAnsiTheme="majorHAnsi" w:cstheme="majorHAnsi"/>
                <w:color w:val="FFFFFF"/>
                <w:sz w:val="18"/>
                <w:highlight w:val="black"/>
              </w:rPr>
              <w:t>)</w:t>
            </w:r>
          </w:p>
        </w:tc>
        <w:tc>
          <w:tcPr>
            <w:tcW w:w="989" w:type="pct"/>
            <w:gridSpan w:val="3"/>
            <w:tcBorders>
              <w:top w:val="single" w:sz="4" w:space="0" w:color="000000"/>
              <w:left w:val="single" w:sz="4" w:space="0" w:color="000000"/>
              <w:bottom w:val="single" w:sz="4" w:space="0" w:color="000000"/>
              <w:right w:val="single" w:sz="4" w:space="0" w:color="000000"/>
            </w:tcBorders>
            <w:shd w:val="clear" w:color="auto" w:fill="001B2B"/>
          </w:tcPr>
          <w:p w14:paraId="42509628" w14:textId="77777777" w:rsidR="009C575C" w:rsidRPr="00EB75F0" w:rsidRDefault="009C575C" w:rsidP="00C32B29">
            <w:pPr>
              <w:pStyle w:val="TableText"/>
              <w:spacing w:before="48" w:after="48"/>
              <w:rPr>
                <w:rFonts w:asciiTheme="majorHAnsi" w:hAnsiTheme="majorHAnsi" w:cstheme="majorHAnsi"/>
                <w:color w:val="FFFFFF"/>
                <w:sz w:val="16"/>
              </w:rPr>
            </w:pPr>
          </w:p>
        </w:tc>
      </w:tr>
      <w:tr w:rsidR="009C575C" w:rsidRPr="00EB75F0" w14:paraId="1F527EC0"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34106E54"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Aripiprazole</w:t>
            </w:r>
          </w:p>
        </w:tc>
        <w:tc>
          <w:tcPr>
            <w:tcW w:w="949" w:type="pct"/>
            <w:tcBorders>
              <w:top w:val="single" w:sz="4" w:space="0" w:color="000000"/>
              <w:left w:val="single" w:sz="4" w:space="0" w:color="000000"/>
              <w:bottom w:val="single" w:sz="4" w:space="0" w:color="000000"/>
              <w:right w:val="single" w:sz="4" w:space="0" w:color="000000"/>
            </w:tcBorders>
          </w:tcPr>
          <w:p w14:paraId="75654D53"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-0.00 (-0.85, 0.84)</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4A546DED"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-0.05 (-1.48, 1.35)</w:t>
            </w:r>
          </w:p>
        </w:tc>
        <w:tc>
          <w:tcPr>
            <w:tcW w:w="977" w:type="pct"/>
            <w:tcBorders>
              <w:top w:val="single" w:sz="4" w:space="0" w:color="000000"/>
              <w:left w:val="single" w:sz="4" w:space="0" w:color="000000"/>
              <w:bottom w:val="single" w:sz="4" w:space="0" w:color="000000"/>
              <w:right w:val="single" w:sz="4" w:space="0" w:color="000000"/>
            </w:tcBorders>
          </w:tcPr>
          <w:p w14:paraId="2409F1D8"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-0.07 (-1.52, 1.34)</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2C8FAFA8"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sz w:val="18"/>
              </w:rPr>
              <w:t>-0.27 (-1.67 to 1.09)</w:t>
            </w:r>
          </w:p>
        </w:tc>
      </w:tr>
      <w:tr w:rsidR="009C575C" w:rsidRPr="00EB75F0" w14:paraId="716C871B"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3AD54080" w14:textId="77777777" w:rsidR="009C575C" w:rsidRPr="00EB75F0" w:rsidRDefault="009C575C"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Brexpiprazole</w:t>
            </w:r>
            <w:proofErr w:type="spellEnd"/>
          </w:p>
        </w:tc>
        <w:tc>
          <w:tcPr>
            <w:tcW w:w="949" w:type="pct"/>
            <w:tcBorders>
              <w:top w:val="single" w:sz="4" w:space="0" w:color="000000"/>
              <w:left w:val="single" w:sz="4" w:space="0" w:color="000000"/>
              <w:bottom w:val="single" w:sz="4" w:space="0" w:color="000000"/>
              <w:right w:val="single" w:sz="4" w:space="0" w:color="000000"/>
            </w:tcBorders>
          </w:tcPr>
          <w:p w14:paraId="2218438C"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-0.42 (-1.29, 0.44)</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17E40B8F"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-0.44 (-1.91, 1.03)</w:t>
            </w:r>
          </w:p>
        </w:tc>
        <w:tc>
          <w:tcPr>
            <w:tcW w:w="977" w:type="pct"/>
            <w:tcBorders>
              <w:top w:val="single" w:sz="4" w:space="0" w:color="000000"/>
              <w:left w:val="single" w:sz="4" w:space="0" w:color="000000"/>
              <w:bottom w:val="single" w:sz="4" w:space="0" w:color="000000"/>
              <w:right w:val="single" w:sz="4" w:space="0" w:color="000000"/>
            </w:tcBorders>
          </w:tcPr>
          <w:p w14:paraId="229C1B2F"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-0.64 (-2.16, 0.89)</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59CB9052"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sz w:val="18"/>
              </w:rPr>
              <w:t>-0.46 (-1.86 to 0.96)</w:t>
            </w:r>
          </w:p>
        </w:tc>
      </w:tr>
      <w:tr w:rsidR="009C575C" w:rsidRPr="00EB75F0" w14:paraId="4DA909CF"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6B881788" w14:textId="77777777" w:rsidR="009C575C" w:rsidRPr="00EB75F0" w:rsidRDefault="009C575C"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Cariprazine</w:t>
            </w:r>
            <w:proofErr w:type="spellEnd"/>
          </w:p>
        </w:tc>
        <w:tc>
          <w:tcPr>
            <w:tcW w:w="949" w:type="pct"/>
            <w:tcBorders>
              <w:top w:val="single" w:sz="4" w:space="0" w:color="000000"/>
              <w:left w:val="single" w:sz="4" w:space="0" w:color="000000"/>
              <w:bottom w:val="single" w:sz="4" w:space="0" w:color="000000"/>
              <w:right w:val="single" w:sz="4" w:space="0" w:color="000000"/>
            </w:tcBorders>
          </w:tcPr>
          <w:p w14:paraId="5EFBBF01"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-0.13 (-0.99, 0.74)</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7ADB7A47"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-0.19 (-1.71, 1.31)</w:t>
            </w:r>
          </w:p>
        </w:tc>
        <w:tc>
          <w:tcPr>
            <w:tcW w:w="977" w:type="pct"/>
            <w:tcBorders>
              <w:top w:val="single" w:sz="4" w:space="0" w:color="000000"/>
              <w:left w:val="single" w:sz="4" w:space="0" w:color="000000"/>
              <w:bottom w:val="single" w:sz="4" w:space="0" w:color="000000"/>
              <w:right w:val="single" w:sz="4" w:space="0" w:color="000000"/>
            </w:tcBorders>
          </w:tcPr>
          <w:p w14:paraId="50EEEBBB"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-0.15 (-1.69, 1.35)</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78D63B2C"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sz w:val="18"/>
              </w:rPr>
              <w:t>-0.22 (-1.69 to 1.21)</w:t>
            </w:r>
          </w:p>
        </w:tc>
      </w:tr>
      <w:tr w:rsidR="009C575C" w:rsidRPr="00EB75F0" w14:paraId="6604F10A"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68EA29BB" w14:textId="77777777" w:rsidR="009C575C" w:rsidRPr="00EB75F0" w:rsidRDefault="009C575C" w:rsidP="00C32B29">
            <w:pPr>
              <w:pStyle w:val="TableText"/>
              <w:spacing w:before="48" w:after="48"/>
              <w:rPr>
                <w:rFonts w:asciiTheme="majorHAnsi" w:hAnsiTheme="majorHAnsi" w:cstheme="majorHAnsi"/>
                <w:sz w:val="18"/>
              </w:rPr>
            </w:pPr>
            <w:proofErr w:type="spellStart"/>
            <w:r w:rsidRPr="00EB75F0">
              <w:rPr>
                <w:rFonts w:asciiTheme="majorHAnsi" w:hAnsiTheme="majorHAnsi" w:cstheme="majorHAnsi"/>
                <w:color w:val="000000"/>
                <w:sz w:val="18"/>
              </w:rPr>
              <w:t>Lumateperone</w:t>
            </w:r>
            <w:proofErr w:type="spellEnd"/>
          </w:p>
        </w:tc>
        <w:tc>
          <w:tcPr>
            <w:tcW w:w="949" w:type="pct"/>
            <w:tcBorders>
              <w:top w:val="single" w:sz="4" w:space="0" w:color="000000"/>
              <w:left w:val="single" w:sz="4" w:space="0" w:color="000000"/>
              <w:bottom w:val="single" w:sz="4" w:space="0" w:color="000000"/>
              <w:right w:val="single" w:sz="4" w:space="0" w:color="000000"/>
            </w:tcBorders>
          </w:tcPr>
          <w:p w14:paraId="7A4FDB79"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-1.01 (-2.41, 0.39)</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64A3AA6A"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-1.08 (-3.45, 1.26)</w:t>
            </w:r>
          </w:p>
        </w:tc>
        <w:tc>
          <w:tcPr>
            <w:tcW w:w="977" w:type="pct"/>
            <w:tcBorders>
              <w:top w:val="single" w:sz="4" w:space="0" w:color="000000"/>
              <w:left w:val="single" w:sz="4" w:space="0" w:color="000000"/>
              <w:bottom w:val="single" w:sz="4" w:space="0" w:color="000000"/>
              <w:right w:val="single" w:sz="4" w:space="0" w:color="000000"/>
            </w:tcBorders>
          </w:tcPr>
          <w:p w14:paraId="75CD8F47"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-1.07 (-3.44, 1.29)</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69FE90C6"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sz w:val="18"/>
              </w:rPr>
              <w:t>-1.08 (-3.34 to 1.18)</w:t>
            </w:r>
          </w:p>
        </w:tc>
      </w:tr>
      <w:tr w:rsidR="009C575C" w:rsidRPr="00EB75F0" w14:paraId="1CD630B5"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66A00929"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Olanzapine</w:t>
            </w:r>
          </w:p>
        </w:tc>
        <w:tc>
          <w:tcPr>
            <w:tcW w:w="949" w:type="pct"/>
            <w:tcBorders>
              <w:top w:val="single" w:sz="4" w:space="0" w:color="000000"/>
              <w:left w:val="single" w:sz="4" w:space="0" w:color="000000"/>
              <w:bottom w:val="single" w:sz="4" w:space="0" w:color="000000"/>
              <w:right w:val="single" w:sz="4" w:space="0" w:color="000000"/>
            </w:tcBorders>
          </w:tcPr>
          <w:p w14:paraId="248C65C1"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-0.07 (-0.96, 0.81)</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39285A41"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-0.04 (-1.46, 1.38)</w:t>
            </w:r>
          </w:p>
        </w:tc>
        <w:tc>
          <w:tcPr>
            <w:tcW w:w="977" w:type="pct"/>
            <w:tcBorders>
              <w:top w:val="single" w:sz="4" w:space="0" w:color="000000"/>
              <w:left w:val="single" w:sz="4" w:space="0" w:color="000000"/>
              <w:bottom w:val="single" w:sz="4" w:space="0" w:color="000000"/>
              <w:right w:val="single" w:sz="4" w:space="0" w:color="000000"/>
            </w:tcBorders>
          </w:tcPr>
          <w:p w14:paraId="5C1B51D8"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-0.03 (-1.46, 1.39)</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1F1FAA55"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sz w:val="18"/>
              </w:rPr>
              <w:t>-0.22 (-1.61 to 1.16)</w:t>
            </w:r>
          </w:p>
        </w:tc>
      </w:tr>
      <w:tr w:rsidR="009C575C" w:rsidRPr="00EB75F0" w14:paraId="7BB33383"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60176193"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Quetiapine</w:t>
            </w:r>
          </w:p>
        </w:tc>
        <w:tc>
          <w:tcPr>
            <w:tcW w:w="949" w:type="pct"/>
            <w:tcBorders>
              <w:top w:val="single" w:sz="4" w:space="0" w:color="000000"/>
              <w:left w:val="single" w:sz="4" w:space="0" w:color="000000"/>
              <w:bottom w:val="single" w:sz="4" w:space="0" w:color="000000"/>
              <w:right w:val="single" w:sz="4" w:space="0" w:color="000000"/>
            </w:tcBorders>
          </w:tcPr>
          <w:p w14:paraId="7C072BBA"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0.24 (-0.67, 1.13)</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3A256AEB"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0.32 (-1.18, 1.84)</w:t>
            </w:r>
          </w:p>
        </w:tc>
        <w:tc>
          <w:tcPr>
            <w:tcW w:w="977" w:type="pct"/>
            <w:tcBorders>
              <w:top w:val="single" w:sz="4" w:space="0" w:color="000000"/>
              <w:left w:val="single" w:sz="4" w:space="0" w:color="000000"/>
              <w:bottom w:val="single" w:sz="4" w:space="0" w:color="000000"/>
              <w:right w:val="single" w:sz="4" w:space="0" w:color="000000"/>
            </w:tcBorders>
          </w:tcPr>
          <w:p w14:paraId="48838606"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0.30 (-1.20, 1.85)</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78B9670C"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sz w:val="18"/>
              </w:rPr>
              <w:t>0.30 (-1.12 to 1.77)</w:t>
            </w:r>
          </w:p>
        </w:tc>
      </w:tr>
      <w:tr w:rsidR="009C575C" w:rsidRPr="00EB75F0" w14:paraId="53EF0764"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24CC280B"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color w:val="000000"/>
                <w:sz w:val="18"/>
              </w:rPr>
              <w:t>Risperidone</w:t>
            </w:r>
          </w:p>
        </w:tc>
        <w:tc>
          <w:tcPr>
            <w:tcW w:w="949" w:type="pct"/>
            <w:tcBorders>
              <w:top w:val="single" w:sz="4" w:space="0" w:color="000000"/>
              <w:left w:val="single" w:sz="4" w:space="0" w:color="000000"/>
              <w:bottom w:val="single" w:sz="4" w:space="0" w:color="000000"/>
              <w:right w:val="single" w:sz="4" w:space="0" w:color="000000"/>
            </w:tcBorders>
          </w:tcPr>
          <w:p w14:paraId="472906C9"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-0.81 (-1.57, -0.05)</w:t>
            </w:r>
          </w:p>
        </w:tc>
        <w:tc>
          <w:tcPr>
            <w:tcW w:w="1096" w:type="pct"/>
            <w:tcBorders>
              <w:top w:val="single" w:sz="4" w:space="0" w:color="000000"/>
              <w:left w:val="single" w:sz="4" w:space="0" w:color="000000"/>
              <w:bottom w:val="single" w:sz="4" w:space="0" w:color="000000"/>
              <w:right w:val="single" w:sz="4" w:space="0" w:color="000000"/>
            </w:tcBorders>
            <w:shd w:val="clear" w:color="auto" w:fill="FFFCCC"/>
          </w:tcPr>
          <w:p w14:paraId="0BF6303A"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-0.41 (-1.81, 0.98)</w:t>
            </w:r>
          </w:p>
        </w:tc>
        <w:tc>
          <w:tcPr>
            <w:tcW w:w="977" w:type="pct"/>
            <w:tcBorders>
              <w:top w:val="single" w:sz="4" w:space="0" w:color="000000"/>
              <w:left w:val="single" w:sz="4" w:space="0" w:color="000000"/>
              <w:bottom w:val="single" w:sz="4" w:space="0" w:color="000000"/>
              <w:right w:val="single" w:sz="4" w:space="0" w:color="000000"/>
            </w:tcBorders>
          </w:tcPr>
          <w:p w14:paraId="7EA4E76D" w14:textId="77777777" w:rsidR="009C575C" w:rsidRPr="00EB75F0" w:rsidRDefault="009C575C" w:rsidP="00C32B29">
            <w:pPr>
              <w:pStyle w:val="TableText"/>
              <w:spacing w:before="48" w:after="48"/>
              <w:rPr>
                <w:rFonts w:asciiTheme="majorHAnsi" w:hAnsiTheme="majorHAnsi" w:cstheme="majorHAnsi"/>
                <w:b/>
                <w:color w:val="000000"/>
                <w:sz w:val="18"/>
              </w:rPr>
            </w:pPr>
            <w:r w:rsidRPr="00EB75F0">
              <w:rPr>
                <w:rFonts w:asciiTheme="majorHAnsi" w:hAnsiTheme="majorHAnsi" w:cstheme="majorHAnsi"/>
                <w:sz w:val="18"/>
              </w:rPr>
              <w:t>-0.22 (-1.69, 1.21)</w:t>
            </w:r>
          </w:p>
        </w:tc>
        <w:tc>
          <w:tcPr>
            <w:tcW w:w="989" w:type="pct"/>
            <w:gridSpan w:val="3"/>
            <w:tcBorders>
              <w:top w:val="single" w:sz="4" w:space="0" w:color="000000"/>
              <w:left w:val="single" w:sz="4" w:space="0" w:color="000000"/>
              <w:bottom w:val="single" w:sz="4" w:space="0" w:color="000000"/>
              <w:right w:val="single" w:sz="4" w:space="0" w:color="000000"/>
            </w:tcBorders>
            <w:vAlign w:val="center"/>
          </w:tcPr>
          <w:p w14:paraId="174F2FF2" w14:textId="77777777" w:rsidR="009C575C" w:rsidRPr="00EB75F0" w:rsidRDefault="009C575C" w:rsidP="00C32B29">
            <w:pPr>
              <w:pStyle w:val="TableText"/>
              <w:spacing w:before="48" w:after="48"/>
              <w:rPr>
                <w:rFonts w:asciiTheme="majorHAnsi" w:hAnsiTheme="majorHAnsi" w:cstheme="majorHAnsi"/>
                <w:sz w:val="18"/>
              </w:rPr>
            </w:pPr>
            <w:r w:rsidRPr="00EB75F0">
              <w:rPr>
                <w:rFonts w:asciiTheme="majorHAnsi" w:hAnsiTheme="majorHAnsi" w:cstheme="majorHAnsi"/>
                <w:sz w:val="18"/>
              </w:rPr>
              <w:t>-0.45 (-1.80 to 0.89)</w:t>
            </w:r>
          </w:p>
        </w:tc>
      </w:tr>
      <w:tr w:rsidR="009C575C" w:rsidRPr="00EB75F0" w14:paraId="30CAFDC4" w14:textId="77777777" w:rsidTr="00C32B29">
        <w:trPr>
          <w:gridAfter w:val="1"/>
          <w:wAfter w:w="4" w:type="pct"/>
          <w:trHeight w:val="58"/>
        </w:trPr>
        <w:tc>
          <w:tcPr>
            <w:tcW w:w="4996" w:type="pct"/>
            <w:gridSpan w:val="6"/>
            <w:tcBorders>
              <w:top w:val="single" w:sz="4" w:space="0" w:color="000000"/>
              <w:left w:val="single" w:sz="4" w:space="0" w:color="000000"/>
              <w:bottom w:val="single" w:sz="4" w:space="0" w:color="000000"/>
              <w:right w:val="single" w:sz="4" w:space="0" w:color="000000"/>
            </w:tcBorders>
            <w:shd w:val="clear" w:color="auto" w:fill="000000"/>
            <w:vAlign w:val="center"/>
          </w:tcPr>
          <w:p w14:paraId="13FB752D" w14:textId="77777777" w:rsidR="009C575C" w:rsidRPr="00EB75F0" w:rsidRDefault="009C575C"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highlight w:val="black"/>
              </w:rPr>
              <w:t>Direct head-to-head meta-analyses</w:t>
            </w:r>
          </w:p>
        </w:tc>
      </w:tr>
      <w:tr w:rsidR="009C575C" w:rsidRPr="00EB75F0" w14:paraId="6A944893"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76760771" w14:textId="77777777" w:rsidR="009C575C" w:rsidRPr="00EB75F0" w:rsidRDefault="009C575C"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Range of I</w:t>
            </w:r>
            <w:r w:rsidRPr="00EB75F0">
              <w:rPr>
                <w:rFonts w:asciiTheme="majorHAnsi" w:hAnsiTheme="majorHAnsi" w:cstheme="majorHAnsi"/>
                <w:color w:val="000000"/>
                <w:sz w:val="18"/>
                <w:vertAlign w:val="superscript"/>
              </w:rPr>
              <w:t>2</w:t>
            </w:r>
            <w:r w:rsidRPr="00EB75F0">
              <w:rPr>
                <w:rFonts w:asciiTheme="majorHAnsi" w:hAnsiTheme="majorHAnsi" w:cstheme="majorHAnsi"/>
                <w:color w:val="000000"/>
                <w:sz w:val="18"/>
              </w:rPr>
              <w:t xml:space="preserve"> values</w:t>
            </w:r>
          </w:p>
        </w:tc>
        <w:tc>
          <w:tcPr>
            <w:tcW w:w="2045" w:type="pct"/>
            <w:gridSpan w:val="2"/>
            <w:tcBorders>
              <w:top w:val="single" w:sz="4" w:space="0" w:color="000000"/>
              <w:left w:val="single" w:sz="4" w:space="0" w:color="000000"/>
              <w:bottom w:val="single" w:sz="4" w:space="0" w:color="000000"/>
              <w:right w:val="single" w:sz="4" w:space="0" w:color="000000"/>
            </w:tcBorders>
            <w:vAlign w:val="bottom"/>
          </w:tcPr>
          <w:p w14:paraId="29085F95" w14:textId="77777777" w:rsidR="009C575C" w:rsidRPr="00EB75F0" w:rsidRDefault="009C575C"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 xml:space="preserve">0-78%, considerable heterogeneity between studies for aripiprazole versus placebo (52%), </w:t>
            </w:r>
            <w:r w:rsidRPr="00EB75F0">
              <w:rPr>
                <w:rFonts w:asciiTheme="majorHAnsi" w:hAnsiTheme="majorHAnsi" w:cstheme="majorHAnsi"/>
                <w:color w:val="000000"/>
                <w:sz w:val="18"/>
              </w:rPr>
              <w:lastRenderedPageBreak/>
              <w:t>olanzapine versus placebo (76%), quetiapine versus placebo (66%), and risperidone versus placebo (78%)</w:t>
            </w:r>
          </w:p>
        </w:tc>
        <w:tc>
          <w:tcPr>
            <w:tcW w:w="980" w:type="pct"/>
            <w:gridSpan w:val="2"/>
            <w:tcBorders>
              <w:top w:val="single" w:sz="4" w:space="0" w:color="000000"/>
              <w:left w:val="single" w:sz="4" w:space="0" w:color="000000"/>
              <w:bottom w:val="single" w:sz="4" w:space="0" w:color="000000"/>
              <w:right w:val="single" w:sz="4" w:space="0" w:color="000000"/>
            </w:tcBorders>
            <w:vAlign w:val="bottom"/>
          </w:tcPr>
          <w:p w14:paraId="41478F66" w14:textId="77777777" w:rsidR="009C575C" w:rsidRPr="00EB75F0" w:rsidRDefault="009C575C"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lastRenderedPageBreak/>
              <w:t xml:space="preserve">0-75%, considerable heterogeneity </w:t>
            </w:r>
            <w:r w:rsidRPr="00EB75F0">
              <w:rPr>
                <w:rFonts w:asciiTheme="majorHAnsi" w:hAnsiTheme="majorHAnsi" w:cstheme="majorHAnsi"/>
                <w:color w:val="000000"/>
                <w:sz w:val="18"/>
              </w:rPr>
              <w:lastRenderedPageBreak/>
              <w:t>between studies for aripiprazole versus placebo (50%), olanzapine versus placebo (75%), quetiapine versus placebo (65%), and risperidone versus placebo (66%)</w:t>
            </w:r>
          </w:p>
        </w:tc>
        <w:tc>
          <w:tcPr>
            <w:tcW w:w="985" w:type="pct"/>
            <w:gridSpan w:val="2"/>
            <w:tcBorders>
              <w:top w:val="single" w:sz="4" w:space="0" w:color="000000"/>
              <w:left w:val="single" w:sz="4" w:space="0" w:color="000000"/>
              <w:bottom w:val="single" w:sz="4" w:space="0" w:color="000000"/>
              <w:right w:val="single" w:sz="4" w:space="0" w:color="000000"/>
            </w:tcBorders>
            <w:vAlign w:val="bottom"/>
          </w:tcPr>
          <w:p w14:paraId="715525B3" w14:textId="77777777" w:rsidR="009C575C" w:rsidRPr="00EB75F0" w:rsidRDefault="009C575C"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lastRenderedPageBreak/>
              <w:t xml:space="preserve">0-78%, considerable heterogeneity </w:t>
            </w:r>
            <w:r w:rsidRPr="00EB75F0">
              <w:rPr>
                <w:rFonts w:asciiTheme="majorHAnsi" w:hAnsiTheme="majorHAnsi" w:cstheme="majorHAnsi"/>
                <w:color w:val="000000"/>
                <w:sz w:val="18"/>
              </w:rPr>
              <w:lastRenderedPageBreak/>
              <w:t>between studies for olanzapine versus placebo (76%), quetiapine versus placebo (66%), and risperidone versus placebo (78%)</w:t>
            </w:r>
          </w:p>
        </w:tc>
      </w:tr>
      <w:tr w:rsidR="009C575C" w:rsidRPr="00EB75F0" w14:paraId="05998BBB" w14:textId="77777777" w:rsidTr="00C32B29">
        <w:trPr>
          <w:trHeight w:val="58"/>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0000"/>
            <w:vAlign w:val="center"/>
          </w:tcPr>
          <w:p w14:paraId="55B115AE" w14:textId="77777777" w:rsidR="009C575C" w:rsidRPr="00EB75F0" w:rsidRDefault="009C575C" w:rsidP="00C32B29">
            <w:pPr>
              <w:pStyle w:val="TableText"/>
              <w:spacing w:before="48" w:after="48"/>
              <w:rPr>
                <w:rFonts w:asciiTheme="majorHAnsi" w:hAnsiTheme="majorHAnsi" w:cstheme="majorHAnsi"/>
                <w:color w:val="FFFFFF"/>
                <w:sz w:val="18"/>
              </w:rPr>
            </w:pPr>
            <w:r w:rsidRPr="00EB75F0">
              <w:rPr>
                <w:rFonts w:asciiTheme="majorHAnsi" w:hAnsiTheme="majorHAnsi" w:cstheme="majorHAnsi"/>
                <w:color w:val="FFFFFF"/>
                <w:sz w:val="18"/>
              </w:rPr>
              <w:lastRenderedPageBreak/>
              <w:t>Node-splitting analyses</w:t>
            </w:r>
          </w:p>
        </w:tc>
      </w:tr>
      <w:tr w:rsidR="009C575C" w:rsidRPr="00EB75F0" w14:paraId="42D99C98" w14:textId="77777777" w:rsidTr="00C32B29">
        <w:trPr>
          <w:trHeight w:val="58"/>
        </w:trPr>
        <w:tc>
          <w:tcPr>
            <w:tcW w:w="990" w:type="pct"/>
            <w:tcBorders>
              <w:top w:val="single" w:sz="4" w:space="0" w:color="000000"/>
              <w:left w:val="single" w:sz="4" w:space="0" w:color="000000"/>
              <w:bottom w:val="single" w:sz="4" w:space="0" w:color="000000"/>
              <w:right w:val="single" w:sz="4" w:space="0" w:color="000000"/>
            </w:tcBorders>
            <w:vAlign w:val="center"/>
          </w:tcPr>
          <w:p w14:paraId="6E923E67" w14:textId="77777777" w:rsidR="009C575C" w:rsidRPr="00EB75F0" w:rsidRDefault="009C575C"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IF estimates suggesting inconsistency</w:t>
            </w:r>
          </w:p>
        </w:tc>
        <w:tc>
          <w:tcPr>
            <w:tcW w:w="2045" w:type="pct"/>
            <w:gridSpan w:val="2"/>
            <w:tcBorders>
              <w:top w:val="single" w:sz="4" w:space="0" w:color="000000"/>
              <w:left w:val="single" w:sz="4" w:space="0" w:color="000000"/>
              <w:bottom w:val="single" w:sz="4" w:space="0" w:color="000000"/>
              <w:right w:val="single" w:sz="4" w:space="0" w:color="000000"/>
            </w:tcBorders>
            <w:vAlign w:val="center"/>
          </w:tcPr>
          <w:p w14:paraId="7B70DB78" w14:textId="77777777" w:rsidR="009C575C" w:rsidRPr="00EB75F0" w:rsidRDefault="009C575C"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w:t>
            </w:r>
          </w:p>
        </w:tc>
        <w:tc>
          <w:tcPr>
            <w:tcW w:w="980" w:type="pct"/>
            <w:gridSpan w:val="2"/>
            <w:tcBorders>
              <w:top w:val="single" w:sz="4" w:space="0" w:color="000000"/>
              <w:left w:val="single" w:sz="4" w:space="0" w:color="000000"/>
              <w:bottom w:val="single" w:sz="4" w:space="0" w:color="000000"/>
              <w:right w:val="single" w:sz="4" w:space="0" w:color="000000"/>
            </w:tcBorders>
            <w:vAlign w:val="center"/>
          </w:tcPr>
          <w:p w14:paraId="33A073B8" w14:textId="77777777" w:rsidR="009C575C" w:rsidRPr="00EB75F0" w:rsidRDefault="009C575C"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w:t>
            </w:r>
          </w:p>
        </w:tc>
        <w:tc>
          <w:tcPr>
            <w:tcW w:w="985" w:type="pct"/>
            <w:gridSpan w:val="2"/>
            <w:tcBorders>
              <w:top w:val="single" w:sz="4" w:space="0" w:color="000000"/>
              <w:left w:val="single" w:sz="4" w:space="0" w:color="000000"/>
              <w:bottom w:val="single" w:sz="4" w:space="0" w:color="000000"/>
              <w:right w:val="single" w:sz="4" w:space="0" w:color="000000"/>
            </w:tcBorders>
            <w:vAlign w:val="center"/>
          </w:tcPr>
          <w:p w14:paraId="2D842DB1" w14:textId="77777777" w:rsidR="009C575C" w:rsidRPr="00EB75F0" w:rsidRDefault="009C575C"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color w:val="000000"/>
                <w:sz w:val="18"/>
              </w:rPr>
              <w:t>-</w:t>
            </w:r>
          </w:p>
        </w:tc>
      </w:tr>
      <w:tr w:rsidR="009C575C" w:rsidRPr="00EB75F0" w14:paraId="1D2A9C0D" w14:textId="77777777" w:rsidTr="00C32B29">
        <w:trPr>
          <w:trHeight w:val="58"/>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31593D06" w14:textId="27693C6C" w:rsidR="009C575C" w:rsidRPr="00EB75F0" w:rsidRDefault="009C575C" w:rsidP="00C32B29">
            <w:pPr>
              <w:pStyle w:val="Legend"/>
              <w:spacing w:before="48" w:after="48"/>
              <w:rPr>
                <w:rFonts w:asciiTheme="majorHAnsi" w:hAnsiTheme="majorHAnsi" w:cstheme="majorHAnsi"/>
                <w:sz w:val="16"/>
              </w:rPr>
            </w:pPr>
            <w:r w:rsidRPr="00EB75F0">
              <w:rPr>
                <w:rFonts w:asciiTheme="majorHAnsi" w:hAnsiTheme="majorHAnsi" w:cstheme="majorHAnsi"/>
                <w:b/>
                <w:sz w:val="16"/>
              </w:rPr>
              <w:t>Key:</w:t>
            </w:r>
            <w:r w:rsidRPr="00EB75F0">
              <w:rPr>
                <w:rFonts w:asciiTheme="majorHAnsi" w:hAnsiTheme="majorHAnsi" w:cstheme="majorHAnsi"/>
                <w:sz w:val="16"/>
              </w:rPr>
              <w:t xml:space="preserve"> </w:t>
            </w:r>
            <w:proofErr w:type="spellStart"/>
            <w:r w:rsidRPr="00EB75F0">
              <w:rPr>
                <w:rFonts w:asciiTheme="majorHAnsi" w:hAnsiTheme="majorHAnsi" w:cstheme="majorHAnsi"/>
                <w:sz w:val="16"/>
              </w:rPr>
              <w:t>CrI</w:t>
            </w:r>
            <w:proofErr w:type="spellEnd"/>
            <w:r w:rsidRPr="00EB75F0">
              <w:rPr>
                <w:rFonts w:asciiTheme="majorHAnsi" w:hAnsiTheme="majorHAnsi" w:cstheme="majorHAnsi"/>
                <w:sz w:val="16"/>
              </w:rPr>
              <w:t xml:space="preserve">, credible interval; DIC, deviance information criterion; FE, fixed-effects; </w:t>
            </w:r>
            <w:r w:rsidR="00A47D85" w:rsidRPr="00EB75F0">
              <w:rPr>
                <w:rFonts w:asciiTheme="majorHAnsi" w:hAnsiTheme="majorHAnsi" w:cstheme="majorHAnsi"/>
                <w:sz w:val="16"/>
                <w:szCs w:val="16"/>
              </w:rPr>
              <w:t>MD, mean difference</w:t>
            </w:r>
            <w:r w:rsidRPr="00EB75F0">
              <w:rPr>
                <w:rFonts w:asciiTheme="majorHAnsi" w:hAnsiTheme="majorHAnsi" w:cstheme="majorHAnsi"/>
                <w:sz w:val="16"/>
              </w:rPr>
              <w:t>; RE, random-effects; IF, inconsistency factor</w:t>
            </w:r>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KarXT</w:t>
            </w:r>
            <w:proofErr w:type="spellEnd"/>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xanomeline</w:t>
            </w:r>
            <w:proofErr w:type="spellEnd"/>
            <w:r w:rsidR="00DB65DB" w:rsidRPr="00DB65DB">
              <w:rPr>
                <w:rFonts w:asciiTheme="majorHAnsi" w:hAnsiTheme="majorHAnsi" w:cstheme="majorHAnsi"/>
                <w:sz w:val="16"/>
              </w:rPr>
              <w:t>/</w:t>
            </w:r>
            <w:proofErr w:type="spellStart"/>
            <w:r w:rsidR="00DB65DB" w:rsidRPr="00DB65DB">
              <w:rPr>
                <w:rFonts w:asciiTheme="majorHAnsi" w:hAnsiTheme="majorHAnsi" w:cstheme="majorHAnsi"/>
                <w:sz w:val="16"/>
              </w:rPr>
              <w:t>trospium</w:t>
            </w:r>
            <w:proofErr w:type="spellEnd"/>
            <w:r w:rsidR="00DB65DB" w:rsidRPr="00DB65DB">
              <w:rPr>
                <w:rFonts w:asciiTheme="majorHAnsi" w:hAnsiTheme="majorHAnsi" w:cstheme="majorHAnsi"/>
                <w:sz w:val="16"/>
              </w:rPr>
              <w:t xml:space="preserve"> chloride</w:t>
            </w:r>
          </w:p>
          <w:p w14:paraId="4786E5CC" w14:textId="77777777" w:rsidR="009C575C" w:rsidRPr="00EB75F0" w:rsidRDefault="009C575C" w:rsidP="00C32B29">
            <w:pPr>
              <w:pStyle w:val="TableText"/>
              <w:spacing w:before="48" w:after="48"/>
              <w:rPr>
                <w:rFonts w:asciiTheme="majorHAnsi" w:hAnsiTheme="majorHAnsi" w:cstheme="majorHAnsi"/>
                <w:color w:val="000000"/>
                <w:sz w:val="18"/>
              </w:rPr>
            </w:pPr>
            <w:r w:rsidRPr="00EB75F0">
              <w:rPr>
                <w:rFonts w:asciiTheme="majorHAnsi" w:hAnsiTheme="majorHAnsi" w:cstheme="majorHAnsi"/>
                <w:b/>
                <w:sz w:val="16"/>
              </w:rPr>
              <w:t>Notes:</w:t>
            </w:r>
            <w:r w:rsidRPr="00EB75F0">
              <w:rPr>
                <w:rFonts w:asciiTheme="majorHAnsi" w:hAnsiTheme="majorHAnsi" w:cstheme="majorHAnsi"/>
                <w:sz w:val="16"/>
              </w:rPr>
              <w:t xml:space="preserve"> </w:t>
            </w:r>
            <w:r w:rsidRPr="00EB75F0">
              <w:rPr>
                <w:rFonts w:asciiTheme="majorHAnsi" w:hAnsiTheme="majorHAnsi" w:cstheme="majorHAnsi"/>
                <w:sz w:val="16"/>
                <w:shd w:val="clear" w:color="auto" w:fill="FFFCCC"/>
              </w:rPr>
              <w:t>Pale yellow highlight</w:t>
            </w:r>
            <w:r w:rsidRPr="00EB75F0">
              <w:rPr>
                <w:rFonts w:asciiTheme="majorHAnsi" w:hAnsiTheme="majorHAnsi" w:cstheme="majorHAnsi"/>
                <w:sz w:val="16"/>
              </w:rPr>
              <w:t xml:space="preserve"> indicates the base case model; statistically significant differences are highlighted in </w:t>
            </w:r>
            <w:r w:rsidRPr="00EB75F0">
              <w:rPr>
                <w:rFonts w:asciiTheme="majorHAnsi" w:hAnsiTheme="majorHAnsi" w:cstheme="majorHAnsi"/>
                <w:b/>
                <w:sz w:val="16"/>
              </w:rPr>
              <w:t>bold</w:t>
            </w:r>
            <w:r w:rsidRPr="00EB75F0">
              <w:rPr>
                <w:rFonts w:asciiTheme="majorHAnsi" w:hAnsiTheme="majorHAnsi" w:cstheme="majorHAnsi"/>
                <w:sz w:val="16"/>
              </w:rPr>
              <w:t>.</w:t>
            </w:r>
          </w:p>
        </w:tc>
      </w:tr>
    </w:tbl>
    <w:p w14:paraId="1F134AA4" w14:textId="77777777" w:rsidR="009C575C" w:rsidRPr="00EB75F0" w:rsidRDefault="009C575C">
      <w:pPr>
        <w:spacing w:before="0" w:after="200" w:line="276" w:lineRule="auto"/>
      </w:pPr>
    </w:p>
    <w:p w14:paraId="116B001B" w14:textId="77777777" w:rsidR="009C575C" w:rsidRDefault="009C575C">
      <w:pPr>
        <w:spacing w:before="0" w:after="200" w:line="276" w:lineRule="auto"/>
      </w:pPr>
    </w:p>
    <w:p w14:paraId="50EFB5D8" w14:textId="1EF8D06D" w:rsidR="002A4086" w:rsidRDefault="002A4086" w:rsidP="002A4086">
      <w:pPr>
        <w:pStyle w:val="Heading3"/>
      </w:pPr>
      <w:r w:rsidRPr="007F6A73">
        <w:lastRenderedPageBreak/>
        <w:t xml:space="preserve">Figure </w:t>
      </w:r>
      <w:r>
        <w:t>S</w:t>
      </w:r>
      <w:fldSimple w:instr=" SEQ Figure \* ARABIC ">
        <w:r w:rsidR="004B2F28">
          <w:rPr>
            <w:noProof/>
          </w:rPr>
          <w:t>48</w:t>
        </w:r>
      </w:fldSimple>
      <w:r w:rsidRPr="007F6A73">
        <w:t xml:space="preserve">: Change from baseline </w:t>
      </w:r>
      <w:r w:rsidRPr="00EB75F0">
        <w:t xml:space="preserve">PANSS </w:t>
      </w:r>
      <w:r>
        <w:t>negative</w:t>
      </w:r>
      <w:r w:rsidRPr="00EB75F0">
        <w:t xml:space="preserve"> symptoms score –</w:t>
      </w:r>
      <w:r w:rsidRPr="00C228BD">
        <w:t xml:space="preserve"> </w:t>
      </w:r>
      <w:r>
        <w:t xml:space="preserve">distribution of potential effect modifiers by treatment node </w:t>
      </w:r>
      <w:r w:rsidRPr="007F6A73">
        <w:t>–</w:t>
      </w:r>
      <w:r>
        <w:t xml:space="preserve"> </w:t>
      </w:r>
      <w:r w:rsidRPr="00EB75F0">
        <w:t>base case network</w:t>
      </w:r>
      <w:r w:rsidRPr="007F6A73">
        <w:t xml:space="preserve"> </w:t>
      </w:r>
      <w:r w:rsidRPr="007F6A73">
        <w:rPr>
          <w:noProof/>
        </w:rPr>
        <w:drawing>
          <wp:inline distT="0" distB="0" distL="0" distR="0" wp14:anchorId="401983F8" wp14:editId="1B3C5C81">
            <wp:extent cx="6119495" cy="7420745"/>
            <wp:effectExtent l="0" t="0" r="0" b="8890"/>
            <wp:docPr id="243137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137109" name="Picture 1"/>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088B566A" w14:textId="7FA4611F" w:rsidR="00BC48CA" w:rsidRPr="009E25E6" w:rsidRDefault="002A4086" w:rsidP="00BC48CA">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w:t>
      </w:r>
      <w:r>
        <w:rPr>
          <w:sz w:val="20"/>
        </w:rPr>
        <w:t>2</w:t>
      </w:r>
      <w:r w:rsidR="009B7FB4">
        <w:rPr>
          <w:sz w:val="20"/>
        </w:rPr>
        <w:t>8</w:t>
      </w:r>
      <w:r w:rsidRPr="009E25E6">
        <w:rPr>
          <w:sz w:val="20"/>
        </w:rPr>
        <w:t>, 0.</w:t>
      </w:r>
      <w:r w:rsidR="009B7FB4">
        <w:rPr>
          <w:sz w:val="20"/>
        </w:rPr>
        <w:t>089</w:t>
      </w:r>
      <w:r w:rsidRPr="009E25E6">
        <w:rPr>
          <w:sz w:val="20"/>
        </w:rPr>
        <w:t>, 0.</w:t>
      </w:r>
      <w:r>
        <w:rPr>
          <w:sz w:val="20"/>
        </w:rPr>
        <w:t>0</w:t>
      </w:r>
      <w:r w:rsidR="009B7FB4">
        <w:rPr>
          <w:sz w:val="20"/>
        </w:rPr>
        <w:t>38</w:t>
      </w:r>
      <w:r w:rsidRPr="009E25E6">
        <w:rPr>
          <w:sz w:val="20"/>
        </w:rPr>
        <w:t>, 0.</w:t>
      </w:r>
      <w:r>
        <w:rPr>
          <w:sz w:val="20"/>
        </w:rPr>
        <w:t>2</w:t>
      </w:r>
      <w:r w:rsidR="009B7FB4">
        <w:rPr>
          <w:sz w:val="20"/>
        </w:rPr>
        <w:t>5</w:t>
      </w:r>
      <w:r w:rsidRPr="009E25E6">
        <w:rPr>
          <w:sz w:val="20"/>
        </w:rPr>
        <w:t xml:space="preserve">, </w:t>
      </w:r>
      <w:r>
        <w:rPr>
          <w:sz w:val="20"/>
        </w:rPr>
        <w:t>0.</w:t>
      </w:r>
      <w:r w:rsidR="009B7FB4">
        <w:rPr>
          <w:sz w:val="20"/>
        </w:rPr>
        <w:t>16</w:t>
      </w:r>
      <w:r>
        <w:rPr>
          <w:sz w:val="20"/>
        </w:rPr>
        <w:t xml:space="preserve"> </w:t>
      </w:r>
      <w:r w:rsidRPr="009E25E6">
        <w:rPr>
          <w:sz w:val="20"/>
        </w:rPr>
        <w:t xml:space="preserve">and 0.2, for percentage male, mean age, mean PANSS total score, mean PANSS positive score, mean PANSS negative score, and mean CGI-S score at baseline, respectively. </w:t>
      </w:r>
      <w:r w:rsidR="00BC48CA" w:rsidRPr="009E25E6">
        <w:rPr>
          <w:sz w:val="20"/>
        </w:rPr>
        <w:t xml:space="preserve">This indicates no significant difference between </w:t>
      </w:r>
      <w:r w:rsidR="00BC48CA">
        <w:rPr>
          <w:sz w:val="20"/>
        </w:rPr>
        <w:t xml:space="preserve">treatment </w:t>
      </w:r>
      <w:r w:rsidR="00BC48CA" w:rsidRPr="009E25E6">
        <w:rPr>
          <w:sz w:val="20"/>
        </w:rPr>
        <w:t>nodes except for with respect to mean PANSS total score at baseline.</w:t>
      </w:r>
      <w:r w:rsidR="00BC48CA">
        <w:rPr>
          <w:sz w:val="20"/>
        </w:rPr>
        <w:t xml:space="preserve"> </w:t>
      </w:r>
      <w:proofErr w:type="spellStart"/>
      <w:r w:rsidR="00BC48CA">
        <w:rPr>
          <w:sz w:val="20"/>
        </w:rPr>
        <w:t>KarXT</w:t>
      </w:r>
      <w:proofErr w:type="spellEnd"/>
      <w:r w:rsidR="00BC48CA">
        <w:rPr>
          <w:sz w:val="20"/>
        </w:rPr>
        <w:t xml:space="preserve"> was among the most dissimilar treatment nodes for this potential effect modifier</w:t>
      </w:r>
      <w:r w:rsidR="0093579D">
        <w:rPr>
          <w:sz w:val="20"/>
        </w:rPr>
        <w:t>. However, a</w:t>
      </w:r>
      <w:r w:rsidR="0093579D" w:rsidRPr="00BC00A1">
        <w:rPr>
          <w:sz w:val="20"/>
        </w:rPr>
        <w:t>fter applying a Bonferroni correction for six tests (p ≤ 0.0083), no treatment comparisons reached statistical significance.</w:t>
      </w:r>
    </w:p>
    <w:p w14:paraId="6D1090F3" w14:textId="7D10CB67" w:rsidR="00531702" w:rsidRDefault="00531702" w:rsidP="00531702">
      <w:pPr>
        <w:pStyle w:val="Heading3"/>
      </w:pPr>
      <w:r w:rsidRPr="007F6A73">
        <w:lastRenderedPageBreak/>
        <w:t xml:space="preserve">Figure </w:t>
      </w:r>
      <w:r>
        <w:t>S</w:t>
      </w:r>
      <w:fldSimple w:instr=" SEQ Figure \* ARABIC ">
        <w:r w:rsidR="004B2F28">
          <w:rPr>
            <w:noProof/>
          </w:rPr>
          <w:t>49</w:t>
        </w:r>
      </w:fldSimple>
      <w:r w:rsidRPr="007F6A73">
        <w:t xml:space="preserve">: Change from baseline </w:t>
      </w:r>
      <w:r w:rsidRPr="00EB75F0">
        <w:t xml:space="preserve">PANSS </w:t>
      </w:r>
      <w:r>
        <w:t>negative</w:t>
      </w:r>
      <w:r w:rsidRPr="00EB75F0">
        <w:t xml:space="preserve"> symptoms score –</w:t>
      </w:r>
      <w:r w:rsidRPr="00C228BD">
        <w:t xml:space="preserve"> </w:t>
      </w:r>
      <w:r>
        <w:t xml:space="preserve">distribution of potential effect modifiers by treatment node </w:t>
      </w:r>
      <w:r w:rsidRPr="007F6A73">
        <w:t>–</w:t>
      </w:r>
      <w:r>
        <w:t xml:space="preserve"> </w:t>
      </w:r>
      <w:r w:rsidRPr="00EB75F0">
        <w:t>sensitivity analysis excluding studies with predominantly Asian populations</w:t>
      </w:r>
      <w:r w:rsidRPr="007F6A73">
        <w:rPr>
          <w:noProof/>
        </w:rPr>
        <w:t xml:space="preserve"> </w:t>
      </w:r>
      <w:r w:rsidRPr="007F6A73">
        <w:rPr>
          <w:noProof/>
        </w:rPr>
        <w:drawing>
          <wp:inline distT="0" distB="0" distL="0" distR="0" wp14:anchorId="1AAD5A10" wp14:editId="15F60C23">
            <wp:extent cx="6119495" cy="7420745"/>
            <wp:effectExtent l="0" t="0" r="0" b="8890"/>
            <wp:docPr id="1123164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64601" name="Picture 1"/>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2F95A37A" w14:textId="1496E39A" w:rsidR="00531702" w:rsidRDefault="00531702" w:rsidP="00531702">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w:t>
      </w:r>
      <w:r w:rsidR="000173DF">
        <w:rPr>
          <w:sz w:val="20"/>
        </w:rPr>
        <w:t>16</w:t>
      </w:r>
      <w:r w:rsidRPr="009E25E6">
        <w:rPr>
          <w:sz w:val="20"/>
        </w:rPr>
        <w:t>, 0.</w:t>
      </w:r>
      <w:r>
        <w:rPr>
          <w:sz w:val="20"/>
        </w:rPr>
        <w:t>0</w:t>
      </w:r>
      <w:r w:rsidR="000173DF">
        <w:rPr>
          <w:sz w:val="20"/>
        </w:rPr>
        <w:t>42</w:t>
      </w:r>
      <w:r w:rsidRPr="009E25E6">
        <w:rPr>
          <w:sz w:val="20"/>
        </w:rPr>
        <w:t>, 0.</w:t>
      </w:r>
      <w:r w:rsidR="000173DF">
        <w:rPr>
          <w:sz w:val="20"/>
        </w:rPr>
        <w:t>12</w:t>
      </w:r>
      <w:r w:rsidRPr="009E25E6">
        <w:rPr>
          <w:sz w:val="20"/>
        </w:rPr>
        <w:t>, 0.</w:t>
      </w:r>
      <w:r w:rsidR="000173DF">
        <w:rPr>
          <w:sz w:val="20"/>
        </w:rPr>
        <w:t>46</w:t>
      </w:r>
      <w:r w:rsidRPr="009E25E6">
        <w:rPr>
          <w:sz w:val="20"/>
        </w:rPr>
        <w:t xml:space="preserve">, </w:t>
      </w:r>
      <w:r>
        <w:rPr>
          <w:sz w:val="20"/>
        </w:rPr>
        <w:t>0.</w:t>
      </w:r>
      <w:r w:rsidR="000173DF">
        <w:rPr>
          <w:sz w:val="20"/>
        </w:rPr>
        <w:t>2</w:t>
      </w:r>
      <w:r>
        <w:rPr>
          <w:sz w:val="20"/>
        </w:rPr>
        <w:t xml:space="preserve"> </w:t>
      </w:r>
      <w:r w:rsidRPr="009E25E6">
        <w:rPr>
          <w:sz w:val="20"/>
        </w:rPr>
        <w:t>and 0.</w:t>
      </w:r>
      <w:r w:rsidR="000173DF">
        <w:rPr>
          <w:sz w:val="20"/>
        </w:rPr>
        <w:t>059</w:t>
      </w:r>
      <w:r w:rsidRPr="009E25E6">
        <w:rPr>
          <w:sz w:val="20"/>
        </w:rPr>
        <w:t xml:space="preserve">, for percentage male, mean age, mean PANSS total score, mean PANSS positive score, mean PANSS negative score, and mean CGI-S score at baseline, respectively. This indicates no significant difference between </w:t>
      </w:r>
      <w:r>
        <w:rPr>
          <w:sz w:val="20"/>
        </w:rPr>
        <w:t xml:space="preserve">treatment </w:t>
      </w:r>
      <w:r w:rsidRPr="009E25E6">
        <w:rPr>
          <w:sz w:val="20"/>
        </w:rPr>
        <w:t xml:space="preserve">nodes except for with respect to </w:t>
      </w:r>
      <w:r w:rsidR="00D853F1">
        <w:rPr>
          <w:sz w:val="20"/>
        </w:rPr>
        <w:t>mean age</w:t>
      </w:r>
      <w:r w:rsidRPr="009E25E6">
        <w:rPr>
          <w:sz w:val="20"/>
        </w:rPr>
        <w:t xml:space="preserve"> at baseline.</w:t>
      </w:r>
      <w:r>
        <w:rPr>
          <w:sz w:val="20"/>
        </w:rPr>
        <w:t xml:space="preserve"> </w:t>
      </w:r>
      <w:proofErr w:type="spellStart"/>
      <w:r>
        <w:rPr>
          <w:sz w:val="20"/>
        </w:rPr>
        <w:t>KarXT</w:t>
      </w:r>
      <w:proofErr w:type="spellEnd"/>
      <w:r>
        <w:rPr>
          <w:sz w:val="20"/>
        </w:rPr>
        <w:t xml:space="preserve"> was among the most dissimilar </w:t>
      </w:r>
      <w:r>
        <w:rPr>
          <w:sz w:val="20"/>
        </w:rPr>
        <w:lastRenderedPageBreak/>
        <w:t>treatment nodes for this potential effect modifier</w:t>
      </w:r>
      <w:r w:rsidR="005E29C4">
        <w:rPr>
          <w:sz w:val="20"/>
        </w:rPr>
        <w:t>. However, a</w:t>
      </w:r>
      <w:r w:rsidR="005E29C4" w:rsidRPr="00BC00A1">
        <w:rPr>
          <w:sz w:val="20"/>
        </w:rPr>
        <w:t>fter applying a Bonferroni correction for six tests (p ≤ 0.0083), no treatment comparisons reached statistical significance.</w:t>
      </w:r>
    </w:p>
    <w:p w14:paraId="79FFF5D3" w14:textId="58BD141E" w:rsidR="009D7A88" w:rsidRDefault="009D7A88" w:rsidP="009D7A88">
      <w:pPr>
        <w:pStyle w:val="Heading3"/>
      </w:pPr>
      <w:r w:rsidRPr="007F6A73">
        <w:t xml:space="preserve">Figure </w:t>
      </w:r>
      <w:r>
        <w:t>S</w:t>
      </w:r>
      <w:fldSimple w:instr=" SEQ Figure \* ARABIC ">
        <w:r w:rsidR="004B2F28">
          <w:rPr>
            <w:noProof/>
          </w:rPr>
          <w:t>50</w:t>
        </w:r>
      </w:fldSimple>
      <w:r w:rsidRPr="007F6A73">
        <w:t xml:space="preserve">: Change from baseline </w:t>
      </w:r>
      <w:r w:rsidRPr="00EB75F0">
        <w:t xml:space="preserve">PANSS </w:t>
      </w:r>
      <w:r>
        <w:t>negative</w:t>
      </w:r>
      <w:r w:rsidRPr="00EB75F0">
        <w:t xml:space="preserve"> symptoms score –</w:t>
      </w:r>
      <w:r w:rsidRPr="00C228BD">
        <w:t xml:space="preserve"> </w:t>
      </w:r>
      <w:r>
        <w:t xml:space="preserve">distribution of potential effect modifiers by treatment node </w:t>
      </w:r>
      <w:r w:rsidRPr="007F6A73">
        <w:t>–</w:t>
      </w:r>
      <w:r>
        <w:t xml:space="preserve"> </w:t>
      </w:r>
      <w:r w:rsidRPr="00EB75F0">
        <w:t xml:space="preserve">sensitivity analysis excluding studies with outlier placebo effect size </w:t>
      </w:r>
      <w:r w:rsidRPr="007F6A73">
        <w:rPr>
          <w:noProof/>
        </w:rPr>
        <w:drawing>
          <wp:inline distT="0" distB="0" distL="0" distR="0" wp14:anchorId="2353ECE7" wp14:editId="2BA938D5">
            <wp:extent cx="6119495" cy="7420745"/>
            <wp:effectExtent l="0" t="0" r="0" b="8890"/>
            <wp:docPr id="1041043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43896" name="Picture 1"/>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6B868973" w14:textId="350B9784" w:rsidR="009D7A88" w:rsidRPr="009E25E6" w:rsidRDefault="009D7A88" w:rsidP="009D7A88">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w:t>
      </w:r>
      <w:r w:rsidR="004B091C">
        <w:rPr>
          <w:sz w:val="20"/>
        </w:rPr>
        <w:t>, except for PANSS positive score</w:t>
      </w:r>
      <w:r w:rsidRPr="009E25E6">
        <w:rPr>
          <w:sz w:val="20"/>
        </w:rPr>
        <w:t>. The p-value for the ANOVA F-test is 0.</w:t>
      </w:r>
      <w:r w:rsidR="004B091C">
        <w:rPr>
          <w:sz w:val="20"/>
        </w:rPr>
        <w:t>37</w:t>
      </w:r>
      <w:r w:rsidRPr="009E25E6">
        <w:rPr>
          <w:sz w:val="20"/>
        </w:rPr>
        <w:t>, 0.</w:t>
      </w:r>
      <w:r>
        <w:rPr>
          <w:sz w:val="20"/>
        </w:rPr>
        <w:t>0</w:t>
      </w:r>
      <w:r w:rsidR="00CD3398">
        <w:rPr>
          <w:sz w:val="20"/>
        </w:rPr>
        <w:t>93</w:t>
      </w:r>
      <w:r w:rsidRPr="009E25E6">
        <w:rPr>
          <w:sz w:val="20"/>
        </w:rPr>
        <w:t>, 0.</w:t>
      </w:r>
      <w:r w:rsidR="00CD3398">
        <w:rPr>
          <w:sz w:val="20"/>
        </w:rPr>
        <w:t>043</w:t>
      </w:r>
      <w:r w:rsidRPr="009E25E6">
        <w:rPr>
          <w:sz w:val="20"/>
        </w:rPr>
        <w:t xml:space="preserve">, </w:t>
      </w:r>
      <w:r>
        <w:rPr>
          <w:sz w:val="20"/>
        </w:rPr>
        <w:t>0</w:t>
      </w:r>
      <w:r w:rsidR="00CD3398">
        <w:rPr>
          <w:sz w:val="20"/>
        </w:rPr>
        <w:t>.064</w:t>
      </w:r>
      <w:r>
        <w:rPr>
          <w:sz w:val="20"/>
        </w:rPr>
        <w:t xml:space="preserve"> </w:t>
      </w:r>
      <w:r w:rsidRPr="009E25E6">
        <w:rPr>
          <w:sz w:val="20"/>
        </w:rPr>
        <w:t>and 0.</w:t>
      </w:r>
      <w:r w:rsidR="00CD3398">
        <w:rPr>
          <w:sz w:val="20"/>
        </w:rPr>
        <w:t>25</w:t>
      </w:r>
      <w:r w:rsidRPr="009E25E6">
        <w:rPr>
          <w:sz w:val="20"/>
        </w:rPr>
        <w:t xml:space="preserve">, for percentage male, mean age, mean PANSS total score, mean PANSS </w:t>
      </w:r>
      <w:r w:rsidRPr="009E25E6">
        <w:rPr>
          <w:sz w:val="20"/>
        </w:rPr>
        <w:lastRenderedPageBreak/>
        <w:t xml:space="preserve">negative score, and mean CGI-S score at baseline, respectively. </w:t>
      </w:r>
      <w:r w:rsidR="008348EA">
        <w:rPr>
          <w:sz w:val="20"/>
        </w:rPr>
        <w:t xml:space="preserve">The Kruskal-Wallis rank sum test for PANSS positive score at baseline yielded a p-value of 0.2. </w:t>
      </w:r>
      <w:r w:rsidRPr="009E25E6">
        <w:rPr>
          <w:sz w:val="20"/>
        </w:rPr>
        <w:t xml:space="preserve">This indicates no significant difference between </w:t>
      </w:r>
      <w:r>
        <w:rPr>
          <w:sz w:val="20"/>
        </w:rPr>
        <w:t xml:space="preserve">treatment </w:t>
      </w:r>
      <w:r w:rsidRPr="009E25E6">
        <w:rPr>
          <w:sz w:val="20"/>
        </w:rPr>
        <w:t xml:space="preserve">nodes except for with respect to </w:t>
      </w:r>
      <w:r>
        <w:rPr>
          <w:sz w:val="20"/>
        </w:rPr>
        <w:t xml:space="preserve">mean </w:t>
      </w:r>
      <w:r w:rsidR="00E13244">
        <w:rPr>
          <w:sz w:val="20"/>
        </w:rPr>
        <w:t>PANSS total score at</w:t>
      </w:r>
      <w:r w:rsidRPr="009E25E6">
        <w:rPr>
          <w:sz w:val="20"/>
        </w:rPr>
        <w:t xml:space="preserve"> baseline.</w:t>
      </w:r>
      <w:r>
        <w:rPr>
          <w:sz w:val="20"/>
        </w:rPr>
        <w:t xml:space="preserve"> </w:t>
      </w:r>
      <w:r w:rsidR="005E29C4">
        <w:rPr>
          <w:sz w:val="20"/>
        </w:rPr>
        <w:t>However, a</w:t>
      </w:r>
      <w:r w:rsidR="005E29C4" w:rsidRPr="00BC00A1">
        <w:rPr>
          <w:sz w:val="20"/>
        </w:rPr>
        <w:t>fter applying a Bonferroni correction for six tests (p ≤ 0.0083), no treatment comparisons reached statistical significance.</w:t>
      </w:r>
    </w:p>
    <w:p w14:paraId="450F60C3" w14:textId="77777777" w:rsidR="009D7A88" w:rsidRPr="009E25E6" w:rsidRDefault="009D7A88" w:rsidP="00531702">
      <w:pPr>
        <w:spacing w:before="0" w:after="200" w:line="276" w:lineRule="auto"/>
        <w:rPr>
          <w:sz w:val="20"/>
        </w:rPr>
      </w:pPr>
    </w:p>
    <w:p w14:paraId="62D5EA9B" w14:textId="647EE61D" w:rsidR="00531702" w:rsidRPr="00EB75F0" w:rsidRDefault="00531702">
      <w:pPr>
        <w:spacing w:before="0" w:after="200" w:line="276" w:lineRule="auto"/>
        <w:sectPr w:rsidR="00531702" w:rsidRPr="00EB75F0">
          <w:pgSz w:w="11906" w:h="16838"/>
          <w:pgMar w:top="1134" w:right="1134" w:bottom="1134" w:left="1134" w:header="567" w:footer="567" w:gutter="0"/>
          <w:cols w:space="708"/>
          <w:docGrid w:linePitch="360"/>
        </w:sectPr>
      </w:pPr>
    </w:p>
    <w:p w14:paraId="7B25DAD7" w14:textId="214A92E9" w:rsidR="001E7585" w:rsidRPr="00EB75F0" w:rsidRDefault="00A06AE8" w:rsidP="00295D9B">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10</w:t>
        </w:r>
      </w:fldSimple>
      <w:r w:rsidR="001E7585" w:rsidRPr="00EB75F0">
        <w:t xml:space="preserve">: Change from baseline PANSS negative symptoms score – League table – random-effects model, base case network – MD (95% </w:t>
      </w:r>
      <w:proofErr w:type="spellStart"/>
      <w:r w:rsidR="001E7585" w:rsidRPr="00EB75F0">
        <w:t>CrI</w:t>
      </w:r>
      <w:proofErr w:type="spellEnd"/>
      <w:r w:rsidR="001E7585" w:rsidRPr="00EB75F0">
        <w:t>)</w:t>
      </w:r>
    </w:p>
    <w:tbl>
      <w:tblPr>
        <w:tblStyle w:val="Lumanitytable"/>
        <w:tblW w:w="14856" w:type="dxa"/>
        <w:tblLayout w:type="fixed"/>
        <w:tblLook w:val="04A0" w:firstRow="1" w:lastRow="0" w:firstColumn="1" w:lastColumn="0" w:noHBand="0" w:noVBand="1"/>
      </w:tblPr>
      <w:tblGrid>
        <w:gridCol w:w="1781"/>
        <w:gridCol w:w="1651"/>
        <w:gridCol w:w="1789"/>
        <w:gridCol w:w="1513"/>
        <w:gridCol w:w="1631"/>
        <w:gridCol w:w="1530"/>
        <w:gridCol w:w="1710"/>
        <w:gridCol w:w="1620"/>
        <w:gridCol w:w="1625"/>
        <w:gridCol w:w="6"/>
      </w:tblGrid>
      <w:tr w:rsidR="001E7585" w:rsidRPr="00EB75F0" w14:paraId="3ED1D100" w14:textId="77777777" w:rsidTr="00B717B6">
        <w:trPr>
          <w:gridAfter w:val="1"/>
          <w:cnfStyle w:val="100000000000" w:firstRow="1" w:lastRow="0" w:firstColumn="0" w:lastColumn="0" w:oddVBand="0" w:evenVBand="0" w:oddHBand="0" w:evenHBand="0" w:firstRowFirstColumn="0" w:firstRowLastColumn="0" w:lastRowFirstColumn="0" w:lastRowLastColumn="0"/>
          <w:wAfter w:w="6" w:type="dxa"/>
          <w:trHeight w:val="22"/>
          <w:tblHeader/>
        </w:trPr>
        <w:tc>
          <w:tcPr>
            <w:tcW w:w="1781" w:type="dxa"/>
            <w:hideMark/>
          </w:tcPr>
          <w:p w14:paraId="417B44DC" w14:textId="77777777" w:rsidR="001E7585" w:rsidRPr="00EB75F0" w:rsidRDefault="001E7585"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651" w:type="dxa"/>
            <w:hideMark/>
          </w:tcPr>
          <w:p w14:paraId="310D738E" w14:textId="77777777" w:rsidR="001E7585" w:rsidRPr="00EB75F0" w:rsidRDefault="001E7585"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789" w:type="dxa"/>
            <w:hideMark/>
          </w:tcPr>
          <w:p w14:paraId="6C16DAEF" w14:textId="77777777" w:rsidR="001E7585" w:rsidRPr="00EB75F0" w:rsidRDefault="001E7585"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513" w:type="dxa"/>
            <w:hideMark/>
          </w:tcPr>
          <w:p w14:paraId="43DA068C" w14:textId="77777777" w:rsidR="001E7585" w:rsidRPr="00EB75F0" w:rsidRDefault="001E7585"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631" w:type="dxa"/>
            <w:hideMark/>
          </w:tcPr>
          <w:p w14:paraId="1E3A0F4A" w14:textId="14FF94C7" w:rsidR="001E7585" w:rsidRPr="00EB75F0" w:rsidRDefault="009A3ECD"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530" w:type="dxa"/>
            <w:hideMark/>
          </w:tcPr>
          <w:p w14:paraId="346948F9" w14:textId="77777777" w:rsidR="001E7585" w:rsidRPr="00EB75F0" w:rsidRDefault="001E7585"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710" w:type="dxa"/>
            <w:hideMark/>
          </w:tcPr>
          <w:p w14:paraId="4621500C" w14:textId="77777777" w:rsidR="001E7585" w:rsidRPr="00EB75F0" w:rsidRDefault="001E7585"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620" w:type="dxa"/>
            <w:hideMark/>
          </w:tcPr>
          <w:p w14:paraId="0708C32A" w14:textId="77777777" w:rsidR="001E7585" w:rsidRPr="00EB75F0" w:rsidRDefault="001E7585"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625" w:type="dxa"/>
            <w:hideMark/>
          </w:tcPr>
          <w:p w14:paraId="7633DDD3" w14:textId="77777777" w:rsidR="001E7585" w:rsidRPr="00EB75F0" w:rsidRDefault="001E7585"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38290C" w:rsidRPr="00EB75F0" w14:paraId="0A46BDC2" w14:textId="77777777" w:rsidTr="001E7585">
        <w:trPr>
          <w:gridAfter w:val="1"/>
          <w:wAfter w:w="6" w:type="dxa"/>
          <w:trHeight w:val="288"/>
        </w:trPr>
        <w:tc>
          <w:tcPr>
            <w:tcW w:w="1781" w:type="dxa"/>
            <w:vAlign w:val="center"/>
            <w:hideMark/>
          </w:tcPr>
          <w:p w14:paraId="124BD5D4" w14:textId="77777777" w:rsidR="0038290C" w:rsidRPr="00EB75F0" w:rsidRDefault="0038290C" w:rsidP="001E758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651" w:type="dxa"/>
            <w:vAlign w:val="center"/>
          </w:tcPr>
          <w:p w14:paraId="0256DDEB" w14:textId="77777777" w:rsidR="0038290C" w:rsidRPr="00EB75F0" w:rsidRDefault="0038290C" w:rsidP="001E758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sz w:val="16"/>
                <w:szCs w:val="16"/>
              </w:rPr>
              <w:t>-1.73 (-2.46, -0.99)</w:t>
            </w:r>
          </w:p>
        </w:tc>
        <w:tc>
          <w:tcPr>
            <w:tcW w:w="1789" w:type="dxa"/>
            <w:vAlign w:val="center"/>
          </w:tcPr>
          <w:p w14:paraId="598C20D0" w14:textId="77777777" w:rsidR="0038290C" w:rsidRPr="00EB75F0" w:rsidRDefault="0038290C" w:rsidP="001E758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sz w:val="16"/>
                <w:szCs w:val="16"/>
              </w:rPr>
              <w:t>-1.34 (-2.2, -‍0.5)</w:t>
            </w:r>
          </w:p>
        </w:tc>
        <w:tc>
          <w:tcPr>
            <w:tcW w:w="1513" w:type="dxa"/>
            <w:vAlign w:val="center"/>
          </w:tcPr>
          <w:p w14:paraId="6FD3BE5A" w14:textId="77777777" w:rsidR="0038290C" w:rsidRPr="00EB75F0" w:rsidRDefault="0038290C" w:rsidP="001E758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sz w:val="16"/>
                <w:szCs w:val="16"/>
              </w:rPr>
              <w:t>-1.6 (-2.5, -‍0.69)</w:t>
            </w:r>
          </w:p>
        </w:tc>
        <w:tc>
          <w:tcPr>
            <w:tcW w:w="1631" w:type="dxa"/>
            <w:shd w:val="clear" w:color="auto" w:fill="CFEDFF"/>
            <w:vAlign w:val="center"/>
          </w:tcPr>
          <w:p w14:paraId="293A7E07" w14:textId="77777777" w:rsidR="0038290C" w:rsidRPr="00EB75F0" w:rsidRDefault="0038290C" w:rsidP="001E758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sz w:val="16"/>
                <w:szCs w:val="16"/>
              </w:rPr>
              <w:t>-1.79 (-‍2.99, -0.58)</w:t>
            </w:r>
          </w:p>
        </w:tc>
        <w:tc>
          <w:tcPr>
            <w:tcW w:w="1530" w:type="dxa"/>
            <w:vAlign w:val="center"/>
          </w:tcPr>
          <w:p w14:paraId="4401ABC8" w14:textId="77777777" w:rsidR="0038290C" w:rsidRPr="00EB75F0" w:rsidRDefault="0038290C" w:rsidP="001E758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 (-2.72, 1.32)</w:t>
            </w:r>
          </w:p>
        </w:tc>
        <w:tc>
          <w:tcPr>
            <w:tcW w:w="1710" w:type="dxa"/>
            <w:vAlign w:val="center"/>
          </w:tcPr>
          <w:p w14:paraId="0F27FE50" w14:textId="77777777" w:rsidR="0038290C" w:rsidRPr="00EB75F0" w:rsidRDefault="0038290C" w:rsidP="001E758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sz w:val="16"/>
                <w:szCs w:val="16"/>
              </w:rPr>
              <w:t>-1.75 (-‍2.49, -1)</w:t>
            </w:r>
          </w:p>
        </w:tc>
        <w:tc>
          <w:tcPr>
            <w:tcW w:w="1620" w:type="dxa"/>
            <w:vAlign w:val="center"/>
          </w:tcPr>
          <w:p w14:paraId="0C53F0B3" w14:textId="77777777" w:rsidR="0038290C" w:rsidRPr="00EB75F0" w:rsidRDefault="0038290C" w:rsidP="001E758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sz w:val="16"/>
                <w:szCs w:val="16"/>
              </w:rPr>
              <w:t>-2.11 (-‍3.03, -‍1.22)</w:t>
            </w:r>
          </w:p>
        </w:tc>
        <w:tc>
          <w:tcPr>
            <w:tcW w:w="1625" w:type="dxa"/>
            <w:vAlign w:val="center"/>
          </w:tcPr>
          <w:p w14:paraId="0B45A7E5" w14:textId="77777777" w:rsidR="0038290C" w:rsidRPr="00EB75F0" w:rsidRDefault="0038290C" w:rsidP="001E758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sz w:val="16"/>
                <w:szCs w:val="16"/>
              </w:rPr>
              <w:t>-1.37 (-2.08, -0.68)</w:t>
            </w:r>
          </w:p>
        </w:tc>
      </w:tr>
      <w:tr w:rsidR="0038290C" w:rsidRPr="00EB75F0" w14:paraId="49044909" w14:textId="77777777" w:rsidTr="001E7585">
        <w:trPr>
          <w:gridAfter w:val="1"/>
          <w:wAfter w:w="6" w:type="dxa"/>
          <w:trHeight w:val="288"/>
        </w:trPr>
        <w:tc>
          <w:tcPr>
            <w:tcW w:w="1781" w:type="dxa"/>
            <w:vAlign w:val="center"/>
            <w:hideMark/>
          </w:tcPr>
          <w:p w14:paraId="56EA6C7B" w14:textId="77777777" w:rsidR="0038290C" w:rsidRPr="00EB75F0" w:rsidRDefault="0038290C" w:rsidP="001E758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651" w:type="dxa"/>
            <w:shd w:val="clear" w:color="auto" w:fill="C6C6C6"/>
            <w:noWrap/>
            <w:vAlign w:val="center"/>
          </w:tcPr>
          <w:p w14:paraId="7A507C94" w14:textId="77777777" w:rsidR="0038290C" w:rsidRPr="00EB75F0" w:rsidRDefault="0038290C" w:rsidP="001E7585">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789" w:type="dxa"/>
            <w:vAlign w:val="center"/>
          </w:tcPr>
          <w:p w14:paraId="7CC8280F" w14:textId="77777777" w:rsidR="0038290C" w:rsidRPr="00EB75F0" w:rsidRDefault="0038290C" w:rsidP="001E758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0.39 (-0.7, 1.45)</w:t>
            </w:r>
          </w:p>
        </w:tc>
        <w:tc>
          <w:tcPr>
            <w:tcW w:w="1513" w:type="dxa"/>
            <w:vAlign w:val="center"/>
          </w:tcPr>
          <w:p w14:paraId="25B5AFAD" w14:textId="77777777" w:rsidR="0038290C" w:rsidRPr="00EB75F0" w:rsidRDefault="0038290C" w:rsidP="001E758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0.13 (-0.94, 1.2)</w:t>
            </w:r>
          </w:p>
        </w:tc>
        <w:tc>
          <w:tcPr>
            <w:tcW w:w="1631" w:type="dxa"/>
            <w:shd w:val="clear" w:color="auto" w:fill="CFEDFF"/>
            <w:vAlign w:val="center"/>
          </w:tcPr>
          <w:p w14:paraId="46214CCD" w14:textId="77777777" w:rsidR="0038290C" w:rsidRPr="00EB75F0" w:rsidRDefault="0038290C" w:rsidP="001E758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-0.05 (-‍1.48, 1.35)</w:t>
            </w:r>
          </w:p>
        </w:tc>
        <w:tc>
          <w:tcPr>
            <w:tcW w:w="1530" w:type="dxa"/>
            <w:vAlign w:val="center"/>
          </w:tcPr>
          <w:p w14:paraId="068C1CDB" w14:textId="77777777" w:rsidR="0038290C" w:rsidRPr="00EB75F0" w:rsidRDefault="0038290C" w:rsidP="001E758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1.03 (-1.13, 3.17)</w:t>
            </w:r>
          </w:p>
        </w:tc>
        <w:tc>
          <w:tcPr>
            <w:tcW w:w="1710" w:type="dxa"/>
            <w:vAlign w:val="center"/>
          </w:tcPr>
          <w:p w14:paraId="483BC2DE" w14:textId="77777777" w:rsidR="0038290C" w:rsidRPr="00EB75F0" w:rsidRDefault="0038290C" w:rsidP="001E758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-0.02 (-‍1.07, 1.02)</w:t>
            </w:r>
          </w:p>
        </w:tc>
        <w:tc>
          <w:tcPr>
            <w:tcW w:w="1620" w:type="dxa"/>
            <w:vAlign w:val="center"/>
          </w:tcPr>
          <w:p w14:paraId="37AF992A" w14:textId="77777777" w:rsidR="0038290C" w:rsidRPr="00EB75F0" w:rsidRDefault="0038290C" w:rsidP="001E758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-0.38 (-‍1.56, 0.75)</w:t>
            </w:r>
          </w:p>
        </w:tc>
        <w:tc>
          <w:tcPr>
            <w:tcW w:w="1625" w:type="dxa"/>
            <w:vAlign w:val="center"/>
          </w:tcPr>
          <w:p w14:paraId="6693A3EB" w14:textId="77777777" w:rsidR="0038290C" w:rsidRPr="00EB75F0" w:rsidRDefault="0038290C" w:rsidP="001E758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0.35 (-0.58, 1.28)</w:t>
            </w:r>
          </w:p>
        </w:tc>
      </w:tr>
      <w:tr w:rsidR="0038290C" w:rsidRPr="00EB75F0" w14:paraId="4233F820" w14:textId="77777777" w:rsidTr="001E7585">
        <w:trPr>
          <w:gridAfter w:val="1"/>
          <w:wAfter w:w="6" w:type="dxa"/>
          <w:trHeight w:val="288"/>
        </w:trPr>
        <w:tc>
          <w:tcPr>
            <w:tcW w:w="1781" w:type="dxa"/>
            <w:vAlign w:val="center"/>
            <w:hideMark/>
          </w:tcPr>
          <w:p w14:paraId="4472AFDE"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651" w:type="dxa"/>
            <w:vAlign w:val="center"/>
          </w:tcPr>
          <w:p w14:paraId="7ED1AA11"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-0.39 (-1.45, 0.7)</w:t>
            </w:r>
          </w:p>
        </w:tc>
        <w:tc>
          <w:tcPr>
            <w:tcW w:w="1789" w:type="dxa"/>
            <w:shd w:val="clear" w:color="auto" w:fill="C6C6C6"/>
            <w:noWrap/>
            <w:vAlign w:val="center"/>
          </w:tcPr>
          <w:p w14:paraId="4C7646E3"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p>
        </w:tc>
        <w:tc>
          <w:tcPr>
            <w:tcW w:w="1513" w:type="dxa"/>
            <w:vAlign w:val="center"/>
          </w:tcPr>
          <w:p w14:paraId="708A3DEA"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-0.26 (-‍1.48, 0.99)</w:t>
            </w:r>
          </w:p>
        </w:tc>
        <w:tc>
          <w:tcPr>
            <w:tcW w:w="1631" w:type="dxa"/>
            <w:shd w:val="clear" w:color="auto" w:fill="CFEDFF"/>
            <w:vAlign w:val="center"/>
          </w:tcPr>
          <w:p w14:paraId="027636D8"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-0.44 (-‍1.91, 1.03)</w:t>
            </w:r>
          </w:p>
        </w:tc>
        <w:tc>
          <w:tcPr>
            <w:tcW w:w="1530" w:type="dxa"/>
            <w:vAlign w:val="center"/>
          </w:tcPr>
          <w:p w14:paraId="0C22A143"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0.64 (-1.54, 2.84)</w:t>
            </w:r>
          </w:p>
        </w:tc>
        <w:tc>
          <w:tcPr>
            <w:tcW w:w="1710" w:type="dxa"/>
            <w:vAlign w:val="center"/>
          </w:tcPr>
          <w:p w14:paraId="279141F0"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 (-1.52, 0.72)</w:t>
            </w:r>
          </w:p>
        </w:tc>
        <w:tc>
          <w:tcPr>
            <w:tcW w:w="1620" w:type="dxa"/>
            <w:vAlign w:val="center"/>
          </w:tcPr>
          <w:p w14:paraId="0A9B604F"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-0.77 (-‍1.93, 0.38)</w:t>
            </w:r>
          </w:p>
        </w:tc>
        <w:tc>
          <w:tcPr>
            <w:tcW w:w="1625" w:type="dxa"/>
            <w:vAlign w:val="center"/>
          </w:tcPr>
          <w:p w14:paraId="05CA6FE9"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-0.03 (-1.11, 1.07)</w:t>
            </w:r>
          </w:p>
        </w:tc>
      </w:tr>
      <w:tr w:rsidR="0038290C" w:rsidRPr="00EB75F0" w14:paraId="6560ECE1" w14:textId="77777777" w:rsidTr="001E7585">
        <w:trPr>
          <w:gridAfter w:val="1"/>
          <w:wAfter w:w="6" w:type="dxa"/>
          <w:trHeight w:val="288"/>
        </w:trPr>
        <w:tc>
          <w:tcPr>
            <w:tcW w:w="1781" w:type="dxa"/>
            <w:vAlign w:val="center"/>
            <w:hideMark/>
          </w:tcPr>
          <w:p w14:paraId="5EC2C7D7"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651" w:type="dxa"/>
            <w:vAlign w:val="center"/>
          </w:tcPr>
          <w:p w14:paraId="71796DF3"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-0.13 (-1.2, 0.94)</w:t>
            </w:r>
          </w:p>
        </w:tc>
        <w:tc>
          <w:tcPr>
            <w:tcW w:w="1789" w:type="dxa"/>
            <w:vAlign w:val="center"/>
          </w:tcPr>
          <w:p w14:paraId="5A7C043A"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0.26 (-0.99, 1.48)</w:t>
            </w:r>
          </w:p>
        </w:tc>
        <w:tc>
          <w:tcPr>
            <w:tcW w:w="1513" w:type="dxa"/>
            <w:shd w:val="clear" w:color="auto" w:fill="C6C6C6"/>
            <w:noWrap/>
            <w:vAlign w:val="center"/>
          </w:tcPr>
          <w:p w14:paraId="62BB1623"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p>
        </w:tc>
        <w:tc>
          <w:tcPr>
            <w:tcW w:w="1631" w:type="dxa"/>
            <w:shd w:val="clear" w:color="auto" w:fill="CFEDFF"/>
            <w:vAlign w:val="center"/>
          </w:tcPr>
          <w:p w14:paraId="3E4D1A3A"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-0.19 (-‍1.71, 1.31)</w:t>
            </w:r>
          </w:p>
        </w:tc>
        <w:tc>
          <w:tcPr>
            <w:tcW w:w="1530" w:type="dxa"/>
            <w:vAlign w:val="center"/>
          </w:tcPr>
          <w:p w14:paraId="2EF3F0EC"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0.91 (-1.32, 3.11)</w:t>
            </w:r>
          </w:p>
        </w:tc>
        <w:tc>
          <w:tcPr>
            <w:tcW w:w="1710" w:type="dxa"/>
            <w:vAlign w:val="center"/>
          </w:tcPr>
          <w:p w14:paraId="5F6E5D02"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-0.15 (-‍1.32, 1.01)</w:t>
            </w:r>
          </w:p>
        </w:tc>
        <w:tc>
          <w:tcPr>
            <w:tcW w:w="1620" w:type="dxa"/>
            <w:vAlign w:val="center"/>
          </w:tcPr>
          <w:p w14:paraId="27F2F650"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-0.51 (-1.8, 0.75)</w:t>
            </w:r>
          </w:p>
        </w:tc>
        <w:tc>
          <w:tcPr>
            <w:tcW w:w="1625" w:type="dxa"/>
            <w:vAlign w:val="center"/>
          </w:tcPr>
          <w:p w14:paraId="2EE013B6"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0.23 (-0.85, 1.28)</w:t>
            </w:r>
          </w:p>
        </w:tc>
      </w:tr>
      <w:tr w:rsidR="0038290C" w:rsidRPr="00EB75F0" w14:paraId="77477047" w14:textId="77777777" w:rsidTr="001E7585">
        <w:trPr>
          <w:gridAfter w:val="1"/>
          <w:wAfter w:w="6" w:type="dxa"/>
          <w:trHeight w:val="288"/>
        </w:trPr>
        <w:tc>
          <w:tcPr>
            <w:tcW w:w="1781" w:type="dxa"/>
            <w:vAlign w:val="center"/>
            <w:hideMark/>
          </w:tcPr>
          <w:p w14:paraId="526C63AE" w14:textId="2BFB59A8" w:rsidR="0038290C" w:rsidRPr="00EB75F0" w:rsidRDefault="009A3ECD" w:rsidP="001E7585">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651" w:type="dxa"/>
            <w:vAlign w:val="center"/>
          </w:tcPr>
          <w:p w14:paraId="2338F24A"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0.05 (-1.35, 1.48)</w:t>
            </w:r>
          </w:p>
        </w:tc>
        <w:tc>
          <w:tcPr>
            <w:tcW w:w="1789" w:type="dxa"/>
            <w:vAlign w:val="center"/>
          </w:tcPr>
          <w:p w14:paraId="5AB3BFD2"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0.44 (-1.03, 1.91)</w:t>
            </w:r>
          </w:p>
        </w:tc>
        <w:tc>
          <w:tcPr>
            <w:tcW w:w="1513" w:type="dxa"/>
            <w:vAlign w:val="center"/>
          </w:tcPr>
          <w:p w14:paraId="3CD2CB4F"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0.19 (-1.31, 1.71)</w:t>
            </w:r>
          </w:p>
        </w:tc>
        <w:tc>
          <w:tcPr>
            <w:tcW w:w="1631" w:type="dxa"/>
            <w:shd w:val="clear" w:color="auto" w:fill="C6C6C6"/>
            <w:noWrap/>
            <w:vAlign w:val="center"/>
          </w:tcPr>
          <w:p w14:paraId="7DCE5E60"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p>
        </w:tc>
        <w:tc>
          <w:tcPr>
            <w:tcW w:w="1530" w:type="dxa"/>
            <w:vAlign w:val="center"/>
          </w:tcPr>
          <w:p w14:paraId="7107906B"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1.08 (-1.26, 3.45)</w:t>
            </w:r>
          </w:p>
        </w:tc>
        <w:tc>
          <w:tcPr>
            <w:tcW w:w="1710" w:type="dxa"/>
            <w:vAlign w:val="center"/>
          </w:tcPr>
          <w:p w14:paraId="4A3C4957"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0.04 (-1.38, 1.46)</w:t>
            </w:r>
          </w:p>
        </w:tc>
        <w:tc>
          <w:tcPr>
            <w:tcW w:w="1620" w:type="dxa"/>
            <w:vAlign w:val="center"/>
          </w:tcPr>
          <w:p w14:paraId="05D65AD0"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-0.32 (-‍1.84, 1.18)</w:t>
            </w:r>
          </w:p>
        </w:tc>
        <w:tc>
          <w:tcPr>
            <w:tcW w:w="1625" w:type="dxa"/>
            <w:vAlign w:val="center"/>
          </w:tcPr>
          <w:p w14:paraId="0B6686A0"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0.41 (-0.98, 1.81)</w:t>
            </w:r>
          </w:p>
        </w:tc>
      </w:tr>
      <w:tr w:rsidR="0038290C" w:rsidRPr="00EB75F0" w14:paraId="7260CC4A" w14:textId="77777777" w:rsidTr="001E7585">
        <w:trPr>
          <w:gridAfter w:val="1"/>
          <w:wAfter w:w="6" w:type="dxa"/>
          <w:trHeight w:val="288"/>
        </w:trPr>
        <w:tc>
          <w:tcPr>
            <w:tcW w:w="1781" w:type="dxa"/>
            <w:vAlign w:val="center"/>
            <w:hideMark/>
          </w:tcPr>
          <w:p w14:paraId="0AAB50ED"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651" w:type="dxa"/>
            <w:vAlign w:val="center"/>
          </w:tcPr>
          <w:p w14:paraId="694C54C2"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-1.03 (-3.17, 1.13)</w:t>
            </w:r>
          </w:p>
        </w:tc>
        <w:tc>
          <w:tcPr>
            <w:tcW w:w="1789" w:type="dxa"/>
            <w:vAlign w:val="center"/>
          </w:tcPr>
          <w:p w14:paraId="305C8D50"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-0.64 (-2.84, 1.54)</w:t>
            </w:r>
          </w:p>
        </w:tc>
        <w:tc>
          <w:tcPr>
            <w:tcW w:w="1513" w:type="dxa"/>
            <w:vAlign w:val="center"/>
          </w:tcPr>
          <w:p w14:paraId="69A6130C"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-0.91 (-‍3.11, 1.32)</w:t>
            </w:r>
          </w:p>
        </w:tc>
        <w:tc>
          <w:tcPr>
            <w:tcW w:w="1631" w:type="dxa"/>
            <w:shd w:val="clear" w:color="auto" w:fill="CFEDFF"/>
            <w:vAlign w:val="center"/>
          </w:tcPr>
          <w:p w14:paraId="23359D29"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-1.08 (-‍3.45, 1.26)</w:t>
            </w:r>
          </w:p>
        </w:tc>
        <w:tc>
          <w:tcPr>
            <w:tcW w:w="1530" w:type="dxa"/>
            <w:shd w:val="clear" w:color="auto" w:fill="C6C6C6"/>
            <w:noWrap/>
            <w:vAlign w:val="center"/>
          </w:tcPr>
          <w:p w14:paraId="5ADAF3A7"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p>
        </w:tc>
        <w:tc>
          <w:tcPr>
            <w:tcW w:w="1710" w:type="dxa"/>
            <w:vAlign w:val="center"/>
          </w:tcPr>
          <w:p w14:paraId="1CC22BA1"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-1.05 (-‍3.19, 1.11)</w:t>
            </w:r>
          </w:p>
        </w:tc>
        <w:tc>
          <w:tcPr>
            <w:tcW w:w="1620" w:type="dxa"/>
            <w:vAlign w:val="center"/>
          </w:tcPr>
          <w:p w14:paraId="601090C9"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-1.41 (-‍3.65, 0.79)</w:t>
            </w:r>
          </w:p>
        </w:tc>
        <w:tc>
          <w:tcPr>
            <w:tcW w:w="1625" w:type="dxa"/>
            <w:vAlign w:val="center"/>
          </w:tcPr>
          <w:p w14:paraId="768F4BED"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-0.68 (-2.82, 1.47)</w:t>
            </w:r>
          </w:p>
        </w:tc>
      </w:tr>
      <w:tr w:rsidR="0038290C" w:rsidRPr="00EB75F0" w14:paraId="32E167E4" w14:textId="77777777" w:rsidTr="001E7585">
        <w:trPr>
          <w:gridAfter w:val="1"/>
          <w:wAfter w:w="6" w:type="dxa"/>
          <w:trHeight w:val="288"/>
        </w:trPr>
        <w:tc>
          <w:tcPr>
            <w:tcW w:w="1781" w:type="dxa"/>
            <w:vAlign w:val="center"/>
            <w:hideMark/>
          </w:tcPr>
          <w:p w14:paraId="068A2334"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651" w:type="dxa"/>
            <w:vAlign w:val="center"/>
          </w:tcPr>
          <w:p w14:paraId="7C754027"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0.02 (-1.02, 1.07)</w:t>
            </w:r>
          </w:p>
        </w:tc>
        <w:tc>
          <w:tcPr>
            <w:tcW w:w="1789" w:type="dxa"/>
            <w:vAlign w:val="center"/>
          </w:tcPr>
          <w:p w14:paraId="392B1633"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 (-0.72, 1.52)</w:t>
            </w:r>
          </w:p>
        </w:tc>
        <w:tc>
          <w:tcPr>
            <w:tcW w:w="1513" w:type="dxa"/>
            <w:vAlign w:val="center"/>
          </w:tcPr>
          <w:p w14:paraId="44FF6A15"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0.15 (-1.01, 1.32)</w:t>
            </w:r>
          </w:p>
        </w:tc>
        <w:tc>
          <w:tcPr>
            <w:tcW w:w="1631" w:type="dxa"/>
            <w:shd w:val="clear" w:color="auto" w:fill="CFEDFF"/>
            <w:vAlign w:val="center"/>
          </w:tcPr>
          <w:p w14:paraId="15959361"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-0.04 (-‍1.46, 1.38)</w:t>
            </w:r>
          </w:p>
        </w:tc>
        <w:tc>
          <w:tcPr>
            <w:tcW w:w="1530" w:type="dxa"/>
            <w:vAlign w:val="center"/>
          </w:tcPr>
          <w:p w14:paraId="2643AB5C"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1.05 (-1.11, 3.19)</w:t>
            </w:r>
          </w:p>
        </w:tc>
        <w:tc>
          <w:tcPr>
            <w:tcW w:w="1710" w:type="dxa"/>
            <w:shd w:val="clear" w:color="auto" w:fill="C6C6C6"/>
            <w:noWrap/>
            <w:vAlign w:val="center"/>
          </w:tcPr>
          <w:p w14:paraId="0D11A7F7"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79656367"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-0.36 (-‍1.52, 0.77)</w:t>
            </w:r>
          </w:p>
        </w:tc>
        <w:tc>
          <w:tcPr>
            <w:tcW w:w="1625" w:type="dxa"/>
            <w:vAlign w:val="center"/>
          </w:tcPr>
          <w:p w14:paraId="41A35ADB"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0.37 (-0.63, 1.37)</w:t>
            </w:r>
          </w:p>
        </w:tc>
      </w:tr>
      <w:tr w:rsidR="0038290C" w:rsidRPr="00EB75F0" w14:paraId="445DFBD8" w14:textId="77777777" w:rsidTr="001E7585">
        <w:trPr>
          <w:gridAfter w:val="1"/>
          <w:wAfter w:w="6" w:type="dxa"/>
          <w:trHeight w:val="288"/>
        </w:trPr>
        <w:tc>
          <w:tcPr>
            <w:tcW w:w="1781" w:type="dxa"/>
            <w:vAlign w:val="center"/>
            <w:hideMark/>
          </w:tcPr>
          <w:p w14:paraId="0C5B51A0"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651" w:type="dxa"/>
            <w:vAlign w:val="center"/>
          </w:tcPr>
          <w:p w14:paraId="265718A8"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0.38 (-0.75, 1.56)</w:t>
            </w:r>
          </w:p>
        </w:tc>
        <w:tc>
          <w:tcPr>
            <w:tcW w:w="1789" w:type="dxa"/>
            <w:vAlign w:val="center"/>
          </w:tcPr>
          <w:p w14:paraId="76599AFA"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0.77 (-0.38, 1.93)</w:t>
            </w:r>
          </w:p>
        </w:tc>
        <w:tc>
          <w:tcPr>
            <w:tcW w:w="1513" w:type="dxa"/>
            <w:vAlign w:val="center"/>
          </w:tcPr>
          <w:p w14:paraId="669B60A1"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0.51 (-0.75, 1.8)</w:t>
            </w:r>
          </w:p>
        </w:tc>
        <w:tc>
          <w:tcPr>
            <w:tcW w:w="1631" w:type="dxa"/>
            <w:shd w:val="clear" w:color="auto" w:fill="CFEDFF"/>
            <w:vAlign w:val="center"/>
          </w:tcPr>
          <w:p w14:paraId="71D6EB69"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0.32 (-1.18, 1.84)</w:t>
            </w:r>
          </w:p>
        </w:tc>
        <w:tc>
          <w:tcPr>
            <w:tcW w:w="1530" w:type="dxa"/>
            <w:vAlign w:val="center"/>
          </w:tcPr>
          <w:p w14:paraId="5D11FCB3"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1.41 (-0.79, 3.65)</w:t>
            </w:r>
          </w:p>
        </w:tc>
        <w:tc>
          <w:tcPr>
            <w:tcW w:w="1710" w:type="dxa"/>
            <w:vAlign w:val="center"/>
          </w:tcPr>
          <w:p w14:paraId="16184C0D"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0.36 (-0.77, 1.52)</w:t>
            </w:r>
          </w:p>
        </w:tc>
        <w:tc>
          <w:tcPr>
            <w:tcW w:w="1620" w:type="dxa"/>
            <w:shd w:val="clear" w:color="auto" w:fill="C6C6C6"/>
            <w:noWrap/>
            <w:vAlign w:val="center"/>
          </w:tcPr>
          <w:p w14:paraId="3D2A4D37"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p>
        </w:tc>
        <w:tc>
          <w:tcPr>
            <w:tcW w:w="1625" w:type="dxa"/>
            <w:vAlign w:val="center"/>
          </w:tcPr>
          <w:p w14:paraId="1AE0FD31"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0.73 (-0.36, 1.86)</w:t>
            </w:r>
          </w:p>
        </w:tc>
      </w:tr>
      <w:tr w:rsidR="0038290C" w:rsidRPr="00EB75F0" w14:paraId="5875FE94" w14:textId="77777777" w:rsidTr="001E7585">
        <w:trPr>
          <w:gridAfter w:val="1"/>
          <w:wAfter w:w="6" w:type="dxa"/>
          <w:trHeight w:val="288"/>
        </w:trPr>
        <w:tc>
          <w:tcPr>
            <w:tcW w:w="1781" w:type="dxa"/>
            <w:vAlign w:val="center"/>
            <w:hideMark/>
          </w:tcPr>
          <w:p w14:paraId="64936C67"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651" w:type="dxa"/>
            <w:vAlign w:val="center"/>
          </w:tcPr>
          <w:p w14:paraId="06B28A95"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-0.35 (-1.28, 0.58)</w:t>
            </w:r>
          </w:p>
        </w:tc>
        <w:tc>
          <w:tcPr>
            <w:tcW w:w="1789" w:type="dxa"/>
            <w:vAlign w:val="center"/>
          </w:tcPr>
          <w:p w14:paraId="0A7B1D78"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0.03 (-1.07, 1.11)</w:t>
            </w:r>
          </w:p>
        </w:tc>
        <w:tc>
          <w:tcPr>
            <w:tcW w:w="1513" w:type="dxa"/>
            <w:vAlign w:val="center"/>
          </w:tcPr>
          <w:p w14:paraId="302645EF"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-0.23 (-‍1.28, 0.85)</w:t>
            </w:r>
          </w:p>
        </w:tc>
        <w:tc>
          <w:tcPr>
            <w:tcW w:w="1631" w:type="dxa"/>
            <w:shd w:val="clear" w:color="auto" w:fill="CFEDFF"/>
            <w:vAlign w:val="center"/>
          </w:tcPr>
          <w:p w14:paraId="4755A449" w14:textId="77777777" w:rsidR="0038290C" w:rsidRPr="00EB75F0" w:rsidRDefault="0038290C" w:rsidP="001E758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-0.41 (-‍1.81, 0.98)</w:t>
            </w:r>
          </w:p>
        </w:tc>
        <w:tc>
          <w:tcPr>
            <w:tcW w:w="1530" w:type="dxa"/>
            <w:vAlign w:val="center"/>
          </w:tcPr>
          <w:p w14:paraId="3B8C62C8"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0.68 (-1.47, 2.82)</w:t>
            </w:r>
          </w:p>
        </w:tc>
        <w:tc>
          <w:tcPr>
            <w:tcW w:w="1710" w:type="dxa"/>
            <w:vAlign w:val="center"/>
          </w:tcPr>
          <w:p w14:paraId="13B65977"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-0.37 (-‍1.37, 0.63)</w:t>
            </w:r>
          </w:p>
        </w:tc>
        <w:tc>
          <w:tcPr>
            <w:tcW w:w="1620" w:type="dxa"/>
            <w:vAlign w:val="center"/>
          </w:tcPr>
          <w:p w14:paraId="5592F6A8"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-0.73 (-‍1.86, 0.36)</w:t>
            </w:r>
          </w:p>
        </w:tc>
        <w:tc>
          <w:tcPr>
            <w:tcW w:w="1625" w:type="dxa"/>
            <w:shd w:val="clear" w:color="auto" w:fill="C6C6C6"/>
            <w:noWrap/>
            <w:vAlign w:val="center"/>
          </w:tcPr>
          <w:p w14:paraId="020D6F5D" w14:textId="77777777" w:rsidR="0038290C" w:rsidRPr="00EB75F0" w:rsidRDefault="0038290C" w:rsidP="001E7585">
            <w:pPr>
              <w:spacing w:before="0" w:after="0" w:line="240" w:lineRule="auto"/>
              <w:contextualSpacing/>
              <w:rPr>
                <w:rFonts w:asciiTheme="majorHAnsi" w:eastAsia="Times New Roman" w:hAnsiTheme="majorHAnsi" w:cstheme="majorHAnsi"/>
                <w:color w:val="000000"/>
                <w:sz w:val="16"/>
                <w:szCs w:val="16"/>
                <w:lang w:eastAsia="zh-TW"/>
              </w:rPr>
            </w:pPr>
          </w:p>
        </w:tc>
      </w:tr>
      <w:tr w:rsidR="0038290C" w:rsidRPr="00EB75F0" w14:paraId="47A1A1B6" w14:textId="77777777" w:rsidTr="0038290C">
        <w:trPr>
          <w:trHeight w:val="75"/>
        </w:trPr>
        <w:tc>
          <w:tcPr>
            <w:tcW w:w="14856" w:type="dxa"/>
            <w:gridSpan w:val="10"/>
          </w:tcPr>
          <w:p w14:paraId="41B44BA9" w14:textId="64AB40D2" w:rsidR="0038290C" w:rsidRPr="00EB75F0" w:rsidRDefault="0038290C" w:rsidP="00C32B29">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w:t>
            </w:r>
            <w:r w:rsidR="00237B22" w:rsidRPr="00EB75F0">
              <w:rPr>
                <w:rFonts w:asciiTheme="majorHAnsi" w:hAnsiTheme="majorHAnsi" w:cstheme="majorHAnsi"/>
                <w:sz w:val="16"/>
                <w:szCs w:val="16"/>
              </w:rPr>
              <w:t>MD, mean difference</w:t>
            </w:r>
            <w:r w:rsidR="00F4689E"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F4689E" w:rsidRPr="00EB75F0">
              <w:rPr>
                <w:rFonts w:asciiTheme="majorHAnsi" w:eastAsia="Times New Roman" w:hAnsiTheme="majorHAnsi" w:cstheme="majorHAnsi"/>
                <w:color w:val="000000"/>
                <w:sz w:val="16"/>
                <w:szCs w:val="16"/>
                <w:lang w:eastAsia="zh-TW"/>
              </w:rPr>
              <w:t xml:space="preserve">, </w:t>
            </w:r>
            <w:proofErr w:type="spellStart"/>
            <w:r w:rsidR="00F4689E" w:rsidRPr="00EB75F0">
              <w:rPr>
                <w:rFonts w:asciiTheme="majorHAnsi" w:hAnsiTheme="majorHAnsi" w:cstheme="majorHAnsi"/>
                <w:sz w:val="16"/>
                <w:szCs w:val="16"/>
              </w:rPr>
              <w:t>xanomeline</w:t>
            </w:r>
            <w:proofErr w:type="spellEnd"/>
            <w:r w:rsidR="00F4689E" w:rsidRPr="00EB75F0">
              <w:rPr>
                <w:rFonts w:asciiTheme="majorHAnsi" w:hAnsiTheme="majorHAnsi" w:cstheme="majorHAnsi"/>
                <w:sz w:val="16"/>
                <w:szCs w:val="16"/>
              </w:rPr>
              <w:t>/</w:t>
            </w:r>
            <w:proofErr w:type="spellStart"/>
            <w:r w:rsidR="00F4689E" w:rsidRPr="00EB75F0">
              <w:rPr>
                <w:rFonts w:asciiTheme="majorHAnsi" w:hAnsiTheme="majorHAnsi" w:cstheme="majorHAnsi"/>
                <w:sz w:val="16"/>
                <w:szCs w:val="16"/>
              </w:rPr>
              <w:t>trospium</w:t>
            </w:r>
            <w:proofErr w:type="spellEnd"/>
            <w:r w:rsidR="00F4689E" w:rsidRPr="00EB75F0">
              <w:rPr>
                <w:rFonts w:asciiTheme="majorHAnsi" w:hAnsiTheme="majorHAnsi" w:cstheme="majorHAnsi"/>
                <w:sz w:val="16"/>
                <w:szCs w:val="16"/>
              </w:rPr>
              <w:t xml:space="preserve"> chloride</w:t>
            </w:r>
          </w:p>
          <w:p w14:paraId="3CC75F59" w14:textId="18E29A5F" w:rsidR="0038290C" w:rsidRPr="00EB75F0" w:rsidRDefault="0038290C" w:rsidP="00C32B2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001E7585" w:rsidRPr="00EB75F0">
              <w:rPr>
                <w:rFonts w:asciiTheme="majorHAnsi" w:hAnsiTheme="majorHAnsi" w:cstheme="majorHAnsi"/>
                <w:sz w:val="16"/>
                <w:szCs w:val="16"/>
              </w:rPr>
              <w:t xml:space="preserve"> </w:t>
            </w:r>
            <w:r w:rsidRPr="00EB75F0">
              <w:rPr>
                <w:rFonts w:asciiTheme="majorHAnsi" w:hAnsiTheme="majorHAnsi" w:cstheme="majorHAnsi"/>
                <w:sz w:val="16"/>
                <w:szCs w:val="16"/>
              </w:rPr>
              <w:t xml:space="preserve">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6DFEEDF0" w14:textId="77777777" w:rsidR="009C575C" w:rsidRPr="00EB75F0" w:rsidRDefault="009C575C">
      <w:pPr>
        <w:spacing w:before="0" w:after="200" w:line="276" w:lineRule="auto"/>
      </w:pPr>
    </w:p>
    <w:p w14:paraId="55D9E30C" w14:textId="6434EBBE" w:rsidR="00182B46" w:rsidRPr="00EB75F0" w:rsidRDefault="00A06AE8" w:rsidP="00295D9B">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11</w:t>
        </w:r>
      </w:fldSimple>
      <w:r w:rsidR="00182B46" w:rsidRPr="00EB75F0">
        <w:t xml:space="preserve">: Change from baseline PANSS negative symptoms score – League table – </w:t>
      </w:r>
      <w:r w:rsidR="00A94B03" w:rsidRPr="00EB75F0">
        <w:t>fi</w:t>
      </w:r>
      <w:r w:rsidR="00E16146" w:rsidRPr="00EB75F0">
        <w:t>xed</w:t>
      </w:r>
      <w:r w:rsidR="00182B46" w:rsidRPr="00EB75F0">
        <w:t xml:space="preserve">-effects model, base case network – MD (95% </w:t>
      </w:r>
      <w:proofErr w:type="spellStart"/>
      <w:r w:rsidR="00182B46" w:rsidRPr="00EB75F0">
        <w:t>CrI</w:t>
      </w:r>
      <w:proofErr w:type="spellEnd"/>
      <w:r w:rsidR="00182B46" w:rsidRPr="00EB75F0">
        <w:t>)</w:t>
      </w:r>
    </w:p>
    <w:tbl>
      <w:tblPr>
        <w:tblStyle w:val="Lumanitytable"/>
        <w:tblW w:w="5155" w:type="pct"/>
        <w:tblLayout w:type="fixed"/>
        <w:tblLook w:val="04A0" w:firstRow="1" w:lastRow="0" w:firstColumn="1" w:lastColumn="0" w:noHBand="0" w:noVBand="1"/>
      </w:tblPr>
      <w:tblGrid>
        <w:gridCol w:w="1436"/>
        <w:gridCol w:w="1712"/>
        <w:gridCol w:w="1711"/>
        <w:gridCol w:w="1708"/>
        <w:gridCol w:w="1711"/>
        <w:gridCol w:w="1621"/>
        <w:gridCol w:w="1708"/>
        <w:gridCol w:w="1723"/>
        <w:gridCol w:w="1681"/>
      </w:tblGrid>
      <w:tr w:rsidR="00F4138D" w:rsidRPr="00EB75F0" w14:paraId="03D7CF34" w14:textId="77777777" w:rsidTr="00B717B6">
        <w:trPr>
          <w:cnfStyle w:val="100000000000" w:firstRow="1" w:lastRow="0" w:firstColumn="0" w:lastColumn="0" w:oddVBand="0" w:evenVBand="0" w:oddHBand="0" w:evenHBand="0" w:firstRowFirstColumn="0" w:firstRowLastColumn="0" w:lastRowFirstColumn="0" w:lastRowLastColumn="0"/>
          <w:trHeight w:val="39"/>
          <w:tblHeader/>
        </w:trPr>
        <w:tc>
          <w:tcPr>
            <w:tcW w:w="478" w:type="pct"/>
            <w:hideMark/>
          </w:tcPr>
          <w:p w14:paraId="0992D040"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570" w:type="pct"/>
            <w:hideMark/>
          </w:tcPr>
          <w:p w14:paraId="604BEF8E"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570" w:type="pct"/>
            <w:hideMark/>
          </w:tcPr>
          <w:p w14:paraId="5C31FF4A"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569" w:type="pct"/>
            <w:hideMark/>
          </w:tcPr>
          <w:p w14:paraId="051B9885"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570" w:type="pct"/>
            <w:hideMark/>
          </w:tcPr>
          <w:p w14:paraId="0EB6E99B" w14:textId="4848FF6F" w:rsidR="00F4138D" w:rsidRPr="00EB75F0" w:rsidRDefault="009A3EC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540" w:type="pct"/>
            <w:hideMark/>
          </w:tcPr>
          <w:p w14:paraId="1A2C9722"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569" w:type="pct"/>
            <w:hideMark/>
          </w:tcPr>
          <w:p w14:paraId="3BAEB331"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574" w:type="pct"/>
            <w:hideMark/>
          </w:tcPr>
          <w:p w14:paraId="381D2F59"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560" w:type="pct"/>
            <w:hideMark/>
          </w:tcPr>
          <w:p w14:paraId="52AE4D49"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13674C" w:rsidRPr="00EB75F0" w14:paraId="32E68E7D" w14:textId="77777777" w:rsidTr="00F4138D">
        <w:trPr>
          <w:trHeight w:val="288"/>
        </w:trPr>
        <w:tc>
          <w:tcPr>
            <w:tcW w:w="478" w:type="pct"/>
            <w:vAlign w:val="center"/>
            <w:hideMark/>
          </w:tcPr>
          <w:p w14:paraId="09349DAA"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570" w:type="pct"/>
            <w:vAlign w:val="center"/>
          </w:tcPr>
          <w:p w14:paraId="429136D5"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 (-2.12 to -1.29)</w:t>
            </w:r>
          </w:p>
        </w:tc>
        <w:tc>
          <w:tcPr>
            <w:tcW w:w="570" w:type="pct"/>
            <w:vAlign w:val="center"/>
          </w:tcPr>
          <w:p w14:paraId="57F16C6F"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-1.29 (-1.74 to -0.83)</w:t>
            </w:r>
          </w:p>
        </w:tc>
        <w:tc>
          <w:tcPr>
            <w:tcW w:w="569" w:type="pct"/>
            <w:vAlign w:val="center"/>
          </w:tcPr>
          <w:p w14:paraId="63D9BD1B"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-1.58 (-2.03 to -1.13)</w:t>
            </w:r>
          </w:p>
        </w:tc>
        <w:tc>
          <w:tcPr>
            <w:tcW w:w="570" w:type="pct"/>
            <w:shd w:val="clear" w:color="auto" w:fill="CFEDFF"/>
            <w:vAlign w:val="center"/>
          </w:tcPr>
          <w:p w14:paraId="3338AC65"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w:t>
            </w:r>
            <w:r w:rsidRPr="00EB75F0">
              <w:rPr>
                <w:rFonts w:asciiTheme="majorHAnsi" w:hAnsiTheme="majorHAnsi" w:cstheme="majorHAnsi"/>
                <w:b/>
                <w:bCs/>
                <w:sz w:val="16"/>
                <w:szCs w:val="16"/>
              </w:rPr>
              <w:t>1.71 (-2.45 to -0.97)</w:t>
            </w:r>
          </w:p>
        </w:tc>
        <w:tc>
          <w:tcPr>
            <w:tcW w:w="540" w:type="pct"/>
            <w:vAlign w:val="center"/>
          </w:tcPr>
          <w:p w14:paraId="203A74A3"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 (-1.89 to 0.49)</w:t>
            </w:r>
          </w:p>
        </w:tc>
        <w:tc>
          <w:tcPr>
            <w:tcW w:w="569" w:type="pct"/>
            <w:vAlign w:val="center"/>
          </w:tcPr>
          <w:p w14:paraId="7D9951CD"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-1.63 (-2.12 to -1.15)</w:t>
            </w:r>
          </w:p>
        </w:tc>
        <w:tc>
          <w:tcPr>
            <w:tcW w:w="574" w:type="pct"/>
            <w:vAlign w:val="center"/>
          </w:tcPr>
          <w:p w14:paraId="7DE41556"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-1.94 (-2.46 to -1.43)</w:t>
            </w:r>
          </w:p>
        </w:tc>
        <w:tc>
          <w:tcPr>
            <w:tcW w:w="560" w:type="pct"/>
            <w:vAlign w:val="center"/>
          </w:tcPr>
          <w:p w14:paraId="32138BCA"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w:t>
            </w:r>
            <w:r w:rsidRPr="00EB75F0">
              <w:rPr>
                <w:rFonts w:asciiTheme="majorHAnsi" w:hAnsiTheme="majorHAnsi" w:cstheme="majorHAnsi"/>
                <w:b/>
                <w:bCs/>
                <w:sz w:val="16"/>
                <w:szCs w:val="16"/>
              </w:rPr>
              <w:t>0.9 (-1.07 to -0.73)</w:t>
            </w:r>
          </w:p>
        </w:tc>
      </w:tr>
      <w:tr w:rsidR="0013674C" w:rsidRPr="00EB75F0" w14:paraId="316F9834" w14:textId="77777777" w:rsidTr="00F4138D">
        <w:trPr>
          <w:trHeight w:val="288"/>
        </w:trPr>
        <w:tc>
          <w:tcPr>
            <w:tcW w:w="478" w:type="pct"/>
            <w:vAlign w:val="center"/>
            <w:hideMark/>
          </w:tcPr>
          <w:p w14:paraId="51F51D89"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570" w:type="pct"/>
            <w:shd w:val="clear" w:color="auto" w:fill="C6C6C6"/>
            <w:noWrap/>
            <w:vAlign w:val="center"/>
          </w:tcPr>
          <w:p w14:paraId="437AFF97"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vAlign w:val="center"/>
          </w:tcPr>
          <w:p w14:paraId="60AC1021"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0.42 (-0.19 to 1.02)</w:t>
            </w:r>
          </w:p>
        </w:tc>
        <w:tc>
          <w:tcPr>
            <w:tcW w:w="569" w:type="pct"/>
            <w:vAlign w:val="center"/>
          </w:tcPr>
          <w:p w14:paraId="43F3BEBE"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0.12 (-0.42 to 0.66)</w:t>
            </w:r>
          </w:p>
        </w:tc>
        <w:tc>
          <w:tcPr>
            <w:tcW w:w="570" w:type="pct"/>
            <w:shd w:val="clear" w:color="auto" w:fill="CFEDFF"/>
            <w:vAlign w:val="center"/>
          </w:tcPr>
          <w:p w14:paraId="78E9696B"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 (-0.85 to 0.84)</w:t>
            </w:r>
          </w:p>
        </w:tc>
        <w:tc>
          <w:tcPr>
            <w:tcW w:w="540" w:type="pct"/>
            <w:vAlign w:val="center"/>
          </w:tcPr>
          <w:p w14:paraId="2D7E2B61"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 (-0.26 to 2.27)</w:t>
            </w:r>
          </w:p>
        </w:tc>
        <w:tc>
          <w:tcPr>
            <w:tcW w:w="569" w:type="pct"/>
            <w:vAlign w:val="center"/>
          </w:tcPr>
          <w:p w14:paraId="5C52E54E"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0.07 (-0.57 to 0.71)</w:t>
            </w:r>
          </w:p>
        </w:tc>
        <w:tc>
          <w:tcPr>
            <w:tcW w:w="574" w:type="pct"/>
            <w:vAlign w:val="center"/>
          </w:tcPr>
          <w:p w14:paraId="7333BC99"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-0.24 (-0.9 to 0.42)</w:t>
            </w:r>
          </w:p>
        </w:tc>
        <w:tc>
          <w:tcPr>
            <w:tcW w:w="560" w:type="pct"/>
            <w:vAlign w:val="center"/>
          </w:tcPr>
          <w:p w14:paraId="22D71C90"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 (0.37 to 1.24)</w:t>
            </w:r>
          </w:p>
        </w:tc>
      </w:tr>
      <w:tr w:rsidR="0013674C" w:rsidRPr="00EB75F0" w14:paraId="7FAD7FAB" w14:textId="77777777" w:rsidTr="00F4138D">
        <w:trPr>
          <w:trHeight w:val="288"/>
        </w:trPr>
        <w:tc>
          <w:tcPr>
            <w:tcW w:w="478" w:type="pct"/>
            <w:vAlign w:val="center"/>
            <w:hideMark/>
          </w:tcPr>
          <w:p w14:paraId="212EDF34"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570" w:type="pct"/>
            <w:vAlign w:val="center"/>
          </w:tcPr>
          <w:p w14:paraId="1E359F57"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-0.42 (-1.02 to 0.19)</w:t>
            </w:r>
          </w:p>
        </w:tc>
        <w:tc>
          <w:tcPr>
            <w:tcW w:w="570" w:type="pct"/>
            <w:shd w:val="clear" w:color="auto" w:fill="C6C6C6"/>
            <w:noWrap/>
            <w:vAlign w:val="center"/>
          </w:tcPr>
          <w:p w14:paraId="0A2E9118"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
        </w:tc>
        <w:tc>
          <w:tcPr>
            <w:tcW w:w="569" w:type="pct"/>
            <w:vAlign w:val="center"/>
          </w:tcPr>
          <w:p w14:paraId="3780F9F2"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 (-0.93 to 0.34)</w:t>
            </w:r>
          </w:p>
        </w:tc>
        <w:tc>
          <w:tcPr>
            <w:tcW w:w="570" w:type="pct"/>
            <w:shd w:val="clear" w:color="auto" w:fill="CFEDFF"/>
            <w:vAlign w:val="center"/>
          </w:tcPr>
          <w:p w14:paraId="6A01838A"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-0.42 (-1.29 to 0.44)</w:t>
            </w:r>
          </w:p>
        </w:tc>
        <w:tc>
          <w:tcPr>
            <w:tcW w:w="540" w:type="pct"/>
            <w:vAlign w:val="center"/>
          </w:tcPr>
          <w:p w14:paraId="5720420A"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0.58 (-0.68 to 1.86)</w:t>
            </w:r>
          </w:p>
        </w:tc>
        <w:tc>
          <w:tcPr>
            <w:tcW w:w="569" w:type="pct"/>
            <w:vAlign w:val="center"/>
          </w:tcPr>
          <w:p w14:paraId="0B924B9C"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-0.35 (-1.01 to 0.31)</w:t>
            </w:r>
          </w:p>
        </w:tc>
        <w:tc>
          <w:tcPr>
            <w:tcW w:w="574" w:type="pct"/>
            <w:vAlign w:val="center"/>
          </w:tcPr>
          <w:p w14:paraId="066B4836"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-0.66 (-1.3 to -0.01)</w:t>
            </w:r>
          </w:p>
        </w:tc>
        <w:tc>
          <w:tcPr>
            <w:tcW w:w="560" w:type="pct"/>
            <w:vAlign w:val="center"/>
          </w:tcPr>
          <w:p w14:paraId="5CBDFD5B"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0.39 (-0.1 to 0.87)</w:t>
            </w:r>
          </w:p>
        </w:tc>
      </w:tr>
      <w:tr w:rsidR="0013674C" w:rsidRPr="00EB75F0" w14:paraId="6330D087" w14:textId="77777777" w:rsidTr="00F4138D">
        <w:trPr>
          <w:trHeight w:val="288"/>
        </w:trPr>
        <w:tc>
          <w:tcPr>
            <w:tcW w:w="478" w:type="pct"/>
            <w:vAlign w:val="center"/>
            <w:hideMark/>
          </w:tcPr>
          <w:p w14:paraId="3E07CDBD"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570" w:type="pct"/>
            <w:vAlign w:val="center"/>
          </w:tcPr>
          <w:p w14:paraId="4C6CA6FF"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-0.12 (-0.66 to 0.42)</w:t>
            </w:r>
          </w:p>
        </w:tc>
        <w:tc>
          <w:tcPr>
            <w:tcW w:w="570" w:type="pct"/>
            <w:vAlign w:val="center"/>
          </w:tcPr>
          <w:p w14:paraId="7F4F6E95"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 (-0.34 to 0.93)</w:t>
            </w:r>
          </w:p>
        </w:tc>
        <w:tc>
          <w:tcPr>
            <w:tcW w:w="569" w:type="pct"/>
            <w:shd w:val="clear" w:color="auto" w:fill="C6C6C6"/>
            <w:noWrap/>
            <w:vAlign w:val="center"/>
          </w:tcPr>
          <w:p w14:paraId="25524430"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shd w:val="clear" w:color="auto" w:fill="CFEDFF"/>
            <w:vAlign w:val="center"/>
          </w:tcPr>
          <w:p w14:paraId="600EBB3B"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-0.13 (-0.99 to 0.74)</w:t>
            </w:r>
          </w:p>
        </w:tc>
        <w:tc>
          <w:tcPr>
            <w:tcW w:w="540" w:type="pct"/>
            <w:vAlign w:val="center"/>
          </w:tcPr>
          <w:p w14:paraId="30319F73"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(-0.39 to 2.16)</w:t>
            </w:r>
          </w:p>
        </w:tc>
        <w:tc>
          <w:tcPr>
            <w:tcW w:w="569" w:type="pct"/>
            <w:vAlign w:val="center"/>
          </w:tcPr>
          <w:p w14:paraId="7ABED085"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-0.05 (-0.71 to 0.6)</w:t>
            </w:r>
          </w:p>
        </w:tc>
        <w:tc>
          <w:tcPr>
            <w:tcW w:w="574" w:type="pct"/>
            <w:vAlign w:val="center"/>
          </w:tcPr>
          <w:p w14:paraId="0552850B"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-0.36 (-1.05 to 0.32)</w:t>
            </w:r>
          </w:p>
        </w:tc>
        <w:tc>
          <w:tcPr>
            <w:tcW w:w="560" w:type="pct"/>
            <w:vAlign w:val="center"/>
          </w:tcPr>
          <w:p w14:paraId="49C69AE3"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0.68 (0.22 to 1.15)</w:t>
            </w:r>
          </w:p>
        </w:tc>
      </w:tr>
      <w:tr w:rsidR="0013674C" w:rsidRPr="00EB75F0" w14:paraId="42619000" w14:textId="77777777" w:rsidTr="00F4138D">
        <w:trPr>
          <w:trHeight w:val="288"/>
        </w:trPr>
        <w:tc>
          <w:tcPr>
            <w:tcW w:w="478" w:type="pct"/>
            <w:vAlign w:val="center"/>
            <w:hideMark/>
          </w:tcPr>
          <w:p w14:paraId="62BCB19E" w14:textId="337C25C2" w:rsidR="00F4138D" w:rsidRPr="00EB75F0" w:rsidRDefault="009A3ECD" w:rsidP="00F4138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570" w:type="pct"/>
            <w:vAlign w:val="center"/>
          </w:tcPr>
          <w:p w14:paraId="7BF6EDC9"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 (-0.84 to 0.85)</w:t>
            </w:r>
          </w:p>
        </w:tc>
        <w:tc>
          <w:tcPr>
            <w:tcW w:w="570" w:type="pct"/>
            <w:vAlign w:val="center"/>
          </w:tcPr>
          <w:p w14:paraId="4B0D2DBB"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0.42 (-0.44 to 1.29)</w:t>
            </w:r>
          </w:p>
        </w:tc>
        <w:tc>
          <w:tcPr>
            <w:tcW w:w="569" w:type="pct"/>
            <w:vAlign w:val="center"/>
          </w:tcPr>
          <w:p w14:paraId="53A0468F"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0.13 (-0.74 to 0.99)</w:t>
            </w:r>
          </w:p>
        </w:tc>
        <w:tc>
          <w:tcPr>
            <w:tcW w:w="570" w:type="pct"/>
            <w:shd w:val="clear" w:color="auto" w:fill="C6C6C6"/>
            <w:noWrap/>
            <w:vAlign w:val="center"/>
          </w:tcPr>
          <w:p w14:paraId="46BFBDCE"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
        </w:tc>
        <w:tc>
          <w:tcPr>
            <w:tcW w:w="540" w:type="pct"/>
            <w:vAlign w:val="center"/>
          </w:tcPr>
          <w:p w14:paraId="44E16A38"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1.01 (-0.39 to 2.41)</w:t>
            </w:r>
          </w:p>
        </w:tc>
        <w:tc>
          <w:tcPr>
            <w:tcW w:w="569" w:type="pct"/>
            <w:vAlign w:val="center"/>
          </w:tcPr>
          <w:p w14:paraId="16B4ACC7"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0.07 (-0.81 to 0.96)</w:t>
            </w:r>
          </w:p>
        </w:tc>
        <w:tc>
          <w:tcPr>
            <w:tcW w:w="574" w:type="pct"/>
            <w:vAlign w:val="center"/>
          </w:tcPr>
          <w:p w14:paraId="2C551E3E"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-0.24 (-1.13 to 0.67)</w:t>
            </w:r>
          </w:p>
        </w:tc>
        <w:tc>
          <w:tcPr>
            <w:tcW w:w="560" w:type="pct"/>
            <w:vAlign w:val="center"/>
          </w:tcPr>
          <w:p w14:paraId="58760318"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0.81 (0.05 to 1.57)</w:t>
            </w:r>
          </w:p>
        </w:tc>
      </w:tr>
      <w:tr w:rsidR="0013674C" w:rsidRPr="00EB75F0" w14:paraId="3388DA54" w14:textId="77777777" w:rsidTr="00F4138D">
        <w:trPr>
          <w:trHeight w:val="288"/>
        </w:trPr>
        <w:tc>
          <w:tcPr>
            <w:tcW w:w="478" w:type="pct"/>
            <w:vAlign w:val="center"/>
            <w:hideMark/>
          </w:tcPr>
          <w:p w14:paraId="33DE3980"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570" w:type="pct"/>
            <w:vAlign w:val="center"/>
          </w:tcPr>
          <w:p w14:paraId="6F50B3BF"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 (-2.27 to 0.26)</w:t>
            </w:r>
          </w:p>
        </w:tc>
        <w:tc>
          <w:tcPr>
            <w:tcW w:w="570" w:type="pct"/>
            <w:vAlign w:val="center"/>
          </w:tcPr>
          <w:p w14:paraId="060C94D6"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-0.58 (-1.86 to 0.68)</w:t>
            </w:r>
          </w:p>
        </w:tc>
        <w:tc>
          <w:tcPr>
            <w:tcW w:w="569" w:type="pct"/>
            <w:vAlign w:val="center"/>
          </w:tcPr>
          <w:p w14:paraId="2BB67F54"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(-2.16 to 0.39)</w:t>
            </w:r>
          </w:p>
        </w:tc>
        <w:tc>
          <w:tcPr>
            <w:tcW w:w="570" w:type="pct"/>
            <w:shd w:val="clear" w:color="auto" w:fill="CFEDFF"/>
            <w:vAlign w:val="center"/>
          </w:tcPr>
          <w:p w14:paraId="133F8C17"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-1.01 (-2.41 to 0.39)</w:t>
            </w:r>
          </w:p>
        </w:tc>
        <w:tc>
          <w:tcPr>
            <w:tcW w:w="540" w:type="pct"/>
            <w:shd w:val="clear" w:color="auto" w:fill="C6C6C6"/>
            <w:noWrap/>
            <w:vAlign w:val="center"/>
          </w:tcPr>
          <w:p w14:paraId="07EE0847"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
        </w:tc>
        <w:tc>
          <w:tcPr>
            <w:tcW w:w="569" w:type="pct"/>
            <w:vAlign w:val="center"/>
          </w:tcPr>
          <w:p w14:paraId="51C04EEE"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-0.93 (-2.22 to 0.35)</w:t>
            </w:r>
          </w:p>
        </w:tc>
        <w:tc>
          <w:tcPr>
            <w:tcW w:w="574" w:type="pct"/>
            <w:vAlign w:val="center"/>
          </w:tcPr>
          <w:p w14:paraId="59A0D0B5"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-1.24 (-2.55 to 0.05)</w:t>
            </w:r>
          </w:p>
        </w:tc>
        <w:tc>
          <w:tcPr>
            <w:tcW w:w="560" w:type="pct"/>
            <w:vAlign w:val="center"/>
          </w:tcPr>
          <w:p w14:paraId="09739E34"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 (-1.4 to 1)</w:t>
            </w:r>
          </w:p>
        </w:tc>
      </w:tr>
      <w:tr w:rsidR="0013674C" w:rsidRPr="00EB75F0" w14:paraId="357D9892" w14:textId="77777777" w:rsidTr="00F4138D">
        <w:trPr>
          <w:trHeight w:val="288"/>
        </w:trPr>
        <w:tc>
          <w:tcPr>
            <w:tcW w:w="478" w:type="pct"/>
            <w:vAlign w:val="center"/>
            <w:hideMark/>
          </w:tcPr>
          <w:p w14:paraId="242C8D27"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570" w:type="pct"/>
            <w:vAlign w:val="center"/>
          </w:tcPr>
          <w:p w14:paraId="5C2FD354"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-0.07 (-0.71 to 0.57)</w:t>
            </w:r>
          </w:p>
        </w:tc>
        <w:tc>
          <w:tcPr>
            <w:tcW w:w="570" w:type="pct"/>
            <w:vAlign w:val="center"/>
          </w:tcPr>
          <w:p w14:paraId="31CB2644"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0.35 (-0.31 to 1.01)</w:t>
            </w:r>
          </w:p>
        </w:tc>
        <w:tc>
          <w:tcPr>
            <w:tcW w:w="569" w:type="pct"/>
            <w:vAlign w:val="center"/>
          </w:tcPr>
          <w:p w14:paraId="5987D5FE"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0.05 (-0.6 to 0.71)</w:t>
            </w:r>
          </w:p>
        </w:tc>
        <w:tc>
          <w:tcPr>
            <w:tcW w:w="570" w:type="pct"/>
            <w:shd w:val="clear" w:color="auto" w:fill="CFEDFF"/>
            <w:vAlign w:val="center"/>
          </w:tcPr>
          <w:p w14:paraId="4B296291"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-0.07 (-0.96 to 0.81)</w:t>
            </w:r>
          </w:p>
        </w:tc>
        <w:tc>
          <w:tcPr>
            <w:tcW w:w="540" w:type="pct"/>
            <w:vAlign w:val="center"/>
          </w:tcPr>
          <w:p w14:paraId="0DB720BB"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0.93 (-0.35 to 2.22)</w:t>
            </w:r>
          </w:p>
        </w:tc>
        <w:tc>
          <w:tcPr>
            <w:tcW w:w="569" w:type="pct"/>
            <w:shd w:val="clear" w:color="auto" w:fill="C6C6C6"/>
            <w:noWrap/>
            <w:vAlign w:val="center"/>
          </w:tcPr>
          <w:p w14:paraId="456F676C"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
        </w:tc>
        <w:tc>
          <w:tcPr>
            <w:tcW w:w="574" w:type="pct"/>
            <w:vAlign w:val="center"/>
          </w:tcPr>
          <w:p w14:paraId="5DDF6AA2"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-0.31 (-1.01 to 0.39)</w:t>
            </w:r>
          </w:p>
        </w:tc>
        <w:tc>
          <w:tcPr>
            <w:tcW w:w="560" w:type="pct"/>
            <w:vAlign w:val="center"/>
          </w:tcPr>
          <w:p w14:paraId="5F0A9EDE"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0.73 (0.23 to 1.25)</w:t>
            </w:r>
          </w:p>
        </w:tc>
      </w:tr>
      <w:tr w:rsidR="0013674C" w:rsidRPr="00EB75F0" w14:paraId="4940B9A9" w14:textId="77777777" w:rsidTr="00F4138D">
        <w:trPr>
          <w:trHeight w:val="288"/>
        </w:trPr>
        <w:tc>
          <w:tcPr>
            <w:tcW w:w="478" w:type="pct"/>
            <w:vAlign w:val="center"/>
            <w:hideMark/>
          </w:tcPr>
          <w:p w14:paraId="2E52DE6D"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570" w:type="pct"/>
            <w:vAlign w:val="center"/>
          </w:tcPr>
          <w:p w14:paraId="3C2BB6B7"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0.24 (-0.42 to 0.9)</w:t>
            </w:r>
          </w:p>
        </w:tc>
        <w:tc>
          <w:tcPr>
            <w:tcW w:w="570" w:type="pct"/>
            <w:vAlign w:val="center"/>
          </w:tcPr>
          <w:p w14:paraId="740D7061"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0.66 (0.01 to 1.3)</w:t>
            </w:r>
          </w:p>
        </w:tc>
        <w:tc>
          <w:tcPr>
            <w:tcW w:w="569" w:type="pct"/>
            <w:vAlign w:val="center"/>
          </w:tcPr>
          <w:p w14:paraId="429D3AA4"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0.36 (-0.32 to 1.05)</w:t>
            </w:r>
          </w:p>
        </w:tc>
        <w:tc>
          <w:tcPr>
            <w:tcW w:w="570" w:type="pct"/>
            <w:shd w:val="clear" w:color="auto" w:fill="CFEDFF"/>
            <w:vAlign w:val="center"/>
          </w:tcPr>
          <w:p w14:paraId="24DF73BB"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0.24 (-0.67 to 1.13)</w:t>
            </w:r>
          </w:p>
        </w:tc>
        <w:tc>
          <w:tcPr>
            <w:tcW w:w="540" w:type="pct"/>
            <w:vAlign w:val="center"/>
          </w:tcPr>
          <w:p w14:paraId="2B6791B8"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1.24 (-0.05 to 2.55)</w:t>
            </w:r>
          </w:p>
        </w:tc>
        <w:tc>
          <w:tcPr>
            <w:tcW w:w="569" w:type="pct"/>
            <w:vAlign w:val="center"/>
          </w:tcPr>
          <w:p w14:paraId="3F4E0FF1"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0.31 (-0.39 to 1.01)</w:t>
            </w:r>
          </w:p>
        </w:tc>
        <w:tc>
          <w:tcPr>
            <w:tcW w:w="574" w:type="pct"/>
            <w:shd w:val="clear" w:color="auto" w:fill="C6C6C6"/>
            <w:noWrap/>
            <w:vAlign w:val="center"/>
          </w:tcPr>
          <w:p w14:paraId="30C6710F" w14:textId="77777777" w:rsidR="00F4138D" w:rsidRPr="00EB75F0" w:rsidRDefault="00F4138D" w:rsidP="00F4138D">
            <w:pPr>
              <w:keepNext/>
              <w:spacing w:before="0" w:after="0" w:line="240" w:lineRule="auto"/>
              <w:contextualSpacing/>
              <w:rPr>
                <w:rFonts w:asciiTheme="majorHAnsi" w:eastAsia="Times New Roman" w:hAnsiTheme="majorHAnsi" w:cstheme="majorHAnsi"/>
                <w:b/>
                <w:bCs/>
                <w:color w:val="000000"/>
                <w:sz w:val="16"/>
                <w:szCs w:val="16"/>
                <w:lang w:eastAsia="zh-TW"/>
              </w:rPr>
            </w:pPr>
          </w:p>
        </w:tc>
        <w:tc>
          <w:tcPr>
            <w:tcW w:w="560" w:type="pct"/>
            <w:vAlign w:val="center"/>
          </w:tcPr>
          <w:p w14:paraId="47EC247D" w14:textId="77777777" w:rsidR="00F4138D" w:rsidRPr="00EB75F0" w:rsidRDefault="00F4138D" w:rsidP="00F4138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1.04 (0.5 to 1.58)</w:t>
            </w:r>
          </w:p>
        </w:tc>
      </w:tr>
      <w:tr w:rsidR="0013674C" w:rsidRPr="00EB75F0" w14:paraId="0AD25A97" w14:textId="77777777" w:rsidTr="00F4138D">
        <w:trPr>
          <w:trHeight w:val="288"/>
        </w:trPr>
        <w:tc>
          <w:tcPr>
            <w:tcW w:w="478" w:type="pct"/>
            <w:vAlign w:val="center"/>
            <w:hideMark/>
          </w:tcPr>
          <w:p w14:paraId="531F5199"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570" w:type="pct"/>
            <w:vAlign w:val="center"/>
          </w:tcPr>
          <w:p w14:paraId="738A462D"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 (-1.24 to -0.37)</w:t>
            </w:r>
          </w:p>
        </w:tc>
        <w:tc>
          <w:tcPr>
            <w:tcW w:w="570" w:type="pct"/>
            <w:vAlign w:val="center"/>
          </w:tcPr>
          <w:p w14:paraId="1AB32642"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-0.39 (-0.87 to 0.1)</w:t>
            </w:r>
          </w:p>
        </w:tc>
        <w:tc>
          <w:tcPr>
            <w:tcW w:w="569" w:type="pct"/>
            <w:vAlign w:val="center"/>
          </w:tcPr>
          <w:p w14:paraId="65CF79D5"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-0.68 (-1.15 to -0.22)</w:t>
            </w:r>
          </w:p>
        </w:tc>
        <w:tc>
          <w:tcPr>
            <w:tcW w:w="570" w:type="pct"/>
            <w:shd w:val="clear" w:color="auto" w:fill="CFEDFF"/>
            <w:vAlign w:val="center"/>
          </w:tcPr>
          <w:p w14:paraId="6381C1A2"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-0.81 (-1.57 to -0.05)</w:t>
            </w:r>
          </w:p>
        </w:tc>
        <w:tc>
          <w:tcPr>
            <w:tcW w:w="540" w:type="pct"/>
            <w:vAlign w:val="center"/>
          </w:tcPr>
          <w:p w14:paraId="03EE5B37"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 (-1 to 1.4)</w:t>
            </w:r>
          </w:p>
        </w:tc>
        <w:tc>
          <w:tcPr>
            <w:tcW w:w="569" w:type="pct"/>
            <w:vAlign w:val="center"/>
          </w:tcPr>
          <w:p w14:paraId="6A2E0E04"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-0.73 (-1.25 to -0.23)</w:t>
            </w:r>
          </w:p>
        </w:tc>
        <w:tc>
          <w:tcPr>
            <w:tcW w:w="574" w:type="pct"/>
            <w:vAlign w:val="center"/>
          </w:tcPr>
          <w:p w14:paraId="03DCA2C6"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-1.04 (-1.58 to -0.5)</w:t>
            </w:r>
          </w:p>
        </w:tc>
        <w:tc>
          <w:tcPr>
            <w:tcW w:w="560" w:type="pct"/>
            <w:shd w:val="clear" w:color="auto" w:fill="C6C6C6"/>
            <w:noWrap/>
            <w:vAlign w:val="center"/>
          </w:tcPr>
          <w:p w14:paraId="425D27F3"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
        </w:tc>
      </w:tr>
      <w:tr w:rsidR="00F4138D" w:rsidRPr="00EB75F0" w14:paraId="6924FFA0" w14:textId="77777777" w:rsidTr="00E13677">
        <w:trPr>
          <w:trHeight w:val="133"/>
        </w:trPr>
        <w:tc>
          <w:tcPr>
            <w:tcW w:w="5000" w:type="pct"/>
            <w:gridSpan w:val="9"/>
            <w:vAlign w:val="center"/>
          </w:tcPr>
          <w:p w14:paraId="42EA0701" w14:textId="3CC1548D" w:rsidR="00F4138D" w:rsidRPr="00EB75F0" w:rsidRDefault="00F4138D" w:rsidP="00F4138D">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w:t>
            </w:r>
            <w:r w:rsidR="00A47D85" w:rsidRPr="00EB75F0">
              <w:rPr>
                <w:rFonts w:asciiTheme="majorHAnsi" w:hAnsiTheme="majorHAnsi" w:cstheme="majorHAnsi"/>
                <w:sz w:val="16"/>
                <w:szCs w:val="16"/>
              </w:rPr>
              <w:t>MD, mean difference</w:t>
            </w:r>
            <w:r w:rsidR="00F4689E"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F4689E" w:rsidRPr="00EB75F0">
              <w:rPr>
                <w:rFonts w:asciiTheme="majorHAnsi" w:eastAsia="Times New Roman" w:hAnsiTheme="majorHAnsi" w:cstheme="majorHAnsi"/>
                <w:color w:val="000000"/>
                <w:sz w:val="16"/>
                <w:szCs w:val="16"/>
                <w:lang w:eastAsia="zh-TW"/>
              </w:rPr>
              <w:t xml:space="preserve">, </w:t>
            </w:r>
            <w:proofErr w:type="spellStart"/>
            <w:r w:rsidR="00F4689E" w:rsidRPr="00EB75F0">
              <w:rPr>
                <w:rFonts w:asciiTheme="majorHAnsi" w:hAnsiTheme="majorHAnsi" w:cstheme="majorHAnsi"/>
                <w:sz w:val="16"/>
                <w:szCs w:val="16"/>
              </w:rPr>
              <w:t>xanomeline</w:t>
            </w:r>
            <w:proofErr w:type="spellEnd"/>
            <w:r w:rsidR="00F4689E" w:rsidRPr="00EB75F0">
              <w:rPr>
                <w:rFonts w:asciiTheme="majorHAnsi" w:hAnsiTheme="majorHAnsi" w:cstheme="majorHAnsi"/>
                <w:sz w:val="16"/>
                <w:szCs w:val="16"/>
              </w:rPr>
              <w:t>/</w:t>
            </w:r>
            <w:proofErr w:type="spellStart"/>
            <w:r w:rsidR="00F4689E" w:rsidRPr="00EB75F0">
              <w:rPr>
                <w:rFonts w:asciiTheme="majorHAnsi" w:hAnsiTheme="majorHAnsi" w:cstheme="majorHAnsi"/>
                <w:sz w:val="16"/>
                <w:szCs w:val="16"/>
              </w:rPr>
              <w:t>trospium</w:t>
            </w:r>
            <w:proofErr w:type="spellEnd"/>
            <w:r w:rsidR="00F4689E" w:rsidRPr="00EB75F0">
              <w:rPr>
                <w:rFonts w:asciiTheme="majorHAnsi" w:hAnsiTheme="majorHAnsi" w:cstheme="majorHAnsi"/>
                <w:sz w:val="16"/>
                <w:szCs w:val="16"/>
              </w:rPr>
              <w:t xml:space="preserve"> chloride</w:t>
            </w:r>
          </w:p>
          <w:p w14:paraId="271B9B63" w14:textId="5FD56D3A"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lastRenderedPageBreak/>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20E2556E" w14:textId="77777777" w:rsidR="009C575C" w:rsidRPr="00EB75F0" w:rsidRDefault="009C575C">
      <w:pPr>
        <w:spacing w:before="0" w:after="200" w:line="276" w:lineRule="auto"/>
      </w:pPr>
    </w:p>
    <w:p w14:paraId="10015088" w14:textId="666A7569" w:rsidR="00BF3EFE" w:rsidRPr="00EB75F0" w:rsidRDefault="00A06AE8" w:rsidP="00295D9B">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12</w:t>
        </w:r>
      </w:fldSimple>
      <w:r w:rsidR="00BF3EFE" w:rsidRPr="00EB75F0">
        <w:t xml:space="preserve">: Change from baseline PANSS negative symptoms score – League table – random-effects model, sensitivity analysis excluding studies with predominantly Asian populations – MD (95% </w:t>
      </w:r>
      <w:proofErr w:type="spellStart"/>
      <w:r w:rsidR="00BF3EFE" w:rsidRPr="00EB75F0">
        <w:t>CrI</w:t>
      </w:r>
      <w:proofErr w:type="spellEnd"/>
      <w:r w:rsidR="00BF3EFE" w:rsidRPr="00EB75F0">
        <w:t>)</w:t>
      </w:r>
    </w:p>
    <w:tbl>
      <w:tblPr>
        <w:tblStyle w:val="Lumanitytable"/>
        <w:tblW w:w="5155" w:type="pct"/>
        <w:tblLayout w:type="fixed"/>
        <w:tblLook w:val="04A0" w:firstRow="1" w:lastRow="0" w:firstColumn="1" w:lastColumn="0" w:noHBand="0" w:noVBand="1"/>
      </w:tblPr>
      <w:tblGrid>
        <w:gridCol w:w="1436"/>
        <w:gridCol w:w="1709"/>
        <w:gridCol w:w="1711"/>
        <w:gridCol w:w="1708"/>
        <w:gridCol w:w="1711"/>
        <w:gridCol w:w="1621"/>
        <w:gridCol w:w="1708"/>
        <w:gridCol w:w="1711"/>
        <w:gridCol w:w="1696"/>
      </w:tblGrid>
      <w:tr w:rsidR="00F4138D" w:rsidRPr="00EB75F0" w14:paraId="2BF0E622" w14:textId="77777777" w:rsidTr="00B717B6">
        <w:trPr>
          <w:cnfStyle w:val="100000000000" w:firstRow="1" w:lastRow="0" w:firstColumn="0" w:lastColumn="0" w:oddVBand="0" w:evenVBand="0" w:oddHBand="0" w:evenHBand="0" w:firstRowFirstColumn="0" w:firstRowLastColumn="0" w:lastRowFirstColumn="0" w:lastRowLastColumn="0"/>
          <w:trHeight w:val="288"/>
          <w:tblHeader/>
        </w:trPr>
        <w:tc>
          <w:tcPr>
            <w:tcW w:w="478" w:type="pct"/>
            <w:hideMark/>
          </w:tcPr>
          <w:p w14:paraId="16736BB8"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569" w:type="pct"/>
            <w:hideMark/>
          </w:tcPr>
          <w:p w14:paraId="64F8343A"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570" w:type="pct"/>
            <w:hideMark/>
          </w:tcPr>
          <w:p w14:paraId="20F892BA"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569" w:type="pct"/>
            <w:hideMark/>
          </w:tcPr>
          <w:p w14:paraId="7B21B47F"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570" w:type="pct"/>
            <w:hideMark/>
          </w:tcPr>
          <w:p w14:paraId="57165E8D" w14:textId="19CC3944" w:rsidR="00F4138D" w:rsidRPr="00EB75F0" w:rsidRDefault="009A3EC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540" w:type="pct"/>
            <w:hideMark/>
          </w:tcPr>
          <w:p w14:paraId="10362F27"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569" w:type="pct"/>
            <w:hideMark/>
          </w:tcPr>
          <w:p w14:paraId="09BB9C2D"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570" w:type="pct"/>
            <w:hideMark/>
          </w:tcPr>
          <w:p w14:paraId="7D6315E1"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565" w:type="pct"/>
            <w:hideMark/>
          </w:tcPr>
          <w:p w14:paraId="5D4B4708"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13674C" w:rsidRPr="00EB75F0" w14:paraId="0820D65C" w14:textId="77777777" w:rsidTr="00BF3EFE">
        <w:trPr>
          <w:trHeight w:val="288"/>
        </w:trPr>
        <w:tc>
          <w:tcPr>
            <w:tcW w:w="478" w:type="pct"/>
            <w:vAlign w:val="center"/>
            <w:hideMark/>
          </w:tcPr>
          <w:p w14:paraId="53B9733A"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569" w:type="pct"/>
            <w:vAlign w:val="center"/>
          </w:tcPr>
          <w:p w14:paraId="0C865FD9"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-1.71 (-2.45 to -0.93)</w:t>
            </w:r>
          </w:p>
        </w:tc>
        <w:tc>
          <w:tcPr>
            <w:tcW w:w="570" w:type="pct"/>
            <w:vAlign w:val="center"/>
          </w:tcPr>
          <w:p w14:paraId="1A17D144"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-1.14 (-2.08 to -0.22)</w:t>
            </w:r>
          </w:p>
        </w:tc>
        <w:tc>
          <w:tcPr>
            <w:tcW w:w="569" w:type="pct"/>
            <w:vAlign w:val="center"/>
          </w:tcPr>
          <w:p w14:paraId="1EC3D17B"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-1.63 (-2.53 to -0.7)</w:t>
            </w:r>
          </w:p>
        </w:tc>
        <w:tc>
          <w:tcPr>
            <w:tcW w:w="570" w:type="pct"/>
            <w:shd w:val="clear" w:color="auto" w:fill="CFEDFF"/>
            <w:vAlign w:val="center"/>
          </w:tcPr>
          <w:p w14:paraId="594822DD"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-1.78 (-3 to -0.57)</w:t>
            </w:r>
          </w:p>
        </w:tc>
        <w:tc>
          <w:tcPr>
            <w:tcW w:w="540" w:type="pct"/>
            <w:vAlign w:val="center"/>
          </w:tcPr>
          <w:p w14:paraId="3F6E678E"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-0.71 (-2.73 to 1.32)</w:t>
            </w:r>
          </w:p>
        </w:tc>
        <w:tc>
          <w:tcPr>
            <w:tcW w:w="569" w:type="pct"/>
            <w:vAlign w:val="center"/>
          </w:tcPr>
          <w:p w14:paraId="09878250"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-1.75 (-2.51 to -1.01)</w:t>
            </w:r>
          </w:p>
        </w:tc>
        <w:tc>
          <w:tcPr>
            <w:tcW w:w="570" w:type="pct"/>
            <w:vAlign w:val="center"/>
          </w:tcPr>
          <w:p w14:paraId="2E9EF4BB"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-2.08 (-3.04 to -1.19)</w:t>
            </w:r>
          </w:p>
        </w:tc>
        <w:tc>
          <w:tcPr>
            <w:tcW w:w="565" w:type="pct"/>
            <w:vAlign w:val="center"/>
          </w:tcPr>
          <w:p w14:paraId="231F7038"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-1.56 (-2.35 to -0.74)</w:t>
            </w:r>
          </w:p>
        </w:tc>
      </w:tr>
      <w:tr w:rsidR="0013674C" w:rsidRPr="00EB75F0" w14:paraId="126AB616" w14:textId="77777777" w:rsidTr="00BF3EFE">
        <w:trPr>
          <w:trHeight w:val="288"/>
        </w:trPr>
        <w:tc>
          <w:tcPr>
            <w:tcW w:w="478" w:type="pct"/>
            <w:vAlign w:val="center"/>
            <w:hideMark/>
          </w:tcPr>
          <w:p w14:paraId="6ECC3BDF"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569" w:type="pct"/>
            <w:shd w:val="clear" w:color="auto" w:fill="C6C6C6"/>
            <w:noWrap/>
            <w:vAlign w:val="center"/>
          </w:tcPr>
          <w:p w14:paraId="2C21B98C"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vAlign w:val="center"/>
          </w:tcPr>
          <w:p w14:paraId="24D7FA1E"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0.57 (-0.61 to 1.7)</w:t>
            </w:r>
          </w:p>
        </w:tc>
        <w:tc>
          <w:tcPr>
            <w:tcW w:w="569" w:type="pct"/>
            <w:vAlign w:val="center"/>
          </w:tcPr>
          <w:p w14:paraId="0CA3049A"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0.08 (-1.02 to 1.18)</w:t>
            </w:r>
          </w:p>
        </w:tc>
        <w:tc>
          <w:tcPr>
            <w:tcW w:w="570" w:type="pct"/>
            <w:shd w:val="clear" w:color="auto" w:fill="CFEDFF"/>
            <w:vAlign w:val="center"/>
          </w:tcPr>
          <w:p w14:paraId="64F44828"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-0.07 (-1.52 to 1.34)</w:t>
            </w:r>
          </w:p>
        </w:tc>
        <w:tc>
          <w:tcPr>
            <w:tcW w:w="540" w:type="pct"/>
            <w:vAlign w:val="center"/>
          </w:tcPr>
          <w:p w14:paraId="0A8119ED"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 (-1.17 to 3.16)</w:t>
            </w:r>
          </w:p>
        </w:tc>
        <w:tc>
          <w:tcPr>
            <w:tcW w:w="569" w:type="pct"/>
            <w:vAlign w:val="center"/>
          </w:tcPr>
          <w:p w14:paraId="15CC4216"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-0.05 (-1.14 to 1)</w:t>
            </w:r>
          </w:p>
        </w:tc>
        <w:tc>
          <w:tcPr>
            <w:tcW w:w="570" w:type="pct"/>
            <w:vAlign w:val="center"/>
          </w:tcPr>
          <w:p w14:paraId="5810072E"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-0.38 (-1.61 to 0.77)</w:t>
            </w:r>
          </w:p>
        </w:tc>
        <w:tc>
          <w:tcPr>
            <w:tcW w:w="565" w:type="pct"/>
            <w:vAlign w:val="center"/>
          </w:tcPr>
          <w:p w14:paraId="79F04A99"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0.15 (-0.89 to 1.19)</w:t>
            </w:r>
          </w:p>
        </w:tc>
      </w:tr>
      <w:tr w:rsidR="0013674C" w:rsidRPr="00EB75F0" w14:paraId="3967B953" w14:textId="77777777" w:rsidTr="00BF3EFE">
        <w:trPr>
          <w:trHeight w:val="288"/>
        </w:trPr>
        <w:tc>
          <w:tcPr>
            <w:tcW w:w="478" w:type="pct"/>
            <w:vAlign w:val="center"/>
            <w:hideMark/>
          </w:tcPr>
          <w:p w14:paraId="22D8300D"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569" w:type="pct"/>
            <w:vAlign w:val="center"/>
          </w:tcPr>
          <w:p w14:paraId="5AB83631"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-0.57 (-1.7 to 0.61)</w:t>
            </w:r>
          </w:p>
        </w:tc>
        <w:tc>
          <w:tcPr>
            <w:tcW w:w="570" w:type="pct"/>
            <w:shd w:val="clear" w:color="auto" w:fill="C6C6C6"/>
            <w:noWrap/>
            <w:vAlign w:val="center"/>
          </w:tcPr>
          <w:p w14:paraId="6803DCFA"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
        </w:tc>
        <w:tc>
          <w:tcPr>
            <w:tcW w:w="569" w:type="pct"/>
            <w:vAlign w:val="center"/>
          </w:tcPr>
          <w:p w14:paraId="7741413A"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-0.49 (-1.76 to 0.82)</w:t>
            </w:r>
          </w:p>
        </w:tc>
        <w:tc>
          <w:tcPr>
            <w:tcW w:w="570" w:type="pct"/>
            <w:shd w:val="clear" w:color="auto" w:fill="CFEDFF"/>
            <w:vAlign w:val="center"/>
          </w:tcPr>
          <w:p w14:paraId="1D70492E"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-0.64 (-2.16 to 0.89)</w:t>
            </w:r>
          </w:p>
        </w:tc>
        <w:tc>
          <w:tcPr>
            <w:tcW w:w="540" w:type="pct"/>
            <w:vAlign w:val="center"/>
          </w:tcPr>
          <w:p w14:paraId="77B42DF8"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0.43 (-1.79 to 2.67)</w:t>
            </w:r>
          </w:p>
        </w:tc>
        <w:tc>
          <w:tcPr>
            <w:tcW w:w="569" w:type="pct"/>
            <w:vAlign w:val="center"/>
          </w:tcPr>
          <w:p w14:paraId="56546F24"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-0.61 (-1.8 to 0.58)</w:t>
            </w:r>
          </w:p>
        </w:tc>
        <w:tc>
          <w:tcPr>
            <w:tcW w:w="570" w:type="pct"/>
            <w:vAlign w:val="center"/>
          </w:tcPr>
          <w:p w14:paraId="00388F39"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(-2.17 to 0.25)</w:t>
            </w:r>
          </w:p>
        </w:tc>
        <w:tc>
          <w:tcPr>
            <w:tcW w:w="565" w:type="pct"/>
            <w:vAlign w:val="center"/>
          </w:tcPr>
          <w:p w14:paraId="14DB3AB4"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-0.42 (-1.62 to 0.83)</w:t>
            </w:r>
          </w:p>
        </w:tc>
      </w:tr>
      <w:tr w:rsidR="0013674C" w:rsidRPr="00EB75F0" w14:paraId="554F350C" w14:textId="77777777" w:rsidTr="00BF3EFE">
        <w:trPr>
          <w:trHeight w:val="288"/>
        </w:trPr>
        <w:tc>
          <w:tcPr>
            <w:tcW w:w="478" w:type="pct"/>
            <w:vAlign w:val="center"/>
            <w:hideMark/>
          </w:tcPr>
          <w:p w14:paraId="5B3D7442"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569" w:type="pct"/>
            <w:vAlign w:val="center"/>
          </w:tcPr>
          <w:p w14:paraId="5FA1E27D"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-0.08 (-1.18 to 1.02)</w:t>
            </w:r>
          </w:p>
        </w:tc>
        <w:tc>
          <w:tcPr>
            <w:tcW w:w="570" w:type="pct"/>
            <w:vAlign w:val="center"/>
          </w:tcPr>
          <w:p w14:paraId="607ABF6F"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0.49 (-0.82 to 1.76)</w:t>
            </w:r>
          </w:p>
        </w:tc>
        <w:tc>
          <w:tcPr>
            <w:tcW w:w="569" w:type="pct"/>
            <w:shd w:val="clear" w:color="auto" w:fill="C6C6C6"/>
            <w:noWrap/>
            <w:vAlign w:val="center"/>
          </w:tcPr>
          <w:p w14:paraId="600EDFFC"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shd w:val="clear" w:color="auto" w:fill="CFEDFF"/>
            <w:vAlign w:val="center"/>
          </w:tcPr>
          <w:p w14:paraId="35B3BE82"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-0.15 (-1.69 to 1.35)</w:t>
            </w:r>
          </w:p>
        </w:tc>
        <w:tc>
          <w:tcPr>
            <w:tcW w:w="540" w:type="pct"/>
            <w:vAlign w:val="center"/>
          </w:tcPr>
          <w:p w14:paraId="4BA053A6"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0.92 (-1.32 to 3.14)</w:t>
            </w:r>
          </w:p>
        </w:tc>
        <w:tc>
          <w:tcPr>
            <w:tcW w:w="569" w:type="pct"/>
            <w:vAlign w:val="center"/>
          </w:tcPr>
          <w:p w14:paraId="60B5D9A6"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-0.12 (-1.33 to 1.03)</w:t>
            </w:r>
          </w:p>
        </w:tc>
        <w:tc>
          <w:tcPr>
            <w:tcW w:w="570" w:type="pct"/>
            <w:vAlign w:val="center"/>
          </w:tcPr>
          <w:p w14:paraId="3B6BA70C"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-0.46 (-1.79 to 0.79)</w:t>
            </w:r>
          </w:p>
        </w:tc>
        <w:tc>
          <w:tcPr>
            <w:tcW w:w="565" w:type="pct"/>
            <w:vAlign w:val="center"/>
          </w:tcPr>
          <w:p w14:paraId="2BF446DC"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0.07 (-1.05 to 1.19)</w:t>
            </w:r>
          </w:p>
        </w:tc>
      </w:tr>
      <w:tr w:rsidR="0013674C" w:rsidRPr="00EB75F0" w14:paraId="75623315" w14:textId="77777777" w:rsidTr="00BF3EFE">
        <w:trPr>
          <w:trHeight w:val="288"/>
        </w:trPr>
        <w:tc>
          <w:tcPr>
            <w:tcW w:w="478" w:type="pct"/>
            <w:vAlign w:val="center"/>
            <w:hideMark/>
          </w:tcPr>
          <w:p w14:paraId="5AB2E001" w14:textId="4ABDAE75" w:rsidR="00F4138D" w:rsidRPr="00EB75F0" w:rsidRDefault="009A3ECD" w:rsidP="00F4138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569" w:type="pct"/>
            <w:vAlign w:val="center"/>
          </w:tcPr>
          <w:p w14:paraId="1B486D9E"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0.07 (-1.34 to 1.52)</w:t>
            </w:r>
          </w:p>
        </w:tc>
        <w:tc>
          <w:tcPr>
            <w:tcW w:w="570" w:type="pct"/>
            <w:vAlign w:val="center"/>
          </w:tcPr>
          <w:p w14:paraId="44A2056A"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0.64 (-0.89 to 2.16)</w:t>
            </w:r>
          </w:p>
        </w:tc>
        <w:tc>
          <w:tcPr>
            <w:tcW w:w="569" w:type="pct"/>
            <w:vAlign w:val="center"/>
          </w:tcPr>
          <w:p w14:paraId="16B68422"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0.15 (-1.35 to 1.69)</w:t>
            </w:r>
          </w:p>
        </w:tc>
        <w:tc>
          <w:tcPr>
            <w:tcW w:w="570" w:type="pct"/>
            <w:shd w:val="clear" w:color="auto" w:fill="C6C6C6"/>
            <w:noWrap/>
            <w:vAlign w:val="center"/>
          </w:tcPr>
          <w:p w14:paraId="72F7D0E8"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
        </w:tc>
        <w:tc>
          <w:tcPr>
            <w:tcW w:w="540" w:type="pct"/>
            <w:vAlign w:val="center"/>
          </w:tcPr>
          <w:p w14:paraId="28165C34"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1.07 (-1.29 to 3.44)</w:t>
            </w:r>
          </w:p>
        </w:tc>
        <w:tc>
          <w:tcPr>
            <w:tcW w:w="569" w:type="pct"/>
            <w:vAlign w:val="center"/>
          </w:tcPr>
          <w:p w14:paraId="7CDBFD8B"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0.03 (-1.39 to 1.46)</w:t>
            </w:r>
          </w:p>
        </w:tc>
        <w:tc>
          <w:tcPr>
            <w:tcW w:w="570" w:type="pct"/>
            <w:vAlign w:val="center"/>
          </w:tcPr>
          <w:p w14:paraId="1E9AC8B7"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 (-1.85 to 1.2)</w:t>
            </w:r>
          </w:p>
        </w:tc>
        <w:tc>
          <w:tcPr>
            <w:tcW w:w="565" w:type="pct"/>
            <w:vAlign w:val="center"/>
          </w:tcPr>
          <w:p w14:paraId="3312DAD7"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0.22 (-1.21 to 1.69)</w:t>
            </w:r>
          </w:p>
        </w:tc>
      </w:tr>
      <w:tr w:rsidR="0013674C" w:rsidRPr="00EB75F0" w14:paraId="425B8A83" w14:textId="77777777" w:rsidTr="00BF3EFE">
        <w:trPr>
          <w:trHeight w:val="288"/>
        </w:trPr>
        <w:tc>
          <w:tcPr>
            <w:tcW w:w="478" w:type="pct"/>
            <w:vAlign w:val="center"/>
            <w:hideMark/>
          </w:tcPr>
          <w:p w14:paraId="534EA9AF"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569" w:type="pct"/>
            <w:vAlign w:val="center"/>
          </w:tcPr>
          <w:p w14:paraId="0BD07E90"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 (-3.16 to 1.17)</w:t>
            </w:r>
          </w:p>
        </w:tc>
        <w:tc>
          <w:tcPr>
            <w:tcW w:w="570" w:type="pct"/>
            <w:vAlign w:val="center"/>
          </w:tcPr>
          <w:p w14:paraId="58940193"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-0.43 (-2.67 to 1.79)</w:t>
            </w:r>
          </w:p>
        </w:tc>
        <w:tc>
          <w:tcPr>
            <w:tcW w:w="569" w:type="pct"/>
            <w:vAlign w:val="center"/>
          </w:tcPr>
          <w:p w14:paraId="410D4523"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-0.92 (-3.14 to 1.32)</w:t>
            </w:r>
          </w:p>
        </w:tc>
        <w:tc>
          <w:tcPr>
            <w:tcW w:w="570" w:type="pct"/>
            <w:shd w:val="clear" w:color="auto" w:fill="CFEDFF"/>
            <w:vAlign w:val="center"/>
          </w:tcPr>
          <w:p w14:paraId="3522164C"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-1.07 (-3.44 to 1.29)</w:t>
            </w:r>
          </w:p>
        </w:tc>
        <w:tc>
          <w:tcPr>
            <w:tcW w:w="540" w:type="pct"/>
            <w:shd w:val="clear" w:color="auto" w:fill="C6C6C6"/>
            <w:noWrap/>
            <w:vAlign w:val="center"/>
          </w:tcPr>
          <w:p w14:paraId="77BE3F7E"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
        </w:tc>
        <w:tc>
          <w:tcPr>
            <w:tcW w:w="569" w:type="pct"/>
            <w:vAlign w:val="center"/>
          </w:tcPr>
          <w:p w14:paraId="5896B577"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-1.04 (-3.23 to 1.11)</w:t>
            </w:r>
          </w:p>
        </w:tc>
        <w:tc>
          <w:tcPr>
            <w:tcW w:w="570" w:type="pct"/>
            <w:vAlign w:val="center"/>
          </w:tcPr>
          <w:p w14:paraId="28BC7744"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-1.37 (-3.64 to 0.81)</w:t>
            </w:r>
          </w:p>
        </w:tc>
        <w:tc>
          <w:tcPr>
            <w:tcW w:w="565" w:type="pct"/>
            <w:vAlign w:val="center"/>
          </w:tcPr>
          <w:p w14:paraId="613827CB"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-0.85 (-3.02 to 1.34)</w:t>
            </w:r>
          </w:p>
        </w:tc>
      </w:tr>
      <w:tr w:rsidR="0013674C" w:rsidRPr="00EB75F0" w14:paraId="71E45587" w14:textId="77777777" w:rsidTr="00BF3EFE">
        <w:trPr>
          <w:trHeight w:val="288"/>
        </w:trPr>
        <w:tc>
          <w:tcPr>
            <w:tcW w:w="478" w:type="pct"/>
            <w:vAlign w:val="center"/>
            <w:hideMark/>
          </w:tcPr>
          <w:p w14:paraId="4CDD8F6B"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569" w:type="pct"/>
            <w:vAlign w:val="center"/>
          </w:tcPr>
          <w:p w14:paraId="6AD3CED0"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0.05 (-1 to 1.14)</w:t>
            </w:r>
          </w:p>
        </w:tc>
        <w:tc>
          <w:tcPr>
            <w:tcW w:w="570" w:type="pct"/>
            <w:vAlign w:val="center"/>
          </w:tcPr>
          <w:p w14:paraId="5AB204B0"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0.61 (-0.58 to 1.8)</w:t>
            </w:r>
          </w:p>
        </w:tc>
        <w:tc>
          <w:tcPr>
            <w:tcW w:w="569" w:type="pct"/>
            <w:vAlign w:val="center"/>
          </w:tcPr>
          <w:p w14:paraId="7A6AA8FA"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0.12 (-1.03 to 1.33)</w:t>
            </w:r>
          </w:p>
        </w:tc>
        <w:tc>
          <w:tcPr>
            <w:tcW w:w="570" w:type="pct"/>
            <w:shd w:val="clear" w:color="auto" w:fill="CFEDFF"/>
            <w:vAlign w:val="center"/>
          </w:tcPr>
          <w:p w14:paraId="68E1853D"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-0.03 (-1.46 to 1.39)</w:t>
            </w:r>
          </w:p>
        </w:tc>
        <w:tc>
          <w:tcPr>
            <w:tcW w:w="540" w:type="pct"/>
            <w:vAlign w:val="center"/>
          </w:tcPr>
          <w:p w14:paraId="2EC17045"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1.04 (-1.11 to 3.23)</w:t>
            </w:r>
          </w:p>
        </w:tc>
        <w:tc>
          <w:tcPr>
            <w:tcW w:w="569" w:type="pct"/>
            <w:shd w:val="clear" w:color="auto" w:fill="C6C6C6"/>
            <w:noWrap/>
            <w:vAlign w:val="center"/>
          </w:tcPr>
          <w:p w14:paraId="4DFCCB40"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vAlign w:val="center"/>
          </w:tcPr>
          <w:p w14:paraId="760E3B53"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-0.34 (-1.51 to 0.81)</w:t>
            </w:r>
          </w:p>
        </w:tc>
        <w:tc>
          <w:tcPr>
            <w:tcW w:w="565" w:type="pct"/>
            <w:vAlign w:val="center"/>
          </w:tcPr>
          <w:p w14:paraId="1B06E0A2"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 (-0.87 to 1.29)</w:t>
            </w:r>
          </w:p>
        </w:tc>
      </w:tr>
      <w:tr w:rsidR="0013674C" w:rsidRPr="00EB75F0" w14:paraId="435A7246" w14:textId="77777777" w:rsidTr="00BF3EFE">
        <w:trPr>
          <w:trHeight w:val="288"/>
        </w:trPr>
        <w:tc>
          <w:tcPr>
            <w:tcW w:w="478" w:type="pct"/>
            <w:vAlign w:val="center"/>
            <w:hideMark/>
          </w:tcPr>
          <w:p w14:paraId="5FB22276"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569" w:type="pct"/>
            <w:vAlign w:val="center"/>
          </w:tcPr>
          <w:p w14:paraId="4FE103F9"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0.38 (-0.77 to 1.61)</w:t>
            </w:r>
          </w:p>
        </w:tc>
        <w:tc>
          <w:tcPr>
            <w:tcW w:w="570" w:type="pct"/>
            <w:vAlign w:val="center"/>
          </w:tcPr>
          <w:p w14:paraId="06625202"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(-0.25 to 2.17)</w:t>
            </w:r>
          </w:p>
        </w:tc>
        <w:tc>
          <w:tcPr>
            <w:tcW w:w="569" w:type="pct"/>
            <w:vAlign w:val="center"/>
          </w:tcPr>
          <w:p w14:paraId="04F0D572"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0.46 (-0.79 to 1.79)</w:t>
            </w:r>
          </w:p>
        </w:tc>
        <w:tc>
          <w:tcPr>
            <w:tcW w:w="570" w:type="pct"/>
            <w:shd w:val="clear" w:color="auto" w:fill="CFEDFF"/>
            <w:vAlign w:val="center"/>
          </w:tcPr>
          <w:p w14:paraId="26392B2A"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 (-1.2 to 1.85)</w:t>
            </w:r>
          </w:p>
        </w:tc>
        <w:tc>
          <w:tcPr>
            <w:tcW w:w="540" w:type="pct"/>
            <w:vAlign w:val="center"/>
          </w:tcPr>
          <w:p w14:paraId="7A39BF4C"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1.37 (-0.81 to 3.64)</w:t>
            </w:r>
          </w:p>
        </w:tc>
        <w:tc>
          <w:tcPr>
            <w:tcW w:w="569" w:type="pct"/>
            <w:vAlign w:val="center"/>
          </w:tcPr>
          <w:p w14:paraId="146CCD09"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0.34 (-0.81 to 1.51)</w:t>
            </w:r>
          </w:p>
        </w:tc>
        <w:tc>
          <w:tcPr>
            <w:tcW w:w="570" w:type="pct"/>
            <w:shd w:val="clear" w:color="auto" w:fill="C6C6C6"/>
            <w:noWrap/>
            <w:vAlign w:val="center"/>
          </w:tcPr>
          <w:p w14:paraId="2D0280A7"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565" w:type="pct"/>
            <w:vAlign w:val="center"/>
          </w:tcPr>
          <w:p w14:paraId="540E4ADA"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0.53 (-0.62 to 1.76)</w:t>
            </w:r>
          </w:p>
        </w:tc>
      </w:tr>
      <w:tr w:rsidR="0013674C" w:rsidRPr="00EB75F0" w14:paraId="2C02EC60" w14:textId="77777777" w:rsidTr="00BF3EFE">
        <w:trPr>
          <w:trHeight w:val="288"/>
        </w:trPr>
        <w:tc>
          <w:tcPr>
            <w:tcW w:w="478" w:type="pct"/>
            <w:vAlign w:val="center"/>
            <w:hideMark/>
          </w:tcPr>
          <w:p w14:paraId="7FDEC28A"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569" w:type="pct"/>
            <w:vAlign w:val="center"/>
          </w:tcPr>
          <w:p w14:paraId="1FDA238B"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-0.15 (-1.19 to 0.89)</w:t>
            </w:r>
          </w:p>
        </w:tc>
        <w:tc>
          <w:tcPr>
            <w:tcW w:w="570" w:type="pct"/>
            <w:vAlign w:val="center"/>
          </w:tcPr>
          <w:p w14:paraId="0E924545"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0.42 (-0.83 to 1.62)</w:t>
            </w:r>
          </w:p>
        </w:tc>
        <w:tc>
          <w:tcPr>
            <w:tcW w:w="569" w:type="pct"/>
            <w:vAlign w:val="center"/>
          </w:tcPr>
          <w:p w14:paraId="1C781D45"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-0.07 (-1.19 to 1.05)</w:t>
            </w:r>
          </w:p>
        </w:tc>
        <w:tc>
          <w:tcPr>
            <w:tcW w:w="570" w:type="pct"/>
            <w:shd w:val="clear" w:color="auto" w:fill="CFEDFF"/>
            <w:vAlign w:val="center"/>
          </w:tcPr>
          <w:p w14:paraId="47079231"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-0.22 (-1.69 to 1.21)</w:t>
            </w:r>
          </w:p>
        </w:tc>
        <w:tc>
          <w:tcPr>
            <w:tcW w:w="540" w:type="pct"/>
            <w:vAlign w:val="center"/>
          </w:tcPr>
          <w:p w14:paraId="08804F80"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0.85 (-1.34 to 3.02)</w:t>
            </w:r>
          </w:p>
        </w:tc>
        <w:tc>
          <w:tcPr>
            <w:tcW w:w="569" w:type="pct"/>
            <w:vAlign w:val="center"/>
          </w:tcPr>
          <w:p w14:paraId="3D7691FB" w14:textId="77777777" w:rsidR="00F4138D" w:rsidRPr="00EB75F0" w:rsidRDefault="00F4138D" w:rsidP="00F4138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 (-1.29 to 0.87)</w:t>
            </w:r>
          </w:p>
        </w:tc>
        <w:tc>
          <w:tcPr>
            <w:tcW w:w="570" w:type="pct"/>
            <w:vAlign w:val="center"/>
          </w:tcPr>
          <w:p w14:paraId="08CB11AB"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-0.53 (-1.76 to 0.62)</w:t>
            </w:r>
          </w:p>
        </w:tc>
        <w:tc>
          <w:tcPr>
            <w:tcW w:w="565" w:type="pct"/>
            <w:shd w:val="clear" w:color="auto" w:fill="C6C6C6"/>
            <w:noWrap/>
            <w:vAlign w:val="center"/>
          </w:tcPr>
          <w:p w14:paraId="71718B89"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
        </w:tc>
      </w:tr>
      <w:tr w:rsidR="00F4138D" w:rsidRPr="00EB75F0" w14:paraId="6816AE7B" w14:textId="77777777" w:rsidTr="00BF3EFE">
        <w:trPr>
          <w:trHeight w:val="288"/>
        </w:trPr>
        <w:tc>
          <w:tcPr>
            <w:tcW w:w="5000" w:type="pct"/>
            <w:gridSpan w:val="9"/>
            <w:vAlign w:val="center"/>
          </w:tcPr>
          <w:p w14:paraId="0732DE0B" w14:textId="69DAA6A7" w:rsidR="00F4138D" w:rsidRPr="00EB75F0" w:rsidRDefault="00F4138D" w:rsidP="00F4138D">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w:t>
            </w:r>
            <w:r w:rsidR="00A47D85" w:rsidRPr="00EB75F0">
              <w:rPr>
                <w:rFonts w:asciiTheme="majorHAnsi" w:hAnsiTheme="majorHAnsi" w:cstheme="majorHAnsi"/>
                <w:sz w:val="16"/>
                <w:szCs w:val="16"/>
              </w:rPr>
              <w:t>MD, mean difference</w:t>
            </w:r>
            <w:r w:rsidR="00F4689E"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F4689E" w:rsidRPr="00EB75F0">
              <w:rPr>
                <w:rFonts w:asciiTheme="majorHAnsi" w:eastAsia="Times New Roman" w:hAnsiTheme="majorHAnsi" w:cstheme="majorHAnsi"/>
                <w:color w:val="000000"/>
                <w:sz w:val="16"/>
                <w:szCs w:val="16"/>
                <w:lang w:eastAsia="zh-TW"/>
              </w:rPr>
              <w:t xml:space="preserve">, </w:t>
            </w:r>
            <w:proofErr w:type="spellStart"/>
            <w:r w:rsidR="00F4689E" w:rsidRPr="00EB75F0">
              <w:rPr>
                <w:rFonts w:asciiTheme="majorHAnsi" w:hAnsiTheme="majorHAnsi" w:cstheme="majorHAnsi"/>
                <w:sz w:val="16"/>
                <w:szCs w:val="16"/>
              </w:rPr>
              <w:t>xanomeline</w:t>
            </w:r>
            <w:proofErr w:type="spellEnd"/>
            <w:r w:rsidR="00F4689E" w:rsidRPr="00EB75F0">
              <w:rPr>
                <w:rFonts w:asciiTheme="majorHAnsi" w:hAnsiTheme="majorHAnsi" w:cstheme="majorHAnsi"/>
                <w:sz w:val="16"/>
                <w:szCs w:val="16"/>
              </w:rPr>
              <w:t>/</w:t>
            </w:r>
            <w:proofErr w:type="spellStart"/>
            <w:r w:rsidR="00F4689E" w:rsidRPr="00EB75F0">
              <w:rPr>
                <w:rFonts w:asciiTheme="majorHAnsi" w:hAnsiTheme="majorHAnsi" w:cstheme="majorHAnsi"/>
                <w:sz w:val="16"/>
                <w:szCs w:val="16"/>
              </w:rPr>
              <w:t>trospium</w:t>
            </w:r>
            <w:proofErr w:type="spellEnd"/>
            <w:r w:rsidR="00F4689E" w:rsidRPr="00EB75F0">
              <w:rPr>
                <w:rFonts w:asciiTheme="majorHAnsi" w:hAnsiTheme="majorHAnsi" w:cstheme="majorHAnsi"/>
                <w:sz w:val="16"/>
                <w:szCs w:val="16"/>
              </w:rPr>
              <w:t xml:space="preserve"> chloride</w:t>
            </w:r>
          </w:p>
          <w:p w14:paraId="457D0431" w14:textId="043840F1"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43874984" w14:textId="77777777" w:rsidR="00753DA6" w:rsidRPr="00EB75F0" w:rsidRDefault="00753DA6">
      <w:pPr>
        <w:spacing w:before="0" w:after="200" w:line="276" w:lineRule="auto"/>
      </w:pPr>
    </w:p>
    <w:p w14:paraId="7CC25FED" w14:textId="33A3B294" w:rsidR="00273386" w:rsidRPr="00EB75F0" w:rsidRDefault="00A06AE8" w:rsidP="00295D9B">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13</w:t>
        </w:r>
      </w:fldSimple>
      <w:r w:rsidR="00273386" w:rsidRPr="00EB75F0">
        <w:t xml:space="preserve">: Change from baseline PANSS negative symptoms score – League table – random-effects model, sensitivity analysis excluding studies </w:t>
      </w:r>
      <w:r w:rsidR="00052873" w:rsidRPr="00EB75F0">
        <w:t xml:space="preserve">with </w:t>
      </w:r>
      <w:r w:rsidR="00120C85" w:rsidRPr="00EB75F0">
        <w:t xml:space="preserve">outlier </w:t>
      </w:r>
      <w:r w:rsidR="00052873" w:rsidRPr="00EB75F0">
        <w:t xml:space="preserve">placebo effect size </w:t>
      </w:r>
      <w:r w:rsidR="00273386" w:rsidRPr="00EB75F0">
        <w:t xml:space="preserve">– MD (95% </w:t>
      </w:r>
      <w:proofErr w:type="spellStart"/>
      <w:r w:rsidR="00273386" w:rsidRPr="00EB75F0">
        <w:t>CrI</w:t>
      </w:r>
      <w:proofErr w:type="spellEnd"/>
      <w:r w:rsidR="00273386" w:rsidRPr="00EB75F0">
        <w:t>)</w:t>
      </w:r>
    </w:p>
    <w:tbl>
      <w:tblPr>
        <w:tblStyle w:val="Lumanitytable"/>
        <w:tblW w:w="5155" w:type="pct"/>
        <w:tblLayout w:type="fixed"/>
        <w:tblLook w:val="04A0" w:firstRow="1" w:lastRow="0" w:firstColumn="1" w:lastColumn="0" w:noHBand="0" w:noVBand="1"/>
      </w:tblPr>
      <w:tblGrid>
        <w:gridCol w:w="1436"/>
        <w:gridCol w:w="1709"/>
        <w:gridCol w:w="1711"/>
        <w:gridCol w:w="1708"/>
        <w:gridCol w:w="1711"/>
        <w:gridCol w:w="1621"/>
        <w:gridCol w:w="1708"/>
        <w:gridCol w:w="1723"/>
        <w:gridCol w:w="1684"/>
      </w:tblGrid>
      <w:tr w:rsidR="00F4138D" w:rsidRPr="00EB75F0" w14:paraId="318F3D6D" w14:textId="77777777" w:rsidTr="00B717B6">
        <w:trPr>
          <w:cnfStyle w:val="100000000000" w:firstRow="1" w:lastRow="0" w:firstColumn="0" w:lastColumn="0" w:oddVBand="0" w:evenVBand="0" w:oddHBand="0" w:evenHBand="0" w:firstRowFirstColumn="0" w:firstRowLastColumn="0" w:lastRowFirstColumn="0" w:lastRowLastColumn="0"/>
          <w:trHeight w:val="39"/>
          <w:tblHeader/>
        </w:trPr>
        <w:tc>
          <w:tcPr>
            <w:tcW w:w="478" w:type="pct"/>
            <w:hideMark/>
          </w:tcPr>
          <w:p w14:paraId="4F73BF31"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569" w:type="pct"/>
            <w:hideMark/>
          </w:tcPr>
          <w:p w14:paraId="267AA739"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570" w:type="pct"/>
            <w:hideMark/>
          </w:tcPr>
          <w:p w14:paraId="4A6E092D"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569" w:type="pct"/>
            <w:hideMark/>
          </w:tcPr>
          <w:p w14:paraId="7A62EA85"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570" w:type="pct"/>
            <w:hideMark/>
          </w:tcPr>
          <w:p w14:paraId="3FCBF517" w14:textId="7D202315" w:rsidR="00F4138D" w:rsidRPr="00EB75F0" w:rsidRDefault="009A3EC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540" w:type="pct"/>
            <w:hideMark/>
          </w:tcPr>
          <w:p w14:paraId="0E86481A"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569" w:type="pct"/>
            <w:hideMark/>
          </w:tcPr>
          <w:p w14:paraId="5088D1A1"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574" w:type="pct"/>
            <w:hideMark/>
          </w:tcPr>
          <w:p w14:paraId="2BDEF291"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561" w:type="pct"/>
            <w:hideMark/>
          </w:tcPr>
          <w:p w14:paraId="230C7FCA" w14:textId="77777777" w:rsidR="00F4138D" w:rsidRPr="00EB75F0" w:rsidRDefault="00F4138D"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F4138D" w:rsidRPr="00EB75F0" w14:paraId="70434ED2" w14:textId="77777777" w:rsidTr="00273386">
        <w:trPr>
          <w:trHeight w:val="288"/>
        </w:trPr>
        <w:tc>
          <w:tcPr>
            <w:tcW w:w="478" w:type="pct"/>
            <w:vAlign w:val="center"/>
            <w:hideMark/>
          </w:tcPr>
          <w:p w14:paraId="5F345EA7"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569" w:type="pct"/>
            <w:vAlign w:val="center"/>
          </w:tcPr>
          <w:p w14:paraId="7720279F" w14:textId="77777777" w:rsidR="00F4138D" w:rsidRPr="00EB75F0" w:rsidRDefault="00F4138D" w:rsidP="00F4138D">
            <w:pPr>
              <w:spacing w:before="0" w:after="0" w:line="240" w:lineRule="auto"/>
              <w:contextualSpacing/>
              <w:rPr>
                <w:rFonts w:asciiTheme="majorHAnsi" w:hAnsiTheme="majorHAnsi" w:cstheme="majorHAnsi"/>
                <w:b/>
                <w:bCs/>
                <w:color w:val="001B2B" w:themeColor="accent2"/>
                <w:sz w:val="16"/>
                <w:szCs w:val="16"/>
              </w:rPr>
            </w:pPr>
            <w:r w:rsidRPr="00EB75F0">
              <w:rPr>
                <w:rFonts w:asciiTheme="majorHAnsi" w:hAnsiTheme="majorHAnsi" w:cstheme="majorHAnsi"/>
                <w:b/>
                <w:bCs/>
                <w:color w:val="001B2B" w:themeColor="accent2"/>
                <w:sz w:val="16"/>
                <w:szCs w:val="16"/>
              </w:rPr>
              <w:t>-1.51 (-2.26 to -0.74)</w:t>
            </w:r>
          </w:p>
        </w:tc>
        <w:tc>
          <w:tcPr>
            <w:tcW w:w="570" w:type="pct"/>
            <w:vAlign w:val="center"/>
          </w:tcPr>
          <w:p w14:paraId="279D01BD" w14:textId="77777777" w:rsidR="00F4138D" w:rsidRPr="00EB75F0" w:rsidRDefault="00F4138D" w:rsidP="00F4138D">
            <w:pPr>
              <w:spacing w:before="0" w:after="0" w:line="240" w:lineRule="auto"/>
              <w:contextualSpacing/>
              <w:rPr>
                <w:rFonts w:asciiTheme="majorHAnsi" w:hAnsiTheme="majorHAnsi" w:cstheme="majorHAnsi"/>
                <w:b/>
                <w:bCs/>
                <w:color w:val="001B2B" w:themeColor="accent2"/>
                <w:sz w:val="16"/>
                <w:szCs w:val="16"/>
              </w:rPr>
            </w:pPr>
            <w:r w:rsidRPr="00EB75F0">
              <w:rPr>
                <w:rFonts w:asciiTheme="majorHAnsi" w:hAnsiTheme="majorHAnsi" w:cstheme="majorHAnsi"/>
                <w:b/>
                <w:bCs/>
                <w:color w:val="001B2B" w:themeColor="accent2"/>
                <w:sz w:val="16"/>
                <w:szCs w:val="16"/>
              </w:rPr>
              <w:t>-1.32 (-2.14 to -0.52)</w:t>
            </w:r>
          </w:p>
        </w:tc>
        <w:tc>
          <w:tcPr>
            <w:tcW w:w="569" w:type="pct"/>
            <w:vAlign w:val="center"/>
          </w:tcPr>
          <w:p w14:paraId="4D58769E" w14:textId="77777777" w:rsidR="00F4138D" w:rsidRPr="00EB75F0" w:rsidRDefault="00F4138D" w:rsidP="00F4138D">
            <w:pPr>
              <w:spacing w:before="0" w:after="0" w:line="240" w:lineRule="auto"/>
              <w:contextualSpacing/>
              <w:rPr>
                <w:rFonts w:asciiTheme="majorHAnsi" w:hAnsiTheme="majorHAnsi" w:cstheme="majorHAnsi"/>
                <w:b/>
                <w:bCs/>
                <w:color w:val="001B2B" w:themeColor="accent2"/>
                <w:sz w:val="16"/>
                <w:szCs w:val="16"/>
              </w:rPr>
            </w:pPr>
            <w:r w:rsidRPr="00EB75F0">
              <w:rPr>
                <w:rFonts w:asciiTheme="majorHAnsi" w:hAnsiTheme="majorHAnsi" w:cstheme="majorHAnsi"/>
                <w:b/>
                <w:bCs/>
                <w:color w:val="001B2B" w:themeColor="accent2"/>
                <w:sz w:val="16"/>
                <w:szCs w:val="16"/>
              </w:rPr>
              <w:t>-1.56 (-2.41 to -0.69)</w:t>
            </w:r>
          </w:p>
        </w:tc>
        <w:tc>
          <w:tcPr>
            <w:tcW w:w="570" w:type="pct"/>
            <w:shd w:val="clear" w:color="auto" w:fill="CFEDFF"/>
            <w:vAlign w:val="center"/>
          </w:tcPr>
          <w:p w14:paraId="55CB65C3" w14:textId="77777777" w:rsidR="00F4138D" w:rsidRPr="00EB75F0" w:rsidRDefault="00F4138D" w:rsidP="00F4138D">
            <w:pPr>
              <w:spacing w:before="0" w:after="0" w:line="240" w:lineRule="auto"/>
              <w:contextualSpacing/>
              <w:rPr>
                <w:rFonts w:asciiTheme="majorHAnsi" w:hAnsiTheme="majorHAnsi" w:cstheme="majorHAnsi"/>
                <w:b/>
                <w:bCs/>
                <w:color w:val="001B2B" w:themeColor="accent2"/>
                <w:sz w:val="16"/>
                <w:szCs w:val="16"/>
              </w:rPr>
            </w:pPr>
            <w:r w:rsidRPr="00EB75F0">
              <w:rPr>
                <w:rFonts w:asciiTheme="majorHAnsi" w:hAnsiTheme="majorHAnsi" w:cstheme="majorHAnsi"/>
                <w:b/>
                <w:bCs/>
                <w:color w:val="001B2B" w:themeColor="accent2"/>
                <w:sz w:val="16"/>
                <w:szCs w:val="16"/>
              </w:rPr>
              <w:t>-1.78 (-2.95 to -0.63)</w:t>
            </w:r>
          </w:p>
        </w:tc>
        <w:tc>
          <w:tcPr>
            <w:tcW w:w="540" w:type="pct"/>
            <w:vAlign w:val="center"/>
          </w:tcPr>
          <w:p w14:paraId="770BC5EC"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-0.7 (-2.64 to 1.23)</w:t>
            </w:r>
          </w:p>
        </w:tc>
        <w:tc>
          <w:tcPr>
            <w:tcW w:w="569" w:type="pct"/>
            <w:vAlign w:val="center"/>
          </w:tcPr>
          <w:p w14:paraId="19B4F801" w14:textId="77777777" w:rsidR="00F4138D" w:rsidRPr="00EB75F0" w:rsidRDefault="00F4138D" w:rsidP="00F4138D">
            <w:pPr>
              <w:spacing w:before="0" w:after="0" w:line="240" w:lineRule="auto"/>
              <w:contextualSpacing/>
              <w:rPr>
                <w:rFonts w:asciiTheme="majorHAnsi" w:hAnsiTheme="majorHAnsi" w:cstheme="majorHAnsi"/>
                <w:b/>
                <w:bCs/>
                <w:color w:val="001B2B" w:themeColor="accent2"/>
                <w:sz w:val="16"/>
                <w:szCs w:val="16"/>
              </w:rPr>
            </w:pPr>
            <w:r w:rsidRPr="00EB75F0">
              <w:rPr>
                <w:rFonts w:asciiTheme="majorHAnsi" w:hAnsiTheme="majorHAnsi" w:cstheme="majorHAnsi"/>
                <w:b/>
                <w:bCs/>
                <w:color w:val="001B2B" w:themeColor="accent2"/>
                <w:sz w:val="16"/>
                <w:szCs w:val="16"/>
              </w:rPr>
              <w:t>-1.56 (-2.31 to -0.81)</w:t>
            </w:r>
          </w:p>
        </w:tc>
        <w:tc>
          <w:tcPr>
            <w:tcW w:w="574" w:type="pct"/>
            <w:vAlign w:val="center"/>
          </w:tcPr>
          <w:p w14:paraId="4E9B0F36" w14:textId="77777777" w:rsidR="00F4138D" w:rsidRPr="00EB75F0" w:rsidRDefault="00F4138D" w:rsidP="00F4138D">
            <w:pPr>
              <w:spacing w:before="0" w:after="0" w:line="240" w:lineRule="auto"/>
              <w:contextualSpacing/>
              <w:rPr>
                <w:rFonts w:asciiTheme="majorHAnsi" w:hAnsiTheme="majorHAnsi" w:cstheme="majorHAnsi"/>
                <w:b/>
                <w:bCs/>
                <w:color w:val="001B2B" w:themeColor="accent2"/>
                <w:sz w:val="16"/>
                <w:szCs w:val="16"/>
              </w:rPr>
            </w:pPr>
            <w:r w:rsidRPr="00EB75F0">
              <w:rPr>
                <w:rFonts w:asciiTheme="majorHAnsi" w:hAnsiTheme="majorHAnsi" w:cstheme="majorHAnsi"/>
                <w:b/>
                <w:bCs/>
                <w:color w:val="001B2B" w:themeColor="accent2"/>
                <w:sz w:val="16"/>
                <w:szCs w:val="16"/>
              </w:rPr>
              <w:t>-2.08 (-2.97 to -1.24)</w:t>
            </w:r>
          </w:p>
        </w:tc>
        <w:tc>
          <w:tcPr>
            <w:tcW w:w="561" w:type="pct"/>
            <w:vAlign w:val="center"/>
          </w:tcPr>
          <w:p w14:paraId="2DA36415" w14:textId="77777777" w:rsidR="00F4138D" w:rsidRPr="00EB75F0" w:rsidRDefault="00F4138D" w:rsidP="00F4138D">
            <w:pPr>
              <w:spacing w:before="0" w:after="0" w:line="240" w:lineRule="auto"/>
              <w:contextualSpacing/>
              <w:rPr>
                <w:rFonts w:asciiTheme="majorHAnsi" w:hAnsiTheme="majorHAnsi" w:cstheme="majorHAnsi"/>
                <w:b/>
                <w:bCs/>
                <w:color w:val="001B2B" w:themeColor="accent2"/>
                <w:sz w:val="16"/>
                <w:szCs w:val="16"/>
              </w:rPr>
            </w:pPr>
            <w:r w:rsidRPr="00EB75F0">
              <w:rPr>
                <w:rFonts w:asciiTheme="majorHAnsi" w:hAnsiTheme="majorHAnsi" w:cstheme="majorHAnsi"/>
                <w:b/>
                <w:bCs/>
                <w:color w:val="001B2B" w:themeColor="accent2"/>
                <w:sz w:val="16"/>
                <w:szCs w:val="16"/>
              </w:rPr>
              <w:t>-1.33 (-2.01 to -0.66)</w:t>
            </w:r>
          </w:p>
        </w:tc>
      </w:tr>
      <w:tr w:rsidR="00F4138D" w:rsidRPr="00EB75F0" w14:paraId="294BE0AD" w14:textId="77777777" w:rsidTr="00273386">
        <w:trPr>
          <w:trHeight w:val="288"/>
        </w:trPr>
        <w:tc>
          <w:tcPr>
            <w:tcW w:w="478" w:type="pct"/>
            <w:vAlign w:val="center"/>
            <w:hideMark/>
          </w:tcPr>
          <w:p w14:paraId="6133BC48"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569" w:type="pct"/>
            <w:shd w:val="clear" w:color="auto" w:fill="C6C6C6"/>
            <w:noWrap/>
            <w:vAlign w:val="center"/>
          </w:tcPr>
          <w:p w14:paraId="18CB08E0"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p>
        </w:tc>
        <w:tc>
          <w:tcPr>
            <w:tcW w:w="570" w:type="pct"/>
            <w:vAlign w:val="center"/>
          </w:tcPr>
          <w:p w14:paraId="4020305F"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0.18 (-0.9 to 1.25)</w:t>
            </w:r>
          </w:p>
        </w:tc>
        <w:tc>
          <w:tcPr>
            <w:tcW w:w="569" w:type="pct"/>
            <w:vAlign w:val="center"/>
          </w:tcPr>
          <w:p w14:paraId="2DEC92CA"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-0.05 (-1.1 to 0.99)</w:t>
            </w:r>
          </w:p>
        </w:tc>
        <w:tc>
          <w:tcPr>
            <w:tcW w:w="570" w:type="pct"/>
            <w:shd w:val="clear" w:color="auto" w:fill="CFEDFF"/>
            <w:vAlign w:val="center"/>
          </w:tcPr>
          <w:p w14:paraId="67C826E6"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-0.27 (-1.67 to 1.09)</w:t>
            </w:r>
          </w:p>
        </w:tc>
        <w:tc>
          <w:tcPr>
            <w:tcW w:w="540" w:type="pct"/>
            <w:vAlign w:val="center"/>
          </w:tcPr>
          <w:p w14:paraId="04892564"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0.81 (-1.28 to 2.88)</w:t>
            </w:r>
          </w:p>
        </w:tc>
        <w:tc>
          <w:tcPr>
            <w:tcW w:w="569" w:type="pct"/>
            <w:vAlign w:val="center"/>
          </w:tcPr>
          <w:p w14:paraId="1C6C2D05"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-0.05 (-1.12 to 1.01)</w:t>
            </w:r>
          </w:p>
        </w:tc>
        <w:tc>
          <w:tcPr>
            <w:tcW w:w="574" w:type="pct"/>
            <w:vAlign w:val="center"/>
          </w:tcPr>
          <w:p w14:paraId="7D07DB6D"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-0.58 (-1.74 to 0.54)</w:t>
            </w:r>
          </w:p>
        </w:tc>
        <w:tc>
          <w:tcPr>
            <w:tcW w:w="561" w:type="pct"/>
            <w:vAlign w:val="center"/>
          </w:tcPr>
          <w:p w14:paraId="3179D0CC"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0.18 (-0.76 to 1.09)</w:t>
            </w:r>
          </w:p>
        </w:tc>
      </w:tr>
      <w:tr w:rsidR="00F4138D" w:rsidRPr="00EB75F0" w14:paraId="7D3ABC44" w14:textId="77777777" w:rsidTr="00273386">
        <w:trPr>
          <w:trHeight w:val="288"/>
        </w:trPr>
        <w:tc>
          <w:tcPr>
            <w:tcW w:w="478" w:type="pct"/>
            <w:vAlign w:val="center"/>
            <w:hideMark/>
          </w:tcPr>
          <w:p w14:paraId="5EF71A06"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569" w:type="pct"/>
            <w:vAlign w:val="center"/>
          </w:tcPr>
          <w:p w14:paraId="48AE3577"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-0.18 (-1.25 to 0.9)</w:t>
            </w:r>
          </w:p>
        </w:tc>
        <w:tc>
          <w:tcPr>
            <w:tcW w:w="570" w:type="pct"/>
            <w:shd w:val="clear" w:color="auto" w:fill="C6C6C6"/>
            <w:noWrap/>
            <w:vAlign w:val="center"/>
          </w:tcPr>
          <w:p w14:paraId="5E45F58A"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p>
        </w:tc>
        <w:tc>
          <w:tcPr>
            <w:tcW w:w="569" w:type="pct"/>
            <w:vAlign w:val="center"/>
          </w:tcPr>
          <w:p w14:paraId="3CE98AC5"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-0.23 (-1.4 to 0.96)</w:t>
            </w:r>
          </w:p>
        </w:tc>
        <w:tc>
          <w:tcPr>
            <w:tcW w:w="570" w:type="pct"/>
            <w:shd w:val="clear" w:color="auto" w:fill="CFEDFF"/>
            <w:vAlign w:val="center"/>
          </w:tcPr>
          <w:p w14:paraId="667D8706"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-0.46 (-1.86 to 0.96)</w:t>
            </w:r>
          </w:p>
        </w:tc>
        <w:tc>
          <w:tcPr>
            <w:tcW w:w="540" w:type="pct"/>
            <w:vAlign w:val="center"/>
          </w:tcPr>
          <w:p w14:paraId="78B1DAC0"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0.63 (-1.48 to 2.73)</w:t>
            </w:r>
          </w:p>
        </w:tc>
        <w:tc>
          <w:tcPr>
            <w:tcW w:w="569" w:type="pct"/>
            <w:vAlign w:val="center"/>
          </w:tcPr>
          <w:p w14:paraId="5A21F554"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-0.23 (-1.34 to 0.88)</w:t>
            </w:r>
          </w:p>
        </w:tc>
        <w:tc>
          <w:tcPr>
            <w:tcW w:w="574" w:type="pct"/>
            <w:vAlign w:val="center"/>
          </w:tcPr>
          <w:p w14:paraId="63CD81D6"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-0.76 (-1.88 to 0.33)</w:t>
            </w:r>
          </w:p>
        </w:tc>
        <w:tc>
          <w:tcPr>
            <w:tcW w:w="561" w:type="pct"/>
            <w:vAlign w:val="center"/>
          </w:tcPr>
          <w:p w14:paraId="5DFAE547"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-0.01 (-1.05 to 1.04)</w:t>
            </w:r>
          </w:p>
        </w:tc>
      </w:tr>
      <w:tr w:rsidR="00F4138D" w:rsidRPr="00EB75F0" w14:paraId="236F8A2C" w14:textId="77777777" w:rsidTr="00273386">
        <w:trPr>
          <w:trHeight w:val="288"/>
        </w:trPr>
        <w:tc>
          <w:tcPr>
            <w:tcW w:w="478" w:type="pct"/>
            <w:vAlign w:val="center"/>
            <w:hideMark/>
          </w:tcPr>
          <w:p w14:paraId="515576FC"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569" w:type="pct"/>
            <w:vAlign w:val="center"/>
          </w:tcPr>
          <w:p w14:paraId="56C28C2B"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0.05 (-0.99 to 1.1)</w:t>
            </w:r>
          </w:p>
        </w:tc>
        <w:tc>
          <w:tcPr>
            <w:tcW w:w="570" w:type="pct"/>
            <w:vAlign w:val="center"/>
          </w:tcPr>
          <w:p w14:paraId="008839AC"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0.23 (-0.96 to 1.4)</w:t>
            </w:r>
          </w:p>
        </w:tc>
        <w:tc>
          <w:tcPr>
            <w:tcW w:w="569" w:type="pct"/>
            <w:shd w:val="clear" w:color="auto" w:fill="C6C6C6"/>
            <w:noWrap/>
            <w:vAlign w:val="center"/>
          </w:tcPr>
          <w:p w14:paraId="05192C1E"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p>
        </w:tc>
        <w:tc>
          <w:tcPr>
            <w:tcW w:w="570" w:type="pct"/>
            <w:shd w:val="clear" w:color="auto" w:fill="CFEDFF"/>
            <w:vAlign w:val="center"/>
          </w:tcPr>
          <w:p w14:paraId="31BE29F5"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-0.22 (-1.69 to 1.21)</w:t>
            </w:r>
          </w:p>
        </w:tc>
        <w:tc>
          <w:tcPr>
            <w:tcW w:w="540" w:type="pct"/>
            <w:vAlign w:val="center"/>
          </w:tcPr>
          <w:p w14:paraId="675C5DAC"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0.86 (-1.28 to 2.98)</w:t>
            </w:r>
          </w:p>
        </w:tc>
        <w:tc>
          <w:tcPr>
            <w:tcW w:w="569" w:type="pct"/>
            <w:vAlign w:val="center"/>
          </w:tcPr>
          <w:p w14:paraId="5D827CD7"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 (-1.15 to 1.14)</w:t>
            </w:r>
          </w:p>
        </w:tc>
        <w:tc>
          <w:tcPr>
            <w:tcW w:w="574" w:type="pct"/>
            <w:vAlign w:val="center"/>
          </w:tcPr>
          <w:p w14:paraId="71FC3518"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-0.52 (-1.77 to 0.67)</w:t>
            </w:r>
          </w:p>
        </w:tc>
        <w:tc>
          <w:tcPr>
            <w:tcW w:w="561" w:type="pct"/>
            <w:vAlign w:val="center"/>
          </w:tcPr>
          <w:p w14:paraId="738DD69F"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0.23 (-0.8 to 1.23)</w:t>
            </w:r>
          </w:p>
        </w:tc>
      </w:tr>
      <w:tr w:rsidR="00F4138D" w:rsidRPr="00EB75F0" w14:paraId="3AB00223" w14:textId="77777777" w:rsidTr="00273386">
        <w:trPr>
          <w:trHeight w:val="288"/>
        </w:trPr>
        <w:tc>
          <w:tcPr>
            <w:tcW w:w="478" w:type="pct"/>
            <w:vAlign w:val="center"/>
            <w:hideMark/>
          </w:tcPr>
          <w:p w14:paraId="09148FEE" w14:textId="54EECC0C" w:rsidR="00F4138D" w:rsidRPr="00EB75F0" w:rsidRDefault="009A3ECD" w:rsidP="00F4138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lastRenderedPageBreak/>
              <w:t>KarXT</w:t>
            </w:r>
            <w:proofErr w:type="spellEnd"/>
          </w:p>
        </w:tc>
        <w:tc>
          <w:tcPr>
            <w:tcW w:w="569" w:type="pct"/>
            <w:vAlign w:val="center"/>
          </w:tcPr>
          <w:p w14:paraId="74E25E0C"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0.27 (-1.09 to 1.67)</w:t>
            </w:r>
          </w:p>
        </w:tc>
        <w:tc>
          <w:tcPr>
            <w:tcW w:w="570" w:type="pct"/>
            <w:vAlign w:val="center"/>
          </w:tcPr>
          <w:p w14:paraId="2B3EE23B"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0.46 (-0.96 to 1.86)</w:t>
            </w:r>
          </w:p>
        </w:tc>
        <w:tc>
          <w:tcPr>
            <w:tcW w:w="569" w:type="pct"/>
            <w:vAlign w:val="center"/>
          </w:tcPr>
          <w:p w14:paraId="2679AC41"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0.22 (-1.21 to 1.69)</w:t>
            </w:r>
          </w:p>
        </w:tc>
        <w:tc>
          <w:tcPr>
            <w:tcW w:w="570" w:type="pct"/>
            <w:shd w:val="clear" w:color="auto" w:fill="C6C6C6"/>
            <w:noWrap/>
            <w:vAlign w:val="center"/>
          </w:tcPr>
          <w:p w14:paraId="24D203A5"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p>
        </w:tc>
        <w:tc>
          <w:tcPr>
            <w:tcW w:w="540" w:type="pct"/>
            <w:vAlign w:val="center"/>
          </w:tcPr>
          <w:p w14:paraId="27E2961A"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1.08 (-1.18 to 3.34)</w:t>
            </w:r>
          </w:p>
        </w:tc>
        <w:tc>
          <w:tcPr>
            <w:tcW w:w="569" w:type="pct"/>
            <w:vAlign w:val="center"/>
          </w:tcPr>
          <w:p w14:paraId="3AA53006"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0.22 (-1.16 to 1.61)</w:t>
            </w:r>
          </w:p>
        </w:tc>
        <w:tc>
          <w:tcPr>
            <w:tcW w:w="574" w:type="pct"/>
            <w:vAlign w:val="center"/>
          </w:tcPr>
          <w:p w14:paraId="6E302214"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-0.3 (-1.77 to 1.12)</w:t>
            </w:r>
          </w:p>
        </w:tc>
        <w:tc>
          <w:tcPr>
            <w:tcW w:w="561" w:type="pct"/>
            <w:vAlign w:val="center"/>
          </w:tcPr>
          <w:p w14:paraId="4798598B"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0.45 (-0.89 to 1.8)</w:t>
            </w:r>
          </w:p>
        </w:tc>
      </w:tr>
      <w:tr w:rsidR="00F4138D" w:rsidRPr="00EB75F0" w14:paraId="03D9BB04" w14:textId="77777777" w:rsidTr="00273386">
        <w:trPr>
          <w:trHeight w:val="288"/>
        </w:trPr>
        <w:tc>
          <w:tcPr>
            <w:tcW w:w="478" w:type="pct"/>
            <w:vAlign w:val="center"/>
            <w:hideMark/>
          </w:tcPr>
          <w:p w14:paraId="0D4ECDFD"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569" w:type="pct"/>
            <w:vAlign w:val="center"/>
          </w:tcPr>
          <w:p w14:paraId="23410B26"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-0.81 (-2.88 to 1.28)</w:t>
            </w:r>
          </w:p>
        </w:tc>
        <w:tc>
          <w:tcPr>
            <w:tcW w:w="570" w:type="pct"/>
            <w:vAlign w:val="center"/>
          </w:tcPr>
          <w:p w14:paraId="1155790A"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-0.63 (-2.73 to 1.48)</w:t>
            </w:r>
          </w:p>
        </w:tc>
        <w:tc>
          <w:tcPr>
            <w:tcW w:w="569" w:type="pct"/>
            <w:vAlign w:val="center"/>
          </w:tcPr>
          <w:p w14:paraId="17112C02"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-0.86 (-2.98 to 1.28)</w:t>
            </w:r>
          </w:p>
        </w:tc>
        <w:tc>
          <w:tcPr>
            <w:tcW w:w="570" w:type="pct"/>
            <w:shd w:val="clear" w:color="auto" w:fill="CFEDFF"/>
            <w:vAlign w:val="center"/>
          </w:tcPr>
          <w:p w14:paraId="08D2051F"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-1.08 (-3.34 to 1.18)</w:t>
            </w:r>
          </w:p>
        </w:tc>
        <w:tc>
          <w:tcPr>
            <w:tcW w:w="540" w:type="pct"/>
            <w:shd w:val="clear" w:color="auto" w:fill="C6C6C6"/>
            <w:noWrap/>
            <w:vAlign w:val="center"/>
          </w:tcPr>
          <w:p w14:paraId="7C1B392B"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p>
        </w:tc>
        <w:tc>
          <w:tcPr>
            <w:tcW w:w="569" w:type="pct"/>
            <w:vAlign w:val="center"/>
          </w:tcPr>
          <w:p w14:paraId="3B6D2EB1"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-0.86 (-2.93 to 1.23)</w:t>
            </w:r>
          </w:p>
        </w:tc>
        <w:tc>
          <w:tcPr>
            <w:tcW w:w="574" w:type="pct"/>
            <w:vAlign w:val="center"/>
          </w:tcPr>
          <w:p w14:paraId="66A510BE"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-1.39 (-3.53 to 0.72)</w:t>
            </w:r>
          </w:p>
        </w:tc>
        <w:tc>
          <w:tcPr>
            <w:tcW w:w="561" w:type="pct"/>
            <w:vAlign w:val="center"/>
          </w:tcPr>
          <w:p w14:paraId="65803E0F"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-0.64 (-2.69 to 1.42)</w:t>
            </w:r>
          </w:p>
        </w:tc>
      </w:tr>
      <w:tr w:rsidR="00F4138D" w:rsidRPr="00EB75F0" w14:paraId="5BEC2F42" w14:textId="77777777" w:rsidTr="00273386">
        <w:trPr>
          <w:trHeight w:val="288"/>
        </w:trPr>
        <w:tc>
          <w:tcPr>
            <w:tcW w:w="478" w:type="pct"/>
            <w:vAlign w:val="center"/>
            <w:hideMark/>
          </w:tcPr>
          <w:p w14:paraId="52E83BB4"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569" w:type="pct"/>
            <w:vAlign w:val="center"/>
          </w:tcPr>
          <w:p w14:paraId="32474B86"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0.05 (-1.01 to 1.12)</w:t>
            </w:r>
          </w:p>
        </w:tc>
        <w:tc>
          <w:tcPr>
            <w:tcW w:w="570" w:type="pct"/>
            <w:vAlign w:val="center"/>
          </w:tcPr>
          <w:p w14:paraId="74291311"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0.23 (-0.88 to 1.34)</w:t>
            </w:r>
          </w:p>
        </w:tc>
        <w:tc>
          <w:tcPr>
            <w:tcW w:w="569" w:type="pct"/>
            <w:vAlign w:val="center"/>
          </w:tcPr>
          <w:p w14:paraId="66CD66A3"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 (-1.14 to 1.15)</w:t>
            </w:r>
          </w:p>
        </w:tc>
        <w:tc>
          <w:tcPr>
            <w:tcW w:w="570" w:type="pct"/>
            <w:shd w:val="clear" w:color="auto" w:fill="CFEDFF"/>
            <w:vAlign w:val="center"/>
          </w:tcPr>
          <w:p w14:paraId="70E777F8"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-0.22 (-1.61 to 1.16)</w:t>
            </w:r>
          </w:p>
        </w:tc>
        <w:tc>
          <w:tcPr>
            <w:tcW w:w="540" w:type="pct"/>
            <w:vAlign w:val="center"/>
          </w:tcPr>
          <w:p w14:paraId="7AF24F7D"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0.86 (-1.23 to 2.93)</w:t>
            </w:r>
          </w:p>
        </w:tc>
        <w:tc>
          <w:tcPr>
            <w:tcW w:w="569" w:type="pct"/>
            <w:shd w:val="clear" w:color="auto" w:fill="C6C6C6"/>
            <w:noWrap/>
            <w:vAlign w:val="center"/>
          </w:tcPr>
          <w:p w14:paraId="3CE06BEA"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p>
        </w:tc>
        <w:tc>
          <w:tcPr>
            <w:tcW w:w="574" w:type="pct"/>
            <w:vAlign w:val="center"/>
          </w:tcPr>
          <w:p w14:paraId="0898D371"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-0.53 (-1.66 to 0.58)</w:t>
            </w:r>
          </w:p>
        </w:tc>
        <w:tc>
          <w:tcPr>
            <w:tcW w:w="561" w:type="pct"/>
            <w:vAlign w:val="center"/>
          </w:tcPr>
          <w:p w14:paraId="69F44AF3"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0.23 (-0.77 to 1.22)</w:t>
            </w:r>
          </w:p>
        </w:tc>
      </w:tr>
      <w:tr w:rsidR="0013674C" w:rsidRPr="00EB75F0" w14:paraId="7E63E0CE" w14:textId="77777777" w:rsidTr="00273386">
        <w:trPr>
          <w:trHeight w:val="288"/>
        </w:trPr>
        <w:tc>
          <w:tcPr>
            <w:tcW w:w="478" w:type="pct"/>
            <w:vAlign w:val="center"/>
            <w:hideMark/>
          </w:tcPr>
          <w:p w14:paraId="0EDDCECC" w14:textId="77777777" w:rsidR="00F4138D" w:rsidRPr="00EB75F0" w:rsidRDefault="00F4138D" w:rsidP="00F4138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569" w:type="pct"/>
            <w:vAlign w:val="center"/>
          </w:tcPr>
          <w:p w14:paraId="6E531716"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0.58 (-0.54 to 1.74)</w:t>
            </w:r>
          </w:p>
        </w:tc>
        <w:tc>
          <w:tcPr>
            <w:tcW w:w="570" w:type="pct"/>
            <w:vAlign w:val="center"/>
          </w:tcPr>
          <w:p w14:paraId="04A9A2ED"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0.76 (-0.33 to 1.88)</w:t>
            </w:r>
          </w:p>
        </w:tc>
        <w:tc>
          <w:tcPr>
            <w:tcW w:w="569" w:type="pct"/>
            <w:vAlign w:val="center"/>
          </w:tcPr>
          <w:p w14:paraId="7ADC225B"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0.52 (-0.67 to 1.77)</w:t>
            </w:r>
          </w:p>
        </w:tc>
        <w:tc>
          <w:tcPr>
            <w:tcW w:w="570" w:type="pct"/>
            <w:shd w:val="clear" w:color="auto" w:fill="CFEDFF"/>
            <w:vAlign w:val="center"/>
          </w:tcPr>
          <w:p w14:paraId="6A1EE91A"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0.3 (-1.12 to 1.77)</w:t>
            </w:r>
          </w:p>
        </w:tc>
        <w:tc>
          <w:tcPr>
            <w:tcW w:w="540" w:type="pct"/>
            <w:vAlign w:val="center"/>
          </w:tcPr>
          <w:p w14:paraId="3EE187F3"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1.39 (-0.72 to 3.53)</w:t>
            </w:r>
          </w:p>
        </w:tc>
        <w:tc>
          <w:tcPr>
            <w:tcW w:w="569" w:type="pct"/>
            <w:vAlign w:val="center"/>
          </w:tcPr>
          <w:p w14:paraId="6D2958A1"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0.53 (-0.58 to 1.66)</w:t>
            </w:r>
          </w:p>
        </w:tc>
        <w:tc>
          <w:tcPr>
            <w:tcW w:w="574" w:type="pct"/>
            <w:shd w:val="clear" w:color="auto" w:fill="C6C6C6"/>
            <w:noWrap/>
            <w:vAlign w:val="center"/>
          </w:tcPr>
          <w:p w14:paraId="663A1325"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p>
        </w:tc>
        <w:tc>
          <w:tcPr>
            <w:tcW w:w="561" w:type="pct"/>
            <w:vAlign w:val="center"/>
          </w:tcPr>
          <w:p w14:paraId="5CFD599E"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0.75 (-0.29 to 1.84)</w:t>
            </w:r>
          </w:p>
        </w:tc>
      </w:tr>
      <w:tr w:rsidR="0013674C" w:rsidRPr="00EB75F0" w14:paraId="14DDE503" w14:textId="77777777" w:rsidTr="00273386">
        <w:trPr>
          <w:trHeight w:val="288"/>
        </w:trPr>
        <w:tc>
          <w:tcPr>
            <w:tcW w:w="478" w:type="pct"/>
            <w:vAlign w:val="center"/>
            <w:hideMark/>
          </w:tcPr>
          <w:p w14:paraId="58B439F1" w14:textId="77777777" w:rsidR="00F4138D" w:rsidRPr="00EB75F0" w:rsidRDefault="00F4138D" w:rsidP="00F4138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569" w:type="pct"/>
            <w:vAlign w:val="center"/>
          </w:tcPr>
          <w:p w14:paraId="151FBD2D"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-0.18 (-1.09 to 0.76)</w:t>
            </w:r>
          </w:p>
        </w:tc>
        <w:tc>
          <w:tcPr>
            <w:tcW w:w="570" w:type="pct"/>
            <w:vAlign w:val="center"/>
          </w:tcPr>
          <w:p w14:paraId="7DA92D07"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0.01 (-1.04 to 1.05)</w:t>
            </w:r>
          </w:p>
        </w:tc>
        <w:tc>
          <w:tcPr>
            <w:tcW w:w="569" w:type="pct"/>
            <w:vAlign w:val="center"/>
          </w:tcPr>
          <w:p w14:paraId="5E3162E6"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-0.23 (-1.23 to 0.8)</w:t>
            </w:r>
          </w:p>
        </w:tc>
        <w:tc>
          <w:tcPr>
            <w:tcW w:w="570" w:type="pct"/>
            <w:shd w:val="clear" w:color="auto" w:fill="CFEDFF"/>
            <w:vAlign w:val="center"/>
          </w:tcPr>
          <w:p w14:paraId="27ABE70D"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-0.45 (-1.8 to 0.89)</w:t>
            </w:r>
          </w:p>
        </w:tc>
        <w:tc>
          <w:tcPr>
            <w:tcW w:w="540" w:type="pct"/>
            <w:vAlign w:val="center"/>
          </w:tcPr>
          <w:p w14:paraId="08CB9ADE"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0.64 (-1.42 to 2.69)</w:t>
            </w:r>
          </w:p>
        </w:tc>
        <w:tc>
          <w:tcPr>
            <w:tcW w:w="569" w:type="pct"/>
            <w:vAlign w:val="center"/>
          </w:tcPr>
          <w:p w14:paraId="0600F285"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-0.23 (-1.22 to 0.77)</w:t>
            </w:r>
          </w:p>
        </w:tc>
        <w:tc>
          <w:tcPr>
            <w:tcW w:w="574" w:type="pct"/>
            <w:vAlign w:val="center"/>
          </w:tcPr>
          <w:p w14:paraId="6D6490CF"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r w:rsidRPr="00EB75F0">
              <w:rPr>
                <w:rFonts w:asciiTheme="majorHAnsi" w:hAnsiTheme="majorHAnsi" w:cstheme="majorHAnsi"/>
                <w:color w:val="001B2B" w:themeColor="accent2"/>
                <w:sz w:val="16"/>
                <w:szCs w:val="16"/>
              </w:rPr>
              <w:t>-0.75 (-1.84 to 0.29)</w:t>
            </w:r>
          </w:p>
        </w:tc>
        <w:tc>
          <w:tcPr>
            <w:tcW w:w="561" w:type="pct"/>
            <w:shd w:val="clear" w:color="auto" w:fill="C6C6C6"/>
            <w:noWrap/>
            <w:vAlign w:val="center"/>
          </w:tcPr>
          <w:p w14:paraId="461453C1" w14:textId="77777777" w:rsidR="00F4138D" w:rsidRPr="00EB75F0" w:rsidRDefault="00F4138D" w:rsidP="00F4138D">
            <w:pPr>
              <w:spacing w:before="0" w:after="0" w:line="240" w:lineRule="auto"/>
              <w:contextualSpacing/>
              <w:rPr>
                <w:rFonts w:asciiTheme="majorHAnsi" w:hAnsiTheme="majorHAnsi" w:cstheme="majorHAnsi"/>
                <w:color w:val="001B2B" w:themeColor="accent2"/>
                <w:sz w:val="16"/>
                <w:szCs w:val="16"/>
              </w:rPr>
            </w:pPr>
          </w:p>
        </w:tc>
      </w:tr>
      <w:tr w:rsidR="00F4138D" w:rsidRPr="00EB75F0" w14:paraId="7F2446DE" w14:textId="77777777" w:rsidTr="007C010D">
        <w:trPr>
          <w:trHeight w:val="133"/>
        </w:trPr>
        <w:tc>
          <w:tcPr>
            <w:tcW w:w="5000" w:type="pct"/>
            <w:gridSpan w:val="9"/>
          </w:tcPr>
          <w:p w14:paraId="1FA76C06" w14:textId="6816C618" w:rsidR="00F4138D" w:rsidRPr="00EB75F0" w:rsidRDefault="00F4138D" w:rsidP="00F4138D">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w:t>
            </w:r>
            <w:r w:rsidR="00A47D85" w:rsidRPr="00EB75F0">
              <w:rPr>
                <w:rFonts w:asciiTheme="majorHAnsi" w:hAnsiTheme="majorHAnsi" w:cstheme="majorHAnsi"/>
                <w:sz w:val="16"/>
                <w:szCs w:val="16"/>
              </w:rPr>
              <w:t>MD, mean difference</w:t>
            </w:r>
            <w:r w:rsidR="00F4689E"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F4689E" w:rsidRPr="00EB75F0">
              <w:rPr>
                <w:rFonts w:asciiTheme="majorHAnsi" w:eastAsia="Times New Roman" w:hAnsiTheme="majorHAnsi" w:cstheme="majorHAnsi"/>
                <w:color w:val="000000"/>
                <w:sz w:val="16"/>
                <w:szCs w:val="16"/>
                <w:lang w:eastAsia="zh-TW"/>
              </w:rPr>
              <w:t xml:space="preserve">, </w:t>
            </w:r>
            <w:proofErr w:type="spellStart"/>
            <w:r w:rsidR="00F4689E" w:rsidRPr="00EB75F0">
              <w:rPr>
                <w:rFonts w:asciiTheme="majorHAnsi" w:hAnsiTheme="majorHAnsi" w:cstheme="majorHAnsi"/>
                <w:sz w:val="16"/>
                <w:szCs w:val="16"/>
              </w:rPr>
              <w:t>xanomeline</w:t>
            </w:r>
            <w:proofErr w:type="spellEnd"/>
            <w:r w:rsidR="00F4689E" w:rsidRPr="00EB75F0">
              <w:rPr>
                <w:rFonts w:asciiTheme="majorHAnsi" w:hAnsiTheme="majorHAnsi" w:cstheme="majorHAnsi"/>
                <w:sz w:val="16"/>
                <w:szCs w:val="16"/>
              </w:rPr>
              <w:t>/</w:t>
            </w:r>
            <w:proofErr w:type="spellStart"/>
            <w:r w:rsidR="00F4689E" w:rsidRPr="00EB75F0">
              <w:rPr>
                <w:rFonts w:asciiTheme="majorHAnsi" w:hAnsiTheme="majorHAnsi" w:cstheme="majorHAnsi"/>
                <w:sz w:val="16"/>
                <w:szCs w:val="16"/>
              </w:rPr>
              <w:t>trospium</w:t>
            </w:r>
            <w:proofErr w:type="spellEnd"/>
            <w:r w:rsidR="00F4689E" w:rsidRPr="00EB75F0">
              <w:rPr>
                <w:rFonts w:asciiTheme="majorHAnsi" w:hAnsiTheme="majorHAnsi" w:cstheme="majorHAnsi"/>
                <w:sz w:val="16"/>
                <w:szCs w:val="16"/>
              </w:rPr>
              <w:t xml:space="preserve"> chloride</w:t>
            </w:r>
          </w:p>
          <w:p w14:paraId="74E7E40A" w14:textId="4CBA6979" w:rsidR="00F4138D" w:rsidRPr="00EB75F0" w:rsidRDefault="00F4138D" w:rsidP="00F4138D">
            <w:pPr>
              <w:spacing w:before="0" w:after="0" w:line="240" w:lineRule="auto"/>
              <w:contextualSpacing/>
              <w:rPr>
                <w:rFonts w:asciiTheme="majorHAnsi" w:eastAsia="Times New Roman" w:hAnsiTheme="majorHAnsi" w:cstheme="majorHAnsi"/>
                <w:color w:val="000000"/>
                <w:sz w:val="14"/>
                <w:szCs w:val="14"/>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0747EEC5" w14:textId="77777777" w:rsidR="009C575C" w:rsidRPr="00EB75F0" w:rsidRDefault="009C575C">
      <w:pPr>
        <w:spacing w:before="0" w:after="200" w:line="276" w:lineRule="auto"/>
        <w:sectPr w:rsidR="009C575C" w:rsidRPr="00EB75F0" w:rsidSect="009C575C">
          <w:pgSz w:w="16838" w:h="11906" w:orient="landscape"/>
          <w:pgMar w:top="1134" w:right="1134" w:bottom="1134" w:left="1134" w:header="567" w:footer="567" w:gutter="0"/>
          <w:cols w:space="708"/>
          <w:docGrid w:linePitch="360"/>
        </w:sectPr>
      </w:pPr>
    </w:p>
    <w:p w14:paraId="423266A5" w14:textId="420D57BD" w:rsidR="005D1C01" w:rsidRDefault="005D1C01" w:rsidP="005D1C01">
      <w:pPr>
        <w:pStyle w:val="Heading3"/>
      </w:pPr>
      <w:r w:rsidRPr="005D1C01">
        <w:lastRenderedPageBreak/>
        <w:t xml:space="preserve">Figure </w:t>
      </w:r>
      <w:r>
        <w:t>S</w:t>
      </w:r>
      <w:fldSimple w:instr=" SEQ Figure \* ARABIC ">
        <w:r w:rsidR="004B2F28">
          <w:rPr>
            <w:noProof/>
          </w:rPr>
          <w:t>51</w:t>
        </w:r>
      </w:fldSimple>
      <w:r w:rsidRPr="005D1C01">
        <w:t xml:space="preserve">: </w:t>
      </w:r>
      <w:r w:rsidRPr="00EB75F0">
        <w:t>Change from baseline PANSS negative symptoms score –</w:t>
      </w:r>
      <w:r>
        <w:t xml:space="preserve"> C</w:t>
      </w:r>
      <w:r w:rsidRPr="007F6A73">
        <w:t>omparison-adjusted funnel plot</w:t>
      </w:r>
      <w:r w:rsidRPr="00EB75F0">
        <w:t xml:space="preserve"> </w:t>
      </w:r>
      <w:r w:rsidRPr="007F6A73">
        <w:t>–</w:t>
      </w:r>
      <w:r>
        <w:t xml:space="preserve"> </w:t>
      </w:r>
      <w:r w:rsidRPr="00EB75F0">
        <w:t>random-effects model, base case network</w:t>
      </w:r>
      <w:r w:rsidRPr="007F6A73">
        <w:t xml:space="preserve"> </w:t>
      </w:r>
      <w:r w:rsidRPr="005D1C01">
        <w:rPr>
          <w:noProof/>
        </w:rPr>
        <w:drawing>
          <wp:inline distT="0" distB="0" distL="0" distR="0" wp14:anchorId="335A8AF5" wp14:editId="62672FFF">
            <wp:extent cx="6119495" cy="3265825"/>
            <wp:effectExtent l="0" t="0" r="0" b="0"/>
            <wp:docPr id="14200155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4" cstate="print">
                      <a:extLst>
                        <a:ext uri="{28A0092B-C50C-407E-A947-70E740481C1C}">
                          <a14:useLocalDpi xmlns:a14="http://schemas.microsoft.com/office/drawing/2010/main"/>
                        </a:ext>
                      </a:extLst>
                    </a:blip>
                    <a:srcRect t="10959"/>
                    <a:stretch>
                      <a:fillRect/>
                    </a:stretch>
                  </pic:blipFill>
                  <pic:spPr bwMode="auto">
                    <a:xfrm>
                      <a:off x="0" y="0"/>
                      <a:ext cx="6119495" cy="3265825"/>
                    </a:xfrm>
                    <a:prstGeom prst="rect">
                      <a:avLst/>
                    </a:prstGeom>
                    <a:noFill/>
                    <a:ln>
                      <a:noFill/>
                    </a:ln>
                    <a:extLst>
                      <a:ext uri="{53640926-AAD7-44D8-BBD7-CCE9431645EC}">
                        <a14:shadowObscured xmlns:a14="http://schemas.microsoft.com/office/drawing/2010/main"/>
                      </a:ext>
                    </a:extLst>
                  </pic:spPr>
                </pic:pic>
              </a:graphicData>
            </a:graphic>
          </wp:inline>
        </w:drawing>
      </w:r>
    </w:p>
    <w:p w14:paraId="27C9CE4D" w14:textId="17F504BC" w:rsidR="00AD7B02" w:rsidRPr="005D1C01" w:rsidRDefault="00AD7B02" w:rsidP="00AD7B02">
      <w:pPr>
        <w:pStyle w:val="Heading3"/>
      </w:pPr>
      <w:r w:rsidRPr="005D1C01">
        <w:t xml:space="preserve">Figure </w:t>
      </w:r>
      <w:r>
        <w:t>S</w:t>
      </w:r>
      <w:fldSimple w:instr=" SEQ Figure \* ARABIC ">
        <w:r w:rsidR="004B2F28">
          <w:rPr>
            <w:noProof/>
          </w:rPr>
          <w:t>52</w:t>
        </w:r>
      </w:fldSimple>
      <w:r w:rsidRPr="005D1C01">
        <w:t xml:space="preserve">: </w:t>
      </w:r>
      <w:r w:rsidRPr="00EB75F0">
        <w:t>Change from baseline PANSS negative symptoms score –</w:t>
      </w:r>
      <w:r>
        <w:t xml:space="preserve"> C</w:t>
      </w:r>
      <w:r w:rsidRPr="007F6A73">
        <w:t>omparison-adjusted funnel plot</w:t>
      </w:r>
      <w:r w:rsidRPr="00EB75F0">
        <w:t xml:space="preserve"> </w:t>
      </w:r>
      <w:r w:rsidRPr="007F6A73">
        <w:t>–</w:t>
      </w:r>
      <w:r>
        <w:t xml:space="preserve"> </w:t>
      </w:r>
      <w:r w:rsidR="00585DEA">
        <w:t>fixed</w:t>
      </w:r>
      <w:r w:rsidRPr="00EB75F0">
        <w:t>-effects model, base case network</w:t>
      </w:r>
      <w:r w:rsidRPr="007F6A73">
        <w:t xml:space="preserve"> </w:t>
      </w:r>
      <w:r w:rsidRPr="005D1C01">
        <w:rPr>
          <w:noProof/>
        </w:rPr>
        <w:drawing>
          <wp:inline distT="0" distB="0" distL="0" distR="0" wp14:anchorId="03FC3937" wp14:editId="69724F45">
            <wp:extent cx="6119495" cy="3265825"/>
            <wp:effectExtent l="0" t="0" r="0" b="0"/>
            <wp:docPr id="19248503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50336" name="Picture 6"/>
                    <pic:cNvPicPr>
                      <a:picLocks noChangeAspect="1" noChangeArrowheads="1"/>
                    </pic:cNvPicPr>
                  </pic:nvPicPr>
                  <pic:blipFill rotWithShape="1">
                    <a:blip r:embed="rId74" cstate="print">
                      <a:extLst>
                        <a:ext uri="{28A0092B-C50C-407E-A947-70E740481C1C}">
                          <a14:useLocalDpi xmlns:a14="http://schemas.microsoft.com/office/drawing/2010/main"/>
                        </a:ext>
                      </a:extLst>
                    </a:blip>
                    <a:srcRect l="-1" t="11054" r="1"/>
                    <a:stretch>
                      <a:fillRect/>
                    </a:stretch>
                  </pic:blipFill>
                  <pic:spPr bwMode="auto">
                    <a:xfrm>
                      <a:off x="0" y="0"/>
                      <a:ext cx="6119495" cy="3265825"/>
                    </a:xfrm>
                    <a:prstGeom prst="rect">
                      <a:avLst/>
                    </a:prstGeom>
                    <a:noFill/>
                    <a:ln>
                      <a:noFill/>
                    </a:ln>
                    <a:extLst>
                      <a:ext uri="{53640926-AAD7-44D8-BBD7-CCE9431645EC}">
                        <a14:shadowObscured xmlns:a14="http://schemas.microsoft.com/office/drawing/2010/main"/>
                      </a:ext>
                    </a:extLst>
                  </pic:spPr>
                </pic:pic>
              </a:graphicData>
            </a:graphic>
          </wp:inline>
        </w:drawing>
      </w:r>
    </w:p>
    <w:p w14:paraId="6D89320F" w14:textId="311BD699" w:rsidR="00AD7B02" w:rsidRDefault="00AD7B02" w:rsidP="00AD7B02">
      <w:pPr>
        <w:pStyle w:val="Heading3"/>
      </w:pPr>
      <w:r w:rsidRPr="005D1C01">
        <w:t xml:space="preserve">Figure </w:t>
      </w:r>
      <w:r>
        <w:t>S</w:t>
      </w:r>
      <w:fldSimple w:instr=" SEQ Figure \* ARABIC ">
        <w:r w:rsidR="004B2F28">
          <w:rPr>
            <w:noProof/>
          </w:rPr>
          <w:t>53</w:t>
        </w:r>
      </w:fldSimple>
      <w:r w:rsidRPr="005D1C01">
        <w:t xml:space="preserve">: </w:t>
      </w:r>
      <w:r w:rsidRPr="00EB75F0">
        <w:t>Change from baseline PANSS negative symptoms score –</w:t>
      </w:r>
      <w:r>
        <w:t xml:space="preserve"> C</w:t>
      </w:r>
      <w:r w:rsidRPr="007F6A73">
        <w:t>omparison-adjusted funnel plot</w:t>
      </w:r>
      <w:r w:rsidRPr="00EB75F0">
        <w:t xml:space="preserve"> </w:t>
      </w:r>
      <w:r w:rsidR="00585DEA" w:rsidRPr="007F6A73">
        <w:t>–</w:t>
      </w:r>
      <w:r w:rsidR="00585DEA">
        <w:t xml:space="preserve"> </w:t>
      </w:r>
      <w:r w:rsidR="00585DEA" w:rsidRPr="00EB75F0">
        <w:t xml:space="preserve">random-effects model, sensitivity analysis excluding studies with </w:t>
      </w:r>
      <w:r w:rsidR="00585DEA" w:rsidRPr="00EB75F0">
        <w:lastRenderedPageBreak/>
        <w:t xml:space="preserve">predominantly Asian </w:t>
      </w:r>
      <w:r w:rsidRPr="005D1C01">
        <w:rPr>
          <w:noProof/>
        </w:rPr>
        <w:drawing>
          <wp:inline distT="0" distB="0" distL="0" distR="0" wp14:anchorId="43525B1E" wp14:editId="11758E8D">
            <wp:extent cx="6119495" cy="3265825"/>
            <wp:effectExtent l="0" t="0" r="0" b="0"/>
            <wp:docPr id="8439293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29340" name="Picture 6"/>
                    <pic:cNvPicPr>
                      <a:picLocks noChangeAspect="1" noChangeArrowheads="1"/>
                    </pic:cNvPicPr>
                  </pic:nvPicPr>
                  <pic:blipFill rotWithShape="1">
                    <a:blip r:embed="rId75" cstate="print">
                      <a:extLst>
                        <a:ext uri="{28A0092B-C50C-407E-A947-70E740481C1C}">
                          <a14:useLocalDpi xmlns:a14="http://schemas.microsoft.com/office/drawing/2010/main"/>
                        </a:ext>
                      </a:extLst>
                    </a:blip>
                    <a:srcRect t="11054"/>
                    <a:stretch>
                      <a:fillRect/>
                    </a:stretch>
                  </pic:blipFill>
                  <pic:spPr bwMode="auto">
                    <a:xfrm>
                      <a:off x="0" y="0"/>
                      <a:ext cx="6119495" cy="3265825"/>
                    </a:xfrm>
                    <a:prstGeom prst="rect">
                      <a:avLst/>
                    </a:prstGeom>
                    <a:noFill/>
                    <a:ln>
                      <a:noFill/>
                    </a:ln>
                    <a:extLst>
                      <a:ext uri="{53640926-AAD7-44D8-BBD7-CCE9431645EC}">
                        <a14:shadowObscured xmlns:a14="http://schemas.microsoft.com/office/drawing/2010/main"/>
                      </a:ext>
                    </a:extLst>
                  </pic:spPr>
                </pic:pic>
              </a:graphicData>
            </a:graphic>
          </wp:inline>
        </w:drawing>
      </w:r>
    </w:p>
    <w:p w14:paraId="4D21E137" w14:textId="5F19887F" w:rsidR="00AD7B02" w:rsidRPr="005D1C01" w:rsidRDefault="00D06E21" w:rsidP="005D1C01">
      <w:pPr>
        <w:pStyle w:val="Heading3"/>
      </w:pPr>
      <w:r w:rsidRPr="005D1C01">
        <w:t xml:space="preserve">Figure </w:t>
      </w:r>
      <w:r>
        <w:t>S</w:t>
      </w:r>
      <w:fldSimple w:instr=" SEQ Figure \* ARABIC ">
        <w:r w:rsidR="004B2F28">
          <w:rPr>
            <w:noProof/>
          </w:rPr>
          <w:t>54</w:t>
        </w:r>
      </w:fldSimple>
      <w:r w:rsidRPr="005D1C01">
        <w:t xml:space="preserve">: </w:t>
      </w:r>
      <w:r w:rsidRPr="00EB75F0">
        <w:t>Change from baseline PANSS negative symptoms score –</w:t>
      </w:r>
      <w:r>
        <w:t xml:space="preserve"> C</w:t>
      </w:r>
      <w:r w:rsidRPr="007F6A73">
        <w:t>omparison-adjusted funnel plot</w:t>
      </w:r>
      <w:r w:rsidRPr="00EB75F0">
        <w:t xml:space="preserve"> </w:t>
      </w:r>
      <w:r w:rsidR="00585DEA" w:rsidRPr="00EB75F0">
        <w:t>– random-effects model, sensitivity analysis excluding studies with outlier placebo effect size</w:t>
      </w:r>
      <w:r w:rsidRPr="005D1C01">
        <w:rPr>
          <w:noProof/>
        </w:rPr>
        <w:drawing>
          <wp:inline distT="0" distB="0" distL="0" distR="0" wp14:anchorId="56E9DC82" wp14:editId="0D76FB46">
            <wp:extent cx="6119495" cy="3265825"/>
            <wp:effectExtent l="0" t="0" r="0" b="0"/>
            <wp:docPr id="18494942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94261" name="Picture 6"/>
                    <pic:cNvPicPr>
                      <a:picLocks noChangeAspect="1" noChangeArrowheads="1"/>
                    </pic:cNvPicPr>
                  </pic:nvPicPr>
                  <pic:blipFill rotWithShape="1">
                    <a:blip r:embed="rId76" cstate="print">
                      <a:extLst>
                        <a:ext uri="{28A0092B-C50C-407E-A947-70E740481C1C}">
                          <a14:useLocalDpi xmlns:a14="http://schemas.microsoft.com/office/drawing/2010/main"/>
                        </a:ext>
                      </a:extLst>
                    </a:blip>
                    <a:srcRect l="-1" t="11054" r="1"/>
                    <a:stretch>
                      <a:fillRect/>
                    </a:stretch>
                  </pic:blipFill>
                  <pic:spPr bwMode="auto">
                    <a:xfrm>
                      <a:off x="0" y="0"/>
                      <a:ext cx="6119495" cy="3265825"/>
                    </a:xfrm>
                    <a:prstGeom prst="rect">
                      <a:avLst/>
                    </a:prstGeom>
                    <a:noFill/>
                    <a:ln>
                      <a:noFill/>
                    </a:ln>
                    <a:extLst>
                      <a:ext uri="{53640926-AAD7-44D8-BBD7-CCE9431645EC}">
                        <a14:shadowObscured xmlns:a14="http://schemas.microsoft.com/office/drawing/2010/main"/>
                      </a:ext>
                    </a:extLst>
                  </pic:spPr>
                </pic:pic>
              </a:graphicData>
            </a:graphic>
          </wp:inline>
        </w:drawing>
      </w:r>
    </w:p>
    <w:p w14:paraId="5556ACD5" w14:textId="348F6B22" w:rsidR="00D86179" w:rsidRPr="00541089" w:rsidRDefault="00D86179" w:rsidP="00D86179">
      <w:pPr>
        <w:pStyle w:val="Heading2"/>
      </w:pPr>
      <w:r w:rsidRPr="00541089">
        <w:t>Change from baseline CGI-S score</w:t>
      </w:r>
    </w:p>
    <w:p w14:paraId="5BB1EEE5" w14:textId="208DE7C7" w:rsidR="00D86179" w:rsidRPr="00EB75F0" w:rsidRDefault="00A06AE8" w:rsidP="00295D9B">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14</w:t>
        </w:r>
      </w:fldSimple>
      <w:r w:rsidR="00D86179" w:rsidRPr="00EB75F0">
        <w:t>: Change from baseline CGI-S score – comparison of NMA results from base case and sensitivity analyses</w:t>
      </w:r>
    </w:p>
    <w:tbl>
      <w:tblPr>
        <w:tblStyle w:val="Table"/>
        <w:tblW w:w="4944" w:type="pct"/>
        <w:tblInd w:w="-5"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821"/>
        <w:gridCol w:w="2614"/>
        <w:gridCol w:w="2511"/>
        <w:gridCol w:w="2574"/>
      </w:tblGrid>
      <w:tr w:rsidR="00D86179" w:rsidRPr="00EB75F0" w14:paraId="7A8686CA" w14:textId="77777777" w:rsidTr="007C010D">
        <w:trPr>
          <w:trHeight w:val="58"/>
        </w:trPr>
        <w:tc>
          <w:tcPr>
            <w:tcW w:w="956" w:type="pct"/>
            <w:vMerge w:val="restart"/>
            <w:tcBorders>
              <w:top w:val="single" w:sz="4" w:space="0" w:color="000000"/>
              <w:left w:val="single" w:sz="4" w:space="0" w:color="000000"/>
              <w:bottom w:val="single" w:sz="4" w:space="0" w:color="000000"/>
              <w:right w:val="single" w:sz="4" w:space="0" w:color="000000"/>
            </w:tcBorders>
            <w:shd w:val="clear" w:color="auto" w:fill="001B2B"/>
            <w:vAlign w:val="center"/>
          </w:tcPr>
          <w:p w14:paraId="06A8785A" w14:textId="77777777" w:rsidR="00D86179" w:rsidRPr="00EB75F0" w:rsidRDefault="00D86179" w:rsidP="00C32B29">
            <w:pPr>
              <w:pStyle w:val="TableText"/>
              <w:spacing w:before="48" w:after="48"/>
              <w:rPr>
                <w:color w:val="FFFFFF"/>
                <w:sz w:val="18"/>
              </w:rPr>
            </w:pPr>
            <w:r w:rsidRPr="00EB75F0">
              <w:rPr>
                <w:color w:val="FFFFFF"/>
                <w:sz w:val="18"/>
              </w:rPr>
              <w:t>Treatment</w:t>
            </w:r>
          </w:p>
        </w:tc>
        <w:tc>
          <w:tcPr>
            <w:tcW w:w="4044" w:type="pct"/>
            <w:gridSpan w:val="3"/>
            <w:tcBorders>
              <w:top w:val="single" w:sz="4" w:space="0" w:color="000000"/>
              <w:left w:val="single" w:sz="4" w:space="0" w:color="000000"/>
              <w:bottom w:val="single" w:sz="4" w:space="0" w:color="000000"/>
              <w:right w:val="single" w:sz="4" w:space="0" w:color="000000"/>
            </w:tcBorders>
            <w:shd w:val="clear" w:color="auto" w:fill="001B2B"/>
            <w:vAlign w:val="center"/>
          </w:tcPr>
          <w:p w14:paraId="081DCE78" w14:textId="4B734C19" w:rsidR="00D86179" w:rsidRPr="00EB75F0" w:rsidRDefault="00A47D85" w:rsidP="00C32B29">
            <w:pPr>
              <w:pStyle w:val="TableText"/>
              <w:spacing w:before="48" w:after="48"/>
              <w:rPr>
                <w:color w:val="FFFFFF"/>
                <w:sz w:val="18"/>
              </w:rPr>
            </w:pPr>
            <w:r w:rsidRPr="00EB75F0">
              <w:rPr>
                <w:color w:val="FFFFFF"/>
                <w:sz w:val="18"/>
              </w:rPr>
              <w:t>MD</w:t>
            </w:r>
            <w:r w:rsidR="00D86179" w:rsidRPr="00EB75F0">
              <w:rPr>
                <w:color w:val="FFFFFF"/>
                <w:sz w:val="18"/>
              </w:rPr>
              <w:t xml:space="preserve"> Treatment versus Placebo (95% </w:t>
            </w:r>
            <w:proofErr w:type="spellStart"/>
            <w:r w:rsidR="00D86179" w:rsidRPr="00EB75F0">
              <w:rPr>
                <w:color w:val="FFFFFF"/>
                <w:sz w:val="18"/>
              </w:rPr>
              <w:t>CrI</w:t>
            </w:r>
            <w:proofErr w:type="spellEnd"/>
            <w:r w:rsidR="00D86179" w:rsidRPr="00EB75F0">
              <w:rPr>
                <w:color w:val="FFFFFF"/>
                <w:sz w:val="18"/>
              </w:rPr>
              <w:t>)</w:t>
            </w:r>
          </w:p>
        </w:tc>
      </w:tr>
      <w:tr w:rsidR="00D86179" w:rsidRPr="00EB75F0" w14:paraId="29AAF3C6" w14:textId="77777777" w:rsidTr="007C010D">
        <w:trPr>
          <w:trHeight w:val="58"/>
        </w:trPr>
        <w:tc>
          <w:tcPr>
            <w:tcW w:w="956" w:type="pct"/>
            <w:vMerge/>
            <w:tcBorders>
              <w:top w:val="single" w:sz="4" w:space="0" w:color="000000"/>
              <w:left w:val="single" w:sz="4" w:space="0" w:color="000000"/>
              <w:bottom w:val="single" w:sz="4" w:space="0" w:color="000000"/>
              <w:right w:val="single" w:sz="4" w:space="0" w:color="000000"/>
            </w:tcBorders>
            <w:shd w:val="clear" w:color="auto" w:fill="D8D2BF"/>
            <w:vAlign w:val="center"/>
          </w:tcPr>
          <w:p w14:paraId="15EDF23D" w14:textId="77777777" w:rsidR="00D86179" w:rsidRPr="00EB75F0" w:rsidRDefault="00D86179" w:rsidP="00C32B29"/>
        </w:tc>
        <w:tc>
          <w:tcPr>
            <w:tcW w:w="2692"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6472D591" w14:textId="77777777" w:rsidR="00D86179" w:rsidRPr="00EB75F0" w:rsidRDefault="00D86179" w:rsidP="00C32B29">
            <w:pPr>
              <w:pStyle w:val="TableText"/>
              <w:spacing w:before="48" w:after="48"/>
              <w:rPr>
                <w:sz w:val="18"/>
              </w:rPr>
            </w:pPr>
            <w:r w:rsidRPr="00EB75F0">
              <w:rPr>
                <w:sz w:val="18"/>
              </w:rPr>
              <w:t>Base case network</w:t>
            </w:r>
          </w:p>
        </w:tc>
        <w:tc>
          <w:tcPr>
            <w:tcW w:w="1352"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2477F97D" w14:textId="77777777" w:rsidR="00D86179" w:rsidRPr="00EB75F0" w:rsidRDefault="00D86179" w:rsidP="00C32B29">
            <w:pPr>
              <w:pStyle w:val="TableText"/>
              <w:spacing w:before="48" w:after="48"/>
              <w:rPr>
                <w:sz w:val="18"/>
              </w:rPr>
            </w:pPr>
            <w:r w:rsidRPr="00EB75F0">
              <w:rPr>
                <w:sz w:val="18"/>
              </w:rPr>
              <w:t>Excluding studies with predominantly Asian populations</w:t>
            </w:r>
          </w:p>
        </w:tc>
      </w:tr>
      <w:tr w:rsidR="00D86179" w:rsidRPr="00EB75F0" w14:paraId="6BE50A52" w14:textId="77777777" w:rsidTr="007C010D">
        <w:trPr>
          <w:trHeight w:val="68"/>
        </w:trPr>
        <w:tc>
          <w:tcPr>
            <w:tcW w:w="956" w:type="pct"/>
            <w:vMerge/>
            <w:tcBorders>
              <w:top w:val="single" w:sz="4" w:space="0" w:color="000000"/>
              <w:left w:val="single" w:sz="4" w:space="0" w:color="000000"/>
              <w:bottom w:val="single" w:sz="4" w:space="0" w:color="000000"/>
              <w:right w:val="single" w:sz="4" w:space="0" w:color="000000"/>
            </w:tcBorders>
            <w:shd w:val="clear" w:color="auto" w:fill="D8D2BF"/>
            <w:vAlign w:val="center"/>
          </w:tcPr>
          <w:p w14:paraId="1E56B1B9" w14:textId="77777777" w:rsidR="00D86179" w:rsidRPr="00EB75F0" w:rsidRDefault="00D86179" w:rsidP="00C32B29"/>
        </w:tc>
        <w:tc>
          <w:tcPr>
            <w:tcW w:w="1373"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7EECC1EC" w14:textId="77777777" w:rsidR="00D86179" w:rsidRPr="00EB75F0" w:rsidRDefault="00D86179" w:rsidP="00C32B29">
            <w:pPr>
              <w:pStyle w:val="TableText"/>
              <w:spacing w:before="48" w:after="48"/>
              <w:rPr>
                <w:sz w:val="18"/>
              </w:rPr>
            </w:pPr>
            <w:r w:rsidRPr="00EB75F0">
              <w:rPr>
                <w:sz w:val="18"/>
              </w:rPr>
              <w:t>FE (DIC: 61.78)</w:t>
            </w:r>
          </w:p>
        </w:tc>
        <w:tc>
          <w:tcPr>
            <w:tcW w:w="1317"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5BD87205" w14:textId="77777777" w:rsidR="00D86179" w:rsidRPr="00EB75F0" w:rsidRDefault="00D86179" w:rsidP="00C32B29">
            <w:pPr>
              <w:pStyle w:val="TableText"/>
              <w:spacing w:before="48" w:after="48"/>
              <w:rPr>
                <w:sz w:val="18"/>
              </w:rPr>
            </w:pPr>
            <w:r w:rsidRPr="00EB75F0">
              <w:rPr>
                <w:sz w:val="18"/>
              </w:rPr>
              <w:t>RE (DIC: 61.75)</w:t>
            </w:r>
          </w:p>
        </w:tc>
        <w:tc>
          <w:tcPr>
            <w:tcW w:w="1352"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199B0A40" w14:textId="77777777" w:rsidR="00D86179" w:rsidRPr="00EB75F0" w:rsidRDefault="00D86179" w:rsidP="00C32B29">
            <w:pPr>
              <w:pStyle w:val="TableText"/>
              <w:spacing w:before="48" w:after="48"/>
              <w:rPr>
                <w:sz w:val="18"/>
              </w:rPr>
            </w:pPr>
            <w:r w:rsidRPr="00EB75F0">
              <w:rPr>
                <w:sz w:val="18"/>
              </w:rPr>
              <w:t>RE (DIC: 57.79)</w:t>
            </w:r>
          </w:p>
        </w:tc>
      </w:tr>
      <w:tr w:rsidR="00D86179" w:rsidRPr="00EB75F0" w14:paraId="37A54173"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4CC9DA28" w14:textId="77777777" w:rsidR="00D86179" w:rsidRPr="00EB75F0" w:rsidRDefault="00D86179" w:rsidP="00C32B29">
            <w:pPr>
              <w:pStyle w:val="TableText"/>
              <w:spacing w:before="48" w:after="48"/>
              <w:rPr>
                <w:sz w:val="18"/>
              </w:rPr>
            </w:pPr>
            <w:r w:rsidRPr="00EB75F0">
              <w:rPr>
                <w:color w:val="000000"/>
                <w:sz w:val="18"/>
              </w:rPr>
              <w:t>Aripiprazole</w:t>
            </w:r>
          </w:p>
        </w:tc>
        <w:tc>
          <w:tcPr>
            <w:tcW w:w="1373" w:type="pct"/>
            <w:tcBorders>
              <w:top w:val="single" w:sz="4" w:space="0" w:color="000000"/>
              <w:left w:val="single" w:sz="4" w:space="0" w:color="000000"/>
              <w:bottom w:val="single" w:sz="4" w:space="0" w:color="000000"/>
              <w:right w:val="single" w:sz="4" w:space="0" w:color="000000"/>
            </w:tcBorders>
            <w:vAlign w:val="center"/>
          </w:tcPr>
          <w:p w14:paraId="76C31FCC" w14:textId="77777777" w:rsidR="00D86179" w:rsidRPr="00EB75F0" w:rsidRDefault="00D86179" w:rsidP="00C32B29">
            <w:pPr>
              <w:pStyle w:val="TableText"/>
              <w:spacing w:before="48" w:after="48"/>
              <w:rPr>
                <w:b/>
                <w:sz w:val="18"/>
              </w:rPr>
            </w:pPr>
            <w:r w:rsidRPr="00EB75F0">
              <w:rPr>
                <w:b/>
                <w:sz w:val="18"/>
              </w:rPr>
              <w:t>-0.30 (-0.40, -0.19)</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36A7CB32" w14:textId="77777777" w:rsidR="00D86179" w:rsidRPr="00EB75F0" w:rsidRDefault="00D86179" w:rsidP="00C32B29">
            <w:pPr>
              <w:pStyle w:val="TableText"/>
              <w:spacing w:before="48" w:after="48"/>
              <w:rPr>
                <w:b/>
                <w:sz w:val="18"/>
              </w:rPr>
            </w:pPr>
            <w:r w:rsidRPr="00EB75F0">
              <w:rPr>
                <w:b/>
                <w:sz w:val="18"/>
              </w:rPr>
              <w:t>-0.29 (-0.42, -0.16)</w:t>
            </w:r>
          </w:p>
        </w:tc>
        <w:tc>
          <w:tcPr>
            <w:tcW w:w="1352" w:type="pct"/>
            <w:tcBorders>
              <w:top w:val="single" w:sz="4" w:space="0" w:color="000000"/>
              <w:left w:val="single" w:sz="4" w:space="0" w:color="000000"/>
              <w:bottom w:val="single" w:sz="4" w:space="0" w:color="000000"/>
              <w:right w:val="single" w:sz="4" w:space="0" w:color="000000"/>
            </w:tcBorders>
            <w:vAlign w:val="center"/>
          </w:tcPr>
          <w:p w14:paraId="5E2B2131" w14:textId="77777777" w:rsidR="00D86179" w:rsidRPr="00EB75F0" w:rsidRDefault="00D86179" w:rsidP="00C32B29">
            <w:pPr>
              <w:pStyle w:val="TableText"/>
              <w:spacing w:before="48" w:after="48"/>
              <w:rPr>
                <w:b/>
                <w:sz w:val="18"/>
              </w:rPr>
            </w:pPr>
            <w:r w:rsidRPr="00EB75F0">
              <w:rPr>
                <w:b/>
                <w:sz w:val="18"/>
              </w:rPr>
              <w:t>-0.30 (-0.44, -0.16)</w:t>
            </w:r>
          </w:p>
        </w:tc>
      </w:tr>
      <w:tr w:rsidR="00D86179" w:rsidRPr="00EB75F0" w14:paraId="03442C5A"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59CC9ACA" w14:textId="77777777" w:rsidR="00D86179" w:rsidRPr="00EB75F0" w:rsidRDefault="00D86179" w:rsidP="00C32B29">
            <w:pPr>
              <w:pStyle w:val="TableText"/>
              <w:spacing w:before="48" w:after="48"/>
              <w:rPr>
                <w:sz w:val="18"/>
              </w:rPr>
            </w:pPr>
            <w:proofErr w:type="spellStart"/>
            <w:r w:rsidRPr="00EB75F0">
              <w:rPr>
                <w:color w:val="000000"/>
                <w:sz w:val="18"/>
              </w:rPr>
              <w:t>Brexpiprazole</w:t>
            </w:r>
            <w:proofErr w:type="spellEnd"/>
          </w:p>
        </w:tc>
        <w:tc>
          <w:tcPr>
            <w:tcW w:w="1373" w:type="pct"/>
            <w:tcBorders>
              <w:top w:val="single" w:sz="4" w:space="0" w:color="000000"/>
              <w:left w:val="single" w:sz="4" w:space="0" w:color="000000"/>
              <w:bottom w:val="single" w:sz="4" w:space="0" w:color="000000"/>
              <w:right w:val="single" w:sz="4" w:space="0" w:color="000000"/>
            </w:tcBorders>
            <w:vAlign w:val="center"/>
          </w:tcPr>
          <w:p w14:paraId="195B1233" w14:textId="77777777" w:rsidR="00D86179" w:rsidRPr="00EB75F0" w:rsidRDefault="00D86179" w:rsidP="00C32B29">
            <w:pPr>
              <w:pStyle w:val="TableText"/>
              <w:spacing w:before="48" w:after="48"/>
              <w:rPr>
                <w:b/>
                <w:sz w:val="18"/>
              </w:rPr>
            </w:pPr>
            <w:r w:rsidRPr="00EB75F0">
              <w:rPr>
                <w:b/>
                <w:sz w:val="18"/>
              </w:rPr>
              <w:t>-0.25 (-0.36, -0.15)</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55D5E7B2" w14:textId="77777777" w:rsidR="00D86179" w:rsidRPr="00EB75F0" w:rsidRDefault="00D86179" w:rsidP="00C32B29">
            <w:pPr>
              <w:pStyle w:val="TableText"/>
              <w:spacing w:before="48" w:after="48"/>
              <w:rPr>
                <w:b/>
                <w:sz w:val="18"/>
              </w:rPr>
            </w:pPr>
            <w:r w:rsidRPr="00EB75F0">
              <w:rPr>
                <w:b/>
                <w:sz w:val="18"/>
              </w:rPr>
              <w:t>-0.25 (-0.38, -0.11)</w:t>
            </w:r>
          </w:p>
        </w:tc>
        <w:tc>
          <w:tcPr>
            <w:tcW w:w="1352" w:type="pct"/>
            <w:tcBorders>
              <w:top w:val="single" w:sz="4" w:space="0" w:color="000000"/>
              <w:left w:val="single" w:sz="4" w:space="0" w:color="000000"/>
              <w:bottom w:val="single" w:sz="4" w:space="0" w:color="000000"/>
              <w:right w:val="single" w:sz="4" w:space="0" w:color="000000"/>
            </w:tcBorders>
            <w:vAlign w:val="center"/>
          </w:tcPr>
          <w:p w14:paraId="0A268836" w14:textId="77777777" w:rsidR="00D86179" w:rsidRPr="00EB75F0" w:rsidRDefault="00D86179" w:rsidP="00C32B29">
            <w:pPr>
              <w:pStyle w:val="TableText"/>
              <w:spacing w:before="48" w:after="48"/>
              <w:rPr>
                <w:b/>
                <w:sz w:val="18"/>
              </w:rPr>
            </w:pPr>
            <w:r w:rsidRPr="00EB75F0">
              <w:rPr>
                <w:b/>
                <w:sz w:val="18"/>
              </w:rPr>
              <w:t>-0.26 (-0.41, -0.10)</w:t>
            </w:r>
          </w:p>
        </w:tc>
      </w:tr>
      <w:tr w:rsidR="00D86179" w:rsidRPr="00EB75F0" w14:paraId="15D25915"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69663D07" w14:textId="77777777" w:rsidR="00D86179" w:rsidRPr="00EB75F0" w:rsidRDefault="00D86179" w:rsidP="00C32B29">
            <w:pPr>
              <w:pStyle w:val="TableText"/>
              <w:spacing w:before="48" w:after="48"/>
              <w:rPr>
                <w:sz w:val="18"/>
              </w:rPr>
            </w:pPr>
            <w:proofErr w:type="spellStart"/>
            <w:r w:rsidRPr="00EB75F0">
              <w:rPr>
                <w:color w:val="000000"/>
                <w:sz w:val="18"/>
              </w:rPr>
              <w:t>Cariprazine</w:t>
            </w:r>
            <w:proofErr w:type="spellEnd"/>
          </w:p>
        </w:tc>
        <w:tc>
          <w:tcPr>
            <w:tcW w:w="1373" w:type="pct"/>
            <w:tcBorders>
              <w:top w:val="single" w:sz="4" w:space="0" w:color="000000"/>
              <w:left w:val="single" w:sz="4" w:space="0" w:color="000000"/>
              <w:bottom w:val="single" w:sz="4" w:space="0" w:color="000000"/>
              <w:right w:val="single" w:sz="4" w:space="0" w:color="000000"/>
            </w:tcBorders>
            <w:vAlign w:val="center"/>
          </w:tcPr>
          <w:p w14:paraId="12402890" w14:textId="77777777" w:rsidR="00D86179" w:rsidRPr="00EB75F0" w:rsidRDefault="00D86179" w:rsidP="00C32B29">
            <w:pPr>
              <w:pStyle w:val="TableText"/>
              <w:spacing w:before="48" w:after="48"/>
              <w:rPr>
                <w:b/>
                <w:sz w:val="18"/>
              </w:rPr>
            </w:pPr>
            <w:r w:rsidRPr="00EB75F0">
              <w:rPr>
                <w:b/>
                <w:sz w:val="18"/>
              </w:rPr>
              <w:t>-0.26 (-0.36, -0.16)</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4260DFD3" w14:textId="77777777" w:rsidR="00D86179" w:rsidRPr="00EB75F0" w:rsidRDefault="00D86179" w:rsidP="00C32B29">
            <w:pPr>
              <w:pStyle w:val="TableText"/>
              <w:spacing w:before="48" w:after="48"/>
              <w:rPr>
                <w:b/>
                <w:sz w:val="18"/>
              </w:rPr>
            </w:pPr>
            <w:r w:rsidRPr="00EB75F0">
              <w:rPr>
                <w:b/>
                <w:sz w:val="18"/>
              </w:rPr>
              <w:t>-0.26 (-0.38, -0.13)</w:t>
            </w:r>
          </w:p>
        </w:tc>
        <w:tc>
          <w:tcPr>
            <w:tcW w:w="1352" w:type="pct"/>
            <w:tcBorders>
              <w:top w:val="single" w:sz="4" w:space="0" w:color="000000"/>
              <w:left w:val="single" w:sz="4" w:space="0" w:color="000000"/>
              <w:bottom w:val="single" w:sz="4" w:space="0" w:color="000000"/>
              <w:right w:val="single" w:sz="4" w:space="0" w:color="000000"/>
            </w:tcBorders>
            <w:vAlign w:val="center"/>
          </w:tcPr>
          <w:p w14:paraId="19776E62" w14:textId="77777777" w:rsidR="00D86179" w:rsidRPr="00EB75F0" w:rsidRDefault="00D86179" w:rsidP="00C32B29">
            <w:pPr>
              <w:pStyle w:val="TableText"/>
              <w:spacing w:before="48" w:after="48"/>
              <w:rPr>
                <w:b/>
                <w:sz w:val="18"/>
              </w:rPr>
            </w:pPr>
            <w:r w:rsidRPr="00EB75F0">
              <w:rPr>
                <w:b/>
                <w:sz w:val="18"/>
              </w:rPr>
              <w:t>-0.29 (-0.44, -0.14)</w:t>
            </w:r>
          </w:p>
        </w:tc>
      </w:tr>
      <w:tr w:rsidR="00D86179" w:rsidRPr="00EB75F0" w14:paraId="2A1B1C99"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41B025F0" w14:textId="6EF45B2A" w:rsidR="00D86179" w:rsidRPr="00EB75F0" w:rsidRDefault="00EF2D91" w:rsidP="00C32B29">
            <w:pPr>
              <w:pStyle w:val="TableText"/>
              <w:spacing w:before="48" w:after="48"/>
              <w:rPr>
                <w:sz w:val="18"/>
              </w:rPr>
            </w:pPr>
            <w:proofErr w:type="spellStart"/>
            <w:r>
              <w:rPr>
                <w:color w:val="000000"/>
                <w:sz w:val="18"/>
              </w:rPr>
              <w:t>KarXT</w:t>
            </w:r>
            <w:proofErr w:type="spellEnd"/>
          </w:p>
        </w:tc>
        <w:tc>
          <w:tcPr>
            <w:tcW w:w="1373" w:type="pct"/>
            <w:tcBorders>
              <w:top w:val="single" w:sz="4" w:space="0" w:color="000000"/>
              <w:left w:val="single" w:sz="4" w:space="0" w:color="000000"/>
              <w:bottom w:val="single" w:sz="4" w:space="0" w:color="000000"/>
              <w:right w:val="single" w:sz="4" w:space="0" w:color="000000"/>
            </w:tcBorders>
            <w:vAlign w:val="center"/>
          </w:tcPr>
          <w:p w14:paraId="1DAC4194" w14:textId="77777777" w:rsidR="00D86179" w:rsidRPr="00EB75F0" w:rsidRDefault="00D86179" w:rsidP="00C32B29">
            <w:pPr>
              <w:pStyle w:val="TableText"/>
              <w:spacing w:before="48" w:after="48"/>
              <w:rPr>
                <w:b/>
                <w:sz w:val="18"/>
              </w:rPr>
            </w:pPr>
            <w:r w:rsidRPr="00EB75F0">
              <w:rPr>
                <w:b/>
                <w:sz w:val="18"/>
              </w:rPr>
              <w:t>-0.63 (-0.79, -0.47)</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745C98FD" w14:textId="77777777" w:rsidR="00D86179" w:rsidRPr="00EB75F0" w:rsidRDefault="00D86179" w:rsidP="00C32B29">
            <w:pPr>
              <w:pStyle w:val="TableText"/>
              <w:spacing w:before="48" w:after="48"/>
              <w:rPr>
                <w:b/>
                <w:sz w:val="18"/>
              </w:rPr>
            </w:pPr>
            <w:r w:rsidRPr="00EB75F0">
              <w:rPr>
                <w:b/>
                <w:sz w:val="18"/>
              </w:rPr>
              <w:t>-0.63 (-0.82, -0.44)</w:t>
            </w:r>
          </w:p>
        </w:tc>
        <w:tc>
          <w:tcPr>
            <w:tcW w:w="1352" w:type="pct"/>
            <w:tcBorders>
              <w:top w:val="single" w:sz="4" w:space="0" w:color="000000"/>
              <w:left w:val="single" w:sz="4" w:space="0" w:color="000000"/>
              <w:bottom w:val="single" w:sz="4" w:space="0" w:color="000000"/>
              <w:right w:val="single" w:sz="4" w:space="0" w:color="000000"/>
            </w:tcBorders>
            <w:vAlign w:val="center"/>
          </w:tcPr>
          <w:p w14:paraId="1F661407" w14:textId="77777777" w:rsidR="00D86179" w:rsidRPr="00EB75F0" w:rsidRDefault="00D86179" w:rsidP="00C32B29">
            <w:pPr>
              <w:pStyle w:val="TableText"/>
              <w:spacing w:before="48" w:after="48"/>
              <w:rPr>
                <w:b/>
                <w:sz w:val="18"/>
              </w:rPr>
            </w:pPr>
            <w:r w:rsidRPr="00EB75F0">
              <w:rPr>
                <w:b/>
                <w:sz w:val="18"/>
              </w:rPr>
              <w:t>-0.63 (-0.83, -0.42)</w:t>
            </w:r>
          </w:p>
        </w:tc>
      </w:tr>
      <w:tr w:rsidR="00D86179" w:rsidRPr="00EB75F0" w14:paraId="61047CD6"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6D24DB11" w14:textId="77777777" w:rsidR="00D86179" w:rsidRPr="00EB75F0" w:rsidRDefault="00D86179" w:rsidP="00C32B29">
            <w:pPr>
              <w:pStyle w:val="TableText"/>
              <w:spacing w:before="48" w:after="48"/>
              <w:rPr>
                <w:sz w:val="18"/>
              </w:rPr>
            </w:pPr>
            <w:proofErr w:type="spellStart"/>
            <w:r w:rsidRPr="00EB75F0">
              <w:rPr>
                <w:color w:val="000000"/>
                <w:sz w:val="18"/>
              </w:rPr>
              <w:t>Lumateperone</w:t>
            </w:r>
            <w:proofErr w:type="spellEnd"/>
          </w:p>
        </w:tc>
        <w:tc>
          <w:tcPr>
            <w:tcW w:w="1373" w:type="pct"/>
            <w:tcBorders>
              <w:top w:val="single" w:sz="4" w:space="0" w:color="000000"/>
              <w:left w:val="single" w:sz="4" w:space="0" w:color="000000"/>
              <w:bottom w:val="single" w:sz="4" w:space="0" w:color="000000"/>
              <w:right w:val="single" w:sz="4" w:space="0" w:color="000000"/>
            </w:tcBorders>
            <w:vAlign w:val="center"/>
          </w:tcPr>
          <w:p w14:paraId="39F511F0" w14:textId="77777777" w:rsidR="00D86179" w:rsidRPr="00EB75F0" w:rsidRDefault="00D86179" w:rsidP="00C32B29">
            <w:pPr>
              <w:pStyle w:val="TableText"/>
              <w:spacing w:before="48" w:after="48"/>
              <w:rPr>
                <w:b/>
                <w:sz w:val="18"/>
              </w:rPr>
            </w:pPr>
            <w:r w:rsidRPr="00EB75F0">
              <w:rPr>
                <w:b/>
                <w:sz w:val="18"/>
              </w:rPr>
              <w:t>-0.30 (-0.52, -0.08)</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09BDFA49" w14:textId="77777777" w:rsidR="00D86179" w:rsidRPr="00EB75F0" w:rsidRDefault="00D86179" w:rsidP="00C32B29">
            <w:pPr>
              <w:pStyle w:val="TableText"/>
              <w:spacing w:before="48" w:after="48"/>
              <w:rPr>
                <w:b/>
                <w:sz w:val="18"/>
              </w:rPr>
            </w:pPr>
            <w:r w:rsidRPr="00EB75F0">
              <w:rPr>
                <w:b/>
                <w:sz w:val="18"/>
              </w:rPr>
              <w:t>-0.30 (-0.59, -0.01)</w:t>
            </w:r>
          </w:p>
        </w:tc>
        <w:tc>
          <w:tcPr>
            <w:tcW w:w="1352" w:type="pct"/>
            <w:tcBorders>
              <w:top w:val="single" w:sz="4" w:space="0" w:color="000000"/>
              <w:left w:val="single" w:sz="4" w:space="0" w:color="000000"/>
              <w:bottom w:val="single" w:sz="4" w:space="0" w:color="000000"/>
              <w:right w:val="single" w:sz="4" w:space="0" w:color="000000"/>
            </w:tcBorders>
            <w:vAlign w:val="center"/>
          </w:tcPr>
          <w:p w14:paraId="58376AAE" w14:textId="77777777" w:rsidR="00D86179" w:rsidRPr="00EB75F0" w:rsidRDefault="00D86179" w:rsidP="00C32B29">
            <w:pPr>
              <w:pStyle w:val="TableText"/>
              <w:spacing w:before="48" w:after="48"/>
              <w:rPr>
                <w:sz w:val="18"/>
              </w:rPr>
            </w:pPr>
            <w:r w:rsidRPr="00EB75F0">
              <w:rPr>
                <w:sz w:val="18"/>
              </w:rPr>
              <w:t>-0.30 (-0.60, 0.01)</w:t>
            </w:r>
          </w:p>
        </w:tc>
      </w:tr>
      <w:tr w:rsidR="00D86179" w:rsidRPr="00EB75F0" w14:paraId="415A66D3"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0435FF9A" w14:textId="77777777" w:rsidR="00D86179" w:rsidRPr="00EB75F0" w:rsidRDefault="00D86179" w:rsidP="00C32B29">
            <w:pPr>
              <w:pStyle w:val="TableText"/>
              <w:spacing w:before="48" w:after="48"/>
              <w:rPr>
                <w:sz w:val="18"/>
              </w:rPr>
            </w:pPr>
            <w:r w:rsidRPr="00EB75F0">
              <w:rPr>
                <w:color w:val="000000"/>
                <w:sz w:val="18"/>
              </w:rPr>
              <w:t>Olanzapine</w:t>
            </w:r>
          </w:p>
        </w:tc>
        <w:tc>
          <w:tcPr>
            <w:tcW w:w="1373" w:type="pct"/>
            <w:tcBorders>
              <w:top w:val="single" w:sz="4" w:space="0" w:color="000000"/>
              <w:left w:val="single" w:sz="4" w:space="0" w:color="000000"/>
              <w:bottom w:val="single" w:sz="4" w:space="0" w:color="000000"/>
              <w:right w:val="single" w:sz="4" w:space="0" w:color="000000"/>
            </w:tcBorders>
            <w:vAlign w:val="center"/>
          </w:tcPr>
          <w:p w14:paraId="269B72F7" w14:textId="77777777" w:rsidR="00D86179" w:rsidRPr="00EB75F0" w:rsidRDefault="00D86179" w:rsidP="00C32B29">
            <w:pPr>
              <w:pStyle w:val="TableText"/>
              <w:spacing w:before="48" w:after="48"/>
              <w:rPr>
                <w:b/>
                <w:sz w:val="18"/>
              </w:rPr>
            </w:pPr>
            <w:r w:rsidRPr="00EB75F0">
              <w:rPr>
                <w:b/>
                <w:sz w:val="18"/>
              </w:rPr>
              <w:t>-0.35 (-0.48, -0.23)</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3496342A" w14:textId="77777777" w:rsidR="00D86179" w:rsidRPr="00EB75F0" w:rsidRDefault="00D86179" w:rsidP="00C32B29">
            <w:pPr>
              <w:pStyle w:val="TableText"/>
              <w:spacing w:before="48" w:after="48"/>
              <w:rPr>
                <w:b/>
                <w:sz w:val="18"/>
              </w:rPr>
            </w:pPr>
            <w:r w:rsidRPr="00EB75F0">
              <w:rPr>
                <w:b/>
                <w:sz w:val="18"/>
              </w:rPr>
              <w:t>-0.35 (-0.50, -0.20)</w:t>
            </w:r>
          </w:p>
        </w:tc>
        <w:tc>
          <w:tcPr>
            <w:tcW w:w="1352" w:type="pct"/>
            <w:tcBorders>
              <w:top w:val="single" w:sz="4" w:space="0" w:color="000000"/>
              <w:left w:val="single" w:sz="4" w:space="0" w:color="000000"/>
              <w:bottom w:val="single" w:sz="4" w:space="0" w:color="000000"/>
              <w:right w:val="single" w:sz="4" w:space="0" w:color="000000"/>
            </w:tcBorders>
            <w:vAlign w:val="center"/>
          </w:tcPr>
          <w:p w14:paraId="015BFF36" w14:textId="77777777" w:rsidR="00D86179" w:rsidRPr="00EB75F0" w:rsidRDefault="00D86179" w:rsidP="00C32B29">
            <w:pPr>
              <w:pStyle w:val="TableText"/>
              <w:spacing w:before="48" w:after="48"/>
              <w:rPr>
                <w:b/>
                <w:sz w:val="18"/>
              </w:rPr>
            </w:pPr>
            <w:r w:rsidRPr="00EB75F0">
              <w:rPr>
                <w:b/>
                <w:sz w:val="18"/>
              </w:rPr>
              <w:t>-0.35 (-0.50, -0.20)</w:t>
            </w:r>
          </w:p>
        </w:tc>
      </w:tr>
      <w:tr w:rsidR="00D86179" w:rsidRPr="00EB75F0" w14:paraId="3D1A1653"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44278CF0" w14:textId="77777777" w:rsidR="00D86179" w:rsidRPr="00EB75F0" w:rsidRDefault="00D86179" w:rsidP="00C32B29">
            <w:pPr>
              <w:pStyle w:val="TableText"/>
              <w:spacing w:before="48" w:after="48"/>
              <w:rPr>
                <w:sz w:val="18"/>
              </w:rPr>
            </w:pPr>
            <w:r w:rsidRPr="00EB75F0">
              <w:rPr>
                <w:color w:val="000000"/>
                <w:sz w:val="18"/>
              </w:rPr>
              <w:t>Quetiapine</w:t>
            </w:r>
          </w:p>
        </w:tc>
        <w:tc>
          <w:tcPr>
            <w:tcW w:w="1373" w:type="pct"/>
            <w:tcBorders>
              <w:top w:val="single" w:sz="4" w:space="0" w:color="000000"/>
              <w:left w:val="single" w:sz="4" w:space="0" w:color="000000"/>
              <w:bottom w:val="single" w:sz="4" w:space="0" w:color="000000"/>
              <w:right w:val="single" w:sz="4" w:space="0" w:color="000000"/>
            </w:tcBorders>
            <w:vAlign w:val="center"/>
          </w:tcPr>
          <w:p w14:paraId="3C56A1CA" w14:textId="77777777" w:rsidR="00D86179" w:rsidRPr="00EB75F0" w:rsidRDefault="00D86179" w:rsidP="00C32B29">
            <w:pPr>
              <w:pStyle w:val="TableText"/>
              <w:spacing w:before="48" w:after="48"/>
              <w:rPr>
                <w:b/>
                <w:sz w:val="18"/>
              </w:rPr>
            </w:pPr>
            <w:r w:rsidRPr="00EB75F0">
              <w:rPr>
                <w:b/>
                <w:sz w:val="18"/>
              </w:rPr>
              <w:t>-0.47 (-0.60, -0.33)</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62898A9D" w14:textId="77777777" w:rsidR="00D86179" w:rsidRPr="00EB75F0" w:rsidRDefault="00D86179" w:rsidP="00C32B29">
            <w:pPr>
              <w:pStyle w:val="TableText"/>
              <w:spacing w:before="48" w:after="48"/>
              <w:rPr>
                <w:b/>
                <w:sz w:val="18"/>
              </w:rPr>
            </w:pPr>
            <w:r w:rsidRPr="00EB75F0">
              <w:rPr>
                <w:b/>
                <w:sz w:val="18"/>
              </w:rPr>
              <w:t>-0.47 (-0.63, -0.31)</w:t>
            </w:r>
          </w:p>
        </w:tc>
        <w:tc>
          <w:tcPr>
            <w:tcW w:w="1352" w:type="pct"/>
            <w:tcBorders>
              <w:top w:val="single" w:sz="4" w:space="0" w:color="000000"/>
              <w:left w:val="single" w:sz="4" w:space="0" w:color="000000"/>
              <w:bottom w:val="single" w:sz="4" w:space="0" w:color="000000"/>
              <w:right w:val="single" w:sz="4" w:space="0" w:color="000000"/>
            </w:tcBorders>
            <w:vAlign w:val="center"/>
          </w:tcPr>
          <w:p w14:paraId="519786C5" w14:textId="77777777" w:rsidR="00D86179" w:rsidRPr="00EB75F0" w:rsidRDefault="00D86179" w:rsidP="00C32B29">
            <w:pPr>
              <w:pStyle w:val="TableText"/>
              <w:spacing w:before="48" w:after="48"/>
              <w:rPr>
                <w:b/>
                <w:sz w:val="18"/>
              </w:rPr>
            </w:pPr>
            <w:r w:rsidRPr="00EB75F0">
              <w:rPr>
                <w:b/>
                <w:sz w:val="18"/>
              </w:rPr>
              <w:t>-0.47 (-0.64, -0.30)</w:t>
            </w:r>
          </w:p>
        </w:tc>
      </w:tr>
      <w:tr w:rsidR="00D86179" w:rsidRPr="00EB75F0" w14:paraId="3C8BD827"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2CD73111" w14:textId="77777777" w:rsidR="00D86179" w:rsidRPr="00EB75F0" w:rsidRDefault="00D86179" w:rsidP="00C32B29">
            <w:pPr>
              <w:pStyle w:val="TableText"/>
              <w:spacing w:before="48" w:after="48"/>
              <w:rPr>
                <w:sz w:val="18"/>
              </w:rPr>
            </w:pPr>
            <w:r w:rsidRPr="00EB75F0">
              <w:rPr>
                <w:color w:val="000000"/>
                <w:sz w:val="18"/>
              </w:rPr>
              <w:t>Risperidone</w:t>
            </w:r>
          </w:p>
        </w:tc>
        <w:tc>
          <w:tcPr>
            <w:tcW w:w="1373" w:type="pct"/>
            <w:tcBorders>
              <w:top w:val="single" w:sz="4" w:space="0" w:color="000000"/>
              <w:left w:val="single" w:sz="4" w:space="0" w:color="000000"/>
              <w:bottom w:val="single" w:sz="4" w:space="0" w:color="000000"/>
              <w:right w:val="single" w:sz="4" w:space="0" w:color="000000"/>
            </w:tcBorders>
            <w:vAlign w:val="center"/>
          </w:tcPr>
          <w:p w14:paraId="56821485" w14:textId="77777777" w:rsidR="00D86179" w:rsidRPr="00EB75F0" w:rsidRDefault="00D86179" w:rsidP="00C32B29">
            <w:pPr>
              <w:pStyle w:val="TableText"/>
              <w:spacing w:before="48" w:after="48"/>
              <w:rPr>
                <w:b/>
                <w:sz w:val="18"/>
              </w:rPr>
            </w:pPr>
            <w:r w:rsidRPr="00EB75F0">
              <w:rPr>
                <w:b/>
                <w:sz w:val="18"/>
              </w:rPr>
              <w:t>-0.53 (-0.65, -0.41)</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575A06C2" w14:textId="77777777" w:rsidR="00D86179" w:rsidRPr="00EB75F0" w:rsidRDefault="00D86179" w:rsidP="00C32B29">
            <w:pPr>
              <w:pStyle w:val="TableText"/>
              <w:spacing w:before="48" w:after="48"/>
              <w:rPr>
                <w:b/>
                <w:sz w:val="18"/>
              </w:rPr>
            </w:pPr>
            <w:r w:rsidRPr="00EB75F0">
              <w:rPr>
                <w:b/>
                <w:sz w:val="18"/>
              </w:rPr>
              <w:t>-0.52 (-0.66, -0.38)</w:t>
            </w:r>
          </w:p>
        </w:tc>
        <w:tc>
          <w:tcPr>
            <w:tcW w:w="1352" w:type="pct"/>
            <w:tcBorders>
              <w:top w:val="single" w:sz="4" w:space="0" w:color="000000"/>
              <w:left w:val="single" w:sz="4" w:space="0" w:color="000000"/>
              <w:bottom w:val="single" w:sz="4" w:space="0" w:color="000000"/>
              <w:right w:val="single" w:sz="4" w:space="0" w:color="000000"/>
            </w:tcBorders>
            <w:vAlign w:val="center"/>
          </w:tcPr>
          <w:p w14:paraId="33C23584" w14:textId="77777777" w:rsidR="00D86179" w:rsidRPr="00EB75F0" w:rsidRDefault="00D86179" w:rsidP="00C32B29">
            <w:pPr>
              <w:pStyle w:val="TableText"/>
              <w:spacing w:before="48" w:after="48"/>
              <w:rPr>
                <w:b/>
                <w:sz w:val="18"/>
              </w:rPr>
            </w:pPr>
            <w:r w:rsidRPr="00EB75F0">
              <w:rPr>
                <w:b/>
                <w:sz w:val="18"/>
              </w:rPr>
              <w:t>-0.50 (-0.66, -0.34)</w:t>
            </w:r>
          </w:p>
        </w:tc>
      </w:tr>
      <w:tr w:rsidR="00D86179" w:rsidRPr="00EB75F0" w14:paraId="6B13C4C5"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shd w:val="clear" w:color="auto" w:fill="001B2B"/>
            <w:vAlign w:val="center"/>
          </w:tcPr>
          <w:p w14:paraId="5BF029C8" w14:textId="77777777" w:rsidR="00D86179" w:rsidRPr="00EB75F0" w:rsidRDefault="00D86179" w:rsidP="00C32B29">
            <w:pPr>
              <w:pStyle w:val="TableText"/>
              <w:spacing w:before="48" w:after="48"/>
              <w:rPr>
                <w:color w:val="FFFFFF"/>
                <w:sz w:val="18"/>
              </w:rPr>
            </w:pPr>
            <w:r w:rsidRPr="00EB75F0">
              <w:rPr>
                <w:color w:val="FFFFFF"/>
                <w:sz w:val="18"/>
              </w:rPr>
              <w:t>Comparator</w:t>
            </w:r>
          </w:p>
        </w:tc>
        <w:tc>
          <w:tcPr>
            <w:tcW w:w="4044" w:type="pct"/>
            <w:gridSpan w:val="3"/>
            <w:tcBorders>
              <w:top w:val="single" w:sz="4" w:space="0" w:color="000000"/>
              <w:left w:val="single" w:sz="4" w:space="0" w:color="000000"/>
              <w:bottom w:val="single" w:sz="4" w:space="0" w:color="000000"/>
              <w:right w:val="single" w:sz="4" w:space="0" w:color="000000"/>
            </w:tcBorders>
            <w:shd w:val="clear" w:color="auto" w:fill="001B2B"/>
            <w:vAlign w:val="center"/>
          </w:tcPr>
          <w:p w14:paraId="277FC0CA" w14:textId="7811EF37" w:rsidR="00D86179" w:rsidRPr="00EB75F0" w:rsidRDefault="00A47D85" w:rsidP="00C32B29">
            <w:pPr>
              <w:pStyle w:val="TableText"/>
              <w:spacing w:before="48" w:after="48"/>
              <w:rPr>
                <w:color w:val="FFFFFF"/>
                <w:sz w:val="18"/>
              </w:rPr>
            </w:pPr>
            <w:r w:rsidRPr="00EB75F0">
              <w:rPr>
                <w:color w:val="FFFFFF"/>
                <w:sz w:val="18"/>
              </w:rPr>
              <w:t>MD</w:t>
            </w:r>
            <w:r w:rsidR="00D86179" w:rsidRPr="00EB75F0">
              <w:rPr>
                <w:color w:val="FFFFFF"/>
                <w:sz w:val="18"/>
              </w:rPr>
              <w:t xml:space="preserve"> </w:t>
            </w:r>
            <w:proofErr w:type="spellStart"/>
            <w:r w:rsidR="00EF2D91">
              <w:rPr>
                <w:color w:val="FFFFFF"/>
                <w:sz w:val="18"/>
              </w:rPr>
              <w:t>KarXT</w:t>
            </w:r>
            <w:proofErr w:type="spellEnd"/>
            <w:r w:rsidR="00D86179" w:rsidRPr="00EB75F0">
              <w:rPr>
                <w:color w:val="FFFFFF"/>
                <w:sz w:val="18"/>
              </w:rPr>
              <w:t xml:space="preserve"> vs Comparator (95% </w:t>
            </w:r>
            <w:proofErr w:type="spellStart"/>
            <w:r w:rsidR="00D86179" w:rsidRPr="00EB75F0">
              <w:rPr>
                <w:color w:val="FFFFFF"/>
                <w:sz w:val="18"/>
              </w:rPr>
              <w:t>CrI</w:t>
            </w:r>
            <w:proofErr w:type="spellEnd"/>
            <w:r w:rsidR="00D86179" w:rsidRPr="00EB75F0">
              <w:rPr>
                <w:color w:val="FFFFFF"/>
                <w:sz w:val="18"/>
              </w:rPr>
              <w:t>)</w:t>
            </w:r>
          </w:p>
        </w:tc>
      </w:tr>
      <w:tr w:rsidR="00D86179" w:rsidRPr="00EB75F0" w14:paraId="64FDF0E4"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7070AD07" w14:textId="77777777" w:rsidR="00D86179" w:rsidRPr="00EB75F0" w:rsidRDefault="00D86179" w:rsidP="00C32B29">
            <w:pPr>
              <w:pStyle w:val="TableText"/>
              <w:spacing w:before="48" w:after="48"/>
              <w:rPr>
                <w:sz w:val="18"/>
              </w:rPr>
            </w:pPr>
            <w:r w:rsidRPr="00EB75F0">
              <w:rPr>
                <w:color w:val="000000"/>
                <w:sz w:val="18"/>
              </w:rPr>
              <w:t>Aripiprazole</w:t>
            </w:r>
          </w:p>
        </w:tc>
        <w:tc>
          <w:tcPr>
            <w:tcW w:w="1373" w:type="pct"/>
            <w:tcBorders>
              <w:top w:val="single" w:sz="4" w:space="0" w:color="000000"/>
              <w:left w:val="single" w:sz="4" w:space="0" w:color="000000"/>
              <w:bottom w:val="single" w:sz="4" w:space="0" w:color="000000"/>
              <w:right w:val="single" w:sz="4" w:space="0" w:color="000000"/>
            </w:tcBorders>
            <w:vAlign w:val="center"/>
          </w:tcPr>
          <w:p w14:paraId="2DAAE24D" w14:textId="77777777" w:rsidR="00D86179" w:rsidRPr="00EB75F0" w:rsidRDefault="00D86179" w:rsidP="00C32B29">
            <w:pPr>
              <w:pStyle w:val="TableText"/>
              <w:spacing w:before="48" w:after="48"/>
              <w:rPr>
                <w:b/>
                <w:sz w:val="18"/>
              </w:rPr>
            </w:pPr>
            <w:r w:rsidRPr="00EB75F0">
              <w:rPr>
                <w:b/>
                <w:sz w:val="18"/>
              </w:rPr>
              <w:t>-0.33 (-0.53, -0.14)</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0FB86816" w14:textId="77777777" w:rsidR="00D86179" w:rsidRPr="00EB75F0" w:rsidRDefault="00D86179" w:rsidP="00C32B29">
            <w:pPr>
              <w:pStyle w:val="TableText"/>
              <w:spacing w:before="48" w:after="48"/>
              <w:rPr>
                <w:b/>
                <w:sz w:val="18"/>
              </w:rPr>
            </w:pPr>
            <w:r w:rsidRPr="00EB75F0">
              <w:rPr>
                <w:b/>
                <w:sz w:val="18"/>
              </w:rPr>
              <w:t>-0.33 (-0.57, -0.11)</w:t>
            </w:r>
          </w:p>
        </w:tc>
        <w:tc>
          <w:tcPr>
            <w:tcW w:w="1352" w:type="pct"/>
            <w:tcBorders>
              <w:top w:val="single" w:sz="4" w:space="0" w:color="000000"/>
              <w:left w:val="single" w:sz="4" w:space="0" w:color="000000"/>
              <w:bottom w:val="single" w:sz="4" w:space="0" w:color="000000"/>
              <w:right w:val="single" w:sz="4" w:space="0" w:color="000000"/>
            </w:tcBorders>
            <w:vAlign w:val="center"/>
          </w:tcPr>
          <w:p w14:paraId="307DCBBD" w14:textId="77777777" w:rsidR="00D86179" w:rsidRPr="00EB75F0" w:rsidRDefault="00D86179" w:rsidP="00C32B29">
            <w:pPr>
              <w:pStyle w:val="TableText"/>
              <w:spacing w:before="48" w:after="48"/>
              <w:rPr>
                <w:b/>
                <w:sz w:val="18"/>
              </w:rPr>
            </w:pPr>
            <w:r w:rsidRPr="00EB75F0">
              <w:rPr>
                <w:b/>
                <w:sz w:val="18"/>
              </w:rPr>
              <w:t>-0.33 (-0.57, -0.09)</w:t>
            </w:r>
          </w:p>
        </w:tc>
      </w:tr>
      <w:tr w:rsidR="00D86179" w:rsidRPr="00EB75F0" w14:paraId="316A35A9"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7D0F55DB" w14:textId="77777777" w:rsidR="00D86179" w:rsidRPr="00EB75F0" w:rsidRDefault="00D86179" w:rsidP="00C32B29">
            <w:pPr>
              <w:pStyle w:val="TableText"/>
              <w:spacing w:before="48" w:after="48"/>
              <w:rPr>
                <w:sz w:val="18"/>
              </w:rPr>
            </w:pPr>
            <w:proofErr w:type="spellStart"/>
            <w:r w:rsidRPr="00EB75F0">
              <w:rPr>
                <w:color w:val="000000"/>
                <w:sz w:val="18"/>
              </w:rPr>
              <w:t>Brexpiprazole</w:t>
            </w:r>
            <w:proofErr w:type="spellEnd"/>
          </w:p>
        </w:tc>
        <w:tc>
          <w:tcPr>
            <w:tcW w:w="1373" w:type="pct"/>
            <w:tcBorders>
              <w:top w:val="single" w:sz="4" w:space="0" w:color="000000"/>
              <w:left w:val="single" w:sz="4" w:space="0" w:color="000000"/>
              <w:bottom w:val="single" w:sz="4" w:space="0" w:color="000000"/>
              <w:right w:val="single" w:sz="4" w:space="0" w:color="000000"/>
            </w:tcBorders>
            <w:vAlign w:val="center"/>
          </w:tcPr>
          <w:p w14:paraId="505DBC80" w14:textId="77777777" w:rsidR="00D86179" w:rsidRPr="00EB75F0" w:rsidRDefault="00D86179" w:rsidP="00C32B29">
            <w:pPr>
              <w:pStyle w:val="TableText"/>
              <w:spacing w:before="48" w:after="48"/>
              <w:rPr>
                <w:b/>
                <w:sz w:val="18"/>
              </w:rPr>
            </w:pPr>
            <w:r w:rsidRPr="00EB75F0">
              <w:rPr>
                <w:b/>
                <w:sz w:val="18"/>
              </w:rPr>
              <w:t>-0.38 (-0.57, -0.19)</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371563C6" w14:textId="77777777" w:rsidR="00D86179" w:rsidRPr="00EB75F0" w:rsidRDefault="00D86179" w:rsidP="00C32B29">
            <w:pPr>
              <w:pStyle w:val="TableText"/>
              <w:spacing w:before="48" w:after="48"/>
              <w:rPr>
                <w:b/>
                <w:sz w:val="18"/>
              </w:rPr>
            </w:pPr>
            <w:r w:rsidRPr="00EB75F0">
              <w:rPr>
                <w:b/>
                <w:sz w:val="18"/>
              </w:rPr>
              <w:t>-0.38 (-0.62, -0.15)</w:t>
            </w:r>
          </w:p>
        </w:tc>
        <w:tc>
          <w:tcPr>
            <w:tcW w:w="1352" w:type="pct"/>
            <w:tcBorders>
              <w:top w:val="single" w:sz="4" w:space="0" w:color="000000"/>
              <w:left w:val="single" w:sz="4" w:space="0" w:color="000000"/>
              <w:bottom w:val="single" w:sz="4" w:space="0" w:color="000000"/>
              <w:right w:val="single" w:sz="4" w:space="0" w:color="000000"/>
            </w:tcBorders>
            <w:vAlign w:val="center"/>
          </w:tcPr>
          <w:p w14:paraId="4AA184A3" w14:textId="77777777" w:rsidR="00D86179" w:rsidRPr="00EB75F0" w:rsidRDefault="00D86179" w:rsidP="00C32B29">
            <w:pPr>
              <w:pStyle w:val="TableText"/>
              <w:spacing w:before="48" w:after="48"/>
              <w:rPr>
                <w:b/>
                <w:sz w:val="18"/>
              </w:rPr>
            </w:pPr>
            <w:r w:rsidRPr="00EB75F0">
              <w:rPr>
                <w:b/>
                <w:sz w:val="18"/>
              </w:rPr>
              <w:t>-0.37 (-0.63, -0.12)</w:t>
            </w:r>
          </w:p>
        </w:tc>
      </w:tr>
      <w:tr w:rsidR="00D86179" w:rsidRPr="00EB75F0" w14:paraId="74D417B3"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52996312" w14:textId="77777777" w:rsidR="00D86179" w:rsidRPr="00EB75F0" w:rsidRDefault="00D86179" w:rsidP="00C32B29">
            <w:pPr>
              <w:pStyle w:val="TableText"/>
              <w:spacing w:before="48" w:after="48"/>
              <w:rPr>
                <w:sz w:val="18"/>
              </w:rPr>
            </w:pPr>
            <w:proofErr w:type="spellStart"/>
            <w:r w:rsidRPr="00EB75F0">
              <w:rPr>
                <w:color w:val="000000"/>
                <w:sz w:val="18"/>
              </w:rPr>
              <w:t>Cariprazine</w:t>
            </w:r>
            <w:proofErr w:type="spellEnd"/>
          </w:p>
        </w:tc>
        <w:tc>
          <w:tcPr>
            <w:tcW w:w="1373" w:type="pct"/>
            <w:tcBorders>
              <w:top w:val="single" w:sz="4" w:space="0" w:color="000000"/>
              <w:left w:val="single" w:sz="4" w:space="0" w:color="000000"/>
              <w:bottom w:val="single" w:sz="4" w:space="0" w:color="000000"/>
              <w:right w:val="single" w:sz="4" w:space="0" w:color="000000"/>
            </w:tcBorders>
            <w:vAlign w:val="center"/>
          </w:tcPr>
          <w:p w14:paraId="617A78BD" w14:textId="77777777" w:rsidR="00D86179" w:rsidRPr="00EB75F0" w:rsidRDefault="00D86179" w:rsidP="00C32B29">
            <w:pPr>
              <w:pStyle w:val="TableText"/>
              <w:spacing w:before="48" w:after="48"/>
              <w:rPr>
                <w:b/>
                <w:sz w:val="18"/>
              </w:rPr>
            </w:pPr>
            <w:r w:rsidRPr="00EB75F0">
              <w:rPr>
                <w:b/>
                <w:sz w:val="18"/>
              </w:rPr>
              <w:t>-0.36 (-0.55, -0.17)</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3276C447" w14:textId="77777777" w:rsidR="00D86179" w:rsidRPr="00EB75F0" w:rsidRDefault="00D86179" w:rsidP="00C32B29">
            <w:pPr>
              <w:pStyle w:val="TableText"/>
              <w:spacing w:before="48" w:after="48"/>
              <w:rPr>
                <w:b/>
                <w:sz w:val="18"/>
              </w:rPr>
            </w:pPr>
            <w:r w:rsidRPr="00EB75F0">
              <w:rPr>
                <w:b/>
                <w:sz w:val="18"/>
              </w:rPr>
              <w:t>-0.37 (-0.61, -0.13)</w:t>
            </w:r>
          </w:p>
        </w:tc>
        <w:tc>
          <w:tcPr>
            <w:tcW w:w="1352" w:type="pct"/>
            <w:tcBorders>
              <w:top w:val="single" w:sz="4" w:space="0" w:color="000000"/>
              <w:left w:val="single" w:sz="4" w:space="0" w:color="000000"/>
              <w:bottom w:val="single" w:sz="4" w:space="0" w:color="000000"/>
              <w:right w:val="single" w:sz="4" w:space="0" w:color="000000"/>
            </w:tcBorders>
            <w:vAlign w:val="center"/>
          </w:tcPr>
          <w:p w14:paraId="11549490" w14:textId="77777777" w:rsidR="00D86179" w:rsidRPr="00EB75F0" w:rsidRDefault="00D86179" w:rsidP="00C32B29">
            <w:pPr>
              <w:pStyle w:val="TableText"/>
              <w:spacing w:before="48" w:after="48"/>
              <w:rPr>
                <w:b/>
                <w:sz w:val="18"/>
              </w:rPr>
            </w:pPr>
            <w:r w:rsidRPr="00EB75F0">
              <w:rPr>
                <w:b/>
                <w:sz w:val="18"/>
              </w:rPr>
              <w:t>-0.34 (-0.59, -0.09)</w:t>
            </w:r>
          </w:p>
        </w:tc>
      </w:tr>
      <w:tr w:rsidR="00D86179" w:rsidRPr="00EB75F0" w14:paraId="066F1558"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079E217F" w14:textId="77777777" w:rsidR="00D86179" w:rsidRPr="00EB75F0" w:rsidRDefault="00D86179" w:rsidP="00C32B29">
            <w:pPr>
              <w:pStyle w:val="TableText"/>
              <w:spacing w:before="48" w:after="48"/>
              <w:rPr>
                <w:sz w:val="18"/>
              </w:rPr>
            </w:pPr>
            <w:proofErr w:type="spellStart"/>
            <w:r w:rsidRPr="00EB75F0">
              <w:rPr>
                <w:color w:val="000000"/>
                <w:sz w:val="18"/>
              </w:rPr>
              <w:t>Lumateperone</w:t>
            </w:r>
            <w:proofErr w:type="spellEnd"/>
          </w:p>
        </w:tc>
        <w:tc>
          <w:tcPr>
            <w:tcW w:w="1373" w:type="pct"/>
            <w:tcBorders>
              <w:top w:val="single" w:sz="4" w:space="0" w:color="000000"/>
              <w:left w:val="single" w:sz="4" w:space="0" w:color="000000"/>
              <w:bottom w:val="single" w:sz="4" w:space="0" w:color="000000"/>
              <w:right w:val="single" w:sz="4" w:space="0" w:color="000000"/>
            </w:tcBorders>
            <w:vAlign w:val="center"/>
          </w:tcPr>
          <w:p w14:paraId="5877B52A" w14:textId="77777777" w:rsidR="00D86179" w:rsidRPr="00EB75F0" w:rsidRDefault="00D86179" w:rsidP="00C32B29">
            <w:pPr>
              <w:pStyle w:val="TableText"/>
              <w:spacing w:before="48" w:after="48"/>
              <w:rPr>
                <w:b/>
                <w:sz w:val="18"/>
              </w:rPr>
            </w:pPr>
            <w:r w:rsidRPr="00EB75F0">
              <w:rPr>
                <w:b/>
                <w:sz w:val="18"/>
              </w:rPr>
              <w:t>-0.33 (-0.60, -0.05)</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036DF6A9" w14:textId="77777777" w:rsidR="00D86179" w:rsidRPr="00EB75F0" w:rsidRDefault="00D86179" w:rsidP="00C32B29">
            <w:pPr>
              <w:pStyle w:val="TableText"/>
              <w:spacing w:before="48" w:after="48"/>
              <w:rPr>
                <w:sz w:val="18"/>
              </w:rPr>
            </w:pPr>
            <w:r w:rsidRPr="00EB75F0">
              <w:rPr>
                <w:sz w:val="18"/>
              </w:rPr>
              <w:t>-0.33 (-0.68, 0.02)</w:t>
            </w:r>
          </w:p>
        </w:tc>
        <w:tc>
          <w:tcPr>
            <w:tcW w:w="1352" w:type="pct"/>
            <w:tcBorders>
              <w:top w:val="single" w:sz="4" w:space="0" w:color="000000"/>
              <w:left w:val="single" w:sz="4" w:space="0" w:color="000000"/>
              <w:bottom w:val="single" w:sz="4" w:space="0" w:color="000000"/>
              <w:right w:val="single" w:sz="4" w:space="0" w:color="000000"/>
            </w:tcBorders>
            <w:vAlign w:val="center"/>
          </w:tcPr>
          <w:p w14:paraId="2C9C622D" w14:textId="77777777" w:rsidR="00D86179" w:rsidRPr="00EB75F0" w:rsidRDefault="00D86179" w:rsidP="00C32B29">
            <w:pPr>
              <w:pStyle w:val="TableText"/>
              <w:spacing w:before="48" w:after="48"/>
              <w:rPr>
                <w:sz w:val="18"/>
              </w:rPr>
            </w:pPr>
            <w:r w:rsidRPr="00EB75F0">
              <w:rPr>
                <w:sz w:val="18"/>
              </w:rPr>
              <w:t>-0.33 (-0.70, 0.04)</w:t>
            </w:r>
          </w:p>
        </w:tc>
      </w:tr>
      <w:tr w:rsidR="00D86179" w:rsidRPr="00EB75F0" w14:paraId="65FE0C9C"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6E927EE6" w14:textId="77777777" w:rsidR="00D86179" w:rsidRPr="00EB75F0" w:rsidRDefault="00D86179" w:rsidP="00C32B29">
            <w:pPr>
              <w:pStyle w:val="TableText"/>
              <w:spacing w:before="48" w:after="48"/>
              <w:rPr>
                <w:sz w:val="18"/>
              </w:rPr>
            </w:pPr>
            <w:r w:rsidRPr="00EB75F0">
              <w:rPr>
                <w:color w:val="000000"/>
                <w:sz w:val="18"/>
              </w:rPr>
              <w:t>Olanzapine</w:t>
            </w:r>
          </w:p>
        </w:tc>
        <w:tc>
          <w:tcPr>
            <w:tcW w:w="1373" w:type="pct"/>
            <w:tcBorders>
              <w:top w:val="single" w:sz="4" w:space="0" w:color="000000"/>
              <w:left w:val="single" w:sz="4" w:space="0" w:color="000000"/>
              <w:bottom w:val="single" w:sz="4" w:space="0" w:color="000000"/>
              <w:right w:val="single" w:sz="4" w:space="0" w:color="000000"/>
            </w:tcBorders>
            <w:vAlign w:val="center"/>
          </w:tcPr>
          <w:p w14:paraId="051B24A9" w14:textId="77777777" w:rsidR="00D86179" w:rsidRPr="00EB75F0" w:rsidRDefault="00D86179" w:rsidP="00C32B29">
            <w:pPr>
              <w:pStyle w:val="TableText"/>
              <w:spacing w:before="48" w:after="48"/>
              <w:rPr>
                <w:b/>
                <w:sz w:val="18"/>
              </w:rPr>
            </w:pPr>
            <w:r w:rsidRPr="00EB75F0">
              <w:rPr>
                <w:b/>
                <w:sz w:val="18"/>
              </w:rPr>
              <w:t>-0.28 (-0.48, -0.07)</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7D5A1878" w14:textId="77777777" w:rsidR="00D86179" w:rsidRPr="00EB75F0" w:rsidRDefault="00D86179" w:rsidP="00C32B29">
            <w:pPr>
              <w:pStyle w:val="TableText"/>
              <w:spacing w:before="48" w:after="48"/>
              <w:rPr>
                <w:b/>
                <w:sz w:val="18"/>
              </w:rPr>
            </w:pPr>
            <w:r w:rsidRPr="00EB75F0">
              <w:rPr>
                <w:b/>
                <w:sz w:val="18"/>
              </w:rPr>
              <w:t>-0.28 (-0.52, -0.03)</w:t>
            </w:r>
          </w:p>
        </w:tc>
        <w:tc>
          <w:tcPr>
            <w:tcW w:w="1352" w:type="pct"/>
            <w:tcBorders>
              <w:top w:val="single" w:sz="4" w:space="0" w:color="000000"/>
              <w:left w:val="single" w:sz="4" w:space="0" w:color="000000"/>
              <w:bottom w:val="single" w:sz="4" w:space="0" w:color="000000"/>
              <w:right w:val="single" w:sz="4" w:space="0" w:color="000000"/>
            </w:tcBorders>
            <w:vAlign w:val="center"/>
          </w:tcPr>
          <w:p w14:paraId="0469B2D3" w14:textId="77777777" w:rsidR="00D86179" w:rsidRPr="00EB75F0" w:rsidRDefault="00D86179" w:rsidP="00C32B29">
            <w:pPr>
              <w:pStyle w:val="TableText"/>
              <w:spacing w:before="48" w:after="48"/>
              <w:rPr>
                <w:b/>
                <w:sz w:val="18"/>
              </w:rPr>
            </w:pPr>
            <w:r w:rsidRPr="00EB75F0">
              <w:rPr>
                <w:b/>
                <w:sz w:val="18"/>
              </w:rPr>
              <w:t>-0.28 (-0.53, -0.02)</w:t>
            </w:r>
          </w:p>
        </w:tc>
      </w:tr>
      <w:tr w:rsidR="00D86179" w:rsidRPr="00EB75F0" w14:paraId="45F61B0C"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5E36B335" w14:textId="77777777" w:rsidR="00D86179" w:rsidRPr="00EB75F0" w:rsidRDefault="00D86179" w:rsidP="00C32B29">
            <w:pPr>
              <w:pStyle w:val="TableText"/>
              <w:spacing w:before="48" w:after="48"/>
              <w:rPr>
                <w:sz w:val="18"/>
              </w:rPr>
            </w:pPr>
            <w:r w:rsidRPr="00EB75F0">
              <w:rPr>
                <w:color w:val="000000"/>
                <w:sz w:val="18"/>
              </w:rPr>
              <w:t>Quetiapine</w:t>
            </w:r>
          </w:p>
        </w:tc>
        <w:tc>
          <w:tcPr>
            <w:tcW w:w="1373" w:type="pct"/>
            <w:tcBorders>
              <w:top w:val="single" w:sz="4" w:space="0" w:color="000000"/>
              <w:left w:val="single" w:sz="4" w:space="0" w:color="000000"/>
              <w:bottom w:val="single" w:sz="4" w:space="0" w:color="000000"/>
              <w:right w:val="single" w:sz="4" w:space="0" w:color="000000"/>
            </w:tcBorders>
            <w:vAlign w:val="center"/>
          </w:tcPr>
          <w:p w14:paraId="7385DFBA" w14:textId="77777777" w:rsidR="00D86179" w:rsidRPr="00EB75F0" w:rsidRDefault="00D86179" w:rsidP="00C32B29">
            <w:pPr>
              <w:pStyle w:val="TableText"/>
              <w:spacing w:before="48" w:after="48"/>
              <w:rPr>
                <w:sz w:val="18"/>
              </w:rPr>
            </w:pPr>
            <w:r w:rsidRPr="00EB75F0">
              <w:rPr>
                <w:sz w:val="18"/>
              </w:rPr>
              <w:t>-0.16 (-0.37, 0.05)</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71E4DCDA" w14:textId="77777777" w:rsidR="00D86179" w:rsidRPr="00EB75F0" w:rsidRDefault="00D86179" w:rsidP="00C32B29">
            <w:pPr>
              <w:pStyle w:val="TableText"/>
              <w:spacing w:before="48" w:after="48"/>
              <w:rPr>
                <w:sz w:val="18"/>
              </w:rPr>
            </w:pPr>
            <w:r w:rsidRPr="00EB75F0">
              <w:rPr>
                <w:sz w:val="18"/>
              </w:rPr>
              <w:t>-0.16 (-0.41, 0.09)</w:t>
            </w:r>
          </w:p>
        </w:tc>
        <w:tc>
          <w:tcPr>
            <w:tcW w:w="1352" w:type="pct"/>
            <w:tcBorders>
              <w:top w:val="single" w:sz="4" w:space="0" w:color="000000"/>
              <w:left w:val="single" w:sz="4" w:space="0" w:color="000000"/>
              <w:bottom w:val="single" w:sz="4" w:space="0" w:color="000000"/>
              <w:right w:val="single" w:sz="4" w:space="0" w:color="000000"/>
            </w:tcBorders>
            <w:vAlign w:val="center"/>
          </w:tcPr>
          <w:p w14:paraId="73F981D1" w14:textId="77777777" w:rsidR="00D86179" w:rsidRPr="00EB75F0" w:rsidRDefault="00D86179" w:rsidP="00C32B29">
            <w:pPr>
              <w:pStyle w:val="TableText"/>
              <w:spacing w:before="48" w:after="48"/>
              <w:rPr>
                <w:sz w:val="18"/>
              </w:rPr>
            </w:pPr>
            <w:r w:rsidRPr="00EB75F0">
              <w:rPr>
                <w:sz w:val="18"/>
              </w:rPr>
              <w:t>-0.16 (-0.43, 0.10)</w:t>
            </w:r>
          </w:p>
        </w:tc>
      </w:tr>
      <w:tr w:rsidR="00D86179" w:rsidRPr="00EB75F0" w14:paraId="11E29F00"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0D787966" w14:textId="77777777" w:rsidR="00D86179" w:rsidRPr="00EB75F0" w:rsidRDefault="00D86179" w:rsidP="00C32B29">
            <w:pPr>
              <w:pStyle w:val="TableText"/>
              <w:spacing w:before="48" w:after="48"/>
              <w:rPr>
                <w:sz w:val="18"/>
              </w:rPr>
            </w:pPr>
            <w:r w:rsidRPr="00EB75F0">
              <w:rPr>
                <w:color w:val="000000"/>
                <w:sz w:val="18"/>
              </w:rPr>
              <w:t>Risperidone</w:t>
            </w:r>
          </w:p>
        </w:tc>
        <w:tc>
          <w:tcPr>
            <w:tcW w:w="1373" w:type="pct"/>
            <w:tcBorders>
              <w:top w:val="single" w:sz="4" w:space="0" w:color="000000"/>
              <w:left w:val="single" w:sz="4" w:space="0" w:color="000000"/>
              <w:bottom w:val="single" w:sz="4" w:space="0" w:color="000000"/>
              <w:right w:val="single" w:sz="4" w:space="0" w:color="000000"/>
            </w:tcBorders>
            <w:vAlign w:val="center"/>
          </w:tcPr>
          <w:p w14:paraId="61D5EFF5" w14:textId="77777777" w:rsidR="00D86179" w:rsidRPr="00EB75F0" w:rsidRDefault="00D86179" w:rsidP="00C32B29">
            <w:pPr>
              <w:pStyle w:val="TableText"/>
              <w:spacing w:before="48" w:after="48"/>
              <w:rPr>
                <w:sz w:val="18"/>
              </w:rPr>
            </w:pPr>
            <w:r w:rsidRPr="00EB75F0">
              <w:rPr>
                <w:sz w:val="18"/>
              </w:rPr>
              <w:t>-0.10 (-0.30, 0.10)</w:t>
            </w:r>
          </w:p>
        </w:tc>
        <w:tc>
          <w:tcPr>
            <w:tcW w:w="1317"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676362CB" w14:textId="77777777" w:rsidR="00D86179" w:rsidRPr="00EB75F0" w:rsidRDefault="00D86179" w:rsidP="00C32B29">
            <w:pPr>
              <w:pStyle w:val="TableText"/>
              <w:spacing w:before="48" w:after="48"/>
              <w:rPr>
                <w:sz w:val="18"/>
              </w:rPr>
            </w:pPr>
            <w:r w:rsidRPr="00EB75F0">
              <w:rPr>
                <w:sz w:val="18"/>
              </w:rPr>
              <w:t>-0.10 (-0.34, 0.14)</w:t>
            </w:r>
          </w:p>
        </w:tc>
        <w:tc>
          <w:tcPr>
            <w:tcW w:w="1352" w:type="pct"/>
            <w:tcBorders>
              <w:top w:val="single" w:sz="4" w:space="0" w:color="000000"/>
              <w:left w:val="single" w:sz="4" w:space="0" w:color="000000"/>
              <w:bottom w:val="single" w:sz="4" w:space="0" w:color="000000"/>
              <w:right w:val="single" w:sz="4" w:space="0" w:color="000000"/>
            </w:tcBorders>
            <w:vAlign w:val="center"/>
          </w:tcPr>
          <w:p w14:paraId="6AD1E8F3" w14:textId="77777777" w:rsidR="00D86179" w:rsidRPr="00EB75F0" w:rsidRDefault="00D86179" w:rsidP="00C32B29">
            <w:pPr>
              <w:pStyle w:val="TableText"/>
              <w:spacing w:before="48" w:after="48"/>
              <w:rPr>
                <w:sz w:val="18"/>
              </w:rPr>
            </w:pPr>
            <w:r w:rsidRPr="00EB75F0">
              <w:rPr>
                <w:sz w:val="18"/>
              </w:rPr>
              <w:t>-0.13 (-0.39, 0.13)</w:t>
            </w:r>
          </w:p>
        </w:tc>
      </w:tr>
      <w:tr w:rsidR="00D86179" w:rsidRPr="00EB75F0" w14:paraId="4FDBD2BF" w14:textId="77777777" w:rsidTr="007C010D">
        <w:trPr>
          <w:trHeight w:val="58"/>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000000"/>
            <w:vAlign w:val="center"/>
          </w:tcPr>
          <w:p w14:paraId="3DFA8C0E" w14:textId="77777777" w:rsidR="00D86179" w:rsidRPr="00EB75F0" w:rsidRDefault="00D86179" w:rsidP="00C32B29">
            <w:pPr>
              <w:pStyle w:val="TableText"/>
              <w:spacing w:before="48" w:after="48"/>
              <w:rPr>
                <w:rFonts w:ascii="Aptos Narrow" w:hAnsi="Aptos Narrow"/>
                <w:color w:val="FFFFFF"/>
                <w:sz w:val="18"/>
              </w:rPr>
            </w:pPr>
            <w:r w:rsidRPr="00EB75F0">
              <w:rPr>
                <w:color w:val="FFFFFF"/>
                <w:sz w:val="18"/>
                <w:highlight w:val="black"/>
              </w:rPr>
              <w:t>Direct head-to-head meta-analyses</w:t>
            </w:r>
          </w:p>
        </w:tc>
      </w:tr>
      <w:tr w:rsidR="00D86179" w:rsidRPr="00EB75F0" w14:paraId="21348102"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3F30C52D" w14:textId="77777777" w:rsidR="00D86179" w:rsidRPr="00EB75F0" w:rsidRDefault="00D86179" w:rsidP="00C32B29">
            <w:pPr>
              <w:pStyle w:val="TableText"/>
              <w:spacing w:before="48" w:after="48"/>
              <w:rPr>
                <w:color w:val="000000"/>
                <w:sz w:val="18"/>
              </w:rPr>
            </w:pPr>
            <w:r w:rsidRPr="00EB75F0">
              <w:rPr>
                <w:color w:val="000000"/>
                <w:sz w:val="18"/>
              </w:rPr>
              <w:t>Range of I</w:t>
            </w:r>
            <w:r w:rsidRPr="00EB75F0">
              <w:rPr>
                <w:color w:val="000000"/>
                <w:sz w:val="18"/>
                <w:vertAlign w:val="superscript"/>
              </w:rPr>
              <w:t>2</w:t>
            </w:r>
            <w:r w:rsidRPr="00EB75F0">
              <w:rPr>
                <w:color w:val="000000"/>
                <w:sz w:val="18"/>
              </w:rPr>
              <w:t xml:space="preserve"> values</w:t>
            </w:r>
          </w:p>
        </w:tc>
        <w:tc>
          <w:tcPr>
            <w:tcW w:w="2692" w:type="pct"/>
            <w:gridSpan w:val="2"/>
            <w:tcBorders>
              <w:top w:val="single" w:sz="4" w:space="0" w:color="000000"/>
              <w:left w:val="single" w:sz="4" w:space="0" w:color="000000"/>
              <w:bottom w:val="single" w:sz="4" w:space="0" w:color="000000"/>
              <w:right w:val="single" w:sz="4" w:space="0" w:color="000000"/>
            </w:tcBorders>
            <w:vAlign w:val="bottom"/>
          </w:tcPr>
          <w:p w14:paraId="4D091661" w14:textId="77777777" w:rsidR="00D86179" w:rsidRPr="00EB75F0" w:rsidRDefault="00D86179" w:rsidP="00C32B29">
            <w:pPr>
              <w:pStyle w:val="TableText"/>
              <w:spacing w:before="48" w:after="48"/>
              <w:rPr>
                <w:color w:val="000000"/>
                <w:sz w:val="18"/>
              </w:rPr>
            </w:pPr>
            <w:r w:rsidRPr="00EB75F0">
              <w:rPr>
                <w:color w:val="000000"/>
                <w:sz w:val="18"/>
              </w:rPr>
              <w:t>0-70%, considerable heterogeneity between studies for olanzapine versus placebo (52%) and quetiapine versus placebo (70%)</w:t>
            </w:r>
          </w:p>
        </w:tc>
        <w:tc>
          <w:tcPr>
            <w:tcW w:w="1352" w:type="pct"/>
            <w:tcBorders>
              <w:top w:val="single" w:sz="4" w:space="0" w:color="000000"/>
              <w:left w:val="single" w:sz="4" w:space="0" w:color="000000"/>
              <w:bottom w:val="single" w:sz="4" w:space="0" w:color="000000"/>
              <w:right w:val="single" w:sz="4" w:space="0" w:color="000000"/>
            </w:tcBorders>
            <w:vAlign w:val="center"/>
          </w:tcPr>
          <w:p w14:paraId="70AC6891" w14:textId="77777777" w:rsidR="00D86179" w:rsidRPr="00EB75F0" w:rsidRDefault="00D86179" w:rsidP="00C32B29">
            <w:pPr>
              <w:pStyle w:val="TableText"/>
              <w:spacing w:before="48" w:after="48"/>
              <w:rPr>
                <w:rFonts w:ascii="Aptos Narrow" w:hAnsi="Aptos Narrow"/>
                <w:color w:val="000000"/>
                <w:sz w:val="18"/>
              </w:rPr>
            </w:pPr>
            <w:r w:rsidRPr="00EB75F0">
              <w:rPr>
                <w:color w:val="000000"/>
                <w:sz w:val="18"/>
              </w:rPr>
              <w:t>0-70%, considerable heterogeneity between study for quetiapine versus placebo (70%)</w:t>
            </w:r>
          </w:p>
        </w:tc>
      </w:tr>
      <w:tr w:rsidR="00D86179" w:rsidRPr="00EB75F0" w14:paraId="72B3D502" w14:textId="77777777" w:rsidTr="007C010D">
        <w:trPr>
          <w:trHeight w:val="58"/>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000000"/>
            <w:vAlign w:val="center"/>
          </w:tcPr>
          <w:p w14:paraId="7645E6CA" w14:textId="77777777" w:rsidR="00D86179" w:rsidRPr="00EB75F0" w:rsidRDefault="00D86179" w:rsidP="00C32B29">
            <w:pPr>
              <w:pStyle w:val="TableText"/>
              <w:spacing w:before="48" w:after="48"/>
              <w:rPr>
                <w:rFonts w:ascii="Aptos Narrow" w:hAnsi="Aptos Narrow"/>
                <w:color w:val="FFFFFF"/>
                <w:sz w:val="18"/>
              </w:rPr>
            </w:pPr>
            <w:r w:rsidRPr="00EB75F0">
              <w:rPr>
                <w:color w:val="FFFFFF"/>
                <w:sz w:val="18"/>
                <w:highlight w:val="black"/>
              </w:rPr>
              <w:t>Node-splitting analyses</w:t>
            </w:r>
          </w:p>
        </w:tc>
      </w:tr>
      <w:tr w:rsidR="00D86179" w:rsidRPr="00EB75F0" w14:paraId="5FD74C56" w14:textId="77777777" w:rsidTr="007C010D">
        <w:trPr>
          <w:trHeight w:val="58"/>
        </w:trPr>
        <w:tc>
          <w:tcPr>
            <w:tcW w:w="956" w:type="pct"/>
            <w:tcBorders>
              <w:top w:val="single" w:sz="4" w:space="0" w:color="000000"/>
              <w:left w:val="single" w:sz="4" w:space="0" w:color="000000"/>
              <w:bottom w:val="single" w:sz="4" w:space="0" w:color="000000"/>
              <w:right w:val="single" w:sz="4" w:space="0" w:color="000000"/>
            </w:tcBorders>
            <w:vAlign w:val="center"/>
          </w:tcPr>
          <w:p w14:paraId="77FF90DB" w14:textId="77777777" w:rsidR="00D86179" w:rsidRPr="00EB75F0" w:rsidRDefault="00D86179" w:rsidP="00C32B29">
            <w:pPr>
              <w:pStyle w:val="TableText"/>
              <w:spacing w:before="48" w:after="48"/>
              <w:rPr>
                <w:color w:val="000000"/>
                <w:sz w:val="18"/>
              </w:rPr>
            </w:pPr>
            <w:r w:rsidRPr="00EB75F0">
              <w:rPr>
                <w:color w:val="000000"/>
                <w:sz w:val="18"/>
              </w:rPr>
              <w:t>IF estimates suggesting inconsistency</w:t>
            </w:r>
          </w:p>
        </w:tc>
        <w:tc>
          <w:tcPr>
            <w:tcW w:w="2692" w:type="pct"/>
            <w:gridSpan w:val="2"/>
            <w:tcBorders>
              <w:top w:val="single" w:sz="4" w:space="0" w:color="000000"/>
              <w:left w:val="single" w:sz="4" w:space="0" w:color="000000"/>
              <w:bottom w:val="single" w:sz="4" w:space="0" w:color="000000"/>
              <w:right w:val="single" w:sz="4" w:space="0" w:color="000000"/>
            </w:tcBorders>
            <w:vAlign w:val="center"/>
          </w:tcPr>
          <w:p w14:paraId="22650763" w14:textId="77777777" w:rsidR="00D86179" w:rsidRPr="00EB75F0" w:rsidRDefault="00D86179" w:rsidP="00C32B29">
            <w:pPr>
              <w:pStyle w:val="TableText"/>
              <w:spacing w:before="48" w:after="48"/>
              <w:rPr>
                <w:color w:val="000000"/>
                <w:sz w:val="18"/>
              </w:rPr>
            </w:pPr>
            <w:r w:rsidRPr="00EB75F0">
              <w:rPr>
                <w:color w:val="000000"/>
                <w:sz w:val="18"/>
              </w:rPr>
              <w:t>-</w:t>
            </w:r>
          </w:p>
        </w:tc>
        <w:tc>
          <w:tcPr>
            <w:tcW w:w="1352" w:type="pct"/>
            <w:tcBorders>
              <w:top w:val="single" w:sz="4" w:space="0" w:color="000000"/>
              <w:left w:val="single" w:sz="4" w:space="0" w:color="000000"/>
              <w:bottom w:val="single" w:sz="4" w:space="0" w:color="000000"/>
              <w:right w:val="single" w:sz="4" w:space="0" w:color="000000"/>
            </w:tcBorders>
            <w:vAlign w:val="center"/>
          </w:tcPr>
          <w:p w14:paraId="18D9351D" w14:textId="77777777" w:rsidR="00D86179" w:rsidRPr="00EB75F0" w:rsidRDefault="00D86179" w:rsidP="00C32B29">
            <w:pPr>
              <w:pStyle w:val="TableText"/>
              <w:spacing w:before="48" w:after="48"/>
              <w:rPr>
                <w:color w:val="000000"/>
                <w:sz w:val="18"/>
              </w:rPr>
            </w:pPr>
            <w:r w:rsidRPr="00EB75F0">
              <w:rPr>
                <w:color w:val="000000"/>
                <w:sz w:val="18"/>
              </w:rPr>
              <w:t>-</w:t>
            </w:r>
          </w:p>
        </w:tc>
      </w:tr>
      <w:tr w:rsidR="00D86179" w:rsidRPr="00EB75F0" w14:paraId="695642D5" w14:textId="77777777" w:rsidTr="007C010D">
        <w:trPr>
          <w:trHeight w:val="58"/>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61985EED" w14:textId="0B3FC7BD" w:rsidR="00D86179" w:rsidRPr="00EB75F0" w:rsidRDefault="00D86179" w:rsidP="00C32B29">
            <w:pPr>
              <w:pStyle w:val="Legend"/>
              <w:spacing w:before="48" w:after="48"/>
              <w:rPr>
                <w:sz w:val="16"/>
              </w:rPr>
            </w:pPr>
            <w:r w:rsidRPr="00EB75F0">
              <w:rPr>
                <w:b/>
                <w:sz w:val="16"/>
              </w:rPr>
              <w:t>Key:</w:t>
            </w:r>
            <w:r w:rsidRPr="00EB75F0">
              <w:rPr>
                <w:sz w:val="16"/>
              </w:rPr>
              <w:t xml:space="preserve"> </w:t>
            </w:r>
            <w:proofErr w:type="spellStart"/>
            <w:r w:rsidRPr="00EB75F0">
              <w:rPr>
                <w:sz w:val="16"/>
              </w:rPr>
              <w:t>CrI</w:t>
            </w:r>
            <w:proofErr w:type="spellEnd"/>
            <w:r w:rsidRPr="00EB75F0">
              <w:rPr>
                <w:sz w:val="16"/>
              </w:rPr>
              <w:t xml:space="preserve">, credible interval; DIC, deviance information criterion; FE, fixed-effects; </w:t>
            </w:r>
            <w:r w:rsidR="00A47D85" w:rsidRPr="00EB75F0">
              <w:rPr>
                <w:rFonts w:asciiTheme="majorHAnsi" w:hAnsiTheme="majorHAnsi" w:cstheme="majorHAnsi"/>
                <w:sz w:val="16"/>
                <w:szCs w:val="16"/>
              </w:rPr>
              <w:t>MD, mean difference</w:t>
            </w:r>
            <w:r w:rsidRPr="00EB75F0">
              <w:rPr>
                <w:sz w:val="16"/>
              </w:rPr>
              <w:t>; RE, random-effects; IF, inconsistency factor</w:t>
            </w:r>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KarXT</w:t>
            </w:r>
            <w:proofErr w:type="spellEnd"/>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xanomeline</w:t>
            </w:r>
            <w:proofErr w:type="spellEnd"/>
            <w:r w:rsidR="00DB65DB" w:rsidRPr="00DB65DB">
              <w:rPr>
                <w:rFonts w:asciiTheme="majorHAnsi" w:hAnsiTheme="majorHAnsi" w:cstheme="majorHAnsi"/>
                <w:sz w:val="16"/>
              </w:rPr>
              <w:t>/</w:t>
            </w:r>
            <w:proofErr w:type="spellStart"/>
            <w:r w:rsidR="00DB65DB" w:rsidRPr="00DB65DB">
              <w:rPr>
                <w:rFonts w:asciiTheme="majorHAnsi" w:hAnsiTheme="majorHAnsi" w:cstheme="majorHAnsi"/>
                <w:sz w:val="16"/>
              </w:rPr>
              <w:t>trospium</w:t>
            </w:r>
            <w:proofErr w:type="spellEnd"/>
            <w:r w:rsidR="00DB65DB" w:rsidRPr="00DB65DB">
              <w:rPr>
                <w:rFonts w:asciiTheme="majorHAnsi" w:hAnsiTheme="majorHAnsi" w:cstheme="majorHAnsi"/>
                <w:sz w:val="16"/>
              </w:rPr>
              <w:t xml:space="preserve"> chloride</w:t>
            </w:r>
          </w:p>
          <w:p w14:paraId="2D7E8237" w14:textId="77777777" w:rsidR="00D86179" w:rsidRPr="00EB75F0" w:rsidRDefault="00D86179" w:rsidP="00C32B29">
            <w:pPr>
              <w:pStyle w:val="TableText"/>
              <w:spacing w:before="48" w:after="48"/>
              <w:rPr>
                <w:rFonts w:ascii="Aptos Narrow" w:hAnsi="Aptos Narrow"/>
                <w:color w:val="000000"/>
                <w:sz w:val="18"/>
              </w:rPr>
            </w:pPr>
            <w:r w:rsidRPr="00EB75F0">
              <w:rPr>
                <w:b/>
                <w:sz w:val="16"/>
              </w:rPr>
              <w:t>Notes:</w:t>
            </w:r>
            <w:r w:rsidRPr="00EB75F0">
              <w:rPr>
                <w:sz w:val="16"/>
              </w:rPr>
              <w:t xml:space="preserve"> </w:t>
            </w:r>
            <w:r w:rsidRPr="00EB75F0">
              <w:rPr>
                <w:sz w:val="16"/>
                <w:shd w:val="clear" w:color="auto" w:fill="FFFCCC"/>
              </w:rPr>
              <w:t>Pale yellow highlight</w:t>
            </w:r>
            <w:r w:rsidRPr="00EB75F0">
              <w:rPr>
                <w:sz w:val="16"/>
              </w:rPr>
              <w:t xml:space="preserve"> indicates the base case model; statistically significant differences are highlighted in </w:t>
            </w:r>
            <w:r w:rsidRPr="00EB75F0">
              <w:rPr>
                <w:b/>
                <w:sz w:val="16"/>
              </w:rPr>
              <w:t>bold</w:t>
            </w:r>
            <w:r w:rsidRPr="00EB75F0">
              <w:rPr>
                <w:sz w:val="16"/>
              </w:rPr>
              <w:t>.</w:t>
            </w:r>
          </w:p>
        </w:tc>
      </w:tr>
    </w:tbl>
    <w:p w14:paraId="177E4B40" w14:textId="77777777" w:rsidR="00D86179" w:rsidRPr="00EB75F0" w:rsidRDefault="00D86179" w:rsidP="00D86179"/>
    <w:p w14:paraId="252654B4" w14:textId="443E9056" w:rsidR="006B4B2F" w:rsidRDefault="006B4B2F" w:rsidP="006B4B2F">
      <w:pPr>
        <w:pStyle w:val="Heading3"/>
      </w:pPr>
      <w:r w:rsidRPr="007F6A73">
        <w:lastRenderedPageBreak/>
        <w:t xml:space="preserve">Figure </w:t>
      </w:r>
      <w:r>
        <w:t>S</w:t>
      </w:r>
      <w:fldSimple w:instr=" SEQ Figure \* ARABIC ">
        <w:r w:rsidR="004B2F28">
          <w:rPr>
            <w:noProof/>
          </w:rPr>
          <w:t>55</w:t>
        </w:r>
      </w:fldSimple>
      <w:r w:rsidRPr="007F6A73">
        <w:t xml:space="preserve">: Change from baseline </w:t>
      </w:r>
      <w:r w:rsidRPr="00EB75F0">
        <w:t>CGI-S score –</w:t>
      </w:r>
      <w:r w:rsidRPr="00C228BD">
        <w:t xml:space="preserve"> </w:t>
      </w:r>
      <w:r>
        <w:t xml:space="preserve">distribution of potential effect modifiers by treatment node </w:t>
      </w:r>
      <w:r w:rsidRPr="007F6A73">
        <w:t>–</w:t>
      </w:r>
      <w:r>
        <w:t xml:space="preserve"> </w:t>
      </w:r>
      <w:r w:rsidRPr="00EB75F0">
        <w:t>base case network</w:t>
      </w:r>
      <w:r w:rsidRPr="007F6A73">
        <w:t xml:space="preserve"> </w:t>
      </w:r>
      <w:r w:rsidRPr="007F6A73">
        <w:rPr>
          <w:noProof/>
        </w:rPr>
        <w:drawing>
          <wp:inline distT="0" distB="0" distL="0" distR="0" wp14:anchorId="038E3489" wp14:editId="1589CC16">
            <wp:extent cx="6119495" cy="7420745"/>
            <wp:effectExtent l="0" t="0" r="0" b="8890"/>
            <wp:docPr id="298593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93602" name="Picture 1"/>
                    <pic:cNvPicPr>
                      <a:picLocks noChangeAspect="1" noChangeArrowheads="1"/>
                    </pic:cNvPicPr>
                  </pic:nvPicPr>
                  <pic:blipFill>
                    <a:blip r:embed="rId77"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697A0B90" w14:textId="19641A99" w:rsidR="00D86179" w:rsidRPr="006B4B2F" w:rsidRDefault="006B4B2F" w:rsidP="006B4B2F">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w:t>
      </w:r>
      <w:r w:rsidR="00A84394">
        <w:rPr>
          <w:sz w:val="20"/>
        </w:rPr>
        <w:t xml:space="preserve">, except for </w:t>
      </w:r>
      <w:r w:rsidR="00FB0874">
        <w:rPr>
          <w:sz w:val="20"/>
        </w:rPr>
        <w:t>PANSS positive score at baseline</w:t>
      </w:r>
      <w:r w:rsidRPr="009E25E6">
        <w:rPr>
          <w:sz w:val="20"/>
        </w:rPr>
        <w:t>. The p-value for the ANOVA F-test is 0.</w:t>
      </w:r>
      <w:r w:rsidR="00FB0874">
        <w:rPr>
          <w:sz w:val="20"/>
        </w:rPr>
        <w:t>37</w:t>
      </w:r>
      <w:r w:rsidRPr="009E25E6">
        <w:rPr>
          <w:sz w:val="20"/>
        </w:rPr>
        <w:t>, 0.</w:t>
      </w:r>
      <w:r w:rsidR="00FB0874">
        <w:rPr>
          <w:sz w:val="20"/>
        </w:rPr>
        <w:t>07</w:t>
      </w:r>
      <w:r w:rsidRPr="009E25E6">
        <w:rPr>
          <w:sz w:val="20"/>
        </w:rPr>
        <w:t>, 0.</w:t>
      </w:r>
      <w:r>
        <w:rPr>
          <w:sz w:val="20"/>
        </w:rPr>
        <w:t>0</w:t>
      </w:r>
      <w:r w:rsidR="0024029E">
        <w:rPr>
          <w:sz w:val="20"/>
        </w:rPr>
        <w:t>61</w:t>
      </w:r>
      <w:r w:rsidRPr="009E25E6">
        <w:rPr>
          <w:sz w:val="20"/>
        </w:rPr>
        <w:t xml:space="preserve">, </w:t>
      </w:r>
      <w:r>
        <w:rPr>
          <w:sz w:val="20"/>
        </w:rPr>
        <w:t>0.</w:t>
      </w:r>
      <w:r w:rsidR="0024029E">
        <w:rPr>
          <w:sz w:val="20"/>
        </w:rPr>
        <w:t>28</w:t>
      </w:r>
      <w:r>
        <w:rPr>
          <w:sz w:val="20"/>
        </w:rPr>
        <w:t xml:space="preserve"> </w:t>
      </w:r>
      <w:r w:rsidRPr="009E25E6">
        <w:rPr>
          <w:sz w:val="20"/>
        </w:rPr>
        <w:t>and 0.</w:t>
      </w:r>
      <w:r w:rsidR="0024029E">
        <w:rPr>
          <w:sz w:val="20"/>
        </w:rPr>
        <w:t>3</w:t>
      </w:r>
      <w:r w:rsidRPr="009E25E6">
        <w:rPr>
          <w:sz w:val="20"/>
        </w:rPr>
        <w:t>2, for percentage male, mean age, mean PANSS total score, mean PANSS negative score, and mean CGI-S score at baseline, respectively.</w:t>
      </w:r>
      <w:r w:rsidR="0024029E">
        <w:rPr>
          <w:sz w:val="20"/>
        </w:rPr>
        <w:t xml:space="preserve"> </w:t>
      </w:r>
      <w:r w:rsidR="000F491A">
        <w:rPr>
          <w:sz w:val="20"/>
        </w:rPr>
        <w:t>The Kruskal-Wallis rank sum test for P</w:t>
      </w:r>
      <w:r w:rsidR="007E09D2">
        <w:rPr>
          <w:sz w:val="20"/>
        </w:rPr>
        <w:t>ANSS positive score at baseline yielded a p-value of 0.</w:t>
      </w:r>
      <w:r w:rsidR="00461C38">
        <w:rPr>
          <w:sz w:val="20"/>
        </w:rPr>
        <w:t>2</w:t>
      </w:r>
      <w:r w:rsidR="007E09D2">
        <w:rPr>
          <w:sz w:val="20"/>
        </w:rPr>
        <w:t>.</w:t>
      </w:r>
      <w:r w:rsidRPr="009E25E6">
        <w:rPr>
          <w:sz w:val="20"/>
        </w:rPr>
        <w:t xml:space="preserve"> This indicates no significant difference between </w:t>
      </w:r>
      <w:r>
        <w:rPr>
          <w:sz w:val="20"/>
        </w:rPr>
        <w:t xml:space="preserve">treatment </w:t>
      </w:r>
      <w:r w:rsidRPr="009E25E6">
        <w:rPr>
          <w:sz w:val="20"/>
        </w:rPr>
        <w:t>nodes</w:t>
      </w:r>
      <w:r>
        <w:rPr>
          <w:sz w:val="20"/>
        </w:rPr>
        <w:t xml:space="preserve">. </w:t>
      </w:r>
      <w:r w:rsidRPr="009E25E6">
        <w:rPr>
          <w:sz w:val="20"/>
        </w:rPr>
        <w:t xml:space="preserve"> </w:t>
      </w:r>
    </w:p>
    <w:p w14:paraId="66FFA99A" w14:textId="19CDEC42" w:rsidR="00E14989" w:rsidRDefault="00E14989" w:rsidP="00E14989">
      <w:pPr>
        <w:pStyle w:val="Heading3"/>
      </w:pPr>
      <w:r w:rsidRPr="007F6A73">
        <w:lastRenderedPageBreak/>
        <w:t xml:space="preserve">Figure </w:t>
      </w:r>
      <w:r>
        <w:t>S</w:t>
      </w:r>
      <w:fldSimple w:instr=" SEQ Figure \* ARABIC ">
        <w:r w:rsidR="004B2F28">
          <w:rPr>
            <w:noProof/>
          </w:rPr>
          <w:t>56</w:t>
        </w:r>
      </w:fldSimple>
      <w:r w:rsidRPr="007F6A73">
        <w:t xml:space="preserve">: Change from baseline </w:t>
      </w:r>
      <w:r w:rsidRPr="00EB75F0">
        <w:t>CGI-S score –</w:t>
      </w:r>
      <w:r w:rsidRPr="00C228BD">
        <w:t xml:space="preserve"> </w:t>
      </w:r>
      <w:r>
        <w:t xml:space="preserve">distribution of potential effect modifiers by treatment node </w:t>
      </w:r>
      <w:r w:rsidRPr="007F6A73">
        <w:t>–</w:t>
      </w:r>
      <w:r>
        <w:t xml:space="preserve"> </w:t>
      </w:r>
      <w:r w:rsidR="009B42C0" w:rsidRPr="00EB75F0">
        <w:t>sensitivity analysis excluding studies with predominantly Asian populations</w:t>
      </w:r>
      <w:r w:rsidR="009B42C0" w:rsidRPr="007F6A73">
        <w:rPr>
          <w:noProof/>
        </w:rPr>
        <w:t xml:space="preserve"> </w:t>
      </w:r>
      <w:r w:rsidRPr="007F6A73">
        <w:rPr>
          <w:noProof/>
        </w:rPr>
        <w:drawing>
          <wp:inline distT="0" distB="0" distL="0" distR="0" wp14:anchorId="03D80452" wp14:editId="34F0D0DF">
            <wp:extent cx="6119495" cy="7420745"/>
            <wp:effectExtent l="0" t="0" r="0" b="8890"/>
            <wp:docPr id="1033648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648533" name="Picture 1"/>
                    <pic:cNvPicPr>
                      <a:picLocks noChangeAspect="1" noChangeArrowheads="1"/>
                    </pic:cNvPicPr>
                  </pic:nvPicPr>
                  <pic:blipFill>
                    <a:blip r:embed="rId78"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791A5FBE" w14:textId="0AC1DEE5" w:rsidR="00E14989" w:rsidRPr="006B4B2F" w:rsidRDefault="00E14989" w:rsidP="00E14989">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w:t>
      </w:r>
      <w:r w:rsidR="00005F67">
        <w:rPr>
          <w:sz w:val="20"/>
        </w:rPr>
        <w:t>1</w:t>
      </w:r>
      <w:r w:rsidRPr="009E25E6">
        <w:rPr>
          <w:sz w:val="20"/>
        </w:rPr>
        <w:t>, 0.</w:t>
      </w:r>
      <w:r>
        <w:rPr>
          <w:sz w:val="20"/>
        </w:rPr>
        <w:t>0</w:t>
      </w:r>
      <w:r w:rsidR="00005F67">
        <w:rPr>
          <w:sz w:val="20"/>
        </w:rPr>
        <w:t>86</w:t>
      </w:r>
      <w:r w:rsidRPr="009E25E6">
        <w:rPr>
          <w:sz w:val="20"/>
        </w:rPr>
        <w:t>, 0.</w:t>
      </w:r>
      <w:r>
        <w:rPr>
          <w:sz w:val="20"/>
        </w:rPr>
        <w:t>1</w:t>
      </w:r>
      <w:r w:rsidR="00005F67">
        <w:rPr>
          <w:sz w:val="20"/>
        </w:rPr>
        <w:t>7</w:t>
      </w:r>
      <w:r w:rsidRPr="009E25E6">
        <w:rPr>
          <w:sz w:val="20"/>
        </w:rPr>
        <w:t xml:space="preserve">, </w:t>
      </w:r>
      <w:r>
        <w:rPr>
          <w:sz w:val="20"/>
        </w:rPr>
        <w:t>0.28</w:t>
      </w:r>
      <w:r w:rsidR="00005F67">
        <w:rPr>
          <w:sz w:val="20"/>
        </w:rPr>
        <w:t>, 0.29</w:t>
      </w:r>
      <w:r>
        <w:rPr>
          <w:sz w:val="20"/>
        </w:rPr>
        <w:t xml:space="preserve"> </w:t>
      </w:r>
      <w:r w:rsidRPr="009E25E6">
        <w:rPr>
          <w:sz w:val="20"/>
        </w:rPr>
        <w:t>and 0.</w:t>
      </w:r>
      <w:r w:rsidR="00005F67">
        <w:rPr>
          <w:sz w:val="20"/>
        </w:rPr>
        <w:t>15</w:t>
      </w:r>
      <w:r w:rsidRPr="009E25E6">
        <w:rPr>
          <w:sz w:val="20"/>
        </w:rPr>
        <w:t>, for percentage male, mean age, mean PANSS total score,</w:t>
      </w:r>
      <w:r w:rsidR="00005F67">
        <w:rPr>
          <w:sz w:val="20"/>
        </w:rPr>
        <w:t xml:space="preserve"> mean PANSS positive score,</w:t>
      </w:r>
      <w:r w:rsidRPr="009E25E6">
        <w:rPr>
          <w:sz w:val="20"/>
        </w:rPr>
        <w:t xml:space="preserve"> mean PANSS negative score, and mean CGI-S score at baseline, respectively.</w:t>
      </w:r>
      <w:r>
        <w:rPr>
          <w:sz w:val="20"/>
        </w:rPr>
        <w:t xml:space="preserve"> </w:t>
      </w:r>
      <w:r w:rsidRPr="009E25E6">
        <w:rPr>
          <w:sz w:val="20"/>
        </w:rPr>
        <w:t xml:space="preserve">This indicates no significant difference between </w:t>
      </w:r>
      <w:r>
        <w:rPr>
          <w:sz w:val="20"/>
        </w:rPr>
        <w:t xml:space="preserve">treatment </w:t>
      </w:r>
      <w:r w:rsidRPr="009E25E6">
        <w:rPr>
          <w:sz w:val="20"/>
        </w:rPr>
        <w:t>nodes</w:t>
      </w:r>
      <w:r>
        <w:rPr>
          <w:sz w:val="20"/>
        </w:rPr>
        <w:t xml:space="preserve">. </w:t>
      </w:r>
      <w:r w:rsidRPr="009E25E6">
        <w:rPr>
          <w:sz w:val="20"/>
        </w:rPr>
        <w:t xml:space="preserve"> </w:t>
      </w:r>
    </w:p>
    <w:p w14:paraId="4C43E22B" w14:textId="77777777" w:rsidR="00E14989" w:rsidRPr="00EB75F0" w:rsidRDefault="00E14989" w:rsidP="00D86179">
      <w:pPr>
        <w:sectPr w:rsidR="00E14989" w:rsidRPr="00EB75F0" w:rsidSect="00D86179">
          <w:pgSz w:w="11906" w:h="16838"/>
          <w:pgMar w:top="1134" w:right="1134" w:bottom="1134" w:left="1134" w:header="567" w:footer="567" w:gutter="0"/>
          <w:cols w:space="708"/>
          <w:docGrid w:linePitch="360"/>
        </w:sectPr>
      </w:pPr>
    </w:p>
    <w:p w14:paraId="0B0AB32D" w14:textId="0763843F" w:rsidR="00192CF2" w:rsidRPr="00EB75F0" w:rsidRDefault="00A06AE8" w:rsidP="00295D9B">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15</w:t>
        </w:r>
      </w:fldSimple>
      <w:r w:rsidR="00192CF2" w:rsidRPr="00EB75F0">
        <w:t>:</w:t>
      </w:r>
      <w:r w:rsidR="00F201BC" w:rsidRPr="00EB75F0">
        <w:t xml:space="preserve"> Change from baseline CGI-S score – League table – random-effects model, base case network – MD (95% </w:t>
      </w:r>
      <w:proofErr w:type="spellStart"/>
      <w:r w:rsidR="00F201BC" w:rsidRPr="00EB75F0">
        <w:t>CrI</w:t>
      </w:r>
      <w:proofErr w:type="spellEnd"/>
      <w:r w:rsidR="00F201BC" w:rsidRPr="00EB75F0">
        <w:t>)</w:t>
      </w:r>
    </w:p>
    <w:tbl>
      <w:tblPr>
        <w:tblStyle w:val="Lumanitytable"/>
        <w:tblW w:w="14644" w:type="dxa"/>
        <w:tblLayout w:type="fixed"/>
        <w:tblLook w:val="04A0" w:firstRow="1" w:lastRow="0" w:firstColumn="1" w:lastColumn="0" w:noHBand="0" w:noVBand="1"/>
      </w:tblPr>
      <w:tblGrid>
        <w:gridCol w:w="1349"/>
        <w:gridCol w:w="1624"/>
        <w:gridCol w:w="1624"/>
        <w:gridCol w:w="1624"/>
        <w:gridCol w:w="1624"/>
        <w:gridCol w:w="1534"/>
        <w:gridCol w:w="1534"/>
        <w:gridCol w:w="1805"/>
        <w:gridCol w:w="1920"/>
        <w:gridCol w:w="6"/>
      </w:tblGrid>
      <w:tr w:rsidR="008E0AE9" w:rsidRPr="00EB75F0" w14:paraId="487260D2" w14:textId="77777777" w:rsidTr="00B717B6">
        <w:trPr>
          <w:gridAfter w:val="1"/>
          <w:cnfStyle w:val="100000000000" w:firstRow="1" w:lastRow="0" w:firstColumn="0" w:lastColumn="0" w:oddVBand="0" w:evenVBand="0" w:oddHBand="0" w:evenHBand="0" w:firstRowFirstColumn="0" w:firstRowLastColumn="0" w:lastRowFirstColumn="0" w:lastRowLastColumn="0"/>
          <w:wAfter w:w="6" w:type="dxa"/>
          <w:trHeight w:val="297"/>
          <w:tblHeader/>
        </w:trPr>
        <w:tc>
          <w:tcPr>
            <w:tcW w:w="1349" w:type="dxa"/>
            <w:hideMark/>
          </w:tcPr>
          <w:p w14:paraId="2C26BE81"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624" w:type="dxa"/>
            <w:hideMark/>
          </w:tcPr>
          <w:p w14:paraId="65673500"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624" w:type="dxa"/>
            <w:hideMark/>
          </w:tcPr>
          <w:p w14:paraId="43692E8C"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624" w:type="dxa"/>
            <w:hideMark/>
          </w:tcPr>
          <w:p w14:paraId="352B79C4"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624" w:type="dxa"/>
            <w:hideMark/>
          </w:tcPr>
          <w:p w14:paraId="5FEB23ED" w14:textId="266D303C" w:rsidR="008E0AE9" w:rsidRPr="00EB75F0" w:rsidRDefault="009A3EC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534" w:type="dxa"/>
            <w:hideMark/>
          </w:tcPr>
          <w:p w14:paraId="5ACE1F20"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534" w:type="dxa"/>
            <w:hideMark/>
          </w:tcPr>
          <w:p w14:paraId="308CFB46"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805" w:type="dxa"/>
            <w:hideMark/>
          </w:tcPr>
          <w:p w14:paraId="2B906E71"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920" w:type="dxa"/>
            <w:hideMark/>
          </w:tcPr>
          <w:p w14:paraId="5EE9BFDD"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8E0AE9" w:rsidRPr="00EB75F0" w14:paraId="4194C7A2" w14:textId="77777777" w:rsidTr="00192CF2">
        <w:trPr>
          <w:gridAfter w:val="1"/>
          <w:wAfter w:w="6" w:type="dxa"/>
          <w:trHeight w:val="297"/>
        </w:trPr>
        <w:tc>
          <w:tcPr>
            <w:tcW w:w="1349" w:type="dxa"/>
            <w:vAlign w:val="center"/>
            <w:hideMark/>
          </w:tcPr>
          <w:p w14:paraId="66F92277"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624" w:type="dxa"/>
            <w:vAlign w:val="center"/>
          </w:tcPr>
          <w:p w14:paraId="7EAC28B0"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-0.29 (-0.42, -0.16)</w:t>
            </w:r>
          </w:p>
        </w:tc>
        <w:tc>
          <w:tcPr>
            <w:tcW w:w="1624" w:type="dxa"/>
            <w:vAlign w:val="center"/>
          </w:tcPr>
          <w:p w14:paraId="2DA1D2A3"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-0.25 (-0.38, -‍0.11)</w:t>
            </w:r>
          </w:p>
        </w:tc>
        <w:tc>
          <w:tcPr>
            <w:tcW w:w="1624" w:type="dxa"/>
            <w:vAlign w:val="center"/>
          </w:tcPr>
          <w:p w14:paraId="341A83DE"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-0.26 (-0.38, -0.13)</w:t>
            </w:r>
          </w:p>
        </w:tc>
        <w:tc>
          <w:tcPr>
            <w:tcW w:w="1624" w:type="dxa"/>
            <w:shd w:val="clear" w:color="auto" w:fill="CFEDFF"/>
            <w:vAlign w:val="center"/>
          </w:tcPr>
          <w:p w14:paraId="7841AE84"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-0.63 (-‍0.82, -‍0.44)</w:t>
            </w:r>
          </w:p>
        </w:tc>
        <w:tc>
          <w:tcPr>
            <w:tcW w:w="1534" w:type="dxa"/>
            <w:vAlign w:val="center"/>
          </w:tcPr>
          <w:p w14:paraId="0AD0FA1D"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-0.3 (-0.59, -‍0.01)</w:t>
            </w:r>
          </w:p>
        </w:tc>
        <w:tc>
          <w:tcPr>
            <w:tcW w:w="1534" w:type="dxa"/>
            <w:vAlign w:val="center"/>
          </w:tcPr>
          <w:p w14:paraId="0E17DD44"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-0.35 (-0.5, -0.2)</w:t>
            </w:r>
          </w:p>
        </w:tc>
        <w:tc>
          <w:tcPr>
            <w:tcW w:w="1805" w:type="dxa"/>
            <w:vAlign w:val="center"/>
          </w:tcPr>
          <w:p w14:paraId="44902C0E"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-0.47 (-‍0.63, -‍0.31)</w:t>
            </w:r>
          </w:p>
        </w:tc>
        <w:tc>
          <w:tcPr>
            <w:tcW w:w="1920" w:type="dxa"/>
            <w:vAlign w:val="center"/>
          </w:tcPr>
          <w:p w14:paraId="69F6F152"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-0.52 (-0.66, -0.38)</w:t>
            </w:r>
          </w:p>
        </w:tc>
      </w:tr>
      <w:tr w:rsidR="008E0AE9" w:rsidRPr="00EB75F0" w14:paraId="66152420" w14:textId="77777777" w:rsidTr="00192CF2">
        <w:trPr>
          <w:gridAfter w:val="1"/>
          <w:wAfter w:w="6" w:type="dxa"/>
          <w:trHeight w:val="297"/>
        </w:trPr>
        <w:tc>
          <w:tcPr>
            <w:tcW w:w="1349" w:type="dxa"/>
            <w:vAlign w:val="center"/>
            <w:hideMark/>
          </w:tcPr>
          <w:p w14:paraId="03BB5A76"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624" w:type="dxa"/>
            <w:shd w:val="clear" w:color="auto" w:fill="C6C6C6"/>
            <w:noWrap/>
            <w:vAlign w:val="center"/>
          </w:tcPr>
          <w:p w14:paraId="458A14B8"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624" w:type="dxa"/>
            <w:vAlign w:val="center"/>
          </w:tcPr>
          <w:p w14:paraId="5D49A4FE"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0.04 (-0.13, 0.22)</w:t>
            </w:r>
          </w:p>
        </w:tc>
        <w:tc>
          <w:tcPr>
            <w:tcW w:w="1624" w:type="dxa"/>
            <w:vAlign w:val="center"/>
          </w:tcPr>
          <w:p w14:paraId="6D4B8F6B"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0.03 (-0.14, 0.19)</w:t>
            </w:r>
          </w:p>
        </w:tc>
        <w:tc>
          <w:tcPr>
            <w:tcW w:w="1624" w:type="dxa"/>
            <w:shd w:val="clear" w:color="auto" w:fill="CFEDFF"/>
            <w:vAlign w:val="center"/>
          </w:tcPr>
          <w:p w14:paraId="06C9F256"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-0.33 (-‍0.57, -‍0.11)</w:t>
            </w:r>
          </w:p>
        </w:tc>
        <w:tc>
          <w:tcPr>
            <w:tcW w:w="1534" w:type="dxa"/>
            <w:vAlign w:val="center"/>
          </w:tcPr>
          <w:p w14:paraId="0C628777"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-0.01 (-0.33, 0.3)</w:t>
            </w:r>
          </w:p>
        </w:tc>
        <w:tc>
          <w:tcPr>
            <w:tcW w:w="1534" w:type="dxa"/>
            <w:vAlign w:val="center"/>
          </w:tcPr>
          <w:p w14:paraId="3AF398E0"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-0.06 (-‍0.23, 0.1)</w:t>
            </w:r>
          </w:p>
        </w:tc>
        <w:tc>
          <w:tcPr>
            <w:tcW w:w="1805" w:type="dxa"/>
            <w:vAlign w:val="center"/>
          </w:tcPr>
          <w:p w14:paraId="2E3CAF81"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-0.17 (-‍0.38, 0.02)</w:t>
            </w:r>
          </w:p>
        </w:tc>
        <w:tc>
          <w:tcPr>
            <w:tcW w:w="1920" w:type="dxa"/>
            <w:vAlign w:val="center"/>
          </w:tcPr>
          <w:p w14:paraId="6925B171"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-0.23 (-0.4, -‍0.06)</w:t>
            </w:r>
          </w:p>
        </w:tc>
      </w:tr>
      <w:tr w:rsidR="008E0AE9" w:rsidRPr="00EB75F0" w14:paraId="2193DACC" w14:textId="77777777" w:rsidTr="00192CF2">
        <w:trPr>
          <w:gridAfter w:val="1"/>
          <w:wAfter w:w="6" w:type="dxa"/>
          <w:trHeight w:val="297"/>
        </w:trPr>
        <w:tc>
          <w:tcPr>
            <w:tcW w:w="1349" w:type="dxa"/>
            <w:vAlign w:val="center"/>
            <w:hideMark/>
          </w:tcPr>
          <w:p w14:paraId="5417C4ED"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624" w:type="dxa"/>
            <w:vAlign w:val="center"/>
          </w:tcPr>
          <w:p w14:paraId="2EEAA81E"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-0.04 (-0.22, 0.13)</w:t>
            </w:r>
          </w:p>
        </w:tc>
        <w:tc>
          <w:tcPr>
            <w:tcW w:w="1624" w:type="dxa"/>
            <w:shd w:val="clear" w:color="auto" w:fill="C6C6C6"/>
            <w:noWrap/>
            <w:vAlign w:val="center"/>
          </w:tcPr>
          <w:p w14:paraId="7B404F93"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624" w:type="dxa"/>
            <w:vAlign w:val="center"/>
          </w:tcPr>
          <w:p w14:paraId="6D39C1F2"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-0.01 (-0.2, 0.17)</w:t>
            </w:r>
          </w:p>
        </w:tc>
        <w:tc>
          <w:tcPr>
            <w:tcW w:w="1624" w:type="dxa"/>
            <w:shd w:val="clear" w:color="auto" w:fill="CFEDFF"/>
            <w:vAlign w:val="center"/>
          </w:tcPr>
          <w:p w14:paraId="5BD25161"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-0.38 (-‍0.62, -‍0.15)</w:t>
            </w:r>
          </w:p>
        </w:tc>
        <w:tc>
          <w:tcPr>
            <w:tcW w:w="1534" w:type="dxa"/>
            <w:vAlign w:val="center"/>
          </w:tcPr>
          <w:p w14:paraId="2E88E8CE"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-0.05 (-0.38, 0.26)</w:t>
            </w:r>
          </w:p>
        </w:tc>
        <w:tc>
          <w:tcPr>
            <w:tcW w:w="1534" w:type="dxa"/>
            <w:vAlign w:val="center"/>
          </w:tcPr>
          <w:p w14:paraId="5557F642"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-0.1 (-0.3, 0.09)</w:t>
            </w:r>
          </w:p>
        </w:tc>
        <w:tc>
          <w:tcPr>
            <w:tcW w:w="1805" w:type="dxa"/>
            <w:vAlign w:val="center"/>
          </w:tcPr>
          <w:p w14:paraId="2A8F307F"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-0.22 (-‍0.42, -‍0.03)</w:t>
            </w:r>
          </w:p>
        </w:tc>
        <w:tc>
          <w:tcPr>
            <w:tcW w:w="1920" w:type="dxa"/>
            <w:vAlign w:val="center"/>
          </w:tcPr>
          <w:p w14:paraId="52444EE7"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-0.28 (-0.47, -0.09)</w:t>
            </w:r>
          </w:p>
        </w:tc>
      </w:tr>
      <w:tr w:rsidR="008E0AE9" w:rsidRPr="00EB75F0" w14:paraId="6CA85479" w14:textId="77777777" w:rsidTr="00192CF2">
        <w:trPr>
          <w:gridAfter w:val="1"/>
          <w:wAfter w:w="6" w:type="dxa"/>
          <w:trHeight w:val="297"/>
        </w:trPr>
        <w:tc>
          <w:tcPr>
            <w:tcW w:w="1349" w:type="dxa"/>
            <w:vAlign w:val="center"/>
            <w:hideMark/>
          </w:tcPr>
          <w:p w14:paraId="403D86A5"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624" w:type="dxa"/>
            <w:vAlign w:val="center"/>
          </w:tcPr>
          <w:p w14:paraId="13634D2C"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-0.03 (-0.19, 0.14)</w:t>
            </w:r>
          </w:p>
        </w:tc>
        <w:tc>
          <w:tcPr>
            <w:tcW w:w="1624" w:type="dxa"/>
            <w:vAlign w:val="center"/>
          </w:tcPr>
          <w:p w14:paraId="639453AB"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0.01 (-0.17, 0.2)</w:t>
            </w:r>
          </w:p>
        </w:tc>
        <w:tc>
          <w:tcPr>
            <w:tcW w:w="1624" w:type="dxa"/>
            <w:shd w:val="clear" w:color="auto" w:fill="C6C6C6"/>
            <w:noWrap/>
            <w:vAlign w:val="center"/>
          </w:tcPr>
          <w:p w14:paraId="4C5ABA49"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624" w:type="dxa"/>
            <w:shd w:val="clear" w:color="auto" w:fill="CFEDFF"/>
            <w:vAlign w:val="center"/>
          </w:tcPr>
          <w:p w14:paraId="4FA96354"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-0.37 (-‍0.61, -‍0.13)</w:t>
            </w:r>
          </w:p>
        </w:tc>
        <w:tc>
          <w:tcPr>
            <w:tcW w:w="1534" w:type="dxa"/>
            <w:vAlign w:val="center"/>
          </w:tcPr>
          <w:p w14:paraId="30545B11"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-0.04 (-0.35, 0.28)</w:t>
            </w:r>
          </w:p>
        </w:tc>
        <w:tc>
          <w:tcPr>
            <w:tcW w:w="1534" w:type="dxa"/>
            <w:vAlign w:val="center"/>
          </w:tcPr>
          <w:p w14:paraId="2F3674F1"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-0.09 (-‍0.28, 0.1)</w:t>
            </w:r>
          </w:p>
        </w:tc>
        <w:tc>
          <w:tcPr>
            <w:tcW w:w="1805" w:type="dxa"/>
            <w:vAlign w:val="center"/>
          </w:tcPr>
          <w:p w14:paraId="57310C41"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-0.21 (-‍0.41, -‍0.01)</w:t>
            </w:r>
          </w:p>
        </w:tc>
        <w:tc>
          <w:tcPr>
            <w:tcW w:w="1920" w:type="dxa"/>
            <w:vAlign w:val="center"/>
          </w:tcPr>
          <w:p w14:paraId="0FAFF721"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-0.26 (-0.43, -0.1)</w:t>
            </w:r>
          </w:p>
        </w:tc>
      </w:tr>
      <w:tr w:rsidR="008E0AE9" w:rsidRPr="00EB75F0" w14:paraId="498DFB42" w14:textId="77777777" w:rsidTr="00192CF2">
        <w:trPr>
          <w:gridAfter w:val="1"/>
          <w:wAfter w:w="6" w:type="dxa"/>
          <w:trHeight w:val="297"/>
        </w:trPr>
        <w:tc>
          <w:tcPr>
            <w:tcW w:w="1349" w:type="dxa"/>
            <w:vAlign w:val="center"/>
            <w:hideMark/>
          </w:tcPr>
          <w:p w14:paraId="10BD9B99" w14:textId="45E02924" w:rsidR="008E0AE9" w:rsidRPr="00EB75F0" w:rsidRDefault="009A3ECD" w:rsidP="008E0AE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hAnsiTheme="majorHAnsi" w:cstheme="majorHAnsi"/>
                <w:sz w:val="16"/>
                <w:szCs w:val="16"/>
              </w:rPr>
              <w:t>KarXT</w:t>
            </w:r>
            <w:proofErr w:type="spellEnd"/>
          </w:p>
        </w:tc>
        <w:tc>
          <w:tcPr>
            <w:tcW w:w="1624" w:type="dxa"/>
            <w:vAlign w:val="center"/>
          </w:tcPr>
          <w:p w14:paraId="5506F6F3"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0.33 (0.11, 0.57)</w:t>
            </w:r>
          </w:p>
        </w:tc>
        <w:tc>
          <w:tcPr>
            <w:tcW w:w="1624" w:type="dxa"/>
            <w:vAlign w:val="center"/>
          </w:tcPr>
          <w:p w14:paraId="073CB53A"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0.38 (0.15, 0.62)</w:t>
            </w:r>
          </w:p>
        </w:tc>
        <w:tc>
          <w:tcPr>
            <w:tcW w:w="1624" w:type="dxa"/>
            <w:vAlign w:val="center"/>
          </w:tcPr>
          <w:p w14:paraId="3F012998"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0.37 (0.13, 0.61)</w:t>
            </w:r>
          </w:p>
        </w:tc>
        <w:tc>
          <w:tcPr>
            <w:tcW w:w="1624" w:type="dxa"/>
            <w:shd w:val="clear" w:color="auto" w:fill="C6C6C6"/>
            <w:noWrap/>
            <w:vAlign w:val="center"/>
          </w:tcPr>
          <w:p w14:paraId="2AA5768D"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534" w:type="dxa"/>
            <w:vAlign w:val="center"/>
          </w:tcPr>
          <w:p w14:paraId="28C1B9E5"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0.33 (-0.02, 0.68)</w:t>
            </w:r>
          </w:p>
        </w:tc>
        <w:tc>
          <w:tcPr>
            <w:tcW w:w="1534" w:type="dxa"/>
            <w:vAlign w:val="center"/>
          </w:tcPr>
          <w:p w14:paraId="2B054249"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0.28 (0.03, 0.52)</w:t>
            </w:r>
          </w:p>
        </w:tc>
        <w:tc>
          <w:tcPr>
            <w:tcW w:w="1805" w:type="dxa"/>
            <w:vAlign w:val="center"/>
          </w:tcPr>
          <w:p w14:paraId="03CCB7ED"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0.16 (-0.09, 0.41)</w:t>
            </w:r>
          </w:p>
        </w:tc>
        <w:tc>
          <w:tcPr>
            <w:tcW w:w="1920" w:type="dxa"/>
            <w:vAlign w:val="center"/>
          </w:tcPr>
          <w:p w14:paraId="5FB8A48F"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0.1 (-0.14, 0.34)</w:t>
            </w:r>
          </w:p>
        </w:tc>
      </w:tr>
      <w:tr w:rsidR="0013674C" w:rsidRPr="00EB75F0" w14:paraId="72E2E401" w14:textId="77777777" w:rsidTr="00192CF2">
        <w:trPr>
          <w:gridAfter w:val="1"/>
          <w:wAfter w:w="6" w:type="dxa"/>
          <w:trHeight w:val="297"/>
        </w:trPr>
        <w:tc>
          <w:tcPr>
            <w:tcW w:w="1349" w:type="dxa"/>
            <w:vAlign w:val="center"/>
            <w:hideMark/>
          </w:tcPr>
          <w:p w14:paraId="66ECEFBC"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624" w:type="dxa"/>
            <w:vAlign w:val="center"/>
          </w:tcPr>
          <w:p w14:paraId="2AB5FA8E"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0.01 (-0.3, 0.33)</w:t>
            </w:r>
          </w:p>
        </w:tc>
        <w:tc>
          <w:tcPr>
            <w:tcW w:w="1624" w:type="dxa"/>
            <w:vAlign w:val="center"/>
          </w:tcPr>
          <w:p w14:paraId="2259EBB6"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0.05 (-0.26, 0.38)</w:t>
            </w:r>
          </w:p>
        </w:tc>
        <w:tc>
          <w:tcPr>
            <w:tcW w:w="1624" w:type="dxa"/>
            <w:vAlign w:val="center"/>
          </w:tcPr>
          <w:p w14:paraId="6EB45B96"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0.04 (-0.28, 0.35)</w:t>
            </w:r>
          </w:p>
        </w:tc>
        <w:tc>
          <w:tcPr>
            <w:tcW w:w="1624" w:type="dxa"/>
            <w:shd w:val="clear" w:color="auto" w:fill="CFEDFF"/>
            <w:vAlign w:val="center"/>
          </w:tcPr>
          <w:p w14:paraId="182A8BB8"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-0.33 (-‍0.68, 0.02)</w:t>
            </w:r>
          </w:p>
        </w:tc>
        <w:tc>
          <w:tcPr>
            <w:tcW w:w="1534" w:type="dxa"/>
            <w:shd w:val="clear" w:color="auto" w:fill="C6C6C6"/>
            <w:noWrap/>
            <w:vAlign w:val="center"/>
          </w:tcPr>
          <w:p w14:paraId="333EDFFF"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534" w:type="dxa"/>
            <w:vAlign w:val="center"/>
          </w:tcPr>
          <w:p w14:paraId="0E23FE6D"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-0.05 (-‍0.37, 0.28)</w:t>
            </w:r>
          </w:p>
        </w:tc>
        <w:tc>
          <w:tcPr>
            <w:tcW w:w="1805" w:type="dxa"/>
            <w:vAlign w:val="center"/>
          </w:tcPr>
          <w:p w14:paraId="15E44556"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-0.17 (-0.5, 0.16)</w:t>
            </w:r>
          </w:p>
        </w:tc>
        <w:tc>
          <w:tcPr>
            <w:tcW w:w="1920" w:type="dxa"/>
            <w:vAlign w:val="center"/>
          </w:tcPr>
          <w:p w14:paraId="7144AE62"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-0.22 (-0.54, 0.1)</w:t>
            </w:r>
          </w:p>
        </w:tc>
      </w:tr>
      <w:tr w:rsidR="0013674C" w:rsidRPr="00EB75F0" w14:paraId="1F8E7075" w14:textId="77777777" w:rsidTr="00192CF2">
        <w:trPr>
          <w:gridAfter w:val="1"/>
          <w:wAfter w:w="6" w:type="dxa"/>
          <w:trHeight w:val="297"/>
        </w:trPr>
        <w:tc>
          <w:tcPr>
            <w:tcW w:w="1349" w:type="dxa"/>
            <w:vAlign w:val="center"/>
            <w:hideMark/>
          </w:tcPr>
          <w:p w14:paraId="0551E4B1"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624" w:type="dxa"/>
            <w:vAlign w:val="center"/>
          </w:tcPr>
          <w:p w14:paraId="31BF0430"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0.06 (-0.1, 0.23)</w:t>
            </w:r>
          </w:p>
        </w:tc>
        <w:tc>
          <w:tcPr>
            <w:tcW w:w="1624" w:type="dxa"/>
            <w:vAlign w:val="center"/>
          </w:tcPr>
          <w:p w14:paraId="08106D86"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0.1 (-0.09, 0.3)</w:t>
            </w:r>
          </w:p>
        </w:tc>
        <w:tc>
          <w:tcPr>
            <w:tcW w:w="1624" w:type="dxa"/>
            <w:vAlign w:val="center"/>
          </w:tcPr>
          <w:p w14:paraId="7946571D"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0.09 (-0.1, 0.28)</w:t>
            </w:r>
          </w:p>
        </w:tc>
        <w:tc>
          <w:tcPr>
            <w:tcW w:w="1624" w:type="dxa"/>
            <w:shd w:val="clear" w:color="auto" w:fill="CFEDFF"/>
            <w:vAlign w:val="center"/>
          </w:tcPr>
          <w:p w14:paraId="1A88DE89"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-0.28 (-‍0.52, -‍0.03)</w:t>
            </w:r>
          </w:p>
        </w:tc>
        <w:tc>
          <w:tcPr>
            <w:tcW w:w="1534" w:type="dxa"/>
            <w:vAlign w:val="center"/>
          </w:tcPr>
          <w:p w14:paraId="0FCDEFEF"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0.05 (-0.28, 0.37)</w:t>
            </w:r>
          </w:p>
        </w:tc>
        <w:tc>
          <w:tcPr>
            <w:tcW w:w="1534" w:type="dxa"/>
            <w:shd w:val="clear" w:color="auto" w:fill="C6C6C6"/>
            <w:noWrap/>
            <w:vAlign w:val="center"/>
          </w:tcPr>
          <w:p w14:paraId="6A7A6635"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805" w:type="dxa"/>
            <w:vAlign w:val="center"/>
          </w:tcPr>
          <w:p w14:paraId="74AFFCE8"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-0.12 (-‍0.33, 0.1)</w:t>
            </w:r>
          </w:p>
        </w:tc>
        <w:tc>
          <w:tcPr>
            <w:tcW w:w="1920" w:type="dxa"/>
            <w:vAlign w:val="center"/>
          </w:tcPr>
          <w:p w14:paraId="1E864193"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-0.17 (-0.37, 0.03)</w:t>
            </w:r>
          </w:p>
        </w:tc>
      </w:tr>
      <w:tr w:rsidR="0013674C" w:rsidRPr="00EB75F0" w14:paraId="29D20A24" w14:textId="77777777" w:rsidTr="00192CF2">
        <w:trPr>
          <w:gridAfter w:val="1"/>
          <w:wAfter w:w="6" w:type="dxa"/>
          <w:trHeight w:val="297"/>
        </w:trPr>
        <w:tc>
          <w:tcPr>
            <w:tcW w:w="1349" w:type="dxa"/>
            <w:vAlign w:val="center"/>
            <w:hideMark/>
          </w:tcPr>
          <w:p w14:paraId="367CF9FE"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624" w:type="dxa"/>
            <w:vAlign w:val="center"/>
          </w:tcPr>
          <w:p w14:paraId="738F55AB"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0.17 (-0.02, 0.38)</w:t>
            </w:r>
          </w:p>
        </w:tc>
        <w:tc>
          <w:tcPr>
            <w:tcW w:w="1624" w:type="dxa"/>
            <w:vAlign w:val="center"/>
          </w:tcPr>
          <w:p w14:paraId="5CD67D80"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0.22 (0.03, 0.42)</w:t>
            </w:r>
          </w:p>
        </w:tc>
        <w:tc>
          <w:tcPr>
            <w:tcW w:w="1624" w:type="dxa"/>
            <w:vAlign w:val="center"/>
          </w:tcPr>
          <w:p w14:paraId="2B99856C"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0.21 (0.01, 0.41)</w:t>
            </w:r>
          </w:p>
        </w:tc>
        <w:tc>
          <w:tcPr>
            <w:tcW w:w="1624" w:type="dxa"/>
            <w:shd w:val="clear" w:color="auto" w:fill="CFEDFF"/>
            <w:vAlign w:val="center"/>
          </w:tcPr>
          <w:p w14:paraId="3BA0459E"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-0.16 (-‍0.41, 0.09)</w:t>
            </w:r>
          </w:p>
        </w:tc>
        <w:tc>
          <w:tcPr>
            <w:tcW w:w="1534" w:type="dxa"/>
            <w:vAlign w:val="center"/>
          </w:tcPr>
          <w:p w14:paraId="0E9B9FE2"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0.17 (-0.16, 0.5)</w:t>
            </w:r>
          </w:p>
        </w:tc>
        <w:tc>
          <w:tcPr>
            <w:tcW w:w="1534" w:type="dxa"/>
            <w:vAlign w:val="center"/>
          </w:tcPr>
          <w:p w14:paraId="035160A5"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0.12 (-0.1, 0.33)</w:t>
            </w:r>
          </w:p>
        </w:tc>
        <w:tc>
          <w:tcPr>
            <w:tcW w:w="1805" w:type="dxa"/>
            <w:shd w:val="clear" w:color="auto" w:fill="C6C6C6"/>
            <w:noWrap/>
            <w:vAlign w:val="center"/>
          </w:tcPr>
          <w:p w14:paraId="63F54E9D"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920" w:type="dxa"/>
            <w:vAlign w:val="center"/>
          </w:tcPr>
          <w:p w14:paraId="54D5D17A"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-0.06 (-0.27, 0.16)</w:t>
            </w:r>
          </w:p>
        </w:tc>
      </w:tr>
      <w:tr w:rsidR="0013674C" w:rsidRPr="00EB75F0" w14:paraId="53A0C8FA" w14:textId="77777777" w:rsidTr="00192CF2">
        <w:trPr>
          <w:gridAfter w:val="1"/>
          <w:wAfter w:w="6" w:type="dxa"/>
          <w:trHeight w:val="297"/>
        </w:trPr>
        <w:tc>
          <w:tcPr>
            <w:tcW w:w="1349" w:type="dxa"/>
            <w:vAlign w:val="center"/>
            <w:hideMark/>
          </w:tcPr>
          <w:p w14:paraId="79DBD23A"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624" w:type="dxa"/>
            <w:vAlign w:val="center"/>
          </w:tcPr>
          <w:p w14:paraId="011D0265"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0.23 (0.06, 0.4)</w:t>
            </w:r>
          </w:p>
        </w:tc>
        <w:tc>
          <w:tcPr>
            <w:tcW w:w="1624" w:type="dxa"/>
            <w:vAlign w:val="center"/>
          </w:tcPr>
          <w:p w14:paraId="50F191F7"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0.28 (0.09, 0.47)</w:t>
            </w:r>
          </w:p>
        </w:tc>
        <w:tc>
          <w:tcPr>
            <w:tcW w:w="1624" w:type="dxa"/>
            <w:vAlign w:val="center"/>
          </w:tcPr>
          <w:p w14:paraId="5E799030"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0.26 (0.1, 0.43)</w:t>
            </w:r>
          </w:p>
        </w:tc>
        <w:tc>
          <w:tcPr>
            <w:tcW w:w="1624" w:type="dxa"/>
            <w:shd w:val="clear" w:color="auto" w:fill="CFEDFF"/>
            <w:vAlign w:val="center"/>
          </w:tcPr>
          <w:p w14:paraId="789D7679"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-0.1 (-0.34, 0.14)</w:t>
            </w:r>
          </w:p>
        </w:tc>
        <w:tc>
          <w:tcPr>
            <w:tcW w:w="1534" w:type="dxa"/>
            <w:vAlign w:val="center"/>
          </w:tcPr>
          <w:p w14:paraId="4BD6F585"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0.22 (-0.1, 0.54)</w:t>
            </w:r>
          </w:p>
        </w:tc>
        <w:tc>
          <w:tcPr>
            <w:tcW w:w="1534" w:type="dxa"/>
            <w:vAlign w:val="center"/>
          </w:tcPr>
          <w:p w14:paraId="1095C902"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0.17 (-0.03, 0.37)</w:t>
            </w:r>
          </w:p>
        </w:tc>
        <w:tc>
          <w:tcPr>
            <w:tcW w:w="1805" w:type="dxa"/>
            <w:vAlign w:val="center"/>
          </w:tcPr>
          <w:p w14:paraId="5D4D1576"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0.06 (-0.16, 0.27)</w:t>
            </w:r>
          </w:p>
        </w:tc>
        <w:tc>
          <w:tcPr>
            <w:tcW w:w="1920" w:type="dxa"/>
            <w:shd w:val="clear" w:color="auto" w:fill="C6C6C6"/>
            <w:noWrap/>
            <w:vAlign w:val="center"/>
          </w:tcPr>
          <w:p w14:paraId="713D317F"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r>
      <w:tr w:rsidR="008E0AE9" w:rsidRPr="00EB75F0" w14:paraId="460F80A0" w14:textId="77777777" w:rsidTr="00192CF2">
        <w:trPr>
          <w:trHeight w:val="297"/>
        </w:trPr>
        <w:tc>
          <w:tcPr>
            <w:tcW w:w="14644" w:type="dxa"/>
            <w:gridSpan w:val="10"/>
            <w:vAlign w:val="center"/>
          </w:tcPr>
          <w:p w14:paraId="5A4AF1C4" w14:textId="43971E86" w:rsidR="008E0AE9" w:rsidRPr="00EB75F0" w:rsidRDefault="008E0AE9" w:rsidP="008E0AE9">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w:t>
            </w:r>
            <w:r w:rsidR="00A47D85" w:rsidRPr="00EB75F0">
              <w:rPr>
                <w:rFonts w:asciiTheme="majorHAnsi" w:hAnsiTheme="majorHAnsi" w:cstheme="majorHAnsi"/>
                <w:sz w:val="16"/>
                <w:szCs w:val="16"/>
              </w:rPr>
              <w:t>MD, mean difference</w:t>
            </w:r>
            <w:r w:rsidR="00F4689E"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F4689E" w:rsidRPr="00EB75F0">
              <w:rPr>
                <w:rFonts w:asciiTheme="majorHAnsi" w:eastAsia="Times New Roman" w:hAnsiTheme="majorHAnsi" w:cstheme="majorHAnsi"/>
                <w:color w:val="000000"/>
                <w:sz w:val="16"/>
                <w:szCs w:val="16"/>
                <w:lang w:eastAsia="zh-TW"/>
              </w:rPr>
              <w:t xml:space="preserve">, </w:t>
            </w:r>
            <w:proofErr w:type="spellStart"/>
            <w:r w:rsidR="00F4689E" w:rsidRPr="00EB75F0">
              <w:rPr>
                <w:rFonts w:asciiTheme="majorHAnsi" w:hAnsiTheme="majorHAnsi" w:cstheme="majorHAnsi"/>
                <w:sz w:val="16"/>
                <w:szCs w:val="16"/>
              </w:rPr>
              <w:t>xanomeline</w:t>
            </w:r>
            <w:proofErr w:type="spellEnd"/>
            <w:r w:rsidR="00F4689E" w:rsidRPr="00EB75F0">
              <w:rPr>
                <w:rFonts w:asciiTheme="majorHAnsi" w:hAnsiTheme="majorHAnsi" w:cstheme="majorHAnsi"/>
                <w:sz w:val="16"/>
                <w:szCs w:val="16"/>
              </w:rPr>
              <w:t>/</w:t>
            </w:r>
            <w:proofErr w:type="spellStart"/>
            <w:r w:rsidR="00F4689E" w:rsidRPr="00EB75F0">
              <w:rPr>
                <w:rFonts w:asciiTheme="majorHAnsi" w:hAnsiTheme="majorHAnsi" w:cstheme="majorHAnsi"/>
                <w:sz w:val="16"/>
                <w:szCs w:val="16"/>
              </w:rPr>
              <w:t>trospium</w:t>
            </w:r>
            <w:proofErr w:type="spellEnd"/>
            <w:r w:rsidR="00F4689E" w:rsidRPr="00EB75F0">
              <w:rPr>
                <w:rFonts w:asciiTheme="majorHAnsi" w:hAnsiTheme="majorHAnsi" w:cstheme="majorHAnsi"/>
                <w:sz w:val="16"/>
                <w:szCs w:val="16"/>
              </w:rPr>
              <w:t xml:space="preserve"> chloride</w:t>
            </w:r>
            <w:r w:rsidR="00F4689E" w:rsidRPr="00EB75F0">
              <w:rPr>
                <w:rFonts w:asciiTheme="majorHAnsi" w:eastAsiaTheme="minorHAnsi" w:hAnsiTheme="majorHAnsi" w:cstheme="majorHAnsi"/>
                <w:color w:val="FFFFFF" w:themeColor="background1"/>
                <w:sz w:val="16"/>
                <w:szCs w:val="16"/>
              </w:rPr>
              <w:t xml:space="preserve"> /T</w:t>
            </w:r>
          </w:p>
          <w:p w14:paraId="0829C8F8" w14:textId="177AC95B"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6EA50C4A" w14:textId="77777777" w:rsidR="00D86179" w:rsidRPr="00EB75F0" w:rsidRDefault="00D86179" w:rsidP="00D86179"/>
    <w:p w14:paraId="7AA0D2EF" w14:textId="22C44463" w:rsidR="008E0AE9" w:rsidRPr="00EB75F0" w:rsidRDefault="00A06AE8" w:rsidP="00295D9B">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16</w:t>
        </w:r>
      </w:fldSimple>
      <w:r w:rsidR="008E0AE9" w:rsidRPr="00EB75F0">
        <w:t xml:space="preserve">: Change from baseline CGI-S score – League table – fixed-effects model, base case network – MD (95% </w:t>
      </w:r>
      <w:proofErr w:type="spellStart"/>
      <w:r w:rsidR="008E0AE9" w:rsidRPr="00EB75F0">
        <w:t>CrI</w:t>
      </w:r>
      <w:proofErr w:type="spellEnd"/>
      <w:r w:rsidR="008E0AE9" w:rsidRPr="00EB75F0">
        <w:t>)</w:t>
      </w:r>
    </w:p>
    <w:tbl>
      <w:tblPr>
        <w:tblStyle w:val="Lumanitytable"/>
        <w:tblW w:w="5036" w:type="pct"/>
        <w:tblLayout w:type="fixed"/>
        <w:tblLook w:val="04A0" w:firstRow="1" w:lastRow="0" w:firstColumn="1" w:lastColumn="0" w:noHBand="0" w:noVBand="1"/>
      </w:tblPr>
      <w:tblGrid>
        <w:gridCol w:w="1343"/>
        <w:gridCol w:w="1622"/>
        <w:gridCol w:w="1622"/>
        <w:gridCol w:w="1619"/>
        <w:gridCol w:w="1710"/>
        <w:gridCol w:w="1710"/>
        <w:gridCol w:w="1622"/>
        <w:gridCol w:w="1710"/>
        <w:gridCol w:w="1707"/>
      </w:tblGrid>
      <w:tr w:rsidR="008E0AE9" w:rsidRPr="00EB75F0" w14:paraId="4AD11794" w14:textId="77777777" w:rsidTr="00B717B6">
        <w:trPr>
          <w:cnfStyle w:val="100000000000" w:firstRow="1" w:lastRow="0" w:firstColumn="0" w:lastColumn="0" w:oddVBand="0" w:evenVBand="0" w:oddHBand="0" w:evenHBand="0" w:firstRowFirstColumn="0" w:firstRowLastColumn="0" w:lastRowFirstColumn="0" w:lastRowLastColumn="0"/>
          <w:trHeight w:val="38"/>
          <w:tblHeader/>
        </w:trPr>
        <w:tc>
          <w:tcPr>
            <w:tcW w:w="458" w:type="pct"/>
            <w:hideMark/>
          </w:tcPr>
          <w:p w14:paraId="2107FA02"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553" w:type="pct"/>
            <w:hideMark/>
          </w:tcPr>
          <w:p w14:paraId="4A0ED08E"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553" w:type="pct"/>
            <w:hideMark/>
          </w:tcPr>
          <w:p w14:paraId="3563A969"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552" w:type="pct"/>
            <w:hideMark/>
          </w:tcPr>
          <w:p w14:paraId="4B66E21B"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583" w:type="pct"/>
            <w:hideMark/>
          </w:tcPr>
          <w:p w14:paraId="44FD1228" w14:textId="5C8B7742" w:rsidR="008E0AE9" w:rsidRPr="00EB75F0" w:rsidRDefault="009A3EC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583" w:type="pct"/>
            <w:hideMark/>
          </w:tcPr>
          <w:p w14:paraId="3BAE5509"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553" w:type="pct"/>
            <w:hideMark/>
          </w:tcPr>
          <w:p w14:paraId="2A00FF35"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583" w:type="pct"/>
            <w:hideMark/>
          </w:tcPr>
          <w:p w14:paraId="034B4BEE"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582" w:type="pct"/>
            <w:hideMark/>
          </w:tcPr>
          <w:p w14:paraId="7AAC9B5C" w14:textId="77777777" w:rsidR="008E0AE9" w:rsidRPr="00EB75F0" w:rsidRDefault="008E0AE9"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8E0AE9" w:rsidRPr="00EB75F0" w14:paraId="5CA53C5A" w14:textId="77777777" w:rsidTr="008E0AE9">
        <w:trPr>
          <w:trHeight w:val="288"/>
        </w:trPr>
        <w:tc>
          <w:tcPr>
            <w:tcW w:w="458" w:type="pct"/>
            <w:vAlign w:val="center"/>
            <w:hideMark/>
          </w:tcPr>
          <w:p w14:paraId="52825C9C"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553" w:type="pct"/>
            <w:vAlign w:val="center"/>
          </w:tcPr>
          <w:p w14:paraId="6E27B053"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 (-0.4 to -0.19)</w:t>
            </w:r>
          </w:p>
        </w:tc>
        <w:tc>
          <w:tcPr>
            <w:tcW w:w="553" w:type="pct"/>
            <w:vAlign w:val="center"/>
          </w:tcPr>
          <w:p w14:paraId="03A45053"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-0.25 (-0.36 to -0.15)</w:t>
            </w:r>
          </w:p>
        </w:tc>
        <w:tc>
          <w:tcPr>
            <w:tcW w:w="552" w:type="pct"/>
            <w:vAlign w:val="center"/>
          </w:tcPr>
          <w:p w14:paraId="51AA307B"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-0.26 (-0.36 to -0.16)</w:t>
            </w:r>
          </w:p>
        </w:tc>
        <w:tc>
          <w:tcPr>
            <w:tcW w:w="583" w:type="pct"/>
            <w:shd w:val="clear" w:color="auto" w:fill="CFEDFF"/>
            <w:vAlign w:val="center"/>
          </w:tcPr>
          <w:p w14:paraId="0912BE98"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-0.63 (-0.79 to -0.47)</w:t>
            </w:r>
          </w:p>
        </w:tc>
        <w:tc>
          <w:tcPr>
            <w:tcW w:w="583" w:type="pct"/>
            <w:vAlign w:val="center"/>
          </w:tcPr>
          <w:p w14:paraId="2F2693E1"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 (-0.52 to -0.08)</w:t>
            </w:r>
          </w:p>
        </w:tc>
        <w:tc>
          <w:tcPr>
            <w:tcW w:w="553" w:type="pct"/>
            <w:vAlign w:val="center"/>
          </w:tcPr>
          <w:p w14:paraId="7603DD3A"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-0.35 (-0.48 to -0.23)</w:t>
            </w:r>
          </w:p>
        </w:tc>
        <w:tc>
          <w:tcPr>
            <w:tcW w:w="583" w:type="pct"/>
            <w:vAlign w:val="center"/>
          </w:tcPr>
          <w:p w14:paraId="0D4AE6A5"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-0.47 (-0.6 to -0.33)</w:t>
            </w:r>
          </w:p>
        </w:tc>
        <w:tc>
          <w:tcPr>
            <w:tcW w:w="582" w:type="pct"/>
            <w:vAlign w:val="center"/>
          </w:tcPr>
          <w:p w14:paraId="0D7F0310"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-0.53 (-0.65 to -0.41)</w:t>
            </w:r>
          </w:p>
        </w:tc>
      </w:tr>
      <w:tr w:rsidR="008E0AE9" w:rsidRPr="00EB75F0" w14:paraId="56F97F6D" w14:textId="77777777" w:rsidTr="008E0AE9">
        <w:trPr>
          <w:trHeight w:val="288"/>
        </w:trPr>
        <w:tc>
          <w:tcPr>
            <w:tcW w:w="458" w:type="pct"/>
            <w:vAlign w:val="center"/>
            <w:hideMark/>
          </w:tcPr>
          <w:p w14:paraId="4A0923BC"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553" w:type="pct"/>
            <w:shd w:val="clear" w:color="auto" w:fill="C6C6C6"/>
            <w:noWrap/>
            <w:vAlign w:val="center"/>
          </w:tcPr>
          <w:p w14:paraId="5BACB15F"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p>
        </w:tc>
        <w:tc>
          <w:tcPr>
            <w:tcW w:w="553" w:type="pct"/>
            <w:vAlign w:val="center"/>
          </w:tcPr>
          <w:p w14:paraId="0B1D6DB2"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0.04 (-0.1 to 0.19)</w:t>
            </w:r>
          </w:p>
        </w:tc>
        <w:tc>
          <w:tcPr>
            <w:tcW w:w="552" w:type="pct"/>
            <w:vAlign w:val="center"/>
          </w:tcPr>
          <w:p w14:paraId="0305F386"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0.03 (-0.1 to 0.17)</w:t>
            </w:r>
          </w:p>
        </w:tc>
        <w:tc>
          <w:tcPr>
            <w:tcW w:w="583" w:type="pct"/>
            <w:shd w:val="clear" w:color="auto" w:fill="CFEDFF"/>
            <w:vAlign w:val="center"/>
          </w:tcPr>
          <w:p w14:paraId="165C1574"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-0.33 (-0.53 to -0.14)</w:t>
            </w:r>
          </w:p>
        </w:tc>
        <w:tc>
          <w:tcPr>
            <w:tcW w:w="583" w:type="pct"/>
            <w:vAlign w:val="center"/>
          </w:tcPr>
          <w:p w14:paraId="65AFB857"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 (-0.25 to 0.24)</w:t>
            </w:r>
          </w:p>
        </w:tc>
        <w:tc>
          <w:tcPr>
            <w:tcW w:w="553" w:type="pct"/>
            <w:vAlign w:val="center"/>
          </w:tcPr>
          <w:p w14:paraId="213FD11A"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-0.06 (-0.2 to 0.09)</w:t>
            </w:r>
          </w:p>
        </w:tc>
        <w:tc>
          <w:tcPr>
            <w:tcW w:w="583" w:type="pct"/>
            <w:vAlign w:val="center"/>
          </w:tcPr>
          <w:p w14:paraId="284590B6"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-0.17 (-0.34 to 0)</w:t>
            </w:r>
          </w:p>
        </w:tc>
        <w:tc>
          <w:tcPr>
            <w:tcW w:w="582" w:type="pct"/>
            <w:vAlign w:val="center"/>
          </w:tcPr>
          <w:p w14:paraId="0FCD6DC9"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-0.23 (-0.38 to -0.09)</w:t>
            </w:r>
          </w:p>
        </w:tc>
      </w:tr>
      <w:tr w:rsidR="008E0AE9" w:rsidRPr="00EB75F0" w14:paraId="21BC6A90" w14:textId="77777777" w:rsidTr="008E0AE9">
        <w:trPr>
          <w:trHeight w:val="288"/>
        </w:trPr>
        <w:tc>
          <w:tcPr>
            <w:tcW w:w="458" w:type="pct"/>
            <w:vAlign w:val="center"/>
            <w:hideMark/>
          </w:tcPr>
          <w:p w14:paraId="3C9A5669"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553" w:type="pct"/>
            <w:vAlign w:val="center"/>
          </w:tcPr>
          <w:p w14:paraId="07F1BD82"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-0.04 (-0.19 to 0.1)</w:t>
            </w:r>
          </w:p>
        </w:tc>
        <w:tc>
          <w:tcPr>
            <w:tcW w:w="553" w:type="pct"/>
            <w:shd w:val="clear" w:color="auto" w:fill="C6C6C6"/>
            <w:noWrap/>
            <w:vAlign w:val="center"/>
          </w:tcPr>
          <w:p w14:paraId="5FFFE304"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p>
        </w:tc>
        <w:tc>
          <w:tcPr>
            <w:tcW w:w="552" w:type="pct"/>
            <w:vAlign w:val="center"/>
          </w:tcPr>
          <w:p w14:paraId="76B4F288"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-0.01 (-0.16 to 0.13)</w:t>
            </w:r>
          </w:p>
        </w:tc>
        <w:tc>
          <w:tcPr>
            <w:tcW w:w="583" w:type="pct"/>
            <w:shd w:val="clear" w:color="auto" w:fill="CFEDFF"/>
            <w:vAlign w:val="center"/>
          </w:tcPr>
          <w:p w14:paraId="16C942B2"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-0.38 (-0.57 to -0.19)</w:t>
            </w:r>
          </w:p>
        </w:tc>
        <w:tc>
          <w:tcPr>
            <w:tcW w:w="583" w:type="pct"/>
            <w:vAlign w:val="center"/>
          </w:tcPr>
          <w:p w14:paraId="421060BC"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-0.05 (-0.29 to 0.2)</w:t>
            </w:r>
          </w:p>
        </w:tc>
        <w:tc>
          <w:tcPr>
            <w:tcW w:w="553" w:type="pct"/>
            <w:vAlign w:val="center"/>
          </w:tcPr>
          <w:p w14:paraId="095BDD5F"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-0.1 (-0.26 to 0.06)</w:t>
            </w:r>
          </w:p>
        </w:tc>
        <w:tc>
          <w:tcPr>
            <w:tcW w:w="583" w:type="pct"/>
            <w:vAlign w:val="center"/>
          </w:tcPr>
          <w:p w14:paraId="24484D85"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-0.22 (-0.37 to -0.06)</w:t>
            </w:r>
          </w:p>
        </w:tc>
        <w:tc>
          <w:tcPr>
            <w:tcW w:w="582" w:type="pct"/>
            <w:vAlign w:val="center"/>
          </w:tcPr>
          <w:p w14:paraId="04D2B027"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-0.28 (-0.44 to -0.12)</w:t>
            </w:r>
          </w:p>
        </w:tc>
      </w:tr>
      <w:tr w:rsidR="008E0AE9" w:rsidRPr="00EB75F0" w14:paraId="5E8B3E7F" w14:textId="77777777" w:rsidTr="008E0AE9">
        <w:trPr>
          <w:trHeight w:val="288"/>
        </w:trPr>
        <w:tc>
          <w:tcPr>
            <w:tcW w:w="458" w:type="pct"/>
            <w:vAlign w:val="center"/>
            <w:hideMark/>
          </w:tcPr>
          <w:p w14:paraId="5450D819"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553" w:type="pct"/>
            <w:vAlign w:val="center"/>
          </w:tcPr>
          <w:p w14:paraId="3C7F235B"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-0.03 (-0.17 to 0.1)</w:t>
            </w:r>
          </w:p>
        </w:tc>
        <w:tc>
          <w:tcPr>
            <w:tcW w:w="553" w:type="pct"/>
            <w:vAlign w:val="center"/>
          </w:tcPr>
          <w:p w14:paraId="747C1F97"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0.01 (-0.13 to 0.16)</w:t>
            </w:r>
          </w:p>
        </w:tc>
        <w:tc>
          <w:tcPr>
            <w:tcW w:w="552" w:type="pct"/>
            <w:shd w:val="clear" w:color="auto" w:fill="C6C6C6"/>
            <w:noWrap/>
            <w:vAlign w:val="center"/>
          </w:tcPr>
          <w:p w14:paraId="58D4D346"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p>
        </w:tc>
        <w:tc>
          <w:tcPr>
            <w:tcW w:w="583" w:type="pct"/>
            <w:shd w:val="clear" w:color="auto" w:fill="CFEDFF"/>
            <w:vAlign w:val="center"/>
          </w:tcPr>
          <w:p w14:paraId="77BA0229"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-0.36 (-0.55 to -0.17)</w:t>
            </w:r>
          </w:p>
        </w:tc>
        <w:tc>
          <w:tcPr>
            <w:tcW w:w="583" w:type="pct"/>
            <w:vAlign w:val="center"/>
          </w:tcPr>
          <w:p w14:paraId="35F1E804"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-0.04 (-0.28 to 0.21)</w:t>
            </w:r>
          </w:p>
        </w:tc>
        <w:tc>
          <w:tcPr>
            <w:tcW w:w="553" w:type="pct"/>
            <w:vAlign w:val="center"/>
          </w:tcPr>
          <w:p w14:paraId="1C5EA484"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-0.09 (-0.25 to 0.07)</w:t>
            </w:r>
          </w:p>
        </w:tc>
        <w:tc>
          <w:tcPr>
            <w:tcW w:w="583" w:type="pct"/>
            <w:vAlign w:val="center"/>
          </w:tcPr>
          <w:p w14:paraId="75DA253B"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 (-0.37 to -0.04)</w:t>
            </w:r>
          </w:p>
        </w:tc>
        <w:tc>
          <w:tcPr>
            <w:tcW w:w="582" w:type="pct"/>
            <w:vAlign w:val="center"/>
          </w:tcPr>
          <w:p w14:paraId="4CD33B00"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-0.27 (-0.4 to -0.13)</w:t>
            </w:r>
          </w:p>
        </w:tc>
      </w:tr>
      <w:tr w:rsidR="008E0AE9" w:rsidRPr="00EB75F0" w14:paraId="2C4D7FB9" w14:textId="77777777" w:rsidTr="008E0AE9">
        <w:trPr>
          <w:trHeight w:val="288"/>
        </w:trPr>
        <w:tc>
          <w:tcPr>
            <w:tcW w:w="458" w:type="pct"/>
            <w:vAlign w:val="center"/>
            <w:hideMark/>
          </w:tcPr>
          <w:p w14:paraId="1EE983A0" w14:textId="6D6AF897" w:rsidR="008E0AE9" w:rsidRPr="00EB75F0" w:rsidRDefault="009A3ECD" w:rsidP="008E0AE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hAnsiTheme="majorHAnsi" w:cstheme="majorHAnsi"/>
                <w:sz w:val="16"/>
                <w:szCs w:val="16"/>
              </w:rPr>
              <w:t>KarXT</w:t>
            </w:r>
            <w:proofErr w:type="spellEnd"/>
          </w:p>
        </w:tc>
        <w:tc>
          <w:tcPr>
            <w:tcW w:w="553" w:type="pct"/>
            <w:vAlign w:val="center"/>
          </w:tcPr>
          <w:p w14:paraId="7F6B63C4"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0.33 (0.14 to 0.53)</w:t>
            </w:r>
          </w:p>
        </w:tc>
        <w:tc>
          <w:tcPr>
            <w:tcW w:w="553" w:type="pct"/>
            <w:vAlign w:val="center"/>
          </w:tcPr>
          <w:p w14:paraId="55DF63D1"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0.38 (0.19 to 0.57)</w:t>
            </w:r>
          </w:p>
        </w:tc>
        <w:tc>
          <w:tcPr>
            <w:tcW w:w="552" w:type="pct"/>
            <w:vAlign w:val="center"/>
          </w:tcPr>
          <w:p w14:paraId="76052E73"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0.36 (0.17 to 0.55)</w:t>
            </w:r>
          </w:p>
        </w:tc>
        <w:tc>
          <w:tcPr>
            <w:tcW w:w="583" w:type="pct"/>
            <w:shd w:val="clear" w:color="auto" w:fill="C6C6C6"/>
            <w:noWrap/>
            <w:vAlign w:val="center"/>
          </w:tcPr>
          <w:p w14:paraId="3FD3F6B3"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p>
        </w:tc>
        <w:tc>
          <w:tcPr>
            <w:tcW w:w="583" w:type="pct"/>
            <w:vAlign w:val="center"/>
          </w:tcPr>
          <w:p w14:paraId="41AC13DC"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0.33 (0.05 to 0.6)</w:t>
            </w:r>
          </w:p>
        </w:tc>
        <w:tc>
          <w:tcPr>
            <w:tcW w:w="553" w:type="pct"/>
            <w:vAlign w:val="center"/>
          </w:tcPr>
          <w:p w14:paraId="0182A8CE"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0.28 (0.07 to 0.48)</w:t>
            </w:r>
          </w:p>
        </w:tc>
        <w:tc>
          <w:tcPr>
            <w:tcW w:w="583" w:type="pct"/>
            <w:vAlign w:val="center"/>
          </w:tcPr>
          <w:p w14:paraId="0C929E10"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0.16 (-0.05 to 0.37)</w:t>
            </w:r>
          </w:p>
        </w:tc>
        <w:tc>
          <w:tcPr>
            <w:tcW w:w="582" w:type="pct"/>
            <w:vAlign w:val="center"/>
          </w:tcPr>
          <w:p w14:paraId="6FC67A44"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 (-0.1 to 0.3)</w:t>
            </w:r>
          </w:p>
        </w:tc>
      </w:tr>
      <w:tr w:rsidR="008E0AE9" w:rsidRPr="00EB75F0" w14:paraId="2133A006" w14:textId="77777777" w:rsidTr="008E0AE9">
        <w:trPr>
          <w:trHeight w:val="288"/>
        </w:trPr>
        <w:tc>
          <w:tcPr>
            <w:tcW w:w="458" w:type="pct"/>
            <w:vAlign w:val="center"/>
            <w:hideMark/>
          </w:tcPr>
          <w:p w14:paraId="3429A590"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553" w:type="pct"/>
            <w:vAlign w:val="center"/>
          </w:tcPr>
          <w:p w14:paraId="3CC1587C"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 (-0.24 to 0.25)</w:t>
            </w:r>
          </w:p>
        </w:tc>
        <w:tc>
          <w:tcPr>
            <w:tcW w:w="553" w:type="pct"/>
            <w:vAlign w:val="center"/>
          </w:tcPr>
          <w:p w14:paraId="606C5859"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0.05 (-0.2 to 0.29)</w:t>
            </w:r>
          </w:p>
        </w:tc>
        <w:tc>
          <w:tcPr>
            <w:tcW w:w="552" w:type="pct"/>
            <w:vAlign w:val="center"/>
          </w:tcPr>
          <w:p w14:paraId="37863D3A"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0.04 (-0.21 to 0.28)</w:t>
            </w:r>
          </w:p>
        </w:tc>
        <w:tc>
          <w:tcPr>
            <w:tcW w:w="583" w:type="pct"/>
            <w:shd w:val="clear" w:color="auto" w:fill="CFEDFF"/>
            <w:vAlign w:val="center"/>
          </w:tcPr>
          <w:p w14:paraId="33E7AD51"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-0.33 (-0.6 to -0.05)</w:t>
            </w:r>
          </w:p>
        </w:tc>
        <w:tc>
          <w:tcPr>
            <w:tcW w:w="583" w:type="pct"/>
            <w:shd w:val="clear" w:color="auto" w:fill="C6C6C6"/>
            <w:noWrap/>
            <w:vAlign w:val="center"/>
          </w:tcPr>
          <w:p w14:paraId="59F0CEB2"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p>
        </w:tc>
        <w:tc>
          <w:tcPr>
            <w:tcW w:w="553" w:type="pct"/>
            <w:vAlign w:val="center"/>
          </w:tcPr>
          <w:p w14:paraId="06366D71"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-0.05 (-0.31 to 0.2)</w:t>
            </w:r>
          </w:p>
        </w:tc>
        <w:tc>
          <w:tcPr>
            <w:tcW w:w="583" w:type="pct"/>
            <w:vAlign w:val="center"/>
          </w:tcPr>
          <w:p w14:paraId="7111354E"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-0.17 (-0.43 to 0.09)</w:t>
            </w:r>
          </w:p>
        </w:tc>
        <w:tc>
          <w:tcPr>
            <w:tcW w:w="582" w:type="pct"/>
            <w:vAlign w:val="center"/>
          </w:tcPr>
          <w:p w14:paraId="3C36E673"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-0.23 (-0.48 to 0.02)</w:t>
            </w:r>
          </w:p>
        </w:tc>
      </w:tr>
      <w:tr w:rsidR="008E0AE9" w:rsidRPr="00EB75F0" w14:paraId="0FF1ECA1" w14:textId="77777777" w:rsidTr="008E0AE9">
        <w:trPr>
          <w:trHeight w:val="288"/>
        </w:trPr>
        <w:tc>
          <w:tcPr>
            <w:tcW w:w="458" w:type="pct"/>
            <w:vAlign w:val="center"/>
            <w:hideMark/>
          </w:tcPr>
          <w:p w14:paraId="548EBC47"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553" w:type="pct"/>
            <w:vAlign w:val="center"/>
          </w:tcPr>
          <w:p w14:paraId="02D9CF2E"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0.06 (-0.09 to 0.2)</w:t>
            </w:r>
          </w:p>
        </w:tc>
        <w:tc>
          <w:tcPr>
            <w:tcW w:w="553" w:type="pct"/>
            <w:vAlign w:val="center"/>
          </w:tcPr>
          <w:p w14:paraId="78EDD3F3"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 (-0.06 to 0.26)</w:t>
            </w:r>
          </w:p>
        </w:tc>
        <w:tc>
          <w:tcPr>
            <w:tcW w:w="552" w:type="pct"/>
            <w:vAlign w:val="center"/>
          </w:tcPr>
          <w:p w14:paraId="56E912FB"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0.09 (-0.07 to 0.25)</w:t>
            </w:r>
          </w:p>
        </w:tc>
        <w:tc>
          <w:tcPr>
            <w:tcW w:w="583" w:type="pct"/>
            <w:shd w:val="clear" w:color="auto" w:fill="CFEDFF"/>
            <w:vAlign w:val="center"/>
          </w:tcPr>
          <w:p w14:paraId="468A01C6"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-0.28 (-0.48 to -0.07)</w:t>
            </w:r>
          </w:p>
        </w:tc>
        <w:tc>
          <w:tcPr>
            <w:tcW w:w="583" w:type="pct"/>
            <w:vAlign w:val="center"/>
          </w:tcPr>
          <w:p w14:paraId="3772D38F"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0.05 (-0.2 to 0.31)</w:t>
            </w:r>
          </w:p>
        </w:tc>
        <w:tc>
          <w:tcPr>
            <w:tcW w:w="553" w:type="pct"/>
            <w:shd w:val="clear" w:color="auto" w:fill="C6C6C6"/>
            <w:noWrap/>
            <w:vAlign w:val="center"/>
          </w:tcPr>
          <w:p w14:paraId="4B2AEB7E"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p>
        </w:tc>
        <w:tc>
          <w:tcPr>
            <w:tcW w:w="583" w:type="pct"/>
            <w:vAlign w:val="center"/>
          </w:tcPr>
          <w:p w14:paraId="489912BF"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-0.12 (-0.3 to 0.07)</w:t>
            </w:r>
          </w:p>
        </w:tc>
        <w:tc>
          <w:tcPr>
            <w:tcW w:w="582" w:type="pct"/>
            <w:vAlign w:val="center"/>
          </w:tcPr>
          <w:p w14:paraId="3370F84A"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-0.18 (-0.35 to -0.01)</w:t>
            </w:r>
          </w:p>
        </w:tc>
      </w:tr>
      <w:tr w:rsidR="0013674C" w:rsidRPr="00EB75F0" w14:paraId="25D1187D" w14:textId="77777777" w:rsidTr="008E0AE9">
        <w:trPr>
          <w:trHeight w:val="288"/>
        </w:trPr>
        <w:tc>
          <w:tcPr>
            <w:tcW w:w="458" w:type="pct"/>
            <w:vAlign w:val="center"/>
            <w:hideMark/>
          </w:tcPr>
          <w:p w14:paraId="4F0F8360" w14:textId="77777777" w:rsidR="008E0AE9" w:rsidRPr="00EB75F0" w:rsidRDefault="008E0AE9" w:rsidP="008E0AE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553" w:type="pct"/>
            <w:vAlign w:val="center"/>
          </w:tcPr>
          <w:p w14:paraId="212FDE22" w14:textId="77777777" w:rsidR="008E0AE9" w:rsidRPr="00EB75F0" w:rsidRDefault="008E0AE9" w:rsidP="008E0AE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0.17 (0 to 0.34)</w:t>
            </w:r>
          </w:p>
        </w:tc>
        <w:tc>
          <w:tcPr>
            <w:tcW w:w="553" w:type="pct"/>
            <w:vAlign w:val="center"/>
          </w:tcPr>
          <w:p w14:paraId="4469732D" w14:textId="77777777" w:rsidR="008E0AE9" w:rsidRPr="00EB75F0" w:rsidRDefault="008E0AE9" w:rsidP="008E0AE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0.22 (0.06 to 0.37)</w:t>
            </w:r>
          </w:p>
        </w:tc>
        <w:tc>
          <w:tcPr>
            <w:tcW w:w="552" w:type="pct"/>
            <w:vAlign w:val="center"/>
          </w:tcPr>
          <w:p w14:paraId="1C74615D" w14:textId="77777777" w:rsidR="008E0AE9" w:rsidRPr="00EB75F0" w:rsidRDefault="008E0AE9" w:rsidP="008E0AE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 (0.04 to 0.37)</w:t>
            </w:r>
          </w:p>
        </w:tc>
        <w:tc>
          <w:tcPr>
            <w:tcW w:w="583" w:type="pct"/>
            <w:shd w:val="clear" w:color="auto" w:fill="CFEDFF"/>
            <w:vAlign w:val="center"/>
          </w:tcPr>
          <w:p w14:paraId="37C7E25C" w14:textId="77777777" w:rsidR="008E0AE9" w:rsidRPr="00EB75F0" w:rsidRDefault="008E0AE9" w:rsidP="008E0AE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-0.16 (-0.37 to 0.05)</w:t>
            </w:r>
          </w:p>
        </w:tc>
        <w:tc>
          <w:tcPr>
            <w:tcW w:w="583" w:type="pct"/>
            <w:vAlign w:val="center"/>
          </w:tcPr>
          <w:p w14:paraId="0A43B865" w14:textId="77777777" w:rsidR="008E0AE9" w:rsidRPr="00EB75F0" w:rsidRDefault="008E0AE9" w:rsidP="008E0AE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0.17 (-0.09 to 0.43)</w:t>
            </w:r>
          </w:p>
        </w:tc>
        <w:tc>
          <w:tcPr>
            <w:tcW w:w="553" w:type="pct"/>
            <w:vAlign w:val="center"/>
          </w:tcPr>
          <w:p w14:paraId="6305AD6B" w14:textId="77777777" w:rsidR="008E0AE9" w:rsidRPr="00EB75F0" w:rsidRDefault="008E0AE9" w:rsidP="008E0AE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0.12 (-0.07 to 0.3)</w:t>
            </w:r>
          </w:p>
        </w:tc>
        <w:tc>
          <w:tcPr>
            <w:tcW w:w="583" w:type="pct"/>
            <w:shd w:val="clear" w:color="auto" w:fill="C6C6C6"/>
            <w:noWrap/>
            <w:vAlign w:val="center"/>
          </w:tcPr>
          <w:p w14:paraId="6BDABA95" w14:textId="77777777" w:rsidR="008E0AE9" w:rsidRPr="00EB75F0" w:rsidRDefault="008E0AE9" w:rsidP="008E0AE9">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582" w:type="pct"/>
            <w:vAlign w:val="center"/>
          </w:tcPr>
          <w:p w14:paraId="4134E8BB" w14:textId="77777777" w:rsidR="008E0AE9" w:rsidRPr="00EB75F0" w:rsidRDefault="008E0AE9" w:rsidP="008E0AE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-0.06 (-0.24 to 0.12)</w:t>
            </w:r>
          </w:p>
        </w:tc>
      </w:tr>
      <w:tr w:rsidR="0013674C" w:rsidRPr="00EB75F0" w14:paraId="52D29FCB" w14:textId="77777777" w:rsidTr="008E0AE9">
        <w:trPr>
          <w:trHeight w:val="288"/>
        </w:trPr>
        <w:tc>
          <w:tcPr>
            <w:tcW w:w="458" w:type="pct"/>
            <w:vAlign w:val="center"/>
            <w:hideMark/>
          </w:tcPr>
          <w:p w14:paraId="61A542FB"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553" w:type="pct"/>
            <w:vAlign w:val="center"/>
          </w:tcPr>
          <w:p w14:paraId="1C0793A4"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0.23 (0.09 to 0.38)</w:t>
            </w:r>
          </w:p>
        </w:tc>
        <w:tc>
          <w:tcPr>
            <w:tcW w:w="553" w:type="pct"/>
            <w:vAlign w:val="center"/>
          </w:tcPr>
          <w:p w14:paraId="69B7C91A"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0.28 (0.12 to 0.44)</w:t>
            </w:r>
          </w:p>
        </w:tc>
        <w:tc>
          <w:tcPr>
            <w:tcW w:w="552" w:type="pct"/>
            <w:vAlign w:val="center"/>
          </w:tcPr>
          <w:p w14:paraId="4AAAD212"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0.27 (0.13 to 0.4)</w:t>
            </w:r>
          </w:p>
        </w:tc>
        <w:tc>
          <w:tcPr>
            <w:tcW w:w="583" w:type="pct"/>
            <w:shd w:val="clear" w:color="auto" w:fill="CFEDFF"/>
            <w:vAlign w:val="center"/>
          </w:tcPr>
          <w:p w14:paraId="1649DE66"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 (-0.3 to 0.1)</w:t>
            </w:r>
          </w:p>
        </w:tc>
        <w:tc>
          <w:tcPr>
            <w:tcW w:w="583" w:type="pct"/>
            <w:vAlign w:val="center"/>
          </w:tcPr>
          <w:p w14:paraId="2AE5AB13"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0.23 (-0.02 to 0.48)</w:t>
            </w:r>
          </w:p>
        </w:tc>
        <w:tc>
          <w:tcPr>
            <w:tcW w:w="553" w:type="pct"/>
            <w:vAlign w:val="center"/>
          </w:tcPr>
          <w:p w14:paraId="47E0BE56" w14:textId="77777777" w:rsidR="008E0AE9" w:rsidRPr="00EB75F0" w:rsidRDefault="008E0AE9" w:rsidP="008E0AE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0.18 (0.01 to 0.35)</w:t>
            </w:r>
          </w:p>
        </w:tc>
        <w:tc>
          <w:tcPr>
            <w:tcW w:w="583" w:type="pct"/>
            <w:vAlign w:val="center"/>
          </w:tcPr>
          <w:p w14:paraId="13F2B932"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0.06 (-0.12 to 0.24)</w:t>
            </w:r>
          </w:p>
        </w:tc>
        <w:tc>
          <w:tcPr>
            <w:tcW w:w="582" w:type="pct"/>
            <w:shd w:val="clear" w:color="auto" w:fill="C6C6C6"/>
            <w:noWrap/>
            <w:vAlign w:val="center"/>
          </w:tcPr>
          <w:p w14:paraId="61B75F5F" w14:textId="77777777"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p>
        </w:tc>
      </w:tr>
      <w:tr w:rsidR="008E0AE9" w:rsidRPr="00EB75F0" w14:paraId="34E97BDF" w14:textId="77777777" w:rsidTr="008E0AE9">
        <w:trPr>
          <w:trHeight w:val="129"/>
        </w:trPr>
        <w:tc>
          <w:tcPr>
            <w:tcW w:w="5000" w:type="pct"/>
            <w:gridSpan w:val="9"/>
            <w:vAlign w:val="center"/>
          </w:tcPr>
          <w:p w14:paraId="7549183E" w14:textId="3BCF9BFC" w:rsidR="008E0AE9" w:rsidRPr="00EB75F0" w:rsidRDefault="008E0AE9" w:rsidP="008E0AE9">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w:t>
            </w:r>
            <w:r w:rsidR="00A47D85" w:rsidRPr="00EB75F0">
              <w:rPr>
                <w:rFonts w:asciiTheme="majorHAnsi" w:hAnsiTheme="majorHAnsi" w:cstheme="majorHAnsi"/>
                <w:sz w:val="16"/>
                <w:szCs w:val="16"/>
              </w:rPr>
              <w:t>MD, mean differenc</w:t>
            </w:r>
            <w:r w:rsidR="00F4689E" w:rsidRPr="00EB75F0">
              <w:rPr>
                <w:rFonts w:asciiTheme="majorHAnsi" w:hAnsiTheme="majorHAnsi" w:cstheme="majorHAnsi"/>
                <w:sz w:val="16"/>
                <w:szCs w:val="16"/>
              </w:rPr>
              <w:t xml:space="preserve">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F4689E" w:rsidRPr="00EB75F0">
              <w:rPr>
                <w:rFonts w:asciiTheme="majorHAnsi" w:eastAsia="Times New Roman" w:hAnsiTheme="majorHAnsi" w:cstheme="majorHAnsi"/>
                <w:color w:val="000000"/>
                <w:sz w:val="16"/>
                <w:szCs w:val="16"/>
                <w:lang w:eastAsia="zh-TW"/>
              </w:rPr>
              <w:t xml:space="preserve">, </w:t>
            </w:r>
            <w:proofErr w:type="spellStart"/>
            <w:r w:rsidR="00F4689E" w:rsidRPr="00EB75F0">
              <w:rPr>
                <w:rFonts w:asciiTheme="majorHAnsi" w:hAnsiTheme="majorHAnsi" w:cstheme="majorHAnsi"/>
                <w:sz w:val="16"/>
                <w:szCs w:val="16"/>
              </w:rPr>
              <w:t>xanomeline</w:t>
            </w:r>
            <w:proofErr w:type="spellEnd"/>
            <w:r w:rsidR="00F4689E" w:rsidRPr="00EB75F0">
              <w:rPr>
                <w:rFonts w:asciiTheme="majorHAnsi" w:hAnsiTheme="majorHAnsi" w:cstheme="majorHAnsi"/>
                <w:sz w:val="16"/>
                <w:szCs w:val="16"/>
              </w:rPr>
              <w:t>/</w:t>
            </w:r>
            <w:proofErr w:type="spellStart"/>
            <w:r w:rsidR="00F4689E" w:rsidRPr="00EB75F0">
              <w:rPr>
                <w:rFonts w:asciiTheme="majorHAnsi" w:hAnsiTheme="majorHAnsi" w:cstheme="majorHAnsi"/>
                <w:sz w:val="16"/>
                <w:szCs w:val="16"/>
              </w:rPr>
              <w:t>trospium</w:t>
            </w:r>
            <w:proofErr w:type="spellEnd"/>
            <w:r w:rsidR="00F4689E" w:rsidRPr="00EB75F0">
              <w:rPr>
                <w:rFonts w:asciiTheme="majorHAnsi" w:hAnsiTheme="majorHAnsi" w:cstheme="majorHAnsi"/>
                <w:sz w:val="16"/>
                <w:szCs w:val="16"/>
              </w:rPr>
              <w:t xml:space="preserve"> chloride</w:t>
            </w:r>
            <w:r w:rsidR="00F4689E" w:rsidRPr="00EB75F0">
              <w:rPr>
                <w:rFonts w:asciiTheme="majorHAnsi" w:eastAsiaTheme="minorHAnsi" w:hAnsiTheme="majorHAnsi" w:cstheme="majorHAnsi"/>
                <w:color w:val="FFFFFF" w:themeColor="background1"/>
                <w:sz w:val="16"/>
                <w:szCs w:val="16"/>
              </w:rPr>
              <w:t xml:space="preserve"> /T</w:t>
            </w:r>
          </w:p>
          <w:p w14:paraId="1033F923" w14:textId="269FF860" w:rsidR="008E0AE9" w:rsidRPr="00EB75F0" w:rsidRDefault="008E0AE9" w:rsidP="008E0AE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lastRenderedPageBreak/>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00F4689E" w:rsidRPr="00EB75F0">
              <w:rPr>
                <w:rFonts w:asciiTheme="majorHAnsi" w:hAnsiTheme="majorHAnsi" w:cstheme="majorHAnsi"/>
                <w:sz w:val="16"/>
                <w:szCs w:val="16"/>
              </w:rPr>
              <w:t xml:space="preserve"> </w:t>
            </w:r>
            <w:r w:rsidRPr="00EB75F0">
              <w:rPr>
                <w:rFonts w:asciiTheme="majorHAnsi" w:hAnsiTheme="majorHAnsi" w:cstheme="majorHAnsi"/>
                <w:sz w:val="16"/>
                <w:szCs w:val="16"/>
              </w:rPr>
              <w:t xml:space="preserve">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33F7A161" w14:textId="77777777" w:rsidR="00D86179" w:rsidRPr="00EB75F0" w:rsidRDefault="00D86179" w:rsidP="00D86179"/>
    <w:p w14:paraId="75A76EBA" w14:textId="3F3A6EA6" w:rsidR="00955E04" w:rsidRPr="00EB75F0" w:rsidRDefault="00A06AE8" w:rsidP="00295D9B">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17</w:t>
        </w:r>
      </w:fldSimple>
      <w:r w:rsidR="00955E04" w:rsidRPr="00EB75F0">
        <w:t xml:space="preserve">: Change from baseline CGI-S score – League table – random-effects model, </w:t>
      </w:r>
      <w:r w:rsidR="001043FF" w:rsidRPr="00EB75F0">
        <w:t xml:space="preserve">sensitivity analysis excluding studies with predominantly Asian populations </w:t>
      </w:r>
      <w:r w:rsidR="00955E04" w:rsidRPr="00EB75F0">
        <w:t xml:space="preserve">– MD (95% </w:t>
      </w:r>
      <w:proofErr w:type="spellStart"/>
      <w:r w:rsidR="00955E04" w:rsidRPr="00EB75F0">
        <w:t>CrI</w:t>
      </w:r>
      <w:proofErr w:type="spellEnd"/>
      <w:r w:rsidR="00955E04" w:rsidRPr="00EB75F0">
        <w:t>)</w:t>
      </w:r>
    </w:p>
    <w:tbl>
      <w:tblPr>
        <w:tblStyle w:val="Lumanitytable"/>
        <w:tblW w:w="5067" w:type="pct"/>
        <w:tblLayout w:type="fixed"/>
        <w:tblLook w:val="04A0" w:firstRow="1" w:lastRow="0" w:firstColumn="1" w:lastColumn="0" w:noHBand="0" w:noVBand="1"/>
      </w:tblPr>
      <w:tblGrid>
        <w:gridCol w:w="1345"/>
        <w:gridCol w:w="1985"/>
        <w:gridCol w:w="1738"/>
        <w:gridCol w:w="1473"/>
        <w:gridCol w:w="1741"/>
        <w:gridCol w:w="1871"/>
        <w:gridCol w:w="1473"/>
        <w:gridCol w:w="1473"/>
        <w:gridCol w:w="1656"/>
      </w:tblGrid>
      <w:tr w:rsidR="008440DF" w:rsidRPr="00EB75F0" w14:paraId="260B8EAD" w14:textId="77777777" w:rsidTr="00B717B6">
        <w:trPr>
          <w:cnfStyle w:val="100000000000" w:firstRow="1" w:lastRow="0" w:firstColumn="0" w:lastColumn="0" w:oddVBand="0" w:evenVBand="0" w:oddHBand="0" w:evenHBand="0" w:firstRowFirstColumn="0" w:firstRowLastColumn="0" w:lastRowFirstColumn="0" w:lastRowLastColumn="0"/>
          <w:trHeight w:val="39"/>
          <w:tblHeader/>
        </w:trPr>
        <w:tc>
          <w:tcPr>
            <w:tcW w:w="456" w:type="pct"/>
            <w:hideMark/>
          </w:tcPr>
          <w:p w14:paraId="128D9360" w14:textId="77777777" w:rsidR="008440DF" w:rsidRPr="00EB75F0" w:rsidRDefault="008440DF"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673" w:type="pct"/>
            <w:hideMark/>
          </w:tcPr>
          <w:p w14:paraId="5C5B8BE3" w14:textId="77777777" w:rsidR="008440DF" w:rsidRPr="00EB75F0" w:rsidRDefault="008440DF"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589" w:type="pct"/>
            <w:hideMark/>
          </w:tcPr>
          <w:p w14:paraId="3F125E47" w14:textId="77777777" w:rsidR="008440DF" w:rsidRPr="00EB75F0" w:rsidRDefault="008440DF"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499" w:type="pct"/>
            <w:hideMark/>
          </w:tcPr>
          <w:p w14:paraId="3EB7A954" w14:textId="77777777" w:rsidR="008440DF" w:rsidRPr="00EB75F0" w:rsidRDefault="008440DF"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590" w:type="pct"/>
            <w:hideMark/>
          </w:tcPr>
          <w:p w14:paraId="26E7C5B2" w14:textId="62084EF1" w:rsidR="008440DF" w:rsidRPr="00EB75F0" w:rsidRDefault="009A3EC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634" w:type="pct"/>
            <w:hideMark/>
          </w:tcPr>
          <w:p w14:paraId="249810C3" w14:textId="77777777" w:rsidR="008440DF" w:rsidRPr="00EB75F0" w:rsidRDefault="008440DF"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499" w:type="pct"/>
            <w:hideMark/>
          </w:tcPr>
          <w:p w14:paraId="78C7CD2C" w14:textId="77777777" w:rsidR="008440DF" w:rsidRPr="00EB75F0" w:rsidRDefault="008440DF"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499" w:type="pct"/>
            <w:hideMark/>
          </w:tcPr>
          <w:p w14:paraId="24170400" w14:textId="77777777" w:rsidR="008440DF" w:rsidRPr="00EB75F0" w:rsidRDefault="008440DF"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561" w:type="pct"/>
            <w:hideMark/>
          </w:tcPr>
          <w:p w14:paraId="220146F3" w14:textId="77777777" w:rsidR="008440DF" w:rsidRPr="00EB75F0" w:rsidRDefault="008440DF"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8440DF" w:rsidRPr="00EB75F0" w14:paraId="45B8C920" w14:textId="77777777" w:rsidTr="003121D7">
        <w:trPr>
          <w:trHeight w:val="74"/>
        </w:trPr>
        <w:tc>
          <w:tcPr>
            <w:tcW w:w="456" w:type="pct"/>
            <w:vAlign w:val="center"/>
            <w:hideMark/>
          </w:tcPr>
          <w:p w14:paraId="246D57BE"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673" w:type="pct"/>
            <w:vAlign w:val="center"/>
          </w:tcPr>
          <w:p w14:paraId="11CBE626"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 (-0.44 to -0.16)</w:t>
            </w:r>
          </w:p>
        </w:tc>
        <w:tc>
          <w:tcPr>
            <w:tcW w:w="589" w:type="pct"/>
            <w:vAlign w:val="center"/>
          </w:tcPr>
          <w:p w14:paraId="5648F647"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-0.26 (-0.41 to -0.1)</w:t>
            </w:r>
          </w:p>
        </w:tc>
        <w:tc>
          <w:tcPr>
            <w:tcW w:w="499" w:type="pct"/>
            <w:vAlign w:val="center"/>
          </w:tcPr>
          <w:p w14:paraId="481CDDA8"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-0.29 (-0.44 to -0.14)</w:t>
            </w:r>
          </w:p>
        </w:tc>
        <w:tc>
          <w:tcPr>
            <w:tcW w:w="590" w:type="pct"/>
            <w:shd w:val="clear" w:color="auto" w:fill="CFEDFF"/>
            <w:vAlign w:val="center"/>
          </w:tcPr>
          <w:p w14:paraId="16704409"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-0.63 (-0.83 to -0.42)</w:t>
            </w:r>
          </w:p>
        </w:tc>
        <w:tc>
          <w:tcPr>
            <w:tcW w:w="634" w:type="pct"/>
            <w:vAlign w:val="center"/>
          </w:tcPr>
          <w:p w14:paraId="6BEEC41D"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 (-0.6 to 0.01)</w:t>
            </w:r>
          </w:p>
        </w:tc>
        <w:tc>
          <w:tcPr>
            <w:tcW w:w="499" w:type="pct"/>
            <w:vAlign w:val="center"/>
          </w:tcPr>
          <w:p w14:paraId="41E68B3D"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-0.35 (-0.5 to -0.2)</w:t>
            </w:r>
          </w:p>
        </w:tc>
        <w:tc>
          <w:tcPr>
            <w:tcW w:w="499" w:type="pct"/>
            <w:vAlign w:val="center"/>
          </w:tcPr>
          <w:p w14:paraId="447882FE"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-0.47 (-0.64 to -0.3)</w:t>
            </w:r>
          </w:p>
        </w:tc>
        <w:tc>
          <w:tcPr>
            <w:tcW w:w="561" w:type="pct"/>
            <w:vAlign w:val="center"/>
          </w:tcPr>
          <w:p w14:paraId="5E463053"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-0.5 (-0.66 to -0.34)</w:t>
            </w:r>
          </w:p>
        </w:tc>
      </w:tr>
      <w:tr w:rsidR="008440DF" w:rsidRPr="00EB75F0" w14:paraId="3D4AC921" w14:textId="77777777" w:rsidTr="003121D7">
        <w:trPr>
          <w:trHeight w:val="39"/>
        </w:trPr>
        <w:tc>
          <w:tcPr>
            <w:tcW w:w="456" w:type="pct"/>
            <w:vAlign w:val="center"/>
            <w:hideMark/>
          </w:tcPr>
          <w:p w14:paraId="5D08BCD2"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673" w:type="pct"/>
            <w:shd w:val="clear" w:color="auto" w:fill="C6C6C6"/>
            <w:noWrap/>
            <w:vAlign w:val="center"/>
          </w:tcPr>
          <w:p w14:paraId="3340A938"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p>
        </w:tc>
        <w:tc>
          <w:tcPr>
            <w:tcW w:w="589" w:type="pct"/>
            <w:vAlign w:val="center"/>
          </w:tcPr>
          <w:p w14:paraId="52A89685"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0.04 (-0.16 to 0.24)</w:t>
            </w:r>
          </w:p>
        </w:tc>
        <w:tc>
          <w:tcPr>
            <w:tcW w:w="499" w:type="pct"/>
            <w:vAlign w:val="center"/>
          </w:tcPr>
          <w:p w14:paraId="28A3499B"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0.01 (-0.17 to 0.19)</w:t>
            </w:r>
          </w:p>
        </w:tc>
        <w:tc>
          <w:tcPr>
            <w:tcW w:w="590" w:type="pct"/>
            <w:shd w:val="clear" w:color="auto" w:fill="CFEDFF"/>
            <w:vAlign w:val="center"/>
          </w:tcPr>
          <w:p w14:paraId="1B4B7842"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-0.33 (-0.57 to -0.09)</w:t>
            </w:r>
          </w:p>
        </w:tc>
        <w:tc>
          <w:tcPr>
            <w:tcW w:w="634" w:type="pct"/>
            <w:vAlign w:val="center"/>
          </w:tcPr>
          <w:p w14:paraId="39513140"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 (-0.33 to 0.33)</w:t>
            </w:r>
          </w:p>
        </w:tc>
        <w:tc>
          <w:tcPr>
            <w:tcW w:w="499" w:type="pct"/>
            <w:vAlign w:val="center"/>
          </w:tcPr>
          <w:p w14:paraId="7ADB43B5"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-0.05 (-0.22 to 0.12)</w:t>
            </w:r>
          </w:p>
        </w:tc>
        <w:tc>
          <w:tcPr>
            <w:tcW w:w="499" w:type="pct"/>
            <w:vAlign w:val="center"/>
          </w:tcPr>
          <w:p w14:paraId="48C16054"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-0.17 (-0.39 to 0.05)</w:t>
            </w:r>
          </w:p>
        </w:tc>
        <w:tc>
          <w:tcPr>
            <w:tcW w:w="561" w:type="pct"/>
            <w:vAlign w:val="center"/>
          </w:tcPr>
          <w:p w14:paraId="3D994DCF"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 (-0.4 to 0)</w:t>
            </w:r>
          </w:p>
        </w:tc>
      </w:tr>
      <w:tr w:rsidR="008440DF" w:rsidRPr="00EB75F0" w14:paraId="25591460" w14:textId="77777777" w:rsidTr="003121D7">
        <w:trPr>
          <w:trHeight w:val="39"/>
        </w:trPr>
        <w:tc>
          <w:tcPr>
            <w:tcW w:w="456" w:type="pct"/>
            <w:vAlign w:val="center"/>
            <w:hideMark/>
          </w:tcPr>
          <w:p w14:paraId="7912C30A"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673" w:type="pct"/>
            <w:vAlign w:val="center"/>
          </w:tcPr>
          <w:p w14:paraId="5FD13E7B"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-0.04 (-0.24 to 0.16)</w:t>
            </w:r>
          </w:p>
        </w:tc>
        <w:tc>
          <w:tcPr>
            <w:tcW w:w="589" w:type="pct"/>
            <w:shd w:val="clear" w:color="auto" w:fill="C6C6C6"/>
            <w:noWrap/>
            <w:vAlign w:val="center"/>
          </w:tcPr>
          <w:p w14:paraId="7956EB97"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p>
        </w:tc>
        <w:tc>
          <w:tcPr>
            <w:tcW w:w="499" w:type="pct"/>
            <w:vAlign w:val="center"/>
          </w:tcPr>
          <w:p w14:paraId="16990A2D"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-0.03 (-0.25 to 0.18)</w:t>
            </w:r>
          </w:p>
        </w:tc>
        <w:tc>
          <w:tcPr>
            <w:tcW w:w="590" w:type="pct"/>
            <w:shd w:val="clear" w:color="auto" w:fill="CFEDFF"/>
            <w:vAlign w:val="center"/>
          </w:tcPr>
          <w:p w14:paraId="08281FD1"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-0.37 (-0.63 to -0.12)</w:t>
            </w:r>
          </w:p>
        </w:tc>
        <w:tc>
          <w:tcPr>
            <w:tcW w:w="634" w:type="pct"/>
            <w:vAlign w:val="center"/>
          </w:tcPr>
          <w:p w14:paraId="065942A3"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-0.04 (-0.39 to 0.29)</w:t>
            </w:r>
          </w:p>
        </w:tc>
        <w:tc>
          <w:tcPr>
            <w:tcW w:w="499" w:type="pct"/>
            <w:vAlign w:val="center"/>
          </w:tcPr>
          <w:p w14:paraId="295E130D"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-0.09 (-0.31 to 0.12)</w:t>
            </w:r>
          </w:p>
        </w:tc>
        <w:tc>
          <w:tcPr>
            <w:tcW w:w="499" w:type="pct"/>
            <w:vAlign w:val="center"/>
          </w:tcPr>
          <w:p w14:paraId="190D972B"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-0.21 (-0.43 to 0)</w:t>
            </w:r>
          </w:p>
        </w:tc>
        <w:tc>
          <w:tcPr>
            <w:tcW w:w="561" w:type="pct"/>
            <w:vAlign w:val="center"/>
          </w:tcPr>
          <w:p w14:paraId="396CFE00"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-0.24 (-0.47 to -0.02)</w:t>
            </w:r>
          </w:p>
        </w:tc>
      </w:tr>
      <w:tr w:rsidR="008440DF" w:rsidRPr="00EB75F0" w14:paraId="1A0D331F" w14:textId="77777777" w:rsidTr="003121D7">
        <w:trPr>
          <w:trHeight w:val="39"/>
        </w:trPr>
        <w:tc>
          <w:tcPr>
            <w:tcW w:w="456" w:type="pct"/>
            <w:vAlign w:val="center"/>
            <w:hideMark/>
          </w:tcPr>
          <w:p w14:paraId="656F8090"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673" w:type="pct"/>
            <w:vAlign w:val="center"/>
          </w:tcPr>
          <w:p w14:paraId="01A3FE6A"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-0.01 (-0.19 to 0.17)</w:t>
            </w:r>
          </w:p>
        </w:tc>
        <w:tc>
          <w:tcPr>
            <w:tcW w:w="589" w:type="pct"/>
            <w:vAlign w:val="center"/>
          </w:tcPr>
          <w:p w14:paraId="0B63E3C8"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0.03 (-0.18 to 0.25)</w:t>
            </w:r>
          </w:p>
        </w:tc>
        <w:tc>
          <w:tcPr>
            <w:tcW w:w="499" w:type="pct"/>
            <w:shd w:val="clear" w:color="auto" w:fill="C6C6C6"/>
            <w:noWrap/>
            <w:vAlign w:val="center"/>
          </w:tcPr>
          <w:p w14:paraId="122616C6"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p>
        </w:tc>
        <w:tc>
          <w:tcPr>
            <w:tcW w:w="590" w:type="pct"/>
            <w:shd w:val="clear" w:color="auto" w:fill="CFEDFF"/>
            <w:vAlign w:val="center"/>
          </w:tcPr>
          <w:p w14:paraId="5A4461DD"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-0.34 (-0.59 to -0.09)</w:t>
            </w:r>
          </w:p>
        </w:tc>
        <w:tc>
          <w:tcPr>
            <w:tcW w:w="634" w:type="pct"/>
            <w:vAlign w:val="center"/>
          </w:tcPr>
          <w:p w14:paraId="0C6B38C3"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-0.01 (-0.35 to 0.33)</w:t>
            </w:r>
          </w:p>
        </w:tc>
        <w:tc>
          <w:tcPr>
            <w:tcW w:w="499" w:type="pct"/>
            <w:vAlign w:val="center"/>
          </w:tcPr>
          <w:p w14:paraId="086D47FE"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-0.06 (-0.27 to 0.15)</w:t>
            </w:r>
          </w:p>
        </w:tc>
        <w:tc>
          <w:tcPr>
            <w:tcW w:w="499" w:type="pct"/>
            <w:vAlign w:val="center"/>
          </w:tcPr>
          <w:p w14:paraId="636F82C2"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-0.18 (-0.4 to 0.04)</w:t>
            </w:r>
          </w:p>
        </w:tc>
        <w:tc>
          <w:tcPr>
            <w:tcW w:w="561" w:type="pct"/>
            <w:vAlign w:val="center"/>
          </w:tcPr>
          <w:p w14:paraId="47F8421D"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-0.21 (-0.4 to -0.01)</w:t>
            </w:r>
          </w:p>
        </w:tc>
      </w:tr>
      <w:tr w:rsidR="008440DF" w:rsidRPr="00EB75F0" w14:paraId="4E36F444" w14:textId="77777777" w:rsidTr="003121D7">
        <w:trPr>
          <w:trHeight w:val="39"/>
        </w:trPr>
        <w:tc>
          <w:tcPr>
            <w:tcW w:w="456" w:type="pct"/>
            <w:vAlign w:val="center"/>
            <w:hideMark/>
          </w:tcPr>
          <w:p w14:paraId="076EE4E9" w14:textId="73C96C1C" w:rsidR="008440DF" w:rsidRPr="00EB75F0" w:rsidRDefault="009A3ECD" w:rsidP="008440DF">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673" w:type="pct"/>
            <w:vAlign w:val="center"/>
          </w:tcPr>
          <w:p w14:paraId="44507E69"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0.33 (0.09 to 0.57)</w:t>
            </w:r>
          </w:p>
        </w:tc>
        <w:tc>
          <w:tcPr>
            <w:tcW w:w="589" w:type="pct"/>
            <w:vAlign w:val="center"/>
          </w:tcPr>
          <w:p w14:paraId="5F0E4BB9"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0.37 (0.12 to 0.63)</w:t>
            </w:r>
          </w:p>
        </w:tc>
        <w:tc>
          <w:tcPr>
            <w:tcW w:w="499" w:type="pct"/>
            <w:vAlign w:val="center"/>
          </w:tcPr>
          <w:p w14:paraId="427BE048"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0.34 (0.09 to 0.59)</w:t>
            </w:r>
          </w:p>
        </w:tc>
        <w:tc>
          <w:tcPr>
            <w:tcW w:w="590" w:type="pct"/>
            <w:shd w:val="clear" w:color="auto" w:fill="C6C6C6"/>
            <w:noWrap/>
            <w:vAlign w:val="center"/>
          </w:tcPr>
          <w:p w14:paraId="25580F76"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p>
        </w:tc>
        <w:tc>
          <w:tcPr>
            <w:tcW w:w="634" w:type="pct"/>
            <w:vAlign w:val="center"/>
          </w:tcPr>
          <w:p w14:paraId="3E55EB86"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0.33 (-0.04 to 0.7)</w:t>
            </w:r>
          </w:p>
        </w:tc>
        <w:tc>
          <w:tcPr>
            <w:tcW w:w="499" w:type="pct"/>
            <w:vAlign w:val="center"/>
          </w:tcPr>
          <w:p w14:paraId="01393C5D"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0.28 (0.02 to 0.53)</w:t>
            </w:r>
          </w:p>
        </w:tc>
        <w:tc>
          <w:tcPr>
            <w:tcW w:w="499" w:type="pct"/>
            <w:vAlign w:val="center"/>
          </w:tcPr>
          <w:p w14:paraId="0BCD769B"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0.16 (-0.1 to 0.43)</w:t>
            </w:r>
          </w:p>
        </w:tc>
        <w:tc>
          <w:tcPr>
            <w:tcW w:w="561" w:type="pct"/>
            <w:vAlign w:val="center"/>
          </w:tcPr>
          <w:p w14:paraId="644BE256"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0.13 (-0.13 to 0.39)</w:t>
            </w:r>
          </w:p>
        </w:tc>
      </w:tr>
      <w:tr w:rsidR="0013674C" w:rsidRPr="00EB75F0" w14:paraId="75B6867C" w14:textId="77777777" w:rsidTr="003121D7">
        <w:trPr>
          <w:trHeight w:val="39"/>
        </w:trPr>
        <w:tc>
          <w:tcPr>
            <w:tcW w:w="456" w:type="pct"/>
            <w:vAlign w:val="center"/>
            <w:hideMark/>
          </w:tcPr>
          <w:p w14:paraId="2D45AFF8"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673" w:type="pct"/>
            <w:vAlign w:val="center"/>
          </w:tcPr>
          <w:p w14:paraId="657C79B5"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 (-0.33 to 0.33)</w:t>
            </w:r>
          </w:p>
        </w:tc>
        <w:tc>
          <w:tcPr>
            <w:tcW w:w="589" w:type="pct"/>
            <w:vAlign w:val="center"/>
          </w:tcPr>
          <w:p w14:paraId="735612EE"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0.04 (-0.29 to 0.39)</w:t>
            </w:r>
          </w:p>
        </w:tc>
        <w:tc>
          <w:tcPr>
            <w:tcW w:w="499" w:type="pct"/>
            <w:vAlign w:val="center"/>
          </w:tcPr>
          <w:p w14:paraId="4821302B"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0.01 (-0.33 to 0.35)</w:t>
            </w:r>
          </w:p>
        </w:tc>
        <w:tc>
          <w:tcPr>
            <w:tcW w:w="590" w:type="pct"/>
            <w:shd w:val="clear" w:color="auto" w:fill="CFEDFF"/>
            <w:vAlign w:val="center"/>
          </w:tcPr>
          <w:p w14:paraId="3C41B744"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-0.33 (-0.7 to 0.04)</w:t>
            </w:r>
          </w:p>
        </w:tc>
        <w:tc>
          <w:tcPr>
            <w:tcW w:w="634" w:type="pct"/>
            <w:shd w:val="clear" w:color="auto" w:fill="C6C6C6"/>
            <w:noWrap/>
            <w:vAlign w:val="center"/>
          </w:tcPr>
          <w:p w14:paraId="402076C8"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p>
        </w:tc>
        <w:tc>
          <w:tcPr>
            <w:tcW w:w="499" w:type="pct"/>
            <w:vAlign w:val="center"/>
          </w:tcPr>
          <w:p w14:paraId="3879B0A5"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-0.05 (-0.39 to 0.29)</w:t>
            </w:r>
          </w:p>
        </w:tc>
        <w:tc>
          <w:tcPr>
            <w:tcW w:w="499" w:type="pct"/>
            <w:vAlign w:val="center"/>
          </w:tcPr>
          <w:p w14:paraId="2F7A898D"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-0.17 (-0.52 to 0.18)</w:t>
            </w:r>
          </w:p>
        </w:tc>
        <w:tc>
          <w:tcPr>
            <w:tcW w:w="561" w:type="pct"/>
            <w:vAlign w:val="center"/>
          </w:tcPr>
          <w:p w14:paraId="0AFBB760"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 (-0.54 to 0.14)</w:t>
            </w:r>
          </w:p>
        </w:tc>
      </w:tr>
      <w:tr w:rsidR="0013674C" w:rsidRPr="00EB75F0" w14:paraId="49DD1FFC" w14:textId="77777777" w:rsidTr="003121D7">
        <w:trPr>
          <w:trHeight w:val="39"/>
        </w:trPr>
        <w:tc>
          <w:tcPr>
            <w:tcW w:w="456" w:type="pct"/>
            <w:vAlign w:val="center"/>
            <w:hideMark/>
          </w:tcPr>
          <w:p w14:paraId="76522E1E"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673" w:type="pct"/>
            <w:vAlign w:val="center"/>
          </w:tcPr>
          <w:p w14:paraId="49C02477"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0.05 (-0.12 to 0.22)</w:t>
            </w:r>
          </w:p>
        </w:tc>
        <w:tc>
          <w:tcPr>
            <w:tcW w:w="589" w:type="pct"/>
            <w:vAlign w:val="center"/>
          </w:tcPr>
          <w:p w14:paraId="6B43D4E6"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0.09 (-0.12 to 0.31)</w:t>
            </w:r>
          </w:p>
        </w:tc>
        <w:tc>
          <w:tcPr>
            <w:tcW w:w="499" w:type="pct"/>
            <w:vAlign w:val="center"/>
          </w:tcPr>
          <w:p w14:paraId="244B7C6F"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0.06 (-0.15 to 0.27)</w:t>
            </w:r>
          </w:p>
        </w:tc>
        <w:tc>
          <w:tcPr>
            <w:tcW w:w="590" w:type="pct"/>
            <w:shd w:val="clear" w:color="auto" w:fill="CFEDFF"/>
            <w:vAlign w:val="center"/>
          </w:tcPr>
          <w:p w14:paraId="7EF171FB"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-0.28 (-0.53 to -0.02)</w:t>
            </w:r>
          </w:p>
        </w:tc>
        <w:tc>
          <w:tcPr>
            <w:tcW w:w="634" w:type="pct"/>
            <w:vAlign w:val="center"/>
          </w:tcPr>
          <w:p w14:paraId="0FAEAB37"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0.05 (-0.29 to 0.39)</w:t>
            </w:r>
          </w:p>
        </w:tc>
        <w:tc>
          <w:tcPr>
            <w:tcW w:w="499" w:type="pct"/>
            <w:shd w:val="clear" w:color="auto" w:fill="C6C6C6"/>
            <w:noWrap/>
            <w:vAlign w:val="center"/>
          </w:tcPr>
          <w:p w14:paraId="3AEB085D"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p>
        </w:tc>
        <w:tc>
          <w:tcPr>
            <w:tcW w:w="499" w:type="pct"/>
            <w:vAlign w:val="center"/>
          </w:tcPr>
          <w:p w14:paraId="65ACB824"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-0.12 (-0.34 to 0.11)</w:t>
            </w:r>
          </w:p>
        </w:tc>
        <w:tc>
          <w:tcPr>
            <w:tcW w:w="561" w:type="pct"/>
            <w:vAlign w:val="center"/>
          </w:tcPr>
          <w:p w14:paraId="2E212D8C"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-0.15 (-0.37 to 0.07)</w:t>
            </w:r>
          </w:p>
        </w:tc>
      </w:tr>
      <w:tr w:rsidR="007D5A9F" w:rsidRPr="00EB75F0" w14:paraId="212E5C6E" w14:textId="77777777" w:rsidTr="003121D7">
        <w:trPr>
          <w:trHeight w:val="39"/>
        </w:trPr>
        <w:tc>
          <w:tcPr>
            <w:tcW w:w="456" w:type="pct"/>
            <w:vAlign w:val="center"/>
            <w:hideMark/>
          </w:tcPr>
          <w:p w14:paraId="4320F55E" w14:textId="77777777" w:rsidR="008440DF" w:rsidRPr="00EB75F0" w:rsidRDefault="008440DF" w:rsidP="008440D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673" w:type="pct"/>
            <w:vAlign w:val="center"/>
          </w:tcPr>
          <w:p w14:paraId="6271E36C" w14:textId="77777777" w:rsidR="008440DF" w:rsidRPr="00EB75F0" w:rsidRDefault="008440DF" w:rsidP="008440D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0.17 (-0.05 to 0.39)</w:t>
            </w:r>
          </w:p>
        </w:tc>
        <w:tc>
          <w:tcPr>
            <w:tcW w:w="589" w:type="pct"/>
            <w:vAlign w:val="center"/>
          </w:tcPr>
          <w:p w14:paraId="462EA2FD" w14:textId="77777777" w:rsidR="008440DF" w:rsidRPr="00EB75F0" w:rsidRDefault="008440DF" w:rsidP="008440D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0.21 (0 to 0.43)</w:t>
            </w:r>
          </w:p>
        </w:tc>
        <w:tc>
          <w:tcPr>
            <w:tcW w:w="499" w:type="pct"/>
            <w:vAlign w:val="center"/>
          </w:tcPr>
          <w:p w14:paraId="062FAE50" w14:textId="77777777" w:rsidR="008440DF" w:rsidRPr="00EB75F0" w:rsidRDefault="008440DF" w:rsidP="008440D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0.18 (-0.04 to 0.4)</w:t>
            </w:r>
          </w:p>
        </w:tc>
        <w:tc>
          <w:tcPr>
            <w:tcW w:w="590" w:type="pct"/>
            <w:shd w:val="clear" w:color="auto" w:fill="CFEDFF"/>
            <w:vAlign w:val="center"/>
          </w:tcPr>
          <w:p w14:paraId="6E3EE3D7" w14:textId="77777777" w:rsidR="008440DF" w:rsidRPr="00EB75F0" w:rsidRDefault="008440DF" w:rsidP="008440D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-0.16 (-0.43 to 0.1)</w:t>
            </w:r>
          </w:p>
        </w:tc>
        <w:tc>
          <w:tcPr>
            <w:tcW w:w="634" w:type="pct"/>
            <w:vAlign w:val="center"/>
          </w:tcPr>
          <w:p w14:paraId="7DB79275" w14:textId="77777777" w:rsidR="008440DF" w:rsidRPr="00EB75F0" w:rsidRDefault="008440DF" w:rsidP="008440D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0.17 (-0.18 to 0.52)</w:t>
            </w:r>
          </w:p>
        </w:tc>
        <w:tc>
          <w:tcPr>
            <w:tcW w:w="499" w:type="pct"/>
            <w:vAlign w:val="center"/>
          </w:tcPr>
          <w:p w14:paraId="067A8D51" w14:textId="77777777" w:rsidR="008440DF" w:rsidRPr="00EB75F0" w:rsidRDefault="008440DF" w:rsidP="008440D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0.12 (-0.11 to 0.34)</w:t>
            </w:r>
          </w:p>
        </w:tc>
        <w:tc>
          <w:tcPr>
            <w:tcW w:w="499" w:type="pct"/>
            <w:shd w:val="clear" w:color="auto" w:fill="C6C6C6"/>
            <w:noWrap/>
            <w:vAlign w:val="center"/>
          </w:tcPr>
          <w:p w14:paraId="268C04D0" w14:textId="77777777" w:rsidR="008440DF" w:rsidRPr="00EB75F0" w:rsidRDefault="008440DF" w:rsidP="008440DF">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561" w:type="pct"/>
            <w:vAlign w:val="center"/>
          </w:tcPr>
          <w:p w14:paraId="64A175BA" w14:textId="77777777" w:rsidR="008440DF" w:rsidRPr="00EB75F0" w:rsidRDefault="008440DF" w:rsidP="008440D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-0.03 (-0.27 to 0.2)</w:t>
            </w:r>
          </w:p>
        </w:tc>
      </w:tr>
      <w:tr w:rsidR="007D5A9F" w:rsidRPr="00EB75F0" w14:paraId="1C75A390" w14:textId="77777777" w:rsidTr="003121D7">
        <w:trPr>
          <w:trHeight w:val="136"/>
        </w:trPr>
        <w:tc>
          <w:tcPr>
            <w:tcW w:w="456" w:type="pct"/>
            <w:vAlign w:val="center"/>
            <w:hideMark/>
          </w:tcPr>
          <w:p w14:paraId="0A9CA51B"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673" w:type="pct"/>
            <w:vAlign w:val="center"/>
          </w:tcPr>
          <w:p w14:paraId="3676B8AD"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 (0 to 0.4)</w:t>
            </w:r>
          </w:p>
        </w:tc>
        <w:tc>
          <w:tcPr>
            <w:tcW w:w="589" w:type="pct"/>
            <w:vAlign w:val="center"/>
          </w:tcPr>
          <w:p w14:paraId="0397A3B6"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0.24 (0.02 to 0.47)</w:t>
            </w:r>
          </w:p>
        </w:tc>
        <w:tc>
          <w:tcPr>
            <w:tcW w:w="499" w:type="pct"/>
            <w:vAlign w:val="center"/>
          </w:tcPr>
          <w:p w14:paraId="6B702EF1"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0.21 (0.01 to 0.4)</w:t>
            </w:r>
          </w:p>
        </w:tc>
        <w:tc>
          <w:tcPr>
            <w:tcW w:w="590" w:type="pct"/>
            <w:shd w:val="clear" w:color="auto" w:fill="CFEDFF"/>
            <w:vAlign w:val="center"/>
          </w:tcPr>
          <w:p w14:paraId="49C5CBBC"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-0.13 (-0.39 to 0.13)</w:t>
            </w:r>
          </w:p>
        </w:tc>
        <w:tc>
          <w:tcPr>
            <w:tcW w:w="634" w:type="pct"/>
            <w:vAlign w:val="center"/>
          </w:tcPr>
          <w:p w14:paraId="4425D2A0"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 (-0.14 to 0.54)</w:t>
            </w:r>
          </w:p>
        </w:tc>
        <w:tc>
          <w:tcPr>
            <w:tcW w:w="499" w:type="pct"/>
            <w:vAlign w:val="center"/>
          </w:tcPr>
          <w:p w14:paraId="7A0E0A1B" w14:textId="77777777" w:rsidR="008440DF" w:rsidRPr="00EB75F0" w:rsidRDefault="008440DF" w:rsidP="008440D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0.15 (-0.07 to 0.37)</w:t>
            </w:r>
          </w:p>
        </w:tc>
        <w:tc>
          <w:tcPr>
            <w:tcW w:w="499" w:type="pct"/>
            <w:vAlign w:val="center"/>
          </w:tcPr>
          <w:p w14:paraId="07A6A0AD"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0.03 (-0.2 to 0.27)</w:t>
            </w:r>
          </w:p>
        </w:tc>
        <w:tc>
          <w:tcPr>
            <w:tcW w:w="561" w:type="pct"/>
            <w:shd w:val="clear" w:color="auto" w:fill="C6C6C6"/>
            <w:noWrap/>
            <w:vAlign w:val="center"/>
          </w:tcPr>
          <w:p w14:paraId="1E6ED1DC" w14:textId="77777777"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p>
        </w:tc>
      </w:tr>
      <w:tr w:rsidR="008440DF" w:rsidRPr="00EB75F0" w14:paraId="130593CF" w14:textId="77777777" w:rsidTr="008440DF">
        <w:trPr>
          <w:trHeight w:val="136"/>
        </w:trPr>
        <w:tc>
          <w:tcPr>
            <w:tcW w:w="5000" w:type="pct"/>
            <w:gridSpan w:val="9"/>
            <w:vAlign w:val="center"/>
          </w:tcPr>
          <w:p w14:paraId="68109F74" w14:textId="114551FB" w:rsidR="008440DF" w:rsidRPr="00EB75F0" w:rsidRDefault="008440DF" w:rsidP="008440DF">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w:t>
            </w:r>
            <w:r w:rsidR="00A47D85" w:rsidRPr="00EB75F0">
              <w:rPr>
                <w:rFonts w:asciiTheme="majorHAnsi" w:hAnsiTheme="majorHAnsi" w:cstheme="majorHAnsi"/>
                <w:sz w:val="16"/>
                <w:szCs w:val="16"/>
              </w:rPr>
              <w:t>MD, mean difference</w:t>
            </w:r>
            <w:r w:rsidR="003D0D32"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3D0D32" w:rsidRPr="00EB75F0">
              <w:rPr>
                <w:rFonts w:asciiTheme="majorHAnsi" w:eastAsia="Times New Roman" w:hAnsiTheme="majorHAnsi" w:cstheme="majorHAnsi"/>
                <w:color w:val="000000"/>
                <w:sz w:val="16"/>
                <w:szCs w:val="16"/>
                <w:lang w:eastAsia="zh-TW"/>
              </w:rPr>
              <w:t xml:space="preserve">, </w:t>
            </w:r>
            <w:proofErr w:type="spellStart"/>
            <w:r w:rsidR="003D0D32" w:rsidRPr="00EB75F0">
              <w:rPr>
                <w:rFonts w:asciiTheme="majorHAnsi" w:hAnsiTheme="majorHAnsi" w:cstheme="majorHAnsi"/>
                <w:sz w:val="16"/>
                <w:szCs w:val="16"/>
              </w:rPr>
              <w:t>xanomeline</w:t>
            </w:r>
            <w:proofErr w:type="spellEnd"/>
            <w:r w:rsidR="003D0D32" w:rsidRPr="00EB75F0">
              <w:rPr>
                <w:rFonts w:asciiTheme="majorHAnsi" w:hAnsiTheme="majorHAnsi" w:cstheme="majorHAnsi"/>
                <w:sz w:val="16"/>
                <w:szCs w:val="16"/>
              </w:rPr>
              <w:t>/</w:t>
            </w:r>
            <w:proofErr w:type="spellStart"/>
            <w:r w:rsidR="003D0D32" w:rsidRPr="00EB75F0">
              <w:rPr>
                <w:rFonts w:asciiTheme="majorHAnsi" w:hAnsiTheme="majorHAnsi" w:cstheme="majorHAnsi"/>
                <w:sz w:val="16"/>
                <w:szCs w:val="16"/>
              </w:rPr>
              <w:t>trospium</w:t>
            </w:r>
            <w:proofErr w:type="spellEnd"/>
            <w:r w:rsidR="003D0D32" w:rsidRPr="00EB75F0">
              <w:rPr>
                <w:rFonts w:asciiTheme="majorHAnsi" w:hAnsiTheme="majorHAnsi" w:cstheme="majorHAnsi"/>
                <w:sz w:val="16"/>
                <w:szCs w:val="16"/>
              </w:rPr>
              <w:t xml:space="preserve"> chloride</w:t>
            </w:r>
          </w:p>
          <w:p w14:paraId="60C224AB" w14:textId="2B66BB90" w:rsidR="008440DF" w:rsidRPr="00EB75F0" w:rsidRDefault="008440DF" w:rsidP="008440D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00C44A7F" w:rsidRPr="00EB75F0">
              <w:rPr>
                <w:rFonts w:asciiTheme="majorHAnsi" w:hAnsiTheme="majorHAnsi" w:cstheme="majorHAnsi"/>
                <w:sz w:val="16"/>
                <w:szCs w:val="16"/>
              </w:rPr>
              <w:t xml:space="preserve"> </w:t>
            </w:r>
            <w:r w:rsidRPr="00EB75F0">
              <w:rPr>
                <w:rFonts w:asciiTheme="majorHAnsi" w:hAnsiTheme="majorHAnsi" w:cstheme="majorHAnsi"/>
                <w:sz w:val="16"/>
                <w:szCs w:val="16"/>
              </w:rPr>
              <w:t xml:space="preserve">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01765665" w14:textId="77777777" w:rsidR="00D86179" w:rsidRPr="00EB75F0" w:rsidRDefault="00D86179" w:rsidP="00D86179"/>
    <w:p w14:paraId="778262F0" w14:textId="77777777" w:rsidR="00D86179" w:rsidRPr="00EB75F0" w:rsidRDefault="00D86179" w:rsidP="00D86179">
      <w:pPr>
        <w:sectPr w:rsidR="00D86179" w:rsidRPr="00EB75F0" w:rsidSect="00D86179">
          <w:pgSz w:w="16838" w:h="11906" w:orient="landscape"/>
          <w:pgMar w:top="1134" w:right="1134" w:bottom="1134" w:left="1134" w:header="567" w:footer="567" w:gutter="0"/>
          <w:cols w:space="708"/>
          <w:docGrid w:linePitch="360"/>
        </w:sectPr>
      </w:pPr>
    </w:p>
    <w:p w14:paraId="58591EC5" w14:textId="522EAB1B" w:rsidR="00B81224" w:rsidRDefault="00B81224" w:rsidP="00B81224">
      <w:pPr>
        <w:pStyle w:val="Heading3"/>
      </w:pPr>
      <w:r w:rsidRPr="00B81224">
        <w:lastRenderedPageBreak/>
        <w:t xml:space="preserve">Figure </w:t>
      </w:r>
      <w:r w:rsidR="001301EB">
        <w:t>S</w:t>
      </w:r>
      <w:fldSimple w:instr=" SEQ Figure \* ARABIC ">
        <w:r w:rsidR="004B2F28">
          <w:rPr>
            <w:noProof/>
          </w:rPr>
          <w:t>57</w:t>
        </w:r>
      </w:fldSimple>
      <w:r w:rsidRPr="00B81224">
        <w:t xml:space="preserve">: </w:t>
      </w:r>
      <w:r w:rsidR="001301EB" w:rsidRPr="00EB75F0">
        <w:t xml:space="preserve">Change from baseline </w:t>
      </w:r>
      <w:r w:rsidR="001301EB">
        <w:t>CGI-S</w:t>
      </w:r>
      <w:r w:rsidR="001301EB" w:rsidRPr="00EB75F0">
        <w:t xml:space="preserve"> score –</w:t>
      </w:r>
      <w:r w:rsidR="001301EB">
        <w:t xml:space="preserve"> C</w:t>
      </w:r>
      <w:r w:rsidR="001301EB" w:rsidRPr="007F6A73">
        <w:t>omparison-adjusted funnel plot</w:t>
      </w:r>
      <w:r w:rsidR="001301EB" w:rsidRPr="00EB75F0">
        <w:t xml:space="preserve"> </w:t>
      </w:r>
      <w:r w:rsidR="001301EB" w:rsidRPr="007F6A73">
        <w:t>–</w:t>
      </w:r>
      <w:r w:rsidR="001301EB">
        <w:t xml:space="preserve"> </w:t>
      </w:r>
      <w:r w:rsidR="001301EB" w:rsidRPr="00EB75F0">
        <w:t>random-effects model, base case network</w:t>
      </w:r>
      <w:r w:rsidR="001301EB" w:rsidRPr="007F6A73">
        <w:t xml:space="preserve"> </w:t>
      </w:r>
      <w:r w:rsidRPr="00B81224">
        <w:rPr>
          <w:noProof/>
        </w:rPr>
        <w:drawing>
          <wp:inline distT="0" distB="0" distL="0" distR="0" wp14:anchorId="6D1CBB28" wp14:editId="3025CB31">
            <wp:extent cx="6119495" cy="3275874"/>
            <wp:effectExtent l="0" t="0" r="0" b="1270"/>
            <wp:docPr id="6856829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9" cstate="print">
                      <a:extLst>
                        <a:ext uri="{28A0092B-C50C-407E-A947-70E740481C1C}">
                          <a14:useLocalDpi xmlns:a14="http://schemas.microsoft.com/office/drawing/2010/main"/>
                        </a:ext>
                      </a:extLst>
                    </a:blip>
                    <a:srcRect t="10684"/>
                    <a:stretch>
                      <a:fillRect/>
                    </a:stretch>
                  </pic:blipFill>
                  <pic:spPr bwMode="auto">
                    <a:xfrm>
                      <a:off x="0" y="0"/>
                      <a:ext cx="6119495" cy="3275874"/>
                    </a:xfrm>
                    <a:prstGeom prst="rect">
                      <a:avLst/>
                    </a:prstGeom>
                    <a:noFill/>
                    <a:ln>
                      <a:noFill/>
                    </a:ln>
                    <a:extLst>
                      <a:ext uri="{53640926-AAD7-44D8-BBD7-CCE9431645EC}">
                        <a14:shadowObscured xmlns:a14="http://schemas.microsoft.com/office/drawing/2010/main"/>
                      </a:ext>
                    </a:extLst>
                  </pic:spPr>
                </pic:pic>
              </a:graphicData>
            </a:graphic>
          </wp:inline>
        </w:drawing>
      </w:r>
    </w:p>
    <w:p w14:paraId="3690A2EC" w14:textId="64058A32" w:rsidR="00752C7E" w:rsidRPr="00B81224" w:rsidRDefault="00752C7E" w:rsidP="00752C7E">
      <w:pPr>
        <w:pStyle w:val="Heading3"/>
      </w:pPr>
      <w:r w:rsidRPr="00B81224">
        <w:t xml:space="preserve">Figure </w:t>
      </w:r>
      <w:r>
        <w:t>S</w:t>
      </w:r>
      <w:fldSimple w:instr=" SEQ Figure \* ARABIC ">
        <w:r w:rsidR="004B2F28">
          <w:rPr>
            <w:noProof/>
          </w:rPr>
          <w:t>58</w:t>
        </w:r>
      </w:fldSimple>
      <w:r w:rsidRPr="00B81224">
        <w:t xml:space="preserve">: </w:t>
      </w:r>
      <w:r w:rsidRPr="00EB75F0">
        <w:t xml:space="preserve">Change from baseline </w:t>
      </w:r>
      <w:r>
        <w:t>CGI-S</w:t>
      </w:r>
      <w:r w:rsidRPr="00EB75F0">
        <w:t xml:space="preserve"> score –</w:t>
      </w:r>
      <w:r>
        <w:t xml:space="preserve"> C</w:t>
      </w:r>
      <w:r w:rsidRPr="007F6A73">
        <w:t>omparison-adjusted funnel plot</w:t>
      </w:r>
      <w:r w:rsidRPr="00EB75F0">
        <w:t xml:space="preserve"> </w:t>
      </w:r>
      <w:r w:rsidRPr="007F6A73">
        <w:t>–</w:t>
      </w:r>
      <w:r>
        <w:t xml:space="preserve"> fixed</w:t>
      </w:r>
      <w:r w:rsidRPr="00EB75F0">
        <w:t>-effects model, base case network</w:t>
      </w:r>
      <w:r w:rsidRPr="007F6A73">
        <w:t xml:space="preserve"> </w:t>
      </w:r>
      <w:r w:rsidRPr="00B81224">
        <w:rPr>
          <w:noProof/>
        </w:rPr>
        <w:drawing>
          <wp:inline distT="0" distB="0" distL="0" distR="0" wp14:anchorId="65C709A1" wp14:editId="34461848">
            <wp:extent cx="6119495" cy="3275874"/>
            <wp:effectExtent l="0" t="0" r="0" b="1270"/>
            <wp:docPr id="2755607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60729" name="Picture 9"/>
                    <pic:cNvPicPr>
                      <a:picLocks noChangeAspect="1" noChangeArrowheads="1"/>
                    </pic:cNvPicPr>
                  </pic:nvPicPr>
                  <pic:blipFill rotWithShape="1">
                    <a:blip r:embed="rId79" cstate="print">
                      <a:extLst>
                        <a:ext uri="{28A0092B-C50C-407E-A947-70E740481C1C}">
                          <a14:useLocalDpi xmlns:a14="http://schemas.microsoft.com/office/drawing/2010/main"/>
                        </a:ext>
                      </a:extLst>
                    </a:blip>
                    <a:srcRect t="10780"/>
                    <a:stretch>
                      <a:fillRect/>
                    </a:stretch>
                  </pic:blipFill>
                  <pic:spPr bwMode="auto">
                    <a:xfrm>
                      <a:off x="0" y="0"/>
                      <a:ext cx="6119495" cy="3275874"/>
                    </a:xfrm>
                    <a:prstGeom prst="rect">
                      <a:avLst/>
                    </a:prstGeom>
                    <a:noFill/>
                    <a:ln>
                      <a:noFill/>
                    </a:ln>
                    <a:extLst>
                      <a:ext uri="{53640926-AAD7-44D8-BBD7-CCE9431645EC}">
                        <a14:shadowObscured xmlns:a14="http://schemas.microsoft.com/office/drawing/2010/main"/>
                      </a:ext>
                    </a:extLst>
                  </pic:spPr>
                </pic:pic>
              </a:graphicData>
            </a:graphic>
          </wp:inline>
        </w:drawing>
      </w:r>
    </w:p>
    <w:p w14:paraId="0DA964E7" w14:textId="408A3108" w:rsidR="00752C7E" w:rsidRPr="00B81224" w:rsidRDefault="00752C7E" w:rsidP="00B81224">
      <w:pPr>
        <w:pStyle w:val="Heading3"/>
      </w:pPr>
      <w:r w:rsidRPr="00B81224">
        <w:t xml:space="preserve">Figure </w:t>
      </w:r>
      <w:r>
        <w:t>S</w:t>
      </w:r>
      <w:fldSimple w:instr=" SEQ Figure \* ARABIC ">
        <w:r w:rsidR="004B2F28">
          <w:rPr>
            <w:noProof/>
          </w:rPr>
          <w:t>59</w:t>
        </w:r>
      </w:fldSimple>
      <w:r w:rsidRPr="00B81224">
        <w:t xml:space="preserve">: </w:t>
      </w:r>
      <w:r w:rsidRPr="00EB75F0">
        <w:t xml:space="preserve">Change from baseline </w:t>
      </w:r>
      <w:r>
        <w:t>CGI-S</w:t>
      </w:r>
      <w:r w:rsidRPr="00EB75F0">
        <w:t xml:space="preserve"> score –</w:t>
      </w:r>
      <w:r>
        <w:t xml:space="preserve"> C</w:t>
      </w:r>
      <w:r w:rsidRPr="007F6A73">
        <w:t>omparison-adjusted funnel plot</w:t>
      </w:r>
      <w:r w:rsidRPr="00EB75F0">
        <w:t xml:space="preserve"> </w:t>
      </w:r>
      <w:r w:rsidRPr="007F6A73">
        <w:t>–</w:t>
      </w:r>
      <w:r>
        <w:t xml:space="preserve"> </w:t>
      </w:r>
      <w:r w:rsidRPr="00EB75F0">
        <w:t xml:space="preserve">random-effects model, sensitivity analysis excluding studies with predominantly Asian </w:t>
      </w:r>
      <w:r w:rsidRPr="00EB75F0">
        <w:lastRenderedPageBreak/>
        <w:t>populations</w:t>
      </w:r>
      <w:r w:rsidRPr="00B81224">
        <w:rPr>
          <w:noProof/>
        </w:rPr>
        <w:t xml:space="preserve"> </w:t>
      </w:r>
      <w:r w:rsidRPr="00B81224">
        <w:rPr>
          <w:noProof/>
        </w:rPr>
        <w:drawing>
          <wp:inline distT="0" distB="0" distL="0" distR="0" wp14:anchorId="5B5B35FA" wp14:editId="606EC9F5">
            <wp:extent cx="6119495" cy="3275874"/>
            <wp:effectExtent l="0" t="0" r="0" b="1270"/>
            <wp:docPr id="3123076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07625" name="Picture 9"/>
                    <pic:cNvPicPr>
                      <a:picLocks noChangeAspect="1" noChangeArrowheads="1"/>
                    </pic:cNvPicPr>
                  </pic:nvPicPr>
                  <pic:blipFill rotWithShape="1">
                    <a:blip r:embed="rId80" cstate="print">
                      <a:extLst>
                        <a:ext uri="{28A0092B-C50C-407E-A947-70E740481C1C}">
                          <a14:useLocalDpi xmlns:a14="http://schemas.microsoft.com/office/drawing/2010/main"/>
                        </a:ext>
                      </a:extLst>
                    </a:blip>
                    <a:srcRect l="-17" t="10780" r="17"/>
                    <a:stretch>
                      <a:fillRect/>
                    </a:stretch>
                  </pic:blipFill>
                  <pic:spPr bwMode="auto">
                    <a:xfrm>
                      <a:off x="0" y="0"/>
                      <a:ext cx="6119495" cy="3275874"/>
                    </a:xfrm>
                    <a:prstGeom prst="rect">
                      <a:avLst/>
                    </a:prstGeom>
                    <a:noFill/>
                    <a:ln>
                      <a:noFill/>
                    </a:ln>
                    <a:extLst>
                      <a:ext uri="{53640926-AAD7-44D8-BBD7-CCE9431645EC}">
                        <a14:shadowObscured xmlns:a14="http://schemas.microsoft.com/office/drawing/2010/main"/>
                      </a:ext>
                    </a:extLst>
                  </pic:spPr>
                </pic:pic>
              </a:graphicData>
            </a:graphic>
          </wp:inline>
        </w:drawing>
      </w:r>
    </w:p>
    <w:p w14:paraId="659F3074" w14:textId="46DD6E1B" w:rsidR="009446D0" w:rsidRPr="00541089" w:rsidRDefault="007824B3" w:rsidP="007824B3">
      <w:pPr>
        <w:pStyle w:val="Heading2"/>
      </w:pPr>
      <w:r w:rsidRPr="00541089">
        <w:t>Change from baseline weight</w:t>
      </w:r>
    </w:p>
    <w:p w14:paraId="639F5F27" w14:textId="3FED8676" w:rsidR="007824B3" w:rsidRPr="00EB75F0" w:rsidRDefault="00A06AE8" w:rsidP="00295D9B">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18</w:t>
        </w:r>
      </w:fldSimple>
      <w:r w:rsidR="007824B3" w:rsidRPr="00EB75F0">
        <w:t>: Change from baseline weight – comparison of NMA results from base case and sensitivity analyses</w:t>
      </w:r>
    </w:p>
    <w:tbl>
      <w:tblPr>
        <w:tblStyle w:val="Table"/>
        <w:tblW w:w="5000" w:type="pct"/>
        <w:tblInd w:w="-5" w:type="dxa"/>
        <w:tblBorders>
          <w:top w:val="single" w:sz="4" w:space="0" w:color="000000"/>
          <w:left w:val="single" w:sz="4" w:space="0" w:color="000000"/>
          <w:bottom w:val="single" w:sz="4" w:space="0" w:color="000000"/>
          <w:right w:val="single" w:sz="4" w:space="0" w:color="000000"/>
        </w:tblBorders>
        <w:tblCellMar>
          <w:left w:w="28" w:type="dxa"/>
          <w:right w:w="28" w:type="dxa"/>
        </w:tblCellMar>
        <w:tblLook w:val="04A0" w:firstRow="1" w:lastRow="0" w:firstColumn="1" w:lastColumn="0" w:noHBand="0" w:noVBand="1"/>
      </w:tblPr>
      <w:tblGrid>
        <w:gridCol w:w="1747"/>
        <w:gridCol w:w="2060"/>
        <w:gridCol w:w="1922"/>
        <w:gridCol w:w="1983"/>
        <w:gridCol w:w="15"/>
        <w:gridCol w:w="1901"/>
      </w:tblGrid>
      <w:tr w:rsidR="007824B3" w:rsidRPr="00EB75F0" w14:paraId="151C7269" w14:textId="77777777" w:rsidTr="00AE5570">
        <w:trPr>
          <w:trHeight w:val="58"/>
        </w:trPr>
        <w:tc>
          <w:tcPr>
            <w:tcW w:w="907" w:type="pct"/>
            <w:vMerge w:val="restart"/>
            <w:tcBorders>
              <w:top w:val="single" w:sz="4" w:space="0" w:color="000000"/>
              <w:left w:val="single" w:sz="4" w:space="0" w:color="000000"/>
              <w:bottom w:val="single" w:sz="4" w:space="0" w:color="000000"/>
              <w:right w:val="single" w:sz="4" w:space="0" w:color="000000"/>
            </w:tcBorders>
            <w:shd w:val="clear" w:color="auto" w:fill="001B2B"/>
            <w:vAlign w:val="center"/>
          </w:tcPr>
          <w:p w14:paraId="0633BF88" w14:textId="77777777" w:rsidR="007824B3" w:rsidRPr="00EB75F0" w:rsidRDefault="007824B3" w:rsidP="00C32B29">
            <w:pPr>
              <w:pStyle w:val="TableText"/>
              <w:spacing w:before="48" w:after="48"/>
              <w:rPr>
                <w:color w:val="FFFFFF"/>
                <w:sz w:val="18"/>
              </w:rPr>
            </w:pPr>
            <w:r w:rsidRPr="00EB75F0">
              <w:rPr>
                <w:color w:val="FFFFFF"/>
                <w:sz w:val="18"/>
              </w:rPr>
              <w:t>Treatment</w:t>
            </w:r>
          </w:p>
        </w:tc>
        <w:tc>
          <w:tcPr>
            <w:tcW w:w="3106" w:type="pct"/>
            <w:gridSpan w:val="4"/>
            <w:tcBorders>
              <w:top w:val="single" w:sz="4" w:space="0" w:color="000000"/>
              <w:left w:val="single" w:sz="4" w:space="0" w:color="000000"/>
              <w:bottom w:val="single" w:sz="4" w:space="0" w:color="000000"/>
              <w:right w:val="single" w:sz="4" w:space="0" w:color="000000"/>
            </w:tcBorders>
            <w:shd w:val="clear" w:color="auto" w:fill="001B2B"/>
            <w:vAlign w:val="center"/>
          </w:tcPr>
          <w:p w14:paraId="0A476D8C" w14:textId="76224EB3" w:rsidR="007824B3" w:rsidRPr="00EB75F0" w:rsidRDefault="00C85364" w:rsidP="00C32B29">
            <w:pPr>
              <w:pStyle w:val="TableText"/>
              <w:spacing w:before="48" w:after="48"/>
              <w:rPr>
                <w:color w:val="FFFFFF"/>
                <w:sz w:val="18"/>
              </w:rPr>
            </w:pPr>
            <w:r w:rsidRPr="00EB75F0">
              <w:rPr>
                <w:color w:val="FFFFFF"/>
                <w:sz w:val="18"/>
              </w:rPr>
              <w:t>MD</w:t>
            </w:r>
            <w:r w:rsidR="007824B3" w:rsidRPr="00EB75F0">
              <w:rPr>
                <w:color w:val="FFFFFF"/>
                <w:sz w:val="18"/>
              </w:rPr>
              <w:t xml:space="preserve"> Treatment versus Placebo (95% </w:t>
            </w:r>
            <w:proofErr w:type="spellStart"/>
            <w:r w:rsidR="007824B3" w:rsidRPr="00EB75F0">
              <w:rPr>
                <w:color w:val="FFFFFF"/>
                <w:sz w:val="18"/>
              </w:rPr>
              <w:t>CrI</w:t>
            </w:r>
            <w:proofErr w:type="spellEnd"/>
            <w:r w:rsidR="007824B3" w:rsidRPr="00EB75F0">
              <w:rPr>
                <w:color w:val="FFFFFF"/>
                <w:sz w:val="18"/>
              </w:rPr>
              <w:t>)</w:t>
            </w:r>
          </w:p>
        </w:tc>
        <w:tc>
          <w:tcPr>
            <w:tcW w:w="987" w:type="pct"/>
            <w:tcBorders>
              <w:top w:val="single" w:sz="4" w:space="0" w:color="000000"/>
              <w:left w:val="single" w:sz="4" w:space="0" w:color="000000"/>
              <w:bottom w:val="single" w:sz="4" w:space="0" w:color="000000"/>
              <w:right w:val="single" w:sz="4" w:space="0" w:color="000000"/>
            </w:tcBorders>
            <w:shd w:val="clear" w:color="auto" w:fill="001B2B"/>
          </w:tcPr>
          <w:p w14:paraId="71423C9E" w14:textId="77777777" w:rsidR="007824B3" w:rsidRPr="00EB75F0" w:rsidRDefault="007824B3" w:rsidP="00C32B29">
            <w:pPr>
              <w:pStyle w:val="TableText"/>
              <w:spacing w:before="48" w:after="48"/>
              <w:rPr>
                <w:color w:val="FFFFFF"/>
                <w:sz w:val="18"/>
              </w:rPr>
            </w:pPr>
          </w:p>
        </w:tc>
      </w:tr>
      <w:tr w:rsidR="007824B3" w:rsidRPr="00EB75F0" w14:paraId="4F8634B5" w14:textId="77777777" w:rsidTr="00AE5570">
        <w:trPr>
          <w:trHeight w:val="58"/>
        </w:trPr>
        <w:tc>
          <w:tcPr>
            <w:tcW w:w="907" w:type="pct"/>
            <w:vMerge/>
            <w:tcBorders>
              <w:top w:val="single" w:sz="4" w:space="0" w:color="000000"/>
              <w:left w:val="single" w:sz="4" w:space="0" w:color="000000"/>
              <w:bottom w:val="single" w:sz="4" w:space="0" w:color="000000"/>
              <w:right w:val="single" w:sz="4" w:space="0" w:color="000000"/>
            </w:tcBorders>
            <w:shd w:val="clear" w:color="auto" w:fill="D8D2BF"/>
            <w:vAlign w:val="center"/>
          </w:tcPr>
          <w:p w14:paraId="7F5DE71B" w14:textId="77777777" w:rsidR="007824B3" w:rsidRPr="00EB75F0" w:rsidRDefault="007824B3" w:rsidP="00C32B29"/>
        </w:tc>
        <w:tc>
          <w:tcPr>
            <w:tcW w:w="2067"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5077E327" w14:textId="77777777" w:rsidR="007824B3" w:rsidRPr="00EB75F0" w:rsidRDefault="007824B3" w:rsidP="00C32B29">
            <w:pPr>
              <w:pStyle w:val="TableText"/>
              <w:spacing w:before="48" w:after="48"/>
              <w:rPr>
                <w:sz w:val="18"/>
              </w:rPr>
            </w:pPr>
            <w:r w:rsidRPr="00EB75F0">
              <w:rPr>
                <w:sz w:val="18"/>
              </w:rPr>
              <w:t>Base case network</w:t>
            </w:r>
          </w:p>
        </w:tc>
        <w:tc>
          <w:tcPr>
            <w:tcW w:w="1038"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2252422F" w14:textId="77777777" w:rsidR="007824B3" w:rsidRPr="00EB75F0" w:rsidRDefault="007824B3" w:rsidP="00C32B29">
            <w:pPr>
              <w:pStyle w:val="TableText"/>
              <w:spacing w:before="48" w:after="48"/>
              <w:rPr>
                <w:sz w:val="18"/>
              </w:rPr>
            </w:pPr>
            <w:r w:rsidRPr="00EB75F0">
              <w:rPr>
                <w:sz w:val="18"/>
              </w:rPr>
              <w:t>Excluding studies with predominantly Asian populations</w:t>
            </w:r>
          </w:p>
        </w:tc>
        <w:tc>
          <w:tcPr>
            <w:tcW w:w="987" w:type="pct"/>
            <w:tcBorders>
              <w:top w:val="single" w:sz="4" w:space="0" w:color="000000"/>
              <w:left w:val="single" w:sz="4" w:space="0" w:color="000000"/>
              <w:bottom w:val="single" w:sz="4" w:space="0" w:color="000000"/>
              <w:right w:val="single" w:sz="4" w:space="0" w:color="000000"/>
            </w:tcBorders>
            <w:shd w:val="clear" w:color="auto" w:fill="D8D2BF"/>
          </w:tcPr>
          <w:p w14:paraId="48C1D7F2" w14:textId="77777777" w:rsidR="007824B3" w:rsidRPr="00EB75F0" w:rsidRDefault="007824B3" w:rsidP="00C32B29">
            <w:pPr>
              <w:pStyle w:val="TableText"/>
              <w:spacing w:before="48" w:after="48"/>
              <w:rPr>
                <w:sz w:val="18"/>
              </w:rPr>
            </w:pPr>
            <w:r w:rsidRPr="00EB75F0">
              <w:rPr>
                <w:sz w:val="18"/>
              </w:rPr>
              <w:t>Excluding studies with placebo effect outliers</w:t>
            </w:r>
          </w:p>
        </w:tc>
      </w:tr>
      <w:tr w:rsidR="007824B3" w:rsidRPr="00EB75F0" w14:paraId="4FEFDAC0" w14:textId="77777777" w:rsidTr="00AE5570">
        <w:trPr>
          <w:trHeight w:val="68"/>
        </w:trPr>
        <w:tc>
          <w:tcPr>
            <w:tcW w:w="907" w:type="pct"/>
            <w:vMerge/>
            <w:tcBorders>
              <w:top w:val="single" w:sz="4" w:space="0" w:color="000000"/>
              <w:left w:val="single" w:sz="4" w:space="0" w:color="000000"/>
              <w:bottom w:val="single" w:sz="4" w:space="0" w:color="000000"/>
              <w:right w:val="single" w:sz="4" w:space="0" w:color="000000"/>
            </w:tcBorders>
            <w:shd w:val="clear" w:color="auto" w:fill="D8D2BF"/>
            <w:vAlign w:val="center"/>
          </w:tcPr>
          <w:p w14:paraId="6AA0DCC4" w14:textId="77777777" w:rsidR="007824B3" w:rsidRPr="00EB75F0" w:rsidRDefault="007824B3" w:rsidP="00C32B29"/>
        </w:tc>
        <w:tc>
          <w:tcPr>
            <w:tcW w:w="1070"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38424350" w14:textId="77777777" w:rsidR="007824B3" w:rsidRPr="00EB75F0" w:rsidRDefault="007824B3" w:rsidP="00C32B29">
            <w:pPr>
              <w:pStyle w:val="TableText"/>
              <w:spacing w:before="48" w:after="48"/>
              <w:rPr>
                <w:sz w:val="18"/>
              </w:rPr>
            </w:pPr>
            <w:r w:rsidRPr="00EB75F0">
              <w:rPr>
                <w:sz w:val="18"/>
              </w:rPr>
              <w:t>FE (DIC: 87.83)</w:t>
            </w:r>
          </w:p>
        </w:tc>
        <w:tc>
          <w:tcPr>
            <w:tcW w:w="998"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611D346B" w14:textId="77777777" w:rsidR="007824B3" w:rsidRPr="00EB75F0" w:rsidRDefault="007824B3" w:rsidP="00C32B29">
            <w:pPr>
              <w:pStyle w:val="TableText"/>
              <w:spacing w:before="48" w:after="48"/>
              <w:rPr>
                <w:sz w:val="18"/>
              </w:rPr>
            </w:pPr>
            <w:r w:rsidRPr="00EB75F0">
              <w:rPr>
                <w:sz w:val="18"/>
              </w:rPr>
              <w:t>RE (DIC: 64.12)</w:t>
            </w:r>
          </w:p>
        </w:tc>
        <w:tc>
          <w:tcPr>
            <w:tcW w:w="1038" w:type="pct"/>
            <w:gridSpan w:val="2"/>
            <w:tcBorders>
              <w:top w:val="single" w:sz="4" w:space="0" w:color="000000"/>
              <w:left w:val="single" w:sz="4" w:space="0" w:color="000000"/>
              <w:bottom w:val="single" w:sz="4" w:space="0" w:color="000000"/>
              <w:right w:val="single" w:sz="4" w:space="0" w:color="000000"/>
            </w:tcBorders>
            <w:shd w:val="clear" w:color="auto" w:fill="D8D2BF"/>
          </w:tcPr>
          <w:p w14:paraId="3870DD57" w14:textId="77777777" w:rsidR="007824B3" w:rsidRPr="00EB75F0" w:rsidRDefault="007824B3" w:rsidP="00C32B29">
            <w:pPr>
              <w:pStyle w:val="TableText"/>
              <w:spacing w:before="48" w:after="48"/>
              <w:rPr>
                <w:sz w:val="18"/>
              </w:rPr>
            </w:pPr>
            <w:r w:rsidRPr="00EB75F0">
              <w:rPr>
                <w:sz w:val="18"/>
              </w:rPr>
              <w:t>RE (DIC: 61.23)</w:t>
            </w:r>
          </w:p>
        </w:tc>
        <w:tc>
          <w:tcPr>
            <w:tcW w:w="987" w:type="pct"/>
            <w:tcBorders>
              <w:top w:val="single" w:sz="4" w:space="0" w:color="000000"/>
              <w:left w:val="single" w:sz="4" w:space="0" w:color="000000"/>
              <w:bottom w:val="single" w:sz="4" w:space="0" w:color="000000"/>
              <w:right w:val="single" w:sz="4" w:space="0" w:color="000000"/>
            </w:tcBorders>
            <w:shd w:val="clear" w:color="auto" w:fill="D8D2BF"/>
          </w:tcPr>
          <w:p w14:paraId="5CE81EBB" w14:textId="77777777" w:rsidR="007824B3" w:rsidRPr="00EB75F0" w:rsidRDefault="007824B3" w:rsidP="00C32B29">
            <w:pPr>
              <w:pStyle w:val="TableText"/>
              <w:spacing w:before="48" w:after="48"/>
              <w:rPr>
                <w:sz w:val="18"/>
              </w:rPr>
            </w:pPr>
            <w:r w:rsidRPr="00EB75F0">
              <w:rPr>
                <w:sz w:val="18"/>
              </w:rPr>
              <w:t>RE (DIC: 54.84)</w:t>
            </w:r>
          </w:p>
        </w:tc>
      </w:tr>
      <w:tr w:rsidR="007824B3" w:rsidRPr="00EB75F0" w14:paraId="717E63D4"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3FA7EA64" w14:textId="77777777" w:rsidR="007824B3" w:rsidRPr="00EB75F0" w:rsidRDefault="007824B3" w:rsidP="00C32B29">
            <w:pPr>
              <w:pStyle w:val="TableText"/>
              <w:spacing w:before="48" w:after="48"/>
              <w:rPr>
                <w:sz w:val="18"/>
              </w:rPr>
            </w:pPr>
            <w:r w:rsidRPr="00EB75F0">
              <w:rPr>
                <w:color w:val="000000"/>
                <w:sz w:val="18"/>
              </w:rPr>
              <w:t>Aripiprazole</w:t>
            </w:r>
          </w:p>
        </w:tc>
        <w:tc>
          <w:tcPr>
            <w:tcW w:w="1070" w:type="pct"/>
            <w:tcBorders>
              <w:top w:val="single" w:sz="4" w:space="0" w:color="000000"/>
              <w:left w:val="single" w:sz="4" w:space="0" w:color="000000"/>
              <w:bottom w:val="single" w:sz="4" w:space="0" w:color="000000"/>
              <w:right w:val="single" w:sz="4" w:space="0" w:color="000000"/>
            </w:tcBorders>
            <w:vAlign w:val="center"/>
          </w:tcPr>
          <w:p w14:paraId="27D7D4B9" w14:textId="77777777" w:rsidR="007824B3" w:rsidRPr="00EB75F0" w:rsidRDefault="007824B3" w:rsidP="00C32B29">
            <w:pPr>
              <w:pStyle w:val="TableText"/>
              <w:spacing w:before="48" w:after="48"/>
              <w:rPr>
                <w:b/>
                <w:color w:val="000000"/>
                <w:sz w:val="18"/>
              </w:rPr>
            </w:pPr>
            <w:r w:rsidRPr="00EB75F0">
              <w:rPr>
                <w:b/>
                <w:color w:val="000000"/>
                <w:sz w:val="18"/>
              </w:rPr>
              <w:t>0.69 (0.62, 0.75)</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1E08813F" w14:textId="77777777" w:rsidR="007824B3" w:rsidRPr="00EB75F0" w:rsidRDefault="007824B3" w:rsidP="00C32B29">
            <w:pPr>
              <w:pStyle w:val="TableText"/>
              <w:spacing w:before="48" w:after="48"/>
              <w:rPr>
                <w:b/>
                <w:color w:val="000000"/>
                <w:sz w:val="18"/>
              </w:rPr>
            </w:pPr>
            <w:r w:rsidRPr="00EB75F0">
              <w:rPr>
                <w:b/>
                <w:color w:val="000000"/>
                <w:sz w:val="18"/>
              </w:rPr>
              <w:t>0.51 (0.07, 0.96)</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4752FEAA" w14:textId="77777777" w:rsidR="007824B3" w:rsidRPr="00EB75F0" w:rsidRDefault="007824B3" w:rsidP="00C32B29">
            <w:pPr>
              <w:pStyle w:val="TableText"/>
              <w:spacing w:before="48" w:after="48"/>
              <w:rPr>
                <w:color w:val="000000"/>
                <w:sz w:val="18"/>
              </w:rPr>
            </w:pPr>
            <w:r w:rsidRPr="00EB75F0">
              <w:rPr>
                <w:color w:val="000000"/>
                <w:sz w:val="18"/>
              </w:rPr>
              <w:t>0.48 (-0.00, 0.95)</w:t>
            </w:r>
          </w:p>
        </w:tc>
        <w:tc>
          <w:tcPr>
            <w:tcW w:w="987" w:type="pct"/>
            <w:tcBorders>
              <w:top w:val="single" w:sz="4" w:space="0" w:color="000000"/>
              <w:left w:val="single" w:sz="4" w:space="0" w:color="000000"/>
              <w:bottom w:val="single" w:sz="4" w:space="0" w:color="000000"/>
              <w:right w:val="single" w:sz="4" w:space="0" w:color="000000"/>
            </w:tcBorders>
            <w:vAlign w:val="center"/>
          </w:tcPr>
          <w:p w14:paraId="5600A31D" w14:textId="77777777" w:rsidR="007824B3" w:rsidRPr="00EB75F0" w:rsidRDefault="007824B3" w:rsidP="00C32B29">
            <w:pPr>
              <w:pStyle w:val="TableText"/>
              <w:spacing w:before="48" w:after="48"/>
              <w:rPr>
                <w:color w:val="000000"/>
                <w:sz w:val="18"/>
              </w:rPr>
            </w:pPr>
            <w:r w:rsidRPr="00EB75F0">
              <w:rPr>
                <w:color w:val="000000"/>
                <w:sz w:val="18"/>
              </w:rPr>
              <w:t>0.31 (-0.27, 0.92)</w:t>
            </w:r>
          </w:p>
        </w:tc>
      </w:tr>
      <w:tr w:rsidR="007824B3" w:rsidRPr="00EB75F0" w14:paraId="21A9C731"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18C8A31F" w14:textId="77777777" w:rsidR="007824B3" w:rsidRPr="00EB75F0" w:rsidRDefault="007824B3" w:rsidP="00C32B29">
            <w:pPr>
              <w:pStyle w:val="TableText"/>
              <w:spacing w:before="48" w:after="48"/>
              <w:rPr>
                <w:sz w:val="18"/>
              </w:rPr>
            </w:pPr>
            <w:proofErr w:type="spellStart"/>
            <w:r w:rsidRPr="00EB75F0">
              <w:rPr>
                <w:color w:val="000000"/>
                <w:sz w:val="18"/>
              </w:rPr>
              <w:t>Brexpiprazole</w:t>
            </w:r>
            <w:proofErr w:type="spellEnd"/>
          </w:p>
        </w:tc>
        <w:tc>
          <w:tcPr>
            <w:tcW w:w="1070" w:type="pct"/>
            <w:tcBorders>
              <w:top w:val="single" w:sz="4" w:space="0" w:color="000000"/>
              <w:left w:val="single" w:sz="4" w:space="0" w:color="000000"/>
              <w:bottom w:val="single" w:sz="4" w:space="0" w:color="000000"/>
              <w:right w:val="single" w:sz="4" w:space="0" w:color="000000"/>
            </w:tcBorders>
            <w:vAlign w:val="center"/>
          </w:tcPr>
          <w:p w14:paraId="64268D56" w14:textId="77777777" w:rsidR="007824B3" w:rsidRPr="00EB75F0" w:rsidRDefault="007824B3" w:rsidP="00C32B29">
            <w:pPr>
              <w:pStyle w:val="TableText"/>
              <w:spacing w:before="48" w:after="48"/>
              <w:rPr>
                <w:b/>
                <w:color w:val="000000"/>
                <w:sz w:val="18"/>
              </w:rPr>
            </w:pPr>
            <w:r w:rsidRPr="00EB75F0">
              <w:rPr>
                <w:b/>
                <w:color w:val="000000"/>
                <w:sz w:val="18"/>
              </w:rPr>
              <w:t>1.12 (0.81, 1.42)</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36091B79" w14:textId="77777777" w:rsidR="007824B3" w:rsidRPr="00EB75F0" w:rsidRDefault="007824B3" w:rsidP="00C32B29">
            <w:pPr>
              <w:pStyle w:val="TableText"/>
              <w:spacing w:before="48" w:after="48"/>
              <w:rPr>
                <w:b/>
                <w:color w:val="000000"/>
                <w:sz w:val="18"/>
              </w:rPr>
            </w:pPr>
            <w:r w:rsidRPr="00EB75F0">
              <w:rPr>
                <w:b/>
                <w:color w:val="000000"/>
                <w:sz w:val="18"/>
              </w:rPr>
              <w:t>1.13 (0.55, 1.72)</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166FB4C5" w14:textId="77777777" w:rsidR="007824B3" w:rsidRPr="00EB75F0" w:rsidRDefault="007824B3" w:rsidP="00C32B29">
            <w:pPr>
              <w:pStyle w:val="TableText"/>
              <w:spacing w:before="48" w:after="48"/>
              <w:rPr>
                <w:b/>
                <w:color w:val="000000"/>
                <w:sz w:val="18"/>
              </w:rPr>
            </w:pPr>
            <w:r w:rsidRPr="00EB75F0">
              <w:rPr>
                <w:b/>
                <w:color w:val="000000"/>
                <w:sz w:val="18"/>
              </w:rPr>
              <w:t>1.20 (0.50, 1.91)</w:t>
            </w:r>
          </w:p>
        </w:tc>
        <w:tc>
          <w:tcPr>
            <w:tcW w:w="987" w:type="pct"/>
            <w:tcBorders>
              <w:top w:val="single" w:sz="4" w:space="0" w:color="000000"/>
              <w:left w:val="single" w:sz="4" w:space="0" w:color="000000"/>
              <w:bottom w:val="single" w:sz="4" w:space="0" w:color="000000"/>
              <w:right w:val="single" w:sz="4" w:space="0" w:color="000000"/>
            </w:tcBorders>
            <w:vAlign w:val="center"/>
          </w:tcPr>
          <w:p w14:paraId="5676ABCD" w14:textId="77777777" w:rsidR="007824B3" w:rsidRPr="00EB75F0" w:rsidRDefault="007824B3" w:rsidP="00C32B29">
            <w:pPr>
              <w:pStyle w:val="TableText"/>
              <w:spacing w:before="48" w:after="48"/>
              <w:rPr>
                <w:b/>
                <w:color w:val="000000"/>
                <w:sz w:val="18"/>
              </w:rPr>
            </w:pPr>
            <w:r w:rsidRPr="00EB75F0">
              <w:rPr>
                <w:b/>
                <w:color w:val="000000"/>
                <w:sz w:val="18"/>
              </w:rPr>
              <w:t>1.19 (0.46, 1.92)</w:t>
            </w:r>
          </w:p>
        </w:tc>
      </w:tr>
      <w:tr w:rsidR="007824B3" w:rsidRPr="00EB75F0" w14:paraId="17B1862A"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094B75FA" w14:textId="77777777" w:rsidR="007824B3" w:rsidRPr="00EB75F0" w:rsidRDefault="007824B3" w:rsidP="00C32B29">
            <w:pPr>
              <w:pStyle w:val="TableText"/>
              <w:spacing w:before="48" w:after="48"/>
              <w:rPr>
                <w:sz w:val="18"/>
              </w:rPr>
            </w:pPr>
            <w:proofErr w:type="spellStart"/>
            <w:r w:rsidRPr="00EB75F0">
              <w:rPr>
                <w:color w:val="000000"/>
                <w:sz w:val="18"/>
              </w:rPr>
              <w:t>Cariprazine</w:t>
            </w:r>
            <w:proofErr w:type="spellEnd"/>
          </w:p>
        </w:tc>
        <w:tc>
          <w:tcPr>
            <w:tcW w:w="1070" w:type="pct"/>
            <w:tcBorders>
              <w:top w:val="single" w:sz="4" w:space="0" w:color="000000"/>
              <w:left w:val="single" w:sz="4" w:space="0" w:color="000000"/>
              <w:bottom w:val="single" w:sz="4" w:space="0" w:color="000000"/>
              <w:right w:val="single" w:sz="4" w:space="0" w:color="000000"/>
            </w:tcBorders>
            <w:vAlign w:val="center"/>
          </w:tcPr>
          <w:p w14:paraId="2EF99CC3" w14:textId="77777777" w:rsidR="007824B3" w:rsidRPr="00EB75F0" w:rsidRDefault="007824B3" w:rsidP="00C32B29">
            <w:pPr>
              <w:pStyle w:val="TableText"/>
              <w:spacing w:before="48" w:after="48"/>
              <w:rPr>
                <w:b/>
                <w:color w:val="000000"/>
                <w:sz w:val="18"/>
              </w:rPr>
            </w:pPr>
            <w:r w:rsidRPr="00EB75F0">
              <w:rPr>
                <w:b/>
                <w:color w:val="000000"/>
                <w:sz w:val="18"/>
              </w:rPr>
              <w:t>0.64 (0.36, 0.91)</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38FFAD5F" w14:textId="77777777" w:rsidR="007824B3" w:rsidRPr="00EB75F0" w:rsidRDefault="007824B3" w:rsidP="00C32B29">
            <w:pPr>
              <w:pStyle w:val="TableText"/>
              <w:spacing w:before="48" w:after="48"/>
              <w:rPr>
                <w:b/>
                <w:color w:val="000000"/>
                <w:sz w:val="18"/>
              </w:rPr>
            </w:pPr>
            <w:r w:rsidRPr="00EB75F0">
              <w:rPr>
                <w:b/>
                <w:color w:val="000000"/>
                <w:sz w:val="18"/>
              </w:rPr>
              <w:t>0.62 (0.09, 1.18)</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43AAE8C2" w14:textId="77777777" w:rsidR="007824B3" w:rsidRPr="00EB75F0" w:rsidRDefault="007824B3" w:rsidP="00C32B29">
            <w:pPr>
              <w:pStyle w:val="TableText"/>
              <w:spacing w:before="48" w:after="48"/>
              <w:rPr>
                <w:b/>
                <w:color w:val="000000"/>
                <w:sz w:val="18"/>
              </w:rPr>
            </w:pPr>
            <w:r w:rsidRPr="00EB75F0">
              <w:rPr>
                <w:b/>
                <w:color w:val="000000"/>
                <w:sz w:val="18"/>
              </w:rPr>
              <w:t>0.63 (0.07, 1.20)</w:t>
            </w:r>
          </w:p>
        </w:tc>
        <w:tc>
          <w:tcPr>
            <w:tcW w:w="987" w:type="pct"/>
            <w:tcBorders>
              <w:top w:val="single" w:sz="4" w:space="0" w:color="000000"/>
              <w:left w:val="single" w:sz="4" w:space="0" w:color="000000"/>
              <w:bottom w:val="single" w:sz="4" w:space="0" w:color="000000"/>
              <w:right w:val="single" w:sz="4" w:space="0" w:color="000000"/>
            </w:tcBorders>
            <w:vAlign w:val="center"/>
          </w:tcPr>
          <w:p w14:paraId="0EB02CC0" w14:textId="77777777" w:rsidR="007824B3" w:rsidRPr="00EB75F0" w:rsidRDefault="007824B3" w:rsidP="00C32B29">
            <w:pPr>
              <w:pStyle w:val="TableText"/>
              <w:spacing w:before="48" w:after="48"/>
              <w:rPr>
                <w:b/>
                <w:color w:val="000000"/>
                <w:sz w:val="18"/>
              </w:rPr>
            </w:pPr>
            <w:r w:rsidRPr="00EB75F0">
              <w:rPr>
                <w:b/>
                <w:color w:val="000000"/>
                <w:sz w:val="18"/>
              </w:rPr>
              <w:t>0.60 (0.01, 1.20)</w:t>
            </w:r>
          </w:p>
        </w:tc>
      </w:tr>
      <w:tr w:rsidR="007824B3" w:rsidRPr="00EB75F0" w14:paraId="72DA3DD0"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1074A685" w14:textId="77777777" w:rsidR="007824B3" w:rsidRPr="00EB75F0" w:rsidRDefault="007824B3" w:rsidP="00C32B29">
            <w:pPr>
              <w:pStyle w:val="TableText"/>
              <w:spacing w:before="48" w:after="48"/>
              <w:rPr>
                <w:color w:val="000000"/>
                <w:sz w:val="18"/>
              </w:rPr>
            </w:pPr>
            <w:r w:rsidRPr="00EB75F0">
              <w:rPr>
                <w:color w:val="000000"/>
                <w:sz w:val="18"/>
              </w:rPr>
              <w:t>Clozapine</w:t>
            </w:r>
          </w:p>
        </w:tc>
        <w:tc>
          <w:tcPr>
            <w:tcW w:w="1070" w:type="pct"/>
            <w:tcBorders>
              <w:top w:val="single" w:sz="4" w:space="0" w:color="000000"/>
              <w:left w:val="single" w:sz="4" w:space="0" w:color="000000"/>
              <w:bottom w:val="single" w:sz="4" w:space="0" w:color="000000"/>
              <w:right w:val="single" w:sz="4" w:space="0" w:color="000000"/>
            </w:tcBorders>
            <w:vAlign w:val="center"/>
          </w:tcPr>
          <w:p w14:paraId="6624E4B3" w14:textId="77777777" w:rsidR="007824B3" w:rsidRPr="00EB75F0" w:rsidRDefault="007824B3" w:rsidP="00C32B29">
            <w:pPr>
              <w:pStyle w:val="TableText"/>
              <w:spacing w:before="48" w:after="48"/>
              <w:rPr>
                <w:b/>
                <w:color w:val="000000"/>
                <w:sz w:val="18"/>
              </w:rPr>
            </w:pPr>
            <w:r w:rsidRPr="00EB75F0">
              <w:rPr>
                <w:b/>
                <w:color w:val="000000"/>
                <w:sz w:val="18"/>
              </w:rPr>
              <w:t>3.31 (1.18, 5.44)</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3066A38F" w14:textId="77777777" w:rsidR="007824B3" w:rsidRPr="00EB75F0" w:rsidRDefault="007824B3" w:rsidP="00C32B29">
            <w:pPr>
              <w:pStyle w:val="TableText"/>
              <w:spacing w:before="48" w:after="48"/>
              <w:rPr>
                <w:b/>
                <w:color w:val="000000"/>
                <w:sz w:val="18"/>
              </w:rPr>
            </w:pPr>
            <w:r w:rsidRPr="00EB75F0">
              <w:rPr>
                <w:b/>
                <w:color w:val="000000"/>
                <w:sz w:val="18"/>
              </w:rPr>
              <w:t>3.37 (1.02, 5.74)</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6C9D7A71" w14:textId="77777777" w:rsidR="007824B3" w:rsidRPr="00EB75F0" w:rsidRDefault="007824B3" w:rsidP="00C32B29">
            <w:pPr>
              <w:pStyle w:val="TableText"/>
              <w:spacing w:before="48" w:after="48"/>
              <w:rPr>
                <w:b/>
                <w:color w:val="000000"/>
                <w:sz w:val="18"/>
              </w:rPr>
            </w:pPr>
            <w:r w:rsidRPr="00EB75F0">
              <w:rPr>
                <w:b/>
                <w:color w:val="000000"/>
                <w:sz w:val="18"/>
              </w:rPr>
              <w:t>3.39 (1.00, 5.80)</w:t>
            </w:r>
          </w:p>
        </w:tc>
        <w:tc>
          <w:tcPr>
            <w:tcW w:w="987" w:type="pct"/>
            <w:tcBorders>
              <w:top w:val="single" w:sz="4" w:space="0" w:color="000000"/>
              <w:left w:val="single" w:sz="4" w:space="0" w:color="000000"/>
              <w:bottom w:val="single" w:sz="4" w:space="0" w:color="000000"/>
              <w:right w:val="single" w:sz="4" w:space="0" w:color="000000"/>
            </w:tcBorders>
            <w:vAlign w:val="center"/>
          </w:tcPr>
          <w:p w14:paraId="706F248E" w14:textId="77777777" w:rsidR="007824B3" w:rsidRPr="00EB75F0" w:rsidRDefault="007824B3" w:rsidP="00C32B29">
            <w:pPr>
              <w:pStyle w:val="TableText"/>
              <w:spacing w:before="48" w:after="48"/>
              <w:rPr>
                <w:b/>
                <w:color w:val="000000"/>
                <w:sz w:val="18"/>
              </w:rPr>
            </w:pPr>
            <w:r w:rsidRPr="00EB75F0">
              <w:rPr>
                <w:b/>
                <w:color w:val="000000"/>
                <w:sz w:val="18"/>
              </w:rPr>
              <w:t>3.41 (0.90, 5.97)</w:t>
            </w:r>
          </w:p>
        </w:tc>
      </w:tr>
      <w:tr w:rsidR="007824B3" w:rsidRPr="00EB75F0" w14:paraId="7446FB76"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398259DC" w14:textId="36B22509" w:rsidR="007824B3" w:rsidRPr="00EB75F0" w:rsidRDefault="00EF2D91" w:rsidP="00C32B29">
            <w:pPr>
              <w:pStyle w:val="TableText"/>
              <w:spacing w:before="48" w:after="48"/>
              <w:rPr>
                <w:sz w:val="18"/>
              </w:rPr>
            </w:pPr>
            <w:proofErr w:type="spellStart"/>
            <w:r>
              <w:rPr>
                <w:color w:val="000000"/>
                <w:sz w:val="18"/>
              </w:rPr>
              <w:t>KarXT</w:t>
            </w:r>
            <w:proofErr w:type="spellEnd"/>
          </w:p>
        </w:tc>
        <w:tc>
          <w:tcPr>
            <w:tcW w:w="1070" w:type="pct"/>
            <w:tcBorders>
              <w:top w:val="single" w:sz="4" w:space="0" w:color="000000"/>
              <w:left w:val="single" w:sz="4" w:space="0" w:color="000000"/>
              <w:bottom w:val="single" w:sz="4" w:space="0" w:color="000000"/>
              <w:right w:val="single" w:sz="4" w:space="0" w:color="000000"/>
            </w:tcBorders>
            <w:vAlign w:val="center"/>
          </w:tcPr>
          <w:p w14:paraId="58BE2C28" w14:textId="77777777" w:rsidR="007824B3" w:rsidRPr="00EB75F0" w:rsidRDefault="007824B3" w:rsidP="00C32B29">
            <w:pPr>
              <w:pStyle w:val="TableText"/>
              <w:spacing w:before="48" w:after="48"/>
              <w:rPr>
                <w:color w:val="000000"/>
                <w:sz w:val="18"/>
              </w:rPr>
            </w:pPr>
            <w:r w:rsidRPr="00EB75F0">
              <w:rPr>
                <w:color w:val="000000"/>
                <w:sz w:val="18"/>
              </w:rPr>
              <w:t>-0.40 (-0.98, 0.17)</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12B0CF34" w14:textId="77777777" w:rsidR="007824B3" w:rsidRPr="00EB75F0" w:rsidRDefault="007824B3" w:rsidP="00C32B29">
            <w:pPr>
              <w:pStyle w:val="TableText"/>
              <w:spacing w:before="48" w:after="48"/>
              <w:rPr>
                <w:color w:val="000000"/>
                <w:sz w:val="18"/>
              </w:rPr>
            </w:pPr>
            <w:r w:rsidRPr="00EB75F0">
              <w:rPr>
                <w:color w:val="000000"/>
                <w:sz w:val="18"/>
              </w:rPr>
              <w:t>-0.41 (-1.23, 0.41)</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2409BB1C" w14:textId="77777777" w:rsidR="007824B3" w:rsidRPr="00EB75F0" w:rsidRDefault="007824B3" w:rsidP="00C32B29">
            <w:pPr>
              <w:pStyle w:val="TableText"/>
              <w:spacing w:before="48" w:after="48"/>
              <w:rPr>
                <w:color w:val="000000"/>
                <w:sz w:val="18"/>
              </w:rPr>
            </w:pPr>
            <w:r w:rsidRPr="00EB75F0">
              <w:rPr>
                <w:color w:val="000000"/>
                <w:sz w:val="18"/>
              </w:rPr>
              <w:t>-0.41 (-1.26, 0.43)</w:t>
            </w:r>
          </w:p>
        </w:tc>
        <w:tc>
          <w:tcPr>
            <w:tcW w:w="987" w:type="pct"/>
            <w:tcBorders>
              <w:top w:val="single" w:sz="4" w:space="0" w:color="000000"/>
              <w:left w:val="single" w:sz="4" w:space="0" w:color="000000"/>
              <w:bottom w:val="single" w:sz="4" w:space="0" w:color="000000"/>
              <w:right w:val="single" w:sz="4" w:space="0" w:color="000000"/>
            </w:tcBorders>
            <w:vAlign w:val="center"/>
          </w:tcPr>
          <w:p w14:paraId="245BE403" w14:textId="77777777" w:rsidR="007824B3" w:rsidRPr="00EB75F0" w:rsidRDefault="007824B3" w:rsidP="00C32B29">
            <w:pPr>
              <w:pStyle w:val="TableText"/>
              <w:spacing w:before="48" w:after="48"/>
              <w:rPr>
                <w:color w:val="000000"/>
                <w:sz w:val="18"/>
              </w:rPr>
            </w:pPr>
            <w:r w:rsidRPr="00EB75F0">
              <w:rPr>
                <w:color w:val="000000"/>
                <w:sz w:val="18"/>
              </w:rPr>
              <w:t>-0.41 (-1.29, 0.45)</w:t>
            </w:r>
          </w:p>
        </w:tc>
      </w:tr>
      <w:tr w:rsidR="007824B3" w:rsidRPr="00EB75F0" w14:paraId="1A73D4EE"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6229DCCB" w14:textId="77777777" w:rsidR="007824B3" w:rsidRPr="00EB75F0" w:rsidRDefault="007824B3" w:rsidP="00C32B29">
            <w:pPr>
              <w:pStyle w:val="TableText"/>
              <w:spacing w:before="48" w:after="48"/>
              <w:rPr>
                <w:sz w:val="18"/>
              </w:rPr>
            </w:pPr>
            <w:proofErr w:type="spellStart"/>
            <w:r w:rsidRPr="00EB75F0">
              <w:rPr>
                <w:color w:val="000000"/>
                <w:sz w:val="18"/>
              </w:rPr>
              <w:t>Lumateperone</w:t>
            </w:r>
            <w:proofErr w:type="spellEnd"/>
          </w:p>
        </w:tc>
        <w:tc>
          <w:tcPr>
            <w:tcW w:w="1070" w:type="pct"/>
            <w:tcBorders>
              <w:top w:val="single" w:sz="4" w:space="0" w:color="000000"/>
              <w:left w:val="single" w:sz="4" w:space="0" w:color="000000"/>
              <w:bottom w:val="single" w:sz="4" w:space="0" w:color="000000"/>
              <w:right w:val="single" w:sz="4" w:space="0" w:color="000000"/>
            </w:tcBorders>
            <w:vAlign w:val="center"/>
          </w:tcPr>
          <w:p w14:paraId="7B084C8E" w14:textId="77777777" w:rsidR="007824B3" w:rsidRPr="00EB75F0" w:rsidRDefault="007824B3" w:rsidP="00C32B29">
            <w:pPr>
              <w:pStyle w:val="TableText"/>
              <w:spacing w:before="48" w:after="48"/>
              <w:rPr>
                <w:color w:val="000000"/>
                <w:sz w:val="18"/>
              </w:rPr>
            </w:pPr>
            <w:r w:rsidRPr="00EB75F0">
              <w:rPr>
                <w:color w:val="000000"/>
                <w:sz w:val="18"/>
              </w:rPr>
              <w:t>0.29 (-0.46, 1.04)</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086DEA9C" w14:textId="77777777" w:rsidR="007824B3" w:rsidRPr="00EB75F0" w:rsidRDefault="007824B3" w:rsidP="00C32B29">
            <w:pPr>
              <w:pStyle w:val="TableText"/>
              <w:spacing w:before="48" w:after="48"/>
              <w:rPr>
                <w:color w:val="000000"/>
                <w:sz w:val="18"/>
              </w:rPr>
            </w:pPr>
            <w:r w:rsidRPr="00EB75F0">
              <w:rPr>
                <w:color w:val="000000"/>
                <w:sz w:val="18"/>
              </w:rPr>
              <w:t>0.29 (-0.94, 1.52)</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7BCE226F" w14:textId="77777777" w:rsidR="007824B3" w:rsidRPr="00EB75F0" w:rsidRDefault="007824B3" w:rsidP="00C32B29">
            <w:pPr>
              <w:pStyle w:val="TableText"/>
              <w:spacing w:before="48" w:after="48"/>
              <w:rPr>
                <w:color w:val="000000"/>
                <w:sz w:val="18"/>
              </w:rPr>
            </w:pPr>
            <w:r w:rsidRPr="00EB75F0">
              <w:rPr>
                <w:color w:val="000000"/>
                <w:sz w:val="18"/>
              </w:rPr>
              <w:t>0.29 (-0.99, 1.57)</w:t>
            </w:r>
          </w:p>
        </w:tc>
        <w:tc>
          <w:tcPr>
            <w:tcW w:w="987" w:type="pct"/>
            <w:tcBorders>
              <w:top w:val="single" w:sz="4" w:space="0" w:color="000000"/>
              <w:left w:val="single" w:sz="4" w:space="0" w:color="000000"/>
              <w:bottom w:val="single" w:sz="4" w:space="0" w:color="000000"/>
              <w:right w:val="single" w:sz="4" w:space="0" w:color="000000"/>
            </w:tcBorders>
            <w:vAlign w:val="center"/>
          </w:tcPr>
          <w:p w14:paraId="2E0BEC45" w14:textId="77777777" w:rsidR="007824B3" w:rsidRPr="00EB75F0" w:rsidRDefault="007824B3" w:rsidP="00C32B29">
            <w:pPr>
              <w:pStyle w:val="TableText"/>
              <w:spacing w:before="48" w:after="48"/>
              <w:rPr>
                <w:color w:val="000000"/>
                <w:sz w:val="18"/>
              </w:rPr>
            </w:pPr>
            <w:r w:rsidRPr="00EB75F0">
              <w:rPr>
                <w:color w:val="000000"/>
                <w:sz w:val="18"/>
              </w:rPr>
              <w:t>0.28 (-1.03, 1.60)</w:t>
            </w:r>
          </w:p>
        </w:tc>
      </w:tr>
      <w:tr w:rsidR="007824B3" w:rsidRPr="00EB75F0" w14:paraId="0C3C595A"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68BC7B56" w14:textId="77777777" w:rsidR="007824B3" w:rsidRPr="00EB75F0" w:rsidRDefault="007824B3" w:rsidP="00C32B29">
            <w:pPr>
              <w:pStyle w:val="TableText"/>
              <w:spacing w:before="48" w:after="48"/>
              <w:rPr>
                <w:sz w:val="18"/>
              </w:rPr>
            </w:pPr>
            <w:r w:rsidRPr="00EB75F0">
              <w:rPr>
                <w:color w:val="000000"/>
                <w:sz w:val="18"/>
              </w:rPr>
              <w:t>Olanzapine</w:t>
            </w:r>
          </w:p>
        </w:tc>
        <w:tc>
          <w:tcPr>
            <w:tcW w:w="1070" w:type="pct"/>
            <w:tcBorders>
              <w:top w:val="single" w:sz="4" w:space="0" w:color="000000"/>
              <w:left w:val="single" w:sz="4" w:space="0" w:color="000000"/>
              <w:bottom w:val="single" w:sz="4" w:space="0" w:color="000000"/>
              <w:right w:val="single" w:sz="4" w:space="0" w:color="000000"/>
            </w:tcBorders>
            <w:vAlign w:val="center"/>
          </w:tcPr>
          <w:p w14:paraId="21D47A05" w14:textId="77777777" w:rsidR="007824B3" w:rsidRPr="00EB75F0" w:rsidRDefault="007824B3" w:rsidP="00C32B29">
            <w:pPr>
              <w:pStyle w:val="TableText"/>
              <w:spacing w:before="48" w:after="48"/>
              <w:rPr>
                <w:b/>
                <w:color w:val="000000"/>
                <w:sz w:val="18"/>
              </w:rPr>
            </w:pPr>
            <w:r w:rsidRPr="00EB75F0">
              <w:rPr>
                <w:b/>
                <w:color w:val="000000"/>
                <w:sz w:val="18"/>
              </w:rPr>
              <w:t>2.52 (2.23, 2.80)</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6F59DB3E" w14:textId="77777777" w:rsidR="007824B3" w:rsidRPr="00EB75F0" w:rsidRDefault="007824B3" w:rsidP="00C32B29">
            <w:pPr>
              <w:pStyle w:val="TableText"/>
              <w:spacing w:before="48" w:after="48"/>
              <w:rPr>
                <w:b/>
                <w:color w:val="000000"/>
                <w:sz w:val="18"/>
              </w:rPr>
            </w:pPr>
            <w:r w:rsidRPr="00EB75F0">
              <w:rPr>
                <w:b/>
                <w:color w:val="000000"/>
                <w:sz w:val="18"/>
              </w:rPr>
              <w:t>2.58 (2.12, 3.07)</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653CDA06" w14:textId="77777777" w:rsidR="007824B3" w:rsidRPr="00EB75F0" w:rsidRDefault="007824B3" w:rsidP="00C32B29">
            <w:pPr>
              <w:pStyle w:val="TableText"/>
              <w:spacing w:before="48" w:after="48"/>
              <w:rPr>
                <w:b/>
                <w:color w:val="000000"/>
                <w:sz w:val="18"/>
              </w:rPr>
            </w:pPr>
            <w:r w:rsidRPr="00EB75F0">
              <w:rPr>
                <w:b/>
                <w:color w:val="000000"/>
                <w:sz w:val="18"/>
              </w:rPr>
              <w:t>2.59 (2.11, 3.09)</w:t>
            </w:r>
          </w:p>
        </w:tc>
        <w:tc>
          <w:tcPr>
            <w:tcW w:w="987" w:type="pct"/>
            <w:tcBorders>
              <w:top w:val="single" w:sz="4" w:space="0" w:color="000000"/>
              <w:left w:val="single" w:sz="4" w:space="0" w:color="000000"/>
              <w:bottom w:val="single" w:sz="4" w:space="0" w:color="000000"/>
              <w:right w:val="single" w:sz="4" w:space="0" w:color="000000"/>
            </w:tcBorders>
            <w:vAlign w:val="center"/>
          </w:tcPr>
          <w:p w14:paraId="6A8505CC" w14:textId="77777777" w:rsidR="007824B3" w:rsidRPr="00EB75F0" w:rsidRDefault="007824B3" w:rsidP="00C32B29">
            <w:pPr>
              <w:pStyle w:val="TableText"/>
              <w:spacing w:before="48" w:after="48"/>
              <w:rPr>
                <w:b/>
                <w:color w:val="000000"/>
                <w:sz w:val="18"/>
              </w:rPr>
            </w:pPr>
            <w:r w:rsidRPr="00EB75F0">
              <w:rPr>
                <w:b/>
                <w:color w:val="000000"/>
                <w:sz w:val="18"/>
              </w:rPr>
              <w:t>2.61 (2.04, 3.23)</w:t>
            </w:r>
          </w:p>
        </w:tc>
      </w:tr>
      <w:tr w:rsidR="007824B3" w:rsidRPr="00EB75F0" w14:paraId="13A2E2F4"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023C76F0" w14:textId="77777777" w:rsidR="007824B3" w:rsidRPr="00EB75F0" w:rsidRDefault="007824B3" w:rsidP="00C32B29">
            <w:pPr>
              <w:pStyle w:val="TableText"/>
              <w:spacing w:before="48" w:after="48"/>
              <w:rPr>
                <w:sz w:val="18"/>
              </w:rPr>
            </w:pPr>
            <w:r w:rsidRPr="00EB75F0">
              <w:rPr>
                <w:color w:val="000000"/>
                <w:sz w:val="18"/>
              </w:rPr>
              <w:t>Quetiapine</w:t>
            </w:r>
          </w:p>
        </w:tc>
        <w:tc>
          <w:tcPr>
            <w:tcW w:w="1070" w:type="pct"/>
            <w:tcBorders>
              <w:top w:val="single" w:sz="4" w:space="0" w:color="000000"/>
              <w:left w:val="single" w:sz="4" w:space="0" w:color="000000"/>
              <w:bottom w:val="single" w:sz="4" w:space="0" w:color="000000"/>
              <w:right w:val="single" w:sz="4" w:space="0" w:color="000000"/>
            </w:tcBorders>
            <w:vAlign w:val="center"/>
          </w:tcPr>
          <w:p w14:paraId="64AB933A" w14:textId="77777777" w:rsidR="007824B3" w:rsidRPr="00EB75F0" w:rsidRDefault="007824B3" w:rsidP="00C32B29">
            <w:pPr>
              <w:pStyle w:val="TableText"/>
              <w:spacing w:before="48" w:after="48"/>
              <w:rPr>
                <w:b/>
                <w:color w:val="000000"/>
                <w:sz w:val="18"/>
              </w:rPr>
            </w:pPr>
            <w:r w:rsidRPr="00EB75F0">
              <w:rPr>
                <w:b/>
                <w:color w:val="000000"/>
                <w:sz w:val="18"/>
              </w:rPr>
              <w:t>1.43 (1.05, 1.80)</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253C0133" w14:textId="77777777" w:rsidR="007824B3" w:rsidRPr="00EB75F0" w:rsidRDefault="007824B3" w:rsidP="00C32B29">
            <w:pPr>
              <w:pStyle w:val="TableText"/>
              <w:spacing w:before="48" w:after="48"/>
              <w:rPr>
                <w:b/>
                <w:color w:val="000000"/>
                <w:sz w:val="18"/>
              </w:rPr>
            </w:pPr>
            <w:r w:rsidRPr="00EB75F0">
              <w:rPr>
                <w:b/>
                <w:color w:val="000000"/>
                <w:sz w:val="18"/>
              </w:rPr>
              <w:t>1.41 (0.73, 2.09)</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0A06C5F1" w14:textId="77777777" w:rsidR="007824B3" w:rsidRPr="00EB75F0" w:rsidRDefault="007824B3" w:rsidP="00C32B29">
            <w:pPr>
              <w:pStyle w:val="TableText"/>
              <w:spacing w:before="48" w:after="48"/>
              <w:rPr>
                <w:b/>
                <w:color w:val="000000"/>
                <w:sz w:val="18"/>
              </w:rPr>
            </w:pPr>
            <w:r w:rsidRPr="00EB75F0">
              <w:rPr>
                <w:b/>
                <w:color w:val="000000"/>
                <w:sz w:val="18"/>
              </w:rPr>
              <w:t>1.41 (0.70, 2.12)</w:t>
            </w:r>
          </w:p>
        </w:tc>
        <w:tc>
          <w:tcPr>
            <w:tcW w:w="987" w:type="pct"/>
            <w:tcBorders>
              <w:top w:val="single" w:sz="4" w:space="0" w:color="000000"/>
              <w:left w:val="single" w:sz="4" w:space="0" w:color="000000"/>
              <w:bottom w:val="single" w:sz="4" w:space="0" w:color="000000"/>
              <w:right w:val="single" w:sz="4" w:space="0" w:color="000000"/>
            </w:tcBorders>
            <w:vAlign w:val="center"/>
          </w:tcPr>
          <w:p w14:paraId="40E45BCF" w14:textId="77777777" w:rsidR="007824B3" w:rsidRPr="00EB75F0" w:rsidRDefault="007824B3" w:rsidP="00C32B29">
            <w:pPr>
              <w:pStyle w:val="TableText"/>
              <w:spacing w:before="48" w:after="48"/>
              <w:rPr>
                <w:b/>
                <w:color w:val="000000"/>
                <w:sz w:val="18"/>
              </w:rPr>
            </w:pPr>
            <w:r w:rsidRPr="00EB75F0">
              <w:rPr>
                <w:b/>
                <w:color w:val="000000"/>
                <w:sz w:val="18"/>
              </w:rPr>
              <w:t>1.41 (0.68, 2.14)</w:t>
            </w:r>
          </w:p>
        </w:tc>
      </w:tr>
      <w:tr w:rsidR="007824B3" w:rsidRPr="00EB75F0" w14:paraId="76A3A090"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6AE95A71" w14:textId="77777777" w:rsidR="007824B3" w:rsidRPr="00EB75F0" w:rsidRDefault="007824B3" w:rsidP="00C32B29">
            <w:pPr>
              <w:pStyle w:val="TableText"/>
              <w:spacing w:before="48" w:after="48"/>
              <w:rPr>
                <w:sz w:val="18"/>
              </w:rPr>
            </w:pPr>
            <w:r w:rsidRPr="00EB75F0">
              <w:rPr>
                <w:color w:val="000000"/>
                <w:sz w:val="18"/>
              </w:rPr>
              <w:t>Risperidone</w:t>
            </w:r>
          </w:p>
        </w:tc>
        <w:tc>
          <w:tcPr>
            <w:tcW w:w="1070" w:type="pct"/>
            <w:tcBorders>
              <w:top w:val="single" w:sz="4" w:space="0" w:color="000000"/>
              <w:left w:val="single" w:sz="4" w:space="0" w:color="000000"/>
              <w:bottom w:val="single" w:sz="4" w:space="0" w:color="000000"/>
              <w:right w:val="single" w:sz="4" w:space="0" w:color="000000"/>
            </w:tcBorders>
            <w:vAlign w:val="center"/>
          </w:tcPr>
          <w:p w14:paraId="153F9CE9" w14:textId="77777777" w:rsidR="007824B3" w:rsidRPr="00EB75F0" w:rsidRDefault="007824B3" w:rsidP="00C32B29">
            <w:pPr>
              <w:pStyle w:val="TableText"/>
              <w:spacing w:before="48" w:after="48"/>
              <w:rPr>
                <w:b/>
                <w:color w:val="000000"/>
                <w:sz w:val="18"/>
              </w:rPr>
            </w:pPr>
            <w:r w:rsidRPr="00EB75F0">
              <w:rPr>
                <w:b/>
                <w:color w:val="000000"/>
                <w:sz w:val="18"/>
              </w:rPr>
              <w:t>1.55 (1.22, 1.87)</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447353DC" w14:textId="77777777" w:rsidR="007824B3" w:rsidRPr="00EB75F0" w:rsidRDefault="007824B3" w:rsidP="00C32B29">
            <w:pPr>
              <w:pStyle w:val="TableText"/>
              <w:spacing w:before="48" w:after="48"/>
              <w:rPr>
                <w:b/>
                <w:color w:val="000000"/>
                <w:sz w:val="18"/>
              </w:rPr>
            </w:pPr>
            <w:r w:rsidRPr="00EB75F0">
              <w:rPr>
                <w:b/>
                <w:color w:val="000000"/>
                <w:sz w:val="18"/>
              </w:rPr>
              <w:t>1.59 (1.11, 2.08)</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17650820" w14:textId="77777777" w:rsidR="007824B3" w:rsidRPr="00EB75F0" w:rsidRDefault="007824B3" w:rsidP="00C32B29">
            <w:pPr>
              <w:pStyle w:val="TableText"/>
              <w:spacing w:before="48" w:after="48"/>
              <w:rPr>
                <w:b/>
                <w:color w:val="000000"/>
                <w:sz w:val="18"/>
              </w:rPr>
            </w:pPr>
            <w:r w:rsidRPr="00EB75F0">
              <w:rPr>
                <w:b/>
                <w:color w:val="000000"/>
                <w:sz w:val="18"/>
              </w:rPr>
              <w:t>1.65 (1.13, 2.19)</w:t>
            </w:r>
          </w:p>
        </w:tc>
        <w:tc>
          <w:tcPr>
            <w:tcW w:w="987" w:type="pct"/>
            <w:tcBorders>
              <w:top w:val="single" w:sz="4" w:space="0" w:color="000000"/>
              <w:left w:val="single" w:sz="4" w:space="0" w:color="000000"/>
              <w:bottom w:val="single" w:sz="4" w:space="0" w:color="000000"/>
              <w:right w:val="single" w:sz="4" w:space="0" w:color="000000"/>
            </w:tcBorders>
            <w:vAlign w:val="center"/>
          </w:tcPr>
          <w:p w14:paraId="19F56801" w14:textId="77777777" w:rsidR="007824B3" w:rsidRPr="00EB75F0" w:rsidRDefault="007824B3" w:rsidP="00C32B29">
            <w:pPr>
              <w:pStyle w:val="TableText"/>
              <w:spacing w:before="48" w:after="48"/>
              <w:rPr>
                <w:b/>
                <w:color w:val="000000"/>
                <w:sz w:val="18"/>
              </w:rPr>
            </w:pPr>
            <w:r w:rsidRPr="00EB75F0">
              <w:rPr>
                <w:b/>
                <w:color w:val="000000"/>
                <w:sz w:val="18"/>
              </w:rPr>
              <w:t>1.61 (1.05, 2.19)</w:t>
            </w:r>
          </w:p>
        </w:tc>
      </w:tr>
      <w:tr w:rsidR="007824B3" w:rsidRPr="00EB75F0" w14:paraId="1E03ECB7"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shd w:val="clear" w:color="auto" w:fill="001B2B"/>
            <w:vAlign w:val="center"/>
          </w:tcPr>
          <w:p w14:paraId="7E53A8F9" w14:textId="77777777" w:rsidR="007824B3" w:rsidRPr="00EB75F0" w:rsidRDefault="007824B3" w:rsidP="00C32B29">
            <w:pPr>
              <w:pStyle w:val="TableText"/>
              <w:spacing w:before="48" w:after="48"/>
              <w:rPr>
                <w:color w:val="FFFFFF"/>
                <w:sz w:val="18"/>
              </w:rPr>
            </w:pPr>
            <w:r w:rsidRPr="00EB75F0">
              <w:rPr>
                <w:color w:val="FFFFFF"/>
                <w:sz w:val="18"/>
              </w:rPr>
              <w:t>Comparator</w:t>
            </w:r>
          </w:p>
        </w:tc>
        <w:tc>
          <w:tcPr>
            <w:tcW w:w="3106" w:type="pct"/>
            <w:gridSpan w:val="4"/>
            <w:tcBorders>
              <w:top w:val="single" w:sz="4" w:space="0" w:color="000000"/>
              <w:left w:val="single" w:sz="4" w:space="0" w:color="000000"/>
              <w:bottom w:val="single" w:sz="4" w:space="0" w:color="000000"/>
              <w:right w:val="single" w:sz="4" w:space="0" w:color="000000"/>
            </w:tcBorders>
            <w:shd w:val="clear" w:color="auto" w:fill="001B2B"/>
            <w:vAlign w:val="center"/>
          </w:tcPr>
          <w:p w14:paraId="6A86519D" w14:textId="6E2DC251" w:rsidR="007824B3" w:rsidRPr="00EB75F0" w:rsidRDefault="00C85364" w:rsidP="00C32B29">
            <w:pPr>
              <w:pStyle w:val="TableText"/>
              <w:spacing w:before="48" w:after="48"/>
              <w:rPr>
                <w:color w:val="FFFFFF"/>
                <w:sz w:val="18"/>
              </w:rPr>
            </w:pPr>
            <w:r w:rsidRPr="00EB75F0">
              <w:rPr>
                <w:color w:val="FFFFFF"/>
                <w:sz w:val="18"/>
              </w:rPr>
              <w:t>MD</w:t>
            </w:r>
            <w:r w:rsidR="007824B3" w:rsidRPr="00EB75F0">
              <w:rPr>
                <w:color w:val="FFFFFF"/>
                <w:sz w:val="18"/>
              </w:rPr>
              <w:t xml:space="preserve"> </w:t>
            </w:r>
            <w:proofErr w:type="spellStart"/>
            <w:r w:rsidR="00EF2D91">
              <w:rPr>
                <w:color w:val="FFFFFF"/>
                <w:sz w:val="18"/>
              </w:rPr>
              <w:t>KarXT</w:t>
            </w:r>
            <w:proofErr w:type="spellEnd"/>
            <w:r w:rsidR="007824B3" w:rsidRPr="00EB75F0">
              <w:rPr>
                <w:color w:val="FFFFFF"/>
                <w:sz w:val="18"/>
              </w:rPr>
              <w:t xml:space="preserve"> vs Comparator (95% </w:t>
            </w:r>
            <w:proofErr w:type="spellStart"/>
            <w:r w:rsidR="007824B3" w:rsidRPr="00EB75F0">
              <w:rPr>
                <w:color w:val="FFFFFF"/>
                <w:sz w:val="18"/>
              </w:rPr>
              <w:t>CrI</w:t>
            </w:r>
            <w:proofErr w:type="spellEnd"/>
            <w:r w:rsidR="007824B3" w:rsidRPr="00EB75F0">
              <w:rPr>
                <w:color w:val="FFFFFF"/>
                <w:sz w:val="18"/>
              </w:rPr>
              <w:t>)</w:t>
            </w:r>
          </w:p>
        </w:tc>
        <w:tc>
          <w:tcPr>
            <w:tcW w:w="987" w:type="pct"/>
            <w:tcBorders>
              <w:top w:val="single" w:sz="4" w:space="0" w:color="000000"/>
              <w:left w:val="single" w:sz="4" w:space="0" w:color="000000"/>
              <w:bottom w:val="single" w:sz="4" w:space="0" w:color="000000"/>
              <w:right w:val="single" w:sz="4" w:space="0" w:color="000000"/>
            </w:tcBorders>
            <w:shd w:val="clear" w:color="auto" w:fill="001B2B"/>
          </w:tcPr>
          <w:p w14:paraId="3DF5E94C" w14:textId="77777777" w:rsidR="007824B3" w:rsidRPr="00EB75F0" w:rsidRDefault="007824B3" w:rsidP="00C32B29">
            <w:pPr>
              <w:pStyle w:val="TableText"/>
              <w:spacing w:before="48" w:after="48"/>
              <w:rPr>
                <w:color w:val="FFFFFF"/>
                <w:sz w:val="18"/>
              </w:rPr>
            </w:pPr>
          </w:p>
        </w:tc>
      </w:tr>
      <w:tr w:rsidR="007824B3" w:rsidRPr="00EB75F0" w14:paraId="5851D487"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179CF5BC" w14:textId="77777777" w:rsidR="007824B3" w:rsidRPr="00EB75F0" w:rsidRDefault="007824B3" w:rsidP="00C32B29">
            <w:pPr>
              <w:pStyle w:val="TableText"/>
              <w:spacing w:before="48" w:after="48"/>
              <w:rPr>
                <w:sz w:val="18"/>
              </w:rPr>
            </w:pPr>
            <w:r w:rsidRPr="00EB75F0">
              <w:rPr>
                <w:color w:val="000000"/>
                <w:sz w:val="18"/>
              </w:rPr>
              <w:t>Aripiprazole</w:t>
            </w:r>
          </w:p>
        </w:tc>
        <w:tc>
          <w:tcPr>
            <w:tcW w:w="1070" w:type="pct"/>
            <w:tcBorders>
              <w:top w:val="single" w:sz="4" w:space="0" w:color="000000"/>
              <w:left w:val="single" w:sz="4" w:space="0" w:color="000000"/>
              <w:bottom w:val="single" w:sz="4" w:space="0" w:color="000000"/>
              <w:right w:val="single" w:sz="4" w:space="0" w:color="000000"/>
            </w:tcBorders>
            <w:vAlign w:val="center"/>
          </w:tcPr>
          <w:p w14:paraId="7B8BEB2F" w14:textId="77777777" w:rsidR="007824B3" w:rsidRPr="00EB75F0" w:rsidRDefault="007824B3" w:rsidP="00C32B29">
            <w:pPr>
              <w:pStyle w:val="TableText"/>
              <w:spacing w:before="48" w:after="48"/>
              <w:rPr>
                <w:b/>
                <w:color w:val="000000"/>
                <w:sz w:val="18"/>
              </w:rPr>
            </w:pPr>
            <w:r w:rsidRPr="00EB75F0">
              <w:rPr>
                <w:b/>
                <w:color w:val="000000"/>
                <w:sz w:val="18"/>
              </w:rPr>
              <w:t>-1.09 (-1.66, -0.51)</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41CA6BA0" w14:textId="77777777" w:rsidR="007824B3" w:rsidRPr="00EB75F0" w:rsidRDefault="007824B3" w:rsidP="00C32B29">
            <w:pPr>
              <w:pStyle w:val="TableText"/>
              <w:spacing w:before="48" w:after="48"/>
              <w:rPr>
                <w:color w:val="000000"/>
                <w:sz w:val="18"/>
              </w:rPr>
            </w:pPr>
            <w:r w:rsidRPr="00EB75F0">
              <w:rPr>
                <w:color w:val="000000"/>
                <w:sz w:val="18"/>
              </w:rPr>
              <w:t>-0.92 (-1.86, 0.01)</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0D8FB537" w14:textId="77777777" w:rsidR="007824B3" w:rsidRPr="00EB75F0" w:rsidRDefault="007824B3" w:rsidP="00C32B29">
            <w:pPr>
              <w:pStyle w:val="TableText"/>
              <w:spacing w:before="48" w:after="48"/>
              <w:rPr>
                <w:color w:val="000000"/>
                <w:sz w:val="18"/>
              </w:rPr>
            </w:pPr>
            <w:r w:rsidRPr="00EB75F0">
              <w:rPr>
                <w:color w:val="000000"/>
                <w:sz w:val="18"/>
              </w:rPr>
              <w:t>-0.89 (-1.86, 0.08)</w:t>
            </w:r>
          </w:p>
        </w:tc>
        <w:tc>
          <w:tcPr>
            <w:tcW w:w="987" w:type="pct"/>
            <w:tcBorders>
              <w:top w:val="single" w:sz="4" w:space="0" w:color="000000"/>
              <w:left w:val="single" w:sz="4" w:space="0" w:color="000000"/>
              <w:bottom w:val="single" w:sz="4" w:space="0" w:color="000000"/>
              <w:right w:val="single" w:sz="4" w:space="0" w:color="000000"/>
            </w:tcBorders>
            <w:vAlign w:val="center"/>
          </w:tcPr>
          <w:p w14:paraId="5D27BB85" w14:textId="77777777" w:rsidR="007824B3" w:rsidRPr="00EB75F0" w:rsidRDefault="007824B3" w:rsidP="00C32B29">
            <w:pPr>
              <w:pStyle w:val="TableText"/>
              <w:spacing w:before="48" w:after="48"/>
              <w:rPr>
                <w:color w:val="000000"/>
                <w:sz w:val="18"/>
              </w:rPr>
            </w:pPr>
            <w:r w:rsidRPr="00EB75F0">
              <w:rPr>
                <w:color w:val="000000"/>
                <w:sz w:val="18"/>
              </w:rPr>
              <w:t>-0.72 (-1.79, 0.32)</w:t>
            </w:r>
          </w:p>
        </w:tc>
      </w:tr>
      <w:tr w:rsidR="007824B3" w:rsidRPr="00EB75F0" w14:paraId="302CA7DA"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56531882" w14:textId="77777777" w:rsidR="007824B3" w:rsidRPr="00EB75F0" w:rsidRDefault="007824B3" w:rsidP="00C32B29">
            <w:pPr>
              <w:pStyle w:val="TableText"/>
              <w:spacing w:before="48" w:after="48"/>
              <w:rPr>
                <w:sz w:val="18"/>
              </w:rPr>
            </w:pPr>
            <w:proofErr w:type="spellStart"/>
            <w:r w:rsidRPr="00EB75F0">
              <w:rPr>
                <w:color w:val="000000"/>
                <w:sz w:val="18"/>
              </w:rPr>
              <w:t>Brexpiprazole</w:t>
            </w:r>
            <w:proofErr w:type="spellEnd"/>
          </w:p>
        </w:tc>
        <w:tc>
          <w:tcPr>
            <w:tcW w:w="1070" w:type="pct"/>
            <w:tcBorders>
              <w:top w:val="single" w:sz="4" w:space="0" w:color="000000"/>
              <w:left w:val="single" w:sz="4" w:space="0" w:color="000000"/>
              <w:bottom w:val="single" w:sz="4" w:space="0" w:color="000000"/>
              <w:right w:val="single" w:sz="4" w:space="0" w:color="000000"/>
            </w:tcBorders>
            <w:vAlign w:val="center"/>
          </w:tcPr>
          <w:p w14:paraId="4CE0086B" w14:textId="77777777" w:rsidR="007824B3" w:rsidRPr="00EB75F0" w:rsidRDefault="007824B3" w:rsidP="00C32B29">
            <w:pPr>
              <w:pStyle w:val="TableText"/>
              <w:spacing w:before="48" w:after="48"/>
              <w:rPr>
                <w:b/>
                <w:color w:val="000000"/>
                <w:sz w:val="18"/>
              </w:rPr>
            </w:pPr>
            <w:r w:rsidRPr="00EB75F0">
              <w:rPr>
                <w:b/>
                <w:color w:val="000000"/>
                <w:sz w:val="18"/>
              </w:rPr>
              <w:t>-1.52 (-2.17, -0.87)</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49AFDEDE" w14:textId="77777777" w:rsidR="007824B3" w:rsidRPr="00EB75F0" w:rsidRDefault="007824B3" w:rsidP="00C32B29">
            <w:pPr>
              <w:pStyle w:val="TableText"/>
              <w:spacing w:before="48" w:after="48"/>
              <w:rPr>
                <w:b/>
                <w:color w:val="000000"/>
                <w:sz w:val="18"/>
              </w:rPr>
            </w:pPr>
            <w:r w:rsidRPr="00EB75F0">
              <w:rPr>
                <w:b/>
                <w:color w:val="000000"/>
                <w:sz w:val="18"/>
              </w:rPr>
              <w:t>-1.53 (-2.55, -0.54)</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7B05B6FF" w14:textId="77777777" w:rsidR="007824B3" w:rsidRPr="00EB75F0" w:rsidRDefault="007824B3" w:rsidP="00C32B29">
            <w:pPr>
              <w:pStyle w:val="TableText"/>
              <w:spacing w:before="48" w:after="48"/>
              <w:rPr>
                <w:b/>
                <w:color w:val="000000"/>
                <w:sz w:val="18"/>
              </w:rPr>
            </w:pPr>
            <w:r w:rsidRPr="00EB75F0">
              <w:rPr>
                <w:b/>
                <w:color w:val="000000"/>
                <w:sz w:val="18"/>
              </w:rPr>
              <w:t>-1.61 (-2.71, -0.53)</w:t>
            </w:r>
          </w:p>
        </w:tc>
        <w:tc>
          <w:tcPr>
            <w:tcW w:w="987" w:type="pct"/>
            <w:tcBorders>
              <w:top w:val="single" w:sz="4" w:space="0" w:color="000000"/>
              <w:left w:val="single" w:sz="4" w:space="0" w:color="000000"/>
              <w:bottom w:val="single" w:sz="4" w:space="0" w:color="000000"/>
              <w:right w:val="single" w:sz="4" w:space="0" w:color="000000"/>
            </w:tcBorders>
            <w:vAlign w:val="center"/>
          </w:tcPr>
          <w:p w14:paraId="254A585D" w14:textId="77777777" w:rsidR="007824B3" w:rsidRPr="00EB75F0" w:rsidRDefault="007824B3" w:rsidP="00C32B29">
            <w:pPr>
              <w:pStyle w:val="TableText"/>
              <w:spacing w:before="48" w:after="48"/>
              <w:rPr>
                <w:b/>
                <w:color w:val="000000"/>
                <w:sz w:val="18"/>
              </w:rPr>
            </w:pPr>
            <w:r w:rsidRPr="00EB75F0">
              <w:rPr>
                <w:b/>
                <w:color w:val="000000"/>
                <w:sz w:val="18"/>
              </w:rPr>
              <w:t>-1.60 (-2.73, -0.47)</w:t>
            </w:r>
          </w:p>
        </w:tc>
      </w:tr>
      <w:tr w:rsidR="007824B3" w:rsidRPr="00EB75F0" w14:paraId="71C1BBBC"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3C301549" w14:textId="77777777" w:rsidR="007824B3" w:rsidRPr="00EB75F0" w:rsidRDefault="007824B3" w:rsidP="00C32B29">
            <w:pPr>
              <w:pStyle w:val="TableText"/>
              <w:spacing w:before="48" w:after="48"/>
              <w:rPr>
                <w:sz w:val="18"/>
              </w:rPr>
            </w:pPr>
            <w:proofErr w:type="spellStart"/>
            <w:r w:rsidRPr="00EB75F0">
              <w:rPr>
                <w:color w:val="000000"/>
                <w:sz w:val="18"/>
              </w:rPr>
              <w:t>Cariprazine</w:t>
            </w:r>
            <w:proofErr w:type="spellEnd"/>
          </w:p>
        </w:tc>
        <w:tc>
          <w:tcPr>
            <w:tcW w:w="1070" w:type="pct"/>
            <w:tcBorders>
              <w:top w:val="single" w:sz="4" w:space="0" w:color="000000"/>
              <w:left w:val="single" w:sz="4" w:space="0" w:color="000000"/>
              <w:bottom w:val="single" w:sz="4" w:space="0" w:color="000000"/>
              <w:right w:val="single" w:sz="4" w:space="0" w:color="000000"/>
            </w:tcBorders>
            <w:vAlign w:val="center"/>
          </w:tcPr>
          <w:p w14:paraId="1BAD691D" w14:textId="77777777" w:rsidR="007824B3" w:rsidRPr="00EB75F0" w:rsidRDefault="007824B3" w:rsidP="00C32B29">
            <w:pPr>
              <w:pStyle w:val="TableText"/>
              <w:spacing w:before="48" w:after="48"/>
              <w:rPr>
                <w:b/>
                <w:color w:val="000000"/>
                <w:sz w:val="18"/>
              </w:rPr>
            </w:pPr>
            <w:r w:rsidRPr="00EB75F0">
              <w:rPr>
                <w:b/>
                <w:color w:val="000000"/>
                <w:sz w:val="18"/>
              </w:rPr>
              <w:t>-1.04 (-1.67, -0.41)</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66A63DF9" w14:textId="77777777" w:rsidR="007824B3" w:rsidRPr="00EB75F0" w:rsidRDefault="007824B3" w:rsidP="00C32B29">
            <w:pPr>
              <w:pStyle w:val="TableText"/>
              <w:spacing w:before="48" w:after="48"/>
              <w:rPr>
                <w:b/>
                <w:color w:val="000000"/>
                <w:sz w:val="18"/>
              </w:rPr>
            </w:pPr>
            <w:r w:rsidRPr="00EB75F0">
              <w:rPr>
                <w:b/>
                <w:color w:val="000000"/>
                <w:sz w:val="18"/>
              </w:rPr>
              <w:t>-1.03 (-2.03, -0.05)</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12A45B64" w14:textId="77777777" w:rsidR="007824B3" w:rsidRPr="00EB75F0" w:rsidRDefault="007824B3" w:rsidP="00C32B29">
            <w:pPr>
              <w:pStyle w:val="TableText"/>
              <w:spacing w:before="48" w:after="48"/>
              <w:rPr>
                <w:b/>
                <w:color w:val="000000"/>
                <w:sz w:val="18"/>
              </w:rPr>
            </w:pPr>
            <w:r w:rsidRPr="00EB75F0">
              <w:rPr>
                <w:b/>
                <w:color w:val="000000"/>
                <w:sz w:val="18"/>
              </w:rPr>
              <w:t>-1.04 (-2.06, -0.03)</w:t>
            </w:r>
          </w:p>
        </w:tc>
        <w:tc>
          <w:tcPr>
            <w:tcW w:w="987" w:type="pct"/>
            <w:tcBorders>
              <w:top w:val="single" w:sz="4" w:space="0" w:color="000000"/>
              <w:left w:val="single" w:sz="4" w:space="0" w:color="000000"/>
              <w:bottom w:val="single" w:sz="4" w:space="0" w:color="000000"/>
              <w:right w:val="single" w:sz="4" w:space="0" w:color="000000"/>
            </w:tcBorders>
            <w:vAlign w:val="center"/>
          </w:tcPr>
          <w:p w14:paraId="4652CE50" w14:textId="77777777" w:rsidR="007824B3" w:rsidRPr="00EB75F0" w:rsidRDefault="007824B3" w:rsidP="00C32B29">
            <w:pPr>
              <w:pStyle w:val="TableText"/>
              <w:spacing w:before="48" w:after="48"/>
              <w:rPr>
                <w:color w:val="000000"/>
                <w:sz w:val="18"/>
              </w:rPr>
            </w:pPr>
            <w:r w:rsidRPr="00EB75F0">
              <w:rPr>
                <w:color w:val="000000"/>
                <w:sz w:val="18"/>
              </w:rPr>
              <w:t>-1.01 (-2.07, 0.04)</w:t>
            </w:r>
          </w:p>
        </w:tc>
      </w:tr>
      <w:tr w:rsidR="007824B3" w:rsidRPr="00EB75F0" w14:paraId="1AD50D2C"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304C11FC" w14:textId="77777777" w:rsidR="007824B3" w:rsidRPr="00EB75F0" w:rsidRDefault="007824B3" w:rsidP="00C32B29">
            <w:pPr>
              <w:pStyle w:val="TableText"/>
              <w:spacing w:before="48" w:after="48"/>
              <w:rPr>
                <w:color w:val="000000"/>
                <w:sz w:val="18"/>
              </w:rPr>
            </w:pPr>
            <w:r w:rsidRPr="00EB75F0">
              <w:rPr>
                <w:color w:val="000000"/>
                <w:sz w:val="18"/>
              </w:rPr>
              <w:t>Clozapine</w:t>
            </w:r>
          </w:p>
        </w:tc>
        <w:tc>
          <w:tcPr>
            <w:tcW w:w="1070" w:type="pct"/>
            <w:tcBorders>
              <w:top w:val="single" w:sz="4" w:space="0" w:color="000000"/>
              <w:left w:val="single" w:sz="4" w:space="0" w:color="000000"/>
              <w:bottom w:val="single" w:sz="4" w:space="0" w:color="000000"/>
              <w:right w:val="single" w:sz="4" w:space="0" w:color="000000"/>
            </w:tcBorders>
            <w:vAlign w:val="center"/>
          </w:tcPr>
          <w:p w14:paraId="715ABF98" w14:textId="77777777" w:rsidR="007824B3" w:rsidRPr="00EB75F0" w:rsidRDefault="007824B3" w:rsidP="00C32B29">
            <w:pPr>
              <w:pStyle w:val="TableText"/>
              <w:spacing w:before="48" w:after="48"/>
              <w:rPr>
                <w:b/>
                <w:color w:val="000000"/>
                <w:sz w:val="18"/>
              </w:rPr>
            </w:pPr>
            <w:r w:rsidRPr="00EB75F0">
              <w:rPr>
                <w:b/>
                <w:color w:val="000000"/>
                <w:sz w:val="18"/>
              </w:rPr>
              <w:t>-3.71 (-5.92, -1.50)</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41751C43" w14:textId="77777777" w:rsidR="007824B3" w:rsidRPr="00EB75F0" w:rsidRDefault="007824B3" w:rsidP="00C32B29">
            <w:pPr>
              <w:pStyle w:val="TableText"/>
              <w:spacing w:before="48" w:after="48"/>
              <w:rPr>
                <w:b/>
                <w:color w:val="000000"/>
                <w:sz w:val="18"/>
              </w:rPr>
            </w:pPr>
            <w:r w:rsidRPr="00EB75F0">
              <w:rPr>
                <w:b/>
                <w:color w:val="000000"/>
                <w:sz w:val="18"/>
              </w:rPr>
              <w:t>-3.78 (-6.29, -1.29)</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44C9FB80" w14:textId="77777777" w:rsidR="007824B3" w:rsidRPr="00EB75F0" w:rsidRDefault="007824B3" w:rsidP="00C32B29">
            <w:pPr>
              <w:pStyle w:val="TableText"/>
              <w:spacing w:before="48" w:after="48"/>
              <w:rPr>
                <w:b/>
                <w:color w:val="000000"/>
                <w:sz w:val="18"/>
              </w:rPr>
            </w:pPr>
            <w:r w:rsidRPr="00EB75F0">
              <w:rPr>
                <w:b/>
                <w:color w:val="000000"/>
                <w:sz w:val="18"/>
              </w:rPr>
              <w:t>-3.81 (-6.36, -1.27)</w:t>
            </w:r>
          </w:p>
        </w:tc>
        <w:tc>
          <w:tcPr>
            <w:tcW w:w="987" w:type="pct"/>
            <w:tcBorders>
              <w:top w:val="single" w:sz="4" w:space="0" w:color="000000"/>
              <w:left w:val="single" w:sz="4" w:space="0" w:color="000000"/>
              <w:bottom w:val="single" w:sz="4" w:space="0" w:color="000000"/>
              <w:right w:val="single" w:sz="4" w:space="0" w:color="000000"/>
            </w:tcBorders>
            <w:vAlign w:val="center"/>
          </w:tcPr>
          <w:p w14:paraId="13C22A14" w14:textId="77777777" w:rsidR="007824B3" w:rsidRPr="00EB75F0" w:rsidRDefault="007824B3" w:rsidP="00C32B29">
            <w:pPr>
              <w:pStyle w:val="TableText"/>
              <w:spacing w:before="48" w:after="48"/>
              <w:rPr>
                <w:b/>
                <w:color w:val="000000"/>
                <w:sz w:val="18"/>
              </w:rPr>
            </w:pPr>
            <w:r w:rsidRPr="00EB75F0">
              <w:rPr>
                <w:b/>
                <w:color w:val="000000"/>
                <w:sz w:val="18"/>
              </w:rPr>
              <w:t>-3.82 (-6.52, -1.15)</w:t>
            </w:r>
          </w:p>
        </w:tc>
      </w:tr>
      <w:tr w:rsidR="007824B3" w:rsidRPr="00EB75F0" w14:paraId="1FE8516F"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7A670488" w14:textId="77777777" w:rsidR="007824B3" w:rsidRPr="00EB75F0" w:rsidRDefault="007824B3" w:rsidP="00C32B29">
            <w:pPr>
              <w:pStyle w:val="TableText"/>
              <w:spacing w:before="48" w:after="48"/>
              <w:rPr>
                <w:sz w:val="18"/>
              </w:rPr>
            </w:pPr>
            <w:proofErr w:type="spellStart"/>
            <w:r w:rsidRPr="00EB75F0">
              <w:rPr>
                <w:color w:val="000000"/>
                <w:sz w:val="18"/>
              </w:rPr>
              <w:t>Lumateperone</w:t>
            </w:r>
            <w:proofErr w:type="spellEnd"/>
          </w:p>
        </w:tc>
        <w:tc>
          <w:tcPr>
            <w:tcW w:w="1070" w:type="pct"/>
            <w:tcBorders>
              <w:top w:val="single" w:sz="4" w:space="0" w:color="000000"/>
              <w:left w:val="single" w:sz="4" w:space="0" w:color="000000"/>
              <w:bottom w:val="single" w:sz="4" w:space="0" w:color="000000"/>
              <w:right w:val="single" w:sz="4" w:space="0" w:color="000000"/>
            </w:tcBorders>
            <w:vAlign w:val="center"/>
          </w:tcPr>
          <w:p w14:paraId="5D25D469" w14:textId="77777777" w:rsidR="007824B3" w:rsidRPr="00EB75F0" w:rsidRDefault="007824B3" w:rsidP="00C32B29">
            <w:pPr>
              <w:pStyle w:val="TableText"/>
              <w:spacing w:before="48" w:after="48"/>
              <w:rPr>
                <w:color w:val="000000"/>
                <w:sz w:val="18"/>
              </w:rPr>
            </w:pPr>
            <w:r w:rsidRPr="00EB75F0">
              <w:rPr>
                <w:color w:val="000000"/>
                <w:sz w:val="18"/>
              </w:rPr>
              <w:t>-0.70 (-1.64, 0.25)</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0F52957E" w14:textId="77777777" w:rsidR="007824B3" w:rsidRPr="00EB75F0" w:rsidRDefault="007824B3" w:rsidP="00C32B29">
            <w:pPr>
              <w:pStyle w:val="TableText"/>
              <w:spacing w:before="48" w:after="48"/>
              <w:rPr>
                <w:color w:val="000000"/>
                <w:sz w:val="18"/>
              </w:rPr>
            </w:pPr>
            <w:r w:rsidRPr="00EB75F0">
              <w:rPr>
                <w:color w:val="000000"/>
                <w:sz w:val="18"/>
              </w:rPr>
              <w:t>-0.70 (-2.18, 0.78)</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6E3DB1FA" w14:textId="77777777" w:rsidR="007824B3" w:rsidRPr="00EB75F0" w:rsidRDefault="007824B3" w:rsidP="00C32B29">
            <w:pPr>
              <w:pStyle w:val="TableText"/>
              <w:spacing w:before="48" w:after="48"/>
              <w:rPr>
                <w:color w:val="000000"/>
                <w:sz w:val="18"/>
              </w:rPr>
            </w:pPr>
            <w:r w:rsidRPr="00EB75F0">
              <w:rPr>
                <w:color w:val="000000"/>
                <w:sz w:val="18"/>
              </w:rPr>
              <w:t>-0.70 (-2.22, 0.83)</w:t>
            </w:r>
          </w:p>
        </w:tc>
        <w:tc>
          <w:tcPr>
            <w:tcW w:w="987" w:type="pct"/>
            <w:tcBorders>
              <w:top w:val="single" w:sz="4" w:space="0" w:color="000000"/>
              <w:left w:val="single" w:sz="4" w:space="0" w:color="000000"/>
              <w:bottom w:val="single" w:sz="4" w:space="0" w:color="000000"/>
              <w:right w:val="single" w:sz="4" w:space="0" w:color="000000"/>
            </w:tcBorders>
            <w:vAlign w:val="center"/>
          </w:tcPr>
          <w:p w14:paraId="4FE1AE4B" w14:textId="77777777" w:rsidR="007824B3" w:rsidRPr="00EB75F0" w:rsidRDefault="007824B3" w:rsidP="00C32B29">
            <w:pPr>
              <w:pStyle w:val="TableText"/>
              <w:spacing w:before="48" w:after="48"/>
              <w:rPr>
                <w:color w:val="000000"/>
                <w:sz w:val="18"/>
              </w:rPr>
            </w:pPr>
            <w:r w:rsidRPr="00EB75F0">
              <w:rPr>
                <w:color w:val="000000"/>
                <w:sz w:val="18"/>
              </w:rPr>
              <w:t>-0.69 (-2.26, 0.87)</w:t>
            </w:r>
          </w:p>
        </w:tc>
      </w:tr>
      <w:tr w:rsidR="007824B3" w:rsidRPr="00EB75F0" w14:paraId="7F45F859"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2E88CF2A" w14:textId="77777777" w:rsidR="007824B3" w:rsidRPr="00EB75F0" w:rsidRDefault="007824B3" w:rsidP="00C32B29">
            <w:pPr>
              <w:pStyle w:val="TableText"/>
              <w:spacing w:before="48" w:after="48"/>
              <w:rPr>
                <w:sz w:val="18"/>
              </w:rPr>
            </w:pPr>
            <w:r w:rsidRPr="00EB75F0">
              <w:rPr>
                <w:color w:val="000000"/>
                <w:sz w:val="18"/>
              </w:rPr>
              <w:t>Olanzapine</w:t>
            </w:r>
          </w:p>
        </w:tc>
        <w:tc>
          <w:tcPr>
            <w:tcW w:w="1070" w:type="pct"/>
            <w:tcBorders>
              <w:top w:val="single" w:sz="4" w:space="0" w:color="000000"/>
              <w:left w:val="single" w:sz="4" w:space="0" w:color="000000"/>
              <w:bottom w:val="single" w:sz="4" w:space="0" w:color="000000"/>
              <w:right w:val="single" w:sz="4" w:space="0" w:color="000000"/>
            </w:tcBorders>
            <w:vAlign w:val="center"/>
          </w:tcPr>
          <w:p w14:paraId="51804ECE" w14:textId="77777777" w:rsidR="007824B3" w:rsidRPr="00EB75F0" w:rsidRDefault="007824B3" w:rsidP="00C32B29">
            <w:pPr>
              <w:pStyle w:val="TableText"/>
              <w:spacing w:before="48" w:after="48"/>
              <w:rPr>
                <w:b/>
                <w:color w:val="000000"/>
                <w:sz w:val="18"/>
              </w:rPr>
            </w:pPr>
            <w:r w:rsidRPr="00EB75F0">
              <w:rPr>
                <w:b/>
                <w:color w:val="000000"/>
                <w:sz w:val="18"/>
              </w:rPr>
              <w:t>-2.92 (-3.56, -2.28)</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425C18CA" w14:textId="77777777" w:rsidR="007824B3" w:rsidRPr="00EB75F0" w:rsidRDefault="007824B3" w:rsidP="00C32B29">
            <w:pPr>
              <w:pStyle w:val="TableText"/>
              <w:spacing w:before="48" w:after="48"/>
              <w:rPr>
                <w:b/>
                <w:color w:val="000000"/>
                <w:sz w:val="18"/>
              </w:rPr>
            </w:pPr>
            <w:r w:rsidRPr="00EB75F0">
              <w:rPr>
                <w:b/>
                <w:color w:val="000000"/>
                <w:sz w:val="18"/>
              </w:rPr>
              <w:t>-2.99 (-3.96, -2.06)</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622FE30F" w14:textId="77777777" w:rsidR="007824B3" w:rsidRPr="00EB75F0" w:rsidRDefault="007824B3" w:rsidP="00C32B29">
            <w:pPr>
              <w:pStyle w:val="TableText"/>
              <w:spacing w:before="48" w:after="48"/>
              <w:rPr>
                <w:b/>
                <w:color w:val="000000"/>
                <w:sz w:val="18"/>
              </w:rPr>
            </w:pPr>
            <w:r w:rsidRPr="00EB75F0">
              <w:rPr>
                <w:b/>
                <w:color w:val="000000"/>
                <w:sz w:val="18"/>
              </w:rPr>
              <w:t>-3.00 (-3.99, -2.03)</w:t>
            </w:r>
          </w:p>
        </w:tc>
        <w:tc>
          <w:tcPr>
            <w:tcW w:w="987" w:type="pct"/>
            <w:tcBorders>
              <w:top w:val="single" w:sz="4" w:space="0" w:color="000000"/>
              <w:left w:val="single" w:sz="4" w:space="0" w:color="000000"/>
              <w:bottom w:val="single" w:sz="4" w:space="0" w:color="000000"/>
              <w:right w:val="single" w:sz="4" w:space="0" w:color="000000"/>
            </w:tcBorders>
            <w:vAlign w:val="center"/>
          </w:tcPr>
          <w:p w14:paraId="6226A2F2" w14:textId="77777777" w:rsidR="007824B3" w:rsidRPr="00EB75F0" w:rsidRDefault="007824B3" w:rsidP="00C32B29">
            <w:pPr>
              <w:pStyle w:val="TableText"/>
              <w:spacing w:before="48" w:after="48"/>
              <w:rPr>
                <w:b/>
                <w:color w:val="000000"/>
                <w:sz w:val="18"/>
              </w:rPr>
            </w:pPr>
            <w:r w:rsidRPr="00EB75F0">
              <w:rPr>
                <w:b/>
                <w:color w:val="000000"/>
                <w:sz w:val="18"/>
              </w:rPr>
              <w:t>-3.02 (-4.10, -2.00)</w:t>
            </w:r>
          </w:p>
        </w:tc>
      </w:tr>
      <w:tr w:rsidR="007824B3" w:rsidRPr="00EB75F0" w14:paraId="38AE8DD9"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3A5577C0" w14:textId="77777777" w:rsidR="007824B3" w:rsidRPr="00EB75F0" w:rsidRDefault="007824B3" w:rsidP="00C32B29">
            <w:pPr>
              <w:pStyle w:val="TableText"/>
              <w:spacing w:before="48" w:after="48"/>
              <w:rPr>
                <w:sz w:val="18"/>
              </w:rPr>
            </w:pPr>
            <w:r w:rsidRPr="00EB75F0">
              <w:rPr>
                <w:color w:val="000000"/>
                <w:sz w:val="18"/>
              </w:rPr>
              <w:t>Quetiapine</w:t>
            </w:r>
          </w:p>
        </w:tc>
        <w:tc>
          <w:tcPr>
            <w:tcW w:w="1070" w:type="pct"/>
            <w:tcBorders>
              <w:top w:val="single" w:sz="4" w:space="0" w:color="000000"/>
              <w:left w:val="single" w:sz="4" w:space="0" w:color="000000"/>
              <w:bottom w:val="single" w:sz="4" w:space="0" w:color="000000"/>
              <w:right w:val="single" w:sz="4" w:space="0" w:color="000000"/>
            </w:tcBorders>
            <w:vAlign w:val="center"/>
          </w:tcPr>
          <w:p w14:paraId="7BDFDFAE" w14:textId="77777777" w:rsidR="007824B3" w:rsidRPr="00EB75F0" w:rsidRDefault="007824B3" w:rsidP="00C32B29">
            <w:pPr>
              <w:pStyle w:val="TableText"/>
              <w:spacing w:before="48" w:after="48"/>
              <w:rPr>
                <w:b/>
                <w:color w:val="000000"/>
                <w:sz w:val="18"/>
              </w:rPr>
            </w:pPr>
            <w:r w:rsidRPr="00EB75F0">
              <w:rPr>
                <w:b/>
                <w:color w:val="000000"/>
                <w:sz w:val="18"/>
              </w:rPr>
              <w:t>-1.83 (-2.51, -1.15)</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56951BBB" w14:textId="77777777" w:rsidR="007824B3" w:rsidRPr="00EB75F0" w:rsidRDefault="007824B3" w:rsidP="00C32B29">
            <w:pPr>
              <w:pStyle w:val="TableText"/>
              <w:spacing w:before="48" w:after="48"/>
              <w:rPr>
                <w:b/>
                <w:color w:val="000000"/>
                <w:sz w:val="18"/>
              </w:rPr>
            </w:pPr>
            <w:r w:rsidRPr="00EB75F0">
              <w:rPr>
                <w:b/>
                <w:color w:val="000000"/>
                <w:sz w:val="18"/>
              </w:rPr>
              <w:t>-1.82 (-2.89, -0.75)</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3155C926" w14:textId="77777777" w:rsidR="007824B3" w:rsidRPr="00EB75F0" w:rsidRDefault="007824B3" w:rsidP="00C32B29">
            <w:pPr>
              <w:pStyle w:val="TableText"/>
              <w:spacing w:before="48" w:after="48"/>
              <w:rPr>
                <w:b/>
                <w:color w:val="000000"/>
                <w:sz w:val="18"/>
              </w:rPr>
            </w:pPr>
            <w:r w:rsidRPr="00EB75F0">
              <w:rPr>
                <w:b/>
                <w:color w:val="000000"/>
                <w:sz w:val="18"/>
              </w:rPr>
              <w:t>-1.82 (-2.92, -0.73)</w:t>
            </w:r>
          </w:p>
        </w:tc>
        <w:tc>
          <w:tcPr>
            <w:tcW w:w="987" w:type="pct"/>
            <w:tcBorders>
              <w:top w:val="single" w:sz="4" w:space="0" w:color="000000"/>
              <w:left w:val="single" w:sz="4" w:space="0" w:color="000000"/>
              <w:bottom w:val="single" w:sz="4" w:space="0" w:color="000000"/>
              <w:right w:val="single" w:sz="4" w:space="0" w:color="000000"/>
            </w:tcBorders>
            <w:vAlign w:val="center"/>
          </w:tcPr>
          <w:p w14:paraId="43128614" w14:textId="77777777" w:rsidR="007824B3" w:rsidRPr="00EB75F0" w:rsidRDefault="007824B3" w:rsidP="00C32B29">
            <w:pPr>
              <w:pStyle w:val="TableText"/>
              <w:spacing w:before="48" w:after="48"/>
              <w:rPr>
                <w:b/>
                <w:color w:val="000000"/>
                <w:sz w:val="18"/>
              </w:rPr>
            </w:pPr>
            <w:r w:rsidRPr="00EB75F0">
              <w:rPr>
                <w:b/>
                <w:color w:val="000000"/>
                <w:sz w:val="18"/>
              </w:rPr>
              <w:t>-1.82 (-2.96, -0.68)</w:t>
            </w:r>
          </w:p>
        </w:tc>
      </w:tr>
      <w:tr w:rsidR="007824B3" w:rsidRPr="00EB75F0" w14:paraId="7CF6B7C8"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1B849CD8" w14:textId="77777777" w:rsidR="007824B3" w:rsidRPr="00EB75F0" w:rsidRDefault="007824B3" w:rsidP="00C32B29">
            <w:pPr>
              <w:pStyle w:val="TableText"/>
              <w:spacing w:before="48" w:after="48"/>
              <w:rPr>
                <w:sz w:val="18"/>
              </w:rPr>
            </w:pPr>
            <w:r w:rsidRPr="00EB75F0">
              <w:rPr>
                <w:color w:val="000000"/>
                <w:sz w:val="18"/>
              </w:rPr>
              <w:t>Risperidone</w:t>
            </w:r>
          </w:p>
        </w:tc>
        <w:tc>
          <w:tcPr>
            <w:tcW w:w="1070" w:type="pct"/>
            <w:tcBorders>
              <w:top w:val="single" w:sz="4" w:space="0" w:color="000000"/>
              <w:left w:val="single" w:sz="4" w:space="0" w:color="000000"/>
              <w:bottom w:val="single" w:sz="4" w:space="0" w:color="000000"/>
              <w:right w:val="single" w:sz="4" w:space="0" w:color="000000"/>
            </w:tcBorders>
            <w:vAlign w:val="center"/>
          </w:tcPr>
          <w:p w14:paraId="4981CA3C" w14:textId="77777777" w:rsidR="007824B3" w:rsidRPr="00EB75F0" w:rsidRDefault="007824B3" w:rsidP="00C32B29">
            <w:pPr>
              <w:pStyle w:val="TableText"/>
              <w:spacing w:before="48" w:after="48"/>
              <w:rPr>
                <w:b/>
                <w:color w:val="000000"/>
                <w:sz w:val="18"/>
              </w:rPr>
            </w:pPr>
            <w:r w:rsidRPr="00EB75F0">
              <w:rPr>
                <w:b/>
                <w:color w:val="000000"/>
                <w:sz w:val="18"/>
              </w:rPr>
              <w:t>-1.95 (-2.61, -1.29)</w:t>
            </w:r>
          </w:p>
        </w:tc>
        <w:tc>
          <w:tcPr>
            <w:tcW w:w="998"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13382961" w14:textId="77777777" w:rsidR="007824B3" w:rsidRPr="00EB75F0" w:rsidRDefault="007824B3" w:rsidP="00C32B29">
            <w:pPr>
              <w:pStyle w:val="TableText"/>
              <w:spacing w:before="48" w:after="48"/>
              <w:rPr>
                <w:b/>
                <w:color w:val="000000"/>
                <w:sz w:val="18"/>
              </w:rPr>
            </w:pPr>
            <w:r w:rsidRPr="00EB75F0">
              <w:rPr>
                <w:b/>
                <w:color w:val="000000"/>
                <w:sz w:val="18"/>
              </w:rPr>
              <w:t>-1.99 (-2.96, -1.05)</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14:paraId="6C982FF3" w14:textId="77777777" w:rsidR="007824B3" w:rsidRPr="00EB75F0" w:rsidRDefault="007824B3" w:rsidP="00C32B29">
            <w:pPr>
              <w:pStyle w:val="TableText"/>
              <w:spacing w:before="48" w:after="48"/>
              <w:rPr>
                <w:b/>
                <w:color w:val="000000"/>
                <w:sz w:val="18"/>
              </w:rPr>
            </w:pPr>
            <w:r w:rsidRPr="00EB75F0">
              <w:rPr>
                <w:b/>
                <w:color w:val="000000"/>
                <w:sz w:val="18"/>
              </w:rPr>
              <w:t>-2.06 (-3.07, -1.08)</w:t>
            </w:r>
          </w:p>
        </w:tc>
        <w:tc>
          <w:tcPr>
            <w:tcW w:w="987" w:type="pct"/>
            <w:tcBorders>
              <w:top w:val="single" w:sz="4" w:space="0" w:color="000000"/>
              <w:left w:val="single" w:sz="4" w:space="0" w:color="000000"/>
              <w:bottom w:val="single" w:sz="4" w:space="0" w:color="000000"/>
              <w:right w:val="single" w:sz="4" w:space="0" w:color="000000"/>
            </w:tcBorders>
            <w:vAlign w:val="center"/>
          </w:tcPr>
          <w:p w14:paraId="25746295" w14:textId="77777777" w:rsidR="007824B3" w:rsidRPr="00EB75F0" w:rsidRDefault="007824B3" w:rsidP="00C32B29">
            <w:pPr>
              <w:pStyle w:val="TableText"/>
              <w:spacing w:before="48" w:after="48"/>
              <w:rPr>
                <w:b/>
                <w:color w:val="000000"/>
                <w:sz w:val="18"/>
              </w:rPr>
            </w:pPr>
            <w:r w:rsidRPr="00EB75F0">
              <w:rPr>
                <w:b/>
                <w:color w:val="000000"/>
                <w:sz w:val="18"/>
              </w:rPr>
              <w:t>-2.01 (-3.07, -0.99)</w:t>
            </w:r>
          </w:p>
        </w:tc>
      </w:tr>
      <w:tr w:rsidR="007824B3" w:rsidRPr="00EB75F0" w14:paraId="23D84E5C" w14:textId="77777777" w:rsidTr="007C010D">
        <w:trPr>
          <w:trHeight w:val="58"/>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000000"/>
            <w:vAlign w:val="center"/>
          </w:tcPr>
          <w:p w14:paraId="1FF562B4" w14:textId="77777777" w:rsidR="007824B3" w:rsidRPr="00EB75F0" w:rsidRDefault="007824B3" w:rsidP="00C32B29">
            <w:pPr>
              <w:pStyle w:val="TableText"/>
              <w:spacing w:before="48" w:after="48"/>
              <w:rPr>
                <w:rFonts w:ascii="Aptos Narrow" w:hAnsi="Aptos Narrow"/>
                <w:color w:val="FFFFFF"/>
                <w:sz w:val="18"/>
              </w:rPr>
            </w:pPr>
            <w:r w:rsidRPr="00EB75F0">
              <w:rPr>
                <w:color w:val="FFFFFF"/>
                <w:sz w:val="18"/>
                <w:highlight w:val="black"/>
              </w:rPr>
              <w:lastRenderedPageBreak/>
              <w:t>Direct head-to-head meta-analyses</w:t>
            </w:r>
          </w:p>
        </w:tc>
      </w:tr>
      <w:tr w:rsidR="007824B3" w:rsidRPr="00EB75F0" w14:paraId="3176BB2C"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3C42F763" w14:textId="77777777" w:rsidR="007824B3" w:rsidRPr="00EB75F0" w:rsidRDefault="007824B3" w:rsidP="00C32B29">
            <w:pPr>
              <w:pStyle w:val="TableText"/>
              <w:spacing w:before="48" w:after="48"/>
              <w:rPr>
                <w:color w:val="000000"/>
                <w:sz w:val="18"/>
              </w:rPr>
            </w:pPr>
            <w:r w:rsidRPr="00EB75F0">
              <w:rPr>
                <w:color w:val="000000"/>
                <w:sz w:val="18"/>
              </w:rPr>
              <w:t>Range of I</w:t>
            </w:r>
            <w:r w:rsidRPr="00EB75F0">
              <w:rPr>
                <w:color w:val="000000"/>
                <w:sz w:val="18"/>
                <w:vertAlign w:val="superscript"/>
              </w:rPr>
              <w:t>2</w:t>
            </w:r>
            <w:r w:rsidRPr="00EB75F0">
              <w:rPr>
                <w:color w:val="000000"/>
                <w:sz w:val="18"/>
              </w:rPr>
              <w:t xml:space="preserve"> values</w:t>
            </w:r>
          </w:p>
        </w:tc>
        <w:tc>
          <w:tcPr>
            <w:tcW w:w="2067" w:type="pct"/>
            <w:gridSpan w:val="2"/>
            <w:tcBorders>
              <w:top w:val="single" w:sz="4" w:space="0" w:color="000000"/>
              <w:left w:val="single" w:sz="4" w:space="0" w:color="000000"/>
              <w:bottom w:val="single" w:sz="4" w:space="0" w:color="000000"/>
              <w:right w:val="single" w:sz="4" w:space="0" w:color="000000"/>
            </w:tcBorders>
            <w:vAlign w:val="bottom"/>
          </w:tcPr>
          <w:p w14:paraId="7019743E" w14:textId="77777777" w:rsidR="007824B3" w:rsidRPr="00EB75F0" w:rsidRDefault="007824B3" w:rsidP="00C32B29">
            <w:pPr>
              <w:pStyle w:val="TableText"/>
              <w:spacing w:before="48" w:after="48"/>
              <w:rPr>
                <w:color w:val="000000"/>
                <w:sz w:val="18"/>
              </w:rPr>
            </w:pPr>
            <w:r w:rsidRPr="00EB75F0">
              <w:rPr>
                <w:color w:val="000000"/>
                <w:sz w:val="18"/>
              </w:rPr>
              <w:t>0-77%, considerable heterogeneity between studies for olanzapine versus placebo (77%) and quetiapine versus placebo (64%)</w:t>
            </w:r>
          </w:p>
        </w:tc>
        <w:tc>
          <w:tcPr>
            <w:tcW w:w="1030" w:type="pct"/>
            <w:tcBorders>
              <w:top w:val="single" w:sz="4" w:space="0" w:color="000000"/>
              <w:left w:val="single" w:sz="4" w:space="0" w:color="000000"/>
              <w:bottom w:val="single" w:sz="4" w:space="0" w:color="000000"/>
              <w:right w:val="single" w:sz="4" w:space="0" w:color="000000"/>
            </w:tcBorders>
            <w:vAlign w:val="bottom"/>
          </w:tcPr>
          <w:p w14:paraId="1B8D6237" w14:textId="77777777" w:rsidR="007824B3" w:rsidRPr="00EB75F0" w:rsidRDefault="007824B3" w:rsidP="00C32B29">
            <w:pPr>
              <w:pStyle w:val="TableText"/>
              <w:spacing w:before="48" w:after="48"/>
              <w:rPr>
                <w:color w:val="000000"/>
                <w:sz w:val="18"/>
              </w:rPr>
            </w:pPr>
            <w:r w:rsidRPr="00EB75F0">
              <w:rPr>
                <w:color w:val="000000"/>
                <w:sz w:val="18"/>
              </w:rPr>
              <w:t>0-77%, considerable heterogeneity between studies for olanzapine versus placebo (77%) and quetiapine versus placebo (64%)</w:t>
            </w:r>
          </w:p>
        </w:tc>
        <w:tc>
          <w:tcPr>
            <w:tcW w:w="996" w:type="pct"/>
            <w:gridSpan w:val="2"/>
            <w:tcBorders>
              <w:top w:val="single" w:sz="4" w:space="0" w:color="000000"/>
              <w:left w:val="single" w:sz="4" w:space="0" w:color="000000"/>
              <w:bottom w:val="single" w:sz="4" w:space="0" w:color="000000"/>
              <w:right w:val="single" w:sz="4" w:space="0" w:color="000000"/>
            </w:tcBorders>
            <w:vAlign w:val="center"/>
          </w:tcPr>
          <w:p w14:paraId="19FD9CD8" w14:textId="77777777" w:rsidR="007824B3" w:rsidRPr="00EB75F0" w:rsidRDefault="007824B3" w:rsidP="00C32B29">
            <w:pPr>
              <w:pStyle w:val="TableText"/>
              <w:spacing w:before="48" w:after="48"/>
              <w:rPr>
                <w:rFonts w:ascii="Aptos Narrow" w:hAnsi="Aptos Narrow"/>
                <w:color w:val="000000"/>
                <w:sz w:val="18"/>
              </w:rPr>
            </w:pPr>
            <w:r w:rsidRPr="00EB75F0">
              <w:rPr>
                <w:color w:val="000000"/>
                <w:sz w:val="18"/>
              </w:rPr>
              <w:t>0-83%, considerable heterogeneity between studies for olanzapine versus placebo (83%) and quetiapine versus placebo (64%)</w:t>
            </w:r>
          </w:p>
        </w:tc>
      </w:tr>
      <w:tr w:rsidR="007824B3" w:rsidRPr="00EB75F0" w14:paraId="57AC0BED" w14:textId="77777777" w:rsidTr="007C010D">
        <w:trPr>
          <w:trHeight w:val="58"/>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000000"/>
            <w:vAlign w:val="center"/>
          </w:tcPr>
          <w:p w14:paraId="32F7635F" w14:textId="77777777" w:rsidR="007824B3" w:rsidRPr="00EB75F0" w:rsidRDefault="007824B3" w:rsidP="00C32B29">
            <w:pPr>
              <w:pStyle w:val="TableText"/>
              <w:spacing w:before="48" w:after="48"/>
              <w:rPr>
                <w:rFonts w:ascii="Aptos Narrow" w:hAnsi="Aptos Narrow"/>
                <w:color w:val="FFFFFF"/>
                <w:sz w:val="18"/>
              </w:rPr>
            </w:pPr>
            <w:r w:rsidRPr="00EB75F0">
              <w:rPr>
                <w:color w:val="FFFFFF"/>
                <w:sz w:val="18"/>
                <w:highlight w:val="black"/>
              </w:rPr>
              <w:t>Node-splitting analyses</w:t>
            </w:r>
          </w:p>
        </w:tc>
      </w:tr>
      <w:tr w:rsidR="007824B3" w:rsidRPr="00EB75F0" w14:paraId="4B944609" w14:textId="77777777" w:rsidTr="00AE5570">
        <w:trPr>
          <w:trHeight w:val="58"/>
        </w:trPr>
        <w:tc>
          <w:tcPr>
            <w:tcW w:w="907" w:type="pct"/>
            <w:tcBorders>
              <w:top w:val="single" w:sz="4" w:space="0" w:color="000000"/>
              <w:left w:val="single" w:sz="4" w:space="0" w:color="000000"/>
              <w:bottom w:val="single" w:sz="4" w:space="0" w:color="000000"/>
              <w:right w:val="single" w:sz="4" w:space="0" w:color="000000"/>
            </w:tcBorders>
            <w:vAlign w:val="center"/>
          </w:tcPr>
          <w:p w14:paraId="7E5269D2" w14:textId="77777777" w:rsidR="007824B3" w:rsidRPr="00EB75F0" w:rsidRDefault="007824B3" w:rsidP="00C32B29">
            <w:pPr>
              <w:pStyle w:val="TableText"/>
              <w:spacing w:before="48" w:after="48"/>
              <w:rPr>
                <w:color w:val="000000"/>
                <w:sz w:val="18"/>
              </w:rPr>
            </w:pPr>
            <w:r w:rsidRPr="00EB75F0">
              <w:rPr>
                <w:color w:val="000000"/>
                <w:sz w:val="18"/>
              </w:rPr>
              <w:t>IF estimates suggesting inconsistency</w:t>
            </w:r>
          </w:p>
        </w:tc>
        <w:tc>
          <w:tcPr>
            <w:tcW w:w="2067" w:type="pct"/>
            <w:gridSpan w:val="2"/>
            <w:tcBorders>
              <w:top w:val="single" w:sz="4" w:space="0" w:color="000000"/>
              <w:left w:val="single" w:sz="4" w:space="0" w:color="000000"/>
              <w:bottom w:val="single" w:sz="4" w:space="0" w:color="000000"/>
              <w:right w:val="single" w:sz="4" w:space="0" w:color="000000"/>
            </w:tcBorders>
            <w:vAlign w:val="center"/>
          </w:tcPr>
          <w:p w14:paraId="3AB29E9E" w14:textId="77777777" w:rsidR="007824B3" w:rsidRPr="00EB75F0" w:rsidRDefault="007824B3" w:rsidP="00C32B29">
            <w:pPr>
              <w:pStyle w:val="TableText"/>
              <w:spacing w:before="48" w:after="48"/>
              <w:rPr>
                <w:color w:val="000000"/>
                <w:sz w:val="18"/>
              </w:rPr>
            </w:pPr>
            <w:r w:rsidRPr="00EB75F0">
              <w:rPr>
                <w:color w:val="000000"/>
                <w:sz w:val="18"/>
              </w:rPr>
              <w:t xml:space="preserve">olanzapine versus aripiprazole IF: 1.48 (95% </w:t>
            </w:r>
            <w:proofErr w:type="spellStart"/>
            <w:r w:rsidRPr="00EB75F0">
              <w:rPr>
                <w:color w:val="000000"/>
                <w:sz w:val="18"/>
              </w:rPr>
              <w:t>CrI</w:t>
            </w:r>
            <w:proofErr w:type="spellEnd"/>
            <w:r w:rsidRPr="00EB75F0">
              <w:rPr>
                <w:color w:val="000000"/>
                <w:sz w:val="18"/>
              </w:rPr>
              <w:t xml:space="preserve">: 0.31, 2.65); olanzapine versus placebo IF: -1.48 (95% </w:t>
            </w:r>
            <w:proofErr w:type="spellStart"/>
            <w:r w:rsidRPr="00EB75F0">
              <w:rPr>
                <w:color w:val="000000"/>
                <w:sz w:val="18"/>
              </w:rPr>
              <w:t>CrI</w:t>
            </w:r>
            <w:proofErr w:type="spellEnd"/>
            <w:r w:rsidRPr="00EB75F0">
              <w:rPr>
                <w:color w:val="000000"/>
                <w:sz w:val="18"/>
              </w:rPr>
              <w:t>:-2.64, -0.32)</w:t>
            </w:r>
          </w:p>
        </w:tc>
        <w:tc>
          <w:tcPr>
            <w:tcW w:w="1030" w:type="pct"/>
            <w:tcBorders>
              <w:top w:val="single" w:sz="4" w:space="0" w:color="000000"/>
              <w:left w:val="single" w:sz="4" w:space="0" w:color="000000"/>
              <w:bottom w:val="single" w:sz="4" w:space="0" w:color="000000"/>
              <w:right w:val="single" w:sz="4" w:space="0" w:color="000000"/>
            </w:tcBorders>
            <w:vAlign w:val="center"/>
          </w:tcPr>
          <w:p w14:paraId="717BDAA7" w14:textId="77777777" w:rsidR="007824B3" w:rsidRPr="00EB75F0" w:rsidRDefault="007824B3" w:rsidP="00C32B29">
            <w:pPr>
              <w:pStyle w:val="TableText"/>
              <w:spacing w:before="48" w:after="48"/>
              <w:rPr>
                <w:color w:val="000000"/>
                <w:sz w:val="18"/>
              </w:rPr>
            </w:pPr>
            <w:r w:rsidRPr="00EB75F0">
              <w:rPr>
                <w:color w:val="000000"/>
                <w:sz w:val="18"/>
              </w:rPr>
              <w:t xml:space="preserve">aripiprazole versus placebo IF: 1.40 (95% </w:t>
            </w:r>
            <w:proofErr w:type="spellStart"/>
            <w:r w:rsidRPr="00EB75F0">
              <w:rPr>
                <w:color w:val="000000"/>
                <w:sz w:val="18"/>
              </w:rPr>
              <w:t>CrI</w:t>
            </w:r>
            <w:proofErr w:type="spellEnd"/>
            <w:r w:rsidRPr="00EB75F0">
              <w:rPr>
                <w:color w:val="000000"/>
                <w:sz w:val="18"/>
              </w:rPr>
              <w:t>: 0.02, 2.78);</w:t>
            </w:r>
            <w:r w:rsidRPr="00EB75F0">
              <w:rPr>
                <w:color w:val="000000"/>
                <w:sz w:val="18"/>
              </w:rPr>
              <w:br/>
              <w:t xml:space="preserve">olanzapine versus aripiprazole IF: 1.44 (95% </w:t>
            </w:r>
            <w:proofErr w:type="spellStart"/>
            <w:r w:rsidRPr="00EB75F0">
              <w:rPr>
                <w:color w:val="000000"/>
                <w:sz w:val="18"/>
              </w:rPr>
              <w:t>CrI</w:t>
            </w:r>
            <w:proofErr w:type="spellEnd"/>
            <w:r w:rsidRPr="00EB75F0">
              <w:rPr>
                <w:color w:val="000000"/>
                <w:sz w:val="18"/>
              </w:rPr>
              <w:t>: 0.21, 2.68);</w:t>
            </w:r>
            <w:r w:rsidRPr="00EB75F0">
              <w:rPr>
                <w:color w:val="000000"/>
                <w:sz w:val="18"/>
              </w:rPr>
              <w:br/>
              <w:t xml:space="preserve">olanzapine versus placebo IF: -1.44 (95% </w:t>
            </w:r>
            <w:proofErr w:type="spellStart"/>
            <w:r w:rsidRPr="00EB75F0">
              <w:rPr>
                <w:color w:val="000000"/>
                <w:sz w:val="18"/>
              </w:rPr>
              <w:t>CrI</w:t>
            </w:r>
            <w:proofErr w:type="spellEnd"/>
            <w:r w:rsidRPr="00EB75F0">
              <w:rPr>
                <w:color w:val="000000"/>
                <w:sz w:val="18"/>
              </w:rPr>
              <w:t>: -2.68, -0.20)</w:t>
            </w:r>
          </w:p>
        </w:tc>
        <w:tc>
          <w:tcPr>
            <w:tcW w:w="996" w:type="pct"/>
            <w:gridSpan w:val="2"/>
            <w:tcBorders>
              <w:top w:val="single" w:sz="4" w:space="0" w:color="000000"/>
              <w:left w:val="single" w:sz="4" w:space="0" w:color="000000"/>
              <w:bottom w:val="single" w:sz="4" w:space="0" w:color="000000"/>
              <w:right w:val="single" w:sz="4" w:space="0" w:color="000000"/>
            </w:tcBorders>
            <w:vAlign w:val="center"/>
          </w:tcPr>
          <w:p w14:paraId="37802EE8" w14:textId="77777777" w:rsidR="007824B3" w:rsidRPr="00EB75F0" w:rsidRDefault="007824B3" w:rsidP="00C32B29">
            <w:pPr>
              <w:pStyle w:val="TableText"/>
              <w:spacing w:before="48" w:after="48"/>
              <w:rPr>
                <w:color w:val="000000"/>
                <w:sz w:val="18"/>
              </w:rPr>
            </w:pPr>
            <w:r w:rsidRPr="00EB75F0">
              <w:rPr>
                <w:color w:val="000000"/>
                <w:sz w:val="18"/>
              </w:rPr>
              <w:t>-</w:t>
            </w:r>
          </w:p>
        </w:tc>
      </w:tr>
      <w:tr w:rsidR="007824B3" w:rsidRPr="00EB75F0" w14:paraId="0F4D3217" w14:textId="77777777" w:rsidTr="007C010D">
        <w:trPr>
          <w:trHeight w:val="58"/>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4F9340" w14:textId="28DE6299" w:rsidR="007824B3" w:rsidRPr="00EB75F0" w:rsidRDefault="007824B3" w:rsidP="00C32B29">
            <w:pPr>
              <w:pStyle w:val="Legend"/>
              <w:spacing w:before="48" w:after="48"/>
              <w:rPr>
                <w:sz w:val="16"/>
              </w:rPr>
            </w:pPr>
            <w:r w:rsidRPr="00EB75F0">
              <w:rPr>
                <w:b/>
                <w:sz w:val="16"/>
              </w:rPr>
              <w:t>Key:</w:t>
            </w:r>
            <w:r w:rsidRPr="00EB75F0">
              <w:rPr>
                <w:sz w:val="16"/>
              </w:rPr>
              <w:t xml:space="preserve"> </w:t>
            </w:r>
            <w:proofErr w:type="spellStart"/>
            <w:r w:rsidRPr="00EB75F0">
              <w:rPr>
                <w:sz w:val="16"/>
              </w:rPr>
              <w:t>CrI</w:t>
            </w:r>
            <w:proofErr w:type="spellEnd"/>
            <w:r w:rsidRPr="00EB75F0">
              <w:rPr>
                <w:sz w:val="16"/>
              </w:rPr>
              <w:t xml:space="preserve">, credible interval; DIC, deviance information criterion; FE, fixed-effects; </w:t>
            </w:r>
            <w:r w:rsidR="00C85364" w:rsidRPr="00EB75F0">
              <w:rPr>
                <w:rFonts w:asciiTheme="majorHAnsi" w:hAnsiTheme="majorHAnsi" w:cstheme="majorHAnsi"/>
                <w:sz w:val="16"/>
                <w:szCs w:val="16"/>
              </w:rPr>
              <w:t>MD, mean difference</w:t>
            </w:r>
            <w:r w:rsidRPr="00EB75F0">
              <w:rPr>
                <w:sz w:val="16"/>
              </w:rPr>
              <w:t>; RE, random-effects; IF, inconsistency factor</w:t>
            </w:r>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KarXT</w:t>
            </w:r>
            <w:proofErr w:type="spellEnd"/>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xanomeline</w:t>
            </w:r>
            <w:proofErr w:type="spellEnd"/>
            <w:r w:rsidR="00DB65DB" w:rsidRPr="00DB65DB">
              <w:rPr>
                <w:rFonts w:asciiTheme="majorHAnsi" w:hAnsiTheme="majorHAnsi" w:cstheme="majorHAnsi"/>
                <w:sz w:val="16"/>
              </w:rPr>
              <w:t>/</w:t>
            </w:r>
            <w:proofErr w:type="spellStart"/>
            <w:r w:rsidR="00DB65DB" w:rsidRPr="00DB65DB">
              <w:rPr>
                <w:rFonts w:asciiTheme="majorHAnsi" w:hAnsiTheme="majorHAnsi" w:cstheme="majorHAnsi"/>
                <w:sz w:val="16"/>
              </w:rPr>
              <w:t>trospium</w:t>
            </w:r>
            <w:proofErr w:type="spellEnd"/>
            <w:r w:rsidR="00DB65DB" w:rsidRPr="00DB65DB">
              <w:rPr>
                <w:rFonts w:asciiTheme="majorHAnsi" w:hAnsiTheme="majorHAnsi" w:cstheme="majorHAnsi"/>
                <w:sz w:val="16"/>
              </w:rPr>
              <w:t xml:space="preserve"> chloride</w:t>
            </w:r>
          </w:p>
          <w:p w14:paraId="11D0B8C6" w14:textId="77777777" w:rsidR="007824B3" w:rsidRPr="00EB75F0" w:rsidRDefault="007824B3" w:rsidP="00C32B29">
            <w:pPr>
              <w:pStyle w:val="TableText"/>
              <w:spacing w:before="48" w:after="48"/>
              <w:rPr>
                <w:rFonts w:ascii="Aptos Narrow" w:hAnsi="Aptos Narrow"/>
                <w:color w:val="000000"/>
                <w:sz w:val="18"/>
              </w:rPr>
            </w:pPr>
            <w:r w:rsidRPr="00EB75F0">
              <w:rPr>
                <w:b/>
                <w:sz w:val="16"/>
              </w:rPr>
              <w:t>Notes:</w:t>
            </w:r>
            <w:r w:rsidRPr="00EB75F0">
              <w:rPr>
                <w:sz w:val="16"/>
              </w:rPr>
              <w:t xml:space="preserve"> </w:t>
            </w:r>
            <w:r w:rsidRPr="00EB75F0">
              <w:rPr>
                <w:sz w:val="16"/>
                <w:shd w:val="clear" w:color="auto" w:fill="FFFCCC"/>
              </w:rPr>
              <w:t>Pale yellow highlight</w:t>
            </w:r>
            <w:r w:rsidRPr="00EB75F0">
              <w:rPr>
                <w:sz w:val="16"/>
              </w:rPr>
              <w:t xml:space="preserve"> indicates the base case model; statistically significant differences are highlighted in </w:t>
            </w:r>
            <w:r w:rsidRPr="00EB75F0">
              <w:rPr>
                <w:b/>
                <w:sz w:val="16"/>
              </w:rPr>
              <w:t>bold</w:t>
            </w:r>
            <w:r w:rsidRPr="00EB75F0">
              <w:rPr>
                <w:sz w:val="16"/>
              </w:rPr>
              <w:t>.</w:t>
            </w:r>
          </w:p>
        </w:tc>
      </w:tr>
    </w:tbl>
    <w:p w14:paraId="0BEA195E" w14:textId="32493AC3" w:rsidR="00AE5570" w:rsidRDefault="00AE5570" w:rsidP="00AE5570">
      <w:pPr>
        <w:pStyle w:val="Heading3"/>
      </w:pPr>
      <w:r w:rsidRPr="007F6A73">
        <w:lastRenderedPageBreak/>
        <w:t xml:space="preserve">Figure </w:t>
      </w:r>
      <w:r>
        <w:t>S</w:t>
      </w:r>
      <w:fldSimple w:instr=" SEQ Figure \* ARABIC ">
        <w:r w:rsidR="004B2F28">
          <w:rPr>
            <w:noProof/>
          </w:rPr>
          <w:t>60</w:t>
        </w:r>
      </w:fldSimple>
      <w:r w:rsidRPr="007F6A73">
        <w:t xml:space="preserve">: Change from baseline </w:t>
      </w:r>
      <w:r w:rsidR="002F4C4B">
        <w:t>weight</w:t>
      </w:r>
      <w:r w:rsidRPr="00EB75F0">
        <w:t xml:space="preserve"> –</w:t>
      </w:r>
      <w:r w:rsidRPr="00C228BD">
        <w:t xml:space="preserve"> </w:t>
      </w:r>
      <w:r>
        <w:t xml:space="preserve">distribution of potential effect modifiers by treatment node </w:t>
      </w:r>
      <w:r w:rsidRPr="007F6A73">
        <w:t>–</w:t>
      </w:r>
      <w:r>
        <w:t xml:space="preserve"> </w:t>
      </w:r>
      <w:r w:rsidRPr="00EB75F0">
        <w:t>base case network</w:t>
      </w:r>
      <w:r w:rsidRPr="007F6A73">
        <w:t xml:space="preserve"> </w:t>
      </w:r>
      <w:r w:rsidRPr="007F6A73">
        <w:rPr>
          <w:noProof/>
        </w:rPr>
        <w:drawing>
          <wp:inline distT="0" distB="0" distL="0" distR="0" wp14:anchorId="46A772E3" wp14:editId="7C645535">
            <wp:extent cx="6119495" cy="7420745"/>
            <wp:effectExtent l="0" t="0" r="0" b="8890"/>
            <wp:docPr id="445341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41165" name="Picture 1"/>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2EDBF089" w14:textId="0E48EA92" w:rsidR="00AE5570" w:rsidRPr="006B4B2F" w:rsidRDefault="00AE5570" w:rsidP="00AE5570">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w:t>
      </w:r>
      <w:r>
        <w:rPr>
          <w:sz w:val="20"/>
        </w:rPr>
        <w:t xml:space="preserve">, except for </w:t>
      </w:r>
      <w:r w:rsidR="008759BD">
        <w:rPr>
          <w:sz w:val="20"/>
        </w:rPr>
        <w:t>percentage male</w:t>
      </w:r>
      <w:r w:rsidRPr="009E25E6">
        <w:rPr>
          <w:sz w:val="20"/>
        </w:rPr>
        <w:t>. The p-value for the ANOVA F-test is 0.</w:t>
      </w:r>
      <w:r w:rsidR="00DE0B40">
        <w:rPr>
          <w:sz w:val="20"/>
        </w:rPr>
        <w:t>091</w:t>
      </w:r>
      <w:r w:rsidRPr="009E25E6">
        <w:rPr>
          <w:sz w:val="20"/>
        </w:rPr>
        <w:t>, 0.</w:t>
      </w:r>
      <w:r w:rsidR="00DE0B40">
        <w:rPr>
          <w:sz w:val="20"/>
        </w:rPr>
        <w:t>26</w:t>
      </w:r>
      <w:r w:rsidRPr="009E25E6">
        <w:rPr>
          <w:sz w:val="20"/>
        </w:rPr>
        <w:t>, 0.</w:t>
      </w:r>
      <w:r w:rsidR="00DE0B40">
        <w:rPr>
          <w:sz w:val="20"/>
        </w:rPr>
        <w:t>14</w:t>
      </w:r>
      <w:r w:rsidRPr="009E25E6">
        <w:rPr>
          <w:sz w:val="20"/>
        </w:rPr>
        <w:t xml:space="preserve">, </w:t>
      </w:r>
      <w:r>
        <w:rPr>
          <w:sz w:val="20"/>
        </w:rPr>
        <w:t>0.</w:t>
      </w:r>
      <w:r w:rsidR="00DE0B40">
        <w:rPr>
          <w:sz w:val="20"/>
        </w:rPr>
        <w:t>49</w:t>
      </w:r>
      <w:r>
        <w:rPr>
          <w:sz w:val="20"/>
        </w:rPr>
        <w:t xml:space="preserve"> </w:t>
      </w:r>
      <w:r w:rsidRPr="009E25E6">
        <w:rPr>
          <w:sz w:val="20"/>
        </w:rPr>
        <w:t>and 0.</w:t>
      </w:r>
      <w:r w:rsidR="00DE0B40">
        <w:rPr>
          <w:sz w:val="20"/>
        </w:rPr>
        <w:t>64</w:t>
      </w:r>
      <w:r w:rsidRPr="009E25E6">
        <w:rPr>
          <w:sz w:val="20"/>
        </w:rPr>
        <w:t>, for mean age, mean PANSS total score,</w:t>
      </w:r>
      <w:r w:rsidR="008759BD">
        <w:rPr>
          <w:sz w:val="20"/>
        </w:rPr>
        <w:t xml:space="preserve"> mean</w:t>
      </w:r>
      <w:r w:rsidRPr="009E25E6">
        <w:rPr>
          <w:sz w:val="20"/>
        </w:rPr>
        <w:t xml:space="preserve"> </w:t>
      </w:r>
      <w:r w:rsidR="00A65F10">
        <w:rPr>
          <w:sz w:val="20"/>
        </w:rPr>
        <w:t>positive score at baseline</w:t>
      </w:r>
      <w:r w:rsidR="008759BD">
        <w:rPr>
          <w:sz w:val="20"/>
        </w:rPr>
        <w:t xml:space="preserve">, </w:t>
      </w:r>
      <w:r w:rsidRPr="009E25E6">
        <w:rPr>
          <w:sz w:val="20"/>
        </w:rPr>
        <w:t>mean PANSS negative score, and mean CGI-S score at baseline, respectively.</w:t>
      </w:r>
      <w:r>
        <w:rPr>
          <w:sz w:val="20"/>
        </w:rPr>
        <w:t xml:space="preserve"> The Kruskal-Wallis rank sum test for </w:t>
      </w:r>
      <w:r w:rsidR="008759BD">
        <w:rPr>
          <w:sz w:val="20"/>
        </w:rPr>
        <w:t>percentage male</w:t>
      </w:r>
      <w:r>
        <w:rPr>
          <w:sz w:val="20"/>
        </w:rPr>
        <w:t xml:space="preserve"> yielded a p-value of 0.2.</w:t>
      </w:r>
      <w:r w:rsidRPr="009E25E6">
        <w:rPr>
          <w:sz w:val="20"/>
        </w:rPr>
        <w:t xml:space="preserve"> This indicates no significant difference between </w:t>
      </w:r>
      <w:r>
        <w:rPr>
          <w:sz w:val="20"/>
        </w:rPr>
        <w:t xml:space="preserve">treatment </w:t>
      </w:r>
      <w:r w:rsidRPr="009E25E6">
        <w:rPr>
          <w:sz w:val="20"/>
        </w:rPr>
        <w:t>nodes</w:t>
      </w:r>
      <w:r>
        <w:rPr>
          <w:sz w:val="20"/>
        </w:rPr>
        <w:t xml:space="preserve">. </w:t>
      </w:r>
      <w:r w:rsidRPr="009E25E6">
        <w:rPr>
          <w:sz w:val="20"/>
        </w:rPr>
        <w:t xml:space="preserve"> </w:t>
      </w:r>
    </w:p>
    <w:p w14:paraId="09DD663F" w14:textId="77777777" w:rsidR="007824B3" w:rsidRDefault="007824B3"/>
    <w:p w14:paraId="0DA838CF" w14:textId="374A8693" w:rsidR="00DD1A3E" w:rsidRDefault="00DD1A3E" w:rsidP="00DD1A3E">
      <w:pPr>
        <w:pStyle w:val="Heading3"/>
      </w:pPr>
      <w:r w:rsidRPr="007F6A73">
        <w:lastRenderedPageBreak/>
        <w:t xml:space="preserve">Figure </w:t>
      </w:r>
      <w:r>
        <w:t>S</w:t>
      </w:r>
      <w:fldSimple w:instr=" SEQ Figure \* ARABIC ">
        <w:r w:rsidR="004B2F28">
          <w:rPr>
            <w:noProof/>
          </w:rPr>
          <w:t>61</w:t>
        </w:r>
      </w:fldSimple>
      <w:r w:rsidRPr="007F6A73">
        <w:t>: Change from</w:t>
      </w:r>
      <w:r>
        <w:t xml:space="preserve"> </w:t>
      </w:r>
      <w:r w:rsidRPr="007F6A73">
        <w:t xml:space="preserve">baseline </w:t>
      </w:r>
      <w:r>
        <w:t>weight</w:t>
      </w:r>
      <w:r w:rsidRPr="00EB75F0">
        <w:t xml:space="preserve"> –</w:t>
      </w:r>
      <w:r w:rsidRPr="00C228BD">
        <w:t xml:space="preserve"> </w:t>
      </w:r>
      <w:r>
        <w:t xml:space="preserve">distribution of potential effect modifiers by treatment node </w:t>
      </w:r>
      <w:r w:rsidRPr="007F6A73">
        <w:t>–</w:t>
      </w:r>
      <w:r>
        <w:t xml:space="preserve"> </w:t>
      </w:r>
      <w:r w:rsidRPr="00EB75F0">
        <w:t>sensitivity analysis excluding studies with predominantly Asian populations</w:t>
      </w:r>
      <w:r w:rsidRPr="007F6A73">
        <w:rPr>
          <w:noProof/>
        </w:rPr>
        <w:t xml:space="preserve"> </w:t>
      </w:r>
      <w:r w:rsidRPr="007F6A73">
        <w:rPr>
          <w:noProof/>
        </w:rPr>
        <w:drawing>
          <wp:inline distT="0" distB="0" distL="0" distR="0" wp14:anchorId="2C1D537E" wp14:editId="0FB06020">
            <wp:extent cx="6119495" cy="7420745"/>
            <wp:effectExtent l="0" t="0" r="0" b="8890"/>
            <wp:docPr id="748522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22500" name="Picture 1"/>
                    <pic:cNvPicPr>
                      <a:picLocks noChangeAspect="1" noChangeArrowheads="1"/>
                    </pic:cNvPicPr>
                  </pic:nvPicPr>
                  <pic:blipFill>
                    <a:blip r:embed="rId82"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09982057" w14:textId="3D2BB852" w:rsidR="00DD1A3E" w:rsidRPr="006B4B2F" w:rsidRDefault="00DD1A3E" w:rsidP="00DD1A3E">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w:t>
      </w:r>
      <w:r>
        <w:rPr>
          <w:sz w:val="20"/>
        </w:rPr>
        <w:t xml:space="preserve">, except </w:t>
      </w:r>
      <w:r w:rsidR="00E7448D">
        <w:rPr>
          <w:sz w:val="20"/>
        </w:rPr>
        <w:t>for mean CGI-S</w:t>
      </w:r>
      <w:r w:rsidRPr="009E25E6">
        <w:rPr>
          <w:sz w:val="20"/>
        </w:rPr>
        <w:t>. The p-value for the ANOVA F-test is 0.</w:t>
      </w:r>
      <w:r>
        <w:rPr>
          <w:sz w:val="20"/>
        </w:rPr>
        <w:t>0</w:t>
      </w:r>
      <w:r w:rsidR="00996AEE">
        <w:rPr>
          <w:sz w:val="20"/>
        </w:rPr>
        <w:t>61</w:t>
      </w:r>
      <w:r w:rsidRPr="009E25E6">
        <w:rPr>
          <w:sz w:val="20"/>
        </w:rPr>
        <w:t>, 0.</w:t>
      </w:r>
      <w:r w:rsidR="000F7DD4">
        <w:rPr>
          <w:sz w:val="20"/>
        </w:rPr>
        <w:t>0</w:t>
      </w:r>
      <w:r>
        <w:rPr>
          <w:sz w:val="20"/>
        </w:rPr>
        <w:t>6</w:t>
      </w:r>
      <w:r w:rsidR="00996AEE">
        <w:rPr>
          <w:sz w:val="20"/>
        </w:rPr>
        <w:t>3</w:t>
      </w:r>
      <w:r w:rsidRPr="009E25E6">
        <w:rPr>
          <w:sz w:val="20"/>
        </w:rPr>
        <w:t>, 0.</w:t>
      </w:r>
      <w:r w:rsidR="000F7DD4">
        <w:rPr>
          <w:sz w:val="20"/>
        </w:rPr>
        <w:t>42</w:t>
      </w:r>
      <w:r w:rsidRPr="009E25E6">
        <w:rPr>
          <w:sz w:val="20"/>
        </w:rPr>
        <w:t xml:space="preserve">, </w:t>
      </w:r>
      <w:r>
        <w:rPr>
          <w:sz w:val="20"/>
        </w:rPr>
        <w:t>0.</w:t>
      </w:r>
      <w:r w:rsidR="000F7DD4">
        <w:rPr>
          <w:sz w:val="20"/>
        </w:rPr>
        <w:t>33</w:t>
      </w:r>
      <w:r>
        <w:rPr>
          <w:sz w:val="20"/>
        </w:rPr>
        <w:t xml:space="preserve"> </w:t>
      </w:r>
      <w:r w:rsidRPr="009E25E6">
        <w:rPr>
          <w:sz w:val="20"/>
        </w:rPr>
        <w:t>and 0.</w:t>
      </w:r>
      <w:r w:rsidR="000F7DD4">
        <w:rPr>
          <w:sz w:val="20"/>
        </w:rPr>
        <w:t>47</w:t>
      </w:r>
      <w:r w:rsidRPr="009E25E6">
        <w:rPr>
          <w:sz w:val="20"/>
        </w:rPr>
        <w:t xml:space="preserve">, for </w:t>
      </w:r>
      <w:r w:rsidR="00996AEE">
        <w:rPr>
          <w:sz w:val="20"/>
        </w:rPr>
        <w:t xml:space="preserve">percentage male, </w:t>
      </w:r>
      <w:r w:rsidRPr="009E25E6">
        <w:rPr>
          <w:sz w:val="20"/>
        </w:rPr>
        <w:t>mean age, mean PANSS total score,</w:t>
      </w:r>
      <w:r>
        <w:rPr>
          <w:sz w:val="20"/>
        </w:rPr>
        <w:t xml:space="preserve"> mean</w:t>
      </w:r>
      <w:r w:rsidRPr="009E25E6">
        <w:rPr>
          <w:sz w:val="20"/>
        </w:rPr>
        <w:t xml:space="preserve"> </w:t>
      </w:r>
      <w:r>
        <w:rPr>
          <w:sz w:val="20"/>
        </w:rPr>
        <w:t xml:space="preserve">positive score at baseline, </w:t>
      </w:r>
      <w:r w:rsidR="00996AEE">
        <w:rPr>
          <w:sz w:val="20"/>
        </w:rPr>
        <w:t xml:space="preserve">and </w:t>
      </w:r>
      <w:r w:rsidRPr="009E25E6">
        <w:rPr>
          <w:sz w:val="20"/>
        </w:rPr>
        <w:t>mean PANSS negative score, respectively.</w:t>
      </w:r>
      <w:r>
        <w:rPr>
          <w:sz w:val="20"/>
        </w:rPr>
        <w:t xml:space="preserve"> The Kruskal-Wallis rank sum test </w:t>
      </w:r>
      <w:r w:rsidR="00996AEE">
        <w:rPr>
          <w:sz w:val="20"/>
        </w:rPr>
        <w:t>for mean CGI-S at baseline</w:t>
      </w:r>
      <w:r>
        <w:rPr>
          <w:sz w:val="20"/>
        </w:rPr>
        <w:t xml:space="preserve"> yielded a p-value of 0.</w:t>
      </w:r>
      <w:r w:rsidR="00996AEE">
        <w:rPr>
          <w:sz w:val="20"/>
        </w:rPr>
        <w:t>3</w:t>
      </w:r>
      <w:r>
        <w:rPr>
          <w:sz w:val="20"/>
        </w:rPr>
        <w:t>.</w:t>
      </w:r>
      <w:r w:rsidRPr="009E25E6">
        <w:rPr>
          <w:sz w:val="20"/>
        </w:rPr>
        <w:t xml:space="preserve"> This indicates no significant difference between </w:t>
      </w:r>
      <w:r>
        <w:rPr>
          <w:sz w:val="20"/>
        </w:rPr>
        <w:t xml:space="preserve">treatment </w:t>
      </w:r>
      <w:r w:rsidRPr="009E25E6">
        <w:rPr>
          <w:sz w:val="20"/>
        </w:rPr>
        <w:t>nodes</w:t>
      </w:r>
      <w:r>
        <w:rPr>
          <w:sz w:val="20"/>
        </w:rPr>
        <w:t xml:space="preserve">. </w:t>
      </w:r>
      <w:r w:rsidRPr="009E25E6">
        <w:rPr>
          <w:sz w:val="20"/>
        </w:rPr>
        <w:t xml:space="preserve"> </w:t>
      </w:r>
    </w:p>
    <w:p w14:paraId="1A33AEEE" w14:textId="77E59697" w:rsidR="001F6FA1" w:rsidRDefault="001F6FA1" w:rsidP="001F6FA1">
      <w:pPr>
        <w:pStyle w:val="Heading3"/>
      </w:pPr>
      <w:r w:rsidRPr="007F6A73">
        <w:lastRenderedPageBreak/>
        <w:t xml:space="preserve">Figure </w:t>
      </w:r>
      <w:r>
        <w:t>S</w:t>
      </w:r>
      <w:fldSimple w:instr=" SEQ Figure \* ARABIC ">
        <w:r w:rsidR="004B2F28">
          <w:rPr>
            <w:noProof/>
          </w:rPr>
          <w:t>62</w:t>
        </w:r>
      </w:fldSimple>
      <w:r w:rsidRPr="007F6A73">
        <w:t>: Change from</w:t>
      </w:r>
      <w:r>
        <w:t xml:space="preserve"> </w:t>
      </w:r>
      <w:r w:rsidRPr="007F6A73">
        <w:t xml:space="preserve">baseline </w:t>
      </w:r>
      <w:r>
        <w:t>weight</w:t>
      </w:r>
      <w:r w:rsidRPr="00EB75F0">
        <w:t xml:space="preserve"> –</w:t>
      </w:r>
      <w:r w:rsidRPr="00C228BD">
        <w:t xml:space="preserve"> </w:t>
      </w:r>
      <w:r>
        <w:t xml:space="preserve">distribution of potential effect modifiers by treatment node </w:t>
      </w:r>
      <w:r w:rsidRPr="007F6A73">
        <w:t>–</w:t>
      </w:r>
      <w:r>
        <w:t xml:space="preserve"> </w:t>
      </w:r>
      <w:r w:rsidRPr="00EB75F0">
        <w:t xml:space="preserve">sensitivity analysis excluding studies with outlier placebo effect size </w:t>
      </w:r>
      <w:r w:rsidRPr="007F6A73">
        <w:rPr>
          <w:noProof/>
        </w:rPr>
        <w:drawing>
          <wp:inline distT="0" distB="0" distL="0" distR="0" wp14:anchorId="35667230" wp14:editId="7FEF056F">
            <wp:extent cx="6119495" cy="7420745"/>
            <wp:effectExtent l="0" t="0" r="0" b="8890"/>
            <wp:docPr id="822800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0904" name="Picture 1"/>
                    <pic:cNvPicPr>
                      <a:picLocks noChangeAspect="1" noChangeArrowheads="1"/>
                    </pic:cNvPicPr>
                  </pic:nvPicPr>
                  <pic:blipFill>
                    <a:blip r:embed="rId83"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4BCA9296" w14:textId="5E9AFD1E" w:rsidR="001F6FA1" w:rsidRPr="006B4B2F" w:rsidRDefault="001F6FA1" w:rsidP="001F6FA1">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w:t>
      </w:r>
      <w:r>
        <w:rPr>
          <w:sz w:val="20"/>
        </w:rPr>
        <w:t xml:space="preserve">, except for mean </w:t>
      </w:r>
      <w:r w:rsidR="00E661F1">
        <w:rPr>
          <w:sz w:val="20"/>
        </w:rPr>
        <w:t xml:space="preserve">PANSS positive score, and mean </w:t>
      </w:r>
      <w:r>
        <w:rPr>
          <w:sz w:val="20"/>
        </w:rPr>
        <w:t>CGI-S</w:t>
      </w:r>
      <w:r w:rsidRPr="009E25E6">
        <w:rPr>
          <w:sz w:val="20"/>
        </w:rPr>
        <w:t>. The p-value for the ANOVA F-test is 0.</w:t>
      </w:r>
      <w:r w:rsidR="00611D7A">
        <w:rPr>
          <w:sz w:val="20"/>
        </w:rPr>
        <w:t>13</w:t>
      </w:r>
      <w:r w:rsidRPr="009E25E6">
        <w:rPr>
          <w:sz w:val="20"/>
        </w:rPr>
        <w:t>, 0.</w:t>
      </w:r>
      <w:r w:rsidR="00611D7A">
        <w:rPr>
          <w:sz w:val="20"/>
        </w:rPr>
        <w:t>1</w:t>
      </w:r>
      <w:r>
        <w:rPr>
          <w:sz w:val="20"/>
        </w:rPr>
        <w:t>3</w:t>
      </w:r>
      <w:r w:rsidRPr="009E25E6">
        <w:rPr>
          <w:sz w:val="20"/>
        </w:rPr>
        <w:t>, 0.</w:t>
      </w:r>
      <w:r>
        <w:rPr>
          <w:sz w:val="20"/>
        </w:rPr>
        <w:t>2</w:t>
      </w:r>
      <w:r w:rsidR="00611D7A">
        <w:rPr>
          <w:sz w:val="20"/>
        </w:rPr>
        <w:t>8</w:t>
      </w:r>
      <w:r w:rsidRPr="009E25E6">
        <w:rPr>
          <w:sz w:val="20"/>
        </w:rPr>
        <w:t>,</w:t>
      </w:r>
      <w:r>
        <w:rPr>
          <w:sz w:val="20"/>
        </w:rPr>
        <w:t xml:space="preserve"> </w:t>
      </w:r>
      <w:r w:rsidRPr="009E25E6">
        <w:rPr>
          <w:sz w:val="20"/>
        </w:rPr>
        <w:t>and 0.</w:t>
      </w:r>
      <w:r w:rsidR="00611D7A">
        <w:rPr>
          <w:sz w:val="20"/>
        </w:rPr>
        <w:t>54</w:t>
      </w:r>
      <w:r w:rsidRPr="009E25E6">
        <w:rPr>
          <w:sz w:val="20"/>
        </w:rPr>
        <w:t xml:space="preserve">, for </w:t>
      </w:r>
      <w:r>
        <w:rPr>
          <w:sz w:val="20"/>
        </w:rPr>
        <w:t xml:space="preserve">percentage male, </w:t>
      </w:r>
      <w:r w:rsidRPr="009E25E6">
        <w:rPr>
          <w:sz w:val="20"/>
        </w:rPr>
        <w:t>mean age, mean PANSS total score,</w:t>
      </w:r>
      <w:r>
        <w:rPr>
          <w:sz w:val="20"/>
        </w:rPr>
        <w:t xml:space="preserve"> and </w:t>
      </w:r>
      <w:r w:rsidRPr="009E25E6">
        <w:rPr>
          <w:sz w:val="20"/>
        </w:rPr>
        <w:t>mean PANSS negative score, respectively.</w:t>
      </w:r>
      <w:r>
        <w:rPr>
          <w:sz w:val="20"/>
        </w:rPr>
        <w:t xml:space="preserve"> The Kruskal-Wallis rank sum test for mean</w:t>
      </w:r>
      <w:r w:rsidR="00611D7A">
        <w:rPr>
          <w:sz w:val="20"/>
        </w:rPr>
        <w:t xml:space="preserve"> PANSS po</w:t>
      </w:r>
      <w:r w:rsidR="002160C5">
        <w:rPr>
          <w:sz w:val="20"/>
        </w:rPr>
        <w:t>sitive score, and mean</w:t>
      </w:r>
      <w:r>
        <w:rPr>
          <w:sz w:val="20"/>
        </w:rPr>
        <w:t xml:space="preserve"> CGI-S at baseline yielded p-value</w:t>
      </w:r>
      <w:r w:rsidR="002160C5">
        <w:rPr>
          <w:sz w:val="20"/>
        </w:rPr>
        <w:t>s</w:t>
      </w:r>
      <w:r>
        <w:rPr>
          <w:sz w:val="20"/>
        </w:rPr>
        <w:t xml:space="preserve"> of 0.</w:t>
      </w:r>
      <w:r w:rsidR="001815E8">
        <w:rPr>
          <w:sz w:val="20"/>
        </w:rPr>
        <w:t>2</w:t>
      </w:r>
      <w:r w:rsidR="002160C5">
        <w:rPr>
          <w:sz w:val="20"/>
        </w:rPr>
        <w:t xml:space="preserve"> and </w:t>
      </w:r>
      <w:r w:rsidR="001815E8">
        <w:rPr>
          <w:sz w:val="20"/>
        </w:rPr>
        <w:t>0.4</w:t>
      </w:r>
      <w:r w:rsidR="002160C5">
        <w:rPr>
          <w:sz w:val="20"/>
        </w:rPr>
        <w:t>, respectively</w:t>
      </w:r>
      <w:r>
        <w:rPr>
          <w:sz w:val="20"/>
        </w:rPr>
        <w:t>.</w:t>
      </w:r>
      <w:r w:rsidRPr="009E25E6">
        <w:rPr>
          <w:sz w:val="20"/>
        </w:rPr>
        <w:t xml:space="preserve"> This indicates no significant difference between </w:t>
      </w:r>
      <w:r>
        <w:rPr>
          <w:sz w:val="20"/>
        </w:rPr>
        <w:t xml:space="preserve">treatment </w:t>
      </w:r>
      <w:r w:rsidRPr="009E25E6">
        <w:rPr>
          <w:sz w:val="20"/>
        </w:rPr>
        <w:t>nodes</w:t>
      </w:r>
      <w:r>
        <w:rPr>
          <w:sz w:val="20"/>
        </w:rPr>
        <w:t xml:space="preserve">. </w:t>
      </w:r>
      <w:r w:rsidRPr="009E25E6">
        <w:rPr>
          <w:sz w:val="20"/>
        </w:rPr>
        <w:t xml:space="preserve"> </w:t>
      </w:r>
    </w:p>
    <w:p w14:paraId="6368A388" w14:textId="77777777" w:rsidR="001F6FA1" w:rsidRPr="00EB75F0" w:rsidRDefault="001F6FA1">
      <w:pPr>
        <w:sectPr w:rsidR="001F6FA1" w:rsidRPr="00EB75F0">
          <w:pgSz w:w="11906" w:h="16838"/>
          <w:pgMar w:top="1134" w:right="1134" w:bottom="1134" w:left="1134" w:header="567" w:footer="567" w:gutter="0"/>
          <w:cols w:space="708"/>
          <w:docGrid w:linePitch="360"/>
        </w:sectPr>
      </w:pPr>
    </w:p>
    <w:p w14:paraId="24FBA72A" w14:textId="384A2277" w:rsidR="00D86179" w:rsidRPr="00EB75F0" w:rsidRDefault="00A06AE8" w:rsidP="00295D9B">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19</w:t>
        </w:r>
      </w:fldSimple>
      <w:r w:rsidR="00D86179" w:rsidRPr="00EB75F0">
        <w:t>:</w:t>
      </w:r>
      <w:r w:rsidR="00C85364" w:rsidRPr="00EB75F0">
        <w:t xml:space="preserve"> </w:t>
      </w:r>
      <w:r w:rsidR="007B19B2" w:rsidRPr="00EB75F0">
        <w:t xml:space="preserve">Change from baseline weight – League table – random-effects model, base case network – MD (95% </w:t>
      </w:r>
      <w:proofErr w:type="spellStart"/>
      <w:r w:rsidR="007B19B2" w:rsidRPr="00EB75F0">
        <w:t>CrI</w:t>
      </w:r>
      <w:proofErr w:type="spellEnd"/>
      <w:r w:rsidR="007B19B2" w:rsidRPr="00EB75F0">
        <w:t>)</w:t>
      </w:r>
    </w:p>
    <w:tbl>
      <w:tblPr>
        <w:tblStyle w:val="Lumanitytable"/>
        <w:tblW w:w="14935" w:type="dxa"/>
        <w:tblLayout w:type="fixed"/>
        <w:tblLook w:val="04A0" w:firstRow="1" w:lastRow="0" w:firstColumn="1" w:lastColumn="0" w:noHBand="0" w:noVBand="1"/>
      </w:tblPr>
      <w:tblGrid>
        <w:gridCol w:w="1255"/>
        <w:gridCol w:w="1530"/>
        <w:gridCol w:w="1530"/>
        <w:gridCol w:w="1620"/>
        <w:gridCol w:w="1440"/>
        <w:gridCol w:w="1620"/>
        <w:gridCol w:w="1530"/>
        <w:gridCol w:w="1440"/>
        <w:gridCol w:w="1530"/>
        <w:gridCol w:w="1440"/>
      </w:tblGrid>
      <w:tr w:rsidR="001E3A74" w:rsidRPr="00EB75F0" w14:paraId="65BF2B18" w14:textId="77777777" w:rsidTr="00B717B6">
        <w:trPr>
          <w:cnfStyle w:val="100000000000" w:firstRow="1" w:lastRow="0" w:firstColumn="0" w:lastColumn="0" w:oddVBand="0" w:evenVBand="0" w:oddHBand="0" w:evenHBand="0" w:firstRowFirstColumn="0" w:firstRowLastColumn="0" w:lastRowFirstColumn="0" w:lastRowLastColumn="0"/>
          <w:trHeight w:val="32"/>
        </w:trPr>
        <w:tc>
          <w:tcPr>
            <w:tcW w:w="1255" w:type="dxa"/>
            <w:hideMark/>
          </w:tcPr>
          <w:p w14:paraId="5212D320" w14:textId="77777777" w:rsidR="001E3A74" w:rsidRPr="00EB75F0" w:rsidRDefault="001E3A74"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530" w:type="dxa"/>
            <w:hideMark/>
          </w:tcPr>
          <w:p w14:paraId="373A64BE" w14:textId="77777777" w:rsidR="001E3A74" w:rsidRPr="00EB75F0" w:rsidRDefault="001E3A74"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530" w:type="dxa"/>
            <w:hideMark/>
          </w:tcPr>
          <w:p w14:paraId="56379900" w14:textId="77777777" w:rsidR="001E3A74" w:rsidRPr="00EB75F0" w:rsidRDefault="001E3A74"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620" w:type="dxa"/>
            <w:hideMark/>
          </w:tcPr>
          <w:p w14:paraId="2DF575E2" w14:textId="77777777" w:rsidR="001E3A74" w:rsidRPr="00EB75F0" w:rsidRDefault="001E3A74"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440" w:type="dxa"/>
          </w:tcPr>
          <w:p w14:paraId="3CB8339F" w14:textId="77777777" w:rsidR="001E3A74" w:rsidRPr="00EB75F0" w:rsidRDefault="001E3A74"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Clozapine</w:t>
            </w:r>
          </w:p>
        </w:tc>
        <w:tc>
          <w:tcPr>
            <w:tcW w:w="1620" w:type="dxa"/>
            <w:hideMark/>
          </w:tcPr>
          <w:p w14:paraId="01A13069" w14:textId="1F3651B1" w:rsidR="001E3A74" w:rsidRPr="00EB75F0" w:rsidRDefault="009A3ECD"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530" w:type="dxa"/>
            <w:hideMark/>
          </w:tcPr>
          <w:p w14:paraId="1FCAD0DD" w14:textId="77777777" w:rsidR="001E3A74" w:rsidRPr="00EB75F0" w:rsidRDefault="001E3A74"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440" w:type="dxa"/>
            <w:hideMark/>
          </w:tcPr>
          <w:p w14:paraId="42BB61E9" w14:textId="77777777" w:rsidR="001E3A74" w:rsidRPr="00EB75F0" w:rsidRDefault="001E3A74"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530" w:type="dxa"/>
            <w:hideMark/>
          </w:tcPr>
          <w:p w14:paraId="29A812C2" w14:textId="77777777" w:rsidR="001E3A74" w:rsidRPr="00EB75F0" w:rsidRDefault="001E3A74"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440" w:type="dxa"/>
            <w:hideMark/>
          </w:tcPr>
          <w:p w14:paraId="2FE455DF" w14:textId="77777777" w:rsidR="001E3A74" w:rsidRPr="00EB75F0" w:rsidRDefault="001E3A74" w:rsidP="00B717B6">
            <w:pPr>
              <w:pStyle w:val="TableText"/>
              <w:keepN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13674C" w:rsidRPr="00EB75F0" w14:paraId="551A2F39" w14:textId="77777777" w:rsidTr="00715E6E">
        <w:trPr>
          <w:trHeight w:val="288"/>
        </w:trPr>
        <w:tc>
          <w:tcPr>
            <w:tcW w:w="1255" w:type="dxa"/>
            <w:vAlign w:val="center"/>
            <w:hideMark/>
          </w:tcPr>
          <w:p w14:paraId="71E524D0" w14:textId="77777777" w:rsidR="001E3A74" w:rsidRPr="00EB75F0" w:rsidRDefault="001E3A74" w:rsidP="001E3A74">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530" w:type="dxa"/>
            <w:vAlign w:val="center"/>
          </w:tcPr>
          <w:p w14:paraId="7EC22B61" w14:textId="77777777" w:rsidR="001E3A74" w:rsidRPr="00EB75F0" w:rsidRDefault="001E3A74" w:rsidP="001E3A74">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0.51 (0.07, 0.96)</w:t>
            </w:r>
          </w:p>
        </w:tc>
        <w:tc>
          <w:tcPr>
            <w:tcW w:w="1530" w:type="dxa"/>
            <w:vAlign w:val="center"/>
          </w:tcPr>
          <w:p w14:paraId="7A073720" w14:textId="77777777" w:rsidR="001E3A74" w:rsidRPr="00EB75F0" w:rsidRDefault="001E3A74" w:rsidP="001E3A74">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1.13 (0.55, 1.72)</w:t>
            </w:r>
          </w:p>
        </w:tc>
        <w:tc>
          <w:tcPr>
            <w:tcW w:w="1620" w:type="dxa"/>
            <w:vAlign w:val="center"/>
          </w:tcPr>
          <w:p w14:paraId="01DAAF74" w14:textId="77777777" w:rsidR="001E3A74" w:rsidRPr="00EB75F0" w:rsidRDefault="001E3A74" w:rsidP="001E3A74">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0.62 (0.09, 1.18)</w:t>
            </w:r>
          </w:p>
        </w:tc>
        <w:tc>
          <w:tcPr>
            <w:tcW w:w="1440" w:type="dxa"/>
            <w:vAlign w:val="center"/>
          </w:tcPr>
          <w:p w14:paraId="3D89AD1D" w14:textId="77777777" w:rsidR="001E3A74" w:rsidRPr="00EB75F0" w:rsidRDefault="001E3A74" w:rsidP="001E3A74">
            <w:pPr>
              <w:keepNext/>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3.37 (1.02, 5.74)</w:t>
            </w:r>
          </w:p>
        </w:tc>
        <w:tc>
          <w:tcPr>
            <w:tcW w:w="1620" w:type="dxa"/>
            <w:shd w:val="clear" w:color="auto" w:fill="CFEDFF"/>
            <w:vAlign w:val="center"/>
          </w:tcPr>
          <w:p w14:paraId="65C2FF50" w14:textId="77777777" w:rsidR="001E3A74" w:rsidRPr="00EB75F0" w:rsidRDefault="001E3A74" w:rsidP="001E3A74">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-0.41 (-1.23, 0.41)</w:t>
            </w:r>
          </w:p>
        </w:tc>
        <w:tc>
          <w:tcPr>
            <w:tcW w:w="1530" w:type="dxa"/>
            <w:shd w:val="clear" w:color="auto" w:fill="FFFFFF" w:themeFill="background1"/>
            <w:vAlign w:val="center"/>
          </w:tcPr>
          <w:p w14:paraId="04C97F60" w14:textId="77777777" w:rsidR="001E3A74" w:rsidRPr="00EB75F0" w:rsidRDefault="001E3A74" w:rsidP="001E3A74">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0.29 (-0.94, 1.52)</w:t>
            </w:r>
          </w:p>
        </w:tc>
        <w:tc>
          <w:tcPr>
            <w:tcW w:w="1440" w:type="dxa"/>
            <w:shd w:val="clear" w:color="auto" w:fill="FFFFFF" w:themeFill="background1"/>
            <w:vAlign w:val="center"/>
          </w:tcPr>
          <w:p w14:paraId="41283B26" w14:textId="77777777" w:rsidR="001E3A74" w:rsidRPr="00EB75F0" w:rsidRDefault="001E3A74" w:rsidP="001E3A74">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2.58 (2.12, 3.07)</w:t>
            </w:r>
          </w:p>
        </w:tc>
        <w:tc>
          <w:tcPr>
            <w:tcW w:w="1530" w:type="dxa"/>
            <w:shd w:val="clear" w:color="auto" w:fill="FFFFFF" w:themeFill="background1"/>
            <w:vAlign w:val="center"/>
          </w:tcPr>
          <w:p w14:paraId="3F720044" w14:textId="77777777" w:rsidR="001E3A74" w:rsidRPr="00EB75F0" w:rsidRDefault="001E3A74" w:rsidP="001E3A74">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1.41 (0.73, 2.09)</w:t>
            </w:r>
          </w:p>
        </w:tc>
        <w:tc>
          <w:tcPr>
            <w:tcW w:w="1440" w:type="dxa"/>
            <w:shd w:val="clear" w:color="auto" w:fill="FFFFFF" w:themeFill="background1"/>
            <w:vAlign w:val="center"/>
          </w:tcPr>
          <w:p w14:paraId="1380F3EB" w14:textId="77777777" w:rsidR="001E3A74" w:rsidRPr="00EB75F0" w:rsidRDefault="001E3A74" w:rsidP="001E3A74">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1.59 (1.11, 2.08)</w:t>
            </w:r>
          </w:p>
        </w:tc>
      </w:tr>
      <w:tr w:rsidR="0013674C" w:rsidRPr="00EB75F0" w14:paraId="14B2635A" w14:textId="77777777" w:rsidTr="00715E6E">
        <w:trPr>
          <w:trHeight w:val="288"/>
        </w:trPr>
        <w:tc>
          <w:tcPr>
            <w:tcW w:w="1255" w:type="dxa"/>
            <w:vAlign w:val="center"/>
            <w:hideMark/>
          </w:tcPr>
          <w:p w14:paraId="68928807"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530" w:type="dxa"/>
            <w:shd w:val="clear" w:color="auto" w:fill="C6C6C6"/>
            <w:noWrap/>
            <w:vAlign w:val="center"/>
          </w:tcPr>
          <w:p w14:paraId="58796B14"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530" w:type="dxa"/>
            <w:vAlign w:val="center"/>
          </w:tcPr>
          <w:p w14:paraId="450DC5BE"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0.61 (-0.1, 1.32)</w:t>
            </w:r>
          </w:p>
        </w:tc>
        <w:tc>
          <w:tcPr>
            <w:tcW w:w="1620" w:type="dxa"/>
            <w:vAlign w:val="center"/>
          </w:tcPr>
          <w:p w14:paraId="3C67DDF2"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0.11 (-0.54, 0.77)</w:t>
            </w:r>
          </w:p>
        </w:tc>
        <w:tc>
          <w:tcPr>
            <w:tcW w:w="1440" w:type="dxa"/>
            <w:vAlign w:val="center"/>
          </w:tcPr>
          <w:p w14:paraId="77BA512C" w14:textId="77777777" w:rsidR="001E3A74" w:rsidRPr="00EB75F0" w:rsidRDefault="001E3A74" w:rsidP="001E3A74">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2.86 (0.47, 5.26)</w:t>
            </w:r>
          </w:p>
        </w:tc>
        <w:tc>
          <w:tcPr>
            <w:tcW w:w="1620" w:type="dxa"/>
            <w:shd w:val="clear" w:color="auto" w:fill="CFEDFF"/>
            <w:vAlign w:val="center"/>
          </w:tcPr>
          <w:p w14:paraId="41C8F108"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-0.92 (-1.86, 0.01)</w:t>
            </w:r>
          </w:p>
        </w:tc>
        <w:tc>
          <w:tcPr>
            <w:tcW w:w="1530" w:type="dxa"/>
            <w:shd w:val="clear" w:color="auto" w:fill="FFFFFF" w:themeFill="background1"/>
            <w:vAlign w:val="center"/>
          </w:tcPr>
          <w:p w14:paraId="54D3970C"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-0.22 (-1.54, 1.08)</w:t>
            </w:r>
          </w:p>
        </w:tc>
        <w:tc>
          <w:tcPr>
            <w:tcW w:w="1440" w:type="dxa"/>
            <w:shd w:val="clear" w:color="auto" w:fill="FFFFFF" w:themeFill="background1"/>
            <w:vAlign w:val="center"/>
          </w:tcPr>
          <w:p w14:paraId="54568AB7"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2.07 (1.48, 2.69)</w:t>
            </w:r>
          </w:p>
        </w:tc>
        <w:tc>
          <w:tcPr>
            <w:tcW w:w="1530" w:type="dxa"/>
            <w:shd w:val="clear" w:color="auto" w:fill="FFFFFF" w:themeFill="background1"/>
            <w:vAlign w:val="center"/>
          </w:tcPr>
          <w:p w14:paraId="171462C7"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0.9 (0.08, 1.7)</w:t>
            </w:r>
          </w:p>
        </w:tc>
        <w:tc>
          <w:tcPr>
            <w:tcW w:w="1440" w:type="dxa"/>
            <w:shd w:val="clear" w:color="auto" w:fill="FFFFFF" w:themeFill="background1"/>
            <w:vAlign w:val="center"/>
          </w:tcPr>
          <w:p w14:paraId="041E2D09"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1.07 (0.49, 1.67)</w:t>
            </w:r>
          </w:p>
        </w:tc>
      </w:tr>
      <w:tr w:rsidR="0013674C" w:rsidRPr="00EB75F0" w14:paraId="625D20B1" w14:textId="77777777" w:rsidTr="00715E6E">
        <w:trPr>
          <w:trHeight w:val="288"/>
        </w:trPr>
        <w:tc>
          <w:tcPr>
            <w:tcW w:w="1255" w:type="dxa"/>
            <w:vAlign w:val="center"/>
            <w:hideMark/>
          </w:tcPr>
          <w:p w14:paraId="1A9A2633"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530" w:type="dxa"/>
            <w:vAlign w:val="center"/>
          </w:tcPr>
          <w:p w14:paraId="26B83657"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-0.61 (-1.32, 0.1)</w:t>
            </w:r>
          </w:p>
        </w:tc>
        <w:tc>
          <w:tcPr>
            <w:tcW w:w="1530" w:type="dxa"/>
            <w:shd w:val="clear" w:color="auto" w:fill="C6C6C6"/>
            <w:noWrap/>
            <w:vAlign w:val="center"/>
          </w:tcPr>
          <w:p w14:paraId="040969D9"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620" w:type="dxa"/>
            <w:vAlign w:val="center"/>
          </w:tcPr>
          <w:p w14:paraId="782E4CD2"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-0.5 (-1.29, 0.3)</w:t>
            </w:r>
          </w:p>
        </w:tc>
        <w:tc>
          <w:tcPr>
            <w:tcW w:w="1440" w:type="dxa"/>
            <w:vAlign w:val="center"/>
          </w:tcPr>
          <w:p w14:paraId="23460DD3" w14:textId="77777777" w:rsidR="001E3A74" w:rsidRPr="00EB75F0" w:rsidRDefault="001E3A74" w:rsidP="001E3A74">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2.25 (-‍0.18, 4.68)</w:t>
            </w:r>
          </w:p>
        </w:tc>
        <w:tc>
          <w:tcPr>
            <w:tcW w:w="1620" w:type="dxa"/>
            <w:shd w:val="clear" w:color="auto" w:fill="CFEDFF"/>
            <w:vAlign w:val="center"/>
          </w:tcPr>
          <w:p w14:paraId="518D231B"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-1.53 (-2.55, -0.54)</w:t>
            </w:r>
          </w:p>
        </w:tc>
        <w:tc>
          <w:tcPr>
            <w:tcW w:w="1530" w:type="dxa"/>
            <w:shd w:val="clear" w:color="auto" w:fill="FFFFFF" w:themeFill="background1"/>
            <w:vAlign w:val="center"/>
          </w:tcPr>
          <w:p w14:paraId="2E889947"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-0.84 (-2.2, 0.51)</w:t>
            </w:r>
          </w:p>
        </w:tc>
        <w:tc>
          <w:tcPr>
            <w:tcW w:w="1440" w:type="dxa"/>
            <w:shd w:val="clear" w:color="auto" w:fill="FFFFFF" w:themeFill="background1"/>
            <w:vAlign w:val="center"/>
          </w:tcPr>
          <w:p w14:paraId="496D03CC"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1.46 (0.72, 2.21)</w:t>
            </w:r>
          </w:p>
        </w:tc>
        <w:tc>
          <w:tcPr>
            <w:tcW w:w="1530" w:type="dxa"/>
            <w:shd w:val="clear" w:color="auto" w:fill="FFFFFF" w:themeFill="background1"/>
            <w:vAlign w:val="center"/>
          </w:tcPr>
          <w:p w14:paraId="76377C20"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0.29 (-0.62, 1.17)</w:t>
            </w:r>
          </w:p>
        </w:tc>
        <w:tc>
          <w:tcPr>
            <w:tcW w:w="1440" w:type="dxa"/>
            <w:shd w:val="clear" w:color="auto" w:fill="FFFFFF" w:themeFill="background1"/>
            <w:vAlign w:val="center"/>
          </w:tcPr>
          <w:p w14:paraId="49A1E1B8"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0.46 (-0.29, 1.22)</w:t>
            </w:r>
          </w:p>
        </w:tc>
      </w:tr>
      <w:tr w:rsidR="0013674C" w:rsidRPr="00EB75F0" w14:paraId="7C40C891" w14:textId="77777777" w:rsidTr="00715E6E">
        <w:trPr>
          <w:trHeight w:val="288"/>
        </w:trPr>
        <w:tc>
          <w:tcPr>
            <w:tcW w:w="1255" w:type="dxa"/>
            <w:vAlign w:val="center"/>
            <w:hideMark/>
          </w:tcPr>
          <w:p w14:paraId="29BBFFC4"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530" w:type="dxa"/>
            <w:vAlign w:val="center"/>
          </w:tcPr>
          <w:p w14:paraId="2C4FD766"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-0.11 (-0.77, 0.54)</w:t>
            </w:r>
          </w:p>
        </w:tc>
        <w:tc>
          <w:tcPr>
            <w:tcW w:w="1530" w:type="dxa"/>
            <w:vAlign w:val="center"/>
          </w:tcPr>
          <w:p w14:paraId="0E072BB1"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0.5 (-0.3, 1.29)</w:t>
            </w:r>
          </w:p>
        </w:tc>
        <w:tc>
          <w:tcPr>
            <w:tcW w:w="1620" w:type="dxa"/>
            <w:shd w:val="clear" w:color="auto" w:fill="C6C6C6"/>
            <w:noWrap/>
            <w:vAlign w:val="center"/>
          </w:tcPr>
          <w:p w14:paraId="4423CB4A"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440" w:type="dxa"/>
            <w:vAlign w:val="center"/>
          </w:tcPr>
          <w:p w14:paraId="2C3AB33F" w14:textId="77777777" w:rsidR="001E3A74" w:rsidRPr="00EB75F0" w:rsidRDefault="001E3A74" w:rsidP="001E3A74">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2.75 (0.33, 5.17)</w:t>
            </w:r>
          </w:p>
        </w:tc>
        <w:tc>
          <w:tcPr>
            <w:tcW w:w="1620" w:type="dxa"/>
            <w:shd w:val="clear" w:color="auto" w:fill="CFEDFF"/>
            <w:vAlign w:val="center"/>
          </w:tcPr>
          <w:p w14:paraId="62FB37CC"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-1.03 (-2.03, -0.05)</w:t>
            </w:r>
          </w:p>
        </w:tc>
        <w:tc>
          <w:tcPr>
            <w:tcW w:w="1530" w:type="dxa"/>
            <w:shd w:val="clear" w:color="auto" w:fill="FFFFFF" w:themeFill="background1"/>
            <w:vAlign w:val="center"/>
          </w:tcPr>
          <w:p w14:paraId="5A988AFD"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-0.34 (-1.69, 1.01)</w:t>
            </w:r>
          </w:p>
        </w:tc>
        <w:tc>
          <w:tcPr>
            <w:tcW w:w="1440" w:type="dxa"/>
            <w:shd w:val="clear" w:color="auto" w:fill="FFFFFF" w:themeFill="background1"/>
            <w:vAlign w:val="center"/>
          </w:tcPr>
          <w:p w14:paraId="2918EBBF"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1.96 (1.25, 2.68)</w:t>
            </w:r>
          </w:p>
        </w:tc>
        <w:tc>
          <w:tcPr>
            <w:tcW w:w="1530" w:type="dxa"/>
            <w:shd w:val="clear" w:color="auto" w:fill="FFFFFF" w:themeFill="background1"/>
            <w:vAlign w:val="center"/>
          </w:tcPr>
          <w:p w14:paraId="3C18BE14"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0.79 (-0.09, 1.65)</w:t>
            </w:r>
          </w:p>
        </w:tc>
        <w:tc>
          <w:tcPr>
            <w:tcW w:w="1440" w:type="dxa"/>
            <w:shd w:val="clear" w:color="auto" w:fill="FFFFFF" w:themeFill="background1"/>
            <w:vAlign w:val="center"/>
          </w:tcPr>
          <w:p w14:paraId="1C40C7E1"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0.96 (0.29, 1.64)</w:t>
            </w:r>
          </w:p>
        </w:tc>
      </w:tr>
      <w:tr w:rsidR="0013674C" w:rsidRPr="00EB75F0" w14:paraId="571DAD81" w14:textId="77777777" w:rsidTr="00715E6E">
        <w:trPr>
          <w:trHeight w:val="288"/>
        </w:trPr>
        <w:tc>
          <w:tcPr>
            <w:tcW w:w="1255" w:type="dxa"/>
            <w:vAlign w:val="center"/>
          </w:tcPr>
          <w:p w14:paraId="5C5B6DF7"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Clozapine</w:t>
            </w:r>
          </w:p>
        </w:tc>
        <w:tc>
          <w:tcPr>
            <w:tcW w:w="1530" w:type="dxa"/>
            <w:vAlign w:val="center"/>
          </w:tcPr>
          <w:p w14:paraId="3A969058"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-2.86 (-5.26, -0.47)</w:t>
            </w:r>
          </w:p>
        </w:tc>
        <w:tc>
          <w:tcPr>
            <w:tcW w:w="1530" w:type="dxa"/>
            <w:vAlign w:val="center"/>
          </w:tcPr>
          <w:p w14:paraId="3D2C6439"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-2.25 (-4.68, 0.18)</w:t>
            </w:r>
          </w:p>
        </w:tc>
        <w:tc>
          <w:tcPr>
            <w:tcW w:w="1620" w:type="dxa"/>
            <w:vAlign w:val="center"/>
          </w:tcPr>
          <w:p w14:paraId="6B0DB9E4"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-2.75 (-5.17, -0.33)</w:t>
            </w:r>
          </w:p>
        </w:tc>
        <w:tc>
          <w:tcPr>
            <w:tcW w:w="1440" w:type="dxa"/>
            <w:shd w:val="clear" w:color="auto" w:fill="C6C6C6"/>
            <w:vAlign w:val="center"/>
          </w:tcPr>
          <w:p w14:paraId="08A16235"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620" w:type="dxa"/>
            <w:shd w:val="clear" w:color="auto" w:fill="CFEDFF" w:themeFill="text2" w:themeFillTint="1A"/>
            <w:noWrap/>
            <w:vAlign w:val="center"/>
          </w:tcPr>
          <w:p w14:paraId="324140D4"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-3.78 (-6.29, -1.29)</w:t>
            </w:r>
          </w:p>
        </w:tc>
        <w:tc>
          <w:tcPr>
            <w:tcW w:w="1530" w:type="dxa"/>
            <w:shd w:val="clear" w:color="auto" w:fill="FFFFFF" w:themeFill="background1"/>
            <w:vAlign w:val="center"/>
          </w:tcPr>
          <w:p w14:paraId="0C60D9FD"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-3.08 (-5.76, -‍0.43)</w:t>
            </w:r>
          </w:p>
        </w:tc>
        <w:tc>
          <w:tcPr>
            <w:tcW w:w="1440" w:type="dxa"/>
            <w:shd w:val="clear" w:color="auto" w:fill="FFFFFF" w:themeFill="background1"/>
            <w:vAlign w:val="center"/>
          </w:tcPr>
          <w:p w14:paraId="7A9771A2"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-0.79 (-3.1, 1.53)</w:t>
            </w:r>
          </w:p>
        </w:tc>
        <w:tc>
          <w:tcPr>
            <w:tcW w:w="1530" w:type="dxa"/>
            <w:shd w:val="clear" w:color="auto" w:fill="FFFFFF" w:themeFill="background1"/>
            <w:vAlign w:val="center"/>
          </w:tcPr>
          <w:p w14:paraId="1EEF52EF"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-1.96 (-‍4.42, 0.49)</w:t>
            </w:r>
          </w:p>
        </w:tc>
        <w:tc>
          <w:tcPr>
            <w:tcW w:w="1440" w:type="dxa"/>
            <w:shd w:val="clear" w:color="auto" w:fill="FFFFFF" w:themeFill="background1"/>
            <w:vAlign w:val="center"/>
          </w:tcPr>
          <w:p w14:paraId="5E4D50B2"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-1.79 (-4.2, 0.62)</w:t>
            </w:r>
          </w:p>
        </w:tc>
      </w:tr>
      <w:tr w:rsidR="0013674C" w:rsidRPr="00EB75F0" w14:paraId="58EC5B65" w14:textId="77777777" w:rsidTr="00715E6E">
        <w:trPr>
          <w:trHeight w:val="288"/>
        </w:trPr>
        <w:tc>
          <w:tcPr>
            <w:tcW w:w="1255" w:type="dxa"/>
            <w:vAlign w:val="center"/>
          </w:tcPr>
          <w:p w14:paraId="28961CD5" w14:textId="01E8A6A1" w:rsidR="001E3A74" w:rsidRPr="00EB75F0" w:rsidRDefault="009A3ECD" w:rsidP="001E3A74">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530" w:type="dxa"/>
            <w:vAlign w:val="center"/>
          </w:tcPr>
          <w:p w14:paraId="21DCF198"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0.92 (-0.01, 1.86)</w:t>
            </w:r>
          </w:p>
        </w:tc>
        <w:tc>
          <w:tcPr>
            <w:tcW w:w="1530" w:type="dxa"/>
            <w:vAlign w:val="center"/>
          </w:tcPr>
          <w:p w14:paraId="342D225F"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1.53 (0.54, 2.55)</w:t>
            </w:r>
          </w:p>
        </w:tc>
        <w:tc>
          <w:tcPr>
            <w:tcW w:w="1620" w:type="dxa"/>
            <w:vAlign w:val="center"/>
          </w:tcPr>
          <w:p w14:paraId="428C5B4C"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1.03 (0.05, 2.03)</w:t>
            </w:r>
          </w:p>
        </w:tc>
        <w:tc>
          <w:tcPr>
            <w:tcW w:w="1440" w:type="dxa"/>
            <w:vAlign w:val="center"/>
          </w:tcPr>
          <w:p w14:paraId="1D9742B6" w14:textId="77777777" w:rsidR="001E3A74" w:rsidRPr="00EB75F0" w:rsidRDefault="001E3A74" w:rsidP="001E3A74">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3.78 (1.29, 6.29)</w:t>
            </w:r>
          </w:p>
        </w:tc>
        <w:tc>
          <w:tcPr>
            <w:tcW w:w="1620" w:type="dxa"/>
            <w:shd w:val="clear" w:color="auto" w:fill="C6C6C6"/>
            <w:vAlign w:val="center"/>
          </w:tcPr>
          <w:p w14:paraId="4EE6FA43"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530" w:type="dxa"/>
            <w:shd w:val="clear" w:color="auto" w:fill="FFFFFF" w:themeFill="background1"/>
            <w:noWrap/>
            <w:vAlign w:val="center"/>
          </w:tcPr>
          <w:p w14:paraId="0E1BB462"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0.7 (-0.78, 2.18)</w:t>
            </w:r>
          </w:p>
        </w:tc>
        <w:tc>
          <w:tcPr>
            <w:tcW w:w="1440" w:type="dxa"/>
            <w:shd w:val="clear" w:color="auto" w:fill="FFFFFF" w:themeFill="background1"/>
            <w:vAlign w:val="center"/>
          </w:tcPr>
          <w:p w14:paraId="57E3D77C"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2.99 (2.06, 3.96)</w:t>
            </w:r>
          </w:p>
        </w:tc>
        <w:tc>
          <w:tcPr>
            <w:tcW w:w="1530" w:type="dxa"/>
            <w:shd w:val="clear" w:color="auto" w:fill="FFFFFF" w:themeFill="background1"/>
            <w:vAlign w:val="center"/>
          </w:tcPr>
          <w:p w14:paraId="5ACE9F9D"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1.82 (0.75, 2.89)</w:t>
            </w:r>
          </w:p>
        </w:tc>
        <w:tc>
          <w:tcPr>
            <w:tcW w:w="1440" w:type="dxa"/>
            <w:shd w:val="clear" w:color="auto" w:fill="FFFFFF" w:themeFill="background1"/>
            <w:vAlign w:val="center"/>
          </w:tcPr>
          <w:p w14:paraId="43CE35A2"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1.99 (1.05, 2.96)</w:t>
            </w:r>
          </w:p>
        </w:tc>
      </w:tr>
      <w:tr w:rsidR="0013674C" w:rsidRPr="00EB75F0" w14:paraId="31881BF4" w14:textId="77777777" w:rsidTr="00715E6E">
        <w:trPr>
          <w:trHeight w:val="288"/>
        </w:trPr>
        <w:tc>
          <w:tcPr>
            <w:tcW w:w="1255" w:type="dxa"/>
            <w:vAlign w:val="center"/>
          </w:tcPr>
          <w:p w14:paraId="7E7B1FD5"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530" w:type="dxa"/>
            <w:vAlign w:val="center"/>
          </w:tcPr>
          <w:p w14:paraId="54812F08"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0.22 (-1.08, 1.54)</w:t>
            </w:r>
          </w:p>
        </w:tc>
        <w:tc>
          <w:tcPr>
            <w:tcW w:w="1530" w:type="dxa"/>
            <w:vAlign w:val="center"/>
          </w:tcPr>
          <w:p w14:paraId="7AF61B19"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0.84 (-0.51, 2.2)</w:t>
            </w:r>
          </w:p>
        </w:tc>
        <w:tc>
          <w:tcPr>
            <w:tcW w:w="1620" w:type="dxa"/>
            <w:vAlign w:val="center"/>
          </w:tcPr>
          <w:p w14:paraId="4E7A7C14"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0.34 (-1.01, 1.69)</w:t>
            </w:r>
          </w:p>
        </w:tc>
        <w:tc>
          <w:tcPr>
            <w:tcW w:w="1440" w:type="dxa"/>
            <w:vAlign w:val="center"/>
          </w:tcPr>
          <w:p w14:paraId="4BF6D79E" w14:textId="77777777" w:rsidR="001E3A74" w:rsidRPr="00EB75F0" w:rsidRDefault="001E3A74" w:rsidP="001E3A74">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3.08 (0.43, 5.76)</w:t>
            </w:r>
          </w:p>
        </w:tc>
        <w:tc>
          <w:tcPr>
            <w:tcW w:w="1620" w:type="dxa"/>
            <w:shd w:val="clear" w:color="auto" w:fill="CFEDFF"/>
            <w:vAlign w:val="center"/>
          </w:tcPr>
          <w:p w14:paraId="57BAA5C2"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-0.7 (-2.18, 0.78)</w:t>
            </w:r>
          </w:p>
        </w:tc>
        <w:tc>
          <w:tcPr>
            <w:tcW w:w="1530" w:type="dxa"/>
            <w:shd w:val="clear" w:color="auto" w:fill="C6C6C6"/>
            <w:vAlign w:val="center"/>
          </w:tcPr>
          <w:p w14:paraId="2E75E9C1"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440" w:type="dxa"/>
            <w:shd w:val="clear" w:color="auto" w:fill="FFFFFF" w:themeFill="background1"/>
            <w:noWrap/>
            <w:vAlign w:val="center"/>
          </w:tcPr>
          <w:p w14:paraId="7C9568A0"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2.29 (0.99, 3.62)</w:t>
            </w:r>
          </w:p>
        </w:tc>
        <w:tc>
          <w:tcPr>
            <w:tcW w:w="1530" w:type="dxa"/>
            <w:shd w:val="clear" w:color="auto" w:fill="FFFFFF" w:themeFill="background1"/>
            <w:vAlign w:val="center"/>
          </w:tcPr>
          <w:p w14:paraId="0ADBC853"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1.13 (-0.28, 2.53)</w:t>
            </w:r>
          </w:p>
        </w:tc>
        <w:tc>
          <w:tcPr>
            <w:tcW w:w="1440" w:type="dxa"/>
            <w:shd w:val="clear" w:color="auto" w:fill="FFFFFF" w:themeFill="background1"/>
            <w:vAlign w:val="center"/>
          </w:tcPr>
          <w:p w14:paraId="2CA0D7EB"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1.3 (-0.02, 2.63)</w:t>
            </w:r>
          </w:p>
        </w:tc>
      </w:tr>
      <w:tr w:rsidR="0013674C" w:rsidRPr="00EB75F0" w14:paraId="12CFEE38" w14:textId="77777777" w:rsidTr="00715E6E">
        <w:trPr>
          <w:trHeight w:val="288"/>
        </w:trPr>
        <w:tc>
          <w:tcPr>
            <w:tcW w:w="1255" w:type="dxa"/>
            <w:vAlign w:val="center"/>
          </w:tcPr>
          <w:p w14:paraId="4DA5215A"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530" w:type="dxa"/>
            <w:vAlign w:val="center"/>
          </w:tcPr>
          <w:p w14:paraId="52FD5EFF"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-2.07 (-2.69, -1.48)</w:t>
            </w:r>
          </w:p>
        </w:tc>
        <w:tc>
          <w:tcPr>
            <w:tcW w:w="1530" w:type="dxa"/>
            <w:vAlign w:val="center"/>
          </w:tcPr>
          <w:p w14:paraId="5D324CA7"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-1.46 (-2.21, -‍0.72)</w:t>
            </w:r>
          </w:p>
        </w:tc>
        <w:tc>
          <w:tcPr>
            <w:tcW w:w="1620" w:type="dxa"/>
            <w:vAlign w:val="center"/>
          </w:tcPr>
          <w:p w14:paraId="6DB391B6"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-1.96 (-2.68, -1.25)</w:t>
            </w:r>
          </w:p>
        </w:tc>
        <w:tc>
          <w:tcPr>
            <w:tcW w:w="1440" w:type="dxa"/>
            <w:vAlign w:val="center"/>
          </w:tcPr>
          <w:p w14:paraId="1CE9D44D" w14:textId="77777777" w:rsidR="001E3A74" w:rsidRPr="00EB75F0" w:rsidRDefault="001E3A74" w:rsidP="001E3A74">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0.79 (-‍1.53, 3.1)</w:t>
            </w:r>
          </w:p>
        </w:tc>
        <w:tc>
          <w:tcPr>
            <w:tcW w:w="1620" w:type="dxa"/>
            <w:shd w:val="clear" w:color="auto" w:fill="CFEDFF"/>
            <w:vAlign w:val="center"/>
          </w:tcPr>
          <w:p w14:paraId="51825813"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-2.99 (-3.96, -2.06)</w:t>
            </w:r>
          </w:p>
        </w:tc>
        <w:tc>
          <w:tcPr>
            <w:tcW w:w="1530" w:type="dxa"/>
            <w:shd w:val="clear" w:color="auto" w:fill="FFFFFF" w:themeFill="background1"/>
            <w:vAlign w:val="center"/>
          </w:tcPr>
          <w:p w14:paraId="1079C365"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-2.29 (-3.62, -‍0.99)</w:t>
            </w:r>
          </w:p>
        </w:tc>
        <w:tc>
          <w:tcPr>
            <w:tcW w:w="1440" w:type="dxa"/>
            <w:shd w:val="clear" w:color="auto" w:fill="C6C6C6"/>
            <w:vAlign w:val="center"/>
          </w:tcPr>
          <w:p w14:paraId="2A49C226"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530" w:type="dxa"/>
            <w:shd w:val="clear" w:color="auto" w:fill="FFFFFF" w:themeFill="background1"/>
            <w:noWrap/>
            <w:vAlign w:val="center"/>
          </w:tcPr>
          <w:p w14:paraId="6AA9F814"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-1.17 (-‍2.01, -‍0.36)</w:t>
            </w:r>
          </w:p>
        </w:tc>
        <w:tc>
          <w:tcPr>
            <w:tcW w:w="1440" w:type="dxa"/>
            <w:shd w:val="clear" w:color="auto" w:fill="FFFFFF" w:themeFill="background1"/>
            <w:vAlign w:val="center"/>
          </w:tcPr>
          <w:p w14:paraId="159F1406"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 (-1.67, -‍0.33)</w:t>
            </w:r>
          </w:p>
        </w:tc>
      </w:tr>
      <w:tr w:rsidR="0013674C" w:rsidRPr="00EB75F0" w14:paraId="2C44F4AC" w14:textId="77777777" w:rsidTr="00715E6E">
        <w:trPr>
          <w:trHeight w:val="288"/>
        </w:trPr>
        <w:tc>
          <w:tcPr>
            <w:tcW w:w="1255" w:type="dxa"/>
            <w:vAlign w:val="center"/>
          </w:tcPr>
          <w:p w14:paraId="4DF28B1F"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530" w:type="dxa"/>
            <w:vAlign w:val="center"/>
          </w:tcPr>
          <w:p w14:paraId="6CD0079D"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-0.9 (-1.7, -‍0.08)</w:t>
            </w:r>
          </w:p>
        </w:tc>
        <w:tc>
          <w:tcPr>
            <w:tcW w:w="1530" w:type="dxa"/>
            <w:vAlign w:val="center"/>
          </w:tcPr>
          <w:p w14:paraId="03C10CB2"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-0.29 (-1.17, 0.62)</w:t>
            </w:r>
          </w:p>
        </w:tc>
        <w:tc>
          <w:tcPr>
            <w:tcW w:w="1620" w:type="dxa"/>
            <w:vAlign w:val="center"/>
          </w:tcPr>
          <w:p w14:paraId="2010C97B"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-0.79 (-1.65, 0.09)</w:t>
            </w:r>
          </w:p>
        </w:tc>
        <w:tc>
          <w:tcPr>
            <w:tcW w:w="1440" w:type="dxa"/>
            <w:vAlign w:val="center"/>
          </w:tcPr>
          <w:p w14:paraId="3F0E2BBB" w14:textId="77777777" w:rsidR="001E3A74" w:rsidRPr="00EB75F0" w:rsidRDefault="001E3A74" w:rsidP="001E3A74">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1.96 (-‍0.49, 4.42)</w:t>
            </w:r>
          </w:p>
        </w:tc>
        <w:tc>
          <w:tcPr>
            <w:tcW w:w="1620" w:type="dxa"/>
            <w:shd w:val="clear" w:color="auto" w:fill="CFEDFF"/>
            <w:vAlign w:val="center"/>
          </w:tcPr>
          <w:p w14:paraId="1DB079AE"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-1.82 (-2.89, -0.75)</w:t>
            </w:r>
          </w:p>
        </w:tc>
        <w:tc>
          <w:tcPr>
            <w:tcW w:w="1530" w:type="dxa"/>
            <w:shd w:val="clear" w:color="auto" w:fill="FFFFFF" w:themeFill="background1"/>
            <w:vAlign w:val="center"/>
          </w:tcPr>
          <w:p w14:paraId="1638CC66"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-1.13 (-2.53, 0.28)</w:t>
            </w:r>
          </w:p>
        </w:tc>
        <w:tc>
          <w:tcPr>
            <w:tcW w:w="1440" w:type="dxa"/>
            <w:shd w:val="clear" w:color="auto" w:fill="FFFFFF" w:themeFill="background1"/>
            <w:vAlign w:val="center"/>
          </w:tcPr>
          <w:p w14:paraId="1C0623C6" w14:textId="77777777" w:rsidR="001E3A74" w:rsidRPr="00EB75F0" w:rsidRDefault="001E3A74" w:rsidP="001E3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1.17 (0.36, 2.01)</w:t>
            </w:r>
          </w:p>
        </w:tc>
        <w:tc>
          <w:tcPr>
            <w:tcW w:w="1530" w:type="dxa"/>
            <w:shd w:val="clear" w:color="auto" w:fill="C6C6C6"/>
            <w:vAlign w:val="center"/>
          </w:tcPr>
          <w:p w14:paraId="329717AE"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c>
          <w:tcPr>
            <w:tcW w:w="1440" w:type="dxa"/>
            <w:shd w:val="clear" w:color="auto" w:fill="FFFFFF" w:themeFill="background1"/>
            <w:noWrap/>
            <w:vAlign w:val="center"/>
          </w:tcPr>
          <w:p w14:paraId="69744341"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0.17 (-0.65, 1.02)</w:t>
            </w:r>
          </w:p>
        </w:tc>
      </w:tr>
      <w:tr w:rsidR="0013674C" w:rsidRPr="00EB75F0" w14:paraId="54BAC373" w14:textId="77777777" w:rsidTr="00715E6E">
        <w:trPr>
          <w:trHeight w:val="288"/>
        </w:trPr>
        <w:tc>
          <w:tcPr>
            <w:tcW w:w="1255" w:type="dxa"/>
            <w:vAlign w:val="center"/>
          </w:tcPr>
          <w:p w14:paraId="6C6B3F13"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530" w:type="dxa"/>
            <w:vAlign w:val="center"/>
          </w:tcPr>
          <w:p w14:paraId="695FBEE0" w14:textId="77777777" w:rsidR="001E3A74" w:rsidRPr="00EB75F0" w:rsidRDefault="001E3A74" w:rsidP="001E3A74">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-1.07 (-1.67, -0.49)</w:t>
            </w:r>
          </w:p>
        </w:tc>
        <w:tc>
          <w:tcPr>
            <w:tcW w:w="1530" w:type="dxa"/>
            <w:vAlign w:val="center"/>
          </w:tcPr>
          <w:p w14:paraId="192A84B3" w14:textId="77777777" w:rsidR="001E3A74" w:rsidRPr="00EB75F0" w:rsidRDefault="001E3A74" w:rsidP="001E3A74">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-0.46 (-1.22, 0.29)</w:t>
            </w:r>
          </w:p>
        </w:tc>
        <w:tc>
          <w:tcPr>
            <w:tcW w:w="1620" w:type="dxa"/>
            <w:vAlign w:val="center"/>
          </w:tcPr>
          <w:p w14:paraId="0F317B08" w14:textId="77777777" w:rsidR="001E3A74" w:rsidRPr="00EB75F0" w:rsidRDefault="001E3A74" w:rsidP="001E3A74">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-0.96 (-1.64, -0.29)</w:t>
            </w:r>
          </w:p>
        </w:tc>
        <w:tc>
          <w:tcPr>
            <w:tcW w:w="1440" w:type="dxa"/>
            <w:vAlign w:val="center"/>
          </w:tcPr>
          <w:p w14:paraId="784997A0" w14:textId="77777777" w:rsidR="001E3A74" w:rsidRPr="00EB75F0" w:rsidRDefault="001E3A74" w:rsidP="001E3A74">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1.79 (-‍0.62, 4.2)</w:t>
            </w:r>
          </w:p>
        </w:tc>
        <w:tc>
          <w:tcPr>
            <w:tcW w:w="1620" w:type="dxa"/>
            <w:shd w:val="clear" w:color="auto" w:fill="CFEDFF"/>
            <w:vAlign w:val="center"/>
          </w:tcPr>
          <w:p w14:paraId="3A4ADE65" w14:textId="77777777" w:rsidR="001E3A74" w:rsidRPr="00EB75F0" w:rsidRDefault="001E3A74" w:rsidP="001E3A74">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-1.99 (-2.96, -1.05)</w:t>
            </w:r>
          </w:p>
        </w:tc>
        <w:tc>
          <w:tcPr>
            <w:tcW w:w="1530" w:type="dxa"/>
            <w:shd w:val="clear" w:color="auto" w:fill="FFFFFF" w:themeFill="background1"/>
            <w:vAlign w:val="center"/>
          </w:tcPr>
          <w:p w14:paraId="65429989" w14:textId="77777777" w:rsidR="001E3A74" w:rsidRPr="00EB75F0" w:rsidRDefault="001E3A74" w:rsidP="001E3A74">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-1.3 (-2.63, 0.02)</w:t>
            </w:r>
          </w:p>
        </w:tc>
        <w:tc>
          <w:tcPr>
            <w:tcW w:w="1440" w:type="dxa"/>
            <w:shd w:val="clear" w:color="auto" w:fill="FFFFFF" w:themeFill="background1"/>
            <w:vAlign w:val="center"/>
          </w:tcPr>
          <w:p w14:paraId="47091C99" w14:textId="77777777" w:rsidR="001E3A74" w:rsidRPr="00EB75F0" w:rsidRDefault="001E3A74" w:rsidP="001E3A74">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1 (0.33, 1.67)</w:t>
            </w:r>
          </w:p>
        </w:tc>
        <w:tc>
          <w:tcPr>
            <w:tcW w:w="1530" w:type="dxa"/>
            <w:shd w:val="clear" w:color="auto" w:fill="FFFFFF" w:themeFill="background1"/>
            <w:vAlign w:val="center"/>
          </w:tcPr>
          <w:p w14:paraId="439AEEC7" w14:textId="77777777" w:rsidR="001E3A74" w:rsidRPr="00EB75F0" w:rsidRDefault="001E3A74" w:rsidP="001E3A74">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-0.17 (-‍1.02, 0.65)</w:t>
            </w:r>
          </w:p>
        </w:tc>
        <w:tc>
          <w:tcPr>
            <w:tcW w:w="1440" w:type="dxa"/>
            <w:shd w:val="clear" w:color="auto" w:fill="C6C6C6"/>
            <w:noWrap/>
            <w:vAlign w:val="center"/>
          </w:tcPr>
          <w:p w14:paraId="29C70FED" w14:textId="77777777"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NA</w:t>
            </w:r>
          </w:p>
        </w:tc>
      </w:tr>
      <w:tr w:rsidR="001E3A74" w:rsidRPr="00EB75F0" w14:paraId="15366BCB" w14:textId="77777777" w:rsidTr="00715E6E">
        <w:trPr>
          <w:trHeight w:val="111"/>
        </w:trPr>
        <w:tc>
          <w:tcPr>
            <w:tcW w:w="14935" w:type="dxa"/>
            <w:gridSpan w:val="10"/>
          </w:tcPr>
          <w:p w14:paraId="1BE8F024" w14:textId="554D3239" w:rsidR="001E3A74" w:rsidRPr="00EB75F0" w:rsidRDefault="001E3A74" w:rsidP="001E3A74">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w:t>
            </w:r>
            <w:r w:rsidR="00C85364" w:rsidRPr="00EB75F0">
              <w:rPr>
                <w:rFonts w:asciiTheme="majorHAnsi" w:hAnsiTheme="majorHAnsi" w:cstheme="majorHAnsi"/>
                <w:sz w:val="16"/>
                <w:szCs w:val="16"/>
              </w:rPr>
              <w:t>MD, mean difference</w:t>
            </w:r>
            <w:r w:rsidR="003D0D32"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3D0D32" w:rsidRPr="00EB75F0">
              <w:rPr>
                <w:rFonts w:asciiTheme="majorHAnsi" w:eastAsia="Times New Roman" w:hAnsiTheme="majorHAnsi" w:cstheme="majorHAnsi"/>
                <w:color w:val="000000"/>
                <w:sz w:val="16"/>
                <w:szCs w:val="16"/>
                <w:lang w:eastAsia="zh-TW"/>
              </w:rPr>
              <w:t xml:space="preserve">, </w:t>
            </w:r>
            <w:proofErr w:type="spellStart"/>
            <w:r w:rsidR="003D0D32" w:rsidRPr="00EB75F0">
              <w:rPr>
                <w:rFonts w:asciiTheme="majorHAnsi" w:hAnsiTheme="majorHAnsi" w:cstheme="majorHAnsi"/>
                <w:sz w:val="16"/>
                <w:szCs w:val="16"/>
              </w:rPr>
              <w:t>xanomeline</w:t>
            </w:r>
            <w:proofErr w:type="spellEnd"/>
            <w:r w:rsidR="003D0D32" w:rsidRPr="00EB75F0">
              <w:rPr>
                <w:rFonts w:asciiTheme="majorHAnsi" w:hAnsiTheme="majorHAnsi" w:cstheme="majorHAnsi"/>
                <w:sz w:val="16"/>
                <w:szCs w:val="16"/>
              </w:rPr>
              <w:t>/</w:t>
            </w:r>
            <w:proofErr w:type="spellStart"/>
            <w:r w:rsidR="003D0D32" w:rsidRPr="00EB75F0">
              <w:rPr>
                <w:rFonts w:asciiTheme="majorHAnsi" w:hAnsiTheme="majorHAnsi" w:cstheme="majorHAnsi"/>
                <w:sz w:val="16"/>
                <w:szCs w:val="16"/>
              </w:rPr>
              <w:t>trospium</w:t>
            </w:r>
            <w:proofErr w:type="spellEnd"/>
            <w:r w:rsidR="003D0D32" w:rsidRPr="00EB75F0">
              <w:rPr>
                <w:rFonts w:asciiTheme="majorHAnsi" w:hAnsiTheme="majorHAnsi" w:cstheme="majorHAnsi"/>
                <w:sz w:val="16"/>
                <w:szCs w:val="16"/>
              </w:rPr>
              <w:t xml:space="preserve"> chloride</w:t>
            </w:r>
          </w:p>
          <w:p w14:paraId="525154FE" w14:textId="0D8C9658" w:rsidR="001E3A74" w:rsidRPr="00EB75F0" w:rsidRDefault="001E3A74" w:rsidP="001E3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067363B2" w14:textId="77777777" w:rsidR="007824B3" w:rsidRPr="00EB75F0" w:rsidRDefault="007824B3"/>
    <w:p w14:paraId="3E2ECBBB" w14:textId="2EC43259" w:rsidR="007B19B2" w:rsidRPr="00EB75F0" w:rsidRDefault="00A06AE8" w:rsidP="00766C59">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20</w:t>
        </w:r>
      </w:fldSimple>
      <w:r w:rsidR="007B19B2" w:rsidRPr="00EB75F0">
        <w:t xml:space="preserve">: Change from baseline weight – League table – fixed-effects model, base case network – MD (95% </w:t>
      </w:r>
      <w:proofErr w:type="spellStart"/>
      <w:r w:rsidR="007B19B2" w:rsidRPr="00EB75F0">
        <w:t>CrI</w:t>
      </w:r>
      <w:proofErr w:type="spellEnd"/>
      <w:r w:rsidR="007B19B2" w:rsidRPr="00EB75F0">
        <w:t>)</w:t>
      </w:r>
    </w:p>
    <w:tbl>
      <w:tblPr>
        <w:tblStyle w:val="Lumanitytable"/>
        <w:tblW w:w="14916" w:type="dxa"/>
        <w:tblLayout w:type="fixed"/>
        <w:tblLook w:val="04A0" w:firstRow="1" w:lastRow="0" w:firstColumn="1" w:lastColumn="0" w:noHBand="0" w:noVBand="1"/>
      </w:tblPr>
      <w:tblGrid>
        <w:gridCol w:w="1255"/>
        <w:gridCol w:w="1530"/>
        <w:gridCol w:w="1620"/>
        <w:gridCol w:w="1530"/>
        <w:gridCol w:w="1448"/>
        <w:gridCol w:w="1702"/>
        <w:gridCol w:w="1389"/>
        <w:gridCol w:w="1478"/>
        <w:gridCol w:w="1478"/>
        <w:gridCol w:w="1486"/>
      </w:tblGrid>
      <w:tr w:rsidR="007B19B2" w:rsidRPr="00EB75F0" w14:paraId="2506B06E" w14:textId="77777777" w:rsidTr="00B717B6">
        <w:trPr>
          <w:cnfStyle w:val="100000000000" w:firstRow="1" w:lastRow="0" w:firstColumn="0" w:lastColumn="0" w:oddVBand="0" w:evenVBand="0" w:oddHBand="0" w:evenHBand="0" w:firstRowFirstColumn="0" w:firstRowLastColumn="0" w:lastRowFirstColumn="0" w:lastRowLastColumn="0"/>
          <w:trHeight w:val="288"/>
          <w:tblHeader/>
        </w:trPr>
        <w:tc>
          <w:tcPr>
            <w:tcW w:w="1255" w:type="dxa"/>
            <w:hideMark/>
          </w:tcPr>
          <w:p w14:paraId="09996D98" w14:textId="77777777" w:rsidR="007B19B2" w:rsidRPr="00EB75F0" w:rsidRDefault="007B19B2"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530" w:type="dxa"/>
            <w:hideMark/>
          </w:tcPr>
          <w:p w14:paraId="5E0E217B" w14:textId="77777777" w:rsidR="007B19B2" w:rsidRPr="00EB75F0" w:rsidRDefault="007B19B2"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620" w:type="dxa"/>
            <w:hideMark/>
          </w:tcPr>
          <w:p w14:paraId="5F276488" w14:textId="77777777" w:rsidR="007B19B2" w:rsidRPr="00EB75F0" w:rsidRDefault="007B19B2"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530" w:type="dxa"/>
            <w:hideMark/>
          </w:tcPr>
          <w:p w14:paraId="0548A5CD" w14:textId="77777777" w:rsidR="007B19B2" w:rsidRPr="00EB75F0" w:rsidRDefault="007B19B2"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448" w:type="dxa"/>
          </w:tcPr>
          <w:p w14:paraId="4F0D6EA2" w14:textId="77777777" w:rsidR="007B19B2" w:rsidRPr="00EB75F0" w:rsidRDefault="007B19B2"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Clozapine</w:t>
            </w:r>
          </w:p>
        </w:tc>
        <w:tc>
          <w:tcPr>
            <w:tcW w:w="1702" w:type="dxa"/>
            <w:hideMark/>
          </w:tcPr>
          <w:p w14:paraId="515A096D" w14:textId="65706C15" w:rsidR="007B19B2" w:rsidRPr="00EB75F0" w:rsidRDefault="009A3ECD"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389" w:type="dxa"/>
            <w:hideMark/>
          </w:tcPr>
          <w:p w14:paraId="06288CDE" w14:textId="77777777" w:rsidR="007B19B2" w:rsidRPr="00EB75F0" w:rsidRDefault="007B19B2" w:rsidP="00B717B6">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478" w:type="dxa"/>
            <w:hideMark/>
          </w:tcPr>
          <w:p w14:paraId="5CB0D433" w14:textId="77777777" w:rsidR="007B19B2" w:rsidRPr="00EB75F0" w:rsidRDefault="007B19B2"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478" w:type="dxa"/>
            <w:hideMark/>
          </w:tcPr>
          <w:p w14:paraId="06C9812C" w14:textId="77777777" w:rsidR="007B19B2" w:rsidRPr="00EB75F0" w:rsidRDefault="007B19B2"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486" w:type="dxa"/>
            <w:hideMark/>
          </w:tcPr>
          <w:p w14:paraId="7B6D23E3" w14:textId="77777777" w:rsidR="007B19B2" w:rsidRPr="00EB75F0" w:rsidRDefault="007B19B2" w:rsidP="00B717B6">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7B19B2" w:rsidRPr="00EB75F0" w14:paraId="49ED277B" w14:textId="77777777" w:rsidTr="007B19B2">
        <w:trPr>
          <w:trHeight w:val="288"/>
        </w:trPr>
        <w:tc>
          <w:tcPr>
            <w:tcW w:w="1255" w:type="dxa"/>
            <w:vAlign w:val="center"/>
            <w:hideMark/>
          </w:tcPr>
          <w:p w14:paraId="0CAB3445"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530" w:type="dxa"/>
            <w:vAlign w:val="center"/>
          </w:tcPr>
          <w:p w14:paraId="1F00F969"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0.69 (0.62 to 0.75)</w:t>
            </w:r>
          </w:p>
        </w:tc>
        <w:tc>
          <w:tcPr>
            <w:tcW w:w="1620" w:type="dxa"/>
            <w:vAlign w:val="center"/>
          </w:tcPr>
          <w:p w14:paraId="036CE96B"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1.12 (0.81 to 1.42)</w:t>
            </w:r>
          </w:p>
        </w:tc>
        <w:tc>
          <w:tcPr>
            <w:tcW w:w="1530" w:type="dxa"/>
            <w:vAlign w:val="center"/>
          </w:tcPr>
          <w:p w14:paraId="04437129"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0.64 (0.36 to 0.91)</w:t>
            </w:r>
          </w:p>
        </w:tc>
        <w:tc>
          <w:tcPr>
            <w:tcW w:w="1448" w:type="dxa"/>
            <w:vAlign w:val="center"/>
          </w:tcPr>
          <w:p w14:paraId="2A58E9B8"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3.31 (1.18 to 5.44)</w:t>
            </w:r>
          </w:p>
        </w:tc>
        <w:tc>
          <w:tcPr>
            <w:tcW w:w="1702" w:type="dxa"/>
            <w:shd w:val="clear" w:color="auto" w:fill="CFEDFF"/>
            <w:vAlign w:val="center"/>
          </w:tcPr>
          <w:p w14:paraId="300AF7AF"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 (-0.98 to 0.17)</w:t>
            </w:r>
          </w:p>
        </w:tc>
        <w:tc>
          <w:tcPr>
            <w:tcW w:w="1389" w:type="dxa"/>
            <w:vAlign w:val="center"/>
          </w:tcPr>
          <w:p w14:paraId="2FCCC520"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0.29 (-0.46 to 1.04)</w:t>
            </w:r>
          </w:p>
        </w:tc>
        <w:tc>
          <w:tcPr>
            <w:tcW w:w="1478" w:type="dxa"/>
            <w:vAlign w:val="center"/>
          </w:tcPr>
          <w:p w14:paraId="5DB31A37"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2.52 (2.23 to 2.8)</w:t>
            </w:r>
          </w:p>
        </w:tc>
        <w:tc>
          <w:tcPr>
            <w:tcW w:w="1478" w:type="dxa"/>
            <w:vAlign w:val="center"/>
          </w:tcPr>
          <w:p w14:paraId="3B0195A9"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1.43 (1.05 to 1.8)</w:t>
            </w:r>
          </w:p>
        </w:tc>
        <w:tc>
          <w:tcPr>
            <w:tcW w:w="1486" w:type="dxa"/>
            <w:vAlign w:val="center"/>
          </w:tcPr>
          <w:p w14:paraId="46D73A87"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1.55 (1.22 to 1.87)</w:t>
            </w:r>
          </w:p>
        </w:tc>
      </w:tr>
      <w:tr w:rsidR="007B19B2" w:rsidRPr="00EB75F0" w14:paraId="7246A28D" w14:textId="77777777" w:rsidTr="007B19B2">
        <w:trPr>
          <w:trHeight w:val="288"/>
        </w:trPr>
        <w:tc>
          <w:tcPr>
            <w:tcW w:w="1255" w:type="dxa"/>
            <w:vAlign w:val="center"/>
            <w:hideMark/>
          </w:tcPr>
          <w:p w14:paraId="2A107CBE"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530" w:type="dxa"/>
            <w:shd w:val="clear" w:color="auto" w:fill="C6C6C6"/>
            <w:noWrap/>
            <w:vAlign w:val="center"/>
          </w:tcPr>
          <w:p w14:paraId="558E3D72"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4CD80FA3"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0.43 (0.12 to 0.74)</w:t>
            </w:r>
          </w:p>
        </w:tc>
        <w:tc>
          <w:tcPr>
            <w:tcW w:w="1530" w:type="dxa"/>
            <w:vAlign w:val="center"/>
          </w:tcPr>
          <w:p w14:paraId="17DCB629"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-0.05 (-0.33 to 0.23)</w:t>
            </w:r>
          </w:p>
        </w:tc>
        <w:tc>
          <w:tcPr>
            <w:tcW w:w="1448" w:type="dxa"/>
            <w:vAlign w:val="center"/>
          </w:tcPr>
          <w:p w14:paraId="0945037D"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2.63 (0.49 to 4.76</w:t>
            </w:r>
            <w:r w:rsidRPr="00EB75F0">
              <w:rPr>
                <w:rFonts w:asciiTheme="majorHAnsi" w:hAnsiTheme="majorHAnsi" w:cstheme="majorHAnsi"/>
                <w:sz w:val="16"/>
                <w:szCs w:val="16"/>
              </w:rPr>
              <w:t>)</w:t>
            </w:r>
          </w:p>
        </w:tc>
        <w:tc>
          <w:tcPr>
            <w:tcW w:w="1702" w:type="dxa"/>
            <w:shd w:val="clear" w:color="auto" w:fill="CFEDFF"/>
            <w:vAlign w:val="center"/>
          </w:tcPr>
          <w:p w14:paraId="37A3758D"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-1.09 (-1.66 to -0.51)</w:t>
            </w:r>
          </w:p>
        </w:tc>
        <w:tc>
          <w:tcPr>
            <w:tcW w:w="1389" w:type="dxa"/>
            <w:vAlign w:val="center"/>
          </w:tcPr>
          <w:p w14:paraId="14E18355"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-0.39 (-1.14 to 0.35)</w:t>
            </w:r>
          </w:p>
        </w:tc>
        <w:tc>
          <w:tcPr>
            <w:tcW w:w="1478" w:type="dxa"/>
            <w:vAlign w:val="center"/>
          </w:tcPr>
          <w:p w14:paraId="2A7816F1"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1.83 (1.54 to 2.12)</w:t>
            </w:r>
          </w:p>
        </w:tc>
        <w:tc>
          <w:tcPr>
            <w:tcW w:w="1478" w:type="dxa"/>
            <w:vAlign w:val="center"/>
          </w:tcPr>
          <w:p w14:paraId="5C14E4D4"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0.74 (0.36 to 1.12)</w:t>
            </w:r>
          </w:p>
        </w:tc>
        <w:tc>
          <w:tcPr>
            <w:tcW w:w="1486" w:type="dxa"/>
            <w:vAlign w:val="center"/>
          </w:tcPr>
          <w:p w14:paraId="289B8B95"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0.86 (0.53 to 1.19)</w:t>
            </w:r>
          </w:p>
        </w:tc>
      </w:tr>
      <w:tr w:rsidR="007B19B2" w:rsidRPr="00EB75F0" w14:paraId="2A4F40FA" w14:textId="77777777" w:rsidTr="007B19B2">
        <w:trPr>
          <w:trHeight w:val="288"/>
        </w:trPr>
        <w:tc>
          <w:tcPr>
            <w:tcW w:w="1255" w:type="dxa"/>
            <w:vAlign w:val="center"/>
            <w:hideMark/>
          </w:tcPr>
          <w:p w14:paraId="1AD6E9BF"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530" w:type="dxa"/>
            <w:vAlign w:val="center"/>
          </w:tcPr>
          <w:p w14:paraId="41D1F4DE"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-0.43 (-0.74 to -0.12)</w:t>
            </w:r>
          </w:p>
        </w:tc>
        <w:tc>
          <w:tcPr>
            <w:tcW w:w="1620" w:type="dxa"/>
            <w:shd w:val="clear" w:color="auto" w:fill="C6C6C6"/>
            <w:noWrap/>
            <w:vAlign w:val="center"/>
          </w:tcPr>
          <w:p w14:paraId="2EABB022"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p>
        </w:tc>
        <w:tc>
          <w:tcPr>
            <w:tcW w:w="1530" w:type="dxa"/>
            <w:vAlign w:val="center"/>
          </w:tcPr>
          <w:p w14:paraId="0B90C6C5"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-0.48 (-0.89 to -0.07)</w:t>
            </w:r>
          </w:p>
        </w:tc>
        <w:tc>
          <w:tcPr>
            <w:tcW w:w="1448" w:type="dxa"/>
            <w:vAlign w:val="center"/>
          </w:tcPr>
          <w:p w14:paraId="4C2632CE"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2.2 (0.04 to 4.35)</w:t>
            </w:r>
          </w:p>
        </w:tc>
        <w:tc>
          <w:tcPr>
            <w:tcW w:w="1702" w:type="dxa"/>
            <w:shd w:val="clear" w:color="auto" w:fill="CFEDFF"/>
            <w:vAlign w:val="center"/>
          </w:tcPr>
          <w:p w14:paraId="7077EE5C"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-1.52 (-2.17 to -0.87)</w:t>
            </w:r>
          </w:p>
        </w:tc>
        <w:tc>
          <w:tcPr>
            <w:tcW w:w="1389" w:type="dxa"/>
            <w:vAlign w:val="center"/>
          </w:tcPr>
          <w:p w14:paraId="44004458"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-0.82 (-1.63 to -0.02)</w:t>
            </w:r>
          </w:p>
        </w:tc>
        <w:tc>
          <w:tcPr>
            <w:tcW w:w="1478" w:type="dxa"/>
            <w:vAlign w:val="center"/>
          </w:tcPr>
          <w:p w14:paraId="594AC6CC"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 (0.98 to 1.82)</w:t>
            </w:r>
          </w:p>
        </w:tc>
        <w:tc>
          <w:tcPr>
            <w:tcW w:w="1478" w:type="dxa"/>
            <w:vAlign w:val="center"/>
          </w:tcPr>
          <w:p w14:paraId="24B9705B"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0.31 (-0.17 to 0.79)</w:t>
            </w:r>
          </w:p>
        </w:tc>
        <w:tc>
          <w:tcPr>
            <w:tcW w:w="1486" w:type="dxa"/>
            <w:vAlign w:val="center"/>
          </w:tcPr>
          <w:p w14:paraId="79180A47"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0.43 (-0.02 to 0.88)</w:t>
            </w:r>
          </w:p>
        </w:tc>
      </w:tr>
      <w:tr w:rsidR="007B19B2" w:rsidRPr="00EB75F0" w14:paraId="42019D2B" w14:textId="77777777" w:rsidTr="007B19B2">
        <w:trPr>
          <w:trHeight w:val="288"/>
        </w:trPr>
        <w:tc>
          <w:tcPr>
            <w:tcW w:w="1255" w:type="dxa"/>
            <w:vAlign w:val="center"/>
            <w:hideMark/>
          </w:tcPr>
          <w:p w14:paraId="3D7C81F9"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530" w:type="dxa"/>
            <w:vAlign w:val="center"/>
          </w:tcPr>
          <w:p w14:paraId="6C930E69"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0.05 (-0.23 to 0.33)</w:t>
            </w:r>
          </w:p>
        </w:tc>
        <w:tc>
          <w:tcPr>
            <w:tcW w:w="1620" w:type="dxa"/>
            <w:vAlign w:val="center"/>
          </w:tcPr>
          <w:p w14:paraId="609CD3FE"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0.48 (0.07 to 0.89)</w:t>
            </w:r>
          </w:p>
        </w:tc>
        <w:tc>
          <w:tcPr>
            <w:tcW w:w="1530" w:type="dxa"/>
            <w:shd w:val="clear" w:color="auto" w:fill="C6C6C6"/>
            <w:noWrap/>
            <w:vAlign w:val="center"/>
          </w:tcPr>
          <w:p w14:paraId="7B7DAF3B"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p>
        </w:tc>
        <w:tc>
          <w:tcPr>
            <w:tcW w:w="1448" w:type="dxa"/>
            <w:vAlign w:val="center"/>
          </w:tcPr>
          <w:p w14:paraId="1FB86338"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2.67 (0.53 to 4.83)</w:t>
            </w:r>
          </w:p>
        </w:tc>
        <w:tc>
          <w:tcPr>
            <w:tcW w:w="1702" w:type="dxa"/>
            <w:shd w:val="clear" w:color="auto" w:fill="CFEDFF"/>
            <w:vAlign w:val="center"/>
          </w:tcPr>
          <w:p w14:paraId="7FC32DB0"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-1.04 (-1.67 to -0.41)</w:t>
            </w:r>
          </w:p>
        </w:tc>
        <w:tc>
          <w:tcPr>
            <w:tcW w:w="1389" w:type="dxa"/>
            <w:vAlign w:val="center"/>
          </w:tcPr>
          <w:p w14:paraId="7DBCAAAD"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-0.34 (-1.14 to 0.45)</w:t>
            </w:r>
          </w:p>
        </w:tc>
        <w:tc>
          <w:tcPr>
            <w:tcW w:w="1478" w:type="dxa"/>
            <w:vAlign w:val="center"/>
          </w:tcPr>
          <w:p w14:paraId="49ECA4DC"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1.88 (1.49 to 2.28)</w:t>
            </w:r>
          </w:p>
        </w:tc>
        <w:tc>
          <w:tcPr>
            <w:tcW w:w="1478" w:type="dxa"/>
            <w:vAlign w:val="center"/>
          </w:tcPr>
          <w:p w14:paraId="167D6910"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0.79 (0.33 to 1.25)</w:t>
            </w:r>
          </w:p>
        </w:tc>
        <w:tc>
          <w:tcPr>
            <w:tcW w:w="1486" w:type="dxa"/>
            <w:vAlign w:val="center"/>
          </w:tcPr>
          <w:p w14:paraId="643435D2"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0.91 (0.53 to 1.3)</w:t>
            </w:r>
          </w:p>
        </w:tc>
      </w:tr>
      <w:tr w:rsidR="007B19B2" w:rsidRPr="00EB75F0" w14:paraId="21C04E60" w14:textId="77777777" w:rsidTr="007B19B2">
        <w:trPr>
          <w:trHeight w:val="288"/>
        </w:trPr>
        <w:tc>
          <w:tcPr>
            <w:tcW w:w="1255" w:type="dxa"/>
            <w:vAlign w:val="center"/>
          </w:tcPr>
          <w:p w14:paraId="52F75954"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Clozapine</w:t>
            </w:r>
            <w:r w:rsidRPr="00EB75F0">
              <w:rPr>
                <w:rFonts w:asciiTheme="majorHAnsi" w:eastAsia="Times New Roman" w:hAnsiTheme="majorHAnsi" w:cstheme="majorHAnsi"/>
                <w:color w:val="000000"/>
                <w:sz w:val="16"/>
                <w:szCs w:val="16"/>
                <w:lang w:eastAsia="zh-TW"/>
              </w:rPr>
              <w:br/>
            </w:r>
          </w:p>
        </w:tc>
        <w:tc>
          <w:tcPr>
            <w:tcW w:w="1530" w:type="dxa"/>
            <w:vAlign w:val="center"/>
          </w:tcPr>
          <w:p w14:paraId="762ADC21"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-2.63 (-4.76 to -0.49)</w:t>
            </w:r>
          </w:p>
        </w:tc>
        <w:tc>
          <w:tcPr>
            <w:tcW w:w="1620" w:type="dxa"/>
            <w:vAlign w:val="center"/>
          </w:tcPr>
          <w:p w14:paraId="654BDE6A"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-2.2 (-4.35 to -0.04)</w:t>
            </w:r>
          </w:p>
        </w:tc>
        <w:tc>
          <w:tcPr>
            <w:tcW w:w="1530" w:type="dxa"/>
            <w:noWrap/>
            <w:vAlign w:val="center"/>
          </w:tcPr>
          <w:p w14:paraId="2AA06F3C"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-2.67 (-4.83 to -0.53)</w:t>
            </w:r>
          </w:p>
        </w:tc>
        <w:tc>
          <w:tcPr>
            <w:tcW w:w="1448" w:type="dxa"/>
            <w:shd w:val="clear" w:color="auto" w:fill="C6C6C6" w:themeFill="text1" w:themeFillTint="40"/>
            <w:vAlign w:val="center"/>
          </w:tcPr>
          <w:p w14:paraId="67D82BC2"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p>
        </w:tc>
        <w:tc>
          <w:tcPr>
            <w:tcW w:w="1702" w:type="dxa"/>
            <w:shd w:val="clear" w:color="auto" w:fill="CFEDFF"/>
            <w:vAlign w:val="center"/>
          </w:tcPr>
          <w:p w14:paraId="6B139EF2"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-3.71 (-5.92 to -1.5)</w:t>
            </w:r>
          </w:p>
        </w:tc>
        <w:tc>
          <w:tcPr>
            <w:tcW w:w="1389" w:type="dxa"/>
            <w:vAlign w:val="center"/>
          </w:tcPr>
          <w:p w14:paraId="6AC59236"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-3.02 (-5.27 to -0.76)</w:t>
            </w:r>
          </w:p>
        </w:tc>
        <w:tc>
          <w:tcPr>
            <w:tcW w:w="1478" w:type="dxa"/>
            <w:vAlign w:val="center"/>
          </w:tcPr>
          <w:p w14:paraId="38871BD3"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 (-2.9 to 1.32)</w:t>
            </w:r>
          </w:p>
        </w:tc>
        <w:tc>
          <w:tcPr>
            <w:tcW w:w="1478" w:type="dxa"/>
            <w:vAlign w:val="center"/>
          </w:tcPr>
          <w:p w14:paraId="32435162"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-1.89 (-4.05 to 0.28)</w:t>
            </w:r>
          </w:p>
        </w:tc>
        <w:tc>
          <w:tcPr>
            <w:tcW w:w="1486" w:type="dxa"/>
            <w:vAlign w:val="center"/>
          </w:tcPr>
          <w:p w14:paraId="5B95ED5F"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-1.76 (-3.92 to 0.39)</w:t>
            </w:r>
          </w:p>
        </w:tc>
      </w:tr>
      <w:tr w:rsidR="007B19B2" w:rsidRPr="00EB75F0" w14:paraId="1E4D5B1E" w14:textId="77777777" w:rsidTr="007B19B2">
        <w:trPr>
          <w:trHeight w:val="288"/>
        </w:trPr>
        <w:tc>
          <w:tcPr>
            <w:tcW w:w="1255" w:type="dxa"/>
            <w:vAlign w:val="center"/>
            <w:hideMark/>
          </w:tcPr>
          <w:p w14:paraId="698B6BD3" w14:textId="24EF51B9" w:rsidR="007B19B2" w:rsidRPr="00EB75F0" w:rsidRDefault="009A3ECD" w:rsidP="007B19B2">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530" w:type="dxa"/>
            <w:vAlign w:val="center"/>
          </w:tcPr>
          <w:p w14:paraId="24B46B46"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1.09 (0.51 to 1.66)</w:t>
            </w:r>
          </w:p>
        </w:tc>
        <w:tc>
          <w:tcPr>
            <w:tcW w:w="1620" w:type="dxa"/>
            <w:vAlign w:val="center"/>
          </w:tcPr>
          <w:p w14:paraId="38842C4E"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1.52 (0.87 to 2.17)</w:t>
            </w:r>
          </w:p>
        </w:tc>
        <w:tc>
          <w:tcPr>
            <w:tcW w:w="1530" w:type="dxa"/>
            <w:vAlign w:val="center"/>
          </w:tcPr>
          <w:p w14:paraId="41A477F0"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1.04 (0.41 to 1.67)</w:t>
            </w:r>
          </w:p>
        </w:tc>
        <w:tc>
          <w:tcPr>
            <w:tcW w:w="1448" w:type="dxa"/>
            <w:vAlign w:val="center"/>
          </w:tcPr>
          <w:p w14:paraId="5D9A1697"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3.71 (1.5 to 5.92)</w:t>
            </w:r>
          </w:p>
        </w:tc>
        <w:tc>
          <w:tcPr>
            <w:tcW w:w="1702" w:type="dxa"/>
            <w:shd w:val="clear" w:color="auto" w:fill="C6C6C6"/>
            <w:noWrap/>
            <w:vAlign w:val="center"/>
          </w:tcPr>
          <w:p w14:paraId="7B6187FA"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p>
        </w:tc>
        <w:tc>
          <w:tcPr>
            <w:tcW w:w="1389" w:type="dxa"/>
            <w:vAlign w:val="center"/>
          </w:tcPr>
          <w:p w14:paraId="67AA7BF4"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 (-0.25 to 1.64)</w:t>
            </w:r>
          </w:p>
        </w:tc>
        <w:tc>
          <w:tcPr>
            <w:tcW w:w="1478" w:type="dxa"/>
            <w:vAlign w:val="center"/>
          </w:tcPr>
          <w:p w14:paraId="12621C7B"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2.92 (2.28 to 3.56)</w:t>
            </w:r>
          </w:p>
        </w:tc>
        <w:tc>
          <w:tcPr>
            <w:tcW w:w="1478" w:type="dxa"/>
            <w:vAlign w:val="center"/>
          </w:tcPr>
          <w:p w14:paraId="58EB502E"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1.83 (1.15 to 2.51)</w:t>
            </w:r>
          </w:p>
        </w:tc>
        <w:tc>
          <w:tcPr>
            <w:tcW w:w="1486" w:type="dxa"/>
            <w:vAlign w:val="center"/>
          </w:tcPr>
          <w:p w14:paraId="566FE913"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1.95 (1.29 to 2.61)</w:t>
            </w:r>
          </w:p>
        </w:tc>
      </w:tr>
      <w:tr w:rsidR="007B19B2" w:rsidRPr="00EB75F0" w14:paraId="51BE4717" w14:textId="77777777" w:rsidTr="007B19B2">
        <w:trPr>
          <w:trHeight w:val="288"/>
        </w:trPr>
        <w:tc>
          <w:tcPr>
            <w:tcW w:w="1255" w:type="dxa"/>
            <w:vAlign w:val="center"/>
            <w:hideMark/>
          </w:tcPr>
          <w:p w14:paraId="18AD3FE1"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530" w:type="dxa"/>
            <w:vAlign w:val="center"/>
          </w:tcPr>
          <w:p w14:paraId="49785422"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0.39 (-0.35 to 1.14)</w:t>
            </w:r>
          </w:p>
        </w:tc>
        <w:tc>
          <w:tcPr>
            <w:tcW w:w="1620" w:type="dxa"/>
            <w:vAlign w:val="center"/>
          </w:tcPr>
          <w:p w14:paraId="28407B70"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0.82 (0.02 to 1.63)</w:t>
            </w:r>
          </w:p>
        </w:tc>
        <w:tc>
          <w:tcPr>
            <w:tcW w:w="1530" w:type="dxa"/>
            <w:vAlign w:val="center"/>
          </w:tcPr>
          <w:p w14:paraId="4CCC3E6B"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0.34 (-0.45 to 1.14)</w:t>
            </w:r>
          </w:p>
        </w:tc>
        <w:tc>
          <w:tcPr>
            <w:tcW w:w="1448" w:type="dxa"/>
            <w:vAlign w:val="center"/>
          </w:tcPr>
          <w:p w14:paraId="52837AB1"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3.02 (0.76 to 5.27)</w:t>
            </w:r>
          </w:p>
        </w:tc>
        <w:tc>
          <w:tcPr>
            <w:tcW w:w="1702" w:type="dxa"/>
            <w:shd w:val="clear" w:color="auto" w:fill="CFEDFF"/>
            <w:vAlign w:val="center"/>
          </w:tcPr>
          <w:p w14:paraId="1906C0C1"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 (-1.64 to 0.25)</w:t>
            </w:r>
          </w:p>
        </w:tc>
        <w:tc>
          <w:tcPr>
            <w:tcW w:w="1389" w:type="dxa"/>
            <w:shd w:val="clear" w:color="auto" w:fill="C6C6C6"/>
            <w:noWrap/>
            <w:vAlign w:val="center"/>
          </w:tcPr>
          <w:p w14:paraId="331D6788"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p>
        </w:tc>
        <w:tc>
          <w:tcPr>
            <w:tcW w:w="1478" w:type="dxa"/>
            <w:vAlign w:val="center"/>
          </w:tcPr>
          <w:p w14:paraId="0A19A7D3"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2.22 (1.43 to 3.03)</w:t>
            </w:r>
          </w:p>
        </w:tc>
        <w:tc>
          <w:tcPr>
            <w:tcW w:w="1478" w:type="dxa"/>
            <w:vAlign w:val="center"/>
          </w:tcPr>
          <w:p w14:paraId="1547EDD8"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1.14 (0.31 to 1.97)</w:t>
            </w:r>
          </w:p>
        </w:tc>
        <w:tc>
          <w:tcPr>
            <w:tcW w:w="1486" w:type="dxa"/>
            <w:vAlign w:val="center"/>
          </w:tcPr>
          <w:p w14:paraId="037C470C"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1.26 (0.45 to 2.07)</w:t>
            </w:r>
          </w:p>
        </w:tc>
      </w:tr>
      <w:tr w:rsidR="007B19B2" w:rsidRPr="00EB75F0" w14:paraId="61EC0439" w14:textId="77777777" w:rsidTr="007B19B2">
        <w:trPr>
          <w:trHeight w:val="288"/>
        </w:trPr>
        <w:tc>
          <w:tcPr>
            <w:tcW w:w="1255" w:type="dxa"/>
            <w:vAlign w:val="center"/>
            <w:hideMark/>
          </w:tcPr>
          <w:p w14:paraId="0BBA0BE2"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lastRenderedPageBreak/>
              <w:t>Olanzapine</w:t>
            </w:r>
          </w:p>
        </w:tc>
        <w:tc>
          <w:tcPr>
            <w:tcW w:w="1530" w:type="dxa"/>
            <w:vAlign w:val="center"/>
          </w:tcPr>
          <w:p w14:paraId="7B669E5C"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-1.83 (-2.12 to -1.54)</w:t>
            </w:r>
          </w:p>
        </w:tc>
        <w:tc>
          <w:tcPr>
            <w:tcW w:w="1620" w:type="dxa"/>
            <w:vAlign w:val="center"/>
          </w:tcPr>
          <w:p w14:paraId="2AD637A5"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 (-1.82 to -0.98)</w:t>
            </w:r>
          </w:p>
        </w:tc>
        <w:tc>
          <w:tcPr>
            <w:tcW w:w="1530" w:type="dxa"/>
            <w:vAlign w:val="center"/>
          </w:tcPr>
          <w:p w14:paraId="7721711B"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-1.88 (-2.28 to -1.49)</w:t>
            </w:r>
          </w:p>
        </w:tc>
        <w:tc>
          <w:tcPr>
            <w:tcW w:w="1448" w:type="dxa"/>
            <w:vAlign w:val="center"/>
          </w:tcPr>
          <w:p w14:paraId="58FD138A"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 (-1.32 to 2.9)</w:t>
            </w:r>
          </w:p>
        </w:tc>
        <w:tc>
          <w:tcPr>
            <w:tcW w:w="1702" w:type="dxa"/>
            <w:shd w:val="clear" w:color="auto" w:fill="CFEDFF"/>
            <w:vAlign w:val="center"/>
          </w:tcPr>
          <w:p w14:paraId="7FE38359"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-2.92 (-3.56 to -2.28)</w:t>
            </w:r>
          </w:p>
        </w:tc>
        <w:tc>
          <w:tcPr>
            <w:tcW w:w="1389" w:type="dxa"/>
            <w:vAlign w:val="center"/>
          </w:tcPr>
          <w:p w14:paraId="5632F4F4"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-2.22 (-3.03 to -1.43)</w:t>
            </w:r>
          </w:p>
        </w:tc>
        <w:tc>
          <w:tcPr>
            <w:tcW w:w="1478" w:type="dxa"/>
            <w:shd w:val="clear" w:color="auto" w:fill="C6C6C6"/>
            <w:noWrap/>
            <w:vAlign w:val="center"/>
          </w:tcPr>
          <w:p w14:paraId="7BEC05C9" w14:textId="77777777"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p>
        </w:tc>
        <w:tc>
          <w:tcPr>
            <w:tcW w:w="1478" w:type="dxa"/>
            <w:vAlign w:val="center"/>
          </w:tcPr>
          <w:p w14:paraId="28A6E55C"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-1.09 (-1.56 to -0.62)</w:t>
            </w:r>
          </w:p>
        </w:tc>
        <w:tc>
          <w:tcPr>
            <w:tcW w:w="1486" w:type="dxa"/>
            <w:vAlign w:val="center"/>
          </w:tcPr>
          <w:p w14:paraId="25B9BF48" w14:textId="77777777" w:rsidR="007B19B2" w:rsidRPr="00EB75F0" w:rsidRDefault="007B19B2" w:rsidP="007B19B2">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-0.97 (-1.4 to -0.54)</w:t>
            </w:r>
          </w:p>
        </w:tc>
      </w:tr>
      <w:tr w:rsidR="0013674C" w:rsidRPr="00EB75F0" w14:paraId="75F7B256" w14:textId="77777777" w:rsidTr="007B19B2">
        <w:trPr>
          <w:trHeight w:val="288"/>
        </w:trPr>
        <w:tc>
          <w:tcPr>
            <w:tcW w:w="1255" w:type="dxa"/>
            <w:vAlign w:val="center"/>
            <w:hideMark/>
          </w:tcPr>
          <w:p w14:paraId="366ADB18" w14:textId="77777777" w:rsidR="007B19B2" w:rsidRPr="00EB75F0" w:rsidRDefault="007B19B2" w:rsidP="007B19B2">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530" w:type="dxa"/>
            <w:vAlign w:val="center"/>
          </w:tcPr>
          <w:p w14:paraId="3C640022" w14:textId="77777777" w:rsidR="007B19B2" w:rsidRPr="00EB75F0" w:rsidRDefault="007B19B2" w:rsidP="007B19B2">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-0.74 (-1.12 to -0.36)</w:t>
            </w:r>
          </w:p>
        </w:tc>
        <w:tc>
          <w:tcPr>
            <w:tcW w:w="1620" w:type="dxa"/>
            <w:vAlign w:val="center"/>
          </w:tcPr>
          <w:p w14:paraId="6365FF14" w14:textId="77777777" w:rsidR="007B19B2" w:rsidRPr="00EB75F0" w:rsidRDefault="007B19B2" w:rsidP="007B19B2">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-0.31 (-0.79 to 0.17)</w:t>
            </w:r>
          </w:p>
        </w:tc>
        <w:tc>
          <w:tcPr>
            <w:tcW w:w="1530" w:type="dxa"/>
            <w:vAlign w:val="center"/>
          </w:tcPr>
          <w:p w14:paraId="5AF77D3A" w14:textId="77777777" w:rsidR="007B19B2" w:rsidRPr="00EB75F0" w:rsidRDefault="007B19B2" w:rsidP="007B19B2">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-0.79 (-1.25 to -0.33)</w:t>
            </w:r>
          </w:p>
        </w:tc>
        <w:tc>
          <w:tcPr>
            <w:tcW w:w="1448" w:type="dxa"/>
            <w:vAlign w:val="center"/>
          </w:tcPr>
          <w:p w14:paraId="638C078A" w14:textId="77777777" w:rsidR="007B19B2" w:rsidRPr="00EB75F0" w:rsidRDefault="007B19B2" w:rsidP="007B19B2">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1.89 (-0.28 to 4.05)</w:t>
            </w:r>
          </w:p>
        </w:tc>
        <w:tc>
          <w:tcPr>
            <w:tcW w:w="1702" w:type="dxa"/>
            <w:shd w:val="clear" w:color="auto" w:fill="CFEDFF"/>
            <w:vAlign w:val="center"/>
          </w:tcPr>
          <w:p w14:paraId="0E0A2170" w14:textId="77777777" w:rsidR="007B19B2" w:rsidRPr="00EB75F0" w:rsidRDefault="007B19B2" w:rsidP="007B19B2">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-1.83 (-2.51 to -1.15)</w:t>
            </w:r>
          </w:p>
        </w:tc>
        <w:tc>
          <w:tcPr>
            <w:tcW w:w="1389" w:type="dxa"/>
            <w:vAlign w:val="center"/>
          </w:tcPr>
          <w:p w14:paraId="35B1732C" w14:textId="77777777" w:rsidR="007B19B2" w:rsidRPr="00EB75F0" w:rsidRDefault="007B19B2" w:rsidP="007B19B2">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-1.14 (-1.97 to -0.31)</w:t>
            </w:r>
          </w:p>
        </w:tc>
        <w:tc>
          <w:tcPr>
            <w:tcW w:w="1478" w:type="dxa"/>
            <w:vAlign w:val="center"/>
          </w:tcPr>
          <w:p w14:paraId="739C1C46" w14:textId="77777777" w:rsidR="007B19B2" w:rsidRPr="00EB75F0" w:rsidRDefault="007B19B2" w:rsidP="007B19B2">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1.09 (0.62 to 1.56)</w:t>
            </w:r>
          </w:p>
        </w:tc>
        <w:tc>
          <w:tcPr>
            <w:tcW w:w="1478" w:type="dxa"/>
            <w:shd w:val="clear" w:color="auto" w:fill="C6C6C6"/>
            <w:noWrap/>
            <w:vAlign w:val="center"/>
          </w:tcPr>
          <w:p w14:paraId="46F59999" w14:textId="77777777" w:rsidR="007B19B2" w:rsidRPr="00EB75F0" w:rsidRDefault="007B19B2" w:rsidP="007B19B2">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486" w:type="dxa"/>
            <w:vAlign w:val="center"/>
          </w:tcPr>
          <w:p w14:paraId="57125946" w14:textId="77777777" w:rsidR="007B19B2" w:rsidRPr="00EB75F0" w:rsidRDefault="007B19B2" w:rsidP="007B19B2">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0.12 (-0.37 to 0.62)</w:t>
            </w:r>
          </w:p>
        </w:tc>
      </w:tr>
      <w:tr w:rsidR="0013674C" w:rsidRPr="00EB75F0" w14:paraId="45DD26DE" w14:textId="77777777" w:rsidTr="007B19B2">
        <w:trPr>
          <w:trHeight w:val="288"/>
        </w:trPr>
        <w:tc>
          <w:tcPr>
            <w:tcW w:w="1255" w:type="dxa"/>
            <w:vAlign w:val="center"/>
            <w:hideMark/>
          </w:tcPr>
          <w:p w14:paraId="3A817A43" w14:textId="77777777" w:rsidR="007B19B2" w:rsidRPr="00EB75F0" w:rsidRDefault="007B19B2" w:rsidP="007B19B2">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530" w:type="dxa"/>
            <w:vAlign w:val="center"/>
          </w:tcPr>
          <w:p w14:paraId="143C4145" w14:textId="77777777" w:rsidR="007B19B2" w:rsidRPr="00EB75F0" w:rsidRDefault="007B19B2" w:rsidP="007B19B2">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-0.86 (-1.19 to -0.53)</w:t>
            </w:r>
          </w:p>
        </w:tc>
        <w:tc>
          <w:tcPr>
            <w:tcW w:w="1620" w:type="dxa"/>
            <w:vAlign w:val="center"/>
          </w:tcPr>
          <w:p w14:paraId="66A0C13E" w14:textId="77777777" w:rsidR="007B19B2" w:rsidRPr="00EB75F0" w:rsidRDefault="007B19B2" w:rsidP="007B19B2">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-0.43 (-0.88 to 0.02)</w:t>
            </w:r>
          </w:p>
        </w:tc>
        <w:tc>
          <w:tcPr>
            <w:tcW w:w="1530" w:type="dxa"/>
            <w:vAlign w:val="center"/>
          </w:tcPr>
          <w:p w14:paraId="402244CF" w14:textId="77777777" w:rsidR="007B19B2" w:rsidRPr="00EB75F0" w:rsidRDefault="007B19B2" w:rsidP="007B19B2">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-0.91 (-1.3 to -0.53)</w:t>
            </w:r>
          </w:p>
        </w:tc>
        <w:tc>
          <w:tcPr>
            <w:tcW w:w="1448" w:type="dxa"/>
            <w:vAlign w:val="center"/>
          </w:tcPr>
          <w:p w14:paraId="7DB69881" w14:textId="77777777" w:rsidR="007B19B2" w:rsidRPr="00EB75F0" w:rsidRDefault="007B19B2" w:rsidP="007B19B2">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1.76 (-0.39 to 3.92)</w:t>
            </w:r>
          </w:p>
        </w:tc>
        <w:tc>
          <w:tcPr>
            <w:tcW w:w="1702" w:type="dxa"/>
            <w:shd w:val="clear" w:color="auto" w:fill="CFEDFF"/>
            <w:vAlign w:val="center"/>
          </w:tcPr>
          <w:p w14:paraId="61058EDD" w14:textId="77777777" w:rsidR="007B19B2" w:rsidRPr="00EB75F0" w:rsidRDefault="007B19B2" w:rsidP="007B19B2">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-1.95 (-2.61 to -1.29)</w:t>
            </w:r>
          </w:p>
        </w:tc>
        <w:tc>
          <w:tcPr>
            <w:tcW w:w="1389" w:type="dxa"/>
            <w:vAlign w:val="center"/>
          </w:tcPr>
          <w:p w14:paraId="2D4693D2" w14:textId="77777777" w:rsidR="007B19B2" w:rsidRPr="00EB75F0" w:rsidRDefault="007B19B2" w:rsidP="007B19B2">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-1.26 (-2.07 to -0.45)</w:t>
            </w:r>
          </w:p>
        </w:tc>
        <w:tc>
          <w:tcPr>
            <w:tcW w:w="1478" w:type="dxa"/>
            <w:vAlign w:val="center"/>
          </w:tcPr>
          <w:p w14:paraId="07A1A979" w14:textId="77777777" w:rsidR="007B19B2" w:rsidRPr="00EB75F0" w:rsidRDefault="007B19B2" w:rsidP="007B19B2">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0.97 (0.54 to 1.4)</w:t>
            </w:r>
          </w:p>
        </w:tc>
        <w:tc>
          <w:tcPr>
            <w:tcW w:w="1478" w:type="dxa"/>
            <w:vAlign w:val="center"/>
          </w:tcPr>
          <w:p w14:paraId="5FEF33B0" w14:textId="77777777" w:rsidR="007B19B2" w:rsidRPr="00EB75F0" w:rsidRDefault="007B19B2" w:rsidP="007B19B2">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-0.12 (-0.62 to 0.37)</w:t>
            </w:r>
          </w:p>
        </w:tc>
        <w:tc>
          <w:tcPr>
            <w:tcW w:w="1486" w:type="dxa"/>
            <w:shd w:val="clear" w:color="auto" w:fill="C6C6C6"/>
            <w:noWrap/>
            <w:vAlign w:val="center"/>
          </w:tcPr>
          <w:p w14:paraId="769ED1A2" w14:textId="77777777" w:rsidR="007B19B2" w:rsidRPr="00EB75F0" w:rsidRDefault="007B19B2" w:rsidP="007B19B2">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7B19B2" w:rsidRPr="00EB75F0" w14:paraId="3D837614" w14:textId="77777777" w:rsidTr="007B19B2">
        <w:trPr>
          <w:trHeight w:val="288"/>
        </w:trPr>
        <w:tc>
          <w:tcPr>
            <w:tcW w:w="14916" w:type="dxa"/>
            <w:gridSpan w:val="10"/>
            <w:vAlign w:val="center"/>
          </w:tcPr>
          <w:p w14:paraId="5028E598" w14:textId="0C1EF5DC" w:rsidR="007B19B2" w:rsidRPr="00EB75F0" w:rsidRDefault="007B19B2" w:rsidP="007B19B2">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credible interval; MD, mean difference</w:t>
            </w:r>
            <w:r w:rsidR="00227F3B"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227F3B" w:rsidRPr="00EB75F0">
              <w:rPr>
                <w:rFonts w:asciiTheme="majorHAnsi" w:eastAsia="Times New Roman" w:hAnsiTheme="majorHAnsi" w:cstheme="majorHAnsi"/>
                <w:color w:val="000000"/>
                <w:sz w:val="16"/>
                <w:szCs w:val="16"/>
                <w:lang w:eastAsia="zh-TW"/>
              </w:rPr>
              <w:t xml:space="preserve">, </w:t>
            </w:r>
            <w:proofErr w:type="spellStart"/>
            <w:r w:rsidR="00227F3B" w:rsidRPr="00EB75F0">
              <w:rPr>
                <w:rFonts w:asciiTheme="majorHAnsi" w:hAnsiTheme="majorHAnsi" w:cstheme="majorHAnsi"/>
                <w:sz w:val="16"/>
                <w:szCs w:val="16"/>
              </w:rPr>
              <w:t>xanomeline</w:t>
            </w:r>
            <w:proofErr w:type="spellEnd"/>
            <w:r w:rsidR="00227F3B" w:rsidRPr="00EB75F0">
              <w:rPr>
                <w:rFonts w:asciiTheme="majorHAnsi" w:hAnsiTheme="majorHAnsi" w:cstheme="majorHAnsi"/>
                <w:sz w:val="16"/>
                <w:szCs w:val="16"/>
              </w:rPr>
              <w:t>/</w:t>
            </w:r>
            <w:proofErr w:type="spellStart"/>
            <w:r w:rsidR="00227F3B" w:rsidRPr="00EB75F0">
              <w:rPr>
                <w:rFonts w:asciiTheme="majorHAnsi" w:hAnsiTheme="majorHAnsi" w:cstheme="majorHAnsi"/>
                <w:sz w:val="16"/>
                <w:szCs w:val="16"/>
              </w:rPr>
              <w:t>trospium</w:t>
            </w:r>
            <w:proofErr w:type="spellEnd"/>
            <w:r w:rsidR="00227F3B" w:rsidRPr="00EB75F0">
              <w:rPr>
                <w:rFonts w:asciiTheme="majorHAnsi" w:hAnsiTheme="majorHAnsi" w:cstheme="majorHAnsi"/>
                <w:sz w:val="16"/>
                <w:szCs w:val="16"/>
              </w:rPr>
              <w:t xml:space="preserve"> chloride</w:t>
            </w:r>
          </w:p>
          <w:p w14:paraId="4BFCD4FB" w14:textId="1ACAAF9F" w:rsidR="007B19B2" w:rsidRPr="00EB75F0" w:rsidRDefault="007B19B2" w:rsidP="007B19B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6F94A322" w14:textId="77777777" w:rsidR="007824B3" w:rsidRPr="00EB75F0" w:rsidRDefault="007824B3"/>
    <w:p w14:paraId="3B0A502A" w14:textId="58720857" w:rsidR="00D5690F" w:rsidRPr="00EB75F0" w:rsidRDefault="00A06AE8" w:rsidP="00766C59">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21</w:t>
        </w:r>
      </w:fldSimple>
      <w:r w:rsidR="00D5690F" w:rsidRPr="00EB75F0">
        <w:t xml:space="preserve">: Change from baseline weight – League table – random-effects model, sensitivity analysis excluding studies with predominantly Asian populations – MD (95% </w:t>
      </w:r>
      <w:proofErr w:type="spellStart"/>
      <w:r w:rsidR="00D5690F" w:rsidRPr="00EB75F0">
        <w:t>CrI</w:t>
      </w:r>
      <w:proofErr w:type="spellEnd"/>
      <w:r w:rsidR="00D5690F" w:rsidRPr="00EB75F0">
        <w:t>)</w:t>
      </w:r>
    </w:p>
    <w:tbl>
      <w:tblPr>
        <w:tblStyle w:val="Lumanitytable"/>
        <w:tblW w:w="14872" w:type="dxa"/>
        <w:tblLayout w:type="fixed"/>
        <w:tblLook w:val="04A0" w:firstRow="1" w:lastRow="0" w:firstColumn="1" w:lastColumn="0" w:noHBand="0" w:noVBand="1"/>
      </w:tblPr>
      <w:tblGrid>
        <w:gridCol w:w="1255"/>
        <w:gridCol w:w="1530"/>
        <w:gridCol w:w="1620"/>
        <w:gridCol w:w="1618"/>
        <w:gridCol w:w="1340"/>
        <w:gridCol w:w="1722"/>
        <w:gridCol w:w="1360"/>
        <w:gridCol w:w="1474"/>
        <w:gridCol w:w="1474"/>
        <w:gridCol w:w="1479"/>
      </w:tblGrid>
      <w:tr w:rsidR="00D5690F" w:rsidRPr="00EB75F0" w14:paraId="58285E44" w14:textId="77777777" w:rsidTr="00D5690F">
        <w:trPr>
          <w:cnfStyle w:val="100000000000" w:firstRow="1" w:lastRow="0" w:firstColumn="0" w:lastColumn="0" w:oddVBand="0" w:evenVBand="0" w:oddHBand="0" w:evenHBand="0" w:firstRowFirstColumn="0" w:firstRowLastColumn="0" w:lastRowFirstColumn="0" w:lastRowLastColumn="0"/>
          <w:trHeight w:val="288"/>
          <w:tblHeader/>
        </w:trPr>
        <w:tc>
          <w:tcPr>
            <w:tcW w:w="1255" w:type="dxa"/>
            <w:vAlign w:val="center"/>
            <w:hideMark/>
          </w:tcPr>
          <w:p w14:paraId="3EF1FDE5" w14:textId="77777777" w:rsidR="00D5690F" w:rsidRPr="00EB75F0" w:rsidRDefault="00D5690F" w:rsidP="00D5690F">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530" w:type="dxa"/>
            <w:vAlign w:val="center"/>
            <w:hideMark/>
          </w:tcPr>
          <w:p w14:paraId="64A602DF" w14:textId="77777777" w:rsidR="00D5690F" w:rsidRPr="00EB75F0" w:rsidRDefault="00D5690F" w:rsidP="00D5690F">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620" w:type="dxa"/>
            <w:vAlign w:val="center"/>
            <w:hideMark/>
          </w:tcPr>
          <w:p w14:paraId="4FC90631" w14:textId="77777777" w:rsidR="00D5690F" w:rsidRPr="00EB75F0" w:rsidRDefault="00D5690F" w:rsidP="00D5690F">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618" w:type="dxa"/>
            <w:vAlign w:val="center"/>
            <w:hideMark/>
          </w:tcPr>
          <w:p w14:paraId="6DFF7631" w14:textId="77777777" w:rsidR="00D5690F" w:rsidRPr="00EB75F0" w:rsidRDefault="00D5690F" w:rsidP="00D5690F">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340" w:type="dxa"/>
            <w:vAlign w:val="center"/>
          </w:tcPr>
          <w:p w14:paraId="7C662152" w14:textId="77777777" w:rsidR="00D5690F" w:rsidRPr="00EB75F0" w:rsidRDefault="00D5690F" w:rsidP="00D5690F">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Clozapine</w:t>
            </w:r>
          </w:p>
        </w:tc>
        <w:tc>
          <w:tcPr>
            <w:tcW w:w="1722" w:type="dxa"/>
            <w:vAlign w:val="center"/>
            <w:hideMark/>
          </w:tcPr>
          <w:p w14:paraId="751939CD" w14:textId="6CC0312A" w:rsidR="00D5690F" w:rsidRPr="00EB75F0" w:rsidRDefault="009A3ECD" w:rsidP="00D5690F">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360" w:type="dxa"/>
            <w:vAlign w:val="center"/>
            <w:hideMark/>
          </w:tcPr>
          <w:p w14:paraId="63CB66C8" w14:textId="77777777" w:rsidR="00D5690F" w:rsidRPr="00EB75F0" w:rsidRDefault="00D5690F" w:rsidP="00D5690F">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474" w:type="dxa"/>
            <w:vAlign w:val="center"/>
            <w:hideMark/>
          </w:tcPr>
          <w:p w14:paraId="0D32E37F" w14:textId="77777777" w:rsidR="00D5690F" w:rsidRPr="00EB75F0" w:rsidRDefault="00D5690F" w:rsidP="00D5690F">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474" w:type="dxa"/>
            <w:vAlign w:val="center"/>
            <w:hideMark/>
          </w:tcPr>
          <w:p w14:paraId="744E34A2" w14:textId="77777777" w:rsidR="00D5690F" w:rsidRPr="00EB75F0" w:rsidRDefault="00D5690F" w:rsidP="00D5690F">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479" w:type="dxa"/>
            <w:vAlign w:val="center"/>
            <w:hideMark/>
          </w:tcPr>
          <w:p w14:paraId="77461F36" w14:textId="77777777" w:rsidR="00D5690F" w:rsidRPr="00EB75F0" w:rsidRDefault="00D5690F" w:rsidP="00D5690F">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D5690F" w:rsidRPr="00EB75F0" w14:paraId="27CE2236" w14:textId="77777777" w:rsidTr="00D5690F">
        <w:trPr>
          <w:trHeight w:val="288"/>
        </w:trPr>
        <w:tc>
          <w:tcPr>
            <w:tcW w:w="1255" w:type="dxa"/>
            <w:vAlign w:val="center"/>
            <w:hideMark/>
          </w:tcPr>
          <w:p w14:paraId="1FB53617"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530" w:type="dxa"/>
            <w:vAlign w:val="center"/>
          </w:tcPr>
          <w:p w14:paraId="05E8CC9A"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0.48 (0 to 0.95)</w:t>
            </w:r>
          </w:p>
        </w:tc>
        <w:tc>
          <w:tcPr>
            <w:tcW w:w="1620" w:type="dxa"/>
            <w:vAlign w:val="center"/>
          </w:tcPr>
          <w:p w14:paraId="4EFDE4EB"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1.2 (0.5 to 1.91)</w:t>
            </w:r>
          </w:p>
        </w:tc>
        <w:tc>
          <w:tcPr>
            <w:tcW w:w="1618" w:type="dxa"/>
            <w:vAlign w:val="center"/>
          </w:tcPr>
          <w:p w14:paraId="7D43F551"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0.63 (0.07 to 1.2)</w:t>
            </w:r>
          </w:p>
        </w:tc>
        <w:tc>
          <w:tcPr>
            <w:tcW w:w="1340" w:type="dxa"/>
            <w:vAlign w:val="center"/>
          </w:tcPr>
          <w:p w14:paraId="33271E7C"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3.39 (1 to 5.8)</w:t>
            </w:r>
          </w:p>
        </w:tc>
        <w:tc>
          <w:tcPr>
            <w:tcW w:w="1722" w:type="dxa"/>
            <w:shd w:val="clear" w:color="auto" w:fill="CFEDFF"/>
            <w:vAlign w:val="center"/>
          </w:tcPr>
          <w:p w14:paraId="7EC950D6"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-0.41 (-1.26 to 0.43)</w:t>
            </w:r>
          </w:p>
        </w:tc>
        <w:tc>
          <w:tcPr>
            <w:tcW w:w="1360" w:type="dxa"/>
            <w:vAlign w:val="center"/>
          </w:tcPr>
          <w:p w14:paraId="0C2F2120"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0.29 (-0.99 to 1.57)</w:t>
            </w:r>
          </w:p>
        </w:tc>
        <w:tc>
          <w:tcPr>
            <w:tcW w:w="1474" w:type="dxa"/>
            <w:vAlign w:val="center"/>
          </w:tcPr>
          <w:p w14:paraId="07167403"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2.59 (2.11 to 3.09)</w:t>
            </w:r>
          </w:p>
        </w:tc>
        <w:tc>
          <w:tcPr>
            <w:tcW w:w="1474" w:type="dxa"/>
            <w:vAlign w:val="center"/>
          </w:tcPr>
          <w:p w14:paraId="036D5117"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1.41 (0.7 to 2.12)</w:t>
            </w:r>
          </w:p>
        </w:tc>
        <w:tc>
          <w:tcPr>
            <w:tcW w:w="1479" w:type="dxa"/>
            <w:vAlign w:val="center"/>
          </w:tcPr>
          <w:p w14:paraId="13CC8319"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1.65 (1.13 to 2.19)</w:t>
            </w:r>
          </w:p>
        </w:tc>
      </w:tr>
      <w:tr w:rsidR="00D5690F" w:rsidRPr="00EB75F0" w14:paraId="6AF2E661" w14:textId="77777777" w:rsidTr="00D5690F">
        <w:trPr>
          <w:trHeight w:val="288"/>
        </w:trPr>
        <w:tc>
          <w:tcPr>
            <w:tcW w:w="1255" w:type="dxa"/>
            <w:vAlign w:val="center"/>
            <w:hideMark/>
          </w:tcPr>
          <w:p w14:paraId="2A033A13"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530" w:type="dxa"/>
            <w:shd w:val="clear" w:color="auto" w:fill="C6C6C6"/>
            <w:noWrap/>
            <w:vAlign w:val="center"/>
          </w:tcPr>
          <w:p w14:paraId="58D7B72E"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669B361A"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0.72 (-0.09 to 1.55)</w:t>
            </w:r>
          </w:p>
        </w:tc>
        <w:tc>
          <w:tcPr>
            <w:tcW w:w="1618" w:type="dxa"/>
            <w:vAlign w:val="center"/>
          </w:tcPr>
          <w:p w14:paraId="6B776DD7"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0.15 (-0.53 to 0.85)</w:t>
            </w:r>
          </w:p>
        </w:tc>
        <w:tc>
          <w:tcPr>
            <w:tcW w:w="1340" w:type="dxa"/>
            <w:vAlign w:val="center"/>
          </w:tcPr>
          <w:p w14:paraId="5FBDCE9C"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2.92 (0.49 to 5.35)</w:t>
            </w:r>
          </w:p>
        </w:tc>
        <w:tc>
          <w:tcPr>
            <w:tcW w:w="1722" w:type="dxa"/>
            <w:shd w:val="clear" w:color="auto" w:fill="CFEDFF"/>
            <w:vAlign w:val="center"/>
          </w:tcPr>
          <w:p w14:paraId="0FAC1A1B"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-0.89 (-1.86 to 0.08)</w:t>
            </w:r>
          </w:p>
        </w:tc>
        <w:tc>
          <w:tcPr>
            <w:tcW w:w="1360" w:type="dxa"/>
            <w:vAlign w:val="center"/>
          </w:tcPr>
          <w:p w14:paraId="587232B5"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-0.19 (-1.56 to 1.18)</w:t>
            </w:r>
          </w:p>
        </w:tc>
        <w:tc>
          <w:tcPr>
            <w:tcW w:w="1474" w:type="dxa"/>
            <w:vAlign w:val="center"/>
          </w:tcPr>
          <w:p w14:paraId="30102CBC"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2.11 (1.49 to 2.76)</w:t>
            </w:r>
          </w:p>
        </w:tc>
        <w:tc>
          <w:tcPr>
            <w:tcW w:w="1474" w:type="dxa"/>
            <w:vAlign w:val="center"/>
          </w:tcPr>
          <w:p w14:paraId="7791001C"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0.93 (0.08 to 1.79)</w:t>
            </w:r>
          </w:p>
        </w:tc>
        <w:tc>
          <w:tcPr>
            <w:tcW w:w="1479" w:type="dxa"/>
            <w:vAlign w:val="center"/>
          </w:tcPr>
          <w:p w14:paraId="10BE2DE2"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1.17 (0.51 to 1.86)</w:t>
            </w:r>
          </w:p>
        </w:tc>
      </w:tr>
      <w:tr w:rsidR="00D5690F" w:rsidRPr="00EB75F0" w14:paraId="743E7723" w14:textId="77777777" w:rsidTr="00D5690F">
        <w:trPr>
          <w:trHeight w:val="288"/>
        </w:trPr>
        <w:tc>
          <w:tcPr>
            <w:tcW w:w="1255" w:type="dxa"/>
            <w:vAlign w:val="center"/>
            <w:hideMark/>
          </w:tcPr>
          <w:p w14:paraId="037D08AF"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530" w:type="dxa"/>
            <w:vAlign w:val="center"/>
          </w:tcPr>
          <w:p w14:paraId="6EC2D559"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-0.72 (-1.55 to 0.09)</w:t>
            </w:r>
          </w:p>
        </w:tc>
        <w:tc>
          <w:tcPr>
            <w:tcW w:w="1620" w:type="dxa"/>
            <w:shd w:val="clear" w:color="auto" w:fill="C6C6C6"/>
            <w:noWrap/>
            <w:vAlign w:val="center"/>
          </w:tcPr>
          <w:p w14:paraId="437FA4E1"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p>
        </w:tc>
        <w:tc>
          <w:tcPr>
            <w:tcW w:w="1618" w:type="dxa"/>
            <w:vAlign w:val="center"/>
          </w:tcPr>
          <w:p w14:paraId="12E514CC"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-0.57 (-1.47 to 0.33)</w:t>
            </w:r>
          </w:p>
        </w:tc>
        <w:tc>
          <w:tcPr>
            <w:tcW w:w="1340" w:type="dxa"/>
            <w:vAlign w:val="center"/>
          </w:tcPr>
          <w:p w14:paraId="795B8D67"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2.19 (-0.3 to 4.69)</w:t>
            </w:r>
          </w:p>
        </w:tc>
        <w:tc>
          <w:tcPr>
            <w:tcW w:w="1722" w:type="dxa"/>
            <w:shd w:val="clear" w:color="auto" w:fill="CFEDFF"/>
            <w:vAlign w:val="center"/>
          </w:tcPr>
          <w:p w14:paraId="484CAA91"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-1.61 (-2.71 to -0.53)</w:t>
            </w:r>
          </w:p>
        </w:tc>
        <w:tc>
          <w:tcPr>
            <w:tcW w:w="1360" w:type="dxa"/>
            <w:vAlign w:val="center"/>
          </w:tcPr>
          <w:p w14:paraId="40386A25"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-0.91 (-2.38 to 0.54)</w:t>
            </w:r>
          </w:p>
        </w:tc>
        <w:tc>
          <w:tcPr>
            <w:tcW w:w="1474" w:type="dxa"/>
            <w:vAlign w:val="center"/>
          </w:tcPr>
          <w:p w14:paraId="4F4CF5BE"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1.38 (0.54 to 2.24)</w:t>
            </w:r>
          </w:p>
        </w:tc>
        <w:tc>
          <w:tcPr>
            <w:tcW w:w="1474" w:type="dxa"/>
            <w:vAlign w:val="center"/>
          </w:tcPr>
          <w:p w14:paraId="567C4DDE"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0.21 (-0.79 to 1.2)</w:t>
            </w:r>
          </w:p>
        </w:tc>
        <w:tc>
          <w:tcPr>
            <w:tcW w:w="1479" w:type="dxa"/>
            <w:vAlign w:val="center"/>
          </w:tcPr>
          <w:p w14:paraId="79C4214D"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0.45 (-0.42 to 1.33)</w:t>
            </w:r>
          </w:p>
        </w:tc>
      </w:tr>
      <w:tr w:rsidR="00D5690F" w:rsidRPr="00EB75F0" w14:paraId="0B81F956" w14:textId="77777777" w:rsidTr="00D5690F">
        <w:trPr>
          <w:trHeight w:val="288"/>
        </w:trPr>
        <w:tc>
          <w:tcPr>
            <w:tcW w:w="1255" w:type="dxa"/>
            <w:vAlign w:val="center"/>
            <w:hideMark/>
          </w:tcPr>
          <w:p w14:paraId="1B6D76C6"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530" w:type="dxa"/>
            <w:vAlign w:val="center"/>
          </w:tcPr>
          <w:p w14:paraId="5172438C"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-0.15 (-0.85 to 0.53)</w:t>
            </w:r>
          </w:p>
        </w:tc>
        <w:tc>
          <w:tcPr>
            <w:tcW w:w="1620" w:type="dxa"/>
            <w:vAlign w:val="center"/>
          </w:tcPr>
          <w:p w14:paraId="279645DA"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0.57 (-0.33 to 1.47)</w:t>
            </w:r>
          </w:p>
        </w:tc>
        <w:tc>
          <w:tcPr>
            <w:tcW w:w="1618" w:type="dxa"/>
            <w:shd w:val="clear" w:color="auto" w:fill="C6C6C6"/>
            <w:noWrap/>
            <w:vAlign w:val="center"/>
          </w:tcPr>
          <w:p w14:paraId="4B027690"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p>
        </w:tc>
        <w:tc>
          <w:tcPr>
            <w:tcW w:w="1340" w:type="dxa"/>
            <w:vAlign w:val="center"/>
          </w:tcPr>
          <w:p w14:paraId="388B5F42"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2.76 (0.3 to 5.23)</w:t>
            </w:r>
          </w:p>
        </w:tc>
        <w:tc>
          <w:tcPr>
            <w:tcW w:w="1722" w:type="dxa"/>
            <w:shd w:val="clear" w:color="auto" w:fill="CFEDFF"/>
            <w:vAlign w:val="center"/>
          </w:tcPr>
          <w:p w14:paraId="55D244DC"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-1.04 (-2.06 to -0.03)</w:t>
            </w:r>
          </w:p>
        </w:tc>
        <w:tc>
          <w:tcPr>
            <w:tcW w:w="1360" w:type="dxa"/>
            <w:vAlign w:val="center"/>
          </w:tcPr>
          <w:p w14:paraId="7EA89C9C"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-0.34 (-1.75 to 1.05)</w:t>
            </w:r>
          </w:p>
        </w:tc>
        <w:tc>
          <w:tcPr>
            <w:tcW w:w="1474" w:type="dxa"/>
            <w:vAlign w:val="center"/>
          </w:tcPr>
          <w:p w14:paraId="258D1412"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1.95 (1.22 to 2.7)</w:t>
            </w:r>
          </w:p>
        </w:tc>
        <w:tc>
          <w:tcPr>
            <w:tcW w:w="1474" w:type="dxa"/>
            <w:vAlign w:val="center"/>
          </w:tcPr>
          <w:p w14:paraId="3047B2B5"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0.78 (-0.13 to 1.68)</w:t>
            </w:r>
          </w:p>
        </w:tc>
        <w:tc>
          <w:tcPr>
            <w:tcW w:w="1479" w:type="dxa"/>
            <w:vAlign w:val="center"/>
          </w:tcPr>
          <w:p w14:paraId="499F9E1F"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1.02 (0.31 to 1.74)</w:t>
            </w:r>
          </w:p>
        </w:tc>
      </w:tr>
      <w:tr w:rsidR="00D5690F" w:rsidRPr="00EB75F0" w14:paraId="48B381C5" w14:textId="77777777" w:rsidTr="00D5690F">
        <w:trPr>
          <w:trHeight w:val="288"/>
        </w:trPr>
        <w:tc>
          <w:tcPr>
            <w:tcW w:w="1255" w:type="dxa"/>
            <w:vAlign w:val="center"/>
          </w:tcPr>
          <w:p w14:paraId="14470534"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Clozapine</w:t>
            </w:r>
            <w:r w:rsidRPr="00EB75F0">
              <w:rPr>
                <w:rFonts w:asciiTheme="majorHAnsi" w:eastAsia="Times New Roman" w:hAnsiTheme="majorHAnsi" w:cstheme="majorHAnsi"/>
                <w:color w:val="000000"/>
                <w:sz w:val="16"/>
                <w:szCs w:val="16"/>
                <w:lang w:eastAsia="zh-TW"/>
              </w:rPr>
              <w:br/>
            </w:r>
          </w:p>
        </w:tc>
        <w:tc>
          <w:tcPr>
            <w:tcW w:w="1530" w:type="dxa"/>
            <w:vAlign w:val="center"/>
          </w:tcPr>
          <w:p w14:paraId="039F4EC5"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-2.92 (-5.35 to -0.49)</w:t>
            </w:r>
          </w:p>
        </w:tc>
        <w:tc>
          <w:tcPr>
            <w:tcW w:w="1620" w:type="dxa"/>
            <w:vAlign w:val="center"/>
          </w:tcPr>
          <w:p w14:paraId="119D9BDC"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-2.19 (-4.69 to 0.3)</w:t>
            </w:r>
          </w:p>
        </w:tc>
        <w:tc>
          <w:tcPr>
            <w:tcW w:w="1618" w:type="dxa"/>
            <w:noWrap/>
            <w:vAlign w:val="center"/>
          </w:tcPr>
          <w:p w14:paraId="6670F48D"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-2.76 (-5.23 to -0.3)</w:t>
            </w:r>
          </w:p>
        </w:tc>
        <w:tc>
          <w:tcPr>
            <w:tcW w:w="1340" w:type="dxa"/>
            <w:shd w:val="clear" w:color="auto" w:fill="C6C6C6" w:themeFill="text1" w:themeFillTint="40"/>
            <w:vAlign w:val="center"/>
          </w:tcPr>
          <w:p w14:paraId="1662B6D1"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p>
        </w:tc>
        <w:tc>
          <w:tcPr>
            <w:tcW w:w="1722" w:type="dxa"/>
            <w:shd w:val="clear" w:color="auto" w:fill="CFEDFF"/>
            <w:vAlign w:val="center"/>
          </w:tcPr>
          <w:p w14:paraId="640C317C"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-3.81 (-6.36 to -1.27)</w:t>
            </w:r>
          </w:p>
        </w:tc>
        <w:tc>
          <w:tcPr>
            <w:tcW w:w="1360" w:type="dxa"/>
            <w:vAlign w:val="center"/>
          </w:tcPr>
          <w:p w14:paraId="42D35FC7"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-3.1 (-5.83 to -0.4)</w:t>
            </w:r>
          </w:p>
        </w:tc>
        <w:tc>
          <w:tcPr>
            <w:tcW w:w="1474" w:type="dxa"/>
            <w:vAlign w:val="center"/>
          </w:tcPr>
          <w:p w14:paraId="420E2731"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 (-3.15 to 1.55)</w:t>
            </w:r>
          </w:p>
        </w:tc>
        <w:tc>
          <w:tcPr>
            <w:tcW w:w="1474" w:type="dxa"/>
            <w:vAlign w:val="center"/>
          </w:tcPr>
          <w:p w14:paraId="34024ABC"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-1.98 (-4.49 to 0.5)</w:t>
            </w:r>
          </w:p>
        </w:tc>
        <w:tc>
          <w:tcPr>
            <w:tcW w:w="1479" w:type="dxa"/>
            <w:vAlign w:val="center"/>
          </w:tcPr>
          <w:p w14:paraId="56F9D028"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-1.74 (-4.2 to 0.71)</w:t>
            </w:r>
          </w:p>
        </w:tc>
      </w:tr>
      <w:tr w:rsidR="00D5690F" w:rsidRPr="00EB75F0" w14:paraId="72AA2EBA" w14:textId="77777777" w:rsidTr="00D5690F">
        <w:trPr>
          <w:trHeight w:val="288"/>
        </w:trPr>
        <w:tc>
          <w:tcPr>
            <w:tcW w:w="1255" w:type="dxa"/>
            <w:vAlign w:val="center"/>
            <w:hideMark/>
          </w:tcPr>
          <w:p w14:paraId="29864A58" w14:textId="242B0043" w:rsidR="00D5690F" w:rsidRPr="00EB75F0" w:rsidRDefault="009A3ECD" w:rsidP="00D5690F">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530" w:type="dxa"/>
            <w:vAlign w:val="center"/>
          </w:tcPr>
          <w:p w14:paraId="1FDEDB67"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0.89 (-0.08 to 1.86)</w:t>
            </w:r>
          </w:p>
        </w:tc>
        <w:tc>
          <w:tcPr>
            <w:tcW w:w="1620" w:type="dxa"/>
            <w:vAlign w:val="center"/>
          </w:tcPr>
          <w:p w14:paraId="4393B232"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1.61 (0.53 to 2.71)</w:t>
            </w:r>
          </w:p>
        </w:tc>
        <w:tc>
          <w:tcPr>
            <w:tcW w:w="1618" w:type="dxa"/>
            <w:vAlign w:val="center"/>
          </w:tcPr>
          <w:p w14:paraId="1427EF59"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1.04 (0.03 to 2.06)</w:t>
            </w:r>
          </w:p>
        </w:tc>
        <w:tc>
          <w:tcPr>
            <w:tcW w:w="1340" w:type="dxa"/>
            <w:vAlign w:val="center"/>
          </w:tcPr>
          <w:p w14:paraId="5B15F23C"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3.81 (1.27 to 6.36)</w:t>
            </w:r>
          </w:p>
        </w:tc>
        <w:tc>
          <w:tcPr>
            <w:tcW w:w="1722" w:type="dxa"/>
            <w:shd w:val="clear" w:color="auto" w:fill="C6C6C6"/>
            <w:noWrap/>
            <w:vAlign w:val="center"/>
          </w:tcPr>
          <w:p w14:paraId="73FADDE2"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p>
        </w:tc>
        <w:tc>
          <w:tcPr>
            <w:tcW w:w="1360" w:type="dxa"/>
            <w:vAlign w:val="center"/>
          </w:tcPr>
          <w:p w14:paraId="7A1F0B21"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 (-0.83 to 2.22)</w:t>
            </w:r>
          </w:p>
        </w:tc>
        <w:tc>
          <w:tcPr>
            <w:tcW w:w="1474" w:type="dxa"/>
            <w:vAlign w:val="center"/>
          </w:tcPr>
          <w:p w14:paraId="13FADDB6"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 (2.03 to 3.99)</w:t>
            </w:r>
          </w:p>
        </w:tc>
        <w:tc>
          <w:tcPr>
            <w:tcW w:w="1474" w:type="dxa"/>
            <w:vAlign w:val="center"/>
          </w:tcPr>
          <w:p w14:paraId="1A18582D"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1.82 (0.73 to 2.92)</w:t>
            </w:r>
          </w:p>
        </w:tc>
        <w:tc>
          <w:tcPr>
            <w:tcW w:w="1479" w:type="dxa"/>
            <w:vAlign w:val="center"/>
          </w:tcPr>
          <w:p w14:paraId="32FB6DA5"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2.06 (1.08 to 3.07)</w:t>
            </w:r>
          </w:p>
        </w:tc>
      </w:tr>
      <w:tr w:rsidR="00D5690F" w:rsidRPr="00EB75F0" w14:paraId="522A6681" w14:textId="77777777" w:rsidTr="00D5690F">
        <w:trPr>
          <w:trHeight w:val="288"/>
        </w:trPr>
        <w:tc>
          <w:tcPr>
            <w:tcW w:w="1255" w:type="dxa"/>
            <w:vAlign w:val="center"/>
            <w:hideMark/>
          </w:tcPr>
          <w:p w14:paraId="05CF82F8"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530" w:type="dxa"/>
            <w:vAlign w:val="center"/>
          </w:tcPr>
          <w:p w14:paraId="04E01F11"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0.19 (-1.18 to 1.56)</w:t>
            </w:r>
          </w:p>
        </w:tc>
        <w:tc>
          <w:tcPr>
            <w:tcW w:w="1620" w:type="dxa"/>
            <w:vAlign w:val="center"/>
          </w:tcPr>
          <w:p w14:paraId="251480C8"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0.91 (-0.54 to 2.38)</w:t>
            </w:r>
          </w:p>
        </w:tc>
        <w:tc>
          <w:tcPr>
            <w:tcW w:w="1618" w:type="dxa"/>
            <w:vAlign w:val="center"/>
          </w:tcPr>
          <w:p w14:paraId="1E9D3593"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0.34 (-1.05 to 1.75)</w:t>
            </w:r>
          </w:p>
        </w:tc>
        <w:tc>
          <w:tcPr>
            <w:tcW w:w="1340" w:type="dxa"/>
            <w:vAlign w:val="center"/>
          </w:tcPr>
          <w:p w14:paraId="101D15BB"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3.1 (0.4 to 5.83)</w:t>
            </w:r>
          </w:p>
        </w:tc>
        <w:tc>
          <w:tcPr>
            <w:tcW w:w="1722" w:type="dxa"/>
            <w:shd w:val="clear" w:color="auto" w:fill="CFEDFF"/>
            <w:vAlign w:val="center"/>
          </w:tcPr>
          <w:p w14:paraId="46D76BCB"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 (-2.22 to 0.83)</w:t>
            </w:r>
          </w:p>
        </w:tc>
        <w:tc>
          <w:tcPr>
            <w:tcW w:w="1360" w:type="dxa"/>
            <w:shd w:val="clear" w:color="auto" w:fill="C6C6C6"/>
            <w:noWrap/>
            <w:vAlign w:val="center"/>
          </w:tcPr>
          <w:p w14:paraId="514F21D0"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p>
        </w:tc>
        <w:tc>
          <w:tcPr>
            <w:tcW w:w="1474" w:type="dxa"/>
            <w:vAlign w:val="center"/>
          </w:tcPr>
          <w:p w14:paraId="63D104F2"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2.3 (0.94 to 3.68)</w:t>
            </w:r>
          </w:p>
        </w:tc>
        <w:tc>
          <w:tcPr>
            <w:tcW w:w="1474" w:type="dxa"/>
            <w:vAlign w:val="center"/>
          </w:tcPr>
          <w:p w14:paraId="64B7B6B1"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1.12 (-0.35 to 2.59)</w:t>
            </w:r>
          </w:p>
        </w:tc>
        <w:tc>
          <w:tcPr>
            <w:tcW w:w="1479" w:type="dxa"/>
            <w:vAlign w:val="center"/>
          </w:tcPr>
          <w:p w14:paraId="76E88B06"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1.36 (0 to 2.76)</w:t>
            </w:r>
          </w:p>
        </w:tc>
      </w:tr>
      <w:tr w:rsidR="00D5690F" w:rsidRPr="00EB75F0" w14:paraId="2851E1D4" w14:textId="77777777" w:rsidTr="00D5690F">
        <w:trPr>
          <w:trHeight w:val="288"/>
        </w:trPr>
        <w:tc>
          <w:tcPr>
            <w:tcW w:w="1255" w:type="dxa"/>
            <w:vAlign w:val="center"/>
            <w:hideMark/>
          </w:tcPr>
          <w:p w14:paraId="3FAB507C"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530" w:type="dxa"/>
            <w:vAlign w:val="center"/>
          </w:tcPr>
          <w:p w14:paraId="2A3B74EC"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-2.11 (-2.76 to -1.49)</w:t>
            </w:r>
          </w:p>
        </w:tc>
        <w:tc>
          <w:tcPr>
            <w:tcW w:w="1620" w:type="dxa"/>
            <w:vAlign w:val="center"/>
          </w:tcPr>
          <w:p w14:paraId="46014D56"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-1.38 (-2.24 to -0.54)</w:t>
            </w:r>
          </w:p>
        </w:tc>
        <w:tc>
          <w:tcPr>
            <w:tcW w:w="1618" w:type="dxa"/>
            <w:vAlign w:val="center"/>
          </w:tcPr>
          <w:p w14:paraId="3B00C0A6"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-1.95 (-2.7 to -1.22)</w:t>
            </w:r>
          </w:p>
        </w:tc>
        <w:tc>
          <w:tcPr>
            <w:tcW w:w="1340" w:type="dxa"/>
            <w:vAlign w:val="center"/>
          </w:tcPr>
          <w:p w14:paraId="26EB6311"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 (-1.55 to 3.15)</w:t>
            </w:r>
          </w:p>
        </w:tc>
        <w:tc>
          <w:tcPr>
            <w:tcW w:w="1722" w:type="dxa"/>
            <w:shd w:val="clear" w:color="auto" w:fill="CFEDFF"/>
            <w:vAlign w:val="center"/>
          </w:tcPr>
          <w:p w14:paraId="2F4456F2"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 (-3.99 to -2.03)</w:t>
            </w:r>
          </w:p>
        </w:tc>
        <w:tc>
          <w:tcPr>
            <w:tcW w:w="1360" w:type="dxa"/>
            <w:vAlign w:val="center"/>
          </w:tcPr>
          <w:p w14:paraId="6BC85E99"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-2.3 (-3.68 to -0.94)</w:t>
            </w:r>
          </w:p>
        </w:tc>
        <w:tc>
          <w:tcPr>
            <w:tcW w:w="1474" w:type="dxa"/>
            <w:shd w:val="clear" w:color="auto" w:fill="C6C6C6"/>
            <w:noWrap/>
            <w:vAlign w:val="center"/>
          </w:tcPr>
          <w:p w14:paraId="00E207E0" w14:textId="77777777"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p>
        </w:tc>
        <w:tc>
          <w:tcPr>
            <w:tcW w:w="1474" w:type="dxa"/>
            <w:vAlign w:val="center"/>
          </w:tcPr>
          <w:p w14:paraId="7A54CC40"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-1.17 (-2.05 to -0.33)</w:t>
            </w:r>
          </w:p>
        </w:tc>
        <w:tc>
          <w:tcPr>
            <w:tcW w:w="1479" w:type="dxa"/>
            <w:vAlign w:val="center"/>
          </w:tcPr>
          <w:p w14:paraId="222CB614" w14:textId="77777777" w:rsidR="00D5690F" w:rsidRPr="00EB75F0" w:rsidRDefault="00D5690F" w:rsidP="00D5690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-0.94 (-1.65 to -0.23)</w:t>
            </w:r>
          </w:p>
        </w:tc>
      </w:tr>
      <w:tr w:rsidR="00D5690F" w:rsidRPr="00EB75F0" w14:paraId="5146654D" w14:textId="77777777" w:rsidTr="00D5690F">
        <w:trPr>
          <w:trHeight w:val="288"/>
        </w:trPr>
        <w:tc>
          <w:tcPr>
            <w:tcW w:w="1255" w:type="dxa"/>
            <w:vAlign w:val="center"/>
            <w:hideMark/>
          </w:tcPr>
          <w:p w14:paraId="68513D35" w14:textId="77777777" w:rsidR="00D5690F" w:rsidRPr="00EB75F0" w:rsidRDefault="00D5690F" w:rsidP="00D5690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530" w:type="dxa"/>
            <w:vAlign w:val="center"/>
          </w:tcPr>
          <w:p w14:paraId="0FA60721" w14:textId="77777777" w:rsidR="00D5690F" w:rsidRPr="00EB75F0" w:rsidRDefault="00D5690F" w:rsidP="00D5690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-0.93 (-1.79 to -0.08)</w:t>
            </w:r>
          </w:p>
        </w:tc>
        <w:tc>
          <w:tcPr>
            <w:tcW w:w="1620" w:type="dxa"/>
            <w:vAlign w:val="center"/>
          </w:tcPr>
          <w:p w14:paraId="6F6C2D8A" w14:textId="77777777" w:rsidR="00D5690F" w:rsidRPr="00EB75F0" w:rsidRDefault="00D5690F" w:rsidP="00D5690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-0.21 (-1.2 to 0.79)</w:t>
            </w:r>
          </w:p>
        </w:tc>
        <w:tc>
          <w:tcPr>
            <w:tcW w:w="1618" w:type="dxa"/>
            <w:vAlign w:val="center"/>
          </w:tcPr>
          <w:p w14:paraId="241BFBF3" w14:textId="77777777" w:rsidR="00D5690F" w:rsidRPr="00EB75F0" w:rsidRDefault="00D5690F" w:rsidP="00D5690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-0.78 (-1.68 to 0.13)</w:t>
            </w:r>
          </w:p>
        </w:tc>
        <w:tc>
          <w:tcPr>
            <w:tcW w:w="1340" w:type="dxa"/>
            <w:vAlign w:val="center"/>
          </w:tcPr>
          <w:p w14:paraId="609D53A5" w14:textId="77777777" w:rsidR="00D5690F" w:rsidRPr="00EB75F0" w:rsidRDefault="00D5690F" w:rsidP="00D5690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1.98 (-0.5 to 4.49)</w:t>
            </w:r>
          </w:p>
        </w:tc>
        <w:tc>
          <w:tcPr>
            <w:tcW w:w="1722" w:type="dxa"/>
            <w:shd w:val="clear" w:color="auto" w:fill="CFEDFF"/>
            <w:vAlign w:val="center"/>
          </w:tcPr>
          <w:p w14:paraId="0E9ECDE4" w14:textId="77777777" w:rsidR="00D5690F" w:rsidRPr="00EB75F0" w:rsidRDefault="00D5690F" w:rsidP="00D5690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-1.82 (-2.92 to -0.73)</w:t>
            </w:r>
          </w:p>
        </w:tc>
        <w:tc>
          <w:tcPr>
            <w:tcW w:w="1360" w:type="dxa"/>
            <w:vAlign w:val="center"/>
          </w:tcPr>
          <w:p w14:paraId="7D4D5B59" w14:textId="77777777" w:rsidR="00D5690F" w:rsidRPr="00EB75F0" w:rsidRDefault="00D5690F" w:rsidP="00D5690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-1.12 (-2.59 to 0.35)</w:t>
            </w:r>
          </w:p>
        </w:tc>
        <w:tc>
          <w:tcPr>
            <w:tcW w:w="1474" w:type="dxa"/>
            <w:vAlign w:val="center"/>
          </w:tcPr>
          <w:p w14:paraId="1BB65607" w14:textId="77777777" w:rsidR="00D5690F" w:rsidRPr="00EB75F0" w:rsidRDefault="00D5690F" w:rsidP="00D5690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1.17 (0.33 to 2.05)</w:t>
            </w:r>
          </w:p>
        </w:tc>
        <w:tc>
          <w:tcPr>
            <w:tcW w:w="1474" w:type="dxa"/>
            <w:shd w:val="clear" w:color="auto" w:fill="C6C6C6"/>
            <w:noWrap/>
            <w:vAlign w:val="center"/>
          </w:tcPr>
          <w:p w14:paraId="3D0F0536" w14:textId="77777777" w:rsidR="00D5690F" w:rsidRPr="00EB75F0" w:rsidRDefault="00D5690F" w:rsidP="00D5690F">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479" w:type="dxa"/>
            <w:vAlign w:val="center"/>
          </w:tcPr>
          <w:p w14:paraId="0447CB14" w14:textId="77777777" w:rsidR="00D5690F" w:rsidRPr="00EB75F0" w:rsidRDefault="00D5690F" w:rsidP="00D5690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0.24 (-0.62 to 1.13)</w:t>
            </w:r>
          </w:p>
        </w:tc>
      </w:tr>
      <w:tr w:rsidR="00D5690F" w:rsidRPr="00EB75F0" w14:paraId="6E8A1D93" w14:textId="77777777" w:rsidTr="00D5690F">
        <w:trPr>
          <w:trHeight w:val="288"/>
        </w:trPr>
        <w:tc>
          <w:tcPr>
            <w:tcW w:w="1255" w:type="dxa"/>
            <w:vAlign w:val="center"/>
            <w:hideMark/>
          </w:tcPr>
          <w:p w14:paraId="14A92D2B" w14:textId="77777777" w:rsidR="00D5690F" w:rsidRPr="00EB75F0" w:rsidRDefault="00D5690F" w:rsidP="00D5690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530" w:type="dxa"/>
            <w:vAlign w:val="center"/>
          </w:tcPr>
          <w:p w14:paraId="39367734" w14:textId="77777777" w:rsidR="00D5690F" w:rsidRPr="00EB75F0" w:rsidRDefault="00D5690F" w:rsidP="00D5690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-1.17 (-1.86 to -0.51)</w:t>
            </w:r>
          </w:p>
        </w:tc>
        <w:tc>
          <w:tcPr>
            <w:tcW w:w="1620" w:type="dxa"/>
            <w:vAlign w:val="center"/>
          </w:tcPr>
          <w:p w14:paraId="7987E2A6" w14:textId="77777777" w:rsidR="00D5690F" w:rsidRPr="00EB75F0" w:rsidRDefault="00D5690F" w:rsidP="00D5690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-0.45 (-1.33 to 0.42)</w:t>
            </w:r>
          </w:p>
        </w:tc>
        <w:tc>
          <w:tcPr>
            <w:tcW w:w="1618" w:type="dxa"/>
            <w:vAlign w:val="center"/>
          </w:tcPr>
          <w:p w14:paraId="6D0EF58F" w14:textId="77777777" w:rsidR="00D5690F" w:rsidRPr="00EB75F0" w:rsidRDefault="00D5690F" w:rsidP="00D5690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-1.02 (-1.74 to -0.31)</w:t>
            </w:r>
          </w:p>
        </w:tc>
        <w:tc>
          <w:tcPr>
            <w:tcW w:w="1340" w:type="dxa"/>
            <w:vAlign w:val="center"/>
          </w:tcPr>
          <w:p w14:paraId="71EF6782" w14:textId="77777777" w:rsidR="00D5690F" w:rsidRPr="00EB75F0" w:rsidRDefault="00D5690F" w:rsidP="00D5690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1.74 (-0.71 to 4.2)</w:t>
            </w:r>
          </w:p>
        </w:tc>
        <w:tc>
          <w:tcPr>
            <w:tcW w:w="1722" w:type="dxa"/>
            <w:shd w:val="clear" w:color="auto" w:fill="CFEDFF"/>
            <w:vAlign w:val="center"/>
          </w:tcPr>
          <w:p w14:paraId="0862CA1C" w14:textId="77777777" w:rsidR="00D5690F" w:rsidRPr="00EB75F0" w:rsidRDefault="00D5690F" w:rsidP="00D5690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-2.06 (-3.07 to -1.08)</w:t>
            </w:r>
          </w:p>
        </w:tc>
        <w:tc>
          <w:tcPr>
            <w:tcW w:w="1360" w:type="dxa"/>
            <w:vAlign w:val="center"/>
          </w:tcPr>
          <w:p w14:paraId="50F04C98" w14:textId="77777777" w:rsidR="00D5690F" w:rsidRPr="00EB75F0" w:rsidRDefault="00D5690F" w:rsidP="00D5690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-1.36 (-2.76 to 0)</w:t>
            </w:r>
          </w:p>
        </w:tc>
        <w:tc>
          <w:tcPr>
            <w:tcW w:w="1474" w:type="dxa"/>
            <w:vAlign w:val="center"/>
          </w:tcPr>
          <w:p w14:paraId="2DB73471" w14:textId="77777777" w:rsidR="00D5690F" w:rsidRPr="00EB75F0" w:rsidRDefault="00D5690F" w:rsidP="00D5690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0.94 (0.23 to 1.65)</w:t>
            </w:r>
          </w:p>
        </w:tc>
        <w:tc>
          <w:tcPr>
            <w:tcW w:w="1474" w:type="dxa"/>
            <w:vAlign w:val="center"/>
          </w:tcPr>
          <w:p w14:paraId="6863A8FE" w14:textId="77777777" w:rsidR="00D5690F" w:rsidRPr="00EB75F0" w:rsidRDefault="00D5690F" w:rsidP="00D5690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-0.24 (-1.13 to 0.62)</w:t>
            </w:r>
          </w:p>
        </w:tc>
        <w:tc>
          <w:tcPr>
            <w:tcW w:w="1479" w:type="dxa"/>
            <w:shd w:val="clear" w:color="auto" w:fill="C6C6C6"/>
            <w:noWrap/>
            <w:vAlign w:val="center"/>
          </w:tcPr>
          <w:p w14:paraId="5256FF39" w14:textId="77777777" w:rsidR="00D5690F" w:rsidRPr="00EB75F0" w:rsidRDefault="00D5690F" w:rsidP="00D5690F">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D5690F" w:rsidRPr="00EB75F0" w14:paraId="66CCDCF2" w14:textId="77777777" w:rsidTr="00D5690F">
        <w:trPr>
          <w:trHeight w:val="288"/>
        </w:trPr>
        <w:tc>
          <w:tcPr>
            <w:tcW w:w="14872" w:type="dxa"/>
            <w:gridSpan w:val="10"/>
            <w:vAlign w:val="center"/>
          </w:tcPr>
          <w:p w14:paraId="439D7182" w14:textId="20B5C250" w:rsidR="00D5690F" w:rsidRPr="00EB75F0" w:rsidRDefault="00D5690F" w:rsidP="00D5690F">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credible interval; MD, mean difference</w:t>
            </w:r>
            <w:r w:rsidR="00227F3B"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227F3B" w:rsidRPr="00EB75F0">
              <w:rPr>
                <w:rFonts w:asciiTheme="majorHAnsi" w:eastAsia="Times New Roman" w:hAnsiTheme="majorHAnsi" w:cstheme="majorHAnsi"/>
                <w:color w:val="000000"/>
                <w:sz w:val="16"/>
                <w:szCs w:val="16"/>
                <w:lang w:eastAsia="zh-TW"/>
              </w:rPr>
              <w:t xml:space="preserve">, </w:t>
            </w:r>
            <w:proofErr w:type="spellStart"/>
            <w:r w:rsidR="00227F3B" w:rsidRPr="00EB75F0">
              <w:rPr>
                <w:rFonts w:asciiTheme="majorHAnsi" w:hAnsiTheme="majorHAnsi" w:cstheme="majorHAnsi"/>
                <w:sz w:val="16"/>
                <w:szCs w:val="16"/>
              </w:rPr>
              <w:t>xanomeline</w:t>
            </w:r>
            <w:proofErr w:type="spellEnd"/>
            <w:r w:rsidR="00227F3B" w:rsidRPr="00EB75F0">
              <w:rPr>
                <w:rFonts w:asciiTheme="majorHAnsi" w:hAnsiTheme="majorHAnsi" w:cstheme="majorHAnsi"/>
                <w:sz w:val="16"/>
                <w:szCs w:val="16"/>
              </w:rPr>
              <w:t>/</w:t>
            </w:r>
            <w:proofErr w:type="spellStart"/>
            <w:r w:rsidR="00227F3B" w:rsidRPr="00EB75F0">
              <w:rPr>
                <w:rFonts w:asciiTheme="majorHAnsi" w:hAnsiTheme="majorHAnsi" w:cstheme="majorHAnsi"/>
                <w:sz w:val="16"/>
                <w:szCs w:val="16"/>
              </w:rPr>
              <w:t>trospium</w:t>
            </w:r>
            <w:proofErr w:type="spellEnd"/>
            <w:r w:rsidR="00227F3B" w:rsidRPr="00EB75F0">
              <w:rPr>
                <w:rFonts w:asciiTheme="majorHAnsi" w:hAnsiTheme="majorHAnsi" w:cstheme="majorHAnsi"/>
                <w:sz w:val="16"/>
                <w:szCs w:val="16"/>
              </w:rPr>
              <w:t xml:space="preserve"> chloride</w:t>
            </w:r>
          </w:p>
          <w:p w14:paraId="0A1871A7" w14:textId="77EC44D6" w:rsidR="00D5690F" w:rsidRPr="00EB75F0" w:rsidRDefault="00D5690F" w:rsidP="00D5690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00EEFC07" w14:textId="77777777" w:rsidR="00FC1151" w:rsidRPr="00EB75F0" w:rsidRDefault="00FC1151"/>
    <w:p w14:paraId="490DF3BD" w14:textId="3C580D9F" w:rsidR="00115838" w:rsidRPr="00EB75F0" w:rsidRDefault="00A06AE8" w:rsidP="00766C59">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22</w:t>
        </w:r>
      </w:fldSimple>
      <w:r w:rsidR="00115838" w:rsidRPr="00EB75F0">
        <w:t xml:space="preserve">: Change from baseline weight – League table – random-effects model, sensitivity analysis excluding studies with outlier placebo effect size – MD (95% </w:t>
      </w:r>
      <w:proofErr w:type="spellStart"/>
      <w:r w:rsidR="00115838" w:rsidRPr="00EB75F0">
        <w:t>CrI</w:t>
      </w:r>
      <w:proofErr w:type="spellEnd"/>
      <w:r w:rsidR="00115838" w:rsidRPr="00EB75F0">
        <w:t>)</w:t>
      </w:r>
    </w:p>
    <w:tbl>
      <w:tblPr>
        <w:tblStyle w:val="Lumanitytable"/>
        <w:tblW w:w="14887" w:type="dxa"/>
        <w:tblLayout w:type="fixed"/>
        <w:tblLook w:val="04A0" w:firstRow="1" w:lastRow="0" w:firstColumn="1" w:lastColumn="0" w:noHBand="0" w:noVBand="1"/>
      </w:tblPr>
      <w:tblGrid>
        <w:gridCol w:w="1255"/>
        <w:gridCol w:w="1530"/>
        <w:gridCol w:w="1620"/>
        <w:gridCol w:w="1530"/>
        <w:gridCol w:w="1436"/>
        <w:gridCol w:w="1714"/>
        <w:gridCol w:w="1371"/>
        <w:gridCol w:w="1476"/>
        <w:gridCol w:w="1476"/>
        <w:gridCol w:w="1479"/>
      </w:tblGrid>
      <w:tr w:rsidR="00115838" w:rsidRPr="00EB75F0" w14:paraId="1AD93A50" w14:textId="77777777" w:rsidTr="00115838">
        <w:trPr>
          <w:cnfStyle w:val="100000000000" w:firstRow="1" w:lastRow="0" w:firstColumn="0" w:lastColumn="0" w:oddVBand="0" w:evenVBand="0" w:oddHBand="0" w:evenHBand="0" w:firstRowFirstColumn="0" w:firstRowLastColumn="0" w:lastRowFirstColumn="0" w:lastRowLastColumn="0"/>
          <w:trHeight w:val="288"/>
          <w:tblHeader/>
        </w:trPr>
        <w:tc>
          <w:tcPr>
            <w:tcW w:w="1255" w:type="dxa"/>
            <w:vAlign w:val="center"/>
            <w:hideMark/>
          </w:tcPr>
          <w:p w14:paraId="2B05A9E7" w14:textId="77777777" w:rsidR="00115838" w:rsidRPr="00EB75F0" w:rsidRDefault="00115838" w:rsidP="0011583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530" w:type="dxa"/>
            <w:vAlign w:val="center"/>
            <w:hideMark/>
          </w:tcPr>
          <w:p w14:paraId="1353D69E" w14:textId="77777777" w:rsidR="00115838" w:rsidRPr="00EB75F0" w:rsidRDefault="00115838" w:rsidP="0011583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620" w:type="dxa"/>
            <w:vAlign w:val="center"/>
            <w:hideMark/>
          </w:tcPr>
          <w:p w14:paraId="125D1AC2" w14:textId="77777777" w:rsidR="00115838" w:rsidRPr="00EB75F0" w:rsidRDefault="00115838" w:rsidP="00115838">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530" w:type="dxa"/>
            <w:vAlign w:val="center"/>
            <w:hideMark/>
          </w:tcPr>
          <w:p w14:paraId="18D8302A" w14:textId="77777777" w:rsidR="00115838" w:rsidRPr="00EB75F0" w:rsidRDefault="00115838" w:rsidP="00115838">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436" w:type="dxa"/>
            <w:vAlign w:val="center"/>
          </w:tcPr>
          <w:p w14:paraId="38BC6AC3" w14:textId="77777777" w:rsidR="00115838" w:rsidRPr="00EB75F0" w:rsidRDefault="00115838" w:rsidP="0011583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Clozapine</w:t>
            </w:r>
          </w:p>
        </w:tc>
        <w:tc>
          <w:tcPr>
            <w:tcW w:w="1714" w:type="dxa"/>
            <w:vAlign w:val="center"/>
            <w:hideMark/>
          </w:tcPr>
          <w:p w14:paraId="2F589AD3" w14:textId="3E19B469" w:rsidR="00115838" w:rsidRPr="00EB75F0" w:rsidRDefault="009A3ECD" w:rsidP="00115838">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371" w:type="dxa"/>
            <w:vAlign w:val="center"/>
            <w:hideMark/>
          </w:tcPr>
          <w:p w14:paraId="75385E46" w14:textId="77777777" w:rsidR="00115838" w:rsidRPr="00EB75F0" w:rsidRDefault="00115838" w:rsidP="00115838">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476" w:type="dxa"/>
            <w:vAlign w:val="center"/>
            <w:hideMark/>
          </w:tcPr>
          <w:p w14:paraId="0E85AA87" w14:textId="77777777" w:rsidR="00115838" w:rsidRPr="00EB75F0" w:rsidRDefault="00115838" w:rsidP="0011583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476" w:type="dxa"/>
            <w:vAlign w:val="center"/>
            <w:hideMark/>
          </w:tcPr>
          <w:p w14:paraId="38EBC3B3" w14:textId="77777777" w:rsidR="00115838" w:rsidRPr="00EB75F0" w:rsidRDefault="00115838" w:rsidP="0011583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479" w:type="dxa"/>
            <w:vAlign w:val="center"/>
            <w:hideMark/>
          </w:tcPr>
          <w:p w14:paraId="47BF8EE1" w14:textId="77777777" w:rsidR="00115838" w:rsidRPr="00EB75F0" w:rsidRDefault="00115838" w:rsidP="0011583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115838" w:rsidRPr="00EB75F0" w14:paraId="18D65850" w14:textId="77777777" w:rsidTr="00115838">
        <w:trPr>
          <w:trHeight w:val="288"/>
        </w:trPr>
        <w:tc>
          <w:tcPr>
            <w:tcW w:w="1255" w:type="dxa"/>
            <w:vAlign w:val="center"/>
            <w:hideMark/>
          </w:tcPr>
          <w:p w14:paraId="1A9ECA1C"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530" w:type="dxa"/>
            <w:vAlign w:val="center"/>
          </w:tcPr>
          <w:p w14:paraId="58BC4CBE"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0.31 (-0.27 to 0.92)</w:t>
            </w:r>
          </w:p>
        </w:tc>
        <w:tc>
          <w:tcPr>
            <w:tcW w:w="1620" w:type="dxa"/>
            <w:vAlign w:val="center"/>
          </w:tcPr>
          <w:p w14:paraId="4AD8F42F"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1.19 (0.46 to 1.92)</w:t>
            </w:r>
          </w:p>
        </w:tc>
        <w:tc>
          <w:tcPr>
            <w:tcW w:w="1530" w:type="dxa"/>
            <w:vAlign w:val="center"/>
          </w:tcPr>
          <w:p w14:paraId="001C7CC7"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 (0.01 to 1.2)</w:t>
            </w:r>
          </w:p>
        </w:tc>
        <w:tc>
          <w:tcPr>
            <w:tcW w:w="1436" w:type="dxa"/>
            <w:vAlign w:val="center"/>
          </w:tcPr>
          <w:p w14:paraId="5FEB9FA1"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3.41 (0.9 to 5.97)</w:t>
            </w:r>
          </w:p>
        </w:tc>
        <w:tc>
          <w:tcPr>
            <w:tcW w:w="1714" w:type="dxa"/>
            <w:shd w:val="clear" w:color="auto" w:fill="CFEDFF"/>
            <w:vAlign w:val="center"/>
          </w:tcPr>
          <w:p w14:paraId="6D57CC50"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-0.41 (-1.29 to 0.45)</w:t>
            </w:r>
          </w:p>
        </w:tc>
        <w:tc>
          <w:tcPr>
            <w:tcW w:w="1371" w:type="dxa"/>
            <w:vAlign w:val="center"/>
          </w:tcPr>
          <w:p w14:paraId="5C4605B5"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0.28 (-1.03 to 1.6)</w:t>
            </w:r>
          </w:p>
        </w:tc>
        <w:tc>
          <w:tcPr>
            <w:tcW w:w="1476" w:type="dxa"/>
            <w:vAlign w:val="center"/>
          </w:tcPr>
          <w:p w14:paraId="0555D948"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2.61 (2.04 to 3.23)</w:t>
            </w:r>
          </w:p>
        </w:tc>
        <w:tc>
          <w:tcPr>
            <w:tcW w:w="1476" w:type="dxa"/>
            <w:vAlign w:val="center"/>
          </w:tcPr>
          <w:p w14:paraId="497D618B"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1.41 (0.68 to 2.14)</w:t>
            </w:r>
          </w:p>
        </w:tc>
        <w:tc>
          <w:tcPr>
            <w:tcW w:w="1479" w:type="dxa"/>
            <w:vAlign w:val="center"/>
          </w:tcPr>
          <w:p w14:paraId="6A13E8C9"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1.61 (1.05 to 2.19)</w:t>
            </w:r>
          </w:p>
        </w:tc>
      </w:tr>
      <w:tr w:rsidR="00115838" w:rsidRPr="00EB75F0" w14:paraId="6BE1F39F" w14:textId="77777777" w:rsidTr="00115838">
        <w:trPr>
          <w:trHeight w:val="288"/>
        </w:trPr>
        <w:tc>
          <w:tcPr>
            <w:tcW w:w="1255" w:type="dxa"/>
            <w:vAlign w:val="center"/>
            <w:hideMark/>
          </w:tcPr>
          <w:p w14:paraId="7206C11D"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530" w:type="dxa"/>
            <w:shd w:val="clear" w:color="auto" w:fill="C6C6C6"/>
            <w:noWrap/>
            <w:vAlign w:val="center"/>
          </w:tcPr>
          <w:p w14:paraId="082B5D64"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02AA6F84"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(-0.02 to 1.77)</w:t>
            </w:r>
          </w:p>
        </w:tc>
        <w:tc>
          <w:tcPr>
            <w:tcW w:w="1530" w:type="dxa"/>
            <w:vAlign w:val="center"/>
          </w:tcPr>
          <w:p w14:paraId="5F84D88B"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0.29 (-0.48 to 1.05)</w:t>
            </w:r>
          </w:p>
        </w:tc>
        <w:tc>
          <w:tcPr>
            <w:tcW w:w="1436" w:type="dxa"/>
            <w:vAlign w:val="center"/>
          </w:tcPr>
          <w:p w14:paraId="0674322E"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3.1 (0.54 to 5.69)</w:t>
            </w:r>
          </w:p>
        </w:tc>
        <w:tc>
          <w:tcPr>
            <w:tcW w:w="1714" w:type="dxa"/>
            <w:shd w:val="clear" w:color="auto" w:fill="CFEDFF"/>
            <w:vAlign w:val="center"/>
          </w:tcPr>
          <w:p w14:paraId="32B5C57C"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-0.72 (-1.79 to 0.32)</w:t>
            </w:r>
          </w:p>
        </w:tc>
        <w:tc>
          <w:tcPr>
            <w:tcW w:w="1371" w:type="dxa"/>
            <w:vAlign w:val="center"/>
          </w:tcPr>
          <w:p w14:paraId="0265F76C"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-0.03 (-1.47 to 1.41)</w:t>
            </w:r>
          </w:p>
        </w:tc>
        <w:tc>
          <w:tcPr>
            <w:tcW w:w="1476" w:type="dxa"/>
            <w:vAlign w:val="center"/>
          </w:tcPr>
          <w:p w14:paraId="1CD1A7C1"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2.3 (1.56 to 3.07)</w:t>
            </w:r>
          </w:p>
        </w:tc>
        <w:tc>
          <w:tcPr>
            <w:tcW w:w="1476" w:type="dxa"/>
            <w:vAlign w:val="center"/>
          </w:tcPr>
          <w:p w14:paraId="321D4F76"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1.1 (0.14 to 2.04)</w:t>
            </w:r>
          </w:p>
        </w:tc>
        <w:tc>
          <w:tcPr>
            <w:tcW w:w="1479" w:type="dxa"/>
            <w:vAlign w:val="center"/>
          </w:tcPr>
          <w:p w14:paraId="297E4320"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1.3 (0.55 to 2.05)</w:t>
            </w:r>
          </w:p>
        </w:tc>
      </w:tr>
      <w:tr w:rsidR="00115838" w:rsidRPr="00EB75F0" w14:paraId="63B6BA1C" w14:textId="77777777" w:rsidTr="00115838">
        <w:trPr>
          <w:trHeight w:val="288"/>
        </w:trPr>
        <w:tc>
          <w:tcPr>
            <w:tcW w:w="1255" w:type="dxa"/>
            <w:vAlign w:val="center"/>
            <w:hideMark/>
          </w:tcPr>
          <w:p w14:paraId="564C0229"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530" w:type="dxa"/>
            <w:vAlign w:val="center"/>
          </w:tcPr>
          <w:p w14:paraId="3CFBD236"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(-1.77 to 0.02)</w:t>
            </w:r>
          </w:p>
        </w:tc>
        <w:tc>
          <w:tcPr>
            <w:tcW w:w="1620" w:type="dxa"/>
            <w:shd w:val="clear" w:color="auto" w:fill="C6C6C6"/>
            <w:noWrap/>
            <w:vAlign w:val="center"/>
          </w:tcPr>
          <w:p w14:paraId="23BC2A00"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p>
        </w:tc>
        <w:tc>
          <w:tcPr>
            <w:tcW w:w="1530" w:type="dxa"/>
            <w:vAlign w:val="center"/>
          </w:tcPr>
          <w:p w14:paraId="04A40750"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-0.59 (-1.52 to 0.35)</w:t>
            </w:r>
          </w:p>
        </w:tc>
        <w:tc>
          <w:tcPr>
            <w:tcW w:w="1436" w:type="dxa"/>
            <w:vAlign w:val="center"/>
          </w:tcPr>
          <w:p w14:paraId="23B93C37"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2.22 (-0.4 to 4.86)</w:t>
            </w:r>
          </w:p>
        </w:tc>
        <w:tc>
          <w:tcPr>
            <w:tcW w:w="1714" w:type="dxa"/>
            <w:shd w:val="clear" w:color="auto" w:fill="CFEDFF"/>
            <w:vAlign w:val="center"/>
          </w:tcPr>
          <w:p w14:paraId="1447CDA5"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 (-2.73 to -0.47)</w:t>
            </w:r>
          </w:p>
        </w:tc>
        <w:tc>
          <w:tcPr>
            <w:tcW w:w="1371" w:type="dxa"/>
            <w:vAlign w:val="center"/>
          </w:tcPr>
          <w:p w14:paraId="21A8E73E"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 (-2.41 to 0.6)</w:t>
            </w:r>
          </w:p>
        </w:tc>
        <w:tc>
          <w:tcPr>
            <w:tcW w:w="1476" w:type="dxa"/>
            <w:vAlign w:val="center"/>
          </w:tcPr>
          <w:p w14:paraId="67BC071E"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1.42 (0.51 to 2.38)</w:t>
            </w:r>
          </w:p>
        </w:tc>
        <w:tc>
          <w:tcPr>
            <w:tcW w:w="1476" w:type="dxa"/>
            <w:vAlign w:val="center"/>
          </w:tcPr>
          <w:p w14:paraId="336A02AF"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0.22 (-0.82 to 1.25)</w:t>
            </w:r>
          </w:p>
        </w:tc>
        <w:tc>
          <w:tcPr>
            <w:tcW w:w="1479" w:type="dxa"/>
            <w:vAlign w:val="center"/>
          </w:tcPr>
          <w:p w14:paraId="04F5C5ED"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0.42 (-0.49 to 1.35)</w:t>
            </w:r>
          </w:p>
        </w:tc>
      </w:tr>
      <w:tr w:rsidR="00115838" w:rsidRPr="00EB75F0" w14:paraId="641B7FA7" w14:textId="77777777" w:rsidTr="00115838">
        <w:trPr>
          <w:trHeight w:val="288"/>
        </w:trPr>
        <w:tc>
          <w:tcPr>
            <w:tcW w:w="1255" w:type="dxa"/>
            <w:vAlign w:val="center"/>
            <w:hideMark/>
          </w:tcPr>
          <w:p w14:paraId="740EBA08"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530" w:type="dxa"/>
            <w:vAlign w:val="center"/>
          </w:tcPr>
          <w:p w14:paraId="7403BA64"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-0.29 (-1.05 to 0.48)</w:t>
            </w:r>
          </w:p>
        </w:tc>
        <w:tc>
          <w:tcPr>
            <w:tcW w:w="1620" w:type="dxa"/>
            <w:vAlign w:val="center"/>
          </w:tcPr>
          <w:p w14:paraId="4E128756"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0.59 (-0.35 to 1.52)</w:t>
            </w:r>
          </w:p>
        </w:tc>
        <w:tc>
          <w:tcPr>
            <w:tcW w:w="1530" w:type="dxa"/>
            <w:shd w:val="clear" w:color="auto" w:fill="C6C6C6"/>
            <w:noWrap/>
            <w:vAlign w:val="center"/>
          </w:tcPr>
          <w:p w14:paraId="37DED592"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p>
        </w:tc>
        <w:tc>
          <w:tcPr>
            <w:tcW w:w="1436" w:type="dxa"/>
            <w:vAlign w:val="center"/>
          </w:tcPr>
          <w:p w14:paraId="7AB40805"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2.81 (0.23 to 5.41)</w:t>
            </w:r>
          </w:p>
        </w:tc>
        <w:tc>
          <w:tcPr>
            <w:tcW w:w="1714" w:type="dxa"/>
            <w:shd w:val="clear" w:color="auto" w:fill="CFEDFF"/>
            <w:vAlign w:val="center"/>
          </w:tcPr>
          <w:p w14:paraId="67A49AAE"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-1.01 (-2.07 to 0.04)</w:t>
            </w:r>
          </w:p>
        </w:tc>
        <w:tc>
          <w:tcPr>
            <w:tcW w:w="1371" w:type="dxa"/>
            <w:vAlign w:val="center"/>
          </w:tcPr>
          <w:p w14:paraId="30CEF096"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-0.31 (-1.76 to 1.12)</w:t>
            </w:r>
          </w:p>
        </w:tc>
        <w:tc>
          <w:tcPr>
            <w:tcW w:w="1476" w:type="dxa"/>
            <w:vAlign w:val="center"/>
          </w:tcPr>
          <w:p w14:paraId="0DF06923"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2.01 (1.2 to 2.85)</w:t>
            </w:r>
          </w:p>
        </w:tc>
        <w:tc>
          <w:tcPr>
            <w:tcW w:w="1476" w:type="dxa"/>
            <w:vAlign w:val="center"/>
          </w:tcPr>
          <w:p w14:paraId="5AFE117F"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0.82 (-0.14 to 1.74)</w:t>
            </w:r>
          </w:p>
        </w:tc>
        <w:tc>
          <w:tcPr>
            <w:tcW w:w="1479" w:type="dxa"/>
            <w:vAlign w:val="center"/>
          </w:tcPr>
          <w:p w14:paraId="5FF20E4D"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1.01 (0.27 to 1.77)</w:t>
            </w:r>
          </w:p>
        </w:tc>
      </w:tr>
      <w:tr w:rsidR="00115838" w:rsidRPr="00EB75F0" w14:paraId="28032529" w14:textId="77777777" w:rsidTr="00115838">
        <w:trPr>
          <w:trHeight w:val="288"/>
        </w:trPr>
        <w:tc>
          <w:tcPr>
            <w:tcW w:w="1255" w:type="dxa"/>
            <w:vAlign w:val="center"/>
          </w:tcPr>
          <w:p w14:paraId="0DFD2826"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Clozapine</w:t>
            </w:r>
            <w:r w:rsidRPr="00EB75F0">
              <w:rPr>
                <w:rFonts w:asciiTheme="majorHAnsi" w:eastAsia="Times New Roman" w:hAnsiTheme="majorHAnsi" w:cstheme="majorHAnsi"/>
                <w:color w:val="000000"/>
                <w:sz w:val="16"/>
                <w:szCs w:val="16"/>
                <w:lang w:eastAsia="zh-TW"/>
              </w:rPr>
              <w:br/>
            </w:r>
          </w:p>
        </w:tc>
        <w:tc>
          <w:tcPr>
            <w:tcW w:w="1530" w:type="dxa"/>
            <w:vAlign w:val="center"/>
          </w:tcPr>
          <w:p w14:paraId="43FA04A8"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-3.1 (-5.69 to -0.54)</w:t>
            </w:r>
          </w:p>
        </w:tc>
        <w:tc>
          <w:tcPr>
            <w:tcW w:w="1620" w:type="dxa"/>
            <w:vAlign w:val="center"/>
          </w:tcPr>
          <w:p w14:paraId="69918C7A"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-2.22 (-4.86 to 0.4)</w:t>
            </w:r>
          </w:p>
        </w:tc>
        <w:tc>
          <w:tcPr>
            <w:tcW w:w="1530" w:type="dxa"/>
            <w:noWrap/>
            <w:vAlign w:val="center"/>
          </w:tcPr>
          <w:p w14:paraId="0FC7104C"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-2.81 (-5.41 to -0.23)</w:t>
            </w:r>
          </w:p>
        </w:tc>
        <w:tc>
          <w:tcPr>
            <w:tcW w:w="1436" w:type="dxa"/>
            <w:shd w:val="clear" w:color="auto" w:fill="C6C6C6" w:themeFill="text1" w:themeFillTint="40"/>
            <w:vAlign w:val="center"/>
          </w:tcPr>
          <w:p w14:paraId="62C8DD45"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p>
        </w:tc>
        <w:tc>
          <w:tcPr>
            <w:tcW w:w="1714" w:type="dxa"/>
            <w:shd w:val="clear" w:color="auto" w:fill="CFEDFF"/>
            <w:vAlign w:val="center"/>
          </w:tcPr>
          <w:p w14:paraId="4EDD799B"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-3.82 (-6.52 to -1.15)</w:t>
            </w:r>
          </w:p>
        </w:tc>
        <w:tc>
          <w:tcPr>
            <w:tcW w:w="1371" w:type="dxa"/>
            <w:vAlign w:val="center"/>
          </w:tcPr>
          <w:p w14:paraId="218F0B79"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-3.12 (-6 to -0.3)</w:t>
            </w:r>
          </w:p>
        </w:tc>
        <w:tc>
          <w:tcPr>
            <w:tcW w:w="1476" w:type="dxa"/>
            <w:vAlign w:val="center"/>
          </w:tcPr>
          <w:p w14:paraId="07B7E479"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 (-3.27 to 1.66)</w:t>
            </w:r>
          </w:p>
        </w:tc>
        <w:tc>
          <w:tcPr>
            <w:tcW w:w="1476" w:type="dxa"/>
            <w:vAlign w:val="center"/>
          </w:tcPr>
          <w:p w14:paraId="34C49C52"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 (-4.65 to 0.62)</w:t>
            </w:r>
          </w:p>
        </w:tc>
        <w:tc>
          <w:tcPr>
            <w:tcW w:w="1479" w:type="dxa"/>
            <w:vAlign w:val="center"/>
          </w:tcPr>
          <w:p w14:paraId="75ADCFA0"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-1.81 (-4.4 to 0.77)</w:t>
            </w:r>
          </w:p>
        </w:tc>
      </w:tr>
      <w:tr w:rsidR="00115838" w:rsidRPr="00EB75F0" w14:paraId="5A5671D4" w14:textId="77777777" w:rsidTr="00115838">
        <w:trPr>
          <w:trHeight w:val="288"/>
        </w:trPr>
        <w:tc>
          <w:tcPr>
            <w:tcW w:w="1255" w:type="dxa"/>
            <w:vAlign w:val="center"/>
            <w:hideMark/>
          </w:tcPr>
          <w:p w14:paraId="1BB56F70" w14:textId="7B2B04EB" w:rsidR="00115838" w:rsidRPr="00EB75F0" w:rsidRDefault="009A3ECD" w:rsidP="0011583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530" w:type="dxa"/>
            <w:vAlign w:val="center"/>
          </w:tcPr>
          <w:p w14:paraId="1A80D17D"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0.72 (-0.32 to 1.79)</w:t>
            </w:r>
          </w:p>
        </w:tc>
        <w:tc>
          <w:tcPr>
            <w:tcW w:w="1620" w:type="dxa"/>
            <w:vAlign w:val="center"/>
          </w:tcPr>
          <w:p w14:paraId="5AF16BEB"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 (0.47 to 2.73)</w:t>
            </w:r>
          </w:p>
        </w:tc>
        <w:tc>
          <w:tcPr>
            <w:tcW w:w="1530" w:type="dxa"/>
            <w:vAlign w:val="center"/>
          </w:tcPr>
          <w:p w14:paraId="7AC60975"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1.01 (-0.04 to 2.07)</w:t>
            </w:r>
          </w:p>
        </w:tc>
        <w:tc>
          <w:tcPr>
            <w:tcW w:w="1436" w:type="dxa"/>
            <w:vAlign w:val="center"/>
          </w:tcPr>
          <w:p w14:paraId="1A65CDB5"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3.82 (1.15 to 6.52)</w:t>
            </w:r>
          </w:p>
        </w:tc>
        <w:tc>
          <w:tcPr>
            <w:tcW w:w="1714" w:type="dxa"/>
            <w:shd w:val="clear" w:color="auto" w:fill="C6C6C6"/>
            <w:noWrap/>
            <w:vAlign w:val="center"/>
          </w:tcPr>
          <w:p w14:paraId="4E916A80"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p>
        </w:tc>
        <w:tc>
          <w:tcPr>
            <w:tcW w:w="1371" w:type="dxa"/>
            <w:vAlign w:val="center"/>
          </w:tcPr>
          <w:p w14:paraId="3BAF90DC"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0.69 (-0.87 to 2.26)</w:t>
            </w:r>
          </w:p>
        </w:tc>
        <w:tc>
          <w:tcPr>
            <w:tcW w:w="1476" w:type="dxa"/>
            <w:vAlign w:val="center"/>
          </w:tcPr>
          <w:p w14:paraId="59551206"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3.02 (2 to 4.1)</w:t>
            </w:r>
          </w:p>
        </w:tc>
        <w:tc>
          <w:tcPr>
            <w:tcW w:w="1476" w:type="dxa"/>
            <w:vAlign w:val="center"/>
          </w:tcPr>
          <w:p w14:paraId="2FA162AC"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1.82 (0.68 to 2.96)</w:t>
            </w:r>
          </w:p>
        </w:tc>
        <w:tc>
          <w:tcPr>
            <w:tcW w:w="1479" w:type="dxa"/>
            <w:vAlign w:val="center"/>
          </w:tcPr>
          <w:p w14:paraId="5D5328F0"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2.01 (0.99 to 3.07)</w:t>
            </w:r>
          </w:p>
        </w:tc>
      </w:tr>
      <w:tr w:rsidR="00115838" w:rsidRPr="00EB75F0" w14:paraId="1CBFED4A" w14:textId="77777777" w:rsidTr="00115838">
        <w:trPr>
          <w:trHeight w:val="288"/>
        </w:trPr>
        <w:tc>
          <w:tcPr>
            <w:tcW w:w="1255" w:type="dxa"/>
            <w:vAlign w:val="center"/>
            <w:hideMark/>
          </w:tcPr>
          <w:p w14:paraId="4159A868"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530" w:type="dxa"/>
            <w:vAlign w:val="center"/>
          </w:tcPr>
          <w:p w14:paraId="279E882E"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0.03 (-1.41 to 1.47)</w:t>
            </w:r>
          </w:p>
        </w:tc>
        <w:tc>
          <w:tcPr>
            <w:tcW w:w="1620" w:type="dxa"/>
            <w:vAlign w:val="center"/>
          </w:tcPr>
          <w:p w14:paraId="07DB23DB"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 (-0.6 to 2.41)</w:t>
            </w:r>
          </w:p>
        </w:tc>
        <w:tc>
          <w:tcPr>
            <w:tcW w:w="1530" w:type="dxa"/>
            <w:vAlign w:val="center"/>
          </w:tcPr>
          <w:p w14:paraId="7CFB458C"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0.31 (-1.12 to 1.76)</w:t>
            </w:r>
          </w:p>
        </w:tc>
        <w:tc>
          <w:tcPr>
            <w:tcW w:w="1436" w:type="dxa"/>
            <w:vAlign w:val="center"/>
          </w:tcPr>
          <w:p w14:paraId="4EA80684"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3.12 (0.3 to 6)</w:t>
            </w:r>
          </w:p>
        </w:tc>
        <w:tc>
          <w:tcPr>
            <w:tcW w:w="1714" w:type="dxa"/>
            <w:shd w:val="clear" w:color="auto" w:fill="CFEDFF"/>
            <w:vAlign w:val="center"/>
          </w:tcPr>
          <w:p w14:paraId="1F0EDD22"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-0.69 (-2.26 to 0.87)</w:t>
            </w:r>
          </w:p>
        </w:tc>
        <w:tc>
          <w:tcPr>
            <w:tcW w:w="1371" w:type="dxa"/>
            <w:shd w:val="clear" w:color="auto" w:fill="C6C6C6"/>
            <w:noWrap/>
            <w:vAlign w:val="center"/>
          </w:tcPr>
          <w:p w14:paraId="18461967"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p>
        </w:tc>
        <w:tc>
          <w:tcPr>
            <w:tcW w:w="1476" w:type="dxa"/>
            <w:vAlign w:val="center"/>
          </w:tcPr>
          <w:p w14:paraId="544932CC"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2.33 (0.9 to 3.79)</w:t>
            </w:r>
          </w:p>
        </w:tc>
        <w:tc>
          <w:tcPr>
            <w:tcW w:w="1476" w:type="dxa"/>
            <w:vAlign w:val="center"/>
          </w:tcPr>
          <w:p w14:paraId="172EA6A9"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1.13 (-0.38 to 2.63)</w:t>
            </w:r>
          </w:p>
        </w:tc>
        <w:tc>
          <w:tcPr>
            <w:tcW w:w="1479" w:type="dxa"/>
            <w:vAlign w:val="center"/>
          </w:tcPr>
          <w:p w14:paraId="73BC601B"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1.32 (-0.09 to 2.76)</w:t>
            </w:r>
          </w:p>
        </w:tc>
      </w:tr>
      <w:tr w:rsidR="00115838" w:rsidRPr="00EB75F0" w14:paraId="5DCB7F0C" w14:textId="77777777" w:rsidTr="00115838">
        <w:trPr>
          <w:trHeight w:val="288"/>
        </w:trPr>
        <w:tc>
          <w:tcPr>
            <w:tcW w:w="1255" w:type="dxa"/>
            <w:vAlign w:val="center"/>
            <w:hideMark/>
          </w:tcPr>
          <w:p w14:paraId="09FEDE91"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530" w:type="dxa"/>
            <w:vAlign w:val="center"/>
          </w:tcPr>
          <w:p w14:paraId="11AD1A60"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-2.3 (-3.07 to -1.56)</w:t>
            </w:r>
          </w:p>
        </w:tc>
        <w:tc>
          <w:tcPr>
            <w:tcW w:w="1620" w:type="dxa"/>
            <w:vAlign w:val="center"/>
          </w:tcPr>
          <w:p w14:paraId="38D9831B"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-1.42 (-2.38 to -0.51)</w:t>
            </w:r>
          </w:p>
        </w:tc>
        <w:tc>
          <w:tcPr>
            <w:tcW w:w="1530" w:type="dxa"/>
            <w:vAlign w:val="center"/>
          </w:tcPr>
          <w:p w14:paraId="0B877F6C"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-2.01 (-2.85 to -1.2)</w:t>
            </w:r>
          </w:p>
        </w:tc>
        <w:tc>
          <w:tcPr>
            <w:tcW w:w="1436" w:type="dxa"/>
            <w:vAlign w:val="center"/>
          </w:tcPr>
          <w:p w14:paraId="68301930"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 (-1.66 to 3.27)</w:t>
            </w:r>
          </w:p>
        </w:tc>
        <w:tc>
          <w:tcPr>
            <w:tcW w:w="1714" w:type="dxa"/>
            <w:shd w:val="clear" w:color="auto" w:fill="CFEDFF"/>
            <w:vAlign w:val="center"/>
          </w:tcPr>
          <w:p w14:paraId="1843472B"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-3.02 (-4.1 to -2)</w:t>
            </w:r>
          </w:p>
        </w:tc>
        <w:tc>
          <w:tcPr>
            <w:tcW w:w="1371" w:type="dxa"/>
            <w:vAlign w:val="center"/>
          </w:tcPr>
          <w:p w14:paraId="680DF258"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-2.33 (-3.79 to -0.9)</w:t>
            </w:r>
          </w:p>
        </w:tc>
        <w:tc>
          <w:tcPr>
            <w:tcW w:w="1476" w:type="dxa"/>
            <w:shd w:val="clear" w:color="auto" w:fill="C6C6C6"/>
            <w:noWrap/>
            <w:vAlign w:val="center"/>
          </w:tcPr>
          <w:p w14:paraId="7A16FCDF" w14:textId="77777777"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p>
        </w:tc>
        <w:tc>
          <w:tcPr>
            <w:tcW w:w="1476" w:type="dxa"/>
            <w:vAlign w:val="center"/>
          </w:tcPr>
          <w:p w14:paraId="5EEFEE39"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-1.2 (-2.17 to -0.28)</w:t>
            </w:r>
          </w:p>
        </w:tc>
        <w:tc>
          <w:tcPr>
            <w:tcW w:w="1479" w:type="dxa"/>
            <w:vAlign w:val="center"/>
          </w:tcPr>
          <w:p w14:paraId="3592DA3F" w14:textId="77777777" w:rsidR="00115838" w:rsidRPr="00EB75F0" w:rsidRDefault="00115838" w:rsidP="0011583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-1.01 (-1.81 to -0.2)</w:t>
            </w:r>
          </w:p>
        </w:tc>
      </w:tr>
      <w:tr w:rsidR="00115838" w:rsidRPr="00EB75F0" w14:paraId="04858105" w14:textId="77777777" w:rsidTr="00115838">
        <w:trPr>
          <w:trHeight w:val="288"/>
        </w:trPr>
        <w:tc>
          <w:tcPr>
            <w:tcW w:w="1255" w:type="dxa"/>
            <w:vAlign w:val="center"/>
            <w:hideMark/>
          </w:tcPr>
          <w:p w14:paraId="62D5D93B" w14:textId="77777777" w:rsidR="00115838" w:rsidRPr="00EB75F0" w:rsidRDefault="00115838" w:rsidP="0011583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530" w:type="dxa"/>
            <w:vAlign w:val="center"/>
          </w:tcPr>
          <w:p w14:paraId="40FB9F86" w14:textId="77777777" w:rsidR="00115838" w:rsidRPr="00EB75F0" w:rsidRDefault="00115838" w:rsidP="0011583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-1.1 (-2.04 to -0.14)</w:t>
            </w:r>
          </w:p>
        </w:tc>
        <w:tc>
          <w:tcPr>
            <w:tcW w:w="1620" w:type="dxa"/>
            <w:vAlign w:val="center"/>
          </w:tcPr>
          <w:p w14:paraId="1023B186" w14:textId="77777777" w:rsidR="00115838" w:rsidRPr="00EB75F0" w:rsidRDefault="00115838" w:rsidP="0011583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-0.22 (-1.25 to 0.82)</w:t>
            </w:r>
          </w:p>
        </w:tc>
        <w:tc>
          <w:tcPr>
            <w:tcW w:w="1530" w:type="dxa"/>
            <w:vAlign w:val="center"/>
          </w:tcPr>
          <w:p w14:paraId="445E0CFD" w14:textId="77777777" w:rsidR="00115838" w:rsidRPr="00EB75F0" w:rsidRDefault="00115838" w:rsidP="0011583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-0.82 (-1.74 to 0.14)</w:t>
            </w:r>
          </w:p>
        </w:tc>
        <w:tc>
          <w:tcPr>
            <w:tcW w:w="1436" w:type="dxa"/>
            <w:vAlign w:val="center"/>
          </w:tcPr>
          <w:p w14:paraId="67251F4C" w14:textId="77777777" w:rsidR="00115838" w:rsidRPr="00EB75F0" w:rsidRDefault="00115838" w:rsidP="0011583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 (-0.62 to 4.65)</w:t>
            </w:r>
          </w:p>
        </w:tc>
        <w:tc>
          <w:tcPr>
            <w:tcW w:w="1714" w:type="dxa"/>
            <w:shd w:val="clear" w:color="auto" w:fill="CFEDFF"/>
            <w:vAlign w:val="center"/>
          </w:tcPr>
          <w:p w14:paraId="162E9B33" w14:textId="77777777" w:rsidR="00115838" w:rsidRPr="00EB75F0" w:rsidRDefault="00115838" w:rsidP="0011583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-1.82 (-2.96 to -0.68)</w:t>
            </w:r>
          </w:p>
        </w:tc>
        <w:tc>
          <w:tcPr>
            <w:tcW w:w="1371" w:type="dxa"/>
            <w:vAlign w:val="center"/>
          </w:tcPr>
          <w:p w14:paraId="1504BF48" w14:textId="77777777" w:rsidR="00115838" w:rsidRPr="00EB75F0" w:rsidRDefault="00115838" w:rsidP="0011583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-1.13 (-2.63 to 0.38)</w:t>
            </w:r>
          </w:p>
        </w:tc>
        <w:tc>
          <w:tcPr>
            <w:tcW w:w="1476" w:type="dxa"/>
            <w:vAlign w:val="center"/>
          </w:tcPr>
          <w:p w14:paraId="722AF921" w14:textId="77777777" w:rsidR="00115838" w:rsidRPr="00EB75F0" w:rsidRDefault="00115838" w:rsidP="0011583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1.2 (0.28 to 2.17)</w:t>
            </w:r>
          </w:p>
        </w:tc>
        <w:tc>
          <w:tcPr>
            <w:tcW w:w="1476" w:type="dxa"/>
            <w:shd w:val="clear" w:color="auto" w:fill="C6C6C6"/>
            <w:noWrap/>
            <w:vAlign w:val="center"/>
          </w:tcPr>
          <w:p w14:paraId="75A46E3B" w14:textId="77777777" w:rsidR="00115838" w:rsidRPr="00EB75F0" w:rsidRDefault="00115838" w:rsidP="00115838">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479" w:type="dxa"/>
            <w:vAlign w:val="center"/>
          </w:tcPr>
          <w:p w14:paraId="4025C864" w14:textId="77777777" w:rsidR="00115838" w:rsidRPr="00EB75F0" w:rsidRDefault="00115838" w:rsidP="0011583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0.19 (-0.71 to 1.14)</w:t>
            </w:r>
          </w:p>
        </w:tc>
      </w:tr>
      <w:tr w:rsidR="00115838" w:rsidRPr="00EB75F0" w14:paraId="164C39C0" w14:textId="77777777" w:rsidTr="00115838">
        <w:trPr>
          <w:trHeight w:val="288"/>
        </w:trPr>
        <w:tc>
          <w:tcPr>
            <w:tcW w:w="1255" w:type="dxa"/>
            <w:vAlign w:val="center"/>
            <w:hideMark/>
          </w:tcPr>
          <w:p w14:paraId="10B34462" w14:textId="77777777" w:rsidR="00115838" w:rsidRPr="00EB75F0" w:rsidRDefault="00115838" w:rsidP="0011583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530" w:type="dxa"/>
            <w:vAlign w:val="center"/>
          </w:tcPr>
          <w:p w14:paraId="4853137B" w14:textId="77777777" w:rsidR="00115838" w:rsidRPr="00EB75F0" w:rsidRDefault="00115838" w:rsidP="0011583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-1.3 (-2.05 to -0.55)</w:t>
            </w:r>
          </w:p>
        </w:tc>
        <w:tc>
          <w:tcPr>
            <w:tcW w:w="1620" w:type="dxa"/>
            <w:vAlign w:val="center"/>
          </w:tcPr>
          <w:p w14:paraId="361F3225" w14:textId="77777777" w:rsidR="00115838" w:rsidRPr="00EB75F0" w:rsidRDefault="00115838" w:rsidP="0011583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-0.42 (-1.35 to 0.49)</w:t>
            </w:r>
          </w:p>
        </w:tc>
        <w:tc>
          <w:tcPr>
            <w:tcW w:w="1530" w:type="dxa"/>
            <w:vAlign w:val="center"/>
          </w:tcPr>
          <w:p w14:paraId="65D394D3" w14:textId="77777777" w:rsidR="00115838" w:rsidRPr="00EB75F0" w:rsidRDefault="00115838" w:rsidP="0011583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-1.01 (-1.77 to -0.27)</w:t>
            </w:r>
          </w:p>
        </w:tc>
        <w:tc>
          <w:tcPr>
            <w:tcW w:w="1436" w:type="dxa"/>
            <w:vAlign w:val="center"/>
          </w:tcPr>
          <w:p w14:paraId="01014543" w14:textId="77777777" w:rsidR="00115838" w:rsidRPr="00EB75F0" w:rsidRDefault="00115838" w:rsidP="0011583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1.81 (-0.77 to 4.4)</w:t>
            </w:r>
          </w:p>
        </w:tc>
        <w:tc>
          <w:tcPr>
            <w:tcW w:w="1714" w:type="dxa"/>
            <w:shd w:val="clear" w:color="auto" w:fill="CFEDFF"/>
            <w:vAlign w:val="center"/>
          </w:tcPr>
          <w:p w14:paraId="28CAD051" w14:textId="77777777" w:rsidR="00115838" w:rsidRPr="00EB75F0" w:rsidRDefault="00115838" w:rsidP="0011583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-2.01 (-3.07 to -0.99)</w:t>
            </w:r>
          </w:p>
        </w:tc>
        <w:tc>
          <w:tcPr>
            <w:tcW w:w="1371" w:type="dxa"/>
            <w:vAlign w:val="center"/>
          </w:tcPr>
          <w:p w14:paraId="07A67704" w14:textId="77777777" w:rsidR="00115838" w:rsidRPr="00EB75F0" w:rsidRDefault="00115838" w:rsidP="0011583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-1.32 (-2.76 to 0.09)</w:t>
            </w:r>
          </w:p>
        </w:tc>
        <w:tc>
          <w:tcPr>
            <w:tcW w:w="1476" w:type="dxa"/>
            <w:vAlign w:val="center"/>
          </w:tcPr>
          <w:p w14:paraId="18308D4A" w14:textId="77777777" w:rsidR="00115838" w:rsidRPr="00EB75F0" w:rsidRDefault="00115838" w:rsidP="0011583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1.01 (0.2 to 1.81)</w:t>
            </w:r>
          </w:p>
        </w:tc>
        <w:tc>
          <w:tcPr>
            <w:tcW w:w="1476" w:type="dxa"/>
            <w:vAlign w:val="center"/>
          </w:tcPr>
          <w:p w14:paraId="19A90DE3" w14:textId="77777777" w:rsidR="00115838" w:rsidRPr="00EB75F0" w:rsidRDefault="00115838" w:rsidP="0011583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-0.19 (-1.14 to 0.71)</w:t>
            </w:r>
          </w:p>
        </w:tc>
        <w:tc>
          <w:tcPr>
            <w:tcW w:w="1479" w:type="dxa"/>
            <w:shd w:val="clear" w:color="auto" w:fill="C6C6C6"/>
            <w:noWrap/>
            <w:vAlign w:val="center"/>
          </w:tcPr>
          <w:p w14:paraId="05868FED" w14:textId="77777777" w:rsidR="00115838" w:rsidRPr="00EB75F0" w:rsidRDefault="00115838" w:rsidP="00115838">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115838" w:rsidRPr="00EB75F0" w14:paraId="1DF35989" w14:textId="77777777" w:rsidTr="00115838">
        <w:trPr>
          <w:trHeight w:val="288"/>
        </w:trPr>
        <w:tc>
          <w:tcPr>
            <w:tcW w:w="14887" w:type="dxa"/>
            <w:gridSpan w:val="10"/>
            <w:vAlign w:val="center"/>
          </w:tcPr>
          <w:p w14:paraId="055030E4" w14:textId="3C68B756" w:rsidR="00115838" w:rsidRPr="00EB75F0" w:rsidRDefault="00115838" w:rsidP="00115838">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credible interval; MD, mean difference</w:t>
            </w:r>
            <w:r w:rsidR="00227F3B"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227F3B" w:rsidRPr="00EB75F0">
              <w:rPr>
                <w:rFonts w:asciiTheme="majorHAnsi" w:eastAsia="Times New Roman" w:hAnsiTheme="majorHAnsi" w:cstheme="majorHAnsi"/>
                <w:color w:val="000000"/>
                <w:sz w:val="16"/>
                <w:szCs w:val="16"/>
                <w:lang w:eastAsia="zh-TW"/>
              </w:rPr>
              <w:t xml:space="preserve">, </w:t>
            </w:r>
            <w:proofErr w:type="spellStart"/>
            <w:r w:rsidR="00227F3B" w:rsidRPr="00EB75F0">
              <w:rPr>
                <w:rFonts w:asciiTheme="majorHAnsi" w:hAnsiTheme="majorHAnsi" w:cstheme="majorHAnsi"/>
                <w:sz w:val="16"/>
                <w:szCs w:val="16"/>
              </w:rPr>
              <w:t>xanomeline</w:t>
            </w:r>
            <w:proofErr w:type="spellEnd"/>
            <w:r w:rsidR="00227F3B" w:rsidRPr="00EB75F0">
              <w:rPr>
                <w:rFonts w:asciiTheme="majorHAnsi" w:hAnsiTheme="majorHAnsi" w:cstheme="majorHAnsi"/>
                <w:sz w:val="16"/>
                <w:szCs w:val="16"/>
              </w:rPr>
              <w:t>/</w:t>
            </w:r>
            <w:proofErr w:type="spellStart"/>
            <w:r w:rsidR="00227F3B" w:rsidRPr="00EB75F0">
              <w:rPr>
                <w:rFonts w:asciiTheme="majorHAnsi" w:hAnsiTheme="majorHAnsi" w:cstheme="majorHAnsi"/>
                <w:sz w:val="16"/>
                <w:szCs w:val="16"/>
              </w:rPr>
              <w:t>trospium</w:t>
            </w:r>
            <w:proofErr w:type="spellEnd"/>
            <w:r w:rsidR="00227F3B" w:rsidRPr="00EB75F0">
              <w:rPr>
                <w:rFonts w:asciiTheme="majorHAnsi" w:hAnsiTheme="majorHAnsi" w:cstheme="majorHAnsi"/>
                <w:sz w:val="16"/>
                <w:szCs w:val="16"/>
              </w:rPr>
              <w:t xml:space="preserve"> chloride</w:t>
            </w:r>
          </w:p>
          <w:p w14:paraId="70704426" w14:textId="184E43C6" w:rsidR="00115838" w:rsidRPr="00EB75F0" w:rsidRDefault="00115838" w:rsidP="0011583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23AC5437" w14:textId="77777777" w:rsidR="003F4D4A" w:rsidRPr="00EB75F0" w:rsidRDefault="003F4D4A"/>
    <w:p w14:paraId="7A8EE499" w14:textId="77777777" w:rsidR="003F4D4A" w:rsidRPr="00EB75F0" w:rsidRDefault="003F4D4A"/>
    <w:p w14:paraId="1472765E" w14:textId="77777777" w:rsidR="007824B3" w:rsidRPr="00EB75F0" w:rsidRDefault="007824B3"/>
    <w:p w14:paraId="701CFFD4" w14:textId="77777777" w:rsidR="007824B3" w:rsidRPr="00EB75F0" w:rsidRDefault="007824B3"/>
    <w:p w14:paraId="4CD7FDF5" w14:textId="77777777" w:rsidR="007824B3" w:rsidRPr="00EB75F0" w:rsidRDefault="007824B3"/>
    <w:p w14:paraId="68ECA29C" w14:textId="77777777" w:rsidR="007824B3" w:rsidRPr="00EB75F0" w:rsidRDefault="007824B3"/>
    <w:p w14:paraId="4D0E02F5" w14:textId="77777777" w:rsidR="007824B3" w:rsidRPr="00EB75F0" w:rsidRDefault="007824B3"/>
    <w:p w14:paraId="2DBD29FF" w14:textId="77777777" w:rsidR="007824B3" w:rsidRPr="00EB75F0" w:rsidRDefault="007824B3"/>
    <w:p w14:paraId="538040C3" w14:textId="77777777" w:rsidR="003D33C4" w:rsidRPr="00EB75F0" w:rsidRDefault="003D33C4">
      <w:pPr>
        <w:spacing w:before="0" w:after="200" w:line="276" w:lineRule="auto"/>
        <w:sectPr w:rsidR="003D33C4" w:rsidRPr="00EB75F0" w:rsidSect="003D33C4">
          <w:pgSz w:w="16838" w:h="11906" w:orient="landscape"/>
          <w:pgMar w:top="1134" w:right="1134" w:bottom="1134" w:left="1134" w:header="567" w:footer="567" w:gutter="0"/>
          <w:cols w:space="708"/>
          <w:docGrid w:linePitch="360"/>
        </w:sectPr>
      </w:pPr>
    </w:p>
    <w:p w14:paraId="7D55BFF8" w14:textId="1BEC0BD1" w:rsidR="00B71CA8" w:rsidRDefault="00B71CA8">
      <w:pPr>
        <w:pStyle w:val="Heading3"/>
      </w:pPr>
      <w:r w:rsidRPr="00B71CA8">
        <w:lastRenderedPageBreak/>
        <w:t xml:space="preserve">Figure </w:t>
      </w:r>
      <w:r>
        <w:t>S</w:t>
      </w:r>
      <w:fldSimple w:instr=" SEQ Figure \* ARABIC ">
        <w:r w:rsidR="004B2F28">
          <w:rPr>
            <w:noProof/>
          </w:rPr>
          <w:t>63</w:t>
        </w:r>
      </w:fldSimple>
      <w:r w:rsidRPr="00B71CA8">
        <w:t xml:space="preserve">: </w:t>
      </w:r>
      <w:r w:rsidRPr="00EB75F0">
        <w:t>Change from baseline weight –</w:t>
      </w:r>
      <w:r>
        <w:t xml:space="preserve"> C</w:t>
      </w:r>
      <w:r w:rsidRPr="007F6A73">
        <w:t>omparison-adjusted funnel plot</w:t>
      </w:r>
      <w:r w:rsidRPr="00EB75F0">
        <w:t xml:space="preserve"> </w:t>
      </w:r>
      <w:r w:rsidRPr="007F6A73">
        <w:t>–</w:t>
      </w:r>
      <w:r>
        <w:t xml:space="preserve"> </w:t>
      </w:r>
      <w:r w:rsidRPr="00EB75F0">
        <w:t>random-effects model, base case network</w:t>
      </w:r>
      <w:r w:rsidRPr="007F6A73">
        <w:t xml:space="preserve"> </w:t>
      </w:r>
      <w:r>
        <w:rPr>
          <w:noProof/>
        </w:rPr>
        <w:drawing>
          <wp:inline distT="0" distB="0" distL="0" distR="0" wp14:anchorId="0E8CB2F7" wp14:editId="1DFCA267">
            <wp:extent cx="6120765" cy="3258318"/>
            <wp:effectExtent l="0" t="0" r="0" b="0"/>
            <wp:docPr id="21277821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4" cstate="print">
                      <a:extLst>
                        <a:ext uri="{28A0092B-C50C-407E-A947-70E740481C1C}">
                          <a14:useLocalDpi xmlns:a14="http://schemas.microsoft.com/office/drawing/2010/main"/>
                        </a:ext>
                      </a:extLst>
                    </a:blip>
                    <a:srcRect/>
                    <a:stretch>
                      <a:fillRect/>
                    </a:stretch>
                  </pic:blipFill>
                  <pic:spPr bwMode="auto">
                    <a:xfrm>
                      <a:off x="0" y="0"/>
                      <a:ext cx="6120765" cy="3258318"/>
                    </a:xfrm>
                    <a:prstGeom prst="rect">
                      <a:avLst/>
                    </a:prstGeom>
                    <a:noFill/>
                    <a:ln>
                      <a:noFill/>
                    </a:ln>
                    <a:extLst>
                      <a:ext uri="{53640926-AAD7-44D8-BBD7-CCE9431645EC}">
                        <a14:shadowObscured xmlns:a14="http://schemas.microsoft.com/office/drawing/2010/main"/>
                      </a:ext>
                    </a:extLst>
                  </pic:spPr>
                </pic:pic>
              </a:graphicData>
            </a:graphic>
          </wp:inline>
        </w:drawing>
      </w:r>
    </w:p>
    <w:p w14:paraId="1A65983A" w14:textId="1D74C746" w:rsidR="00CB2619" w:rsidRDefault="00CB2619" w:rsidP="00CB2619">
      <w:pPr>
        <w:pStyle w:val="Heading3"/>
      </w:pPr>
      <w:r w:rsidRPr="00B71CA8">
        <w:t xml:space="preserve">Figure </w:t>
      </w:r>
      <w:r>
        <w:t>S</w:t>
      </w:r>
      <w:fldSimple w:instr=" SEQ Figure \* ARABIC ">
        <w:r w:rsidR="004B2F28">
          <w:rPr>
            <w:noProof/>
          </w:rPr>
          <w:t>64</w:t>
        </w:r>
      </w:fldSimple>
      <w:r w:rsidRPr="00B71CA8">
        <w:t xml:space="preserve">: </w:t>
      </w:r>
      <w:r w:rsidRPr="00EB75F0">
        <w:t>Change from baseline weight –</w:t>
      </w:r>
      <w:r>
        <w:t xml:space="preserve"> C</w:t>
      </w:r>
      <w:r w:rsidRPr="007F6A73">
        <w:t>omparison-adjusted funnel plot</w:t>
      </w:r>
      <w:r w:rsidRPr="00EB75F0">
        <w:t xml:space="preserve"> </w:t>
      </w:r>
      <w:r w:rsidRPr="007F6A73">
        <w:t>–</w:t>
      </w:r>
      <w:r>
        <w:t xml:space="preserve"> </w:t>
      </w:r>
      <w:r w:rsidR="00F46830">
        <w:t>fixed</w:t>
      </w:r>
      <w:r w:rsidRPr="00EB75F0">
        <w:t>-effects model, base case network</w:t>
      </w:r>
      <w:r w:rsidRPr="007F6A73">
        <w:t xml:space="preserve"> </w:t>
      </w:r>
      <w:r>
        <w:rPr>
          <w:noProof/>
        </w:rPr>
        <w:drawing>
          <wp:inline distT="0" distB="0" distL="0" distR="0" wp14:anchorId="468DA47D" wp14:editId="0F3E2B71">
            <wp:extent cx="6120765" cy="3258318"/>
            <wp:effectExtent l="0" t="0" r="0" b="0"/>
            <wp:docPr id="5070757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75708" name="Picture 11"/>
                    <pic:cNvPicPr>
                      <a:picLocks noChangeAspect="1" noChangeArrowheads="1"/>
                    </pic:cNvPicPr>
                  </pic:nvPicPr>
                  <pic:blipFill rotWithShape="1">
                    <a:blip r:embed="rId85" cstate="print">
                      <a:extLst>
                        <a:ext uri="{28A0092B-C50C-407E-A947-70E740481C1C}">
                          <a14:useLocalDpi xmlns:a14="http://schemas.microsoft.com/office/drawing/2010/main"/>
                        </a:ext>
                      </a:extLst>
                    </a:blip>
                    <a:srcRect t="11276"/>
                    <a:stretch>
                      <a:fillRect/>
                    </a:stretch>
                  </pic:blipFill>
                  <pic:spPr bwMode="auto">
                    <a:xfrm>
                      <a:off x="0" y="0"/>
                      <a:ext cx="6120765" cy="3258318"/>
                    </a:xfrm>
                    <a:prstGeom prst="rect">
                      <a:avLst/>
                    </a:prstGeom>
                    <a:noFill/>
                    <a:ln>
                      <a:noFill/>
                    </a:ln>
                    <a:extLst>
                      <a:ext uri="{53640926-AAD7-44D8-BBD7-CCE9431645EC}">
                        <a14:shadowObscured xmlns:a14="http://schemas.microsoft.com/office/drawing/2010/main"/>
                      </a:ext>
                    </a:extLst>
                  </pic:spPr>
                </pic:pic>
              </a:graphicData>
            </a:graphic>
          </wp:inline>
        </w:drawing>
      </w:r>
    </w:p>
    <w:p w14:paraId="3DDB903D" w14:textId="34E60868" w:rsidR="00F46830" w:rsidRDefault="00F46830" w:rsidP="00F46830">
      <w:pPr>
        <w:pStyle w:val="Heading3"/>
      </w:pPr>
      <w:r w:rsidRPr="00B71CA8">
        <w:lastRenderedPageBreak/>
        <w:t xml:space="preserve">Figure </w:t>
      </w:r>
      <w:r>
        <w:t>S</w:t>
      </w:r>
      <w:fldSimple w:instr=" SEQ Figure \* ARABIC ">
        <w:r w:rsidR="004B2F28">
          <w:rPr>
            <w:noProof/>
          </w:rPr>
          <w:t>65</w:t>
        </w:r>
      </w:fldSimple>
      <w:r w:rsidRPr="00B71CA8">
        <w:t xml:space="preserve">: </w:t>
      </w:r>
      <w:r w:rsidRPr="00EB75F0">
        <w:t>Change from baseline weight –</w:t>
      </w:r>
      <w:r>
        <w:t xml:space="preserve"> C</w:t>
      </w:r>
      <w:r w:rsidRPr="007F6A73">
        <w:t>omparison-adjusted funnel plot</w:t>
      </w:r>
      <w:r w:rsidRPr="00EB75F0">
        <w:t xml:space="preserve"> </w:t>
      </w:r>
      <w:r w:rsidRPr="007F6A73">
        <w:t>–</w:t>
      </w:r>
      <w:r>
        <w:t xml:space="preserve"> </w:t>
      </w:r>
      <w:r w:rsidRPr="00EB75F0">
        <w:t>random-effects model, sensitivity analysis excluding studies with predominantly Asian populations</w:t>
      </w:r>
      <w:r w:rsidRPr="00B81224">
        <w:rPr>
          <w:noProof/>
        </w:rPr>
        <w:t xml:space="preserve"> </w:t>
      </w:r>
      <w:r>
        <w:rPr>
          <w:noProof/>
        </w:rPr>
        <w:drawing>
          <wp:inline distT="0" distB="0" distL="0" distR="0" wp14:anchorId="2B39599D" wp14:editId="6A2D08FA">
            <wp:extent cx="6120765" cy="3258318"/>
            <wp:effectExtent l="0" t="0" r="0" b="0"/>
            <wp:docPr id="17238886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888600" name="Picture 11"/>
                    <pic:cNvPicPr>
                      <a:picLocks noChangeAspect="1" noChangeArrowheads="1"/>
                    </pic:cNvPicPr>
                  </pic:nvPicPr>
                  <pic:blipFill rotWithShape="1">
                    <a:blip r:embed="rId86" cstate="print">
                      <a:extLst>
                        <a:ext uri="{28A0092B-C50C-407E-A947-70E740481C1C}">
                          <a14:useLocalDpi xmlns:a14="http://schemas.microsoft.com/office/drawing/2010/main"/>
                        </a:ext>
                      </a:extLst>
                    </a:blip>
                    <a:srcRect t="11276"/>
                    <a:stretch>
                      <a:fillRect/>
                    </a:stretch>
                  </pic:blipFill>
                  <pic:spPr bwMode="auto">
                    <a:xfrm>
                      <a:off x="0" y="0"/>
                      <a:ext cx="6120765" cy="3258318"/>
                    </a:xfrm>
                    <a:prstGeom prst="rect">
                      <a:avLst/>
                    </a:prstGeom>
                    <a:noFill/>
                    <a:ln>
                      <a:noFill/>
                    </a:ln>
                    <a:extLst>
                      <a:ext uri="{53640926-AAD7-44D8-BBD7-CCE9431645EC}">
                        <a14:shadowObscured xmlns:a14="http://schemas.microsoft.com/office/drawing/2010/main"/>
                      </a:ext>
                    </a:extLst>
                  </pic:spPr>
                </pic:pic>
              </a:graphicData>
            </a:graphic>
          </wp:inline>
        </w:drawing>
      </w:r>
    </w:p>
    <w:p w14:paraId="1EA4267F" w14:textId="542BF3B2" w:rsidR="00CB2619" w:rsidRDefault="00F46830">
      <w:pPr>
        <w:pStyle w:val="Heading3"/>
      </w:pPr>
      <w:r w:rsidRPr="00B71CA8">
        <w:t xml:space="preserve">Figure </w:t>
      </w:r>
      <w:r>
        <w:t>S</w:t>
      </w:r>
      <w:fldSimple w:instr=" SEQ Figure \* ARABIC ">
        <w:r w:rsidR="004B2F28">
          <w:rPr>
            <w:noProof/>
          </w:rPr>
          <w:t>66</w:t>
        </w:r>
      </w:fldSimple>
      <w:r w:rsidRPr="00B71CA8">
        <w:t xml:space="preserve">: </w:t>
      </w:r>
      <w:r w:rsidRPr="00EB75F0">
        <w:t>Change from baseline weight –</w:t>
      </w:r>
      <w:r>
        <w:t xml:space="preserve"> C</w:t>
      </w:r>
      <w:r w:rsidRPr="007F6A73">
        <w:t>omparison-adjusted funnel plot</w:t>
      </w:r>
      <w:r w:rsidRPr="00EB75F0">
        <w:t xml:space="preserve"> </w:t>
      </w:r>
      <w:r w:rsidRPr="007F6A73">
        <w:t>–</w:t>
      </w:r>
      <w:r>
        <w:t xml:space="preserve"> </w:t>
      </w:r>
      <w:r w:rsidRPr="00EB75F0">
        <w:t xml:space="preserve">random-effects model, </w:t>
      </w:r>
      <w:r w:rsidR="00312727">
        <w:t>s</w:t>
      </w:r>
      <w:r w:rsidR="00312727" w:rsidRPr="00EB75F0">
        <w:t xml:space="preserve">ensitivity analysis excluding studies with outlier placebo effect size </w:t>
      </w:r>
      <w:r>
        <w:rPr>
          <w:noProof/>
        </w:rPr>
        <w:drawing>
          <wp:inline distT="0" distB="0" distL="0" distR="0" wp14:anchorId="3C705108" wp14:editId="2610C6E5">
            <wp:extent cx="6120765" cy="3258318"/>
            <wp:effectExtent l="0" t="0" r="0" b="0"/>
            <wp:docPr id="12608110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811011" name="Picture 11"/>
                    <pic:cNvPicPr>
                      <a:picLocks noChangeAspect="1" noChangeArrowheads="1"/>
                    </pic:cNvPicPr>
                  </pic:nvPicPr>
                  <pic:blipFill rotWithShape="1">
                    <a:blip r:embed="rId87" cstate="print">
                      <a:extLst>
                        <a:ext uri="{28A0092B-C50C-407E-A947-70E740481C1C}">
                          <a14:useLocalDpi xmlns:a14="http://schemas.microsoft.com/office/drawing/2010/main"/>
                        </a:ext>
                      </a:extLst>
                    </a:blip>
                    <a:srcRect l="-4" t="11276" r="4"/>
                    <a:stretch>
                      <a:fillRect/>
                    </a:stretch>
                  </pic:blipFill>
                  <pic:spPr bwMode="auto">
                    <a:xfrm>
                      <a:off x="0" y="0"/>
                      <a:ext cx="6120765" cy="3258318"/>
                    </a:xfrm>
                    <a:prstGeom prst="rect">
                      <a:avLst/>
                    </a:prstGeom>
                    <a:noFill/>
                    <a:ln>
                      <a:noFill/>
                    </a:ln>
                    <a:extLst>
                      <a:ext uri="{53640926-AAD7-44D8-BBD7-CCE9431645EC}">
                        <a14:shadowObscured xmlns:a14="http://schemas.microsoft.com/office/drawing/2010/main"/>
                      </a:ext>
                    </a:extLst>
                  </pic:spPr>
                </pic:pic>
              </a:graphicData>
            </a:graphic>
          </wp:inline>
        </w:drawing>
      </w:r>
    </w:p>
    <w:p w14:paraId="3DFD509B" w14:textId="44DFFA56" w:rsidR="00FC2596" w:rsidRPr="00541089" w:rsidRDefault="00467FE0" w:rsidP="00FC2596">
      <w:pPr>
        <w:pStyle w:val="Heading2"/>
      </w:pPr>
      <w:r w:rsidRPr="00541089">
        <w:t>≥ 30% improvement in PANSS total score from baseline</w:t>
      </w:r>
      <w:r w:rsidR="00FC2596" w:rsidRPr="00541089">
        <w:t xml:space="preserve"> </w:t>
      </w:r>
    </w:p>
    <w:p w14:paraId="3822F942" w14:textId="763B625F" w:rsidR="00467FE0" w:rsidRPr="00EB75F0" w:rsidRDefault="00A06AE8" w:rsidP="00766C59">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23</w:t>
        </w:r>
      </w:fldSimple>
      <w:r w:rsidR="00467FE0" w:rsidRPr="00EB75F0">
        <w:t>: Patients who experienced ≥ 30% improvement in PANSS total score from baseline – comparison of NMA results from base case and sensitivity analyses</w:t>
      </w:r>
    </w:p>
    <w:tbl>
      <w:tblPr>
        <w:tblStyle w:val="Table"/>
        <w:tblW w:w="4943" w:type="pct"/>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928"/>
        <w:gridCol w:w="1925"/>
        <w:gridCol w:w="1953"/>
        <w:gridCol w:w="1856"/>
        <w:gridCol w:w="48"/>
        <w:gridCol w:w="1808"/>
      </w:tblGrid>
      <w:tr w:rsidR="00467FE0" w:rsidRPr="00EB75F0" w14:paraId="0E8D3E04" w14:textId="77777777" w:rsidTr="00C32B29">
        <w:trPr>
          <w:trHeight w:val="58"/>
        </w:trPr>
        <w:tc>
          <w:tcPr>
            <w:tcW w:w="1013" w:type="pct"/>
            <w:vMerge w:val="restart"/>
            <w:tcBorders>
              <w:top w:val="single" w:sz="4" w:space="0" w:color="000000"/>
              <w:left w:val="single" w:sz="4" w:space="0" w:color="000000"/>
              <w:bottom w:val="single" w:sz="4" w:space="0" w:color="000000"/>
              <w:right w:val="single" w:sz="4" w:space="0" w:color="000000"/>
            </w:tcBorders>
            <w:shd w:val="clear" w:color="auto" w:fill="001B2B"/>
            <w:vAlign w:val="center"/>
          </w:tcPr>
          <w:p w14:paraId="7A4F3868" w14:textId="77777777" w:rsidR="00467FE0" w:rsidRPr="00EB75F0" w:rsidRDefault="00467FE0" w:rsidP="00C32B29">
            <w:pPr>
              <w:pStyle w:val="TableText"/>
              <w:spacing w:before="48" w:after="48"/>
              <w:rPr>
                <w:color w:val="FFFFFF"/>
                <w:sz w:val="18"/>
              </w:rPr>
            </w:pPr>
            <w:r w:rsidRPr="00EB75F0">
              <w:rPr>
                <w:color w:val="FFFFFF"/>
                <w:sz w:val="18"/>
              </w:rPr>
              <w:t>Treatment</w:t>
            </w:r>
          </w:p>
        </w:tc>
        <w:tc>
          <w:tcPr>
            <w:tcW w:w="3037" w:type="pct"/>
            <w:gridSpan w:val="4"/>
            <w:tcBorders>
              <w:top w:val="single" w:sz="4" w:space="0" w:color="000000"/>
              <w:left w:val="single" w:sz="4" w:space="0" w:color="000000"/>
              <w:bottom w:val="single" w:sz="4" w:space="0" w:color="000000"/>
              <w:right w:val="single" w:sz="4" w:space="0" w:color="000000"/>
            </w:tcBorders>
            <w:shd w:val="clear" w:color="auto" w:fill="001B2B"/>
            <w:vAlign w:val="center"/>
          </w:tcPr>
          <w:p w14:paraId="4C33DA6D" w14:textId="77777777" w:rsidR="00467FE0" w:rsidRPr="00EB75F0" w:rsidRDefault="00467FE0" w:rsidP="00C32B29">
            <w:pPr>
              <w:pStyle w:val="TableText"/>
              <w:spacing w:before="48" w:after="48"/>
              <w:rPr>
                <w:color w:val="FFFFFF"/>
                <w:sz w:val="18"/>
              </w:rPr>
            </w:pPr>
            <w:r w:rsidRPr="00EB75F0">
              <w:rPr>
                <w:color w:val="FFFFFF"/>
                <w:sz w:val="18"/>
              </w:rPr>
              <w:t xml:space="preserve">OR Treatment versus Placebo (95% </w:t>
            </w:r>
            <w:proofErr w:type="spellStart"/>
            <w:r w:rsidRPr="00EB75F0">
              <w:rPr>
                <w:color w:val="FFFFFF"/>
                <w:sz w:val="18"/>
              </w:rPr>
              <w:t>CrI</w:t>
            </w:r>
            <w:proofErr w:type="spellEnd"/>
            <w:r w:rsidRPr="00EB75F0">
              <w:rPr>
                <w:color w:val="FFFFFF"/>
                <w:sz w:val="18"/>
              </w:rPr>
              <w:t>)</w:t>
            </w:r>
          </w:p>
        </w:tc>
        <w:tc>
          <w:tcPr>
            <w:tcW w:w="950" w:type="pct"/>
            <w:tcBorders>
              <w:top w:val="single" w:sz="4" w:space="0" w:color="000000"/>
              <w:left w:val="single" w:sz="4" w:space="0" w:color="000000"/>
              <w:bottom w:val="single" w:sz="4" w:space="0" w:color="000000"/>
              <w:right w:val="single" w:sz="4" w:space="0" w:color="000000"/>
            </w:tcBorders>
            <w:shd w:val="clear" w:color="auto" w:fill="001B2B"/>
          </w:tcPr>
          <w:p w14:paraId="7C4F701F" w14:textId="77777777" w:rsidR="00467FE0" w:rsidRPr="00EB75F0" w:rsidRDefault="00467FE0" w:rsidP="00C32B29">
            <w:pPr>
              <w:pStyle w:val="TableText"/>
              <w:spacing w:before="48" w:after="48"/>
              <w:rPr>
                <w:color w:val="FFFFFF"/>
                <w:sz w:val="18"/>
              </w:rPr>
            </w:pPr>
          </w:p>
        </w:tc>
      </w:tr>
      <w:tr w:rsidR="00467FE0" w:rsidRPr="00EB75F0" w14:paraId="77135931" w14:textId="77777777" w:rsidTr="00C32B29">
        <w:trPr>
          <w:trHeight w:val="58"/>
        </w:trPr>
        <w:tc>
          <w:tcPr>
            <w:tcW w:w="1013" w:type="pct"/>
            <w:vMerge/>
            <w:tcBorders>
              <w:top w:val="single" w:sz="4" w:space="0" w:color="000000"/>
              <w:left w:val="single" w:sz="4" w:space="0" w:color="000000"/>
              <w:bottom w:val="single" w:sz="4" w:space="0" w:color="000000"/>
              <w:right w:val="single" w:sz="4" w:space="0" w:color="000000"/>
            </w:tcBorders>
            <w:shd w:val="clear" w:color="auto" w:fill="D8D2BF"/>
            <w:vAlign w:val="center"/>
          </w:tcPr>
          <w:p w14:paraId="5B90D088" w14:textId="77777777" w:rsidR="00467FE0" w:rsidRPr="00EB75F0" w:rsidRDefault="00467FE0" w:rsidP="00C32B29"/>
        </w:tc>
        <w:tc>
          <w:tcPr>
            <w:tcW w:w="2037"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5D9CCA45" w14:textId="77777777" w:rsidR="00467FE0" w:rsidRPr="00EB75F0" w:rsidRDefault="00467FE0" w:rsidP="00C32B29">
            <w:pPr>
              <w:pStyle w:val="TableText"/>
              <w:spacing w:before="48" w:after="48"/>
              <w:rPr>
                <w:sz w:val="18"/>
              </w:rPr>
            </w:pPr>
            <w:r w:rsidRPr="00EB75F0">
              <w:rPr>
                <w:sz w:val="18"/>
              </w:rPr>
              <w:t>Base case network</w:t>
            </w:r>
          </w:p>
        </w:tc>
        <w:tc>
          <w:tcPr>
            <w:tcW w:w="1000"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6308A33D" w14:textId="77777777" w:rsidR="00467FE0" w:rsidRPr="00EB75F0" w:rsidRDefault="00467FE0" w:rsidP="00C32B29">
            <w:pPr>
              <w:pStyle w:val="TableText"/>
              <w:spacing w:before="48" w:after="48"/>
              <w:rPr>
                <w:sz w:val="18"/>
              </w:rPr>
            </w:pPr>
            <w:r w:rsidRPr="00EB75F0">
              <w:rPr>
                <w:sz w:val="18"/>
              </w:rPr>
              <w:t>Excluding studies with predominantly Asian populations</w:t>
            </w:r>
          </w:p>
        </w:tc>
        <w:tc>
          <w:tcPr>
            <w:tcW w:w="950" w:type="pct"/>
            <w:tcBorders>
              <w:top w:val="single" w:sz="4" w:space="0" w:color="000000"/>
              <w:left w:val="single" w:sz="4" w:space="0" w:color="000000"/>
              <w:bottom w:val="single" w:sz="4" w:space="0" w:color="000000"/>
              <w:right w:val="single" w:sz="4" w:space="0" w:color="000000"/>
            </w:tcBorders>
            <w:shd w:val="clear" w:color="auto" w:fill="D8D2BF"/>
          </w:tcPr>
          <w:p w14:paraId="5D6B43C2" w14:textId="77777777" w:rsidR="00467FE0" w:rsidRPr="00EB75F0" w:rsidRDefault="00467FE0" w:rsidP="00C32B29">
            <w:pPr>
              <w:pStyle w:val="TableText"/>
              <w:spacing w:before="48" w:after="48"/>
              <w:rPr>
                <w:sz w:val="18"/>
              </w:rPr>
            </w:pPr>
            <w:r w:rsidRPr="00EB75F0">
              <w:rPr>
                <w:sz w:val="18"/>
              </w:rPr>
              <w:t>Excluding studies with placebo effect outliers</w:t>
            </w:r>
          </w:p>
        </w:tc>
      </w:tr>
      <w:tr w:rsidR="00467FE0" w:rsidRPr="00EB75F0" w14:paraId="696846FE" w14:textId="77777777" w:rsidTr="00C32B29">
        <w:trPr>
          <w:trHeight w:val="68"/>
        </w:trPr>
        <w:tc>
          <w:tcPr>
            <w:tcW w:w="1013" w:type="pct"/>
            <w:vMerge/>
            <w:tcBorders>
              <w:top w:val="single" w:sz="4" w:space="0" w:color="000000"/>
              <w:left w:val="single" w:sz="4" w:space="0" w:color="000000"/>
              <w:bottom w:val="single" w:sz="4" w:space="0" w:color="000000"/>
              <w:right w:val="single" w:sz="4" w:space="0" w:color="000000"/>
            </w:tcBorders>
            <w:shd w:val="clear" w:color="auto" w:fill="D8D2BF"/>
            <w:vAlign w:val="center"/>
          </w:tcPr>
          <w:p w14:paraId="3C51A656" w14:textId="77777777" w:rsidR="00467FE0" w:rsidRPr="00EB75F0" w:rsidRDefault="00467FE0" w:rsidP="00C32B29"/>
        </w:tc>
        <w:tc>
          <w:tcPr>
            <w:tcW w:w="1011"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2366FCB2" w14:textId="77777777" w:rsidR="00467FE0" w:rsidRPr="00EB75F0" w:rsidRDefault="00467FE0" w:rsidP="00C32B29">
            <w:pPr>
              <w:pStyle w:val="TableText"/>
              <w:spacing w:before="48" w:after="48"/>
              <w:rPr>
                <w:sz w:val="18"/>
              </w:rPr>
            </w:pPr>
            <w:r w:rsidRPr="00EB75F0">
              <w:rPr>
                <w:sz w:val="18"/>
              </w:rPr>
              <w:t>FE (DIC: 92.75)</w:t>
            </w:r>
          </w:p>
        </w:tc>
        <w:tc>
          <w:tcPr>
            <w:tcW w:w="1025"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40F90F22" w14:textId="77777777" w:rsidR="00467FE0" w:rsidRPr="00EB75F0" w:rsidRDefault="00467FE0" w:rsidP="00C32B29">
            <w:pPr>
              <w:pStyle w:val="TableText"/>
              <w:spacing w:before="48" w:after="48"/>
              <w:rPr>
                <w:sz w:val="18"/>
              </w:rPr>
            </w:pPr>
            <w:r w:rsidRPr="00EB75F0">
              <w:rPr>
                <w:sz w:val="18"/>
              </w:rPr>
              <w:t>RE (DIC: 92.81)</w:t>
            </w:r>
          </w:p>
        </w:tc>
        <w:tc>
          <w:tcPr>
            <w:tcW w:w="1000"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2DC6565B" w14:textId="77777777" w:rsidR="00467FE0" w:rsidRPr="00EB75F0" w:rsidRDefault="00467FE0" w:rsidP="00C32B29">
            <w:pPr>
              <w:pStyle w:val="TableText"/>
              <w:spacing w:before="48" w:after="48"/>
              <w:rPr>
                <w:sz w:val="18"/>
              </w:rPr>
            </w:pPr>
            <w:r w:rsidRPr="00EB75F0">
              <w:rPr>
                <w:sz w:val="18"/>
              </w:rPr>
              <w:t>RE (DIC: 88.19)</w:t>
            </w:r>
          </w:p>
        </w:tc>
        <w:tc>
          <w:tcPr>
            <w:tcW w:w="950" w:type="pct"/>
            <w:tcBorders>
              <w:top w:val="single" w:sz="4" w:space="0" w:color="000000"/>
              <w:left w:val="single" w:sz="4" w:space="0" w:color="000000"/>
              <w:bottom w:val="single" w:sz="4" w:space="0" w:color="000000"/>
              <w:right w:val="single" w:sz="4" w:space="0" w:color="000000"/>
            </w:tcBorders>
            <w:shd w:val="clear" w:color="auto" w:fill="D8D2BF"/>
          </w:tcPr>
          <w:p w14:paraId="2CEBB415" w14:textId="77777777" w:rsidR="00467FE0" w:rsidRPr="00EB75F0" w:rsidRDefault="00467FE0" w:rsidP="00C32B29">
            <w:pPr>
              <w:pStyle w:val="TableText"/>
              <w:spacing w:before="48" w:after="48"/>
              <w:rPr>
                <w:sz w:val="18"/>
              </w:rPr>
            </w:pPr>
            <w:r w:rsidRPr="00EB75F0">
              <w:rPr>
                <w:sz w:val="18"/>
              </w:rPr>
              <w:t>RE (DIC: 86.82)</w:t>
            </w:r>
          </w:p>
        </w:tc>
      </w:tr>
      <w:tr w:rsidR="00467FE0" w:rsidRPr="00EB75F0" w14:paraId="62610445"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60787568" w14:textId="77777777" w:rsidR="00467FE0" w:rsidRPr="00EB75F0" w:rsidRDefault="00467FE0" w:rsidP="00C32B29">
            <w:pPr>
              <w:pStyle w:val="TableText"/>
              <w:spacing w:before="48" w:after="48"/>
              <w:rPr>
                <w:sz w:val="18"/>
              </w:rPr>
            </w:pPr>
            <w:r w:rsidRPr="00EB75F0">
              <w:rPr>
                <w:color w:val="000000"/>
                <w:sz w:val="18"/>
              </w:rPr>
              <w:t>Aripiprazole</w:t>
            </w:r>
          </w:p>
        </w:tc>
        <w:tc>
          <w:tcPr>
            <w:tcW w:w="1011" w:type="pct"/>
            <w:tcBorders>
              <w:top w:val="single" w:sz="4" w:space="0" w:color="000000"/>
              <w:left w:val="single" w:sz="4" w:space="0" w:color="000000"/>
              <w:bottom w:val="single" w:sz="4" w:space="0" w:color="000000"/>
              <w:right w:val="single" w:sz="4" w:space="0" w:color="000000"/>
            </w:tcBorders>
          </w:tcPr>
          <w:p w14:paraId="083D0FA5" w14:textId="77777777" w:rsidR="00467FE0" w:rsidRPr="00EB75F0" w:rsidRDefault="00467FE0" w:rsidP="00C32B29">
            <w:pPr>
              <w:pStyle w:val="TableText"/>
              <w:spacing w:before="48" w:after="48"/>
              <w:rPr>
                <w:b/>
                <w:color w:val="000000"/>
                <w:sz w:val="18"/>
              </w:rPr>
            </w:pPr>
            <w:r w:rsidRPr="00EB75F0">
              <w:rPr>
                <w:b/>
                <w:sz w:val="18"/>
              </w:rPr>
              <w:t>1.91 (1.55, 2.37)</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298DDFE5" w14:textId="77777777" w:rsidR="00467FE0" w:rsidRPr="00EB75F0" w:rsidRDefault="00467FE0" w:rsidP="00C32B29">
            <w:pPr>
              <w:pStyle w:val="TableText"/>
              <w:spacing w:before="48" w:after="48"/>
              <w:rPr>
                <w:b/>
                <w:color w:val="000000"/>
                <w:sz w:val="18"/>
              </w:rPr>
            </w:pPr>
            <w:r w:rsidRPr="00EB75F0">
              <w:rPr>
                <w:b/>
                <w:sz w:val="18"/>
              </w:rPr>
              <w:t>1.89 (1.46, 2.44)</w:t>
            </w:r>
          </w:p>
        </w:tc>
        <w:tc>
          <w:tcPr>
            <w:tcW w:w="1000" w:type="pct"/>
            <w:gridSpan w:val="2"/>
            <w:tcBorders>
              <w:top w:val="single" w:sz="4" w:space="0" w:color="000000"/>
              <w:left w:val="single" w:sz="4" w:space="0" w:color="000000"/>
              <w:bottom w:val="single" w:sz="4" w:space="0" w:color="000000"/>
              <w:right w:val="single" w:sz="4" w:space="0" w:color="000000"/>
            </w:tcBorders>
          </w:tcPr>
          <w:p w14:paraId="42D31B73" w14:textId="77777777" w:rsidR="00467FE0" w:rsidRPr="00EB75F0" w:rsidRDefault="00467FE0" w:rsidP="00C32B29">
            <w:pPr>
              <w:pStyle w:val="TableText"/>
              <w:spacing w:before="48" w:after="48"/>
              <w:rPr>
                <w:b/>
                <w:color w:val="000000"/>
                <w:sz w:val="18"/>
              </w:rPr>
            </w:pPr>
            <w:r w:rsidRPr="00EB75F0">
              <w:rPr>
                <w:b/>
                <w:sz w:val="18"/>
              </w:rPr>
              <w:t>1.90 (1.44, 2.49)</w:t>
            </w:r>
          </w:p>
        </w:tc>
        <w:tc>
          <w:tcPr>
            <w:tcW w:w="950" w:type="pct"/>
            <w:tcBorders>
              <w:top w:val="single" w:sz="4" w:space="0" w:color="000000"/>
              <w:left w:val="single" w:sz="4" w:space="0" w:color="000000"/>
              <w:bottom w:val="single" w:sz="4" w:space="0" w:color="000000"/>
              <w:right w:val="single" w:sz="4" w:space="0" w:color="000000"/>
            </w:tcBorders>
          </w:tcPr>
          <w:p w14:paraId="37D0DAA7" w14:textId="77777777" w:rsidR="00467FE0" w:rsidRPr="00EB75F0" w:rsidRDefault="00467FE0" w:rsidP="00C32B29">
            <w:pPr>
              <w:pStyle w:val="TableText"/>
              <w:spacing w:before="48" w:after="48"/>
              <w:rPr>
                <w:b/>
                <w:color w:val="000000"/>
                <w:sz w:val="18"/>
              </w:rPr>
            </w:pPr>
            <w:r w:rsidRPr="00EB75F0">
              <w:rPr>
                <w:b/>
                <w:sz w:val="18"/>
              </w:rPr>
              <w:t>1.89 (1.44, 2.45)</w:t>
            </w:r>
          </w:p>
        </w:tc>
      </w:tr>
      <w:tr w:rsidR="00467FE0" w:rsidRPr="00EB75F0" w14:paraId="027DB978"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3EEDAF79" w14:textId="77777777" w:rsidR="00467FE0" w:rsidRPr="00EB75F0" w:rsidRDefault="00467FE0" w:rsidP="00C32B29">
            <w:pPr>
              <w:pStyle w:val="TableText"/>
              <w:spacing w:before="48" w:after="48"/>
              <w:rPr>
                <w:sz w:val="18"/>
              </w:rPr>
            </w:pPr>
            <w:proofErr w:type="spellStart"/>
            <w:r w:rsidRPr="00EB75F0">
              <w:rPr>
                <w:color w:val="000000"/>
                <w:sz w:val="18"/>
              </w:rPr>
              <w:t>Brexpiprazole</w:t>
            </w:r>
            <w:proofErr w:type="spellEnd"/>
          </w:p>
        </w:tc>
        <w:tc>
          <w:tcPr>
            <w:tcW w:w="1011" w:type="pct"/>
            <w:tcBorders>
              <w:top w:val="single" w:sz="4" w:space="0" w:color="000000"/>
              <w:left w:val="single" w:sz="4" w:space="0" w:color="000000"/>
              <w:bottom w:val="single" w:sz="4" w:space="0" w:color="000000"/>
              <w:right w:val="single" w:sz="4" w:space="0" w:color="000000"/>
            </w:tcBorders>
          </w:tcPr>
          <w:p w14:paraId="3F7177B8" w14:textId="77777777" w:rsidR="00467FE0" w:rsidRPr="00EB75F0" w:rsidRDefault="00467FE0" w:rsidP="00C32B29">
            <w:pPr>
              <w:pStyle w:val="TableText"/>
              <w:spacing w:before="48" w:after="48"/>
              <w:rPr>
                <w:b/>
                <w:color w:val="000000"/>
                <w:sz w:val="18"/>
              </w:rPr>
            </w:pPr>
            <w:r w:rsidRPr="00EB75F0">
              <w:rPr>
                <w:b/>
                <w:sz w:val="18"/>
              </w:rPr>
              <w:t>1.61 (1.32, 1.96)</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7F0AA19C" w14:textId="77777777" w:rsidR="00467FE0" w:rsidRPr="00EB75F0" w:rsidRDefault="00467FE0" w:rsidP="00C32B29">
            <w:pPr>
              <w:pStyle w:val="TableText"/>
              <w:spacing w:before="48" w:after="48"/>
              <w:rPr>
                <w:b/>
                <w:color w:val="000000"/>
                <w:sz w:val="18"/>
              </w:rPr>
            </w:pPr>
            <w:r w:rsidRPr="00EB75F0">
              <w:rPr>
                <w:b/>
                <w:sz w:val="18"/>
              </w:rPr>
              <w:t>1.57 (1.18, 2.03)</w:t>
            </w:r>
          </w:p>
        </w:tc>
        <w:tc>
          <w:tcPr>
            <w:tcW w:w="1000" w:type="pct"/>
            <w:gridSpan w:val="2"/>
            <w:tcBorders>
              <w:top w:val="single" w:sz="4" w:space="0" w:color="000000"/>
              <w:left w:val="single" w:sz="4" w:space="0" w:color="000000"/>
              <w:bottom w:val="single" w:sz="4" w:space="0" w:color="000000"/>
              <w:right w:val="single" w:sz="4" w:space="0" w:color="000000"/>
            </w:tcBorders>
          </w:tcPr>
          <w:p w14:paraId="55E6E0B8" w14:textId="77777777" w:rsidR="00467FE0" w:rsidRPr="00EB75F0" w:rsidRDefault="00467FE0" w:rsidP="00C32B29">
            <w:pPr>
              <w:pStyle w:val="TableText"/>
              <w:spacing w:before="48" w:after="48"/>
              <w:rPr>
                <w:b/>
                <w:color w:val="000000"/>
                <w:sz w:val="18"/>
              </w:rPr>
            </w:pPr>
            <w:r w:rsidRPr="00EB75F0">
              <w:rPr>
                <w:b/>
                <w:sz w:val="18"/>
              </w:rPr>
              <w:t>1.61 (1.17, 2.13)</w:t>
            </w:r>
          </w:p>
        </w:tc>
        <w:tc>
          <w:tcPr>
            <w:tcW w:w="950" w:type="pct"/>
            <w:tcBorders>
              <w:top w:val="single" w:sz="4" w:space="0" w:color="000000"/>
              <w:left w:val="single" w:sz="4" w:space="0" w:color="000000"/>
              <w:bottom w:val="single" w:sz="4" w:space="0" w:color="000000"/>
              <w:right w:val="single" w:sz="4" w:space="0" w:color="000000"/>
            </w:tcBorders>
          </w:tcPr>
          <w:p w14:paraId="1547E736" w14:textId="77777777" w:rsidR="00467FE0" w:rsidRPr="00EB75F0" w:rsidRDefault="00467FE0" w:rsidP="00C32B29">
            <w:pPr>
              <w:pStyle w:val="TableText"/>
              <w:spacing w:before="48" w:after="48"/>
              <w:rPr>
                <w:b/>
                <w:color w:val="000000"/>
                <w:sz w:val="18"/>
              </w:rPr>
            </w:pPr>
            <w:r w:rsidRPr="00EB75F0">
              <w:rPr>
                <w:b/>
                <w:sz w:val="18"/>
              </w:rPr>
              <w:t>1.73 (1.31, 2.26)</w:t>
            </w:r>
          </w:p>
        </w:tc>
      </w:tr>
      <w:tr w:rsidR="00467FE0" w:rsidRPr="00EB75F0" w14:paraId="5FAF45F0"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2C40E293" w14:textId="77777777" w:rsidR="00467FE0" w:rsidRPr="00EB75F0" w:rsidRDefault="00467FE0" w:rsidP="00C32B29">
            <w:pPr>
              <w:pStyle w:val="TableText"/>
              <w:spacing w:before="48" w:after="48"/>
              <w:rPr>
                <w:sz w:val="18"/>
              </w:rPr>
            </w:pPr>
            <w:proofErr w:type="spellStart"/>
            <w:r w:rsidRPr="00EB75F0">
              <w:rPr>
                <w:color w:val="000000"/>
                <w:sz w:val="18"/>
              </w:rPr>
              <w:t>Cariprazine</w:t>
            </w:r>
            <w:proofErr w:type="spellEnd"/>
          </w:p>
        </w:tc>
        <w:tc>
          <w:tcPr>
            <w:tcW w:w="1011" w:type="pct"/>
            <w:tcBorders>
              <w:top w:val="single" w:sz="4" w:space="0" w:color="000000"/>
              <w:left w:val="single" w:sz="4" w:space="0" w:color="000000"/>
              <w:bottom w:val="single" w:sz="4" w:space="0" w:color="000000"/>
              <w:right w:val="single" w:sz="4" w:space="0" w:color="000000"/>
            </w:tcBorders>
          </w:tcPr>
          <w:p w14:paraId="5040DACD" w14:textId="77777777" w:rsidR="00467FE0" w:rsidRPr="00EB75F0" w:rsidRDefault="00467FE0" w:rsidP="00C32B29">
            <w:pPr>
              <w:pStyle w:val="TableText"/>
              <w:spacing w:before="48" w:after="48"/>
              <w:rPr>
                <w:b/>
                <w:color w:val="000000"/>
                <w:sz w:val="18"/>
              </w:rPr>
            </w:pPr>
            <w:r w:rsidRPr="00EB75F0">
              <w:rPr>
                <w:b/>
                <w:sz w:val="18"/>
              </w:rPr>
              <w:t>1.71 (1.36, 2.17)</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6316BA32" w14:textId="77777777" w:rsidR="00467FE0" w:rsidRPr="00EB75F0" w:rsidRDefault="00467FE0" w:rsidP="00C32B29">
            <w:pPr>
              <w:pStyle w:val="TableText"/>
              <w:spacing w:before="48" w:after="48"/>
              <w:rPr>
                <w:b/>
                <w:color w:val="000000"/>
                <w:sz w:val="18"/>
              </w:rPr>
            </w:pPr>
            <w:r w:rsidRPr="00EB75F0">
              <w:rPr>
                <w:b/>
                <w:sz w:val="18"/>
              </w:rPr>
              <w:t>1.71 (1.23, 2.34)</w:t>
            </w:r>
          </w:p>
        </w:tc>
        <w:tc>
          <w:tcPr>
            <w:tcW w:w="1000" w:type="pct"/>
            <w:gridSpan w:val="2"/>
            <w:tcBorders>
              <w:top w:val="single" w:sz="4" w:space="0" w:color="000000"/>
              <w:left w:val="single" w:sz="4" w:space="0" w:color="000000"/>
              <w:bottom w:val="single" w:sz="4" w:space="0" w:color="000000"/>
              <w:right w:val="single" w:sz="4" w:space="0" w:color="000000"/>
            </w:tcBorders>
          </w:tcPr>
          <w:p w14:paraId="79F1F431" w14:textId="77777777" w:rsidR="00467FE0" w:rsidRPr="00EB75F0" w:rsidRDefault="00467FE0" w:rsidP="00C32B29">
            <w:pPr>
              <w:pStyle w:val="TableText"/>
              <w:spacing w:before="48" w:after="48"/>
              <w:rPr>
                <w:b/>
                <w:color w:val="000000"/>
                <w:sz w:val="18"/>
              </w:rPr>
            </w:pPr>
            <w:r w:rsidRPr="00EB75F0">
              <w:rPr>
                <w:b/>
                <w:sz w:val="18"/>
              </w:rPr>
              <w:t>1.70 (1.22, 2.37)</w:t>
            </w:r>
          </w:p>
        </w:tc>
        <w:tc>
          <w:tcPr>
            <w:tcW w:w="950" w:type="pct"/>
            <w:tcBorders>
              <w:top w:val="single" w:sz="4" w:space="0" w:color="000000"/>
              <w:left w:val="single" w:sz="4" w:space="0" w:color="000000"/>
              <w:bottom w:val="single" w:sz="4" w:space="0" w:color="000000"/>
              <w:right w:val="single" w:sz="4" w:space="0" w:color="000000"/>
            </w:tcBorders>
          </w:tcPr>
          <w:p w14:paraId="5231E872" w14:textId="77777777" w:rsidR="00467FE0" w:rsidRPr="00EB75F0" w:rsidRDefault="00467FE0" w:rsidP="00C32B29">
            <w:pPr>
              <w:pStyle w:val="TableText"/>
              <w:spacing w:before="48" w:after="48"/>
              <w:rPr>
                <w:b/>
                <w:color w:val="000000"/>
                <w:sz w:val="18"/>
              </w:rPr>
            </w:pPr>
            <w:r w:rsidRPr="00EB75F0">
              <w:rPr>
                <w:b/>
                <w:sz w:val="18"/>
              </w:rPr>
              <w:t>1.70 (1.27, 2.30)</w:t>
            </w:r>
          </w:p>
        </w:tc>
      </w:tr>
      <w:tr w:rsidR="00467FE0" w:rsidRPr="00EB75F0" w14:paraId="1D7C5C05"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621AF0EF" w14:textId="193E62E9" w:rsidR="00467FE0" w:rsidRPr="00EB75F0" w:rsidRDefault="00EF2D91" w:rsidP="00C32B29">
            <w:pPr>
              <w:pStyle w:val="TableText"/>
              <w:spacing w:before="48" w:after="48"/>
              <w:rPr>
                <w:sz w:val="18"/>
              </w:rPr>
            </w:pPr>
            <w:proofErr w:type="spellStart"/>
            <w:r>
              <w:rPr>
                <w:color w:val="000000"/>
                <w:sz w:val="18"/>
              </w:rPr>
              <w:t>KarXT</w:t>
            </w:r>
            <w:proofErr w:type="spellEnd"/>
          </w:p>
        </w:tc>
        <w:tc>
          <w:tcPr>
            <w:tcW w:w="1011" w:type="pct"/>
            <w:tcBorders>
              <w:top w:val="single" w:sz="4" w:space="0" w:color="000000"/>
              <w:left w:val="single" w:sz="4" w:space="0" w:color="000000"/>
              <w:bottom w:val="single" w:sz="4" w:space="0" w:color="000000"/>
              <w:right w:val="single" w:sz="4" w:space="0" w:color="000000"/>
            </w:tcBorders>
          </w:tcPr>
          <w:p w14:paraId="3E99FE7B" w14:textId="77777777" w:rsidR="00467FE0" w:rsidRPr="00EB75F0" w:rsidRDefault="00467FE0" w:rsidP="00C32B29">
            <w:pPr>
              <w:pStyle w:val="TableText"/>
              <w:spacing w:before="48" w:after="48"/>
              <w:rPr>
                <w:b/>
                <w:color w:val="000000"/>
                <w:sz w:val="18"/>
              </w:rPr>
            </w:pPr>
            <w:r w:rsidRPr="00EB75F0">
              <w:rPr>
                <w:b/>
                <w:sz w:val="18"/>
              </w:rPr>
              <w:t>3.45 (2.37, 5.09)</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34C47F9D" w14:textId="77777777" w:rsidR="00467FE0" w:rsidRPr="00EB75F0" w:rsidRDefault="00467FE0" w:rsidP="00C32B29">
            <w:pPr>
              <w:pStyle w:val="TableText"/>
              <w:spacing w:before="48" w:after="48"/>
              <w:rPr>
                <w:b/>
                <w:color w:val="000000"/>
                <w:sz w:val="18"/>
              </w:rPr>
            </w:pPr>
            <w:r w:rsidRPr="00EB75F0">
              <w:rPr>
                <w:b/>
                <w:sz w:val="18"/>
              </w:rPr>
              <w:t>3.49 (2.25, 5.49)</w:t>
            </w:r>
          </w:p>
        </w:tc>
        <w:tc>
          <w:tcPr>
            <w:tcW w:w="1000" w:type="pct"/>
            <w:gridSpan w:val="2"/>
            <w:tcBorders>
              <w:top w:val="single" w:sz="4" w:space="0" w:color="000000"/>
              <w:left w:val="single" w:sz="4" w:space="0" w:color="000000"/>
              <w:bottom w:val="single" w:sz="4" w:space="0" w:color="000000"/>
              <w:right w:val="single" w:sz="4" w:space="0" w:color="000000"/>
            </w:tcBorders>
          </w:tcPr>
          <w:p w14:paraId="71607616" w14:textId="77777777" w:rsidR="00467FE0" w:rsidRPr="00EB75F0" w:rsidRDefault="00467FE0" w:rsidP="00C32B29">
            <w:pPr>
              <w:pStyle w:val="TableText"/>
              <w:spacing w:before="48" w:after="48"/>
              <w:rPr>
                <w:b/>
                <w:color w:val="000000"/>
                <w:sz w:val="18"/>
              </w:rPr>
            </w:pPr>
            <w:r w:rsidRPr="00EB75F0">
              <w:rPr>
                <w:b/>
                <w:sz w:val="18"/>
              </w:rPr>
              <w:t>3.49 (2.23, 5.54)</w:t>
            </w:r>
          </w:p>
        </w:tc>
        <w:tc>
          <w:tcPr>
            <w:tcW w:w="950" w:type="pct"/>
            <w:tcBorders>
              <w:top w:val="single" w:sz="4" w:space="0" w:color="000000"/>
              <w:left w:val="single" w:sz="4" w:space="0" w:color="000000"/>
              <w:bottom w:val="single" w:sz="4" w:space="0" w:color="000000"/>
              <w:right w:val="single" w:sz="4" w:space="0" w:color="000000"/>
            </w:tcBorders>
          </w:tcPr>
          <w:p w14:paraId="1C9F11D8" w14:textId="77777777" w:rsidR="00467FE0" w:rsidRPr="00EB75F0" w:rsidRDefault="00467FE0" w:rsidP="00C32B29">
            <w:pPr>
              <w:pStyle w:val="TableText"/>
              <w:spacing w:before="48" w:after="48"/>
              <w:rPr>
                <w:b/>
                <w:color w:val="000000"/>
                <w:sz w:val="18"/>
              </w:rPr>
            </w:pPr>
            <w:r w:rsidRPr="00EB75F0">
              <w:rPr>
                <w:b/>
                <w:sz w:val="18"/>
              </w:rPr>
              <w:t>3.46 (2.28, 5.44)</w:t>
            </w:r>
          </w:p>
        </w:tc>
      </w:tr>
      <w:tr w:rsidR="00467FE0" w:rsidRPr="00EB75F0" w14:paraId="174709CF"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46E2E968" w14:textId="77777777" w:rsidR="00467FE0" w:rsidRPr="00EB75F0" w:rsidRDefault="00467FE0" w:rsidP="00C32B29">
            <w:pPr>
              <w:pStyle w:val="TableText"/>
              <w:spacing w:before="48" w:after="48"/>
              <w:rPr>
                <w:sz w:val="18"/>
              </w:rPr>
            </w:pPr>
            <w:proofErr w:type="spellStart"/>
            <w:r w:rsidRPr="00EB75F0">
              <w:rPr>
                <w:color w:val="000000"/>
                <w:sz w:val="18"/>
              </w:rPr>
              <w:t>Lumateperone</w:t>
            </w:r>
            <w:proofErr w:type="spellEnd"/>
          </w:p>
        </w:tc>
        <w:tc>
          <w:tcPr>
            <w:tcW w:w="1011" w:type="pct"/>
            <w:tcBorders>
              <w:top w:val="single" w:sz="4" w:space="0" w:color="000000"/>
              <w:left w:val="single" w:sz="4" w:space="0" w:color="000000"/>
              <w:bottom w:val="single" w:sz="4" w:space="0" w:color="000000"/>
              <w:right w:val="single" w:sz="4" w:space="0" w:color="000000"/>
            </w:tcBorders>
          </w:tcPr>
          <w:p w14:paraId="0A212076" w14:textId="77777777" w:rsidR="00467FE0" w:rsidRPr="00EB75F0" w:rsidRDefault="00467FE0" w:rsidP="00C32B29">
            <w:pPr>
              <w:pStyle w:val="TableText"/>
              <w:spacing w:before="48" w:after="48"/>
              <w:rPr>
                <w:b/>
                <w:color w:val="000000"/>
                <w:sz w:val="18"/>
              </w:rPr>
            </w:pPr>
            <w:r w:rsidRPr="00EB75F0">
              <w:rPr>
                <w:b/>
                <w:sz w:val="18"/>
              </w:rPr>
              <w:t>1.68 (1.02, 2.80)</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33E71500" w14:textId="77777777" w:rsidR="00467FE0" w:rsidRPr="00EB75F0" w:rsidRDefault="00467FE0" w:rsidP="00C32B29">
            <w:pPr>
              <w:pStyle w:val="TableText"/>
              <w:spacing w:before="48" w:after="48"/>
              <w:rPr>
                <w:color w:val="000000"/>
                <w:sz w:val="18"/>
              </w:rPr>
            </w:pPr>
            <w:r w:rsidRPr="00EB75F0">
              <w:rPr>
                <w:sz w:val="18"/>
              </w:rPr>
              <w:t>1.69 (0.88, 3.21)</w:t>
            </w:r>
          </w:p>
        </w:tc>
        <w:tc>
          <w:tcPr>
            <w:tcW w:w="1000" w:type="pct"/>
            <w:gridSpan w:val="2"/>
            <w:tcBorders>
              <w:top w:val="single" w:sz="4" w:space="0" w:color="000000"/>
              <w:left w:val="single" w:sz="4" w:space="0" w:color="000000"/>
              <w:bottom w:val="single" w:sz="4" w:space="0" w:color="000000"/>
              <w:right w:val="single" w:sz="4" w:space="0" w:color="000000"/>
            </w:tcBorders>
          </w:tcPr>
          <w:p w14:paraId="431D7B70" w14:textId="77777777" w:rsidR="00467FE0" w:rsidRPr="00EB75F0" w:rsidRDefault="00467FE0" w:rsidP="00C32B29">
            <w:pPr>
              <w:pStyle w:val="TableText"/>
              <w:spacing w:before="48" w:after="48"/>
              <w:rPr>
                <w:color w:val="000000"/>
                <w:sz w:val="18"/>
              </w:rPr>
            </w:pPr>
            <w:r w:rsidRPr="00EB75F0">
              <w:rPr>
                <w:sz w:val="18"/>
              </w:rPr>
              <w:t>1.68 (0.87, 3.26)</w:t>
            </w:r>
          </w:p>
        </w:tc>
        <w:tc>
          <w:tcPr>
            <w:tcW w:w="950" w:type="pct"/>
            <w:tcBorders>
              <w:top w:val="single" w:sz="4" w:space="0" w:color="000000"/>
              <w:left w:val="single" w:sz="4" w:space="0" w:color="000000"/>
              <w:bottom w:val="single" w:sz="4" w:space="0" w:color="000000"/>
              <w:right w:val="single" w:sz="4" w:space="0" w:color="000000"/>
            </w:tcBorders>
          </w:tcPr>
          <w:p w14:paraId="5D155ABE" w14:textId="77777777" w:rsidR="00467FE0" w:rsidRPr="00EB75F0" w:rsidRDefault="00467FE0" w:rsidP="00C32B29">
            <w:pPr>
              <w:pStyle w:val="TableText"/>
              <w:spacing w:before="48" w:after="48"/>
              <w:rPr>
                <w:color w:val="000000"/>
                <w:sz w:val="18"/>
              </w:rPr>
            </w:pPr>
            <w:r w:rsidRPr="00EB75F0">
              <w:rPr>
                <w:sz w:val="18"/>
              </w:rPr>
              <w:t>1.69 (0.92, 3.13)</w:t>
            </w:r>
          </w:p>
        </w:tc>
      </w:tr>
      <w:tr w:rsidR="00467FE0" w:rsidRPr="00EB75F0" w14:paraId="60704FAC"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1B501B6D" w14:textId="77777777" w:rsidR="00467FE0" w:rsidRPr="00EB75F0" w:rsidRDefault="00467FE0" w:rsidP="00C32B29">
            <w:pPr>
              <w:pStyle w:val="TableText"/>
              <w:spacing w:before="48" w:after="48"/>
              <w:rPr>
                <w:sz w:val="18"/>
              </w:rPr>
            </w:pPr>
            <w:r w:rsidRPr="00EB75F0">
              <w:rPr>
                <w:color w:val="000000"/>
                <w:sz w:val="18"/>
              </w:rPr>
              <w:t>Olanzapine</w:t>
            </w:r>
          </w:p>
        </w:tc>
        <w:tc>
          <w:tcPr>
            <w:tcW w:w="1011" w:type="pct"/>
            <w:tcBorders>
              <w:top w:val="single" w:sz="4" w:space="0" w:color="000000"/>
              <w:left w:val="single" w:sz="4" w:space="0" w:color="000000"/>
              <w:bottom w:val="single" w:sz="4" w:space="0" w:color="000000"/>
              <w:right w:val="single" w:sz="4" w:space="0" w:color="000000"/>
            </w:tcBorders>
          </w:tcPr>
          <w:p w14:paraId="6B38D42D" w14:textId="77777777" w:rsidR="00467FE0" w:rsidRPr="00EB75F0" w:rsidRDefault="00467FE0" w:rsidP="00C32B29">
            <w:pPr>
              <w:pStyle w:val="TableText"/>
              <w:spacing w:before="48" w:after="48"/>
              <w:rPr>
                <w:b/>
                <w:color w:val="000000"/>
                <w:sz w:val="18"/>
              </w:rPr>
            </w:pPr>
            <w:r w:rsidRPr="00EB75F0">
              <w:rPr>
                <w:b/>
                <w:sz w:val="18"/>
              </w:rPr>
              <w:t>2.78 (2.01, 3.85)</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7E30A94C" w14:textId="77777777" w:rsidR="00467FE0" w:rsidRPr="00EB75F0" w:rsidRDefault="00467FE0" w:rsidP="00C32B29">
            <w:pPr>
              <w:pStyle w:val="TableText"/>
              <w:spacing w:before="48" w:after="48"/>
              <w:rPr>
                <w:b/>
                <w:color w:val="000000"/>
                <w:sz w:val="18"/>
              </w:rPr>
            </w:pPr>
            <w:r w:rsidRPr="00EB75F0">
              <w:rPr>
                <w:b/>
                <w:sz w:val="18"/>
              </w:rPr>
              <w:t>2.78 (1.87, 4.13)</w:t>
            </w:r>
          </w:p>
        </w:tc>
        <w:tc>
          <w:tcPr>
            <w:tcW w:w="1000" w:type="pct"/>
            <w:gridSpan w:val="2"/>
            <w:tcBorders>
              <w:top w:val="single" w:sz="4" w:space="0" w:color="000000"/>
              <w:left w:val="single" w:sz="4" w:space="0" w:color="000000"/>
              <w:bottom w:val="single" w:sz="4" w:space="0" w:color="000000"/>
              <w:right w:val="single" w:sz="4" w:space="0" w:color="000000"/>
            </w:tcBorders>
          </w:tcPr>
          <w:p w14:paraId="2BDBB8A1" w14:textId="77777777" w:rsidR="00467FE0" w:rsidRPr="00EB75F0" w:rsidRDefault="00467FE0" w:rsidP="00C32B29">
            <w:pPr>
              <w:pStyle w:val="TableText"/>
              <w:spacing w:before="48" w:after="48"/>
              <w:rPr>
                <w:b/>
                <w:color w:val="000000"/>
                <w:sz w:val="18"/>
              </w:rPr>
            </w:pPr>
            <w:r w:rsidRPr="00EB75F0">
              <w:rPr>
                <w:b/>
                <w:sz w:val="18"/>
              </w:rPr>
              <w:t>2.81 (1.85, 4.21)</w:t>
            </w:r>
          </w:p>
        </w:tc>
        <w:tc>
          <w:tcPr>
            <w:tcW w:w="950" w:type="pct"/>
            <w:tcBorders>
              <w:top w:val="single" w:sz="4" w:space="0" w:color="000000"/>
              <w:left w:val="single" w:sz="4" w:space="0" w:color="000000"/>
              <w:bottom w:val="single" w:sz="4" w:space="0" w:color="000000"/>
              <w:right w:val="single" w:sz="4" w:space="0" w:color="000000"/>
            </w:tcBorders>
          </w:tcPr>
          <w:p w14:paraId="2746C13F" w14:textId="77777777" w:rsidR="00467FE0" w:rsidRPr="00EB75F0" w:rsidRDefault="00467FE0" w:rsidP="00C32B29">
            <w:pPr>
              <w:pStyle w:val="TableText"/>
              <w:spacing w:before="48" w:after="48"/>
              <w:rPr>
                <w:b/>
                <w:color w:val="000000"/>
                <w:sz w:val="18"/>
              </w:rPr>
            </w:pPr>
            <w:r w:rsidRPr="00EB75F0">
              <w:rPr>
                <w:b/>
                <w:sz w:val="18"/>
              </w:rPr>
              <w:t>2.79 (1.94, 4.11)</w:t>
            </w:r>
          </w:p>
        </w:tc>
      </w:tr>
      <w:tr w:rsidR="00467FE0" w:rsidRPr="00EB75F0" w14:paraId="31B157D5"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4FAD65C1" w14:textId="77777777" w:rsidR="00467FE0" w:rsidRPr="00EB75F0" w:rsidRDefault="00467FE0" w:rsidP="00C32B29">
            <w:pPr>
              <w:pStyle w:val="TableText"/>
              <w:spacing w:before="48" w:after="48"/>
              <w:rPr>
                <w:sz w:val="18"/>
              </w:rPr>
            </w:pPr>
            <w:r w:rsidRPr="00EB75F0">
              <w:rPr>
                <w:color w:val="000000"/>
                <w:sz w:val="18"/>
              </w:rPr>
              <w:t>Quetiapine</w:t>
            </w:r>
          </w:p>
        </w:tc>
        <w:tc>
          <w:tcPr>
            <w:tcW w:w="1011" w:type="pct"/>
            <w:tcBorders>
              <w:top w:val="single" w:sz="4" w:space="0" w:color="000000"/>
              <w:left w:val="single" w:sz="4" w:space="0" w:color="000000"/>
              <w:bottom w:val="single" w:sz="4" w:space="0" w:color="000000"/>
              <w:right w:val="single" w:sz="4" w:space="0" w:color="000000"/>
            </w:tcBorders>
          </w:tcPr>
          <w:p w14:paraId="4A258902" w14:textId="77777777" w:rsidR="00467FE0" w:rsidRPr="00EB75F0" w:rsidRDefault="00467FE0" w:rsidP="00C32B29">
            <w:pPr>
              <w:pStyle w:val="TableText"/>
              <w:spacing w:before="48" w:after="48"/>
              <w:rPr>
                <w:b/>
                <w:color w:val="000000"/>
                <w:sz w:val="18"/>
              </w:rPr>
            </w:pPr>
            <w:r w:rsidRPr="00EB75F0">
              <w:rPr>
                <w:b/>
                <w:sz w:val="18"/>
              </w:rPr>
              <w:t>2.65 (1.84, 3.85)</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1D060126" w14:textId="77777777" w:rsidR="00467FE0" w:rsidRPr="00EB75F0" w:rsidRDefault="00467FE0" w:rsidP="00C32B29">
            <w:pPr>
              <w:pStyle w:val="TableText"/>
              <w:spacing w:before="48" w:after="48"/>
              <w:rPr>
                <w:b/>
                <w:color w:val="000000"/>
                <w:sz w:val="18"/>
              </w:rPr>
            </w:pPr>
            <w:r w:rsidRPr="00EB75F0">
              <w:rPr>
                <w:b/>
                <w:sz w:val="18"/>
              </w:rPr>
              <w:t>2.53 (1.57, 3.97)</w:t>
            </w:r>
          </w:p>
        </w:tc>
        <w:tc>
          <w:tcPr>
            <w:tcW w:w="1000" w:type="pct"/>
            <w:gridSpan w:val="2"/>
            <w:tcBorders>
              <w:top w:val="single" w:sz="4" w:space="0" w:color="000000"/>
              <w:left w:val="single" w:sz="4" w:space="0" w:color="000000"/>
              <w:bottom w:val="single" w:sz="4" w:space="0" w:color="000000"/>
              <w:right w:val="single" w:sz="4" w:space="0" w:color="000000"/>
            </w:tcBorders>
          </w:tcPr>
          <w:p w14:paraId="0A66C61B" w14:textId="77777777" w:rsidR="00467FE0" w:rsidRPr="00EB75F0" w:rsidRDefault="00467FE0" w:rsidP="00C32B29">
            <w:pPr>
              <w:pStyle w:val="TableText"/>
              <w:spacing w:before="48" w:after="48"/>
              <w:rPr>
                <w:b/>
                <w:color w:val="000000"/>
                <w:sz w:val="18"/>
              </w:rPr>
            </w:pPr>
            <w:r w:rsidRPr="00EB75F0">
              <w:rPr>
                <w:b/>
                <w:sz w:val="18"/>
              </w:rPr>
              <w:t>2.53 (1.53, 4.04)</w:t>
            </w:r>
          </w:p>
        </w:tc>
        <w:tc>
          <w:tcPr>
            <w:tcW w:w="950" w:type="pct"/>
            <w:tcBorders>
              <w:top w:val="single" w:sz="4" w:space="0" w:color="000000"/>
              <w:left w:val="single" w:sz="4" w:space="0" w:color="000000"/>
              <w:bottom w:val="single" w:sz="4" w:space="0" w:color="000000"/>
              <w:right w:val="single" w:sz="4" w:space="0" w:color="000000"/>
            </w:tcBorders>
          </w:tcPr>
          <w:p w14:paraId="23CAAF3C" w14:textId="77777777" w:rsidR="00467FE0" w:rsidRPr="00EB75F0" w:rsidRDefault="00467FE0" w:rsidP="00C32B29">
            <w:pPr>
              <w:pStyle w:val="TableText"/>
              <w:spacing w:before="48" w:after="48"/>
              <w:rPr>
                <w:b/>
                <w:color w:val="000000"/>
                <w:sz w:val="18"/>
              </w:rPr>
            </w:pPr>
            <w:r w:rsidRPr="00EB75F0">
              <w:rPr>
                <w:b/>
                <w:sz w:val="18"/>
              </w:rPr>
              <w:t>2.66 (1.68, 4.08)</w:t>
            </w:r>
          </w:p>
        </w:tc>
      </w:tr>
      <w:tr w:rsidR="00467FE0" w:rsidRPr="00EB75F0" w14:paraId="3F0085B2"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7B834158" w14:textId="77777777" w:rsidR="00467FE0" w:rsidRPr="00EB75F0" w:rsidRDefault="00467FE0" w:rsidP="00C32B29">
            <w:pPr>
              <w:pStyle w:val="TableText"/>
              <w:spacing w:before="48" w:after="48"/>
              <w:rPr>
                <w:sz w:val="18"/>
              </w:rPr>
            </w:pPr>
            <w:r w:rsidRPr="00EB75F0">
              <w:rPr>
                <w:color w:val="000000"/>
                <w:sz w:val="18"/>
              </w:rPr>
              <w:t>Risperidone</w:t>
            </w:r>
          </w:p>
        </w:tc>
        <w:tc>
          <w:tcPr>
            <w:tcW w:w="1011" w:type="pct"/>
            <w:tcBorders>
              <w:top w:val="single" w:sz="4" w:space="0" w:color="000000"/>
              <w:left w:val="single" w:sz="4" w:space="0" w:color="000000"/>
              <w:bottom w:val="single" w:sz="4" w:space="0" w:color="000000"/>
              <w:right w:val="single" w:sz="4" w:space="0" w:color="000000"/>
            </w:tcBorders>
          </w:tcPr>
          <w:p w14:paraId="756ECB4C" w14:textId="77777777" w:rsidR="00467FE0" w:rsidRPr="00EB75F0" w:rsidRDefault="00467FE0" w:rsidP="00C32B29">
            <w:pPr>
              <w:pStyle w:val="TableText"/>
              <w:spacing w:before="48" w:after="48"/>
              <w:rPr>
                <w:b/>
                <w:color w:val="000000"/>
                <w:sz w:val="18"/>
              </w:rPr>
            </w:pPr>
            <w:r w:rsidRPr="00EB75F0">
              <w:rPr>
                <w:b/>
                <w:sz w:val="18"/>
              </w:rPr>
              <w:t>2.53 (1.92, 3.34)</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367A060A" w14:textId="77777777" w:rsidR="00467FE0" w:rsidRPr="00EB75F0" w:rsidRDefault="00467FE0" w:rsidP="00C32B29">
            <w:pPr>
              <w:pStyle w:val="TableText"/>
              <w:spacing w:before="48" w:after="48"/>
              <w:rPr>
                <w:b/>
                <w:color w:val="000000"/>
                <w:sz w:val="18"/>
              </w:rPr>
            </w:pPr>
            <w:r w:rsidRPr="00EB75F0">
              <w:rPr>
                <w:b/>
                <w:sz w:val="18"/>
              </w:rPr>
              <w:t>2.54 (1.83, 3.64)</w:t>
            </w:r>
          </w:p>
        </w:tc>
        <w:tc>
          <w:tcPr>
            <w:tcW w:w="1000" w:type="pct"/>
            <w:gridSpan w:val="2"/>
            <w:tcBorders>
              <w:top w:val="single" w:sz="4" w:space="0" w:color="000000"/>
              <w:left w:val="single" w:sz="4" w:space="0" w:color="000000"/>
              <w:bottom w:val="single" w:sz="4" w:space="0" w:color="000000"/>
              <w:right w:val="single" w:sz="4" w:space="0" w:color="000000"/>
            </w:tcBorders>
          </w:tcPr>
          <w:p w14:paraId="024688F9" w14:textId="77777777" w:rsidR="00467FE0" w:rsidRPr="00EB75F0" w:rsidRDefault="00467FE0" w:rsidP="00C32B29">
            <w:pPr>
              <w:pStyle w:val="TableText"/>
              <w:spacing w:before="48" w:after="48"/>
              <w:rPr>
                <w:b/>
                <w:color w:val="000000"/>
                <w:sz w:val="18"/>
              </w:rPr>
            </w:pPr>
            <w:r w:rsidRPr="00EB75F0">
              <w:rPr>
                <w:b/>
                <w:sz w:val="18"/>
              </w:rPr>
              <w:t>2.56 (1.81, 3.69)</w:t>
            </w:r>
          </w:p>
        </w:tc>
        <w:tc>
          <w:tcPr>
            <w:tcW w:w="950" w:type="pct"/>
            <w:tcBorders>
              <w:top w:val="single" w:sz="4" w:space="0" w:color="000000"/>
              <w:left w:val="single" w:sz="4" w:space="0" w:color="000000"/>
              <w:bottom w:val="single" w:sz="4" w:space="0" w:color="000000"/>
              <w:right w:val="single" w:sz="4" w:space="0" w:color="000000"/>
            </w:tcBorders>
          </w:tcPr>
          <w:p w14:paraId="67017C0A" w14:textId="77777777" w:rsidR="00467FE0" w:rsidRPr="00EB75F0" w:rsidRDefault="00467FE0" w:rsidP="00C32B29">
            <w:pPr>
              <w:pStyle w:val="TableText"/>
              <w:spacing w:before="48" w:after="48"/>
              <w:rPr>
                <w:b/>
                <w:color w:val="000000"/>
                <w:sz w:val="18"/>
              </w:rPr>
            </w:pPr>
            <w:r w:rsidRPr="00EB75F0">
              <w:rPr>
                <w:b/>
                <w:sz w:val="18"/>
              </w:rPr>
              <w:t>2.54 (1.84, 3.53)</w:t>
            </w:r>
          </w:p>
        </w:tc>
      </w:tr>
      <w:tr w:rsidR="00467FE0" w:rsidRPr="00EB75F0" w14:paraId="12C8C467"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shd w:val="clear" w:color="auto" w:fill="001B2B"/>
            <w:vAlign w:val="center"/>
          </w:tcPr>
          <w:p w14:paraId="1215C406" w14:textId="77777777" w:rsidR="00467FE0" w:rsidRPr="00EB75F0" w:rsidRDefault="00467FE0" w:rsidP="00C32B29">
            <w:pPr>
              <w:pStyle w:val="TableText"/>
              <w:spacing w:before="48" w:after="48"/>
              <w:rPr>
                <w:color w:val="FFFFFF"/>
                <w:sz w:val="18"/>
              </w:rPr>
            </w:pPr>
            <w:r w:rsidRPr="00EB75F0">
              <w:rPr>
                <w:color w:val="FFFFFF"/>
                <w:sz w:val="18"/>
              </w:rPr>
              <w:t>Comparator</w:t>
            </w:r>
          </w:p>
        </w:tc>
        <w:tc>
          <w:tcPr>
            <w:tcW w:w="3037" w:type="pct"/>
            <w:gridSpan w:val="4"/>
            <w:tcBorders>
              <w:top w:val="single" w:sz="4" w:space="0" w:color="000000"/>
              <w:left w:val="single" w:sz="4" w:space="0" w:color="000000"/>
              <w:bottom w:val="single" w:sz="4" w:space="0" w:color="000000"/>
              <w:right w:val="single" w:sz="4" w:space="0" w:color="000000"/>
            </w:tcBorders>
            <w:shd w:val="clear" w:color="auto" w:fill="001B2B"/>
            <w:vAlign w:val="center"/>
          </w:tcPr>
          <w:p w14:paraId="680DE328" w14:textId="3646DF2C" w:rsidR="00467FE0" w:rsidRPr="00EB75F0" w:rsidRDefault="00467FE0" w:rsidP="00C32B29">
            <w:pPr>
              <w:pStyle w:val="TableText"/>
              <w:spacing w:before="48" w:after="48"/>
              <w:rPr>
                <w:color w:val="FFFFFF"/>
                <w:sz w:val="18"/>
              </w:rPr>
            </w:pPr>
            <w:r w:rsidRPr="00EB75F0">
              <w:rPr>
                <w:color w:val="FFFFFF"/>
                <w:sz w:val="18"/>
              </w:rPr>
              <w:t xml:space="preserve">OR </w:t>
            </w:r>
            <w:proofErr w:type="spellStart"/>
            <w:r w:rsidR="00EF2D91">
              <w:rPr>
                <w:color w:val="FFFFFF"/>
                <w:sz w:val="18"/>
              </w:rPr>
              <w:t>KarXT</w:t>
            </w:r>
            <w:proofErr w:type="spellEnd"/>
            <w:r w:rsidRPr="00EB75F0">
              <w:rPr>
                <w:color w:val="FFFFFF"/>
                <w:sz w:val="18"/>
              </w:rPr>
              <w:t xml:space="preserve"> vs Comparator (95% </w:t>
            </w:r>
            <w:proofErr w:type="spellStart"/>
            <w:r w:rsidRPr="00EB75F0">
              <w:rPr>
                <w:color w:val="FFFFFF"/>
                <w:sz w:val="18"/>
              </w:rPr>
              <w:t>CrI</w:t>
            </w:r>
            <w:proofErr w:type="spellEnd"/>
            <w:r w:rsidRPr="00EB75F0">
              <w:rPr>
                <w:color w:val="FFFFFF"/>
                <w:sz w:val="18"/>
              </w:rPr>
              <w:t>)</w:t>
            </w:r>
          </w:p>
        </w:tc>
        <w:tc>
          <w:tcPr>
            <w:tcW w:w="950" w:type="pct"/>
            <w:tcBorders>
              <w:top w:val="single" w:sz="4" w:space="0" w:color="000000"/>
              <w:left w:val="single" w:sz="4" w:space="0" w:color="000000"/>
              <w:bottom w:val="single" w:sz="4" w:space="0" w:color="000000"/>
              <w:right w:val="single" w:sz="4" w:space="0" w:color="000000"/>
            </w:tcBorders>
            <w:shd w:val="clear" w:color="auto" w:fill="001B2B"/>
          </w:tcPr>
          <w:p w14:paraId="77D07295" w14:textId="77777777" w:rsidR="00467FE0" w:rsidRPr="00EB75F0" w:rsidRDefault="00467FE0" w:rsidP="00C32B29">
            <w:pPr>
              <w:pStyle w:val="TableText"/>
              <w:spacing w:before="48" w:after="48"/>
              <w:rPr>
                <w:color w:val="FFFFFF"/>
                <w:sz w:val="18"/>
              </w:rPr>
            </w:pPr>
          </w:p>
        </w:tc>
      </w:tr>
      <w:tr w:rsidR="00467FE0" w:rsidRPr="00EB75F0" w14:paraId="2BCC7B0F"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3B236A13" w14:textId="77777777" w:rsidR="00467FE0" w:rsidRPr="00EB75F0" w:rsidRDefault="00467FE0" w:rsidP="00C32B29">
            <w:pPr>
              <w:pStyle w:val="TableText"/>
              <w:spacing w:before="48" w:after="48"/>
              <w:rPr>
                <w:sz w:val="18"/>
              </w:rPr>
            </w:pPr>
            <w:r w:rsidRPr="00EB75F0">
              <w:rPr>
                <w:color w:val="000000"/>
                <w:sz w:val="18"/>
              </w:rPr>
              <w:t>Aripiprazole</w:t>
            </w:r>
          </w:p>
        </w:tc>
        <w:tc>
          <w:tcPr>
            <w:tcW w:w="1011" w:type="pct"/>
            <w:tcBorders>
              <w:top w:val="single" w:sz="4" w:space="0" w:color="000000"/>
              <w:left w:val="single" w:sz="4" w:space="0" w:color="000000"/>
              <w:bottom w:val="single" w:sz="4" w:space="0" w:color="000000"/>
              <w:right w:val="single" w:sz="4" w:space="0" w:color="000000"/>
            </w:tcBorders>
          </w:tcPr>
          <w:p w14:paraId="58A93FC1" w14:textId="77777777" w:rsidR="00467FE0" w:rsidRPr="00EB75F0" w:rsidRDefault="00467FE0" w:rsidP="00C32B29">
            <w:pPr>
              <w:pStyle w:val="TableText"/>
              <w:spacing w:before="48" w:after="48"/>
              <w:rPr>
                <w:b/>
                <w:color w:val="000000"/>
                <w:sz w:val="18"/>
              </w:rPr>
            </w:pPr>
            <w:r w:rsidRPr="00EB75F0">
              <w:rPr>
                <w:b/>
                <w:sz w:val="18"/>
              </w:rPr>
              <w:t>1.80 (1.17, 2.80)</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6FFFBBAF" w14:textId="77777777" w:rsidR="00467FE0" w:rsidRPr="00EB75F0" w:rsidRDefault="00467FE0" w:rsidP="00C32B29">
            <w:pPr>
              <w:pStyle w:val="TableText"/>
              <w:spacing w:before="48" w:after="48"/>
              <w:rPr>
                <w:b/>
                <w:color w:val="000000"/>
                <w:sz w:val="18"/>
              </w:rPr>
            </w:pPr>
            <w:r w:rsidRPr="00EB75F0">
              <w:rPr>
                <w:b/>
                <w:sz w:val="18"/>
              </w:rPr>
              <w:t>1.85 (1.11, 3.11)</w:t>
            </w:r>
          </w:p>
        </w:tc>
        <w:tc>
          <w:tcPr>
            <w:tcW w:w="1000" w:type="pct"/>
            <w:gridSpan w:val="2"/>
            <w:tcBorders>
              <w:top w:val="single" w:sz="4" w:space="0" w:color="000000"/>
              <w:left w:val="single" w:sz="4" w:space="0" w:color="000000"/>
              <w:bottom w:val="single" w:sz="4" w:space="0" w:color="000000"/>
              <w:right w:val="single" w:sz="4" w:space="0" w:color="000000"/>
            </w:tcBorders>
          </w:tcPr>
          <w:p w14:paraId="40D009FB" w14:textId="77777777" w:rsidR="00467FE0" w:rsidRPr="00EB75F0" w:rsidRDefault="00467FE0" w:rsidP="00C32B29">
            <w:pPr>
              <w:pStyle w:val="TableText"/>
              <w:spacing w:before="48" w:after="48"/>
              <w:rPr>
                <w:b/>
                <w:color w:val="000000"/>
                <w:sz w:val="18"/>
              </w:rPr>
            </w:pPr>
            <w:r w:rsidRPr="00EB75F0">
              <w:rPr>
                <w:b/>
                <w:sz w:val="18"/>
              </w:rPr>
              <w:t>1.83 (1.09, 3.16)</w:t>
            </w:r>
          </w:p>
        </w:tc>
        <w:tc>
          <w:tcPr>
            <w:tcW w:w="950" w:type="pct"/>
            <w:tcBorders>
              <w:top w:val="single" w:sz="4" w:space="0" w:color="000000"/>
              <w:left w:val="single" w:sz="4" w:space="0" w:color="000000"/>
              <w:bottom w:val="single" w:sz="4" w:space="0" w:color="000000"/>
              <w:right w:val="single" w:sz="4" w:space="0" w:color="000000"/>
            </w:tcBorders>
          </w:tcPr>
          <w:p w14:paraId="081BC11F" w14:textId="77777777" w:rsidR="00467FE0" w:rsidRPr="00EB75F0" w:rsidRDefault="00467FE0" w:rsidP="00C32B29">
            <w:pPr>
              <w:pStyle w:val="TableText"/>
              <w:spacing w:before="48" w:after="48"/>
              <w:rPr>
                <w:b/>
                <w:color w:val="000000"/>
                <w:sz w:val="18"/>
              </w:rPr>
            </w:pPr>
            <w:r w:rsidRPr="00EB75F0">
              <w:rPr>
                <w:b/>
                <w:sz w:val="18"/>
              </w:rPr>
              <w:t>1.83 (1.12, 3.12)</w:t>
            </w:r>
          </w:p>
        </w:tc>
      </w:tr>
      <w:tr w:rsidR="00467FE0" w:rsidRPr="00EB75F0" w14:paraId="7C6662AA"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5E99BC26" w14:textId="77777777" w:rsidR="00467FE0" w:rsidRPr="00EB75F0" w:rsidRDefault="00467FE0" w:rsidP="00C32B29">
            <w:pPr>
              <w:pStyle w:val="TableText"/>
              <w:spacing w:before="48" w:after="48"/>
              <w:rPr>
                <w:sz w:val="18"/>
              </w:rPr>
            </w:pPr>
            <w:proofErr w:type="spellStart"/>
            <w:r w:rsidRPr="00EB75F0">
              <w:rPr>
                <w:color w:val="000000"/>
                <w:sz w:val="18"/>
              </w:rPr>
              <w:t>Brexpiprazole</w:t>
            </w:r>
            <w:proofErr w:type="spellEnd"/>
          </w:p>
        </w:tc>
        <w:tc>
          <w:tcPr>
            <w:tcW w:w="1011" w:type="pct"/>
            <w:tcBorders>
              <w:top w:val="single" w:sz="4" w:space="0" w:color="000000"/>
              <w:left w:val="single" w:sz="4" w:space="0" w:color="000000"/>
              <w:bottom w:val="single" w:sz="4" w:space="0" w:color="000000"/>
              <w:right w:val="single" w:sz="4" w:space="0" w:color="000000"/>
            </w:tcBorders>
          </w:tcPr>
          <w:p w14:paraId="4AD3E581" w14:textId="77777777" w:rsidR="00467FE0" w:rsidRPr="00EB75F0" w:rsidRDefault="00467FE0" w:rsidP="00C32B29">
            <w:pPr>
              <w:pStyle w:val="TableText"/>
              <w:spacing w:before="48" w:after="48"/>
              <w:rPr>
                <w:b/>
                <w:color w:val="000000"/>
                <w:sz w:val="18"/>
              </w:rPr>
            </w:pPr>
            <w:r w:rsidRPr="00EB75F0">
              <w:rPr>
                <w:b/>
                <w:sz w:val="18"/>
              </w:rPr>
              <w:t>2.14 (1.40, 3.32)</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3E186EB0" w14:textId="77777777" w:rsidR="00467FE0" w:rsidRPr="00EB75F0" w:rsidRDefault="00467FE0" w:rsidP="00C32B29">
            <w:pPr>
              <w:pStyle w:val="TableText"/>
              <w:spacing w:before="48" w:after="48"/>
              <w:rPr>
                <w:b/>
                <w:color w:val="000000"/>
                <w:sz w:val="18"/>
              </w:rPr>
            </w:pPr>
            <w:r w:rsidRPr="00EB75F0">
              <w:rPr>
                <w:b/>
                <w:sz w:val="18"/>
              </w:rPr>
              <w:t>2.23 (1.34, 3.83)</w:t>
            </w:r>
          </w:p>
        </w:tc>
        <w:tc>
          <w:tcPr>
            <w:tcW w:w="1000" w:type="pct"/>
            <w:gridSpan w:val="2"/>
            <w:tcBorders>
              <w:top w:val="single" w:sz="4" w:space="0" w:color="000000"/>
              <w:left w:val="single" w:sz="4" w:space="0" w:color="000000"/>
              <w:bottom w:val="single" w:sz="4" w:space="0" w:color="000000"/>
              <w:right w:val="single" w:sz="4" w:space="0" w:color="000000"/>
            </w:tcBorders>
          </w:tcPr>
          <w:p w14:paraId="4A5B3432" w14:textId="77777777" w:rsidR="00467FE0" w:rsidRPr="00EB75F0" w:rsidRDefault="00467FE0" w:rsidP="00C32B29">
            <w:pPr>
              <w:pStyle w:val="TableText"/>
              <w:spacing w:before="48" w:after="48"/>
              <w:rPr>
                <w:b/>
                <w:color w:val="000000"/>
                <w:sz w:val="18"/>
              </w:rPr>
            </w:pPr>
            <w:r w:rsidRPr="00EB75F0">
              <w:rPr>
                <w:b/>
                <w:sz w:val="18"/>
              </w:rPr>
              <w:t>2.18 (1.29, 3.81)</w:t>
            </w:r>
          </w:p>
        </w:tc>
        <w:tc>
          <w:tcPr>
            <w:tcW w:w="950" w:type="pct"/>
            <w:tcBorders>
              <w:top w:val="single" w:sz="4" w:space="0" w:color="000000"/>
              <w:left w:val="single" w:sz="4" w:space="0" w:color="000000"/>
              <w:bottom w:val="single" w:sz="4" w:space="0" w:color="000000"/>
              <w:right w:val="single" w:sz="4" w:space="0" w:color="000000"/>
            </w:tcBorders>
          </w:tcPr>
          <w:p w14:paraId="27EE4F56" w14:textId="77777777" w:rsidR="00467FE0" w:rsidRPr="00EB75F0" w:rsidRDefault="00467FE0" w:rsidP="00C32B29">
            <w:pPr>
              <w:pStyle w:val="TableText"/>
              <w:spacing w:before="48" w:after="48"/>
              <w:rPr>
                <w:b/>
                <w:color w:val="000000"/>
                <w:sz w:val="18"/>
              </w:rPr>
            </w:pPr>
            <w:r w:rsidRPr="00EB75F0">
              <w:rPr>
                <w:b/>
                <w:sz w:val="18"/>
              </w:rPr>
              <w:t>1.99 (1.22, 3.42)</w:t>
            </w:r>
          </w:p>
        </w:tc>
      </w:tr>
      <w:tr w:rsidR="00467FE0" w:rsidRPr="00EB75F0" w14:paraId="7E38D638"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7EE41E72" w14:textId="77777777" w:rsidR="00467FE0" w:rsidRPr="00EB75F0" w:rsidRDefault="00467FE0" w:rsidP="00C32B29">
            <w:pPr>
              <w:pStyle w:val="TableText"/>
              <w:spacing w:before="48" w:after="48"/>
              <w:rPr>
                <w:sz w:val="18"/>
              </w:rPr>
            </w:pPr>
            <w:proofErr w:type="spellStart"/>
            <w:r w:rsidRPr="00EB75F0">
              <w:rPr>
                <w:color w:val="000000"/>
                <w:sz w:val="18"/>
              </w:rPr>
              <w:t>Cariprazine</w:t>
            </w:r>
            <w:proofErr w:type="spellEnd"/>
          </w:p>
        </w:tc>
        <w:tc>
          <w:tcPr>
            <w:tcW w:w="1011" w:type="pct"/>
            <w:tcBorders>
              <w:top w:val="single" w:sz="4" w:space="0" w:color="000000"/>
              <w:left w:val="single" w:sz="4" w:space="0" w:color="000000"/>
              <w:bottom w:val="single" w:sz="4" w:space="0" w:color="000000"/>
              <w:right w:val="single" w:sz="4" w:space="0" w:color="000000"/>
            </w:tcBorders>
          </w:tcPr>
          <w:p w14:paraId="10710403" w14:textId="77777777" w:rsidR="00467FE0" w:rsidRPr="00EB75F0" w:rsidRDefault="00467FE0" w:rsidP="00C32B29">
            <w:pPr>
              <w:pStyle w:val="TableText"/>
              <w:spacing w:before="48" w:after="48"/>
              <w:rPr>
                <w:b/>
                <w:color w:val="000000"/>
                <w:sz w:val="18"/>
              </w:rPr>
            </w:pPr>
            <w:r w:rsidRPr="00EB75F0">
              <w:rPr>
                <w:b/>
                <w:sz w:val="18"/>
              </w:rPr>
              <w:t>2.01 (1.30, 3.16)</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5AB39FA9" w14:textId="77777777" w:rsidR="00467FE0" w:rsidRPr="00EB75F0" w:rsidRDefault="00467FE0" w:rsidP="00C32B29">
            <w:pPr>
              <w:pStyle w:val="TableText"/>
              <w:spacing w:before="48" w:after="48"/>
              <w:rPr>
                <w:b/>
                <w:color w:val="000000"/>
                <w:sz w:val="18"/>
              </w:rPr>
            </w:pPr>
            <w:r w:rsidRPr="00EB75F0">
              <w:rPr>
                <w:b/>
                <w:sz w:val="18"/>
              </w:rPr>
              <w:t>2.05 (1.19, 3.57)</w:t>
            </w:r>
          </w:p>
        </w:tc>
        <w:tc>
          <w:tcPr>
            <w:tcW w:w="1000" w:type="pct"/>
            <w:gridSpan w:val="2"/>
            <w:tcBorders>
              <w:top w:val="single" w:sz="4" w:space="0" w:color="000000"/>
              <w:left w:val="single" w:sz="4" w:space="0" w:color="000000"/>
              <w:bottom w:val="single" w:sz="4" w:space="0" w:color="000000"/>
              <w:right w:val="single" w:sz="4" w:space="0" w:color="000000"/>
            </w:tcBorders>
          </w:tcPr>
          <w:p w14:paraId="3800F58E" w14:textId="77777777" w:rsidR="00467FE0" w:rsidRPr="00EB75F0" w:rsidRDefault="00467FE0" w:rsidP="00C32B29">
            <w:pPr>
              <w:pStyle w:val="TableText"/>
              <w:spacing w:before="48" w:after="48"/>
              <w:rPr>
                <w:b/>
                <w:color w:val="000000"/>
                <w:sz w:val="18"/>
              </w:rPr>
            </w:pPr>
            <w:r w:rsidRPr="00EB75F0">
              <w:rPr>
                <w:b/>
                <w:sz w:val="18"/>
              </w:rPr>
              <w:t>2.04 (1.17, 3.62)</w:t>
            </w:r>
          </w:p>
        </w:tc>
        <w:tc>
          <w:tcPr>
            <w:tcW w:w="950" w:type="pct"/>
            <w:tcBorders>
              <w:top w:val="single" w:sz="4" w:space="0" w:color="000000"/>
              <w:left w:val="single" w:sz="4" w:space="0" w:color="000000"/>
              <w:bottom w:val="single" w:sz="4" w:space="0" w:color="000000"/>
              <w:right w:val="single" w:sz="4" w:space="0" w:color="000000"/>
            </w:tcBorders>
          </w:tcPr>
          <w:p w14:paraId="17D9164A" w14:textId="77777777" w:rsidR="00467FE0" w:rsidRPr="00EB75F0" w:rsidRDefault="00467FE0" w:rsidP="00C32B29">
            <w:pPr>
              <w:pStyle w:val="TableText"/>
              <w:spacing w:before="48" w:after="48"/>
              <w:rPr>
                <w:b/>
                <w:color w:val="000000"/>
                <w:sz w:val="18"/>
              </w:rPr>
            </w:pPr>
            <w:r w:rsidRPr="00EB75F0">
              <w:rPr>
                <w:b/>
                <w:sz w:val="18"/>
              </w:rPr>
              <w:t>2.04 (1.21, 3.52)</w:t>
            </w:r>
          </w:p>
        </w:tc>
      </w:tr>
      <w:tr w:rsidR="00467FE0" w:rsidRPr="00EB75F0" w14:paraId="0297ED0C"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657F0B2B" w14:textId="77777777" w:rsidR="00467FE0" w:rsidRPr="00EB75F0" w:rsidRDefault="00467FE0" w:rsidP="00C32B29">
            <w:pPr>
              <w:pStyle w:val="TableText"/>
              <w:spacing w:before="48" w:after="48"/>
              <w:rPr>
                <w:sz w:val="18"/>
              </w:rPr>
            </w:pPr>
            <w:proofErr w:type="spellStart"/>
            <w:r w:rsidRPr="00EB75F0">
              <w:rPr>
                <w:color w:val="000000"/>
                <w:sz w:val="18"/>
              </w:rPr>
              <w:t>Lumateperone</w:t>
            </w:r>
            <w:proofErr w:type="spellEnd"/>
          </w:p>
        </w:tc>
        <w:tc>
          <w:tcPr>
            <w:tcW w:w="1011" w:type="pct"/>
            <w:tcBorders>
              <w:top w:val="single" w:sz="4" w:space="0" w:color="000000"/>
              <w:left w:val="single" w:sz="4" w:space="0" w:color="000000"/>
              <w:bottom w:val="single" w:sz="4" w:space="0" w:color="000000"/>
              <w:right w:val="single" w:sz="4" w:space="0" w:color="000000"/>
            </w:tcBorders>
          </w:tcPr>
          <w:p w14:paraId="55DC4EF4" w14:textId="77777777" w:rsidR="00467FE0" w:rsidRPr="00EB75F0" w:rsidRDefault="00467FE0" w:rsidP="00C32B29">
            <w:pPr>
              <w:pStyle w:val="TableText"/>
              <w:spacing w:before="48" w:after="48"/>
              <w:rPr>
                <w:b/>
                <w:color w:val="000000"/>
                <w:sz w:val="18"/>
              </w:rPr>
            </w:pPr>
            <w:r w:rsidRPr="00EB75F0">
              <w:rPr>
                <w:b/>
                <w:sz w:val="18"/>
              </w:rPr>
              <w:t>2.06 (1.09, 3.87)</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7FCDDAC7" w14:textId="77777777" w:rsidR="00467FE0" w:rsidRPr="00EB75F0" w:rsidRDefault="00467FE0" w:rsidP="00C32B29">
            <w:pPr>
              <w:pStyle w:val="TableText"/>
              <w:spacing w:before="48" w:after="48"/>
              <w:rPr>
                <w:b/>
                <w:color w:val="000000"/>
                <w:sz w:val="18"/>
              </w:rPr>
            </w:pPr>
            <w:r w:rsidRPr="00EB75F0">
              <w:rPr>
                <w:sz w:val="18"/>
              </w:rPr>
              <w:t>2.08 (0.94, 4.54)</w:t>
            </w:r>
          </w:p>
        </w:tc>
        <w:tc>
          <w:tcPr>
            <w:tcW w:w="1000" w:type="pct"/>
            <w:gridSpan w:val="2"/>
            <w:tcBorders>
              <w:top w:val="single" w:sz="4" w:space="0" w:color="000000"/>
              <w:left w:val="single" w:sz="4" w:space="0" w:color="000000"/>
              <w:bottom w:val="single" w:sz="4" w:space="0" w:color="000000"/>
              <w:right w:val="single" w:sz="4" w:space="0" w:color="000000"/>
            </w:tcBorders>
          </w:tcPr>
          <w:p w14:paraId="174EF2F7" w14:textId="77777777" w:rsidR="00467FE0" w:rsidRPr="00EB75F0" w:rsidRDefault="00467FE0" w:rsidP="00C32B29">
            <w:pPr>
              <w:pStyle w:val="TableText"/>
              <w:spacing w:before="48" w:after="48"/>
              <w:rPr>
                <w:b/>
                <w:color w:val="000000"/>
                <w:sz w:val="18"/>
              </w:rPr>
            </w:pPr>
            <w:r w:rsidRPr="00EB75F0">
              <w:rPr>
                <w:sz w:val="18"/>
              </w:rPr>
              <w:t>2.08 (0.93, 4.66)</w:t>
            </w:r>
          </w:p>
        </w:tc>
        <w:tc>
          <w:tcPr>
            <w:tcW w:w="950" w:type="pct"/>
            <w:tcBorders>
              <w:top w:val="single" w:sz="4" w:space="0" w:color="000000"/>
              <w:left w:val="single" w:sz="4" w:space="0" w:color="000000"/>
              <w:bottom w:val="single" w:sz="4" w:space="0" w:color="000000"/>
              <w:right w:val="single" w:sz="4" w:space="0" w:color="000000"/>
            </w:tcBorders>
          </w:tcPr>
          <w:p w14:paraId="4ACBAC25" w14:textId="77777777" w:rsidR="00467FE0" w:rsidRPr="00EB75F0" w:rsidRDefault="00467FE0" w:rsidP="00C32B29">
            <w:pPr>
              <w:pStyle w:val="TableText"/>
              <w:spacing w:before="48" w:after="48"/>
              <w:rPr>
                <w:color w:val="000000"/>
                <w:sz w:val="18"/>
              </w:rPr>
            </w:pPr>
            <w:r w:rsidRPr="00EB75F0">
              <w:rPr>
                <w:sz w:val="18"/>
              </w:rPr>
              <w:t>2.05 (0.98, 4.43)</w:t>
            </w:r>
          </w:p>
        </w:tc>
      </w:tr>
      <w:tr w:rsidR="00467FE0" w:rsidRPr="00EB75F0" w14:paraId="2E588EED"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196DA487" w14:textId="77777777" w:rsidR="00467FE0" w:rsidRPr="00EB75F0" w:rsidRDefault="00467FE0" w:rsidP="00C32B29">
            <w:pPr>
              <w:pStyle w:val="TableText"/>
              <w:spacing w:before="48" w:after="48"/>
              <w:rPr>
                <w:sz w:val="18"/>
              </w:rPr>
            </w:pPr>
            <w:r w:rsidRPr="00EB75F0">
              <w:rPr>
                <w:color w:val="000000"/>
                <w:sz w:val="18"/>
              </w:rPr>
              <w:t>Olanzapine</w:t>
            </w:r>
          </w:p>
        </w:tc>
        <w:tc>
          <w:tcPr>
            <w:tcW w:w="1011" w:type="pct"/>
            <w:tcBorders>
              <w:top w:val="single" w:sz="4" w:space="0" w:color="000000"/>
              <w:left w:val="single" w:sz="4" w:space="0" w:color="000000"/>
              <w:bottom w:val="single" w:sz="4" w:space="0" w:color="000000"/>
              <w:right w:val="single" w:sz="4" w:space="0" w:color="000000"/>
            </w:tcBorders>
          </w:tcPr>
          <w:p w14:paraId="1E4D873E" w14:textId="77777777" w:rsidR="00467FE0" w:rsidRPr="00EB75F0" w:rsidRDefault="00467FE0" w:rsidP="00C32B29">
            <w:pPr>
              <w:pStyle w:val="TableText"/>
              <w:spacing w:before="48" w:after="48"/>
              <w:rPr>
                <w:b/>
                <w:color w:val="000000"/>
                <w:sz w:val="18"/>
              </w:rPr>
            </w:pPr>
            <w:r w:rsidRPr="00EB75F0">
              <w:rPr>
                <w:sz w:val="18"/>
              </w:rPr>
              <w:t>1.24 (0.76, 2.05)</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1F4A28D9" w14:textId="77777777" w:rsidR="00467FE0" w:rsidRPr="00EB75F0" w:rsidRDefault="00467FE0" w:rsidP="00C32B29">
            <w:pPr>
              <w:pStyle w:val="TableText"/>
              <w:spacing w:before="48" w:after="48"/>
              <w:rPr>
                <w:b/>
                <w:color w:val="000000"/>
                <w:sz w:val="18"/>
              </w:rPr>
            </w:pPr>
            <w:r w:rsidRPr="00EB75F0">
              <w:rPr>
                <w:sz w:val="18"/>
              </w:rPr>
              <w:t>1.26 (0.69, 2.27)</w:t>
            </w:r>
          </w:p>
        </w:tc>
        <w:tc>
          <w:tcPr>
            <w:tcW w:w="1000" w:type="pct"/>
            <w:gridSpan w:val="2"/>
            <w:tcBorders>
              <w:top w:val="single" w:sz="4" w:space="0" w:color="000000"/>
              <w:left w:val="single" w:sz="4" w:space="0" w:color="000000"/>
              <w:bottom w:val="single" w:sz="4" w:space="0" w:color="000000"/>
              <w:right w:val="single" w:sz="4" w:space="0" w:color="000000"/>
            </w:tcBorders>
          </w:tcPr>
          <w:p w14:paraId="7B0DBFB4" w14:textId="77777777" w:rsidR="00467FE0" w:rsidRPr="00EB75F0" w:rsidRDefault="00467FE0" w:rsidP="00C32B29">
            <w:pPr>
              <w:pStyle w:val="TableText"/>
              <w:spacing w:before="48" w:after="48"/>
              <w:rPr>
                <w:b/>
                <w:color w:val="000000"/>
                <w:sz w:val="18"/>
              </w:rPr>
            </w:pPr>
            <w:r w:rsidRPr="00EB75F0">
              <w:rPr>
                <w:sz w:val="18"/>
              </w:rPr>
              <w:t>1.24 (0.68, 2.31)</w:t>
            </w:r>
          </w:p>
        </w:tc>
        <w:tc>
          <w:tcPr>
            <w:tcW w:w="950" w:type="pct"/>
            <w:tcBorders>
              <w:top w:val="single" w:sz="4" w:space="0" w:color="000000"/>
              <w:left w:val="single" w:sz="4" w:space="0" w:color="000000"/>
              <w:bottom w:val="single" w:sz="4" w:space="0" w:color="000000"/>
              <w:right w:val="single" w:sz="4" w:space="0" w:color="000000"/>
            </w:tcBorders>
          </w:tcPr>
          <w:p w14:paraId="59806968" w14:textId="77777777" w:rsidR="00467FE0" w:rsidRPr="00EB75F0" w:rsidRDefault="00467FE0" w:rsidP="00C32B29">
            <w:pPr>
              <w:pStyle w:val="TableText"/>
              <w:spacing w:before="48" w:after="48"/>
              <w:rPr>
                <w:b/>
                <w:color w:val="000000"/>
                <w:sz w:val="18"/>
              </w:rPr>
            </w:pPr>
            <w:r w:rsidRPr="00EB75F0">
              <w:rPr>
                <w:sz w:val="18"/>
              </w:rPr>
              <w:t>1.24 (0.71, 2.21)</w:t>
            </w:r>
          </w:p>
        </w:tc>
      </w:tr>
      <w:tr w:rsidR="00467FE0" w:rsidRPr="00EB75F0" w14:paraId="0BACB030"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166FF344" w14:textId="77777777" w:rsidR="00467FE0" w:rsidRPr="00EB75F0" w:rsidRDefault="00467FE0" w:rsidP="00C32B29">
            <w:pPr>
              <w:pStyle w:val="TableText"/>
              <w:spacing w:before="48" w:after="48"/>
              <w:rPr>
                <w:sz w:val="18"/>
              </w:rPr>
            </w:pPr>
            <w:r w:rsidRPr="00EB75F0">
              <w:rPr>
                <w:color w:val="000000"/>
                <w:sz w:val="18"/>
              </w:rPr>
              <w:t>Quetiapine</w:t>
            </w:r>
          </w:p>
        </w:tc>
        <w:tc>
          <w:tcPr>
            <w:tcW w:w="1011" w:type="pct"/>
            <w:tcBorders>
              <w:top w:val="single" w:sz="4" w:space="0" w:color="000000"/>
              <w:left w:val="single" w:sz="4" w:space="0" w:color="000000"/>
              <w:bottom w:val="single" w:sz="4" w:space="0" w:color="000000"/>
              <w:right w:val="single" w:sz="4" w:space="0" w:color="000000"/>
            </w:tcBorders>
          </w:tcPr>
          <w:p w14:paraId="5FD43106" w14:textId="77777777" w:rsidR="00467FE0" w:rsidRPr="00EB75F0" w:rsidRDefault="00467FE0" w:rsidP="00C32B29">
            <w:pPr>
              <w:pStyle w:val="TableText"/>
              <w:spacing w:before="48" w:after="48"/>
              <w:rPr>
                <w:b/>
                <w:color w:val="000000"/>
                <w:sz w:val="18"/>
              </w:rPr>
            </w:pPr>
            <w:r w:rsidRPr="00EB75F0">
              <w:rPr>
                <w:sz w:val="18"/>
              </w:rPr>
              <w:t>1.30 (0.77, 2.21)</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6A698B4B" w14:textId="77777777" w:rsidR="00467FE0" w:rsidRPr="00EB75F0" w:rsidRDefault="00467FE0" w:rsidP="00C32B29">
            <w:pPr>
              <w:pStyle w:val="TableText"/>
              <w:spacing w:before="48" w:after="48"/>
              <w:rPr>
                <w:b/>
                <w:color w:val="000000"/>
                <w:sz w:val="18"/>
              </w:rPr>
            </w:pPr>
            <w:r w:rsidRPr="00EB75F0">
              <w:rPr>
                <w:sz w:val="18"/>
              </w:rPr>
              <w:t>1.38 (0.73, 2.67)</w:t>
            </w:r>
          </w:p>
        </w:tc>
        <w:tc>
          <w:tcPr>
            <w:tcW w:w="1000" w:type="pct"/>
            <w:gridSpan w:val="2"/>
            <w:tcBorders>
              <w:top w:val="single" w:sz="4" w:space="0" w:color="000000"/>
              <w:left w:val="single" w:sz="4" w:space="0" w:color="000000"/>
              <w:bottom w:val="single" w:sz="4" w:space="0" w:color="000000"/>
              <w:right w:val="single" w:sz="4" w:space="0" w:color="000000"/>
            </w:tcBorders>
          </w:tcPr>
          <w:p w14:paraId="6E11AD76" w14:textId="77777777" w:rsidR="00467FE0" w:rsidRPr="00EB75F0" w:rsidRDefault="00467FE0" w:rsidP="00C32B29">
            <w:pPr>
              <w:pStyle w:val="TableText"/>
              <w:spacing w:before="48" w:after="48"/>
              <w:rPr>
                <w:b/>
                <w:color w:val="000000"/>
                <w:sz w:val="18"/>
              </w:rPr>
            </w:pPr>
            <w:r w:rsidRPr="00EB75F0">
              <w:rPr>
                <w:sz w:val="18"/>
              </w:rPr>
              <w:t>1.38 (0.73, 2.73)</w:t>
            </w:r>
          </w:p>
        </w:tc>
        <w:tc>
          <w:tcPr>
            <w:tcW w:w="950" w:type="pct"/>
            <w:tcBorders>
              <w:top w:val="single" w:sz="4" w:space="0" w:color="000000"/>
              <w:left w:val="single" w:sz="4" w:space="0" w:color="000000"/>
              <w:bottom w:val="single" w:sz="4" w:space="0" w:color="000000"/>
              <w:right w:val="single" w:sz="4" w:space="0" w:color="000000"/>
            </w:tcBorders>
          </w:tcPr>
          <w:p w14:paraId="37387351" w14:textId="77777777" w:rsidR="00467FE0" w:rsidRPr="00EB75F0" w:rsidRDefault="00467FE0" w:rsidP="00C32B29">
            <w:pPr>
              <w:pStyle w:val="TableText"/>
              <w:spacing w:before="48" w:after="48"/>
              <w:rPr>
                <w:b/>
                <w:color w:val="000000"/>
                <w:sz w:val="18"/>
              </w:rPr>
            </w:pPr>
            <w:r w:rsidRPr="00EB75F0">
              <w:rPr>
                <w:sz w:val="18"/>
              </w:rPr>
              <w:t>1.31 (0.72, 2.51)</w:t>
            </w:r>
          </w:p>
        </w:tc>
      </w:tr>
      <w:tr w:rsidR="00467FE0" w:rsidRPr="00EB75F0" w14:paraId="001099B3"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7AEFD908" w14:textId="77777777" w:rsidR="00467FE0" w:rsidRPr="00EB75F0" w:rsidRDefault="00467FE0" w:rsidP="00C32B29">
            <w:pPr>
              <w:pStyle w:val="TableText"/>
              <w:spacing w:before="48" w:after="48"/>
              <w:rPr>
                <w:sz w:val="18"/>
              </w:rPr>
            </w:pPr>
            <w:r w:rsidRPr="00EB75F0">
              <w:rPr>
                <w:color w:val="000000"/>
                <w:sz w:val="18"/>
              </w:rPr>
              <w:t>Risperidone</w:t>
            </w:r>
          </w:p>
        </w:tc>
        <w:tc>
          <w:tcPr>
            <w:tcW w:w="1011" w:type="pct"/>
            <w:tcBorders>
              <w:top w:val="single" w:sz="4" w:space="0" w:color="000000"/>
              <w:left w:val="single" w:sz="4" w:space="0" w:color="000000"/>
              <w:bottom w:val="single" w:sz="4" w:space="0" w:color="000000"/>
              <w:right w:val="single" w:sz="4" w:space="0" w:color="000000"/>
            </w:tcBorders>
          </w:tcPr>
          <w:p w14:paraId="5E65FF91" w14:textId="77777777" w:rsidR="00467FE0" w:rsidRPr="00EB75F0" w:rsidRDefault="00467FE0" w:rsidP="00C32B29">
            <w:pPr>
              <w:pStyle w:val="TableText"/>
              <w:spacing w:before="48" w:after="48"/>
              <w:rPr>
                <w:b/>
                <w:color w:val="000000"/>
                <w:sz w:val="18"/>
              </w:rPr>
            </w:pPr>
            <w:r w:rsidRPr="00EB75F0">
              <w:rPr>
                <w:sz w:val="18"/>
              </w:rPr>
              <w:t>1.37 (0.86, 2.19)</w:t>
            </w:r>
          </w:p>
        </w:tc>
        <w:tc>
          <w:tcPr>
            <w:tcW w:w="1025" w:type="pct"/>
            <w:tcBorders>
              <w:top w:val="single" w:sz="4" w:space="0" w:color="000000"/>
              <w:left w:val="single" w:sz="4" w:space="0" w:color="000000"/>
              <w:bottom w:val="single" w:sz="4" w:space="0" w:color="000000"/>
              <w:right w:val="single" w:sz="4" w:space="0" w:color="000000"/>
            </w:tcBorders>
            <w:shd w:val="clear" w:color="auto" w:fill="FFFCCC"/>
          </w:tcPr>
          <w:p w14:paraId="0A0A3AAA" w14:textId="77777777" w:rsidR="00467FE0" w:rsidRPr="00EB75F0" w:rsidRDefault="00467FE0" w:rsidP="00C32B29">
            <w:pPr>
              <w:pStyle w:val="TableText"/>
              <w:spacing w:before="48" w:after="48"/>
              <w:rPr>
                <w:b/>
                <w:color w:val="000000"/>
                <w:sz w:val="18"/>
              </w:rPr>
            </w:pPr>
            <w:r w:rsidRPr="00EB75F0">
              <w:rPr>
                <w:sz w:val="18"/>
              </w:rPr>
              <w:t>1.37 (0.78, 2.37)</w:t>
            </w:r>
          </w:p>
        </w:tc>
        <w:tc>
          <w:tcPr>
            <w:tcW w:w="1000" w:type="pct"/>
            <w:gridSpan w:val="2"/>
            <w:tcBorders>
              <w:top w:val="single" w:sz="4" w:space="0" w:color="000000"/>
              <w:left w:val="single" w:sz="4" w:space="0" w:color="000000"/>
              <w:bottom w:val="single" w:sz="4" w:space="0" w:color="000000"/>
              <w:right w:val="single" w:sz="4" w:space="0" w:color="000000"/>
            </w:tcBorders>
          </w:tcPr>
          <w:p w14:paraId="45794F31" w14:textId="77777777" w:rsidR="00467FE0" w:rsidRPr="00EB75F0" w:rsidRDefault="00467FE0" w:rsidP="00C32B29">
            <w:pPr>
              <w:pStyle w:val="TableText"/>
              <w:spacing w:before="48" w:after="48"/>
              <w:rPr>
                <w:b/>
                <w:color w:val="000000"/>
                <w:sz w:val="18"/>
              </w:rPr>
            </w:pPr>
            <w:r w:rsidRPr="00EB75F0">
              <w:rPr>
                <w:sz w:val="18"/>
              </w:rPr>
              <w:t>1.36 (0.76, 2.43)</w:t>
            </w:r>
          </w:p>
        </w:tc>
        <w:tc>
          <w:tcPr>
            <w:tcW w:w="950" w:type="pct"/>
            <w:tcBorders>
              <w:top w:val="single" w:sz="4" w:space="0" w:color="000000"/>
              <w:left w:val="single" w:sz="4" w:space="0" w:color="000000"/>
              <w:bottom w:val="single" w:sz="4" w:space="0" w:color="000000"/>
              <w:right w:val="single" w:sz="4" w:space="0" w:color="000000"/>
            </w:tcBorders>
          </w:tcPr>
          <w:p w14:paraId="59DFF6EC" w14:textId="77777777" w:rsidR="00467FE0" w:rsidRPr="00EB75F0" w:rsidRDefault="00467FE0" w:rsidP="00C32B29">
            <w:pPr>
              <w:pStyle w:val="TableText"/>
              <w:spacing w:before="48" w:after="48"/>
              <w:rPr>
                <w:b/>
                <w:color w:val="000000"/>
                <w:sz w:val="18"/>
              </w:rPr>
            </w:pPr>
            <w:r w:rsidRPr="00EB75F0">
              <w:rPr>
                <w:sz w:val="18"/>
              </w:rPr>
              <w:t>1.36 (0.80, 2.38)</w:t>
            </w:r>
          </w:p>
        </w:tc>
      </w:tr>
      <w:tr w:rsidR="00467FE0" w:rsidRPr="00EB75F0" w14:paraId="4A154448" w14:textId="77777777" w:rsidTr="00C32B29">
        <w:trPr>
          <w:trHeight w:val="58"/>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000000"/>
            <w:vAlign w:val="center"/>
          </w:tcPr>
          <w:p w14:paraId="17E512F7" w14:textId="77777777" w:rsidR="00467FE0" w:rsidRPr="00EB75F0" w:rsidRDefault="00467FE0" w:rsidP="00C32B29">
            <w:pPr>
              <w:pStyle w:val="TableText"/>
              <w:spacing w:before="48" w:after="48"/>
              <w:rPr>
                <w:rFonts w:ascii="Aptos Narrow" w:hAnsi="Aptos Narrow"/>
                <w:color w:val="FFFFFF"/>
                <w:sz w:val="18"/>
              </w:rPr>
            </w:pPr>
            <w:r w:rsidRPr="00EB75F0">
              <w:rPr>
                <w:color w:val="FFFFFF"/>
                <w:sz w:val="18"/>
                <w:highlight w:val="black"/>
              </w:rPr>
              <w:t>Direct head-to-head meta-analyses</w:t>
            </w:r>
          </w:p>
        </w:tc>
      </w:tr>
      <w:tr w:rsidR="00467FE0" w:rsidRPr="00EB75F0" w14:paraId="4581352F"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2CE94848" w14:textId="77777777" w:rsidR="00467FE0" w:rsidRPr="00EB75F0" w:rsidRDefault="00467FE0" w:rsidP="00C32B29">
            <w:pPr>
              <w:pStyle w:val="TableText"/>
              <w:spacing w:before="48" w:after="48"/>
              <w:rPr>
                <w:color w:val="000000"/>
                <w:sz w:val="18"/>
              </w:rPr>
            </w:pPr>
            <w:r w:rsidRPr="00EB75F0">
              <w:rPr>
                <w:color w:val="000000"/>
                <w:sz w:val="18"/>
              </w:rPr>
              <w:t>Range of I</w:t>
            </w:r>
            <w:r w:rsidRPr="00EB75F0">
              <w:rPr>
                <w:color w:val="000000"/>
                <w:sz w:val="18"/>
                <w:vertAlign w:val="superscript"/>
              </w:rPr>
              <w:t>2</w:t>
            </w:r>
            <w:r w:rsidRPr="00EB75F0">
              <w:rPr>
                <w:color w:val="000000"/>
                <w:sz w:val="18"/>
              </w:rPr>
              <w:t xml:space="preserve"> values</w:t>
            </w:r>
          </w:p>
        </w:tc>
        <w:tc>
          <w:tcPr>
            <w:tcW w:w="2037" w:type="pct"/>
            <w:gridSpan w:val="2"/>
            <w:tcBorders>
              <w:top w:val="single" w:sz="4" w:space="0" w:color="000000"/>
              <w:left w:val="single" w:sz="4" w:space="0" w:color="000000"/>
              <w:bottom w:val="single" w:sz="4" w:space="0" w:color="000000"/>
              <w:right w:val="single" w:sz="4" w:space="0" w:color="000000"/>
            </w:tcBorders>
            <w:vAlign w:val="bottom"/>
          </w:tcPr>
          <w:p w14:paraId="0C86B66B" w14:textId="77777777" w:rsidR="00467FE0" w:rsidRPr="00EB75F0" w:rsidRDefault="00467FE0" w:rsidP="00C32B29">
            <w:pPr>
              <w:pStyle w:val="TableText"/>
              <w:spacing w:before="48" w:after="48"/>
              <w:rPr>
                <w:color w:val="000000"/>
                <w:sz w:val="18"/>
              </w:rPr>
            </w:pPr>
            <w:r w:rsidRPr="00EB75F0">
              <w:rPr>
                <w:color w:val="000000"/>
                <w:sz w:val="18"/>
              </w:rPr>
              <w:t>0-80%, considerable heterogeneity between studies for olanzapine versus placebo (77%) and quetiapine versus placebo (80%)</w:t>
            </w:r>
          </w:p>
        </w:tc>
        <w:tc>
          <w:tcPr>
            <w:tcW w:w="975" w:type="pct"/>
            <w:tcBorders>
              <w:top w:val="single" w:sz="4" w:space="0" w:color="000000"/>
              <w:left w:val="single" w:sz="4" w:space="0" w:color="000000"/>
              <w:bottom w:val="single" w:sz="4" w:space="0" w:color="000000"/>
              <w:right w:val="single" w:sz="4" w:space="0" w:color="000000"/>
            </w:tcBorders>
            <w:vAlign w:val="center"/>
          </w:tcPr>
          <w:p w14:paraId="2710EC8E" w14:textId="77777777" w:rsidR="00467FE0" w:rsidRPr="00EB75F0" w:rsidRDefault="00467FE0" w:rsidP="00C32B29">
            <w:pPr>
              <w:pStyle w:val="TableText"/>
              <w:spacing w:before="48" w:after="48"/>
              <w:rPr>
                <w:rFonts w:ascii="Aptos Narrow" w:hAnsi="Aptos Narrow"/>
                <w:color w:val="000000"/>
                <w:sz w:val="18"/>
              </w:rPr>
            </w:pPr>
            <w:r w:rsidRPr="00EB75F0">
              <w:rPr>
                <w:color w:val="000000"/>
                <w:sz w:val="18"/>
              </w:rPr>
              <w:t xml:space="preserve">0-80%, considerable heterogeneity between studies for </w:t>
            </w:r>
            <w:proofErr w:type="spellStart"/>
            <w:r w:rsidRPr="00EB75F0">
              <w:rPr>
                <w:color w:val="000000"/>
                <w:sz w:val="18"/>
              </w:rPr>
              <w:t>brexpiprazole</w:t>
            </w:r>
            <w:proofErr w:type="spellEnd"/>
            <w:r w:rsidRPr="00EB75F0">
              <w:rPr>
                <w:color w:val="000000"/>
                <w:sz w:val="18"/>
              </w:rPr>
              <w:t xml:space="preserve"> versus placebo (55%), olanzapine versus placebo (77%) and quetiapine versus placebo (80%)</w:t>
            </w:r>
          </w:p>
        </w:tc>
        <w:tc>
          <w:tcPr>
            <w:tcW w:w="975" w:type="pct"/>
            <w:gridSpan w:val="2"/>
            <w:tcBorders>
              <w:top w:val="single" w:sz="4" w:space="0" w:color="000000"/>
              <w:left w:val="single" w:sz="4" w:space="0" w:color="000000"/>
              <w:bottom w:val="single" w:sz="4" w:space="0" w:color="000000"/>
              <w:right w:val="single" w:sz="4" w:space="0" w:color="000000"/>
            </w:tcBorders>
            <w:vAlign w:val="center"/>
          </w:tcPr>
          <w:p w14:paraId="4F4FDA94" w14:textId="77777777" w:rsidR="00467FE0" w:rsidRPr="00EB75F0" w:rsidRDefault="00467FE0" w:rsidP="00C32B29">
            <w:pPr>
              <w:pStyle w:val="TableText"/>
              <w:spacing w:before="48" w:after="48"/>
              <w:rPr>
                <w:rFonts w:ascii="Aptos Narrow" w:hAnsi="Aptos Narrow"/>
                <w:color w:val="000000"/>
                <w:sz w:val="18"/>
              </w:rPr>
            </w:pPr>
            <w:r w:rsidRPr="00EB75F0">
              <w:rPr>
                <w:color w:val="000000"/>
                <w:sz w:val="18"/>
              </w:rPr>
              <w:t>0-80%, considerable heterogeneity between studies for olanzapine versus placebo (77%) and quetiapine versus placebo (80%)</w:t>
            </w:r>
          </w:p>
        </w:tc>
      </w:tr>
      <w:tr w:rsidR="00467FE0" w:rsidRPr="00EB75F0" w14:paraId="673CCF06" w14:textId="77777777" w:rsidTr="00C32B29">
        <w:trPr>
          <w:trHeight w:val="58"/>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000000"/>
            <w:vAlign w:val="center"/>
          </w:tcPr>
          <w:p w14:paraId="08E2289D" w14:textId="77777777" w:rsidR="00467FE0" w:rsidRPr="00EB75F0" w:rsidRDefault="00467FE0" w:rsidP="00C32B29">
            <w:pPr>
              <w:pStyle w:val="TableText"/>
              <w:spacing w:before="48" w:after="48"/>
              <w:rPr>
                <w:rFonts w:ascii="Aptos Narrow" w:hAnsi="Aptos Narrow"/>
                <w:color w:val="FFFFFF"/>
                <w:sz w:val="18"/>
              </w:rPr>
            </w:pPr>
            <w:r w:rsidRPr="00EB75F0">
              <w:rPr>
                <w:color w:val="FFFFFF"/>
                <w:sz w:val="18"/>
                <w:highlight w:val="black"/>
              </w:rPr>
              <w:t>Node-splitting analyses</w:t>
            </w:r>
          </w:p>
        </w:tc>
      </w:tr>
      <w:tr w:rsidR="00467FE0" w:rsidRPr="00EB75F0" w14:paraId="4233E1CF" w14:textId="77777777" w:rsidTr="00C32B29">
        <w:trPr>
          <w:trHeight w:val="58"/>
        </w:trPr>
        <w:tc>
          <w:tcPr>
            <w:tcW w:w="1013" w:type="pct"/>
            <w:tcBorders>
              <w:top w:val="single" w:sz="4" w:space="0" w:color="000000"/>
              <w:left w:val="single" w:sz="4" w:space="0" w:color="000000"/>
              <w:bottom w:val="single" w:sz="4" w:space="0" w:color="000000"/>
              <w:right w:val="single" w:sz="4" w:space="0" w:color="000000"/>
            </w:tcBorders>
            <w:vAlign w:val="center"/>
          </w:tcPr>
          <w:p w14:paraId="22DEF7AB" w14:textId="77777777" w:rsidR="00467FE0" w:rsidRPr="00EB75F0" w:rsidRDefault="00467FE0" w:rsidP="00C32B29">
            <w:pPr>
              <w:pStyle w:val="TableText"/>
              <w:spacing w:before="48" w:after="48"/>
              <w:rPr>
                <w:color w:val="000000"/>
                <w:sz w:val="18"/>
              </w:rPr>
            </w:pPr>
            <w:r w:rsidRPr="00EB75F0">
              <w:rPr>
                <w:color w:val="000000"/>
                <w:sz w:val="18"/>
              </w:rPr>
              <w:t>IF estimates suggesting inconsistency</w:t>
            </w:r>
          </w:p>
        </w:tc>
        <w:tc>
          <w:tcPr>
            <w:tcW w:w="2037" w:type="pct"/>
            <w:gridSpan w:val="2"/>
            <w:tcBorders>
              <w:top w:val="single" w:sz="4" w:space="0" w:color="000000"/>
              <w:left w:val="single" w:sz="4" w:space="0" w:color="000000"/>
              <w:bottom w:val="single" w:sz="4" w:space="0" w:color="000000"/>
              <w:right w:val="single" w:sz="4" w:space="0" w:color="000000"/>
            </w:tcBorders>
            <w:vAlign w:val="center"/>
          </w:tcPr>
          <w:p w14:paraId="5ED01078" w14:textId="77777777" w:rsidR="00467FE0" w:rsidRPr="00EB75F0" w:rsidRDefault="00467FE0" w:rsidP="00C32B29">
            <w:pPr>
              <w:pStyle w:val="TableText"/>
              <w:spacing w:before="48" w:after="48"/>
              <w:rPr>
                <w:color w:val="000000"/>
                <w:sz w:val="18"/>
              </w:rPr>
            </w:pPr>
            <w:r w:rsidRPr="00EB75F0">
              <w:rPr>
                <w:color w:val="000000"/>
                <w:sz w:val="18"/>
              </w:rPr>
              <w:t>-</w:t>
            </w:r>
          </w:p>
        </w:tc>
        <w:tc>
          <w:tcPr>
            <w:tcW w:w="975" w:type="pct"/>
            <w:tcBorders>
              <w:top w:val="single" w:sz="4" w:space="0" w:color="000000"/>
              <w:left w:val="single" w:sz="4" w:space="0" w:color="000000"/>
              <w:bottom w:val="single" w:sz="4" w:space="0" w:color="000000"/>
              <w:right w:val="single" w:sz="4" w:space="0" w:color="000000"/>
            </w:tcBorders>
            <w:vAlign w:val="center"/>
          </w:tcPr>
          <w:p w14:paraId="6F14B205" w14:textId="77777777" w:rsidR="00467FE0" w:rsidRPr="00EB75F0" w:rsidRDefault="00467FE0" w:rsidP="00C32B29">
            <w:pPr>
              <w:pStyle w:val="TableText"/>
              <w:spacing w:before="48" w:after="48"/>
              <w:rPr>
                <w:color w:val="000000"/>
                <w:sz w:val="18"/>
              </w:rPr>
            </w:pPr>
            <w:r w:rsidRPr="00EB75F0">
              <w:rPr>
                <w:color w:val="000000"/>
                <w:sz w:val="18"/>
              </w:rPr>
              <w:t>-</w:t>
            </w:r>
          </w:p>
        </w:tc>
        <w:tc>
          <w:tcPr>
            <w:tcW w:w="975" w:type="pct"/>
            <w:gridSpan w:val="2"/>
            <w:tcBorders>
              <w:top w:val="single" w:sz="4" w:space="0" w:color="000000"/>
              <w:left w:val="single" w:sz="4" w:space="0" w:color="000000"/>
              <w:bottom w:val="single" w:sz="4" w:space="0" w:color="000000"/>
              <w:right w:val="single" w:sz="4" w:space="0" w:color="000000"/>
            </w:tcBorders>
            <w:vAlign w:val="center"/>
          </w:tcPr>
          <w:p w14:paraId="07FE4F46" w14:textId="77777777" w:rsidR="00467FE0" w:rsidRPr="00EB75F0" w:rsidRDefault="00467FE0" w:rsidP="00C32B29">
            <w:pPr>
              <w:pStyle w:val="TableText"/>
              <w:spacing w:before="48" w:after="48"/>
              <w:rPr>
                <w:color w:val="000000"/>
                <w:sz w:val="18"/>
              </w:rPr>
            </w:pPr>
            <w:r w:rsidRPr="00EB75F0">
              <w:rPr>
                <w:color w:val="000000"/>
                <w:sz w:val="18"/>
              </w:rPr>
              <w:t>-</w:t>
            </w:r>
          </w:p>
        </w:tc>
      </w:tr>
      <w:tr w:rsidR="00467FE0" w:rsidRPr="00EB75F0" w14:paraId="071D2975" w14:textId="77777777" w:rsidTr="00C32B29">
        <w:trPr>
          <w:trHeight w:val="58"/>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B6A9093" w14:textId="76793F40" w:rsidR="00467FE0" w:rsidRPr="00EB75F0" w:rsidRDefault="00467FE0" w:rsidP="00C32B29">
            <w:pPr>
              <w:pStyle w:val="Legend"/>
              <w:spacing w:before="48" w:after="48"/>
              <w:rPr>
                <w:sz w:val="16"/>
              </w:rPr>
            </w:pPr>
            <w:r w:rsidRPr="00EB75F0">
              <w:rPr>
                <w:b/>
                <w:sz w:val="16"/>
              </w:rPr>
              <w:t>Key:</w:t>
            </w:r>
            <w:r w:rsidRPr="00EB75F0">
              <w:rPr>
                <w:sz w:val="16"/>
              </w:rPr>
              <w:t xml:space="preserve"> </w:t>
            </w:r>
            <w:proofErr w:type="spellStart"/>
            <w:r w:rsidRPr="00EB75F0">
              <w:rPr>
                <w:sz w:val="16"/>
              </w:rPr>
              <w:t>CrI</w:t>
            </w:r>
            <w:proofErr w:type="spellEnd"/>
            <w:r w:rsidRPr="00EB75F0">
              <w:rPr>
                <w:sz w:val="16"/>
              </w:rPr>
              <w:t>, credible interval; DIC, deviance information criterion; FE, fixed-effects; OR, odds ratio; RE, random-effects; IF, inconsistency factor</w:t>
            </w:r>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KarXT</w:t>
            </w:r>
            <w:proofErr w:type="spellEnd"/>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xanomeline</w:t>
            </w:r>
            <w:proofErr w:type="spellEnd"/>
            <w:r w:rsidR="00DB65DB" w:rsidRPr="00DB65DB">
              <w:rPr>
                <w:rFonts w:asciiTheme="majorHAnsi" w:hAnsiTheme="majorHAnsi" w:cstheme="majorHAnsi"/>
                <w:sz w:val="16"/>
              </w:rPr>
              <w:t>/</w:t>
            </w:r>
            <w:proofErr w:type="spellStart"/>
            <w:r w:rsidR="00DB65DB" w:rsidRPr="00DB65DB">
              <w:rPr>
                <w:rFonts w:asciiTheme="majorHAnsi" w:hAnsiTheme="majorHAnsi" w:cstheme="majorHAnsi"/>
                <w:sz w:val="16"/>
              </w:rPr>
              <w:t>trospium</w:t>
            </w:r>
            <w:proofErr w:type="spellEnd"/>
            <w:r w:rsidR="00DB65DB" w:rsidRPr="00DB65DB">
              <w:rPr>
                <w:rFonts w:asciiTheme="majorHAnsi" w:hAnsiTheme="majorHAnsi" w:cstheme="majorHAnsi"/>
                <w:sz w:val="16"/>
              </w:rPr>
              <w:t xml:space="preserve"> chloride</w:t>
            </w:r>
          </w:p>
          <w:p w14:paraId="22393118" w14:textId="77777777" w:rsidR="00467FE0" w:rsidRPr="00EB75F0" w:rsidRDefault="00467FE0" w:rsidP="00C32B29">
            <w:pPr>
              <w:pStyle w:val="TableText"/>
              <w:spacing w:before="48" w:after="48"/>
              <w:rPr>
                <w:rFonts w:ascii="Aptos Narrow" w:hAnsi="Aptos Narrow"/>
                <w:color w:val="000000"/>
                <w:sz w:val="18"/>
              </w:rPr>
            </w:pPr>
            <w:r w:rsidRPr="00EB75F0">
              <w:rPr>
                <w:b/>
                <w:sz w:val="16"/>
              </w:rPr>
              <w:t>Notes:</w:t>
            </w:r>
            <w:r w:rsidRPr="00EB75F0">
              <w:rPr>
                <w:sz w:val="16"/>
              </w:rPr>
              <w:t xml:space="preserve"> </w:t>
            </w:r>
            <w:r w:rsidRPr="00EB75F0">
              <w:rPr>
                <w:sz w:val="16"/>
                <w:shd w:val="clear" w:color="auto" w:fill="FFFCCC"/>
              </w:rPr>
              <w:t>Pale yellow highlight</w:t>
            </w:r>
            <w:r w:rsidRPr="00EB75F0">
              <w:rPr>
                <w:sz w:val="16"/>
              </w:rPr>
              <w:t xml:space="preserve"> indicates the base case model; statistically significant differences are highlighted in </w:t>
            </w:r>
            <w:r w:rsidRPr="00EB75F0">
              <w:rPr>
                <w:b/>
                <w:sz w:val="16"/>
              </w:rPr>
              <w:t>bold</w:t>
            </w:r>
            <w:r w:rsidRPr="00EB75F0">
              <w:rPr>
                <w:sz w:val="16"/>
              </w:rPr>
              <w:t>.</w:t>
            </w:r>
          </w:p>
        </w:tc>
      </w:tr>
    </w:tbl>
    <w:p w14:paraId="27450168" w14:textId="77777777" w:rsidR="00467FE0" w:rsidRPr="00EB75F0" w:rsidRDefault="00467FE0">
      <w:pPr>
        <w:spacing w:before="0" w:after="200" w:line="276" w:lineRule="auto"/>
      </w:pPr>
    </w:p>
    <w:p w14:paraId="0024FEBD" w14:textId="34844033" w:rsidR="00741F8C" w:rsidRDefault="00741F8C" w:rsidP="00741F8C">
      <w:pPr>
        <w:pStyle w:val="Heading3"/>
      </w:pPr>
      <w:r w:rsidRPr="007F6A73">
        <w:lastRenderedPageBreak/>
        <w:t xml:space="preserve">Figure </w:t>
      </w:r>
      <w:r>
        <w:t>S</w:t>
      </w:r>
      <w:fldSimple w:instr=" SEQ Figure \* ARABIC ">
        <w:r w:rsidR="004B2F28">
          <w:rPr>
            <w:noProof/>
          </w:rPr>
          <w:t>67</w:t>
        </w:r>
      </w:fldSimple>
      <w:r w:rsidRPr="007F6A73">
        <w:t xml:space="preserve">: </w:t>
      </w:r>
      <w:r w:rsidRPr="00EB75F0">
        <w:t>Patients who experienced ≥ 30% improvement in PANSS total score from baseline –</w:t>
      </w:r>
      <w:r w:rsidRPr="00C228BD">
        <w:t xml:space="preserve"> </w:t>
      </w:r>
      <w:r>
        <w:t xml:space="preserve">distribution of potential effect modifiers by treatment node </w:t>
      </w:r>
      <w:r w:rsidRPr="007F6A73">
        <w:t>–</w:t>
      </w:r>
      <w:r>
        <w:t xml:space="preserve"> </w:t>
      </w:r>
      <w:r w:rsidRPr="00EB75F0">
        <w:t>base case network</w:t>
      </w:r>
      <w:r w:rsidRPr="007F6A73">
        <w:t xml:space="preserve"> </w:t>
      </w:r>
      <w:r w:rsidRPr="007F6A73">
        <w:rPr>
          <w:noProof/>
        </w:rPr>
        <w:drawing>
          <wp:inline distT="0" distB="0" distL="0" distR="0" wp14:anchorId="7CA2C114" wp14:editId="13D64408">
            <wp:extent cx="6119495" cy="7420745"/>
            <wp:effectExtent l="0" t="0" r="0" b="8890"/>
            <wp:docPr id="2113405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405978" name="Picture 1"/>
                    <pic:cNvPicPr>
                      <a:picLocks noChangeAspect="1" noChangeArrowheads="1"/>
                    </pic:cNvPicPr>
                  </pic:nvPicPr>
                  <pic:blipFill>
                    <a:blip r:embed="rId88"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3A7390B9" w14:textId="2CB0FBB6" w:rsidR="000C014A" w:rsidRPr="009E25E6" w:rsidRDefault="000C014A" w:rsidP="000C014A">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0.4</w:t>
      </w:r>
      <w:r>
        <w:rPr>
          <w:sz w:val="20"/>
        </w:rPr>
        <w:t>3</w:t>
      </w:r>
      <w:r w:rsidRPr="009E25E6">
        <w:rPr>
          <w:sz w:val="20"/>
        </w:rPr>
        <w:t>, 0.0</w:t>
      </w:r>
      <w:r>
        <w:rPr>
          <w:sz w:val="20"/>
        </w:rPr>
        <w:t>43</w:t>
      </w:r>
      <w:r w:rsidRPr="009E25E6">
        <w:rPr>
          <w:sz w:val="20"/>
        </w:rPr>
        <w:t>, 0.</w:t>
      </w:r>
      <w:r>
        <w:rPr>
          <w:sz w:val="20"/>
        </w:rPr>
        <w:t>1</w:t>
      </w:r>
      <w:r w:rsidRPr="009E25E6">
        <w:rPr>
          <w:sz w:val="20"/>
        </w:rPr>
        <w:t>, 0.</w:t>
      </w:r>
      <w:r>
        <w:rPr>
          <w:sz w:val="20"/>
        </w:rPr>
        <w:t>021</w:t>
      </w:r>
      <w:r w:rsidRPr="009E25E6">
        <w:rPr>
          <w:sz w:val="20"/>
        </w:rPr>
        <w:t>, 0.</w:t>
      </w:r>
      <w:r>
        <w:rPr>
          <w:sz w:val="20"/>
        </w:rPr>
        <w:t>38</w:t>
      </w:r>
      <w:r w:rsidRPr="009E25E6">
        <w:rPr>
          <w:sz w:val="20"/>
        </w:rPr>
        <w:t xml:space="preserve">, and 0.32, for percentage male, mean age, mean PANSS total score, mean PANSS positive score, mean PANSS negative score, and mean CGI-S score at baseline, respectively. This indicates no significant difference between </w:t>
      </w:r>
      <w:r>
        <w:rPr>
          <w:sz w:val="20"/>
        </w:rPr>
        <w:t xml:space="preserve">treatment </w:t>
      </w:r>
      <w:r w:rsidRPr="009E25E6">
        <w:rPr>
          <w:sz w:val="20"/>
        </w:rPr>
        <w:t xml:space="preserve">nodes except for with respect to mean age and mean PANSS </w:t>
      </w:r>
      <w:r w:rsidR="00CD1B57">
        <w:rPr>
          <w:sz w:val="20"/>
        </w:rPr>
        <w:t>positive</w:t>
      </w:r>
      <w:r w:rsidRPr="009E25E6">
        <w:rPr>
          <w:sz w:val="20"/>
        </w:rPr>
        <w:t xml:space="preserve"> score at baseline.</w:t>
      </w:r>
      <w:r>
        <w:rPr>
          <w:sz w:val="20"/>
        </w:rPr>
        <w:t xml:space="preserve"> </w:t>
      </w:r>
      <w:proofErr w:type="spellStart"/>
      <w:r>
        <w:rPr>
          <w:sz w:val="20"/>
        </w:rPr>
        <w:t>KarXT</w:t>
      </w:r>
      <w:proofErr w:type="spellEnd"/>
      <w:r>
        <w:rPr>
          <w:sz w:val="20"/>
        </w:rPr>
        <w:t xml:space="preserve"> was among the most dissimilar treatment nodes for these potential effect modifiers</w:t>
      </w:r>
      <w:r w:rsidR="005E29C4">
        <w:rPr>
          <w:sz w:val="20"/>
        </w:rPr>
        <w:t>. However, a</w:t>
      </w:r>
      <w:r w:rsidR="005E29C4" w:rsidRPr="00BC00A1">
        <w:rPr>
          <w:sz w:val="20"/>
        </w:rPr>
        <w:t>fter applying a Bonferroni correction for six tests (p ≤ 0.0083), no treatment comparisons reached statistical significance.</w:t>
      </w:r>
    </w:p>
    <w:p w14:paraId="32294745" w14:textId="37984E63" w:rsidR="00B07B20" w:rsidRDefault="00B07B20" w:rsidP="00B07B20">
      <w:pPr>
        <w:pStyle w:val="Heading3"/>
      </w:pPr>
      <w:r w:rsidRPr="007F6A73">
        <w:lastRenderedPageBreak/>
        <w:t xml:space="preserve">Figure </w:t>
      </w:r>
      <w:r>
        <w:t>S</w:t>
      </w:r>
      <w:fldSimple w:instr=" SEQ Figure \* ARABIC ">
        <w:r w:rsidR="004B2F28">
          <w:rPr>
            <w:noProof/>
          </w:rPr>
          <w:t>68</w:t>
        </w:r>
      </w:fldSimple>
      <w:r w:rsidRPr="007F6A73">
        <w:t xml:space="preserve">: </w:t>
      </w:r>
      <w:r w:rsidRPr="00EB75F0">
        <w:t>Patients who experienced ≥ 30% improvement in PANSS total score from baseline –</w:t>
      </w:r>
      <w:r w:rsidRPr="00C228BD">
        <w:t xml:space="preserve"> </w:t>
      </w:r>
      <w:r>
        <w:t xml:space="preserve">distribution of potential effect modifiers by treatment node </w:t>
      </w:r>
      <w:r w:rsidRPr="007F6A73">
        <w:t>–</w:t>
      </w:r>
      <w:r>
        <w:t xml:space="preserve"> </w:t>
      </w:r>
      <w:r w:rsidR="00960CE5" w:rsidRPr="00EB75F0">
        <w:t>sensitivity analysis excluding studies with predominantly Asian populations</w:t>
      </w:r>
      <w:r w:rsidR="00960CE5" w:rsidRPr="007F6A73">
        <w:rPr>
          <w:noProof/>
        </w:rPr>
        <w:t xml:space="preserve"> </w:t>
      </w:r>
      <w:r w:rsidRPr="007F6A73">
        <w:rPr>
          <w:noProof/>
        </w:rPr>
        <w:drawing>
          <wp:inline distT="0" distB="0" distL="0" distR="0" wp14:anchorId="33F819D9" wp14:editId="09015994">
            <wp:extent cx="6119495" cy="7420745"/>
            <wp:effectExtent l="0" t="0" r="0" b="8890"/>
            <wp:docPr id="478467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67034" name="Picture 1"/>
                    <pic:cNvPicPr>
                      <a:picLocks noChangeAspect="1" noChangeArrowheads="1"/>
                    </pic:cNvPicPr>
                  </pic:nvPicPr>
                  <pic:blipFill>
                    <a:blip r:embed="rId89"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749FDD42" w14:textId="716BB9CA" w:rsidR="00B07B20" w:rsidRDefault="00B07B20" w:rsidP="00B07B20">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w:t>
      </w:r>
      <w:r w:rsidR="00D92972">
        <w:rPr>
          <w:sz w:val="20"/>
        </w:rPr>
        <w:t>, except for mean PANSS positive score</w:t>
      </w:r>
      <w:r w:rsidRPr="009E25E6">
        <w:rPr>
          <w:sz w:val="20"/>
        </w:rPr>
        <w:t>. The p-value for the ANOVA F-test is 0.</w:t>
      </w:r>
      <w:r w:rsidR="00D92972">
        <w:rPr>
          <w:sz w:val="20"/>
        </w:rPr>
        <w:t>27</w:t>
      </w:r>
      <w:r w:rsidRPr="009E25E6">
        <w:rPr>
          <w:sz w:val="20"/>
        </w:rPr>
        <w:t>, 0.0</w:t>
      </w:r>
      <w:r w:rsidR="00D92972">
        <w:rPr>
          <w:sz w:val="20"/>
        </w:rPr>
        <w:t>5</w:t>
      </w:r>
      <w:r w:rsidRPr="009E25E6">
        <w:rPr>
          <w:sz w:val="20"/>
        </w:rPr>
        <w:t>, 0.</w:t>
      </w:r>
      <w:r w:rsidR="007B435E">
        <w:rPr>
          <w:sz w:val="20"/>
        </w:rPr>
        <w:t>23</w:t>
      </w:r>
      <w:r w:rsidRPr="009E25E6">
        <w:rPr>
          <w:sz w:val="20"/>
        </w:rPr>
        <w:t>, 0.</w:t>
      </w:r>
      <w:r w:rsidR="007B435E">
        <w:rPr>
          <w:sz w:val="20"/>
        </w:rPr>
        <w:t>39</w:t>
      </w:r>
      <w:r w:rsidRPr="009E25E6">
        <w:rPr>
          <w:sz w:val="20"/>
        </w:rPr>
        <w:t>, and 0.</w:t>
      </w:r>
      <w:r w:rsidR="007B435E">
        <w:rPr>
          <w:sz w:val="20"/>
        </w:rPr>
        <w:t>14</w:t>
      </w:r>
      <w:r w:rsidRPr="009E25E6">
        <w:rPr>
          <w:sz w:val="20"/>
        </w:rPr>
        <w:t xml:space="preserve">, for percentage male, mean age, mean PANSS total score, mean PANSS negative score, and mean CGI-S score at baseline, respectively. </w:t>
      </w:r>
      <w:r w:rsidR="007B435E">
        <w:rPr>
          <w:sz w:val="20"/>
        </w:rPr>
        <w:t xml:space="preserve">The Kruskal-Wallis rank sum test for mean </w:t>
      </w:r>
      <w:r w:rsidR="007B435E">
        <w:rPr>
          <w:sz w:val="20"/>
        </w:rPr>
        <w:lastRenderedPageBreak/>
        <w:t>PANSS positive score at baseline yielded a p-value of 0.</w:t>
      </w:r>
      <w:r w:rsidR="00982DB0">
        <w:rPr>
          <w:sz w:val="20"/>
        </w:rPr>
        <w:t>06</w:t>
      </w:r>
      <w:r w:rsidR="007B435E">
        <w:rPr>
          <w:sz w:val="20"/>
        </w:rPr>
        <w:t xml:space="preserve">. </w:t>
      </w:r>
      <w:r w:rsidRPr="009E25E6">
        <w:rPr>
          <w:sz w:val="20"/>
        </w:rPr>
        <w:t xml:space="preserve">This indicates no significant difference between </w:t>
      </w:r>
      <w:r>
        <w:rPr>
          <w:sz w:val="20"/>
        </w:rPr>
        <w:t xml:space="preserve">treatment </w:t>
      </w:r>
      <w:r w:rsidRPr="009E25E6">
        <w:rPr>
          <w:sz w:val="20"/>
        </w:rPr>
        <w:t>nodes</w:t>
      </w:r>
      <w:r>
        <w:rPr>
          <w:sz w:val="20"/>
        </w:rPr>
        <w:t xml:space="preserve">. </w:t>
      </w:r>
      <w:r w:rsidRPr="009E25E6">
        <w:rPr>
          <w:sz w:val="20"/>
        </w:rPr>
        <w:t xml:space="preserve"> </w:t>
      </w:r>
    </w:p>
    <w:p w14:paraId="77383698" w14:textId="551846F7" w:rsidR="00982DB0" w:rsidRDefault="00982DB0" w:rsidP="00982DB0">
      <w:pPr>
        <w:pStyle w:val="Heading3"/>
      </w:pPr>
      <w:r w:rsidRPr="007F6A73">
        <w:t xml:space="preserve">Figure </w:t>
      </w:r>
      <w:r>
        <w:t>S</w:t>
      </w:r>
      <w:fldSimple w:instr=" SEQ Figure \* ARABIC ">
        <w:r w:rsidR="004B2F28">
          <w:rPr>
            <w:noProof/>
          </w:rPr>
          <w:t>69</w:t>
        </w:r>
      </w:fldSimple>
      <w:r w:rsidRPr="007F6A73">
        <w:t xml:space="preserve">: </w:t>
      </w:r>
      <w:r w:rsidRPr="00EB75F0">
        <w:t>Patients who experienced ≥ 30% improvement in PANSS total score from baseline –</w:t>
      </w:r>
      <w:r w:rsidRPr="00C228BD">
        <w:t xml:space="preserve"> </w:t>
      </w:r>
      <w:r>
        <w:t xml:space="preserve">distribution of potential effect modifiers by treatment node </w:t>
      </w:r>
      <w:r w:rsidRPr="007F6A73">
        <w:t>–</w:t>
      </w:r>
      <w:r>
        <w:t xml:space="preserve"> </w:t>
      </w:r>
      <w:r w:rsidRPr="00EB75F0">
        <w:t xml:space="preserve">sensitivity analysis excluding studies with outlier placebo effect size </w:t>
      </w:r>
      <w:r w:rsidRPr="007F6A73">
        <w:rPr>
          <w:noProof/>
        </w:rPr>
        <w:drawing>
          <wp:inline distT="0" distB="0" distL="0" distR="0" wp14:anchorId="2AD4F26D" wp14:editId="44804C71">
            <wp:extent cx="6119495" cy="7420745"/>
            <wp:effectExtent l="0" t="0" r="0" b="8890"/>
            <wp:docPr id="1531837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37530" name="Picture 1"/>
                    <pic:cNvPicPr>
                      <a:picLocks noChangeAspect="1" noChangeArrowheads="1"/>
                    </pic:cNvPicPr>
                  </pic:nvPicPr>
                  <pic:blipFill>
                    <a:blip r:embed="rId90"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0BE8E69B" w14:textId="50F322C5" w:rsidR="00A84736" w:rsidRPr="009E25E6" w:rsidRDefault="00982DB0" w:rsidP="00A84736">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w:t>
      </w:r>
      <w:r w:rsidR="00D11A5C">
        <w:rPr>
          <w:sz w:val="20"/>
        </w:rPr>
        <w:t>41</w:t>
      </w:r>
      <w:r w:rsidRPr="009E25E6">
        <w:rPr>
          <w:sz w:val="20"/>
        </w:rPr>
        <w:t>, 0.0</w:t>
      </w:r>
      <w:r w:rsidR="00D11A5C">
        <w:rPr>
          <w:sz w:val="20"/>
        </w:rPr>
        <w:t>4</w:t>
      </w:r>
      <w:r w:rsidRPr="009E25E6">
        <w:rPr>
          <w:sz w:val="20"/>
        </w:rPr>
        <w:t>, 0.</w:t>
      </w:r>
      <w:r w:rsidR="00D11A5C">
        <w:rPr>
          <w:sz w:val="20"/>
        </w:rPr>
        <w:t>1</w:t>
      </w:r>
      <w:r w:rsidRPr="009E25E6">
        <w:rPr>
          <w:sz w:val="20"/>
        </w:rPr>
        <w:t>, 0.</w:t>
      </w:r>
      <w:r w:rsidR="00D11A5C">
        <w:rPr>
          <w:sz w:val="20"/>
        </w:rPr>
        <w:t>11, 0.67</w:t>
      </w:r>
      <w:r w:rsidRPr="009E25E6">
        <w:rPr>
          <w:sz w:val="20"/>
        </w:rPr>
        <w:t xml:space="preserve"> and 0.</w:t>
      </w:r>
      <w:r w:rsidR="00D11A5C">
        <w:rPr>
          <w:sz w:val="20"/>
        </w:rPr>
        <w:t>29</w:t>
      </w:r>
      <w:r w:rsidRPr="009E25E6">
        <w:rPr>
          <w:sz w:val="20"/>
        </w:rPr>
        <w:t xml:space="preserve">, for percentage male, mean age, mean PANSS total score, </w:t>
      </w:r>
      <w:r w:rsidR="003B238B">
        <w:rPr>
          <w:sz w:val="20"/>
        </w:rPr>
        <w:t xml:space="preserve">mean PANSS positive score, </w:t>
      </w:r>
      <w:r w:rsidRPr="009E25E6">
        <w:rPr>
          <w:sz w:val="20"/>
        </w:rPr>
        <w:t xml:space="preserve">mean PANSS negative </w:t>
      </w:r>
      <w:r w:rsidRPr="009E25E6">
        <w:rPr>
          <w:sz w:val="20"/>
        </w:rPr>
        <w:lastRenderedPageBreak/>
        <w:t xml:space="preserve">score, and mean CGI-S score at baseline, respectively. This indicates no significant difference between </w:t>
      </w:r>
      <w:r>
        <w:rPr>
          <w:sz w:val="20"/>
        </w:rPr>
        <w:t xml:space="preserve">treatment </w:t>
      </w:r>
      <w:r w:rsidRPr="009E25E6">
        <w:rPr>
          <w:sz w:val="20"/>
        </w:rPr>
        <w:t>nodes</w:t>
      </w:r>
      <w:r w:rsidR="00A84736">
        <w:rPr>
          <w:sz w:val="20"/>
        </w:rPr>
        <w:t xml:space="preserve">, </w:t>
      </w:r>
      <w:r w:rsidR="00A84736" w:rsidRPr="009E25E6">
        <w:rPr>
          <w:sz w:val="20"/>
        </w:rPr>
        <w:t xml:space="preserve">except for with respect to mean age and mean PANSS </w:t>
      </w:r>
      <w:r w:rsidR="00A84736">
        <w:rPr>
          <w:sz w:val="20"/>
        </w:rPr>
        <w:t>positive</w:t>
      </w:r>
      <w:r w:rsidR="00A84736" w:rsidRPr="009E25E6">
        <w:rPr>
          <w:sz w:val="20"/>
        </w:rPr>
        <w:t xml:space="preserve"> score at baseline.</w:t>
      </w:r>
      <w:r w:rsidR="00A84736">
        <w:rPr>
          <w:sz w:val="20"/>
        </w:rPr>
        <w:t xml:space="preserve"> </w:t>
      </w:r>
      <w:proofErr w:type="spellStart"/>
      <w:r w:rsidR="00A84736">
        <w:rPr>
          <w:sz w:val="20"/>
        </w:rPr>
        <w:t>KarXT</w:t>
      </w:r>
      <w:proofErr w:type="spellEnd"/>
      <w:r w:rsidR="00A84736">
        <w:rPr>
          <w:sz w:val="20"/>
        </w:rPr>
        <w:t xml:space="preserve"> was among the most dissimilar treatment nodes for these potential effect modifiers</w:t>
      </w:r>
      <w:r w:rsidR="00C84739">
        <w:rPr>
          <w:sz w:val="20"/>
        </w:rPr>
        <w:t>. However, a</w:t>
      </w:r>
      <w:r w:rsidR="00C84739" w:rsidRPr="00BC00A1">
        <w:rPr>
          <w:sz w:val="20"/>
        </w:rPr>
        <w:t>fter applying a Bonferroni correction for six tests (p ≤ 0.0083), no treatment comparisons reached statistical significance.</w:t>
      </w:r>
    </w:p>
    <w:p w14:paraId="42935FF4" w14:textId="00E37EDC" w:rsidR="00982DB0" w:rsidRPr="009E25E6" w:rsidRDefault="00982DB0" w:rsidP="00982DB0">
      <w:pPr>
        <w:spacing w:before="0" w:after="200" w:line="276" w:lineRule="auto"/>
        <w:rPr>
          <w:sz w:val="20"/>
        </w:rPr>
      </w:pPr>
    </w:p>
    <w:p w14:paraId="02FB2146" w14:textId="77777777" w:rsidR="00982DB0" w:rsidRPr="009E25E6" w:rsidRDefault="00982DB0" w:rsidP="00B07B20">
      <w:pPr>
        <w:spacing w:before="0" w:after="200" w:line="276" w:lineRule="auto"/>
        <w:rPr>
          <w:sz w:val="20"/>
        </w:rPr>
      </w:pPr>
    </w:p>
    <w:p w14:paraId="33EF53F9" w14:textId="77777777" w:rsidR="00B07B20" w:rsidRPr="00EB75F0" w:rsidRDefault="00B07B20">
      <w:pPr>
        <w:spacing w:before="0" w:after="200" w:line="276" w:lineRule="auto"/>
        <w:sectPr w:rsidR="00B07B20" w:rsidRPr="00EB75F0">
          <w:pgSz w:w="11906" w:h="16838"/>
          <w:pgMar w:top="1134" w:right="1134" w:bottom="1134" w:left="1134" w:header="567" w:footer="567" w:gutter="0"/>
          <w:cols w:space="708"/>
          <w:docGrid w:linePitch="360"/>
        </w:sectPr>
      </w:pPr>
    </w:p>
    <w:p w14:paraId="706DCC01" w14:textId="105AE36C" w:rsidR="00D37568" w:rsidRPr="00EB75F0" w:rsidRDefault="00A06AE8" w:rsidP="00766C59">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24</w:t>
        </w:r>
      </w:fldSimple>
      <w:r w:rsidR="00D37568" w:rsidRPr="00EB75F0">
        <w:t>:</w:t>
      </w:r>
      <w:r w:rsidR="00526CED" w:rsidRPr="00EB75F0">
        <w:t xml:space="preserve"> Patients who experienced ≥ 30% improvement in PANSS total score from baseline – League table – random-effects model, base case network – OR (95% </w:t>
      </w:r>
      <w:proofErr w:type="spellStart"/>
      <w:r w:rsidR="00526CED" w:rsidRPr="00EB75F0">
        <w:t>CrI</w:t>
      </w:r>
      <w:proofErr w:type="spellEnd"/>
      <w:r w:rsidR="00526CED" w:rsidRPr="00EB75F0">
        <w:t>)</w:t>
      </w:r>
    </w:p>
    <w:tbl>
      <w:tblPr>
        <w:tblStyle w:val="Lumanitytable"/>
        <w:tblW w:w="14962" w:type="dxa"/>
        <w:tblLayout w:type="fixed"/>
        <w:tblLook w:val="04A0" w:firstRow="1" w:lastRow="0" w:firstColumn="1" w:lastColumn="0" w:noHBand="0" w:noVBand="1"/>
      </w:tblPr>
      <w:tblGrid>
        <w:gridCol w:w="1255"/>
        <w:gridCol w:w="1440"/>
        <w:gridCol w:w="1440"/>
        <w:gridCol w:w="1980"/>
        <w:gridCol w:w="2088"/>
        <w:gridCol w:w="1854"/>
        <w:gridCol w:w="1589"/>
        <w:gridCol w:w="1589"/>
        <w:gridCol w:w="1727"/>
      </w:tblGrid>
      <w:tr w:rsidR="009540E1" w:rsidRPr="00EB75F0" w14:paraId="5D12E97B" w14:textId="77777777" w:rsidTr="009540E1">
        <w:trPr>
          <w:cnfStyle w:val="100000000000" w:firstRow="1" w:lastRow="0" w:firstColumn="0" w:lastColumn="0" w:oddVBand="0" w:evenVBand="0" w:oddHBand="0" w:evenHBand="0" w:firstRowFirstColumn="0" w:firstRowLastColumn="0" w:lastRowFirstColumn="0" w:lastRowLastColumn="0"/>
          <w:trHeight w:val="288"/>
          <w:tblHeader/>
        </w:trPr>
        <w:tc>
          <w:tcPr>
            <w:tcW w:w="1255" w:type="dxa"/>
            <w:vAlign w:val="center"/>
            <w:hideMark/>
          </w:tcPr>
          <w:p w14:paraId="22E02DC0"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440" w:type="dxa"/>
            <w:vAlign w:val="center"/>
            <w:hideMark/>
          </w:tcPr>
          <w:p w14:paraId="0D47E004"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440" w:type="dxa"/>
            <w:vAlign w:val="center"/>
            <w:hideMark/>
          </w:tcPr>
          <w:p w14:paraId="1969B4F3"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980" w:type="dxa"/>
            <w:vAlign w:val="center"/>
            <w:hideMark/>
          </w:tcPr>
          <w:p w14:paraId="074F8A4C"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2088" w:type="dxa"/>
            <w:vAlign w:val="center"/>
            <w:hideMark/>
          </w:tcPr>
          <w:p w14:paraId="11794C0C" w14:textId="0D8ABB21" w:rsidR="005A763E" w:rsidRPr="00EB75F0" w:rsidRDefault="009A3ECD"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854" w:type="dxa"/>
            <w:vAlign w:val="center"/>
            <w:hideMark/>
          </w:tcPr>
          <w:p w14:paraId="756711F1"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589" w:type="dxa"/>
            <w:vAlign w:val="center"/>
            <w:hideMark/>
          </w:tcPr>
          <w:p w14:paraId="0E28437D"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589" w:type="dxa"/>
            <w:vAlign w:val="center"/>
            <w:hideMark/>
          </w:tcPr>
          <w:p w14:paraId="39B1CC7B"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727" w:type="dxa"/>
            <w:vAlign w:val="center"/>
            <w:hideMark/>
          </w:tcPr>
          <w:p w14:paraId="74FE5BC1"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5A763E" w:rsidRPr="00EB75F0" w14:paraId="5A460F3A" w14:textId="77777777" w:rsidTr="009540E1">
        <w:trPr>
          <w:trHeight w:val="288"/>
        </w:trPr>
        <w:tc>
          <w:tcPr>
            <w:tcW w:w="1255" w:type="dxa"/>
            <w:vAlign w:val="center"/>
            <w:hideMark/>
          </w:tcPr>
          <w:p w14:paraId="399402F4" w14:textId="77777777" w:rsidR="00FA62BC" w:rsidRPr="00EB75F0" w:rsidRDefault="00FA62BC"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440" w:type="dxa"/>
            <w:vAlign w:val="center"/>
          </w:tcPr>
          <w:p w14:paraId="7E421A5C"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1.89 (1.46, 2.44)</w:t>
            </w:r>
          </w:p>
        </w:tc>
        <w:tc>
          <w:tcPr>
            <w:tcW w:w="1440" w:type="dxa"/>
            <w:vAlign w:val="center"/>
          </w:tcPr>
          <w:p w14:paraId="48FA45D0"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1.57 (1.18, 2.03)</w:t>
            </w:r>
          </w:p>
        </w:tc>
        <w:tc>
          <w:tcPr>
            <w:tcW w:w="1980" w:type="dxa"/>
            <w:vAlign w:val="center"/>
          </w:tcPr>
          <w:p w14:paraId="44552949"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1.71 (1.23, 2.34)</w:t>
            </w:r>
          </w:p>
        </w:tc>
        <w:tc>
          <w:tcPr>
            <w:tcW w:w="2088" w:type="dxa"/>
            <w:shd w:val="clear" w:color="auto" w:fill="CFEDFF"/>
            <w:vAlign w:val="center"/>
          </w:tcPr>
          <w:p w14:paraId="121D9E81"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3.49 (2.25, 5.49)</w:t>
            </w:r>
          </w:p>
        </w:tc>
        <w:tc>
          <w:tcPr>
            <w:tcW w:w="1854" w:type="dxa"/>
            <w:vAlign w:val="center"/>
          </w:tcPr>
          <w:p w14:paraId="15566B32"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1.69 (0.88, 3.21)</w:t>
            </w:r>
          </w:p>
        </w:tc>
        <w:tc>
          <w:tcPr>
            <w:tcW w:w="1589" w:type="dxa"/>
            <w:vAlign w:val="center"/>
          </w:tcPr>
          <w:p w14:paraId="2F5B16B6"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2.78 (1.87, 4.13)</w:t>
            </w:r>
          </w:p>
        </w:tc>
        <w:tc>
          <w:tcPr>
            <w:tcW w:w="1589" w:type="dxa"/>
            <w:vAlign w:val="center"/>
          </w:tcPr>
          <w:p w14:paraId="54830AC6"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2.53 (1.57, 3.97)</w:t>
            </w:r>
          </w:p>
        </w:tc>
        <w:tc>
          <w:tcPr>
            <w:tcW w:w="1727" w:type="dxa"/>
            <w:vAlign w:val="center"/>
          </w:tcPr>
          <w:p w14:paraId="424132C9"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2.54 (1.83, 3.64)</w:t>
            </w:r>
          </w:p>
        </w:tc>
      </w:tr>
      <w:tr w:rsidR="005A763E" w:rsidRPr="00EB75F0" w14:paraId="44BAD3C5" w14:textId="77777777" w:rsidTr="009540E1">
        <w:trPr>
          <w:trHeight w:val="288"/>
        </w:trPr>
        <w:tc>
          <w:tcPr>
            <w:tcW w:w="1255" w:type="dxa"/>
            <w:vAlign w:val="center"/>
            <w:hideMark/>
          </w:tcPr>
          <w:p w14:paraId="4CC3057A" w14:textId="77777777" w:rsidR="00FA62BC" w:rsidRPr="00EB75F0" w:rsidRDefault="00FA62BC"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440" w:type="dxa"/>
            <w:shd w:val="clear" w:color="auto" w:fill="C6C6C6"/>
            <w:noWrap/>
            <w:vAlign w:val="center"/>
            <w:hideMark/>
          </w:tcPr>
          <w:p w14:paraId="70B5F840"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p>
        </w:tc>
        <w:tc>
          <w:tcPr>
            <w:tcW w:w="1440" w:type="dxa"/>
            <w:vAlign w:val="center"/>
            <w:hideMark/>
          </w:tcPr>
          <w:p w14:paraId="1001B4C7"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0.83 (0.57, 1.18)</w:t>
            </w:r>
          </w:p>
        </w:tc>
        <w:tc>
          <w:tcPr>
            <w:tcW w:w="1980" w:type="dxa"/>
            <w:vAlign w:val="center"/>
            <w:hideMark/>
          </w:tcPr>
          <w:p w14:paraId="2C80DDC8"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0.9 (0.62, 1.3)</w:t>
            </w:r>
          </w:p>
        </w:tc>
        <w:tc>
          <w:tcPr>
            <w:tcW w:w="2088" w:type="dxa"/>
            <w:shd w:val="clear" w:color="auto" w:fill="CFEDFF"/>
            <w:vAlign w:val="center"/>
          </w:tcPr>
          <w:p w14:paraId="66C910EE"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1.85 (1.11, 3.11)</w:t>
            </w:r>
          </w:p>
        </w:tc>
        <w:tc>
          <w:tcPr>
            <w:tcW w:w="1854" w:type="dxa"/>
            <w:vAlign w:val="center"/>
            <w:hideMark/>
          </w:tcPr>
          <w:p w14:paraId="4A9B5B0B"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0.89 (0.45, 1.81)</w:t>
            </w:r>
          </w:p>
        </w:tc>
        <w:tc>
          <w:tcPr>
            <w:tcW w:w="1589" w:type="dxa"/>
            <w:vAlign w:val="center"/>
            <w:hideMark/>
          </w:tcPr>
          <w:p w14:paraId="45009401"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1.47 (0.93, 2.38)</w:t>
            </w:r>
          </w:p>
        </w:tc>
        <w:tc>
          <w:tcPr>
            <w:tcW w:w="1589" w:type="dxa"/>
            <w:vAlign w:val="center"/>
            <w:hideMark/>
          </w:tcPr>
          <w:p w14:paraId="423AD07E"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1.34 (0.78, 2.27)</w:t>
            </w:r>
          </w:p>
        </w:tc>
        <w:tc>
          <w:tcPr>
            <w:tcW w:w="1727" w:type="dxa"/>
            <w:vAlign w:val="center"/>
            <w:hideMark/>
          </w:tcPr>
          <w:p w14:paraId="655D3B5A"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1.34 (0.93, 1.99)</w:t>
            </w:r>
          </w:p>
        </w:tc>
      </w:tr>
      <w:tr w:rsidR="005A763E" w:rsidRPr="00EB75F0" w14:paraId="2A7FBA66" w14:textId="77777777" w:rsidTr="009540E1">
        <w:trPr>
          <w:trHeight w:val="288"/>
        </w:trPr>
        <w:tc>
          <w:tcPr>
            <w:tcW w:w="1255" w:type="dxa"/>
            <w:vAlign w:val="center"/>
            <w:hideMark/>
          </w:tcPr>
          <w:p w14:paraId="4E5B11DE" w14:textId="77777777" w:rsidR="00FA62BC" w:rsidRPr="00EB75F0" w:rsidRDefault="00FA62BC"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440" w:type="dxa"/>
            <w:vAlign w:val="center"/>
            <w:hideMark/>
          </w:tcPr>
          <w:p w14:paraId="16C961AB"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1.21 (0.85, 1.74)</w:t>
            </w:r>
          </w:p>
        </w:tc>
        <w:tc>
          <w:tcPr>
            <w:tcW w:w="1440" w:type="dxa"/>
            <w:shd w:val="clear" w:color="auto" w:fill="C6C6C6"/>
            <w:noWrap/>
            <w:vAlign w:val="center"/>
            <w:hideMark/>
          </w:tcPr>
          <w:p w14:paraId="46B4A5CD"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p>
        </w:tc>
        <w:tc>
          <w:tcPr>
            <w:tcW w:w="1980" w:type="dxa"/>
            <w:vAlign w:val="center"/>
            <w:hideMark/>
          </w:tcPr>
          <w:p w14:paraId="1B498AA8"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1.08 (0.72, 1.67)</w:t>
            </w:r>
          </w:p>
        </w:tc>
        <w:tc>
          <w:tcPr>
            <w:tcW w:w="2088" w:type="dxa"/>
            <w:shd w:val="clear" w:color="auto" w:fill="CFEDFF"/>
            <w:vAlign w:val="center"/>
          </w:tcPr>
          <w:p w14:paraId="6F59190F"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2.23 (1.34, 3.83)</w:t>
            </w:r>
          </w:p>
        </w:tc>
        <w:tc>
          <w:tcPr>
            <w:tcW w:w="1854" w:type="dxa"/>
            <w:vAlign w:val="center"/>
            <w:hideMark/>
          </w:tcPr>
          <w:p w14:paraId="48233FF9"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1.07 (0.54, 2.2)</w:t>
            </w:r>
          </w:p>
        </w:tc>
        <w:tc>
          <w:tcPr>
            <w:tcW w:w="1589" w:type="dxa"/>
            <w:vAlign w:val="center"/>
            <w:hideMark/>
          </w:tcPr>
          <w:p w14:paraId="0B5A001D"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1.78 (1.12, 2.91)</w:t>
            </w:r>
          </w:p>
        </w:tc>
        <w:tc>
          <w:tcPr>
            <w:tcW w:w="1589" w:type="dxa"/>
            <w:vAlign w:val="center"/>
            <w:hideMark/>
          </w:tcPr>
          <w:p w14:paraId="16C3050C"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1.62 (0.99, 2.62)</w:t>
            </w:r>
          </w:p>
        </w:tc>
        <w:tc>
          <w:tcPr>
            <w:tcW w:w="1727" w:type="dxa"/>
            <w:vAlign w:val="center"/>
            <w:hideMark/>
          </w:tcPr>
          <w:p w14:paraId="52A54CCA"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1.63 (1.07, 2.57)</w:t>
            </w:r>
          </w:p>
        </w:tc>
      </w:tr>
      <w:tr w:rsidR="005A763E" w:rsidRPr="00EB75F0" w14:paraId="6C1F7367" w14:textId="77777777" w:rsidTr="009540E1">
        <w:trPr>
          <w:trHeight w:val="288"/>
        </w:trPr>
        <w:tc>
          <w:tcPr>
            <w:tcW w:w="1255" w:type="dxa"/>
            <w:vAlign w:val="center"/>
            <w:hideMark/>
          </w:tcPr>
          <w:p w14:paraId="011EACCE" w14:textId="77777777" w:rsidR="00FA62BC" w:rsidRPr="00EB75F0" w:rsidRDefault="00FA62BC"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440" w:type="dxa"/>
            <w:vAlign w:val="center"/>
            <w:hideMark/>
          </w:tcPr>
          <w:p w14:paraId="10D814D5"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1.12 (0.77, 1.6)</w:t>
            </w:r>
          </w:p>
        </w:tc>
        <w:tc>
          <w:tcPr>
            <w:tcW w:w="1440" w:type="dxa"/>
            <w:vAlign w:val="center"/>
            <w:hideMark/>
          </w:tcPr>
          <w:p w14:paraId="4CA3F97C"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0.92 (0.6, 1.39)</w:t>
            </w:r>
          </w:p>
        </w:tc>
        <w:tc>
          <w:tcPr>
            <w:tcW w:w="1980" w:type="dxa"/>
            <w:shd w:val="clear" w:color="auto" w:fill="C6C6C6"/>
            <w:noWrap/>
            <w:vAlign w:val="center"/>
            <w:hideMark/>
          </w:tcPr>
          <w:p w14:paraId="49A6E1AD"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p>
        </w:tc>
        <w:tc>
          <w:tcPr>
            <w:tcW w:w="2088" w:type="dxa"/>
            <w:shd w:val="clear" w:color="auto" w:fill="CFEDFF"/>
            <w:vAlign w:val="center"/>
          </w:tcPr>
          <w:p w14:paraId="222C80EB"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2.05 (1.19, 3.57)</w:t>
            </w:r>
          </w:p>
        </w:tc>
        <w:tc>
          <w:tcPr>
            <w:tcW w:w="1854" w:type="dxa"/>
            <w:vAlign w:val="center"/>
            <w:hideMark/>
          </w:tcPr>
          <w:p w14:paraId="205A6D66"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0.99 (0.48, 2.05)</w:t>
            </w:r>
          </w:p>
        </w:tc>
        <w:tc>
          <w:tcPr>
            <w:tcW w:w="1589" w:type="dxa"/>
            <w:vAlign w:val="center"/>
            <w:hideMark/>
          </w:tcPr>
          <w:p w14:paraId="4823941B"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1.64 (0.98, 2.77)</w:t>
            </w:r>
          </w:p>
        </w:tc>
        <w:tc>
          <w:tcPr>
            <w:tcW w:w="1589" w:type="dxa"/>
            <w:vAlign w:val="center"/>
            <w:hideMark/>
          </w:tcPr>
          <w:p w14:paraId="17F5B68A"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1.49 (0.83, 2.58)</w:t>
            </w:r>
          </w:p>
        </w:tc>
        <w:tc>
          <w:tcPr>
            <w:tcW w:w="1727" w:type="dxa"/>
            <w:vAlign w:val="center"/>
            <w:hideMark/>
          </w:tcPr>
          <w:p w14:paraId="486880BB"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1.5 (1.02, 2.26)</w:t>
            </w:r>
          </w:p>
        </w:tc>
      </w:tr>
      <w:tr w:rsidR="005A763E" w:rsidRPr="00EB75F0" w14:paraId="06D3ECDD" w14:textId="77777777" w:rsidTr="009540E1">
        <w:trPr>
          <w:trHeight w:val="288"/>
        </w:trPr>
        <w:tc>
          <w:tcPr>
            <w:tcW w:w="1255" w:type="dxa"/>
            <w:vAlign w:val="center"/>
            <w:hideMark/>
          </w:tcPr>
          <w:p w14:paraId="0D9B1EB9" w14:textId="1E399D4F" w:rsidR="00FA62BC" w:rsidRPr="00EB75F0" w:rsidRDefault="009A3ECD"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440" w:type="dxa"/>
            <w:vAlign w:val="center"/>
            <w:hideMark/>
          </w:tcPr>
          <w:p w14:paraId="12F64CB1"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0.54 (0.32, 0.9)</w:t>
            </w:r>
          </w:p>
        </w:tc>
        <w:tc>
          <w:tcPr>
            <w:tcW w:w="1440" w:type="dxa"/>
            <w:vAlign w:val="center"/>
            <w:hideMark/>
          </w:tcPr>
          <w:p w14:paraId="0DE8DF98"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0.45 (0.26, 0.74)</w:t>
            </w:r>
          </w:p>
        </w:tc>
        <w:tc>
          <w:tcPr>
            <w:tcW w:w="1980" w:type="dxa"/>
            <w:vAlign w:val="center"/>
            <w:hideMark/>
          </w:tcPr>
          <w:p w14:paraId="39D69406"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0.49 (0.28, 0.84)</w:t>
            </w:r>
          </w:p>
        </w:tc>
        <w:tc>
          <w:tcPr>
            <w:tcW w:w="2088" w:type="dxa"/>
            <w:shd w:val="clear" w:color="auto" w:fill="C6C6C6"/>
            <w:noWrap/>
            <w:vAlign w:val="center"/>
            <w:hideMark/>
          </w:tcPr>
          <w:p w14:paraId="77F980CB"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p>
        </w:tc>
        <w:tc>
          <w:tcPr>
            <w:tcW w:w="1854" w:type="dxa"/>
            <w:vAlign w:val="center"/>
            <w:hideMark/>
          </w:tcPr>
          <w:p w14:paraId="39CEEB0D"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0.48 (0.22, 1.06)</w:t>
            </w:r>
          </w:p>
        </w:tc>
        <w:tc>
          <w:tcPr>
            <w:tcW w:w="1589" w:type="dxa"/>
            <w:vAlign w:val="center"/>
            <w:hideMark/>
          </w:tcPr>
          <w:p w14:paraId="521C1C93"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0.8 (0.44, 1.45)</w:t>
            </w:r>
          </w:p>
        </w:tc>
        <w:tc>
          <w:tcPr>
            <w:tcW w:w="1589" w:type="dxa"/>
            <w:vAlign w:val="center"/>
            <w:hideMark/>
          </w:tcPr>
          <w:p w14:paraId="1B811EDA"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0.73 (0.37, 1.36)</w:t>
            </w:r>
          </w:p>
        </w:tc>
        <w:tc>
          <w:tcPr>
            <w:tcW w:w="1727" w:type="dxa"/>
            <w:vAlign w:val="center"/>
            <w:hideMark/>
          </w:tcPr>
          <w:p w14:paraId="438956CE"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0.73 (0.42, 1.28)</w:t>
            </w:r>
          </w:p>
        </w:tc>
      </w:tr>
      <w:tr w:rsidR="005A763E" w:rsidRPr="00EB75F0" w14:paraId="75CEDA3A" w14:textId="77777777" w:rsidTr="009540E1">
        <w:trPr>
          <w:trHeight w:val="288"/>
        </w:trPr>
        <w:tc>
          <w:tcPr>
            <w:tcW w:w="1255" w:type="dxa"/>
            <w:vAlign w:val="center"/>
            <w:hideMark/>
          </w:tcPr>
          <w:p w14:paraId="0B328D77" w14:textId="77777777" w:rsidR="00FA62BC" w:rsidRPr="00EB75F0" w:rsidRDefault="00FA62BC"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440" w:type="dxa"/>
            <w:vAlign w:val="center"/>
            <w:hideMark/>
          </w:tcPr>
          <w:p w14:paraId="2D69C408"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1.12 (0.55, 2.23)</w:t>
            </w:r>
          </w:p>
        </w:tc>
        <w:tc>
          <w:tcPr>
            <w:tcW w:w="1440" w:type="dxa"/>
            <w:vAlign w:val="center"/>
            <w:hideMark/>
          </w:tcPr>
          <w:p w14:paraId="4D922A6B"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0.93 (0.46, 1.84)</w:t>
            </w:r>
          </w:p>
        </w:tc>
        <w:tc>
          <w:tcPr>
            <w:tcW w:w="1980" w:type="dxa"/>
            <w:vAlign w:val="center"/>
            <w:hideMark/>
          </w:tcPr>
          <w:p w14:paraId="7B721798"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1.01 (0.49, 2.07)</w:t>
            </w:r>
          </w:p>
        </w:tc>
        <w:tc>
          <w:tcPr>
            <w:tcW w:w="2088" w:type="dxa"/>
            <w:shd w:val="clear" w:color="auto" w:fill="CFEDFF"/>
            <w:vAlign w:val="center"/>
          </w:tcPr>
          <w:p w14:paraId="6300226B"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2.08 (0.94 to 4.54)</w:t>
            </w:r>
          </w:p>
        </w:tc>
        <w:tc>
          <w:tcPr>
            <w:tcW w:w="1854" w:type="dxa"/>
            <w:shd w:val="clear" w:color="auto" w:fill="C6C6C6"/>
            <w:noWrap/>
            <w:vAlign w:val="center"/>
            <w:hideMark/>
          </w:tcPr>
          <w:p w14:paraId="17355AFC"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p>
        </w:tc>
        <w:tc>
          <w:tcPr>
            <w:tcW w:w="1589" w:type="dxa"/>
            <w:vAlign w:val="center"/>
            <w:hideMark/>
          </w:tcPr>
          <w:p w14:paraId="74F02F8A"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1.65 (0.77, 3.54)</w:t>
            </w:r>
          </w:p>
        </w:tc>
        <w:tc>
          <w:tcPr>
            <w:tcW w:w="1589" w:type="dxa"/>
            <w:vAlign w:val="center"/>
            <w:hideMark/>
          </w:tcPr>
          <w:p w14:paraId="3D5CB19A"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1.51 (0.66, 3.25)</w:t>
            </w:r>
          </w:p>
        </w:tc>
        <w:tc>
          <w:tcPr>
            <w:tcW w:w="1727" w:type="dxa"/>
            <w:vAlign w:val="center"/>
            <w:hideMark/>
          </w:tcPr>
          <w:p w14:paraId="28162D26"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1.51 (0.73, 3.14)</w:t>
            </w:r>
          </w:p>
        </w:tc>
      </w:tr>
      <w:tr w:rsidR="005A763E" w:rsidRPr="00EB75F0" w14:paraId="15FB4376" w14:textId="77777777" w:rsidTr="009540E1">
        <w:trPr>
          <w:trHeight w:val="288"/>
        </w:trPr>
        <w:tc>
          <w:tcPr>
            <w:tcW w:w="1255" w:type="dxa"/>
            <w:vAlign w:val="center"/>
            <w:hideMark/>
          </w:tcPr>
          <w:p w14:paraId="1B96D198" w14:textId="77777777" w:rsidR="00FA62BC" w:rsidRPr="00EB75F0" w:rsidRDefault="00FA62BC"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440" w:type="dxa"/>
            <w:vAlign w:val="center"/>
            <w:hideMark/>
          </w:tcPr>
          <w:p w14:paraId="03F364B4"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0.68 (0.42, 1.08)</w:t>
            </w:r>
          </w:p>
        </w:tc>
        <w:tc>
          <w:tcPr>
            <w:tcW w:w="1440" w:type="dxa"/>
            <w:vAlign w:val="center"/>
            <w:hideMark/>
          </w:tcPr>
          <w:p w14:paraId="2B6AEE83" w14:textId="77777777" w:rsidR="00FA62BC" w:rsidRPr="00EB75F0" w:rsidRDefault="00FA62BC" w:rsidP="005A763E">
            <w:pPr>
              <w:keepNext/>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0.56 (0.34, 0.89)</w:t>
            </w:r>
          </w:p>
        </w:tc>
        <w:tc>
          <w:tcPr>
            <w:tcW w:w="1980" w:type="dxa"/>
            <w:vAlign w:val="center"/>
            <w:hideMark/>
          </w:tcPr>
          <w:p w14:paraId="404CD601"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0.61 (0.36, 1.02)</w:t>
            </w:r>
          </w:p>
        </w:tc>
        <w:tc>
          <w:tcPr>
            <w:tcW w:w="2088" w:type="dxa"/>
            <w:shd w:val="clear" w:color="auto" w:fill="CFEDFF"/>
            <w:vAlign w:val="center"/>
          </w:tcPr>
          <w:p w14:paraId="5EBAC9F7"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1.26 (0.69, 2.27)</w:t>
            </w:r>
          </w:p>
        </w:tc>
        <w:tc>
          <w:tcPr>
            <w:tcW w:w="1854" w:type="dxa"/>
            <w:vAlign w:val="center"/>
            <w:hideMark/>
          </w:tcPr>
          <w:p w14:paraId="3EE2EE42"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0.61 (0.28, 1.29)</w:t>
            </w:r>
          </w:p>
        </w:tc>
        <w:tc>
          <w:tcPr>
            <w:tcW w:w="1589" w:type="dxa"/>
            <w:shd w:val="clear" w:color="auto" w:fill="C6C6C6"/>
            <w:noWrap/>
            <w:vAlign w:val="center"/>
            <w:hideMark/>
          </w:tcPr>
          <w:p w14:paraId="22DB388A"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p>
        </w:tc>
        <w:tc>
          <w:tcPr>
            <w:tcW w:w="1589" w:type="dxa"/>
            <w:vAlign w:val="center"/>
            <w:hideMark/>
          </w:tcPr>
          <w:p w14:paraId="4F14C273"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0.91 (0.49, 1.65)</w:t>
            </w:r>
          </w:p>
        </w:tc>
        <w:tc>
          <w:tcPr>
            <w:tcW w:w="1727" w:type="dxa"/>
            <w:vAlign w:val="center"/>
            <w:hideMark/>
          </w:tcPr>
          <w:p w14:paraId="6A749815"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0.92 (0.55, 1.56)</w:t>
            </w:r>
          </w:p>
        </w:tc>
      </w:tr>
      <w:tr w:rsidR="005A763E" w:rsidRPr="00EB75F0" w14:paraId="5611D6F2" w14:textId="77777777" w:rsidTr="009540E1">
        <w:trPr>
          <w:trHeight w:val="288"/>
        </w:trPr>
        <w:tc>
          <w:tcPr>
            <w:tcW w:w="1255" w:type="dxa"/>
            <w:vAlign w:val="center"/>
            <w:hideMark/>
          </w:tcPr>
          <w:p w14:paraId="6357B392" w14:textId="77777777" w:rsidR="00FA62BC" w:rsidRPr="00EB75F0" w:rsidRDefault="00FA62BC"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440" w:type="dxa"/>
            <w:vAlign w:val="center"/>
            <w:hideMark/>
          </w:tcPr>
          <w:p w14:paraId="3690E099"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0.75 (0.44, 1.29)</w:t>
            </w:r>
          </w:p>
        </w:tc>
        <w:tc>
          <w:tcPr>
            <w:tcW w:w="1440" w:type="dxa"/>
            <w:vAlign w:val="center"/>
            <w:hideMark/>
          </w:tcPr>
          <w:p w14:paraId="6F053162"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0.62 (0.38, 1.01)</w:t>
            </w:r>
          </w:p>
        </w:tc>
        <w:tc>
          <w:tcPr>
            <w:tcW w:w="1980" w:type="dxa"/>
            <w:vAlign w:val="center"/>
            <w:hideMark/>
          </w:tcPr>
          <w:p w14:paraId="35447AB5"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0.67 (0.39, 1.21)</w:t>
            </w:r>
          </w:p>
        </w:tc>
        <w:tc>
          <w:tcPr>
            <w:tcW w:w="2088" w:type="dxa"/>
            <w:shd w:val="clear" w:color="auto" w:fill="CFEDFF"/>
            <w:vAlign w:val="center"/>
          </w:tcPr>
          <w:p w14:paraId="1F244035"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1.38 (0.73, 2.67)</w:t>
            </w:r>
          </w:p>
        </w:tc>
        <w:tc>
          <w:tcPr>
            <w:tcW w:w="1854" w:type="dxa"/>
            <w:vAlign w:val="center"/>
            <w:hideMark/>
          </w:tcPr>
          <w:p w14:paraId="4CBFEB8C"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0.66 (0.31, 1.51)</w:t>
            </w:r>
          </w:p>
        </w:tc>
        <w:tc>
          <w:tcPr>
            <w:tcW w:w="1589" w:type="dxa"/>
            <w:vAlign w:val="center"/>
            <w:hideMark/>
          </w:tcPr>
          <w:p w14:paraId="79BC3FD5"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1.1 (0.61, 2.05)</w:t>
            </w:r>
          </w:p>
        </w:tc>
        <w:tc>
          <w:tcPr>
            <w:tcW w:w="1589" w:type="dxa"/>
            <w:shd w:val="clear" w:color="auto" w:fill="C6C6C6"/>
            <w:noWrap/>
            <w:vAlign w:val="center"/>
            <w:hideMark/>
          </w:tcPr>
          <w:p w14:paraId="45E9D6C0"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p>
        </w:tc>
        <w:tc>
          <w:tcPr>
            <w:tcW w:w="1727" w:type="dxa"/>
            <w:vAlign w:val="center"/>
            <w:hideMark/>
          </w:tcPr>
          <w:p w14:paraId="36E04DB5" w14:textId="77777777" w:rsidR="00FA62BC" w:rsidRPr="00EB75F0" w:rsidRDefault="00FA62BC" w:rsidP="005A763E">
            <w:pPr>
              <w:keepNext/>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1.01 (0.57, 1.84)</w:t>
            </w:r>
          </w:p>
        </w:tc>
      </w:tr>
      <w:tr w:rsidR="005A763E" w:rsidRPr="00EB75F0" w14:paraId="6B239F48" w14:textId="77777777" w:rsidTr="009540E1">
        <w:trPr>
          <w:trHeight w:val="288"/>
        </w:trPr>
        <w:tc>
          <w:tcPr>
            <w:tcW w:w="1255" w:type="dxa"/>
            <w:vAlign w:val="center"/>
            <w:hideMark/>
          </w:tcPr>
          <w:p w14:paraId="056FD29E" w14:textId="77777777" w:rsidR="00FA62BC" w:rsidRPr="00EB75F0" w:rsidRDefault="00FA62BC"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440" w:type="dxa"/>
            <w:vAlign w:val="center"/>
            <w:hideMark/>
          </w:tcPr>
          <w:p w14:paraId="2DEF9C90"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0.74 (0.5, 1.07)</w:t>
            </w:r>
          </w:p>
        </w:tc>
        <w:tc>
          <w:tcPr>
            <w:tcW w:w="1440" w:type="dxa"/>
            <w:vAlign w:val="center"/>
            <w:hideMark/>
          </w:tcPr>
          <w:p w14:paraId="5C561DBF"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0.61 (0.39, 0.94)</w:t>
            </w:r>
          </w:p>
        </w:tc>
        <w:tc>
          <w:tcPr>
            <w:tcW w:w="1980" w:type="dxa"/>
            <w:vAlign w:val="center"/>
            <w:hideMark/>
          </w:tcPr>
          <w:p w14:paraId="6EC015A1" w14:textId="77777777" w:rsidR="00FA62BC" w:rsidRPr="00EB75F0" w:rsidRDefault="00FA62BC" w:rsidP="005A763E">
            <w:pPr>
              <w:spacing w:before="0" w:after="0" w:line="240" w:lineRule="auto"/>
              <w:contextualSpacing/>
              <w:rPr>
                <w:rFonts w:asciiTheme="majorHAnsi" w:hAnsiTheme="majorHAnsi" w:cstheme="majorHAnsi"/>
                <w:b/>
                <w:bCs/>
                <w:color w:val="000000"/>
                <w:sz w:val="16"/>
                <w:szCs w:val="16"/>
              </w:rPr>
            </w:pPr>
            <w:r w:rsidRPr="00EB75F0">
              <w:rPr>
                <w:rFonts w:asciiTheme="majorHAnsi" w:hAnsiTheme="majorHAnsi" w:cstheme="majorHAnsi"/>
                <w:b/>
                <w:bCs/>
                <w:color w:val="000000"/>
                <w:sz w:val="16"/>
                <w:szCs w:val="16"/>
              </w:rPr>
              <w:t>0.67 (0.44, 0.99)</w:t>
            </w:r>
          </w:p>
        </w:tc>
        <w:tc>
          <w:tcPr>
            <w:tcW w:w="2088" w:type="dxa"/>
            <w:shd w:val="clear" w:color="auto" w:fill="CFEDFF"/>
            <w:vAlign w:val="center"/>
          </w:tcPr>
          <w:p w14:paraId="5A0ABB3F"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1.37 (0.78, 2.37)</w:t>
            </w:r>
          </w:p>
        </w:tc>
        <w:tc>
          <w:tcPr>
            <w:tcW w:w="1854" w:type="dxa"/>
            <w:vAlign w:val="center"/>
            <w:hideMark/>
          </w:tcPr>
          <w:p w14:paraId="68BE402B"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0.66 (0.32, 1.36)</w:t>
            </w:r>
          </w:p>
        </w:tc>
        <w:tc>
          <w:tcPr>
            <w:tcW w:w="1589" w:type="dxa"/>
            <w:vAlign w:val="center"/>
            <w:hideMark/>
          </w:tcPr>
          <w:p w14:paraId="65B09B1E"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1.09 (0.64, 1.82)</w:t>
            </w:r>
          </w:p>
        </w:tc>
        <w:tc>
          <w:tcPr>
            <w:tcW w:w="1589" w:type="dxa"/>
            <w:vAlign w:val="center"/>
            <w:hideMark/>
          </w:tcPr>
          <w:p w14:paraId="433BC483"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r w:rsidRPr="00EB75F0">
              <w:rPr>
                <w:rFonts w:asciiTheme="majorHAnsi" w:hAnsiTheme="majorHAnsi" w:cstheme="majorHAnsi"/>
                <w:color w:val="000000"/>
                <w:sz w:val="16"/>
                <w:szCs w:val="16"/>
              </w:rPr>
              <w:t>0.99 (0.54, 1.75)</w:t>
            </w:r>
          </w:p>
        </w:tc>
        <w:tc>
          <w:tcPr>
            <w:tcW w:w="1727" w:type="dxa"/>
            <w:shd w:val="clear" w:color="auto" w:fill="C6C6C6"/>
            <w:noWrap/>
            <w:vAlign w:val="center"/>
            <w:hideMark/>
          </w:tcPr>
          <w:p w14:paraId="66EE9DAB" w14:textId="77777777" w:rsidR="00FA62BC" w:rsidRPr="00EB75F0" w:rsidRDefault="00FA62BC" w:rsidP="005A763E">
            <w:pPr>
              <w:spacing w:before="0" w:after="0" w:line="240" w:lineRule="auto"/>
              <w:contextualSpacing/>
              <w:rPr>
                <w:rFonts w:asciiTheme="majorHAnsi" w:hAnsiTheme="majorHAnsi" w:cstheme="majorHAnsi"/>
                <w:color w:val="000000"/>
                <w:sz w:val="16"/>
                <w:szCs w:val="16"/>
              </w:rPr>
            </w:pPr>
          </w:p>
        </w:tc>
      </w:tr>
      <w:tr w:rsidR="00FA62BC" w:rsidRPr="00EB75F0" w14:paraId="039F670E" w14:textId="77777777" w:rsidTr="005A763E">
        <w:trPr>
          <w:trHeight w:val="288"/>
        </w:trPr>
        <w:tc>
          <w:tcPr>
            <w:tcW w:w="14962" w:type="dxa"/>
            <w:gridSpan w:val="9"/>
            <w:vAlign w:val="center"/>
          </w:tcPr>
          <w:p w14:paraId="50A27827" w14:textId="23549BA5" w:rsidR="00FA62BC" w:rsidRPr="00EB75F0" w:rsidRDefault="00FA62BC" w:rsidP="005A763E">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credible interval; OR, odds ratio</w:t>
            </w:r>
            <w:r w:rsidR="00324F85"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324F85" w:rsidRPr="00EB75F0">
              <w:rPr>
                <w:rFonts w:asciiTheme="majorHAnsi" w:eastAsia="Times New Roman" w:hAnsiTheme="majorHAnsi" w:cstheme="majorHAnsi"/>
                <w:color w:val="000000"/>
                <w:sz w:val="16"/>
                <w:szCs w:val="16"/>
                <w:lang w:eastAsia="zh-TW"/>
              </w:rPr>
              <w:t xml:space="preserve">, </w:t>
            </w:r>
            <w:proofErr w:type="spellStart"/>
            <w:r w:rsidR="00324F85" w:rsidRPr="00EB75F0">
              <w:rPr>
                <w:rFonts w:asciiTheme="majorHAnsi" w:hAnsiTheme="majorHAnsi" w:cstheme="majorHAnsi"/>
                <w:sz w:val="16"/>
                <w:szCs w:val="16"/>
              </w:rPr>
              <w:t>xanomeline</w:t>
            </w:r>
            <w:proofErr w:type="spellEnd"/>
            <w:r w:rsidR="00324F85" w:rsidRPr="00EB75F0">
              <w:rPr>
                <w:rFonts w:asciiTheme="majorHAnsi" w:hAnsiTheme="majorHAnsi" w:cstheme="majorHAnsi"/>
                <w:sz w:val="16"/>
                <w:szCs w:val="16"/>
              </w:rPr>
              <w:t>/</w:t>
            </w:r>
            <w:proofErr w:type="spellStart"/>
            <w:r w:rsidR="00324F85" w:rsidRPr="00EB75F0">
              <w:rPr>
                <w:rFonts w:asciiTheme="majorHAnsi" w:hAnsiTheme="majorHAnsi" w:cstheme="majorHAnsi"/>
                <w:sz w:val="16"/>
                <w:szCs w:val="16"/>
              </w:rPr>
              <w:t>trospium</w:t>
            </w:r>
            <w:proofErr w:type="spellEnd"/>
            <w:r w:rsidR="00324F85" w:rsidRPr="00EB75F0">
              <w:rPr>
                <w:rFonts w:asciiTheme="majorHAnsi" w:hAnsiTheme="majorHAnsi" w:cstheme="majorHAnsi"/>
                <w:sz w:val="16"/>
                <w:szCs w:val="16"/>
              </w:rPr>
              <w:t xml:space="preserve"> chloride</w:t>
            </w:r>
          </w:p>
          <w:p w14:paraId="03E858B2" w14:textId="7FE3C867" w:rsidR="00FA62BC" w:rsidRPr="00EB75F0" w:rsidRDefault="00FA62BC"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005A763E" w:rsidRPr="00EB75F0">
              <w:rPr>
                <w:rFonts w:asciiTheme="majorHAnsi" w:hAnsiTheme="majorHAnsi" w:cstheme="majorHAnsi"/>
                <w:sz w:val="16"/>
                <w:szCs w:val="16"/>
              </w:rPr>
              <w:t xml:space="preserve"> chloride </w:t>
            </w:r>
            <w:r w:rsidRPr="00EB75F0">
              <w:rPr>
                <w:rFonts w:asciiTheme="majorHAnsi" w:hAnsiTheme="majorHAnsi" w:cstheme="majorHAnsi"/>
                <w:sz w:val="16"/>
                <w:szCs w:val="16"/>
              </w:rPr>
              <w:t xml:space="preserve">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31CF8D97" w14:textId="77777777" w:rsidR="00467FE0" w:rsidRPr="00EB75F0" w:rsidRDefault="00467FE0">
      <w:pPr>
        <w:spacing w:before="0" w:after="200" w:line="276" w:lineRule="auto"/>
      </w:pPr>
    </w:p>
    <w:p w14:paraId="208F6650" w14:textId="00C4BEAC" w:rsidR="00D37568" w:rsidRPr="00EB75F0" w:rsidRDefault="00A06AE8" w:rsidP="00766C59">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25</w:t>
        </w:r>
      </w:fldSimple>
      <w:r w:rsidR="00D37568" w:rsidRPr="00EB75F0">
        <w:t>:</w:t>
      </w:r>
      <w:r w:rsidR="00526CED" w:rsidRPr="00EB75F0">
        <w:t xml:space="preserve"> Patients who experienced ≥ 30% improvement in PANSS total score from baseline – League table – fixed-effects model, base case network – OR (95% </w:t>
      </w:r>
      <w:proofErr w:type="spellStart"/>
      <w:r w:rsidR="00526CED" w:rsidRPr="00EB75F0">
        <w:t>CrI</w:t>
      </w:r>
      <w:proofErr w:type="spellEnd"/>
      <w:r w:rsidR="00526CED" w:rsidRPr="00EB75F0">
        <w:t>)</w:t>
      </w:r>
    </w:p>
    <w:tbl>
      <w:tblPr>
        <w:tblStyle w:val="Lumanitytable"/>
        <w:tblW w:w="5155" w:type="pct"/>
        <w:tblLayout w:type="fixed"/>
        <w:tblLook w:val="04A0" w:firstRow="1" w:lastRow="0" w:firstColumn="1" w:lastColumn="0" w:noHBand="0" w:noVBand="1"/>
      </w:tblPr>
      <w:tblGrid>
        <w:gridCol w:w="1256"/>
        <w:gridCol w:w="1619"/>
        <w:gridCol w:w="1711"/>
        <w:gridCol w:w="1621"/>
        <w:gridCol w:w="1978"/>
        <w:gridCol w:w="1801"/>
        <w:gridCol w:w="1618"/>
        <w:gridCol w:w="1720"/>
        <w:gridCol w:w="1687"/>
      </w:tblGrid>
      <w:tr w:rsidR="009540E1" w:rsidRPr="00EB75F0" w14:paraId="017AEC01" w14:textId="77777777" w:rsidTr="009540E1">
        <w:trPr>
          <w:cnfStyle w:val="100000000000" w:firstRow="1" w:lastRow="0" w:firstColumn="0" w:lastColumn="0" w:oddVBand="0" w:evenVBand="0" w:oddHBand="0" w:evenHBand="0" w:firstRowFirstColumn="0" w:firstRowLastColumn="0" w:lastRowFirstColumn="0" w:lastRowLastColumn="0"/>
          <w:trHeight w:val="288"/>
          <w:tblHeader/>
        </w:trPr>
        <w:tc>
          <w:tcPr>
            <w:tcW w:w="418" w:type="pct"/>
            <w:vAlign w:val="center"/>
            <w:hideMark/>
          </w:tcPr>
          <w:p w14:paraId="1D398480"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539" w:type="pct"/>
            <w:vAlign w:val="center"/>
            <w:hideMark/>
          </w:tcPr>
          <w:p w14:paraId="429CD7B3"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570" w:type="pct"/>
            <w:vAlign w:val="center"/>
            <w:hideMark/>
          </w:tcPr>
          <w:p w14:paraId="160BC685"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540" w:type="pct"/>
            <w:vAlign w:val="center"/>
            <w:hideMark/>
          </w:tcPr>
          <w:p w14:paraId="5CCBA3A6"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659" w:type="pct"/>
            <w:vAlign w:val="center"/>
            <w:hideMark/>
          </w:tcPr>
          <w:p w14:paraId="0B51EE26" w14:textId="608C11D9" w:rsidR="005A763E" w:rsidRPr="00EB75F0" w:rsidRDefault="009A3ECD"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600" w:type="pct"/>
            <w:vAlign w:val="center"/>
            <w:hideMark/>
          </w:tcPr>
          <w:p w14:paraId="6129EF49"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539" w:type="pct"/>
            <w:vAlign w:val="center"/>
            <w:hideMark/>
          </w:tcPr>
          <w:p w14:paraId="20CDA84D"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573" w:type="pct"/>
            <w:vAlign w:val="center"/>
            <w:hideMark/>
          </w:tcPr>
          <w:p w14:paraId="0CBE5137"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562" w:type="pct"/>
            <w:vAlign w:val="center"/>
            <w:hideMark/>
          </w:tcPr>
          <w:p w14:paraId="7C3E6A24"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9540E1" w:rsidRPr="00EB75F0" w14:paraId="361138D0" w14:textId="77777777" w:rsidTr="009540E1">
        <w:trPr>
          <w:trHeight w:val="288"/>
        </w:trPr>
        <w:tc>
          <w:tcPr>
            <w:tcW w:w="418" w:type="pct"/>
            <w:vAlign w:val="center"/>
            <w:hideMark/>
          </w:tcPr>
          <w:p w14:paraId="63BC9ED4"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539" w:type="pct"/>
            <w:vAlign w:val="center"/>
          </w:tcPr>
          <w:p w14:paraId="56261B42"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1.91 (1.55 to 2.37)</w:t>
            </w:r>
          </w:p>
        </w:tc>
        <w:tc>
          <w:tcPr>
            <w:tcW w:w="570" w:type="pct"/>
            <w:vAlign w:val="center"/>
          </w:tcPr>
          <w:p w14:paraId="0EF09C08"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1.61 (1.32 to 1.96)</w:t>
            </w:r>
          </w:p>
        </w:tc>
        <w:tc>
          <w:tcPr>
            <w:tcW w:w="540" w:type="pct"/>
            <w:vAlign w:val="center"/>
          </w:tcPr>
          <w:p w14:paraId="3F9E8558"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1.71 (1.36 to 2.17)</w:t>
            </w:r>
          </w:p>
        </w:tc>
        <w:tc>
          <w:tcPr>
            <w:tcW w:w="659" w:type="pct"/>
            <w:shd w:val="clear" w:color="auto" w:fill="CFEDFF"/>
            <w:vAlign w:val="center"/>
          </w:tcPr>
          <w:p w14:paraId="3F6E61C7"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3.45 (2.37 to 5.09)</w:t>
            </w:r>
          </w:p>
        </w:tc>
        <w:tc>
          <w:tcPr>
            <w:tcW w:w="600" w:type="pct"/>
            <w:vAlign w:val="center"/>
          </w:tcPr>
          <w:p w14:paraId="08A9DCD9"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1.68 (1.02 to 2.8)</w:t>
            </w:r>
          </w:p>
        </w:tc>
        <w:tc>
          <w:tcPr>
            <w:tcW w:w="539" w:type="pct"/>
            <w:vAlign w:val="center"/>
          </w:tcPr>
          <w:p w14:paraId="778A243B"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2.78 (2.01 to 3.85)</w:t>
            </w:r>
          </w:p>
        </w:tc>
        <w:tc>
          <w:tcPr>
            <w:tcW w:w="573" w:type="pct"/>
            <w:vAlign w:val="center"/>
          </w:tcPr>
          <w:p w14:paraId="099CDC81"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2.65 (1.84 to 3.85)</w:t>
            </w:r>
          </w:p>
        </w:tc>
        <w:tc>
          <w:tcPr>
            <w:tcW w:w="562" w:type="pct"/>
            <w:vAlign w:val="center"/>
          </w:tcPr>
          <w:p w14:paraId="61C3F815"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2.53 (1.92 to 3.34)</w:t>
            </w:r>
          </w:p>
        </w:tc>
      </w:tr>
      <w:tr w:rsidR="009540E1" w:rsidRPr="00EB75F0" w14:paraId="61EF4DAA" w14:textId="77777777" w:rsidTr="009540E1">
        <w:trPr>
          <w:trHeight w:val="288"/>
        </w:trPr>
        <w:tc>
          <w:tcPr>
            <w:tcW w:w="418" w:type="pct"/>
            <w:vAlign w:val="center"/>
            <w:hideMark/>
          </w:tcPr>
          <w:p w14:paraId="4DBD4EB7"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539" w:type="pct"/>
            <w:shd w:val="clear" w:color="auto" w:fill="C6C6C6"/>
            <w:noWrap/>
            <w:vAlign w:val="center"/>
          </w:tcPr>
          <w:p w14:paraId="7281A36F"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vAlign w:val="center"/>
          </w:tcPr>
          <w:p w14:paraId="7267DB2C"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0.84 (0.63 to 1.11)</w:t>
            </w:r>
          </w:p>
        </w:tc>
        <w:tc>
          <w:tcPr>
            <w:tcW w:w="540" w:type="pct"/>
            <w:vAlign w:val="center"/>
          </w:tcPr>
          <w:p w14:paraId="15501EF3"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 (0.68 to 1.17)</w:t>
            </w:r>
          </w:p>
        </w:tc>
        <w:tc>
          <w:tcPr>
            <w:tcW w:w="659" w:type="pct"/>
            <w:shd w:val="clear" w:color="auto" w:fill="CFEDFF"/>
            <w:vAlign w:val="center"/>
          </w:tcPr>
          <w:p w14:paraId="3DBFFC69"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 (1.17 to 2.8)</w:t>
            </w:r>
          </w:p>
        </w:tc>
        <w:tc>
          <w:tcPr>
            <w:tcW w:w="600" w:type="pct"/>
            <w:vAlign w:val="center"/>
          </w:tcPr>
          <w:p w14:paraId="09432176"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(0.51 to 1.52)</w:t>
            </w:r>
          </w:p>
        </w:tc>
        <w:tc>
          <w:tcPr>
            <w:tcW w:w="539" w:type="pct"/>
            <w:vAlign w:val="center"/>
          </w:tcPr>
          <w:p w14:paraId="6F67731F"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1.45 (0.99 to 2.14)</w:t>
            </w:r>
          </w:p>
        </w:tc>
        <w:tc>
          <w:tcPr>
            <w:tcW w:w="573" w:type="pct"/>
            <w:vAlign w:val="center"/>
          </w:tcPr>
          <w:p w14:paraId="6EB8627F"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1.39 (0.91 to 2.12)</w:t>
            </w:r>
          </w:p>
        </w:tc>
        <w:tc>
          <w:tcPr>
            <w:tcW w:w="562" w:type="pct"/>
            <w:vAlign w:val="center"/>
          </w:tcPr>
          <w:p w14:paraId="32A79441"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1.32 (0.98 to 1.78)</w:t>
            </w:r>
          </w:p>
        </w:tc>
      </w:tr>
      <w:tr w:rsidR="009540E1" w:rsidRPr="00EB75F0" w14:paraId="4796F049" w14:textId="77777777" w:rsidTr="009540E1">
        <w:trPr>
          <w:trHeight w:val="288"/>
        </w:trPr>
        <w:tc>
          <w:tcPr>
            <w:tcW w:w="418" w:type="pct"/>
            <w:vAlign w:val="center"/>
            <w:hideMark/>
          </w:tcPr>
          <w:p w14:paraId="34835A9C"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539" w:type="pct"/>
            <w:vAlign w:val="center"/>
          </w:tcPr>
          <w:p w14:paraId="2E37E312"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1.19 (0.9 to 1.58)</w:t>
            </w:r>
          </w:p>
        </w:tc>
        <w:tc>
          <w:tcPr>
            <w:tcW w:w="570" w:type="pct"/>
            <w:shd w:val="clear" w:color="auto" w:fill="C6C6C6"/>
            <w:noWrap/>
            <w:vAlign w:val="center"/>
          </w:tcPr>
          <w:p w14:paraId="310EFF8F"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540" w:type="pct"/>
            <w:vAlign w:val="center"/>
          </w:tcPr>
          <w:p w14:paraId="276ED882"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1.06 (0.79 to 1.44)</w:t>
            </w:r>
          </w:p>
        </w:tc>
        <w:tc>
          <w:tcPr>
            <w:tcW w:w="659" w:type="pct"/>
            <w:shd w:val="clear" w:color="auto" w:fill="CFEDFF"/>
            <w:vAlign w:val="center"/>
          </w:tcPr>
          <w:p w14:paraId="6274B89C"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2.14 (1.4 to 3.32)</w:t>
            </w:r>
          </w:p>
        </w:tc>
        <w:tc>
          <w:tcPr>
            <w:tcW w:w="600" w:type="pct"/>
            <w:vAlign w:val="center"/>
          </w:tcPr>
          <w:p w14:paraId="32DB1A28"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1.04 (0.61 to 1.8)</w:t>
            </w:r>
          </w:p>
        </w:tc>
        <w:tc>
          <w:tcPr>
            <w:tcW w:w="539" w:type="pct"/>
            <w:vAlign w:val="center"/>
          </w:tcPr>
          <w:p w14:paraId="1A873013"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1.72 (1.18 to 2.52)</w:t>
            </w:r>
          </w:p>
        </w:tc>
        <w:tc>
          <w:tcPr>
            <w:tcW w:w="573" w:type="pct"/>
            <w:vAlign w:val="center"/>
          </w:tcPr>
          <w:p w14:paraId="4F4BFD94"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1.65 (1.13 to 2.42)</w:t>
            </w:r>
          </w:p>
        </w:tc>
        <w:tc>
          <w:tcPr>
            <w:tcW w:w="562" w:type="pct"/>
            <w:vAlign w:val="center"/>
          </w:tcPr>
          <w:p w14:paraId="314BE4D8"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1.57 (1.12 to 2.2)</w:t>
            </w:r>
          </w:p>
        </w:tc>
      </w:tr>
      <w:tr w:rsidR="009540E1" w:rsidRPr="00EB75F0" w14:paraId="79B9FF97" w14:textId="77777777" w:rsidTr="009540E1">
        <w:trPr>
          <w:trHeight w:val="288"/>
        </w:trPr>
        <w:tc>
          <w:tcPr>
            <w:tcW w:w="418" w:type="pct"/>
            <w:vAlign w:val="center"/>
            <w:hideMark/>
          </w:tcPr>
          <w:p w14:paraId="048CF4BE"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539" w:type="pct"/>
            <w:vAlign w:val="center"/>
          </w:tcPr>
          <w:p w14:paraId="2E95D6CB"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1.12 (0.85 to 1.46)</w:t>
            </w:r>
          </w:p>
        </w:tc>
        <w:tc>
          <w:tcPr>
            <w:tcW w:w="570" w:type="pct"/>
            <w:vAlign w:val="center"/>
          </w:tcPr>
          <w:p w14:paraId="455E054F"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(0.69 to 1.27)</w:t>
            </w:r>
          </w:p>
        </w:tc>
        <w:tc>
          <w:tcPr>
            <w:tcW w:w="540" w:type="pct"/>
            <w:shd w:val="clear" w:color="auto" w:fill="C6C6C6"/>
            <w:noWrap/>
            <w:vAlign w:val="center"/>
          </w:tcPr>
          <w:p w14:paraId="42FE8031"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659" w:type="pct"/>
            <w:shd w:val="clear" w:color="auto" w:fill="CFEDFF"/>
            <w:vAlign w:val="center"/>
          </w:tcPr>
          <w:p w14:paraId="38889F22"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2.01 (1.3 to 3.16)</w:t>
            </w:r>
          </w:p>
        </w:tc>
        <w:tc>
          <w:tcPr>
            <w:tcW w:w="600" w:type="pct"/>
            <w:vAlign w:val="center"/>
          </w:tcPr>
          <w:p w14:paraId="6C4DB231"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0.98 (0.56 to 1.72)</w:t>
            </w:r>
          </w:p>
        </w:tc>
        <w:tc>
          <w:tcPr>
            <w:tcW w:w="539" w:type="pct"/>
            <w:vAlign w:val="center"/>
          </w:tcPr>
          <w:p w14:paraId="7BB9EFA4"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1.62 (1.09 to 2.42)</w:t>
            </w:r>
          </w:p>
        </w:tc>
        <w:tc>
          <w:tcPr>
            <w:tcW w:w="573" w:type="pct"/>
            <w:vAlign w:val="center"/>
          </w:tcPr>
          <w:p w14:paraId="272B71DF"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1.55 (1 to 2.41)</w:t>
            </w:r>
          </w:p>
        </w:tc>
        <w:tc>
          <w:tcPr>
            <w:tcW w:w="562" w:type="pct"/>
            <w:vAlign w:val="center"/>
          </w:tcPr>
          <w:p w14:paraId="48BC4543"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1.48 (1.1 to 1.98)</w:t>
            </w:r>
          </w:p>
        </w:tc>
      </w:tr>
      <w:tr w:rsidR="009540E1" w:rsidRPr="00EB75F0" w14:paraId="6F416B47" w14:textId="77777777" w:rsidTr="009540E1">
        <w:trPr>
          <w:trHeight w:val="288"/>
        </w:trPr>
        <w:tc>
          <w:tcPr>
            <w:tcW w:w="418" w:type="pct"/>
            <w:vAlign w:val="center"/>
            <w:hideMark/>
          </w:tcPr>
          <w:p w14:paraId="6F8F4567" w14:textId="7895AA8A" w:rsidR="005D3B5A" w:rsidRPr="00EB75F0" w:rsidRDefault="009A3ECD"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539" w:type="pct"/>
            <w:vAlign w:val="center"/>
          </w:tcPr>
          <w:p w14:paraId="666682DE"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0.56 (0.36 to 0.85)</w:t>
            </w:r>
          </w:p>
        </w:tc>
        <w:tc>
          <w:tcPr>
            <w:tcW w:w="570" w:type="pct"/>
            <w:vAlign w:val="center"/>
          </w:tcPr>
          <w:p w14:paraId="05B761A2"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0.47 (0.3 to 0.71)</w:t>
            </w:r>
          </w:p>
        </w:tc>
        <w:tc>
          <w:tcPr>
            <w:tcW w:w="540" w:type="pct"/>
            <w:vAlign w:val="center"/>
          </w:tcPr>
          <w:p w14:paraId="6729354D"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0.5 (0.32 to 0.77)</w:t>
            </w:r>
          </w:p>
        </w:tc>
        <w:tc>
          <w:tcPr>
            <w:tcW w:w="659" w:type="pct"/>
            <w:shd w:val="clear" w:color="auto" w:fill="C6C6C6"/>
            <w:noWrap/>
            <w:vAlign w:val="center"/>
          </w:tcPr>
          <w:p w14:paraId="32EEC6AE"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600" w:type="pct"/>
            <w:vAlign w:val="center"/>
          </w:tcPr>
          <w:p w14:paraId="0D48D6C8"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0.49 (0.26 to 0.92)</w:t>
            </w:r>
          </w:p>
        </w:tc>
        <w:tc>
          <w:tcPr>
            <w:tcW w:w="539" w:type="pct"/>
            <w:vAlign w:val="center"/>
          </w:tcPr>
          <w:p w14:paraId="3E647AC4"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 (0.49 to 1.32)</w:t>
            </w:r>
          </w:p>
        </w:tc>
        <w:tc>
          <w:tcPr>
            <w:tcW w:w="573" w:type="pct"/>
            <w:vAlign w:val="center"/>
          </w:tcPr>
          <w:p w14:paraId="2FC68F50"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0.77 (0.45 to 1.3)</w:t>
            </w:r>
          </w:p>
        </w:tc>
        <w:tc>
          <w:tcPr>
            <w:tcW w:w="562" w:type="pct"/>
            <w:vAlign w:val="center"/>
          </w:tcPr>
          <w:p w14:paraId="6F74CF4B"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0.73 (0.46 to 1.17)</w:t>
            </w:r>
          </w:p>
        </w:tc>
      </w:tr>
      <w:tr w:rsidR="009540E1" w:rsidRPr="00EB75F0" w14:paraId="5AE694A3" w14:textId="77777777" w:rsidTr="009540E1">
        <w:trPr>
          <w:trHeight w:val="288"/>
        </w:trPr>
        <w:tc>
          <w:tcPr>
            <w:tcW w:w="418" w:type="pct"/>
            <w:vAlign w:val="center"/>
            <w:hideMark/>
          </w:tcPr>
          <w:p w14:paraId="3BBD6686"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539" w:type="pct"/>
            <w:vAlign w:val="center"/>
          </w:tcPr>
          <w:p w14:paraId="6C12F386"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1.14 (0.66 to 1.96)</w:t>
            </w:r>
          </w:p>
        </w:tc>
        <w:tc>
          <w:tcPr>
            <w:tcW w:w="570" w:type="pct"/>
            <w:vAlign w:val="center"/>
          </w:tcPr>
          <w:p w14:paraId="2E155B82"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0.96 (0.56 to 1.64)</w:t>
            </w:r>
          </w:p>
        </w:tc>
        <w:tc>
          <w:tcPr>
            <w:tcW w:w="540" w:type="pct"/>
            <w:vAlign w:val="center"/>
          </w:tcPr>
          <w:p w14:paraId="04645F93"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1.02 (0.58 to 1.78)</w:t>
            </w:r>
          </w:p>
        </w:tc>
        <w:tc>
          <w:tcPr>
            <w:tcW w:w="659" w:type="pct"/>
            <w:shd w:val="clear" w:color="auto" w:fill="CFEDFF"/>
            <w:vAlign w:val="center"/>
          </w:tcPr>
          <w:p w14:paraId="19B3399C"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2.06 (1.09 to 3.87)</w:t>
            </w:r>
          </w:p>
        </w:tc>
        <w:tc>
          <w:tcPr>
            <w:tcW w:w="600" w:type="pct"/>
            <w:shd w:val="clear" w:color="auto" w:fill="C6C6C6"/>
            <w:noWrap/>
            <w:vAlign w:val="center"/>
          </w:tcPr>
          <w:p w14:paraId="0BB5D9C9"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539" w:type="pct"/>
            <w:vAlign w:val="center"/>
          </w:tcPr>
          <w:p w14:paraId="5A70ABC4"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1.65 (0.91 to 3)</w:t>
            </w:r>
          </w:p>
        </w:tc>
        <w:tc>
          <w:tcPr>
            <w:tcW w:w="573" w:type="pct"/>
            <w:vAlign w:val="center"/>
          </w:tcPr>
          <w:p w14:paraId="2F7A5D70"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1.58 (0.85 to 2.94)</w:t>
            </w:r>
          </w:p>
        </w:tc>
        <w:tc>
          <w:tcPr>
            <w:tcW w:w="562" w:type="pct"/>
            <w:vAlign w:val="center"/>
          </w:tcPr>
          <w:p w14:paraId="045F665C"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 (0.84 to 2.67)</w:t>
            </w:r>
          </w:p>
        </w:tc>
      </w:tr>
      <w:tr w:rsidR="009540E1" w:rsidRPr="00EB75F0" w14:paraId="45ADC7F9" w14:textId="77777777" w:rsidTr="009540E1">
        <w:trPr>
          <w:trHeight w:val="288"/>
        </w:trPr>
        <w:tc>
          <w:tcPr>
            <w:tcW w:w="418" w:type="pct"/>
            <w:vAlign w:val="center"/>
            <w:hideMark/>
          </w:tcPr>
          <w:p w14:paraId="5AE11A6A"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539" w:type="pct"/>
            <w:vAlign w:val="center"/>
          </w:tcPr>
          <w:p w14:paraId="08BF2F40"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0.69 (0.47 to 1.01)</w:t>
            </w:r>
          </w:p>
        </w:tc>
        <w:tc>
          <w:tcPr>
            <w:tcW w:w="570" w:type="pct"/>
            <w:vAlign w:val="center"/>
          </w:tcPr>
          <w:p w14:paraId="29845C74"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0.58 (0.4 to 0.85)</w:t>
            </w:r>
          </w:p>
        </w:tc>
        <w:tc>
          <w:tcPr>
            <w:tcW w:w="540" w:type="pct"/>
            <w:vAlign w:val="center"/>
          </w:tcPr>
          <w:p w14:paraId="55DB9C71"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0.62 (0.41 to 0.92)</w:t>
            </w:r>
          </w:p>
        </w:tc>
        <w:tc>
          <w:tcPr>
            <w:tcW w:w="659" w:type="pct"/>
            <w:shd w:val="clear" w:color="auto" w:fill="CFEDFF"/>
            <w:vAlign w:val="center"/>
          </w:tcPr>
          <w:p w14:paraId="650D6DC5"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1.24 (0.76 to 2.05)</w:t>
            </w:r>
          </w:p>
        </w:tc>
        <w:tc>
          <w:tcPr>
            <w:tcW w:w="600" w:type="pct"/>
            <w:vAlign w:val="center"/>
          </w:tcPr>
          <w:p w14:paraId="4F390CC9"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 (0.33 to 1.1)</w:t>
            </w:r>
          </w:p>
        </w:tc>
        <w:tc>
          <w:tcPr>
            <w:tcW w:w="539" w:type="pct"/>
            <w:shd w:val="clear" w:color="auto" w:fill="C6C6C6"/>
            <w:noWrap/>
            <w:vAlign w:val="center"/>
          </w:tcPr>
          <w:p w14:paraId="5AAC5C46"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573" w:type="pct"/>
            <w:vAlign w:val="center"/>
          </w:tcPr>
          <w:p w14:paraId="215CE0CB"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0.96 (0.59 to 1.56)</w:t>
            </w:r>
          </w:p>
        </w:tc>
        <w:tc>
          <w:tcPr>
            <w:tcW w:w="562" w:type="pct"/>
            <w:vAlign w:val="center"/>
          </w:tcPr>
          <w:p w14:paraId="03288CCA"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0.91 (0.6 to 1.39)</w:t>
            </w:r>
          </w:p>
        </w:tc>
      </w:tr>
      <w:tr w:rsidR="005D3B5A" w:rsidRPr="00EB75F0" w14:paraId="798433F2" w14:textId="77777777" w:rsidTr="009540E1">
        <w:trPr>
          <w:trHeight w:val="288"/>
        </w:trPr>
        <w:tc>
          <w:tcPr>
            <w:tcW w:w="418" w:type="pct"/>
            <w:vAlign w:val="center"/>
            <w:hideMark/>
          </w:tcPr>
          <w:p w14:paraId="36DD63D7" w14:textId="77777777" w:rsidR="005D3B5A" w:rsidRPr="00EB75F0" w:rsidRDefault="005D3B5A"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539" w:type="pct"/>
            <w:vAlign w:val="center"/>
          </w:tcPr>
          <w:p w14:paraId="664C0B6A" w14:textId="77777777" w:rsidR="005D3B5A" w:rsidRPr="00EB75F0" w:rsidRDefault="005D3B5A"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0.72 (0.47 to 1.1)</w:t>
            </w:r>
          </w:p>
        </w:tc>
        <w:tc>
          <w:tcPr>
            <w:tcW w:w="570" w:type="pct"/>
            <w:vAlign w:val="center"/>
          </w:tcPr>
          <w:p w14:paraId="0E5ED952" w14:textId="77777777" w:rsidR="005D3B5A" w:rsidRPr="00EB75F0" w:rsidRDefault="005D3B5A" w:rsidP="005A763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0.61 (0.41 to 0.88)</w:t>
            </w:r>
          </w:p>
        </w:tc>
        <w:tc>
          <w:tcPr>
            <w:tcW w:w="540" w:type="pct"/>
            <w:vAlign w:val="center"/>
          </w:tcPr>
          <w:p w14:paraId="67C3E345" w14:textId="77777777" w:rsidR="005D3B5A" w:rsidRPr="00EB75F0" w:rsidRDefault="005D3B5A"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0.65 (0.41 to 1)</w:t>
            </w:r>
          </w:p>
        </w:tc>
        <w:tc>
          <w:tcPr>
            <w:tcW w:w="659" w:type="pct"/>
            <w:shd w:val="clear" w:color="auto" w:fill="CFEDFF"/>
            <w:vAlign w:val="center"/>
          </w:tcPr>
          <w:p w14:paraId="60F2CF04" w14:textId="77777777" w:rsidR="005D3B5A" w:rsidRPr="00EB75F0" w:rsidRDefault="005D3B5A"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 (0.77 to 2.21)</w:t>
            </w:r>
          </w:p>
        </w:tc>
        <w:tc>
          <w:tcPr>
            <w:tcW w:w="600" w:type="pct"/>
            <w:vAlign w:val="center"/>
          </w:tcPr>
          <w:p w14:paraId="5DFCBD72" w14:textId="77777777" w:rsidR="005D3B5A" w:rsidRPr="00EB75F0" w:rsidRDefault="005D3B5A"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0.63 (0.34 to 1.18)</w:t>
            </w:r>
          </w:p>
        </w:tc>
        <w:tc>
          <w:tcPr>
            <w:tcW w:w="539" w:type="pct"/>
            <w:vAlign w:val="center"/>
          </w:tcPr>
          <w:p w14:paraId="43FC94F5" w14:textId="77777777" w:rsidR="005D3B5A" w:rsidRPr="00EB75F0" w:rsidRDefault="005D3B5A"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1.05 (0.64 to 1.71)</w:t>
            </w:r>
          </w:p>
        </w:tc>
        <w:tc>
          <w:tcPr>
            <w:tcW w:w="573" w:type="pct"/>
            <w:shd w:val="clear" w:color="auto" w:fill="C6C6C6"/>
            <w:noWrap/>
            <w:vAlign w:val="center"/>
          </w:tcPr>
          <w:p w14:paraId="4BEB4CFA" w14:textId="77777777" w:rsidR="005D3B5A" w:rsidRPr="00EB75F0" w:rsidRDefault="005D3B5A" w:rsidP="005A763E">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562" w:type="pct"/>
            <w:vAlign w:val="center"/>
          </w:tcPr>
          <w:p w14:paraId="1CF4E1B9" w14:textId="77777777" w:rsidR="005D3B5A" w:rsidRPr="00EB75F0" w:rsidRDefault="005D3B5A"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0.95 (0.6 to 1.51)</w:t>
            </w:r>
          </w:p>
        </w:tc>
      </w:tr>
      <w:tr w:rsidR="005D3B5A" w:rsidRPr="00EB75F0" w14:paraId="04BEA239" w14:textId="77777777" w:rsidTr="009540E1">
        <w:trPr>
          <w:trHeight w:val="288"/>
        </w:trPr>
        <w:tc>
          <w:tcPr>
            <w:tcW w:w="418" w:type="pct"/>
            <w:vAlign w:val="center"/>
            <w:hideMark/>
          </w:tcPr>
          <w:p w14:paraId="5FC9BE87"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539" w:type="pct"/>
            <w:vAlign w:val="center"/>
          </w:tcPr>
          <w:p w14:paraId="599F255F"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0.76 (0.56 to 1.02)</w:t>
            </w:r>
          </w:p>
        </w:tc>
        <w:tc>
          <w:tcPr>
            <w:tcW w:w="570" w:type="pct"/>
            <w:vAlign w:val="center"/>
          </w:tcPr>
          <w:p w14:paraId="49698FAB"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0.64 (0.45 to 0.89)</w:t>
            </w:r>
          </w:p>
        </w:tc>
        <w:tc>
          <w:tcPr>
            <w:tcW w:w="540" w:type="pct"/>
            <w:vAlign w:val="center"/>
          </w:tcPr>
          <w:p w14:paraId="71B96B02"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0.68 (0.5 to 0.91)</w:t>
            </w:r>
          </w:p>
        </w:tc>
        <w:tc>
          <w:tcPr>
            <w:tcW w:w="659" w:type="pct"/>
            <w:shd w:val="clear" w:color="auto" w:fill="CFEDFF"/>
            <w:vAlign w:val="center"/>
          </w:tcPr>
          <w:p w14:paraId="714B2E66"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1.37 (0.86 to 2.19)</w:t>
            </w:r>
          </w:p>
        </w:tc>
        <w:tc>
          <w:tcPr>
            <w:tcW w:w="600" w:type="pct"/>
            <w:vAlign w:val="center"/>
          </w:tcPr>
          <w:p w14:paraId="6C3FF6DD"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0.66 (0.37 to 1.19)</w:t>
            </w:r>
          </w:p>
        </w:tc>
        <w:tc>
          <w:tcPr>
            <w:tcW w:w="539" w:type="pct"/>
            <w:vAlign w:val="center"/>
          </w:tcPr>
          <w:p w14:paraId="6CEE6735" w14:textId="77777777" w:rsidR="005D3B5A" w:rsidRPr="00EB75F0" w:rsidRDefault="005D3B5A"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 (0.72 to 1.68)</w:t>
            </w:r>
          </w:p>
        </w:tc>
        <w:tc>
          <w:tcPr>
            <w:tcW w:w="573" w:type="pct"/>
            <w:vAlign w:val="center"/>
          </w:tcPr>
          <w:p w14:paraId="10FA3DE4"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1.05 (0.66 to 1.67)</w:t>
            </w:r>
          </w:p>
        </w:tc>
        <w:tc>
          <w:tcPr>
            <w:tcW w:w="562" w:type="pct"/>
            <w:shd w:val="clear" w:color="auto" w:fill="C6C6C6"/>
            <w:noWrap/>
            <w:vAlign w:val="center"/>
          </w:tcPr>
          <w:p w14:paraId="6B24FB03" w14:textId="77777777"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p>
        </w:tc>
      </w:tr>
      <w:tr w:rsidR="005D3B5A" w:rsidRPr="00EB75F0" w14:paraId="7DC282A4" w14:textId="77777777" w:rsidTr="005A763E">
        <w:trPr>
          <w:trHeight w:val="288"/>
        </w:trPr>
        <w:tc>
          <w:tcPr>
            <w:tcW w:w="5000" w:type="pct"/>
            <w:gridSpan w:val="9"/>
            <w:vAlign w:val="center"/>
          </w:tcPr>
          <w:p w14:paraId="20620933" w14:textId="20BC61E0" w:rsidR="005D3B5A" w:rsidRPr="00EB75F0" w:rsidRDefault="005D3B5A" w:rsidP="005A763E">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lastRenderedPageBreak/>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credible interval; OR, odds ratio</w:t>
            </w:r>
            <w:r w:rsidR="00324F85"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324F85" w:rsidRPr="00EB75F0">
              <w:rPr>
                <w:rFonts w:asciiTheme="majorHAnsi" w:eastAsia="Times New Roman" w:hAnsiTheme="majorHAnsi" w:cstheme="majorHAnsi"/>
                <w:color w:val="000000"/>
                <w:sz w:val="16"/>
                <w:szCs w:val="16"/>
                <w:lang w:eastAsia="zh-TW"/>
              </w:rPr>
              <w:t xml:space="preserve">, </w:t>
            </w:r>
            <w:proofErr w:type="spellStart"/>
            <w:r w:rsidR="00324F85" w:rsidRPr="00EB75F0">
              <w:rPr>
                <w:rFonts w:asciiTheme="majorHAnsi" w:hAnsiTheme="majorHAnsi" w:cstheme="majorHAnsi"/>
                <w:sz w:val="16"/>
                <w:szCs w:val="16"/>
              </w:rPr>
              <w:t>xanomeline</w:t>
            </w:r>
            <w:proofErr w:type="spellEnd"/>
            <w:r w:rsidR="00324F85" w:rsidRPr="00EB75F0">
              <w:rPr>
                <w:rFonts w:asciiTheme="majorHAnsi" w:hAnsiTheme="majorHAnsi" w:cstheme="majorHAnsi"/>
                <w:sz w:val="16"/>
                <w:szCs w:val="16"/>
              </w:rPr>
              <w:t>/</w:t>
            </w:r>
            <w:proofErr w:type="spellStart"/>
            <w:r w:rsidR="00324F85" w:rsidRPr="00EB75F0">
              <w:rPr>
                <w:rFonts w:asciiTheme="majorHAnsi" w:hAnsiTheme="majorHAnsi" w:cstheme="majorHAnsi"/>
                <w:sz w:val="16"/>
                <w:szCs w:val="16"/>
              </w:rPr>
              <w:t>trospium</w:t>
            </w:r>
            <w:proofErr w:type="spellEnd"/>
            <w:r w:rsidR="00324F85" w:rsidRPr="00EB75F0">
              <w:rPr>
                <w:rFonts w:asciiTheme="majorHAnsi" w:hAnsiTheme="majorHAnsi" w:cstheme="majorHAnsi"/>
                <w:sz w:val="16"/>
                <w:szCs w:val="16"/>
              </w:rPr>
              <w:t xml:space="preserve"> chloride</w:t>
            </w:r>
          </w:p>
          <w:p w14:paraId="6C07AE9C" w14:textId="76039E05" w:rsidR="005D3B5A" w:rsidRPr="00EB75F0" w:rsidRDefault="005D3B5A"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005A763E" w:rsidRPr="00EB75F0">
              <w:rPr>
                <w:rFonts w:asciiTheme="majorHAnsi" w:hAnsiTheme="majorHAnsi" w:cstheme="majorHAnsi"/>
                <w:sz w:val="16"/>
                <w:szCs w:val="16"/>
              </w:rPr>
              <w:t xml:space="preserve"> </w:t>
            </w:r>
            <w:r w:rsidRPr="00EB75F0">
              <w:rPr>
                <w:rFonts w:asciiTheme="majorHAnsi" w:hAnsiTheme="majorHAnsi" w:cstheme="majorHAnsi"/>
                <w:sz w:val="16"/>
                <w:szCs w:val="16"/>
              </w:rPr>
              <w:t xml:space="preserve">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4F194C2F" w14:textId="77777777" w:rsidR="00467FE0" w:rsidRPr="00EB75F0" w:rsidRDefault="00467FE0">
      <w:pPr>
        <w:spacing w:before="0" w:after="200" w:line="276" w:lineRule="auto"/>
      </w:pPr>
    </w:p>
    <w:p w14:paraId="3A9A6C69" w14:textId="47ED3EFF" w:rsidR="00D37568" w:rsidRPr="00EB75F0" w:rsidRDefault="00A06AE8" w:rsidP="00766C59">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26</w:t>
        </w:r>
      </w:fldSimple>
      <w:r w:rsidR="00D37568" w:rsidRPr="00EB75F0">
        <w:t>:</w:t>
      </w:r>
      <w:r w:rsidR="00526CED" w:rsidRPr="00EB75F0">
        <w:t xml:space="preserve"> Patients who experienced ≥ 30% improvement in PANSS total score from baseline – League table – random-effects model, sensitivity analysis excluding studies with predominantly Asian populations – OR (95% </w:t>
      </w:r>
      <w:proofErr w:type="spellStart"/>
      <w:r w:rsidR="00526CED" w:rsidRPr="00EB75F0">
        <w:t>CrI</w:t>
      </w:r>
      <w:proofErr w:type="spellEnd"/>
      <w:r w:rsidR="00526CED" w:rsidRPr="00EB75F0">
        <w:t>)</w:t>
      </w:r>
    </w:p>
    <w:tbl>
      <w:tblPr>
        <w:tblStyle w:val="Lumanitytable"/>
        <w:tblW w:w="5155" w:type="pct"/>
        <w:tblLayout w:type="fixed"/>
        <w:tblLook w:val="04A0" w:firstRow="1" w:lastRow="0" w:firstColumn="1" w:lastColumn="0" w:noHBand="0" w:noVBand="1"/>
      </w:tblPr>
      <w:tblGrid>
        <w:gridCol w:w="1346"/>
        <w:gridCol w:w="1619"/>
        <w:gridCol w:w="1711"/>
        <w:gridCol w:w="1618"/>
        <w:gridCol w:w="1891"/>
        <w:gridCol w:w="1801"/>
        <w:gridCol w:w="1618"/>
        <w:gridCol w:w="1720"/>
        <w:gridCol w:w="1687"/>
      </w:tblGrid>
      <w:tr w:rsidR="009540E1" w:rsidRPr="00EB75F0" w14:paraId="0CB34749" w14:textId="77777777" w:rsidTr="009540E1">
        <w:trPr>
          <w:cnfStyle w:val="100000000000" w:firstRow="1" w:lastRow="0" w:firstColumn="0" w:lastColumn="0" w:oddVBand="0" w:evenVBand="0" w:oddHBand="0" w:evenHBand="0" w:firstRowFirstColumn="0" w:firstRowLastColumn="0" w:lastRowFirstColumn="0" w:lastRowLastColumn="0"/>
          <w:trHeight w:val="288"/>
          <w:tblHeader/>
        </w:trPr>
        <w:tc>
          <w:tcPr>
            <w:tcW w:w="448" w:type="pct"/>
            <w:vAlign w:val="center"/>
            <w:hideMark/>
          </w:tcPr>
          <w:p w14:paraId="0AB30EE5"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539" w:type="pct"/>
            <w:vAlign w:val="center"/>
            <w:hideMark/>
          </w:tcPr>
          <w:p w14:paraId="124F2E4D"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570" w:type="pct"/>
            <w:vAlign w:val="center"/>
            <w:hideMark/>
          </w:tcPr>
          <w:p w14:paraId="02B001EA"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539" w:type="pct"/>
            <w:vAlign w:val="center"/>
            <w:hideMark/>
          </w:tcPr>
          <w:p w14:paraId="35461B7E"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630" w:type="pct"/>
            <w:vAlign w:val="center"/>
            <w:hideMark/>
          </w:tcPr>
          <w:p w14:paraId="5D996E11" w14:textId="03D2293F" w:rsidR="005A763E" w:rsidRPr="00EB75F0" w:rsidRDefault="009A3ECD"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600" w:type="pct"/>
            <w:vAlign w:val="center"/>
            <w:hideMark/>
          </w:tcPr>
          <w:p w14:paraId="622062FB"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539" w:type="pct"/>
            <w:vAlign w:val="center"/>
            <w:hideMark/>
          </w:tcPr>
          <w:p w14:paraId="0F822B1A"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573" w:type="pct"/>
            <w:vAlign w:val="center"/>
            <w:hideMark/>
          </w:tcPr>
          <w:p w14:paraId="0FBC37D9"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562" w:type="pct"/>
            <w:vAlign w:val="center"/>
            <w:hideMark/>
          </w:tcPr>
          <w:p w14:paraId="42B74A89"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9540E1" w:rsidRPr="00EB75F0" w14:paraId="64CB231F" w14:textId="77777777" w:rsidTr="009540E1">
        <w:trPr>
          <w:trHeight w:val="288"/>
        </w:trPr>
        <w:tc>
          <w:tcPr>
            <w:tcW w:w="448" w:type="pct"/>
            <w:vAlign w:val="center"/>
            <w:hideMark/>
          </w:tcPr>
          <w:p w14:paraId="54C26301"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539" w:type="pct"/>
            <w:vAlign w:val="center"/>
          </w:tcPr>
          <w:p w14:paraId="405D1300"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1.9 (1.44 to 2.49)</w:t>
            </w:r>
          </w:p>
        </w:tc>
        <w:tc>
          <w:tcPr>
            <w:tcW w:w="570" w:type="pct"/>
            <w:vAlign w:val="center"/>
          </w:tcPr>
          <w:p w14:paraId="4DAEC795"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1.61 (1.17 to 2.13)</w:t>
            </w:r>
          </w:p>
        </w:tc>
        <w:tc>
          <w:tcPr>
            <w:tcW w:w="539" w:type="pct"/>
            <w:vAlign w:val="center"/>
          </w:tcPr>
          <w:p w14:paraId="452B7E23"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 (1.22 to 2.37)</w:t>
            </w:r>
          </w:p>
        </w:tc>
        <w:tc>
          <w:tcPr>
            <w:tcW w:w="630" w:type="pct"/>
            <w:shd w:val="clear" w:color="auto" w:fill="CFEDFF"/>
            <w:vAlign w:val="center"/>
          </w:tcPr>
          <w:p w14:paraId="3092EAD8"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3.49 (2.23 to 5.54)</w:t>
            </w:r>
          </w:p>
        </w:tc>
        <w:tc>
          <w:tcPr>
            <w:tcW w:w="600" w:type="pct"/>
            <w:vAlign w:val="center"/>
          </w:tcPr>
          <w:p w14:paraId="0F482A0D"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1.68 (0.87 to 3.26)</w:t>
            </w:r>
          </w:p>
        </w:tc>
        <w:tc>
          <w:tcPr>
            <w:tcW w:w="539" w:type="pct"/>
            <w:vAlign w:val="center"/>
          </w:tcPr>
          <w:p w14:paraId="5E81F66F"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2.81 (1.85 to 4.21)</w:t>
            </w:r>
          </w:p>
        </w:tc>
        <w:tc>
          <w:tcPr>
            <w:tcW w:w="573" w:type="pct"/>
            <w:vAlign w:val="center"/>
          </w:tcPr>
          <w:p w14:paraId="3AD7E5A1"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2.53 (1.53 to 4.04)</w:t>
            </w:r>
          </w:p>
        </w:tc>
        <w:tc>
          <w:tcPr>
            <w:tcW w:w="562" w:type="pct"/>
            <w:vAlign w:val="center"/>
          </w:tcPr>
          <w:p w14:paraId="07911B26"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2.56 (1.81 to 3.69)</w:t>
            </w:r>
          </w:p>
        </w:tc>
      </w:tr>
      <w:tr w:rsidR="009540E1" w:rsidRPr="00EB75F0" w14:paraId="086D75F7" w14:textId="77777777" w:rsidTr="009540E1">
        <w:trPr>
          <w:trHeight w:val="288"/>
        </w:trPr>
        <w:tc>
          <w:tcPr>
            <w:tcW w:w="448" w:type="pct"/>
            <w:vAlign w:val="center"/>
            <w:hideMark/>
          </w:tcPr>
          <w:p w14:paraId="600F3D71"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539" w:type="pct"/>
            <w:shd w:val="clear" w:color="auto" w:fill="C6C6C6"/>
            <w:noWrap/>
            <w:vAlign w:val="center"/>
          </w:tcPr>
          <w:p w14:paraId="43B50871"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570" w:type="pct"/>
            <w:vAlign w:val="center"/>
          </w:tcPr>
          <w:p w14:paraId="1311C293"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0.84 (0.57 to 1.23)</w:t>
            </w:r>
          </w:p>
        </w:tc>
        <w:tc>
          <w:tcPr>
            <w:tcW w:w="539" w:type="pct"/>
            <w:vAlign w:val="center"/>
          </w:tcPr>
          <w:p w14:paraId="2B624DFB"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630" w:type="pct"/>
            <w:shd w:val="clear" w:color="auto" w:fill="CFEDFF"/>
            <w:vAlign w:val="center"/>
          </w:tcPr>
          <w:p w14:paraId="75566215"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1.83 (1.09 to 3.16)</w:t>
            </w:r>
          </w:p>
        </w:tc>
        <w:tc>
          <w:tcPr>
            <w:tcW w:w="600" w:type="pct"/>
            <w:vAlign w:val="center"/>
          </w:tcPr>
          <w:p w14:paraId="0DFDBFE9"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(0.44 to 1.82)</w:t>
            </w:r>
          </w:p>
        </w:tc>
        <w:tc>
          <w:tcPr>
            <w:tcW w:w="539" w:type="pct"/>
            <w:vAlign w:val="center"/>
          </w:tcPr>
          <w:p w14:paraId="5AB7FFEC"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1.47 (0.91 to 2.41)</w:t>
            </w:r>
          </w:p>
        </w:tc>
        <w:tc>
          <w:tcPr>
            <w:tcW w:w="573" w:type="pct"/>
            <w:vAlign w:val="center"/>
          </w:tcPr>
          <w:p w14:paraId="5FE1D600"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1.33 (0.76 to 2.27)</w:t>
            </w:r>
          </w:p>
        </w:tc>
        <w:tc>
          <w:tcPr>
            <w:tcW w:w="562" w:type="pct"/>
            <w:vAlign w:val="center"/>
          </w:tcPr>
          <w:p w14:paraId="75DBB2F6"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1.34 (0.91 to 2.05)</w:t>
            </w:r>
          </w:p>
        </w:tc>
      </w:tr>
      <w:tr w:rsidR="009540E1" w:rsidRPr="00EB75F0" w14:paraId="29CCC747" w14:textId="77777777" w:rsidTr="009540E1">
        <w:trPr>
          <w:trHeight w:val="288"/>
        </w:trPr>
        <w:tc>
          <w:tcPr>
            <w:tcW w:w="448" w:type="pct"/>
            <w:vAlign w:val="center"/>
            <w:hideMark/>
          </w:tcPr>
          <w:p w14:paraId="6A533C1A"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539" w:type="pct"/>
            <w:vAlign w:val="center"/>
          </w:tcPr>
          <w:p w14:paraId="16359434"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1.19 (0.81 to 1.76)</w:t>
            </w:r>
          </w:p>
        </w:tc>
        <w:tc>
          <w:tcPr>
            <w:tcW w:w="570" w:type="pct"/>
            <w:shd w:val="clear" w:color="auto" w:fill="C6C6C6"/>
            <w:noWrap/>
            <w:vAlign w:val="center"/>
          </w:tcPr>
          <w:p w14:paraId="208351CE"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539" w:type="pct"/>
            <w:vAlign w:val="center"/>
          </w:tcPr>
          <w:p w14:paraId="68E6072D"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1.06 (0.69 to 1.68)</w:t>
            </w:r>
          </w:p>
        </w:tc>
        <w:tc>
          <w:tcPr>
            <w:tcW w:w="630" w:type="pct"/>
            <w:shd w:val="clear" w:color="auto" w:fill="CFEDFF"/>
            <w:vAlign w:val="center"/>
          </w:tcPr>
          <w:p w14:paraId="5BAE4427"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2.18 (1.29 to 3.81)</w:t>
            </w:r>
          </w:p>
        </w:tc>
        <w:tc>
          <w:tcPr>
            <w:tcW w:w="600" w:type="pct"/>
            <w:vAlign w:val="center"/>
          </w:tcPr>
          <w:p w14:paraId="47798135"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1.05 (0.52 to 2.22)</w:t>
            </w:r>
          </w:p>
        </w:tc>
        <w:tc>
          <w:tcPr>
            <w:tcW w:w="539" w:type="pct"/>
            <w:vAlign w:val="center"/>
          </w:tcPr>
          <w:p w14:paraId="1B5E9D75"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1.75 (1.06 to 2.96)</w:t>
            </w:r>
          </w:p>
        </w:tc>
        <w:tc>
          <w:tcPr>
            <w:tcW w:w="573" w:type="pct"/>
            <w:vAlign w:val="center"/>
          </w:tcPr>
          <w:p w14:paraId="17CB44C2"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1.58 (0.95 to 2.6)</w:t>
            </w:r>
          </w:p>
        </w:tc>
        <w:tc>
          <w:tcPr>
            <w:tcW w:w="562" w:type="pct"/>
            <w:vAlign w:val="center"/>
          </w:tcPr>
          <w:p w14:paraId="6C19833E"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1.59 (1.02 to 2.62)</w:t>
            </w:r>
          </w:p>
        </w:tc>
      </w:tr>
      <w:tr w:rsidR="009540E1" w:rsidRPr="00EB75F0" w14:paraId="32494BE9" w14:textId="77777777" w:rsidTr="009540E1">
        <w:trPr>
          <w:trHeight w:val="288"/>
        </w:trPr>
        <w:tc>
          <w:tcPr>
            <w:tcW w:w="448" w:type="pct"/>
            <w:vAlign w:val="center"/>
            <w:hideMark/>
          </w:tcPr>
          <w:p w14:paraId="3005BC0C"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539" w:type="pct"/>
            <w:vAlign w:val="center"/>
          </w:tcPr>
          <w:p w14:paraId="670BD640"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1.12 (0.76 to 1.63)</w:t>
            </w:r>
          </w:p>
        </w:tc>
        <w:tc>
          <w:tcPr>
            <w:tcW w:w="570" w:type="pct"/>
            <w:vAlign w:val="center"/>
          </w:tcPr>
          <w:p w14:paraId="4C273070"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(0.59 to 1.45)</w:t>
            </w:r>
          </w:p>
        </w:tc>
        <w:tc>
          <w:tcPr>
            <w:tcW w:w="539" w:type="pct"/>
            <w:shd w:val="clear" w:color="auto" w:fill="C6C6C6"/>
            <w:noWrap/>
            <w:vAlign w:val="center"/>
          </w:tcPr>
          <w:p w14:paraId="167A14B4"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630" w:type="pct"/>
            <w:shd w:val="clear" w:color="auto" w:fill="CFEDFF"/>
            <w:vAlign w:val="center"/>
          </w:tcPr>
          <w:p w14:paraId="6478F2F6"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2.04 (1.17 to 3.62)</w:t>
            </w:r>
          </w:p>
        </w:tc>
        <w:tc>
          <w:tcPr>
            <w:tcW w:w="600" w:type="pct"/>
            <w:vAlign w:val="center"/>
          </w:tcPr>
          <w:p w14:paraId="0F0DC2B4"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0.98 (0.47 to 2.08)</w:t>
            </w:r>
          </w:p>
        </w:tc>
        <w:tc>
          <w:tcPr>
            <w:tcW w:w="539" w:type="pct"/>
            <w:vAlign w:val="center"/>
          </w:tcPr>
          <w:p w14:paraId="1DF3261F"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1.65 (0.98 to 2.8)</w:t>
            </w:r>
          </w:p>
        </w:tc>
        <w:tc>
          <w:tcPr>
            <w:tcW w:w="573" w:type="pct"/>
            <w:vAlign w:val="center"/>
          </w:tcPr>
          <w:p w14:paraId="140A259E"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1.49 (0.81 to 2.62)</w:t>
            </w:r>
          </w:p>
        </w:tc>
        <w:tc>
          <w:tcPr>
            <w:tcW w:w="562" w:type="pct"/>
            <w:vAlign w:val="center"/>
          </w:tcPr>
          <w:p w14:paraId="6451D445"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 (1 to 2.32)</w:t>
            </w:r>
          </w:p>
        </w:tc>
      </w:tr>
      <w:tr w:rsidR="009540E1" w:rsidRPr="00EB75F0" w14:paraId="4F0278B1" w14:textId="77777777" w:rsidTr="009540E1">
        <w:trPr>
          <w:trHeight w:val="288"/>
        </w:trPr>
        <w:tc>
          <w:tcPr>
            <w:tcW w:w="448" w:type="pct"/>
            <w:vAlign w:val="center"/>
            <w:hideMark/>
          </w:tcPr>
          <w:p w14:paraId="40F1F240" w14:textId="3084FA14" w:rsidR="000A7FE7" w:rsidRPr="00EB75F0" w:rsidRDefault="009A3ECD"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539" w:type="pct"/>
            <w:vAlign w:val="center"/>
          </w:tcPr>
          <w:p w14:paraId="1CE75B77"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570" w:type="pct"/>
            <w:vAlign w:val="center"/>
          </w:tcPr>
          <w:p w14:paraId="72ACB261"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539" w:type="pct"/>
            <w:vAlign w:val="center"/>
          </w:tcPr>
          <w:p w14:paraId="66441E62"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630" w:type="pct"/>
            <w:shd w:val="clear" w:color="auto" w:fill="C6C6C6"/>
            <w:noWrap/>
            <w:vAlign w:val="center"/>
          </w:tcPr>
          <w:p w14:paraId="5E4E8C36"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600" w:type="pct"/>
            <w:vAlign w:val="center"/>
          </w:tcPr>
          <w:p w14:paraId="0665E211"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0.48 (0.21 to 1.08)</w:t>
            </w:r>
          </w:p>
        </w:tc>
        <w:tc>
          <w:tcPr>
            <w:tcW w:w="539" w:type="pct"/>
            <w:vAlign w:val="center"/>
          </w:tcPr>
          <w:p w14:paraId="0D9E4F9D"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0.81 (0.43 to 1.47)</w:t>
            </w:r>
          </w:p>
        </w:tc>
        <w:tc>
          <w:tcPr>
            <w:tcW w:w="573" w:type="pct"/>
            <w:vAlign w:val="center"/>
          </w:tcPr>
          <w:p w14:paraId="0D60FEAC"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0.73 (0.37 to 1.37)</w:t>
            </w:r>
          </w:p>
        </w:tc>
        <w:tc>
          <w:tcPr>
            <w:tcW w:w="562" w:type="pct"/>
            <w:vAlign w:val="center"/>
          </w:tcPr>
          <w:p w14:paraId="5D16CEA5"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0.73 (0.41 to 1.31)</w:t>
            </w:r>
          </w:p>
        </w:tc>
      </w:tr>
      <w:tr w:rsidR="009540E1" w:rsidRPr="00EB75F0" w14:paraId="4EB3B617" w14:textId="77777777" w:rsidTr="009540E1">
        <w:trPr>
          <w:trHeight w:val="288"/>
        </w:trPr>
        <w:tc>
          <w:tcPr>
            <w:tcW w:w="448" w:type="pct"/>
            <w:vAlign w:val="center"/>
            <w:hideMark/>
          </w:tcPr>
          <w:p w14:paraId="2CDCF598"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539" w:type="pct"/>
            <w:vAlign w:val="center"/>
          </w:tcPr>
          <w:p w14:paraId="33C69326"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1.14 (0.55 to 2.28)</w:t>
            </w:r>
          </w:p>
        </w:tc>
        <w:tc>
          <w:tcPr>
            <w:tcW w:w="570" w:type="pct"/>
            <w:vAlign w:val="center"/>
          </w:tcPr>
          <w:p w14:paraId="6407E4DB"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0.95 (0.45 to 1.94)</w:t>
            </w:r>
          </w:p>
        </w:tc>
        <w:tc>
          <w:tcPr>
            <w:tcW w:w="539" w:type="pct"/>
            <w:vAlign w:val="center"/>
          </w:tcPr>
          <w:p w14:paraId="1DE38D69"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1.02 (0.48 to 2.13)</w:t>
            </w:r>
          </w:p>
        </w:tc>
        <w:tc>
          <w:tcPr>
            <w:tcW w:w="630" w:type="pct"/>
            <w:shd w:val="clear" w:color="auto" w:fill="CFEDFF"/>
            <w:vAlign w:val="center"/>
          </w:tcPr>
          <w:p w14:paraId="3DB4C58B"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2.08 (0.93 to 4.66)</w:t>
            </w:r>
          </w:p>
        </w:tc>
        <w:tc>
          <w:tcPr>
            <w:tcW w:w="600" w:type="pct"/>
            <w:shd w:val="clear" w:color="auto" w:fill="C6C6C6"/>
            <w:noWrap/>
            <w:vAlign w:val="center"/>
          </w:tcPr>
          <w:p w14:paraId="5B0B3B83"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539" w:type="pct"/>
            <w:vAlign w:val="center"/>
          </w:tcPr>
          <w:p w14:paraId="58F6FE82"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1.68 (0.77 to 3.65)</w:t>
            </w:r>
          </w:p>
        </w:tc>
        <w:tc>
          <w:tcPr>
            <w:tcW w:w="573" w:type="pct"/>
            <w:vAlign w:val="center"/>
          </w:tcPr>
          <w:p w14:paraId="168EACFA"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1.51 (0.65 to 3.36)</w:t>
            </w:r>
          </w:p>
        </w:tc>
        <w:tc>
          <w:tcPr>
            <w:tcW w:w="562" w:type="pct"/>
            <w:vAlign w:val="center"/>
          </w:tcPr>
          <w:p w14:paraId="7A8EADEF"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1.52 (0.72 to 3.26)</w:t>
            </w:r>
          </w:p>
        </w:tc>
      </w:tr>
      <w:tr w:rsidR="009540E1" w:rsidRPr="00EB75F0" w14:paraId="4B2BA6B2" w14:textId="77777777" w:rsidTr="009540E1">
        <w:trPr>
          <w:trHeight w:val="288"/>
        </w:trPr>
        <w:tc>
          <w:tcPr>
            <w:tcW w:w="448" w:type="pct"/>
            <w:vAlign w:val="center"/>
            <w:hideMark/>
          </w:tcPr>
          <w:p w14:paraId="5F5D6B64"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539" w:type="pct"/>
            <w:vAlign w:val="center"/>
          </w:tcPr>
          <w:p w14:paraId="1DEDCFC5"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0.68 (0.41 to 1.1)</w:t>
            </w:r>
          </w:p>
        </w:tc>
        <w:tc>
          <w:tcPr>
            <w:tcW w:w="570" w:type="pct"/>
            <w:vAlign w:val="center"/>
          </w:tcPr>
          <w:p w14:paraId="47487662"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0.57 (0.34 to 0.94)</w:t>
            </w:r>
          </w:p>
        </w:tc>
        <w:tc>
          <w:tcPr>
            <w:tcW w:w="539" w:type="pct"/>
            <w:vAlign w:val="center"/>
          </w:tcPr>
          <w:p w14:paraId="41F261D2"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0.61 (0.36 to 1.03)</w:t>
            </w:r>
          </w:p>
        </w:tc>
        <w:tc>
          <w:tcPr>
            <w:tcW w:w="630" w:type="pct"/>
            <w:shd w:val="clear" w:color="auto" w:fill="CFEDFF"/>
            <w:vAlign w:val="center"/>
          </w:tcPr>
          <w:p w14:paraId="0A9F956D"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1.24 (0.68 to 2.31)</w:t>
            </w:r>
          </w:p>
        </w:tc>
        <w:tc>
          <w:tcPr>
            <w:tcW w:w="600" w:type="pct"/>
            <w:vAlign w:val="center"/>
          </w:tcPr>
          <w:p w14:paraId="27342BCC"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 (0.27 to 1.3)</w:t>
            </w:r>
          </w:p>
        </w:tc>
        <w:tc>
          <w:tcPr>
            <w:tcW w:w="539" w:type="pct"/>
            <w:shd w:val="clear" w:color="auto" w:fill="C6C6C6"/>
            <w:noWrap/>
            <w:vAlign w:val="center"/>
          </w:tcPr>
          <w:p w14:paraId="1781099A"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573" w:type="pct"/>
            <w:vAlign w:val="center"/>
          </w:tcPr>
          <w:p w14:paraId="4C5A2047"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 (0.47 to 1.67)</w:t>
            </w:r>
          </w:p>
        </w:tc>
        <w:tc>
          <w:tcPr>
            <w:tcW w:w="562" w:type="pct"/>
            <w:vAlign w:val="center"/>
          </w:tcPr>
          <w:p w14:paraId="38951AA3"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0.91 (0.54 to 1.58)</w:t>
            </w:r>
          </w:p>
        </w:tc>
      </w:tr>
      <w:tr w:rsidR="000A7FE7" w:rsidRPr="00EB75F0" w14:paraId="4227BA07" w14:textId="77777777" w:rsidTr="009540E1">
        <w:trPr>
          <w:trHeight w:val="288"/>
        </w:trPr>
        <w:tc>
          <w:tcPr>
            <w:tcW w:w="448" w:type="pct"/>
            <w:vAlign w:val="center"/>
            <w:hideMark/>
          </w:tcPr>
          <w:p w14:paraId="64A6DF71" w14:textId="77777777" w:rsidR="000A7FE7" w:rsidRPr="00EB75F0" w:rsidRDefault="000A7FE7"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539" w:type="pct"/>
            <w:vAlign w:val="center"/>
          </w:tcPr>
          <w:p w14:paraId="70D6D7A7" w14:textId="77777777" w:rsidR="000A7FE7" w:rsidRPr="00EB75F0" w:rsidRDefault="000A7FE7"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0.75 (0.44 to 1.31)</w:t>
            </w:r>
          </w:p>
        </w:tc>
        <w:tc>
          <w:tcPr>
            <w:tcW w:w="570" w:type="pct"/>
            <w:vAlign w:val="center"/>
          </w:tcPr>
          <w:p w14:paraId="7D1C0731" w14:textId="77777777" w:rsidR="000A7FE7" w:rsidRPr="00EB75F0" w:rsidRDefault="000A7FE7"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0.63 (0.38 to 1.05)</w:t>
            </w:r>
          </w:p>
        </w:tc>
        <w:tc>
          <w:tcPr>
            <w:tcW w:w="539" w:type="pct"/>
            <w:vAlign w:val="center"/>
          </w:tcPr>
          <w:p w14:paraId="374CE7CD" w14:textId="77777777" w:rsidR="000A7FE7" w:rsidRPr="00EB75F0" w:rsidRDefault="000A7FE7"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0.67 (0.38 to 1.23)</w:t>
            </w:r>
          </w:p>
        </w:tc>
        <w:tc>
          <w:tcPr>
            <w:tcW w:w="630" w:type="pct"/>
            <w:shd w:val="clear" w:color="auto" w:fill="CFEDFF"/>
            <w:vAlign w:val="center"/>
          </w:tcPr>
          <w:p w14:paraId="1C6566D6" w14:textId="77777777" w:rsidR="000A7FE7" w:rsidRPr="00EB75F0" w:rsidRDefault="000A7FE7"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1.38 (0.73 to 2.73)</w:t>
            </w:r>
          </w:p>
        </w:tc>
        <w:tc>
          <w:tcPr>
            <w:tcW w:w="600" w:type="pct"/>
            <w:vAlign w:val="center"/>
          </w:tcPr>
          <w:p w14:paraId="7926DE87" w14:textId="77777777" w:rsidR="000A7FE7" w:rsidRPr="00EB75F0" w:rsidRDefault="000A7FE7"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0.66 (0.3 to 1.55)</w:t>
            </w:r>
          </w:p>
        </w:tc>
        <w:tc>
          <w:tcPr>
            <w:tcW w:w="539" w:type="pct"/>
            <w:vAlign w:val="center"/>
          </w:tcPr>
          <w:p w14:paraId="6333E97C" w14:textId="77777777" w:rsidR="000A7FE7" w:rsidRPr="00EB75F0" w:rsidRDefault="000A7FE7"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1.11 (0.6 to 2.14)</w:t>
            </w:r>
          </w:p>
        </w:tc>
        <w:tc>
          <w:tcPr>
            <w:tcW w:w="573" w:type="pct"/>
            <w:shd w:val="clear" w:color="auto" w:fill="C6C6C6"/>
            <w:noWrap/>
            <w:vAlign w:val="center"/>
          </w:tcPr>
          <w:p w14:paraId="59913168" w14:textId="77777777" w:rsidR="000A7FE7" w:rsidRPr="00EB75F0" w:rsidRDefault="000A7FE7" w:rsidP="005A763E">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562" w:type="pct"/>
            <w:vAlign w:val="center"/>
          </w:tcPr>
          <w:p w14:paraId="32214A2F" w14:textId="77777777" w:rsidR="000A7FE7" w:rsidRPr="00EB75F0" w:rsidRDefault="000A7FE7"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1.01 (0.57 to 1.9)</w:t>
            </w:r>
          </w:p>
        </w:tc>
      </w:tr>
      <w:tr w:rsidR="000A7FE7" w:rsidRPr="00EB75F0" w14:paraId="5875E07E" w14:textId="77777777" w:rsidTr="009540E1">
        <w:trPr>
          <w:trHeight w:val="288"/>
        </w:trPr>
        <w:tc>
          <w:tcPr>
            <w:tcW w:w="448" w:type="pct"/>
            <w:vAlign w:val="center"/>
            <w:hideMark/>
          </w:tcPr>
          <w:p w14:paraId="091866ED"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539" w:type="pct"/>
            <w:vAlign w:val="center"/>
          </w:tcPr>
          <w:p w14:paraId="08315769"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0.74 (0.49 to 1.1)</w:t>
            </w:r>
          </w:p>
        </w:tc>
        <w:tc>
          <w:tcPr>
            <w:tcW w:w="570" w:type="pct"/>
            <w:vAlign w:val="center"/>
          </w:tcPr>
          <w:p w14:paraId="67F30B4B"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0.63 (0.38 to 0.98)</w:t>
            </w:r>
          </w:p>
        </w:tc>
        <w:tc>
          <w:tcPr>
            <w:tcW w:w="539" w:type="pct"/>
            <w:vAlign w:val="center"/>
          </w:tcPr>
          <w:p w14:paraId="72052644"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0.67 (0.43 to 1)</w:t>
            </w:r>
          </w:p>
        </w:tc>
        <w:tc>
          <w:tcPr>
            <w:tcW w:w="630" w:type="pct"/>
            <w:shd w:val="clear" w:color="auto" w:fill="CFEDFF"/>
            <w:vAlign w:val="center"/>
          </w:tcPr>
          <w:p w14:paraId="4A99FFBB"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1.36 (0.76 to 2.43)</w:t>
            </w:r>
          </w:p>
        </w:tc>
        <w:tc>
          <w:tcPr>
            <w:tcW w:w="600" w:type="pct"/>
            <w:vAlign w:val="center"/>
          </w:tcPr>
          <w:p w14:paraId="10F47AAF"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0.66 (0.31 to 1.39)</w:t>
            </w:r>
          </w:p>
        </w:tc>
        <w:tc>
          <w:tcPr>
            <w:tcW w:w="539" w:type="pct"/>
            <w:vAlign w:val="center"/>
          </w:tcPr>
          <w:p w14:paraId="0E134592" w14:textId="77777777" w:rsidR="000A7FE7" w:rsidRPr="00EB75F0" w:rsidRDefault="000A7FE7"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 (0.63 to 1.86)</w:t>
            </w:r>
          </w:p>
        </w:tc>
        <w:tc>
          <w:tcPr>
            <w:tcW w:w="573" w:type="pct"/>
            <w:vAlign w:val="center"/>
          </w:tcPr>
          <w:p w14:paraId="1460BC25"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0.99 (0.53 to 1.76)</w:t>
            </w:r>
          </w:p>
        </w:tc>
        <w:tc>
          <w:tcPr>
            <w:tcW w:w="562" w:type="pct"/>
            <w:shd w:val="clear" w:color="auto" w:fill="C6C6C6"/>
            <w:noWrap/>
            <w:vAlign w:val="center"/>
          </w:tcPr>
          <w:p w14:paraId="5E1EA391" w14:textId="77777777"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p>
        </w:tc>
      </w:tr>
      <w:tr w:rsidR="000A7FE7" w:rsidRPr="00EB75F0" w14:paraId="20BD0DF5" w14:textId="77777777" w:rsidTr="005A763E">
        <w:trPr>
          <w:trHeight w:val="288"/>
        </w:trPr>
        <w:tc>
          <w:tcPr>
            <w:tcW w:w="5000" w:type="pct"/>
            <w:gridSpan w:val="9"/>
            <w:vAlign w:val="center"/>
          </w:tcPr>
          <w:p w14:paraId="3D32346A" w14:textId="787AA0D6" w:rsidR="000A7FE7" w:rsidRPr="00EB75F0" w:rsidRDefault="000A7FE7" w:rsidP="005A763E">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credible interval; OR, odds ratio</w:t>
            </w:r>
            <w:r w:rsidR="00324F85" w:rsidRPr="00EB75F0">
              <w:rPr>
                <w:rFonts w:asciiTheme="majorHAnsi" w:hAnsiTheme="majorHAnsi" w:cstheme="majorHAnsi"/>
                <w:sz w:val="16"/>
                <w:szCs w:val="16"/>
              </w:rPr>
              <w:t>;</w:t>
            </w:r>
            <w:r w:rsidR="00324F85" w:rsidRPr="00EB75F0">
              <w:rPr>
                <w:rFonts w:asciiTheme="majorHAnsi" w:eastAsia="Times New Roman" w:hAnsiTheme="majorHAnsi" w:cstheme="majorHAnsi"/>
                <w:color w:val="000000"/>
                <w:sz w:val="16"/>
                <w:szCs w:val="16"/>
                <w:lang w:eastAsia="zh-TW"/>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324F85" w:rsidRPr="00EB75F0">
              <w:rPr>
                <w:rFonts w:asciiTheme="majorHAnsi" w:eastAsia="Times New Roman" w:hAnsiTheme="majorHAnsi" w:cstheme="majorHAnsi"/>
                <w:color w:val="000000"/>
                <w:sz w:val="16"/>
                <w:szCs w:val="16"/>
                <w:lang w:eastAsia="zh-TW"/>
              </w:rPr>
              <w:t xml:space="preserve">, </w:t>
            </w:r>
            <w:proofErr w:type="spellStart"/>
            <w:r w:rsidR="00324F85" w:rsidRPr="00EB75F0">
              <w:rPr>
                <w:rFonts w:asciiTheme="majorHAnsi" w:hAnsiTheme="majorHAnsi" w:cstheme="majorHAnsi"/>
                <w:sz w:val="16"/>
                <w:szCs w:val="16"/>
              </w:rPr>
              <w:t>xanomeline</w:t>
            </w:r>
            <w:proofErr w:type="spellEnd"/>
            <w:r w:rsidR="00324F85" w:rsidRPr="00EB75F0">
              <w:rPr>
                <w:rFonts w:asciiTheme="majorHAnsi" w:hAnsiTheme="majorHAnsi" w:cstheme="majorHAnsi"/>
                <w:sz w:val="16"/>
                <w:szCs w:val="16"/>
              </w:rPr>
              <w:t>/</w:t>
            </w:r>
            <w:proofErr w:type="spellStart"/>
            <w:r w:rsidR="00324F85" w:rsidRPr="00EB75F0">
              <w:rPr>
                <w:rFonts w:asciiTheme="majorHAnsi" w:hAnsiTheme="majorHAnsi" w:cstheme="majorHAnsi"/>
                <w:sz w:val="16"/>
                <w:szCs w:val="16"/>
              </w:rPr>
              <w:t>trospium</w:t>
            </w:r>
            <w:proofErr w:type="spellEnd"/>
            <w:r w:rsidR="00324F85" w:rsidRPr="00EB75F0">
              <w:rPr>
                <w:rFonts w:asciiTheme="majorHAnsi" w:hAnsiTheme="majorHAnsi" w:cstheme="majorHAnsi"/>
                <w:sz w:val="16"/>
                <w:szCs w:val="16"/>
              </w:rPr>
              <w:t xml:space="preserve"> chloride</w:t>
            </w:r>
          </w:p>
          <w:p w14:paraId="4A119CE6" w14:textId="13792E33" w:rsidR="000A7FE7" w:rsidRPr="00EB75F0" w:rsidRDefault="000A7FE7"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2E1AADF9" w14:textId="77777777" w:rsidR="00FA62BC" w:rsidRPr="00EB75F0" w:rsidRDefault="00FA62BC">
      <w:pPr>
        <w:spacing w:before="0" w:after="200" w:line="276" w:lineRule="auto"/>
      </w:pPr>
    </w:p>
    <w:p w14:paraId="08BFDFBC" w14:textId="20EDAC5A" w:rsidR="00D37568" w:rsidRPr="00EB75F0" w:rsidRDefault="00A06AE8" w:rsidP="00766C59">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27</w:t>
        </w:r>
      </w:fldSimple>
      <w:r w:rsidR="00D37568" w:rsidRPr="00EB75F0">
        <w:t>:</w:t>
      </w:r>
      <w:r w:rsidR="00526CED" w:rsidRPr="00EB75F0">
        <w:t xml:space="preserve"> Patients who experienced ≥ 30% improvement in PANSS total score from baseline – League table – random-effects model, sensitivity analysis excluding studies with outlier placebo effect size – OR (95% </w:t>
      </w:r>
      <w:proofErr w:type="spellStart"/>
      <w:r w:rsidR="00526CED" w:rsidRPr="00EB75F0">
        <w:t>CrI</w:t>
      </w:r>
      <w:proofErr w:type="spellEnd"/>
      <w:r w:rsidR="00526CED" w:rsidRPr="00EB75F0">
        <w:t>)</w:t>
      </w:r>
    </w:p>
    <w:tbl>
      <w:tblPr>
        <w:tblStyle w:val="Lumanitytable"/>
        <w:tblW w:w="5155" w:type="pct"/>
        <w:tblLayout w:type="fixed"/>
        <w:tblLook w:val="04A0" w:firstRow="1" w:lastRow="0" w:firstColumn="1" w:lastColumn="0" w:noHBand="0" w:noVBand="1"/>
      </w:tblPr>
      <w:tblGrid>
        <w:gridCol w:w="1436"/>
        <w:gridCol w:w="1619"/>
        <w:gridCol w:w="1621"/>
        <w:gridCol w:w="1618"/>
        <w:gridCol w:w="1891"/>
        <w:gridCol w:w="1801"/>
        <w:gridCol w:w="1618"/>
        <w:gridCol w:w="1723"/>
        <w:gridCol w:w="1684"/>
      </w:tblGrid>
      <w:tr w:rsidR="009540E1" w:rsidRPr="00EB75F0" w14:paraId="28BFD30E" w14:textId="77777777" w:rsidTr="009540E1">
        <w:trPr>
          <w:cnfStyle w:val="100000000000" w:firstRow="1" w:lastRow="0" w:firstColumn="0" w:lastColumn="0" w:oddVBand="0" w:evenVBand="0" w:oddHBand="0" w:evenHBand="0" w:firstRowFirstColumn="0" w:firstRowLastColumn="0" w:lastRowFirstColumn="0" w:lastRowLastColumn="0"/>
          <w:trHeight w:val="288"/>
          <w:tblHeader/>
        </w:trPr>
        <w:tc>
          <w:tcPr>
            <w:tcW w:w="478" w:type="pct"/>
            <w:vAlign w:val="center"/>
            <w:hideMark/>
          </w:tcPr>
          <w:p w14:paraId="040C2218"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539" w:type="pct"/>
            <w:vAlign w:val="center"/>
            <w:hideMark/>
          </w:tcPr>
          <w:p w14:paraId="6084B494"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540" w:type="pct"/>
            <w:vAlign w:val="center"/>
            <w:hideMark/>
          </w:tcPr>
          <w:p w14:paraId="5E108501"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539" w:type="pct"/>
            <w:vAlign w:val="center"/>
            <w:hideMark/>
          </w:tcPr>
          <w:p w14:paraId="3ACB5F24"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630" w:type="pct"/>
            <w:vAlign w:val="center"/>
            <w:hideMark/>
          </w:tcPr>
          <w:p w14:paraId="270DB182" w14:textId="2AEE2921" w:rsidR="005A763E" w:rsidRPr="00EB75F0" w:rsidRDefault="009A3ECD"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600" w:type="pct"/>
            <w:vAlign w:val="center"/>
            <w:hideMark/>
          </w:tcPr>
          <w:p w14:paraId="535FA25D"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539" w:type="pct"/>
            <w:vAlign w:val="center"/>
            <w:hideMark/>
          </w:tcPr>
          <w:p w14:paraId="16E4B755"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574" w:type="pct"/>
            <w:vAlign w:val="center"/>
            <w:hideMark/>
          </w:tcPr>
          <w:p w14:paraId="5F5A00C8"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561" w:type="pct"/>
            <w:vAlign w:val="center"/>
            <w:hideMark/>
          </w:tcPr>
          <w:p w14:paraId="1ADCEEBF" w14:textId="77777777" w:rsidR="005A763E" w:rsidRPr="00EB75F0" w:rsidRDefault="005A763E" w:rsidP="005A763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9540E1" w:rsidRPr="00EB75F0" w14:paraId="3075BD51" w14:textId="77777777" w:rsidTr="009540E1">
        <w:trPr>
          <w:trHeight w:val="288"/>
        </w:trPr>
        <w:tc>
          <w:tcPr>
            <w:tcW w:w="478" w:type="pct"/>
            <w:vAlign w:val="center"/>
            <w:hideMark/>
          </w:tcPr>
          <w:p w14:paraId="6210865E"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539" w:type="pct"/>
            <w:vAlign w:val="center"/>
          </w:tcPr>
          <w:p w14:paraId="2EFFAC86"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540" w:type="pct"/>
            <w:vAlign w:val="center"/>
          </w:tcPr>
          <w:p w14:paraId="218A6B7F"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1.73 (1.31 to 2.26)</w:t>
            </w:r>
          </w:p>
        </w:tc>
        <w:tc>
          <w:tcPr>
            <w:tcW w:w="539" w:type="pct"/>
            <w:vAlign w:val="center"/>
          </w:tcPr>
          <w:p w14:paraId="564AA04E"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1.7 (1.27 to 2.3)</w:t>
            </w:r>
          </w:p>
        </w:tc>
        <w:tc>
          <w:tcPr>
            <w:tcW w:w="630" w:type="pct"/>
            <w:shd w:val="clear" w:color="auto" w:fill="CFEDFF"/>
            <w:vAlign w:val="center"/>
          </w:tcPr>
          <w:p w14:paraId="07F4C0E2"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3.46 (2.28 to 5.44)</w:t>
            </w:r>
          </w:p>
        </w:tc>
        <w:tc>
          <w:tcPr>
            <w:tcW w:w="600" w:type="pct"/>
            <w:vAlign w:val="center"/>
          </w:tcPr>
          <w:p w14:paraId="53984AD5"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1.69 (0.92 to 3.13)</w:t>
            </w:r>
          </w:p>
        </w:tc>
        <w:tc>
          <w:tcPr>
            <w:tcW w:w="539" w:type="pct"/>
            <w:vAlign w:val="center"/>
          </w:tcPr>
          <w:p w14:paraId="147BB814"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2.79 (1.94 to 4.11)</w:t>
            </w:r>
          </w:p>
        </w:tc>
        <w:tc>
          <w:tcPr>
            <w:tcW w:w="574" w:type="pct"/>
            <w:vAlign w:val="center"/>
          </w:tcPr>
          <w:p w14:paraId="6951A3EA"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2.66 (1.68 to 4.08)</w:t>
            </w:r>
          </w:p>
        </w:tc>
        <w:tc>
          <w:tcPr>
            <w:tcW w:w="561" w:type="pct"/>
            <w:vAlign w:val="center"/>
          </w:tcPr>
          <w:p w14:paraId="7C0A413D"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2.54 (1.84 to 3.53)</w:t>
            </w:r>
          </w:p>
        </w:tc>
      </w:tr>
      <w:tr w:rsidR="009540E1" w:rsidRPr="00EB75F0" w14:paraId="1B005105" w14:textId="77777777" w:rsidTr="009540E1">
        <w:trPr>
          <w:trHeight w:val="288"/>
        </w:trPr>
        <w:tc>
          <w:tcPr>
            <w:tcW w:w="478" w:type="pct"/>
            <w:vAlign w:val="center"/>
            <w:hideMark/>
          </w:tcPr>
          <w:p w14:paraId="2FECA584"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539" w:type="pct"/>
            <w:shd w:val="clear" w:color="auto" w:fill="C6C6C6"/>
            <w:noWrap/>
            <w:vAlign w:val="center"/>
          </w:tcPr>
          <w:p w14:paraId="249691AC"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540" w:type="pct"/>
            <w:vAlign w:val="center"/>
          </w:tcPr>
          <w:p w14:paraId="3F5F295C"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0.92 (0.63 to 1.34)</w:t>
            </w:r>
          </w:p>
        </w:tc>
        <w:tc>
          <w:tcPr>
            <w:tcW w:w="539" w:type="pct"/>
            <w:vAlign w:val="center"/>
          </w:tcPr>
          <w:p w14:paraId="40C278E7"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0.9 (0.64 to 1.28)</w:t>
            </w:r>
          </w:p>
        </w:tc>
        <w:tc>
          <w:tcPr>
            <w:tcW w:w="630" w:type="pct"/>
            <w:shd w:val="clear" w:color="auto" w:fill="CFEDFF"/>
            <w:vAlign w:val="center"/>
          </w:tcPr>
          <w:p w14:paraId="7FA4FE85"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1.83 (1.12 to 3.12)</w:t>
            </w:r>
          </w:p>
        </w:tc>
        <w:tc>
          <w:tcPr>
            <w:tcW w:w="600" w:type="pct"/>
            <w:vAlign w:val="center"/>
          </w:tcPr>
          <w:p w14:paraId="77C534E4"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0.89 (0.46 to 1.75)</w:t>
            </w:r>
          </w:p>
        </w:tc>
        <w:tc>
          <w:tcPr>
            <w:tcW w:w="539" w:type="pct"/>
            <w:vAlign w:val="center"/>
          </w:tcPr>
          <w:p w14:paraId="638B0357"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1.48 (0.94 to 2.36)</w:t>
            </w:r>
          </w:p>
        </w:tc>
        <w:tc>
          <w:tcPr>
            <w:tcW w:w="574" w:type="pct"/>
            <w:vAlign w:val="center"/>
          </w:tcPr>
          <w:p w14:paraId="670C0BD3"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1.4 (0.83 to 2.31)</w:t>
            </w:r>
          </w:p>
        </w:tc>
        <w:tc>
          <w:tcPr>
            <w:tcW w:w="561" w:type="pct"/>
            <w:vAlign w:val="center"/>
          </w:tcPr>
          <w:p w14:paraId="542E9B15"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1.35 (0.94 to 1.97)</w:t>
            </w:r>
          </w:p>
        </w:tc>
      </w:tr>
      <w:tr w:rsidR="009540E1" w:rsidRPr="00EB75F0" w14:paraId="234E08D6" w14:textId="77777777" w:rsidTr="009540E1">
        <w:trPr>
          <w:trHeight w:val="288"/>
        </w:trPr>
        <w:tc>
          <w:tcPr>
            <w:tcW w:w="478" w:type="pct"/>
            <w:vAlign w:val="center"/>
            <w:hideMark/>
          </w:tcPr>
          <w:p w14:paraId="7630DEDE"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539" w:type="pct"/>
            <w:vAlign w:val="center"/>
          </w:tcPr>
          <w:p w14:paraId="4BE2D160"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1.09 (0.75 to 1.58)</w:t>
            </w:r>
          </w:p>
        </w:tc>
        <w:tc>
          <w:tcPr>
            <w:tcW w:w="540" w:type="pct"/>
            <w:shd w:val="clear" w:color="auto" w:fill="C6C6C6"/>
            <w:noWrap/>
            <w:vAlign w:val="center"/>
          </w:tcPr>
          <w:p w14:paraId="57872AE9"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539" w:type="pct"/>
            <w:vAlign w:val="center"/>
          </w:tcPr>
          <w:p w14:paraId="77862114"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0.98 (0.66 to 1.48)</w:t>
            </w:r>
          </w:p>
        </w:tc>
        <w:tc>
          <w:tcPr>
            <w:tcW w:w="630" w:type="pct"/>
            <w:shd w:val="clear" w:color="auto" w:fill="CFEDFF"/>
            <w:vAlign w:val="center"/>
          </w:tcPr>
          <w:p w14:paraId="6FB006CE"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1.99 (1.22 to 3.42)</w:t>
            </w:r>
          </w:p>
        </w:tc>
        <w:tc>
          <w:tcPr>
            <w:tcW w:w="600" w:type="pct"/>
            <w:vAlign w:val="center"/>
          </w:tcPr>
          <w:p w14:paraId="4F02077E"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0.97 (0.51 to 1.92)</w:t>
            </w:r>
          </w:p>
        </w:tc>
        <w:tc>
          <w:tcPr>
            <w:tcW w:w="539" w:type="pct"/>
            <w:vAlign w:val="center"/>
          </w:tcPr>
          <w:p w14:paraId="1BE653F4"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1.61 (1.03 to 2.6)</w:t>
            </w:r>
          </w:p>
        </w:tc>
        <w:tc>
          <w:tcPr>
            <w:tcW w:w="574" w:type="pct"/>
            <w:vAlign w:val="center"/>
          </w:tcPr>
          <w:p w14:paraId="6E2F6FAF"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1.53 (0.96 to 2.39)</w:t>
            </w:r>
          </w:p>
        </w:tc>
        <w:tc>
          <w:tcPr>
            <w:tcW w:w="561" w:type="pct"/>
            <w:vAlign w:val="center"/>
          </w:tcPr>
          <w:p w14:paraId="2CDC87AF"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1.47 (0.97 to 2.26)</w:t>
            </w:r>
          </w:p>
        </w:tc>
      </w:tr>
      <w:tr w:rsidR="009540E1" w:rsidRPr="00EB75F0" w14:paraId="39B8408C" w14:textId="77777777" w:rsidTr="009540E1">
        <w:trPr>
          <w:trHeight w:val="288"/>
        </w:trPr>
        <w:tc>
          <w:tcPr>
            <w:tcW w:w="478" w:type="pct"/>
            <w:vAlign w:val="center"/>
            <w:hideMark/>
          </w:tcPr>
          <w:p w14:paraId="03B5BF6E"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539" w:type="pct"/>
            <w:vAlign w:val="center"/>
          </w:tcPr>
          <w:p w14:paraId="6E7D8F96"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1.11 (0.78 to 1.56)</w:t>
            </w:r>
          </w:p>
        </w:tc>
        <w:tc>
          <w:tcPr>
            <w:tcW w:w="540" w:type="pct"/>
            <w:vAlign w:val="center"/>
          </w:tcPr>
          <w:p w14:paraId="61FA6946"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1.02 (0.67 to 1.52)</w:t>
            </w:r>
          </w:p>
        </w:tc>
        <w:tc>
          <w:tcPr>
            <w:tcW w:w="539" w:type="pct"/>
            <w:shd w:val="clear" w:color="auto" w:fill="C6C6C6"/>
            <w:noWrap/>
            <w:vAlign w:val="center"/>
          </w:tcPr>
          <w:p w14:paraId="5EA57EF7"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630" w:type="pct"/>
            <w:shd w:val="clear" w:color="auto" w:fill="CFEDFF"/>
            <w:vAlign w:val="center"/>
          </w:tcPr>
          <w:p w14:paraId="0E04B016"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2.04 (1.21 to 3.52)</w:t>
            </w:r>
          </w:p>
        </w:tc>
        <w:tc>
          <w:tcPr>
            <w:tcW w:w="600" w:type="pct"/>
            <w:vAlign w:val="center"/>
          </w:tcPr>
          <w:p w14:paraId="64E3F41D"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0.99 (0.51 to 1.96)</w:t>
            </w:r>
          </w:p>
        </w:tc>
        <w:tc>
          <w:tcPr>
            <w:tcW w:w="539" w:type="pct"/>
            <w:vAlign w:val="center"/>
          </w:tcPr>
          <w:p w14:paraId="1818D840"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1.65 (1.01 to 2.67)</w:t>
            </w:r>
          </w:p>
        </w:tc>
        <w:tc>
          <w:tcPr>
            <w:tcW w:w="574" w:type="pct"/>
            <w:vAlign w:val="center"/>
          </w:tcPr>
          <w:p w14:paraId="0C2CCF51"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1.56 (0.89 to 2.61)</w:t>
            </w:r>
          </w:p>
        </w:tc>
        <w:tc>
          <w:tcPr>
            <w:tcW w:w="561" w:type="pct"/>
            <w:vAlign w:val="center"/>
          </w:tcPr>
          <w:p w14:paraId="2E1A1584"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1.49 (1.04 to 2.18)</w:t>
            </w:r>
          </w:p>
        </w:tc>
      </w:tr>
      <w:tr w:rsidR="009540E1" w:rsidRPr="00EB75F0" w14:paraId="08691E2C" w14:textId="77777777" w:rsidTr="009540E1">
        <w:trPr>
          <w:trHeight w:val="288"/>
        </w:trPr>
        <w:tc>
          <w:tcPr>
            <w:tcW w:w="478" w:type="pct"/>
            <w:vAlign w:val="center"/>
            <w:hideMark/>
          </w:tcPr>
          <w:p w14:paraId="6C90FB4C" w14:textId="0DAC9F39" w:rsidR="005A763E" w:rsidRPr="00EB75F0" w:rsidRDefault="009A3ECD"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lastRenderedPageBreak/>
              <w:t>KarXT</w:t>
            </w:r>
            <w:proofErr w:type="spellEnd"/>
          </w:p>
        </w:tc>
        <w:tc>
          <w:tcPr>
            <w:tcW w:w="539" w:type="pct"/>
            <w:vAlign w:val="center"/>
          </w:tcPr>
          <w:p w14:paraId="1105748B"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0.55 (0.32 to 0.89)</w:t>
            </w:r>
          </w:p>
        </w:tc>
        <w:tc>
          <w:tcPr>
            <w:tcW w:w="540" w:type="pct"/>
            <w:vAlign w:val="center"/>
          </w:tcPr>
          <w:p w14:paraId="1954BB8F"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0.5 (0.29 to 0.82)</w:t>
            </w:r>
          </w:p>
        </w:tc>
        <w:tc>
          <w:tcPr>
            <w:tcW w:w="539" w:type="pct"/>
            <w:vAlign w:val="center"/>
          </w:tcPr>
          <w:p w14:paraId="62AC263A"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0.49 (0.28 to 0.83)</w:t>
            </w:r>
          </w:p>
        </w:tc>
        <w:tc>
          <w:tcPr>
            <w:tcW w:w="630" w:type="pct"/>
            <w:shd w:val="clear" w:color="auto" w:fill="C6C6C6"/>
            <w:noWrap/>
            <w:vAlign w:val="center"/>
          </w:tcPr>
          <w:p w14:paraId="014371A4"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600" w:type="pct"/>
            <w:vAlign w:val="center"/>
          </w:tcPr>
          <w:p w14:paraId="136B49A4"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0.49 (0.23 to 1.02)</w:t>
            </w:r>
          </w:p>
        </w:tc>
        <w:tc>
          <w:tcPr>
            <w:tcW w:w="539" w:type="pct"/>
            <w:vAlign w:val="center"/>
          </w:tcPr>
          <w:p w14:paraId="15F4E0BD"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0.81 (0.45 to 1.41)</w:t>
            </w:r>
          </w:p>
        </w:tc>
        <w:tc>
          <w:tcPr>
            <w:tcW w:w="574" w:type="pct"/>
            <w:vAlign w:val="center"/>
          </w:tcPr>
          <w:p w14:paraId="6E5E6E90"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0.76 (0.4 to 1.39)</w:t>
            </w:r>
          </w:p>
        </w:tc>
        <w:tc>
          <w:tcPr>
            <w:tcW w:w="561" w:type="pct"/>
            <w:vAlign w:val="center"/>
          </w:tcPr>
          <w:p w14:paraId="37C47FD7"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0.73 (0.42 to 1.25)</w:t>
            </w:r>
          </w:p>
        </w:tc>
      </w:tr>
      <w:tr w:rsidR="009540E1" w:rsidRPr="00EB75F0" w14:paraId="0DC2063B" w14:textId="77777777" w:rsidTr="009540E1">
        <w:trPr>
          <w:trHeight w:val="288"/>
        </w:trPr>
        <w:tc>
          <w:tcPr>
            <w:tcW w:w="478" w:type="pct"/>
            <w:vAlign w:val="center"/>
            <w:hideMark/>
          </w:tcPr>
          <w:p w14:paraId="43B720E7"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539" w:type="pct"/>
            <w:vAlign w:val="center"/>
          </w:tcPr>
          <w:p w14:paraId="63760A1E"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1.12 (0.57 to 2.16)</w:t>
            </w:r>
          </w:p>
        </w:tc>
        <w:tc>
          <w:tcPr>
            <w:tcW w:w="540" w:type="pct"/>
            <w:vAlign w:val="center"/>
          </w:tcPr>
          <w:p w14:paraId="426F16B0"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1.03 (0.52 to 1.97)</w:t>
            </w:r>
          </w:p>
        </w:tc>
        <w:tc>
          <w:tcPr>
            <w:tcW w:w="539" w:type="pct"/>
            <w:vAlign w:val="center"/>
          </w:tcPr>
          <w:p w14:paraId="3AC62618"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1.01 (0.51 to 1.97)</w:t>
            </w:r>
          </w:p>
        </w:tc>
        <w:tc>
          <w:tcPr>
            <w:tcW w:w="630" w:type="pct"/>
            <w:shd w:val="clear" w:color="auto" w:fill="CFEDFF"/>
            <w:vAlign w:val="center"/>
          </w:tcPr>
          <w:p w14:paraId="5EB03D7C"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2.05 (0.98 to 4.43)</w:t>
            </w:r>
          </w:p>
        </w:tc>
        <w:tc>
          <w:tcPr>
            <w:tcW w:w="600" w:type="pct"/>
            <w:shd w:val="clear" w:color="auto" w:fill="C6C6C6"/>
            <w:noWrap/>
            <w:vAlign w:val="center"/>
          </w:tcPr>
          <w:p w14:paraId="2A33A4ED"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539" w:type="pct"/>
            <w:vAlign w:val="center"/>
          </w:tcPr>
          <w:p w14:paraId="1A4ADAA3"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1.66 (0.81 to 3.41)</w:t>
            </w:r>
          </w:p>
        </w:tc>
        <w:tc>
          <w:tcPr>
            <w:tcW w:w="574" w:type="pct"/>
            <w:vAlign w:val="center"/>
          </w:tcPr>
          <w:p w14:paraId="44B25E14"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1.58 (0.72 to 3.26)</w:t>
            </w:r>
          </w:p>
        </w:tc>
        <w:tc>
          <w:tcPr>
            <w:tcW w:w="561" w:type="pct"/>
            <w:vAlign w:val="center"/>
          </w:tcPr>
          <w:p w14:paraId="09D00E52"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1.51 (0.75 to 3)</w:t>
            </w:r>
          </w:p>
        </w:tc>
      </w:tr>
      <w:tr w:rsidR="005A763E" w:rsidRPr="00EB75F0" w14:paraId="21003EA9" w14:textId="77777777" w:rsidTr="009540E1">
        <w:trPr>
          <w:trHeight w:val="288"/>
        </w:trPr>
        <w:tc>
          <w:tcPr>
            <w:tcW w:w="478" w:type="pct"/>
            <w:vAlign w:val="center"/>
            <w:hideMark/>
          </w:tcPr>
          <w:p w14:paraId="6775BFE0"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539" w:type="pct"/>
            <w:vAlign w:val="center"/>
          </w:tcPr>
          <w:p w14:paraId="2B4EE84A"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0.68 (0.42 to 1.06)</w:t>
            </w:r>
          </w:p>
        </w:tc>
        <w:tc>
          <w:tcPr>
            <w:tcW w:w="540" w:type="pct"/>
            <w:vAlign w:val="center"/>
          </w:tcPr>
          <w:p w14:paraId="0D3238A6"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0.62 (0.38 to 0.97)</w:t>
            </w:r>
          </w:p>
        </w:tc>
        <w:tc>
          <w:tcPr>
            <w:tcW w:w="539" w:type="pct"/>
            <w:vAlign w:val="center"/>
          </w:tcPr>
          <w:p w14:paraId="5AB40302"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0.61 (0.37 to 0.99)</w:t>
            </w:r>
          </w:p>
        </w:tc>
        <w:tc>
          <w:tcPr>
            <w:tcW w:w="630" w:type="pct"/>
            <w:shd w:val="clear" w:color="auto" w:fill="CFEDFF"/>
            <w:vAlign w:val="center"/>
          </w:tcPr>
          <w:p w14:paraId="46E4413D"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1.24 (0.71 to 2.21)</w:t>
            </w:r>
          </w:p>
        </w:tc>
        <w:tc>
          <w:tcPr>
            <w:tcW w:w="600" w:type="pct"/>
            <w:vAlign w:val="center"/>
          </w:tcPr>
          <w:p w14:paraId="3DA78F03"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0.6 (0.29 to 1.24)</w:t>
            </w:r>
          </w:p>
        </w:tc>
        <w:tc>
          <w:tcPr>
            <w:tcW w:w="539" w:type="pct"/>
            <w:shd w:val="clear" w:color="auto" w:fill="C6C6C6"/>
            <w:noWrap/>
            <w:vAlign w:val="center"/>
          </w:tcPr>
          <w:p w14:paraId="6026355D"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p>
        </w:tc>
        <w:tc>
          <w:tcPr>
            <w:tcW w:w="574" w:type="pct"/>
            <w:vAlign w:val="center"/>
          </w:tcPr>
          <w:p w14:paraId="34DA115E"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0.95 (0.52 to 1.65)</w:t>
            </w:r>
          </w:p>
        </w:tc>
        <w:tc>
          <w:tcPr>
            <w:tcW w:w="561" w:type="pct"/>
            <w:vAlign w:val="center"/>
          </w:tcPr>
          <w:p w14:paraId="2CD92229"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0.91 (0.56 to 1.48)</w:t>
            </w:r>
          </w:p>
        </w:tc>
      </w:tr>
      <w:tr w:rsidR="005A763E" w:rsidRPr="00EB75F0" w14:paraId="03D525F6" w14:textId="77777777" w:rsidTr="009540E1">
        <w:trPr>
          <w:trHeight w:val="288"/>
        </w:trPr>
        <w:tc>
          <w:tcPr>
            <w:tcW w:w="478" w:type="pct"/>
            <w:vAlign w:val="center"/>
            <w:hideMark/>
          </w:tcPr>
          <w:p w14:paraId="2170A2FA" w14:textId="77777777" w:rsidR="005A763E" w:rsidRPr="00EB75F0" w:rsidRDefault="005A763E"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539" w:type="pct"/>
            <w:vAlign w:val="center"/>
          </w:tcPr>
          <w:p w14:paraId="79291287" w14:textId="77777777" w:rsidR="005A763E" w:rsidRPr="00EB75F0" w:rsidRDefault="005A763E"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0.71 (0.43 to 1.21)</w:t>
            </w:r>
          </w:p>
        </w:tc>
        <w:tc>
          <w:tcPr>
            <w:tcW w:w="540" w:type="pct"/>
            <w:vAlign w:val="center"/>
          </w:tcPr>
          <w:p w14:paraId="37B8D0B6" w14:textId="77777777" w:rsidR="005A763E" w:rsidRPr="00EB75F0" w:rsidRDefault="005A763E"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0.65 (0.42 to 1.05)</w:t>
            </w:r>
          </w:p>
        </w:tc>
        <w:tc>
          <w:tcPr>
            <w:tcW w:w="539" w:type="pct"/>
            <w:vAlign w:val="center"/>
          </w:tcPr>
          <w:p w14:paraId="482B9FC6" w14:textId="77777777" w:rsidR="005A763E" w:rsidRPr="00EB75F0" w:rsidRDefault="005A763E"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0.64 (0.38 to 1.12)</w:t>
            </w:r>
          </w:p>
        </w:tc>
        <w:tc>
          <w:tcPr>
            <w:tcW w:w="630" w:type="pct"/>
            <w:shd w:val="clear" w:color="auto" w:fill="CFEDFF"/>
            <w:vAlign w:val="center"/>
          </w:tcPr>
          <w:p w14:paraId="4C9D379C" w14:textId="77777777" w:rsidR="005A763E" w:rsidRPr="00EB75F0" w:rsidRDefault="005A763E"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1.31 (0.72 to 2.51)</w:t>
            </w:r>
          </w:p>
        </w:tc>
        <w:tc>
          <w:tcPr>
            <w:tcW w:w="600" w:type="pct"/>
            <w:vAlign w:val="center"/>
          </w:tcPr>
          <w:p w14:paraId="466B3CDB" w14:textId="77777777" w:rsidR="005A763E" w:rsidRPr="00EB75F0" w:rsidRDefault="005A763E"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0.63 (0.31 to 1.38)</w:t>
            </w:r>
          </w:p>
        </w:tc>
        <w:tc>
          <w:tcPr>
            <w:tcW w:w="539" w:type="pct"/>
            <w:vAlign w:val="center"/>
          </w:tcPr>
          <w:p w14:paraId="1B0A6797" w14:textId="77777777" w:rsidR="005A763E" w:rsidRPr="00EB75F0" w:rsidRDefault="005A763E"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1.05 (0.61 to 1.94)</w:t>
            </w:r>
          </w:p>
        </w:tc>
        <w:tc>
          <w:tcPr>
            <w:tcW w:w="574" w:type="pct"/>
            <w:shd w:val="clear" w:color="auto" w:fill="C6C6C6"/>
            <w:noWrap/>
            <w:vAlign w:val="center"/>
          </w:tcPr>
          <w:p w14:paraId="7934D103" w14:textId="77777777" w:rsidR="005A763E" w:rsidRPr="00EB75F0" w:rsidRDefault="005A763E" w:rsidP="005A763E">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561" w:type="pct"/>
            <w:vAlign w:val="center"/>
          </w:tcPr>
          <w:p w14:paraId="7A435307" w14:textId="77777777" w:rsidR="005A763E" w:rsidRPr="00EB75F0" w:rsidRDefault="005A763E" w:rsidP="005A763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0.96 (0.57 to 1.7)</w:t>
            </w:r>
          </w:p>
        </w:tc>
      </w:tr>
      <w:tr w:rsidR="005A763E" w:rsidRPr="00EB75F0" w14:paraId="088FA487" w14:textId="77777777" w:rsidTr="009540E1">
        <w:trPr>
          <w:trHeight w:val="288"/>
        </w:trPr>
        <w:tc>
          <w:tcPr>
            <w:tcW w:w="478" w:type="pct"/>
            <w:vAlign w:val="center"/>
            <w:hideMark/>
          </w:tcPr>
          <w:p w14:paraId="231E0FEE"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539" w:type="pct"/>
            <w:vAlign w:val="center"/>
          </w:tcPr>
          <w:p w14:paraId="5355F4D4"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0.74 (0.51 to 1.06)</w:t>
            </w:r>
          </w:p>
        </w:tc>
        <w:tc>
          <w:tcPr>
            <w:tcW w:w="540" w:type="pct"/>
            <w:vAlign w:val="center"/>
          </w:tcPr>
          <w:p w14:paraId="239E3AEA"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0.68 (0.44 to 1.03)</w:t>
            </w:r>
          </w:p>
        </w:tc>
        <w:tc>
          <w:tcPr>
            <w:tcW w:w="539" w:type="pct"/>
            <w:vAlign w:val="center"/>
          </w:tcPr>
          <w:p w14:paraId="0846EAF1"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0.67 (0.46 to 0.97)</w:t>
            </w:r>
          </w:p>
        </w:tc>
        <w:tc>
          <w:tcPr>
            <w:tcW w:w="630" w:type="pct"/>
            <w:shd w:val="clear" w:color="auto" w:fill="CFEDFF"/>
            <w:vAlign w:val="center"/>
          </w:tcPr>
          <w:p w14:paraId="23AFE16A"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1.36 (0.8 to 2.38)</w:t>
            </w:r>
          </w:p>
        </w:tc>
        <w:tc>
          <w:tcPr>
            <w:tcW w:w="600" w:type="pct"/>
            <w:vAlign w:val="center"/>
          </w:tcPr>
          <w:p w14:paraId="2D676C63"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0.66 (0.33 to 1.33)</w:t>
            </w:r>
          </w:p>
        </w:tc>
        <w:tc>
          <w:tcPr>
            <w:tcW w:w="539" w:type="pct"/>
            <w:vAlign w:val="center"/>
          </w:tcPr>
          <w:p w14:paraId="73B5D360" w14:textId="77777777" w:rsidR="005A763E" w:rsidRPr="00EB75F0" w:rsidRDefault="005A763E" w:rsidP="005A763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1.1 (0.68 to 1.79)</w:t>
            </w:r>
          </w:p>
        </w:tc>
        <w:tc>
          <w:tcPr>
            <w:tcW w:w="574" w:type="pct"/>
            <w:vAlign w:val="center"/>
          </w:tcPr>
          <w:p w14:paraId="217AF9AC"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1.05 (0.59 to 1.76)</w:t>
            </w:r>
          </w:p>
        </w:tc>
        <w:tc>
          <w:tcPr>
            <w:tcW w:w="561" w:type="pct"/>
            <w:shd w:val="clear" w:color="auto" w:fill="C6C6C6"/>
            <w:noWrap/>
            <w:vAlign w:val="center"/>
          </w:tcPr>
          <w:p w14:paraId="05C8EF44" w14:textId="77777777"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p>
        </w:tc>
      </w:tr>
      <w:tr w:rsidR="005A763E" w:rsidRPr="00EB75F0" w14:paraId="35C7BD03" w14:textId="77777777" w:rsidTr="005A763E">
        <w:trPr>
          <w:trHeight w:val="288"/>
        </w:trPr>
        <w:tc>
          <w:tcPr>
            <w:tcW w:w="5000" w:type="pct"/>
            <w:gridSpan w:val="9"/>
            <w:vAlign w:val="center"/>
          </w:tcPr>
          <w:p w14:paraId="09A77197" w14:textId="32650515" w:rsidR="005A763E" w:rsidRPr="00EB75F0" w:rsidRDefault="005A763E" w:rsidP="005A763E">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credible interval; OR, odds ratio</w:t>
            </w:r>
            <w:r w:rsidR="00324F85"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324F85" w:rsidRPr="00EB75F0">
              <w:rPr>
                <w:rFonts w:asciiTheme="majorHAnsi" w:eastAsia="Times New Roman" w:hAnsiTheme="majorHAnsi" w:cstheme="majorHAnsi"/>
                <w:color w:val="000000"/>
                <w:sz w:val="16"/>
                <w:szCs w:val="16"/>
                <w:lang w:eastAsia="zh-TW"/>
              </w:rPr>
              <w:t xml:space="preserve">, </w:t>
            </w:r>
            <w:proofErr w:type="spellStart"/>
            <w:r w:rsidR="00324F85" w:rsidRPr="00EB75F0">
              <w:rPr>
                <w:rFonts w:asciiTheme="majorHAnsi" w:hAnsiTheme="majorHAnsi" w:cstheme="majorHAnsi"/>
                <w:sz w:val="16"/>
                <w:szCs w:val="16"/>
              </w:rPr>
              <w:t>xanomeline</w:t>
            </w:r>
            <w:proofErr w:type="spellEnd"/>
            <w:r w:rsidR="00324F85" w:rsidRPr="00EB75F0">
              <w:rPr>
                <w:rFonts w:asciiTheme="majorHAnsi" w:hAnsiTheme="majorHAnsi" w:cstheme="majorHAnsi"/>
                <w:sz w:val="16"/>
                <w:szCs w:val="16"/>
              </w:rPr>
              <w:t>/</w:t>
            </w:r>
            <w:proofErr w:type="spellStart"/>
            <w:r w:rsidR="00324F85" w:rsidRPr="00EB75F0">
              <w:rPr>
                <w:rFonts w:asciiTheme="majorHAnsi" w:hAnsiTheme="majorHAnsi" w:cstheme="majorHAnsi"/>
                <w:sz w:val="16"/>
                <w:szCs w:val="16"/>
              </w:rPr>
              <w:t>trospium</w:t>
            </w:r>
            <w:proofErr w:type="spellEnd"/>
            <w:r w:rsidR="00324F85" w:rsidRPr="00EB75F0">
              <w:rPr>
                <w:rFonts w:asciiTheme="majorHAnsi" w:hAnsiTheme="majorHAnsi" w:cstheme="majorHAnsi"/>
                <w:sz w:val="16"/>
                <w:szCs w:val="16"/>
              </w:rPr>
              <w:t xml:space="preserve"> chloride</w:t>
            </w:r>
          </w:p>
          <w:p w14:paraId="77BD5736" w14:textId="6880B305" w:rsidR="005A763E" w:rsidRPr="00EB75F0" w:rsidRDefault="005A763E" w:rsidP="005A763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Pr="00EB75F0">
              <w:rPr>
                <w:rFonts w:asciiTheme="majorHAnsi" w:hAnsiTheme="majorHAnsi" w:cstheme="majorHAnsi"/>
                <w:sz w:val="16"/>
                <w:szCs w:val="16"/>
              </w:rPr>
              <w:t xml:space="preserve">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3C7A430C" w14:textId="77777777" w:rsidR="005D3B5A" w:rsidRPr="00EB75F0" w:rsidRDefault="005D3B5A">
      <w:pPr>
        <w:spacing w:before="0" w:after="200" w:line="276" w:lineRule="auto"/>
      </w:pPr>
    </w:p>
    <w:p w14:paraId="3757804B" w14:textId="77777777" w:rsidR="00467FE0" w:rsidRPr="00EB75F0" w:rsidRDefault="00467FE0">
      <w:pPr>
        <w:spacing w:before="0" w:after="200" w:line="276" w:lineRule="auto"/>
        <w:sectPr w:rsidR="00467FE0" w:rsidRPr="00EB75F0" w:rsidSect="00467FE0">
          <w:pgSz w:w="16838" w:h="11906" w:orient="landscape"/>
          <w:pgMar w:top="1134" w:right="1134" w:bottom="1134" w:left="1134" w:header="567" w:footer="567" w:gutter="0"/>
          <w:cols w:space="708"/>
          <w:docGrid w:linePitch="360"/>
        </w:sectPr>
      </w:pPr>
    </w:p>
    <w:p w14:paraId="5F2F57B1" w14:textId="753614E7" w:rsidR="005267BE" w:rsidRDefault="005267BE">
      <w:pPr>
        <w:pStyle w:val="Heading3"/>
      </w:pPr>
      <w:r w:rsidRPr="005267BE">
        <w:lastRenderedPageBreak/>
        <w:t xml:space="preserve">Figure </w:t>
      </w:r>
      <w:r w:rsidR="009C2A15">
        <w:t>S</w:t>
      </w:r>
      <w:fldSimple w:instr=" SEQ Figure \* ARABIC ">
        <w:r w:rsidR="004B2F28">
          <w:rPr>
            <w:noProof/>
          </w:rPr>
          <w:t>70</w:t>
        </w:r>
      </w:fldSimple>
      <w:r w:rsidR="009C2A15">
        <w:t>:</w:t>
      </w:r>
      <w:r w:rsidR="009C2A15" w:rsidRPr="009C2A15">
        <w:t xml:space="preserve"> </w:t>
      </w:r>
      <w:r w:rsidR="009C2A15" w:rsidRPr="00EB75F0">
        <w:t>Patients who experienced ≥ 30% improvement in PANSS total score from baseline –</w:t>
      </w:r>
      <w:r w:rsidR="009C2A15">
        <w:t xml:space="preserve"> C</w:t>
      </w:r>
      <w:r w:rsidR="009C2A15" w:rsidRPr="007F6A73">
        <w:t>omparison-adjusted funnel plot</w:t>
      </w:r>
      <w:r w:rsidR="009C2A15" w:rsidRPr="00EB75F0">
        <w:t xml:space="preserve"> </w:t>
      </w:r>
      <w:r w:rsidR="009C2A15" w:rsidRPr="007F6A73">
        <w:t>–</w:t>
      </w:r>
      <w:r w:rsidR="009C2A15">
        <w:t xml:space="preserve"> </w:t>
      </w:r>
      <w:r w:rsidR="009C2A15" w:rsidRPr="00EB75F0">
        <w:t>random-effects model, base case network</w:t>
      </w:r>
      <w:r w:rsidR="009C2A15" w:rsidRPr="007F6A73">
        <w:t xml:space="preserve"> </w:t>
      </w:r>
      <w:r>
        <w:rPr>
          <w:noProof/>
        </w:rPr>
        <w:drawing>
          <wp:inline distT="0" distB="0" distL="0" distR="0" wp14:anchorId="32F72572" wp14:editId="37E4182D">
            <wp:extent cx="6120765" cy="3238220"/>
            <wp:effectExtent l="0" t="0" r="0" b="635"/>
            <wp:docPr id="153273789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1" cstate="print">
                      <a:extLst>
                        <a:ext uri="{28A0092B-C50C-407E-A947-70E740481C1C}">
                          <a14:useLocalDpi xmlns:a14="http://schemas.microsoft.com/office/drawing/2010/main"/>
                        </a:ext>
                      </a:extLst>
                    </a:blip>
                    <a:srcRect/>
                    <a:stretch>
                      <a:fillRect/>
                    </a:stretch>
                  </pic:blipFill>
                  <pic:spPr bwMode="auto">
                    <a:xfrm>
                      <a:off x="0" y="0"/>
                      <a:ext cx="6120765" cy="3238220"/>
                    </a:xfrm>
                    <a:prstGeom prst="rect">
                      <a:avLst/>
                    </a:prstGeom>
                    <a:noFill/>
                    <a:ln>
                      <a:noFill/>
                    </a:ln>
                    <a:extLst>
                      <a:ext uri="{53640926-AAD7-44D8-BBD7-CCE9431645EC}">
                        <a14:shadowObscured xmlns:a14="http://schemas.microsoft.com/office/drawing/2010/main"/>
                      </a:ext>
                    </a:extLst>
                  </pic:spPr>
                </pic:pic>
              </a:graphicData>
            </a:graphic>
          </wp:inline>
        </w:drawing>
      </w:r>
    </w:p>
    <w:p w14:paraId="113134DB" w14:textId="4584E1F0" w:rsidR="00282349" w:rsidRDefault="00282349" w:rsidP="00282349">
      <w:pPr>
        <w:pStyle w:val="Heading3"/>
      </w:pPr>
      <w:r w:rsidRPr="005267BE">
        <w:t xml:space="preserve">Figure </w:t>
      </w:r>
      <w:r>
        <w:t>S</w:t>
      </w:r>
      <w:fldSimple w:instr=" SEQ Figure \* ARABIC ">
        <w:r w:rsidR="004B2F28">
          <w:rPr>
            <w:noProof/>
          </w:rPr>
          <w:t>71</w:t>
        </w:r>
      </w:fldSimple>
      <w:r>
        <w:t>:</w:t>
      </w:r>
      <w:r w:rsidRPr="009C2A15">
        <w:t xml:space="preserve"> </w:t>
      </w:r>
      <w:r w:rsidRPr="00EB75F0">
        <w:t>Patients who experienced ≥ 30% improvement in PANSS total score from baseline –</w:t>
      </w:r>
      <w:r>
        <w:t xml:space="preserve"> C</w:t>
      </w:r>
      <w:r w:rsidRPr="007F6A73">
        <w:t>omparison-adjusted funnel plot</w:t>
      </w:r>
      <w:r w:rsidRPr="00EB75F0">
        <w:t xml:space="preserve"> </w:t>
      </w:r>
      <w:r w:rsidRPr="007F6A73">
        <w:t>–</w:t>
      </w:r>
      <w:r>
        <w:t xml:space="preserve"> fixed</w:t>
      </w:r>
      <w:r w:rsidRPr="00EB75F0">
        <w:t>-effects model, base case network</w:t>
      </w:r>
      <w:r w:rsidRPr="007F6A73">
        <w:t xml:space="preserve"> </w:t>
      </w:r>
      <w:r>
        <w:rPr>
          <w:noProof/>
        </w:rPr>
        <w:drawing>
          <wp:inline distT="0" distB="0" distL="0" distR="0" wp14:anchorId="27C56597" wp14:editId="76AF3EEC">
            <wp:extent cx="6120765" cy="3238220"/>
            <wp:effectExtent l="0" t="0" r="0" b="635"/>
            <wp:docPr id="15218081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08109" name="Picture 13"/>
                    <pic:cNvPicPr>
                      <a:picLocks noChangeAspect="1" noChangeArrowheads="1"/>
                    </pic:cNvPicPr>
                  </pic:nvPicPr>
                  <pic:blipFill rotWithShape="1">
                    <a:blip r:embed="rId92" cstate="print">
                      <a:extLst>
                        <a:ext uri="{28A0092B-C50C-407E-A947-70E740481C1C}">
                          <a14:useLocalDpi xmlns:a14="http://schemas.microsoft.com/office/drawing/2010/main"/>
                        </a:ext>
                      </a:extLst>
                    </a:blip>
                    <a:srcRect l="-11" t="11824" r="11"/>
                    <a:stretch>
                      <a:fillRect/>
                    </a:stretch>
                  </pic:blipFill>
                  <pic:spPr bwMode="auto">
                    <a:xfrm>
                      <a:off x="0" y="0"/>
                      <a:ext cx="6120765" cy="3238220"/>
                    </a:xfrm>
                    <a:prstGeom prst="rect">
                      <a:avLst/>
                    </a:prstGeom>
                    <a:noFill/>
                    <a:ln>
                      <a:noFill/>
                    </a:ln>
                    <a:extLst>
                      <a:ext uri="{53640926-AAD7-44D8-BBD7-CCE9431645EC}">
                        <a14:shadowObscured xmlns:a14="http://schemas.microsoft.com/office/drawing/2010/main"/>
                      </a:ext>
                    </a:extLst>
                  </pic:spPr>
                </pic:pic>
              </a:graphicData>
            </a:graphic>
          </wp:inline>
        </w:drawing>
      </w:r>
    </w:p>
    <w:p w14:paraId="13641306" w14:textId="20EB53B6" w:rsidR="00282349" w:rsidRDefault="00282349" w:rsidP="00282349">
      <w:pPr>
        <w:pStyle w:val="Heading3"/>
      </w:pPr>
      <w:r w:rsidRPr="005267BE">
        <w:t xml:space="preserve">Figure </w:t>
      </w:r>
      <w:r>
        <w:t>S</w:t>
      </w:r>
      <w:fldSimple w:instr=" SEQ Figure \* ARABIC ">
        <w:r w:rsidR="004B2F28">
          <w:rPr>
            <w:noProof/>
          </w:rPr>
          <w:t>72</w:t>
        </w:r>
      </w:fldSimple>
      <w:r>
        <w:t>:</w:t>
      </w:r>
      <w:r w:rsidRPr="009C2A15">
        <w:t xml:space="preserve"> </w:t>
      </w:r>
      <w:r w:rsidRPr="00EB75F0">
        <w:t>Patients who experienced ≥ 30% improvement in PANSS total score from baseline –</w:t>
      </w:r>
      <w:r>
        <w:t xml:space="preserve"> C</w:t>
      </w:r>
      <w:r w:rsidRPr="007F6A73">
        <w:t>omparison-adjusted funnel plot</w:t>
      </w:r>
      <w:r w:rsidRPr="00EB75F0">
        <w:t xml:space="preserve"> </w:t>
      </w:r>
      <w:r w:rsidRPr="007F6A73">
        <w:t>–</w:t>
      </w:r>
      <w:r>
        <w:t xml:space="preserve"> </w:t>
      </w:r>
      <w:r w:rsidRPr="00EB75F0">
        <w:t xml:space="preserve">random-effects model, sensitivity analysis </w:t>
      </w:r>
      <w:r w:rsidRPr="00EB75F0">
        <w:lastRenderedPageBreak/>
        <w:t>excluding studies with predominantly Asian populations</w:t>
      </w:r>
      <w:r>
        <w:rPr>
          <w:noProof/>
        </w:rPr>
        <w:t xml:space="preserve"> </w:t>
      </w:r>
      <w:r>
        <w:rPr>
          <w:noProof/>
        </w:rPr>
        <w:drawing>
          <wp:inline distT="0" distB="0" distL="0" distR="0" wp14:anchorId="013A7FAF" wp14:editId="2BB95EAB">
            <wp:extent cx="6120765" cy="3238220"/>
            <wp:effectExtent l="0" t="0" r="0" b="635"/>
            <wp:docPr id="11816179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617987" name="Picture 13"/>
                    <pic:cNvPicPr>
                      <a:picLocks noChangeAspect="1" noChangeArrowheads="1"/>
                    </pic:cNvPicPr>
                  </pic:nvPicPr>
                  <pic:blipFill rotWithShape="1">
                    <a:blip r:embed="rId93" cstate="print">
                      <a:extLst>
                        <a:ext uri="{28A0092B-C50C-407E-A947-70E740481C1C}">
                          <a14:useLocalDpi xmlns:a14="http://schemas.microsoft.com/office/drawing/2010/main"/>
                        </a:ext>
                      </a:extLst>
                    </a:blip>
                    <a:srcRect l="-11" t="11824" r="11"/>
                    <a:stretch>
                      <a:fillRect/>
                    </a:stretch>
                  </pic:blipFill>
                  <pic:spPr bwMode="auto">
                    <a:xfrm>
                      <a:off x="0" y="0"/>
                      <a:ext cx="6120765" cy="3238220"/>
                    </a:xfrm>
                    <a:prstGeom prst="rect">
                      <a:avLst/>
                    </a:prstGeom>
                    <a:noFill/>
                    <a:ln>
                      <a:noFill/>
                    </a:ln>
                    <a:extLst>
                      <a:ext uri="{53640926-AAD7-44D8-BBD7-CCE9431645EC}">
                        <a14:shadowObscured xmlns:a14="http://schemas.microsoft.com/office/drawing/2010/main"/>
                      </a:ext>
                    </a:extLst>
                  </pic:spPr>
                </pic:pic>
              </a:graphicData>
            </a:graphic>
          </wp:inline>
        </w:drawing>
      </w:r>
    </w:p>
    <w:p w14:paraId="3DCBE773" w14:textId="090BB003" w:rsidR="00282349" w:rsidRDefault="00282349">
      <w:pPr>
        <w:pStyle w:val="Heading3"/>
      </w:pPr>
      <w:r w:rsidRPr="005267BE">
        <w:t xml:space="preserve">Figure </w:t>
      </w:r>
      <w:r>
        <w:t>S</w:t>
      </w:r>
      <w:fldSimple w:instr=" SEQ Figure \* ARABIC ">
        <w:r w:rsidR="004B2F28">
          <w:rPr>
            <w:noProof/>
          </w:rPr>
          <w:t>73</w:t>
        </w:r>
      </w:fldSimple>
      <w:r>
        <w:t>:</w:t>
      </w:r>
      <w:r w:rsidRPr="009C2A15">
        <w:t xml:space="preserve"> </w:t>
      </w:r>
      <w:r w:rsidRPr="00EB75F0">
        <w:t>Patients who experienced ≥ 30% improvement in PANSS total score from baseline –</w:t>
      </w:r>
      <w:r>
        <w:t xml:space="preserve"> C</w:t>
      </w:r>
      <w:r w:rsidRPr="007F6A73">
        <w:t>omparison-adjusted funnel plot</w:t>
      </w:r>
      <w:r w:rsidRPr="00EB75F0">
        <w:t xml:space="preserve"> </w:t>
      </w:r>
      <w:r w:rsidRPr="007F6A73">
        <w:t>–</w:t>
      </w:r>
      <w:r>
        <w:t xml:space="preserve"> </w:t>
      </w:r>
      <w:r w:rsidRPr="00EB75F0">
        <w:t xml:space="preserve">random-effects model, sensitivity analysis </w:t>
      </w:r>
      <w:r w:rsidRPr="00EB75F0">
        <w:lastRenderedPageBreak/>
        <w:t xml:space="preserve">excluding studies with outlier placebo effect size </w:t>
      </w:r>
      <w:r>
        <w:rPr>
          <w:noProof/>
        </w:rPr>
        <w:drawing>
          <wp:inline distT="0" distB="0" distL="0" distR="0" wp14:anchorId="506CF7B5" wp14:editId="5D0E6161">
            <wp:extent cx="6120765" cy="3238220"/>
            <wp:effectExtent l="0" t="0" r="0" b="635"/>
            <wp:docPr id="945648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4887" name="Picture 13"/>
                    <pic:cNvPicPr>
                      <a:picLocks noChangeAspect="1" noChangeArrowheads="1"/>
                    </pic:cNvPicPr>
                  </pic:nvPicPr>
                  <pic:blipFill rotWithShape="1">
                    <a:blip r:embed="rId94" cstate="print">
                      <a:extLst>
                        <a:ext uri="{28A0092B-C50C-407E-A947-70E740481C1C}">
                          <a14:useLocalDpi xmlns:a14="http://schemas.microsoft.com/office/drawing/2010/main"/>
                        </a:ext>
                      </a:extLst>
                    </a:blip>
                    <a:srcRect l="-11" t="11824" r="11"/>
                    <a:stretch>
                      <a:fillRect/>
                    </a:stretch>
                  </pic:blipFill>
                  <pic:spPr bwMode="auto">
                    <a:xfrm>
                      <a:off x="0" y="0"/>
                      <a:ext cx="6120765" cy="3238220"/>
                    </a:xfrm>
                    <a:prstGeom prst="rect">
                      <a:avLst/>
                    </a:prstGeom>
                    <a:noFill/>
                    <a:ln>
                      <a:noFill/>
                    </a:ln>
                    <a:extLst>
                      <a:ext uri="{53640926-AAD7-44D8-BBD7-CCE9431645EC}">
                        <a14:shadowObscured xmlns:a14="http://schemas.microsoft.com/office/drawing/2010/main"/>
                      </a:ext>
                    </a:extLst>
                  </pic:spPr>
                </pic:pic>
              </a:graphicData>
            </a:graphic>
          </wp:inline>
        </w:drawing>
      </w:r>
    </w:p>
    <w:p w14:paraId="7DEBE03F" w14:textId="1B051CA8" w:rsidR="00FE6F81" w:rsidRPr="00541089" w:rsidRDefault="00FE6F81">
      <w:pPr>
        <w:pStyle w:val="Heading2"/>
      </w:pPr>
      <w:r w:rsidRPr="00541089">
        <w:t xml:space="preserve">Discontinuation due to all causes </w:t>
      </w:r>
    </w:p>
    <w:p w14:paraId="5DE8810F" w14:textId="79AFBD4F" w:rsidR="00EE1C32" w:rsidRPr="00EB75F0" w:rsidRDefault="00A06AE8" w:rsidP="00766C59">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28</w:t>
        </w:r>
      </w:fldSimple>
      <w:r w:rsidR="00EE1C32" w:rsidRPr="00EB75F0">
        <w:t>: Discontinuation due to all causes – comparison of NMA results from base case and sensitivity analyses</w:t>
      </w:r>
    </w:p>
    <w:tbl>
      <w:tblPr>
        <w:tblStyle w:val="Table"/>
        <w:tblW w:w="5006" w:type="pct"/>
        <w:tblInd w:w="-5"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934"/>
        <w:gridCol w:w="1926"/>
        <w:gridCol w:w="1951"/>
        <w:gridCol w:w="1901"/>
        <w:gridCol w:w="1928"/>
      </w:tblGrid>
      <w:tr w:rsidR="00EE1C32" w:rsidRPr="00EB75F0" w14:paraId="0A2AF5FF" w14:textId="77777777" w:rsidTr="0067093A">
        <w:trPr>
          <w:trHeight w:val="58"/>
          <w:tblHeader/>
        </w:trPr>
        <w:tc>
          <w:tcPr>
            <w:tcW w:w="1003" w:type="pct"/>
            <w:vMerge w:val="restart"/>
            <w:tcBorders>
              <w:top w:val="single" w:sz="4" w:space="0" w:color="000000"/>
              <w:left w:val="single" w:sz="4" w:space="0" w:color="000000"/>
              <w:bottom w:val="single" w:sz="4" w:space="0" w:color="000000"/>
              <w:right w:val="single" w:sz="4" w:space="0" w:color="000000"/>
            </w:tcBorders>
            <w:shd w:val="clear" w:color="auto" w:fill="001B2B"/>
            <w:vAlign w:val="center"/>
          </w:tcPr>
          <w:p w14:paraId="3573C737" w14:textId="77777777" w:rsidR="00EE1C32" w:rsidRPr="00EB75F0" w:rsidRDefault="00EE1C32" w:rsidP="00C32B29">
            <w:pPr>
              <w:pStyle w:val="TableText"/>
              <w:spacing w:before="48" w:after="48"/>
              <w:rPr>
                <w:color w:val="FFFFFF"/>
                <w:sz w:val="18"/>
              </w:rPr>
            </w:pPr>
            <w:r w:rsidRPr="00EB75F0">
              <w:rPr>
                <w:color w:val="FFFFFF"/>
                <w:sz w:val="18"/>
              </w:rPr>
              <w:t>Treatment</w:t>
            </w:r>
          </w:p>
        </w:tc>
        <w:tc>
          <w:tcPr>
            <w:tcW w:w="2997" w:type="pct"/>
            <w:gridSpan w:val="3"/>
            <w:tcBorders>
              <w:top w:val="single" w:sz="4" w:space="0" w:color="000000"/>
              <w:left w:val="single" w:sz="4" w:space="0" w:color="000000"/>
              <w:bottom w:val="single" w:sz="4" w:space="0" w:color="000000"/>
              <w:right w:val="single" w:sz="4" w:space="0" w:color="000000"/>
            </w:tcBorders>
            <w:shd w:val="clear" w:color="auto" w:fill="001B2B"/>
            <w:vAlign w:val="center"/>
          </w:tcPr>
          <w:p w14:paraId="35AE473F" w14:textId="77777777" w:rsidR="00EE1C32" w:rsidRPr="00EB75F0" w:rsidRDefault="00EE1C32" w:rsidP="00C32B29">
            <w:pPr>
              <w:pStyle w:val="TableText"/>
              <w:spacing w:before="48" w:after="48"/>
              <w:rPr>
                <w:color w:val="FFFFFF"/>
                <w:sz w:val="18"/>
              </w:rPr>
            </w:pPr>
            <w:r w:rsidRPr="00EB75F0">
              <w:rPr>
                <w:color w:val="FFFFFF"/>
                <w:sz w:val="18"/>
              </w:rPr>
              <w:t xml:space="preserve">OR Treatment versus Placebo (95% </w:t>
            </w:r>
            <w:proofErr w:type="spellStart"/>
            <w:r w:rsidRPr="00EB75F0">
              <w:rPr>
                <w:color w:val="FFFFFF"/>
                <w:sz w:val="18"/>
              </w:rPr>
              <w:t>CrI</w:t>
            </w:r>
            <w:proofErr w:type="spellEnd"/>
            <w:r w:rsidRPr="00EB75F0">
              <w:rPr>
                <w:color w:val="FFFFFF"/>
                <w:sz w:val="18"/>
              </w:rPr>
              <w:t>)</w:t>
            </w:r>
          </w:p>
        </w:tc>
        <w:tc>
          <w:tcPr>
            <w:tcW w:w="1000" w:type="pct"/>
            <w:tcBorders>
              <w:top w:val="single" w:sz="4" w:space="0" w:color="000000"/>
              <w:left w:val="single" w:sz="4" w:space="0" w:color="000000"/>
              <w:bottom w:val="single" w:sz="4" w:space="0" w:color="000000"/>
              <w:right w:val="single" w:sz="4" w:space="0" w:color="000000"/>
            </w:tcBorders>
            <w:shd w:val="clear" w:color="auto" w:fill="001B2B"/>
          </w:tcPr>
          <w:p w14:paraId="79F0138D" w14:textId="77777777" w:rsidR="00EE1C32" w:rsidRPr="00EB75F0" w:rsidRDefault="00EE1C32" w:rsidP="00C32B29">
            <w:pPr>
              <w:pStyle w:val="TableText"/>
              <w:spacing w:before="48" w:after="48"/>
              <w:rPr>
                <w:color w:val="FFFFFF"/>
                <w:sz w:val="18"/>
              </w:rPr>
            </w:pPr>
          </w:p>
        </w:tc>
      </w:tr>
      <w:tr w:rsidR="00EE1C32" w:rsidRPr="00EB75F0" w14:paraId="5EB7661D" w14:textId="77777777" w:rsidTr="0067093A">
        <w:trPr>
          <w:trHeight w:val="58"/>
          <w:tblHeader/>
        </w:trPr>
        <w:tc>
          <w:tcPr>
            <w:tcW w:w="1003" w:type="pct"/>
            <w:vMerge/>
            <w:tcBorders>
              <w:top w:val="single" w:sz="4" w:space="0" w:color="000000"/>
              <w:left w:val="single" w:sz="4" w:space="0" w:color="000000"/>
              <w:bottom w:val="single" w:sz="4" w:space="0" w:color="000000"/>
              <w:right w:val="single" w:sz="4" w:space="0" w:color="000000"/>
            </w:tcBorders>
            <w:shd w:val="clear" w:color="auto" w:fill="D8D2BF"/>
            <w:vAlign w:val="center"/>
          </w:tcPr>
          <w:p w14:paraId="2D2BEF29" w14:textId="77777777" w:rsidR="00EE1C32" w:rsidRPr="00EB75F0" w:rsidRDefault="00EE1C32" w:rsidP="00C32B29"/>
        </w:tc>
        <w:tc>
          <w:tcPr>
            <w:tcW w:w="2011"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0982C23A" w14:textId="77777777" w:rsidR="00EE1C32" w:rsidRPr="00EB75F0" w:rsidRDefault="00EE1C32" w:rsidP="00C32B29">
            <w:pPr>
              <w:pStyle w:val="TableText"/>
              <w:spacing w:before="48" w:after="48"/>
              <w:rPr>
                <w:sz w:val="18"/>
              </w:rPr>
            </w:pPr>
            <w:r w:rsidRPr="00EB75F0">
              <w:rPr>
                <w:b/>
                <w:sz w:val="18"/>
              </w:rPr>
              <w:t>Base case network</w:t>
            </w:r>
          </w:p>
        </w:tc>
        <w:tc>
          <w:tcPr>
            <w:tcW w:w="1986"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7861E5BC" w14:textId="77777777" w:rsidR="00EE1C32" w:rsidRPr="00EB75F0" w:rsidRDefault="00EE1C32" w:rsidP="00C32B29">
            <w:pPr>
              <w:pStyle w:val="TableText"/>
              <w:spacing w:before="48" w:after="48"/>
              <w:rPr>
                <w:sz w:val="18"/>
              </w:rPr>
            </w:pPr>
            <w:r w:rsidRPr="00EB75F0">
              <w:rPr>
                <w:b/>
                <w:sz w:val="18"/>
              </w:rPr>
              <w:t>Excluding studies with predominantly Asian populations</w:t>
            </w:r>
          </w:p>
        </w:tc>
      </w:tr>
      <w:tr w:rsidR="00EE1C32" w:rsidRPr="00EB75F0" w14:paraId="55F9417B" w14:textId="77777777" w:rsidTr="0067093A">
        <w:trPr>
          <w:trHeight w:val="68"/>
          <w:tblHeader/>
        </w:trPr>
        <w:tc>
          <w:tcPr>
            <w:tcW w:w="1003" w:type="pct"/>
            <w:vMerge/>
            <w:tcBorders>
              <w:top w:val="single" w:sz="4" w:space="0" w:color="000000"/>
              <w:left w:val="single" w:sz="4" w:space="0" w:color="000000"/>
              <w:bottom w:val="single" w:sz="4" w:space="0" w:color="000000"/>
              <w:right w:val="single" w:sz="4" w:space="0" w:color="000000"/>
            </w:tcBorders>
            <w:shd w:val="clear" w:color="auto" w:fill="D8D2BF"/>
            <w:vAlign w:val="center"/>
          </w:tcPr>
          <w:p w14:paraId="3CD55A73" w14:textId="77777777" w:rsidR="00EE1C32" w:rsidRPr="00EB75F0" w:rsidRDefault="00EE1C32" w:rsidP="00C32B29"/>
        </w:tc>
        <w:tc>
          <w:tcPr>
            <w:tcW w:w="999"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5FFBC78A" w14:textId="77777777" w:rsidR="00EE1C32" w:rsidRPr="00EB75F0" w:rsidRDefault="00EE1C32" w:rsidP="00C32B29">
            <w:pPr>
              <w:pStyle w:val="TableText"/>
              <w:spacing w:before="48" w:after="48"/>
              <w:rPr>
                <w:sz w:val="18"/>
              </w:rPr>
            </w:pPr>
            <w:r w:rsidRPr="00EB75F0">
              <w:rPr>
                <w:b/>
                <w:sz w:val="18"/>
              </w:rPr>
              <w:t>FE (DIC: 159.24)</w:t>
            </w:r>
          </w:p>
        </w:tc>
        <w:tc>
          <w:tcPr>
            <w:tcW w:w="1012"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5922EA33" w14:textId="77777777" w:rsidR="00EE1C32" w:rsidRPr="00EB75F0" w:rsidRDefault="00EE1C32" w:rsidP="00C32B29">
            <w:pPr>
              <w:pStyle w:val="TableText"/>
              <w:spacing w:before="48" w:after="48"/>
              <w:rPr>
                <w:sz w:val="18"/>
              </w:rPr>
            </w:pPr>
            <w:r w:rsidRPr="00EB75F0">
              <w:rPr>
                <w:b/>
                <w:sz w:val="18"/>
              </w:rPr>
              <w:t>RE (DIC: 160.67)</w:t>
            </w:r>
          </w:p>
        </w:tc>
        <w:tc>
          <w:tcPr>
            <w:tcW w:w="1986"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2B7F840A" w14:textId="77777777" w:rsidR="00EE1C32" w:rsidRPr="00EB75F0" w:rsidRDefault="00EE1C32" w:rsidP="00C32B29">
            <w:pPr>
              <w:pStyle w:val="TableText"/>
              <w:spacing w:before="48" w:after="48"/>
              <w:rPr>
                <w:sz w:val="18"/>
              </w:rPr>
            </w:pPr>
            <w:r w:rsidRPr="00EB75F0">
              <w:rPr>
                <w:b/>
                <w:sz w:val="18"/>
              </w:rPr>
              <w:t>RE (DIC: 149.8)</w:t>
            </w:r>
          </w:p>
        </w:tc>
      </w:tr>
      <w:tr w:rsidR="00EE1C32" w:rsidRPr="00EB75F0" w14:paraId="2B61B8FF"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56520152" w14:textId="77777777" w:rsidR="00EE1C32" w:rsidRPr="00EB75F0" w:rsidRDefault="00EE1C32" w:rsidP="00C32B29">
            <w:pPr>
              <w:pStyle w:val="TableText"/>
              <w:spacing w:before="48" w:after="48"/>
              <w:rPr>
                <w:sz w:val="18"/>
              </w:rPr>
            </w:pPr>
            <w:r w:rsidRPr="00EB75F0">
              <w:rPr>
                <w:sz w:val="18"/>
              </w:rPr>
              <w:t>Aripiprazole</w:t>
            </w:r>
          </w:p>
        </w:tc>
        <w:tc>
          <w:tcPr>
            <w:tcW w:w="999" w:type="pct"/>
            <w:tcBorders>
              <w:top w:val="single" w:sz="4" w:space="0" w:color="000000"/>
              <w:left w:val="single" w:sz="4" w:space="0" w:color="000000"/>
              <w:bottom w:val="single" w:sz="4" w:space="0" w:color="000000"/>
              <w:right w:val="single" w:sz="4" w:space="0" w:color="000000"/>
            </w:tcBorders>
          </w:tcPr>
          <w:p w14:paraId="23098760" w14:textId="77777777" w:rsidR="00EE1C32" w:rsidRPr="00EB75F0" w:rsidRDefault="00EE1C32" w:rsidP="00C32B29">
            <w:pPr>
              <w:pStyle w:val="TableText"/>
              <w:spacing w:before="48" w:after="48"/>
              <w:rPr>
                <w:b/>
                <w:color w:val="000000"/>
                <w:sz w:val="18"/>
              </w:rPr>
            </w:pPr>
            <w:r w:rsidRPr="00EB75F0">
              <w:rPr>
                <w:b/>
                <w:sz w:val="18"/>
              </w:rPr>
              <w:t>0.66 (0.57, 0.77)</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3F9B2685" w14:textId="77777777" w:rsidR="00EE1C32" w:rsidRPr="00EB75F0" w:rsidRDefault="00EE1C32" w:rsidP="00C32B29">
            <w:pPr>
              <w:pStyle w:val="TableText"/>
              <w:spacing w:before="48" w:after="48"/>
              <w:rPr>
                <w:b/>
                <w:color w:val="000000"/>
                <w:sz w:val="18"/>
              </w:rPr>
            </w:pPr>
            <w:r w:rsidRPr="00EB75F0">
              <w:rPr>
                <w:b/>
                <w:sz w:val="18"/>
              </w:rPr>
              <w:t>0.66 (0.56, 0.79)</w:t>
            </w:r>
          </w:p>
        </w:tc>
        <w:tc>
          <w:tcPr>
            <w:tcW w:w="1986" w:type="pct"/>
            <w:gridSpan w:val="2"/>
            <w:tcBorders>
              <w:top w:val="single" w:sz="4" w:space="0" w:color="000000"/>
              <w:left w:val="single" w:sz="4" w:space="0" w:color="000000"/>
              <w:bottom w:val="single" w:sz="4" w:space="0" w:color="000000"/>
              <w:right w:val="single" w:sz="4" w:space="0" w:color="000000"/>
            </w:tcBorders>
          </w:tcPr>
          <w:p w14:paraId="3E21A272" w14:textId="77777777" w:rsidR="00EE1C32" w:rsidRPr="00EB75F0" w:rsidRDefault="00EE1C32" w:rsidP="00C32B29">
            <w:pPr>
              <w:pStyle w:val="TableText"/>
              <w:spacing w:before="48" w:after="48"/>
              <w:jc w:val="center"/>
              <w:rPr>
                <w:b/>
                <w:color w:val="000000"/>
                <w:sz w:val="18"/>
              </w:rPr>
            </w:pPr>
            <w:r w:rsidRPr="00EB75F0">
              <w:rPr>
                <w:b/>
                <w:sz w:val="18"/>
              </w:rPr>
              <w:t>0.67 (0.56, 0.81)</w:t>
            </w:r>
          </w:p>
        </w:tc>
      </w:tr>
      <w:tr w:rsidR="00EE1C32" w:rsidRPr="00EB75F0" w14:paraId="432E4B7C"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5F02D059" w14:textId="77777777" w:rsidR="00EE1C32" w:rsidRPr="00EB75F0" w:rsidRDefault="00EE1C32" w:rsidP="00C32B29">
            <w:pPr>
              <w:pStyle w:val="TableText"/>
              <w:spacing w:before="48" w:after="48"/>
              <w:rPr>
                <w:sz w:val="18"/>
              </w:rPr>
            </w:pPr>
            <w:proofErr w:type="spellStart"/>
            <w:r w:rsidRPr="00EB75F0">
              <w:rPr>
                <w:sz w:val="18"/>
              </w:rPr>
              <w:t>Brexpiprazole</w:t>
            </w:r>
            <w:proofErr w:type="spellEnd"/>
          </w:p>
        </w:tc>
        <w:tc>
          <w:tcPr>
            <w:tcW w:w="999" w:type="pct"/>
            <w:tcBorders>
              <w:top w:val="single" w:sz="4" w:space="0" w:color="000000"/>
              <w:left w:val="single" w:sz="4" w:space="0" w:color="000000"/>
              <w:bottom w:val="single" w:sz="4" w:space="0" w:color="000000"/>
              <w:right w:val="single" w:sz="4" w:space="0" w:color="000000"/>
            </w:tcBorders>
          </w:tcPr>
          <w:p w14:paraId="09FFCBA4" w14:textId="77777777" w:rsidR="00EE1C32" w:rsidRPr="00EB75F0" w:rsidRDefault="00EE1C32" w:rsidP="00C32B29">
            <w:pPr>
              <w:pStyle w:val="TableText"/>
              <w:spacing w:before="48" w:after="48"/>
              <w:rPr>
                <w:b/>
                <w:color w:val="000000"/>
                <w:sz w:val="18"/>
              </w:rPr>
            </w:pPr>
            <w:r w:rsidRPr="00EB75F0">
              <w:rPr>
                <w:b/>
                <w:sz w:val="18"/>
              </w:rPr>
              <w:t>0.76 (0.63, 0.93)</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3533F5DF" w14:textId="77777777" w:rsidR="00EE1C32" w:rsidRPr="00EB75F0" w:rsidRDefault="00EE1C32" w:rsidP="00C32B29">
            <w:pPr>
              <w:pStyle w:val="TableText"/>
              <w:spacing w:before="48" w:after="48"/>
              <w:rPr>
                <w:b/>
                <w:color w:val="000000"/>
                <w:sz w:val="18"/>
              </w:rPr>
            </w:pPr>
            <w:r w:rsidRPr="00EB75F0">
              <w:rPr>
                <w:b/>
                <w:sz w:val="18"/>
              </w:rPr>
              <w:t>0.77 (0.62, 0.96)</w:t>
            </w:r>
          </w:p>
        </w:tc>
        <w:tc>
          <w:tcPr>
            <w:tcW w:w="1986" w:type="pct"/>
            <w:gridSpan w:val="2"/>
            <w:tcBorders>
              <w:top w:val="single" w:sz="4" w:space="0" w:color="000000"/>
              <w:left w:val="single" w:sz="4" w:space="0" w:color="000000"/>
              <w:bottom w:val="single" w:sz="4" w:space="0" w:color="000000"/>
              <w:right w:val="single" w:sz="4" w:space="0" w:color="000000"/>
            </w:tcBorders>
          </w:tcPr>
          <w:p w14:paraId="256C34B2" w14:textId="77777777" w:rsidR="00EE1C32" w:rsidRPr="00EB75F0" w:rsidRDefault="00EE1C32" w:rsidP="00C32B29">
            <w:pPr>
              <w:pStyle w:val="TableText"/>
              <w:spacing w:before="48" w:after="48"/>
              <w:jc w:val="center"/>
              <w:rPr>
                <w:b/>
                <w:color w:val="000000"/>
                <w:sz w:val="18"/>
              </w:rPr>
            </w:pPr>
            <w:r w:rsidRPr="00EB75F0">
              <w:rPr>
                <w:b/>
                <w:sz w:val="18"/>
              </w:rPr>
              <w:t>0.76 (0.59, 0.97)</w:t>
            </w:r>
          </w:p>
        </w:tc>
      </w:tr>
      <w:tr w:rsidR="00EE1C32" w:rsidRPr="00EB75F0" w14:paraId="34DED6E8"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62129E13" w14:textId="77777777" w:rsidR="00EE1C32" w:rsidRPr="00EB75F0" w:rsidRDefault="00EE1C32" w:rsidP="00C32B29">
            <w:pPr>
              <w:pStyle w:val="TableText"/>
              <w:spacing w:before="48" w:after="48"/>
              <w:rPr>
                <w:sz w:val="18"/>
              </w:rPr>
            </w:pPr>
            <w:proofErr w:type="spellStart"/>
            <w:r w:rsidRPr="00EB75F0">
              <w:rPr>
                <w:sz w:val="18"/>
              </w:rPr>
              <w:t>Cariprazine</w:t>
            </w:r>
            <w:proofErr w:type="spellEnd"/>
          </w:p>
        </w:tc>
        <w:tc>
          <w:tcPr>
            <w:tcW w:w="999" w:type="pct"/>
            <w:tcBorders>
              <w:top w:val="single" w:sz="4" w:space="0" w:color="000000"/>
              <w:left w:val="single" w:sz="4" w:space="0" w:color="000000"/>
              <w:bottom w:val="single" w:sz="4" w:space="0" w:color="000000"/>
              <w:right w:val="single" w:sz="4" w:space="0" w:color="000000"/>
            </w:tcBorders>
          </w:tcPr>
          <w:p w14:paraId="7F472A6C" w14:textId="77777777" w:rsidR="00EE1C32" w:rsidRPr="00EB75F0" w:rsidRDefault="00EE1C32" w:rsidP="00C32B29">
            <w:pPr>
              <w:pStyle w:val="TableText"/>
              <w:spacing w:before="48" w:after="48"/>
              <w:rPr>
                <w:b/>
                <w:color w:val="000000"/>
                <w:sz w:val="18"/>
              </w:rPr>
            </w:pPr>
            <w:r w:rsidRPr="00EB75F0">
              <w:rPr>
                <w:sz w:val="18"/>
              </w:rPr>
              <w:t>0.87 (0.74, 1.04)</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6833642C" w14:textId="77777777" w:rsidR="00EE1C32" w:rsidRPr="00EB75F0" w:rsidRDefault="00EE1C32" w:rsidP="00C32B29">
            <w:pPr>
              <w:pStyle w:val="TableText"/>
              <w:spacing w:before="48" w:after="48"/>
              <w:rPr>
                <w:b/>
                <w:color w:val="000000"/>
                <w:sz w:val="18"/>
              </w:rPr>
            </w:pPr>
            <w:r w:rsidRPr="00EB75F0">
              <w:rPr>
                <w:sz w:val="18"/>
              </w:rPr>
              <w:t>0.88 (0.73, 1.08)</w:t>
            </w:r>
          </w:p>
        </w:tc>
        <w:tc>
          <w:tcPr>
            <w:tcW w:w="1986" w:type="pct"/>
            <w:gridSpan w:val="2"/>
            <w:tcBorders>
              <w:top w:val="single" w:sz="4" w:space="0" w:color="000000"/>
              <w:left w:val="single" w:sz="4" w:space="0" w:color="000000"/>
              <w:bottom w:val="single" w:sz="4" w:space="0" w:color="000000"/>
              <w:right w:val="single" w:sz="4" w:space="0" w:color="000000"/>
            </w:tcBorders>
          </w:tcPr>
          <w:p w14:paraId="1696DE67" w14:textId="77777777" w:rsidR="00EE1C32" w:rsidRPr="00EB75F0" w:rsidRDefault="00EE1C32" w:rsidP="00C32B29">
            <w:pPr>
              <w:pStyle w:val="TableText"/>
              <w:spacing w:before="48" w:after="48"/>
              <w:jc w:val="center"/>
              <w:rPr>
                <w:b/>
                <w:color w:val="000000"/>
                <w:sz w:val="18"/>
              </w:rPr>
            </w:pPr>
            <w:r w:rsidRPr="00EB75F0">
              <w:rPr>
                <w:sz w:val="18"/>
              </w:rPr>
              <w:t>0.89 (0.70, 1.13)</w:t>
            </w:r>
          </w:p>
        </w:tc>
      </w:tr>
      <w:tr w:rsidR="00EE1C32" w:rsidRPr="00EB75F0" w14:paraId="7E7CFC82"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63E752AD" w14:textId="77777777" w:rsidR="00EE1C32" w:rsidRPr="00EB75F0" w:rsidRDefault="00EE1C32" w:rsidP="00C32B29">
            <w:pPr>
              <w:pStyle w:val="TableText"/>
              <w:spacing w:before="48" w:after="48"/>
              <w:rPr>
                <w:sz w:val="18"/>
              </w:rPr>
            </w:pPr>
            <w:r w:rsidRPr="00EB75F0">
              <w:rPr>
                <w:sz w:val="18"/>
              </w:rPr>
              <w:t>Clozapine</w:t>
            </w:r>
          </w:p>
        </w:tc>
        <w:tc>
          <w:tcPr>
            <w:tcW w:w="999" w:type="pct"/>
            <w:tcBorders>
              <w:top w:val="single" w:sz="4" w:space="0" w:color="000000"/>
              <w:left w:val="single" w:sz="4" w:space="0" w:color="000000"/>
              <w:bottom w:val="single" w:sz="4" w:space="0" w:color="000000"/>
              <w:right w:val="single" w:sz="4" w:space="0" w:color="000000"/>
            </w:tcBorders>
          </w:tcPr>
          <w:p w14:paraId="3C5BB33B" w14:textId="77777777" w:rsidR="00EE1C32" w:rsidRPr="00EB75F0" w:rsidRDefault="00EE1C32" w:rsidP="00C32B29">
            <w:pPr>
              <w:pStyle w:val="TableText"/>
              <w:spacing w:before="48" w:after="48"/>
              <w:rPr>
                <w:b/>
                <w:color w:val="000000"/>
                <w:sz w:val="18"/>
              </w:rPr>
            </w:pPr>
            <w:r w:rsidRPr="00EB75F0">
              <w:rPr>
                <w:b/>
                <w:sz w:val="18"/>
              </w:rPr>
              <w:t>0.36 (0.13, 0.98)</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24F7A5FE" w14:textId="77777777" w:rsidR="00EE1C32" w:rsidRPr="00EB75F0" w:rsidRDefault="00EE1C32" w:rsidP="00C32B29">
            <w:pPr>
              <w:pStyle w:val="TableText"/>
              <w:spacing w:before="48" w:after="48"/>
              <w:rPr>
                <w:b/>
                <w:color w:val="000000"/>
                <w:sz w:val="18"/>
              </w:rPr>
            </w:pPr>
            <w:r w:rsidRPr="00EB75F0">
              <w:rPr>
                <w:sz w:val="18"/>
              </w:rPr>
              <w:t>0.38 (0.13, 1.07)</w:t>
            </w:r>
          </w:p>
        </w:tc>
        <w:tc>
          <w:tcPr>
            <w:tcW w:w="1986" w:type="pct"/>
            <w:gridSpan w:val="2"/>
            <w:tcBorders>
              <w:top w:val="single" w:sz="4" w:space="0" w:color="000000"/>
              <w:left w:val="single" w:sz="4" w:space="0" w:color="000000"/>
              <w:bottom w:val="single" w:sz="4" w:space="0" w:color="000000"/>
              <w:right w:val="single" w:sz="4" w:space="0" w:color="000000"/>
            </w:tcBorders>
          </w:tcPr>
          <w:p w14:paraId="4BA7C6A8" w14:textId="77777777" w:rsidR="00EE1C32" w:rsidRPr="00EB75F0" w:rsidRDefault="00EE1C32" w:rsidP="00C32B29">
            <w:pPr>
              <w:pStyle w:val="TableText"/>
              <w:spacing w:before="48" w:after="48"/>
              <w:jc w:val="center"/>
              <w:rPr>
                <w:b/>
                <w:color w:val="000000"/>
                <w:sz w:val="18"/>
              </w:rPr>
            </w:pPr>
            <w:r w:rsidRPr="00EB75F0">
              <w:rPr>
                <w:sz w:val="18"/>
              </w:rPr>
              <w:t>0.38 (0.13, 1.09)</w:t>
            </w:r>
          </w:p>
        </w:tc>
      </w:tr>
      <w:tr w:rsidR="00EE1C32" w:rsidRPr="00EB75F0" w14:paraId="222F13EA"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1BF0137F" w14:textId="0F87DC80" w:rsidR="00EE1C32" w:rsidRPr="00EB75F0" w:rsidRDefault="00EF2D91" w:rsidP="00C32B29">
            <w:pPr>
              <w:pStyle w:val="TableText"/>
              <w:spacing w:before="48" w:after="48"/>
              <w:rPr>
                <w:sz w:val="18"/>
              </w:rPr>
            </w:pPr>
            <w:proofErr w:type="spellStart"/>
            <w:r>
              <w:rPr>
                <w:sz w:val="18"/>
              </w:rPr>
              <w:t>KarXT</w:t>
            </w:r>
            <w:proofErr w:type="spellEnd"/>
          </w:p>
        </w:tc>
        <w:tc>
          <w:tcPr>
            <w:tcW w:w="999" w:type="pct"/>
            <w:tcBorders>
              <w:top w:val="single" w:sz="4" w:space="0" w:color="000000"/>
              <w:left w:val="single" w:sz="4" w:space="0" w:color="000000"/>
              <w:bottom w:val="single" w:sz="4" w:space="0" w:color="000000"/>
              <w:right w:val="single" w:sz="4" w:space="0" w:color="000000"/>
            </w:tcBorders>
          </w:tcPr>
          <w:p w14:paraId="6428A3CF" w14:textId="77777777" w:rsidR="00EE1C32" w:rsidRPr="00EB75F0" w:rsidRDefault="00EE1C32" w:rsidP="00C32B29">
            <w:pPr>
              <w:pStyle w:val="TableText"/>
              <w:spacing w:before="48" w:after="48"/>
              <w:rPr>
                <w:b/>
                <w:color w:val="000000"/>
                <w:sz w:val="18"/>
              </w:rPr>
            </w:pPr>
            <w:r w:rsidRPr="00EB75F0">
              <w:rPr>
                <w:sz w:val="18"/>
              </w:rPr>
              <w:t>1.24 (0.88, 1.76)</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062130A4" w14:textId="77777777" w:rsidR="00EE1C32" w:rsidRPr="00EB75F0" w:rsidRDefault="00EE1C32" w:rsidP="00C32B29">
            <w:pPr>
              <w:pStyle w:val="TableText"/>
              <w:spacing w:before="48" w:after="48"/>
              <w:rPr>
                <w:sz w:val="18"/>
              </w:rPr>
            </w:pPr>
            <w:r w:rsidRPr="00EB75F0">
              <w:rPr>
                <w:sz w:val="18"/>
              </w:rPr>
              <w:t>1.24 (0.87, 1.77)</w:t>
            </w:r>
          </w:p>
        </w:tc>
        <w:tc>
          <w:tcPr>
            <w:tcW w:w="1986" w:type="pct"/>
            <w:gridSpan w:val="2"/>
            <w:tcBorders>
              <w:top w:val="single" w:sz="4" w:space="0" w:color="000000"/>
              <w:left w:val="single" w:sz="4" w:space="0" w:color="000000"/>
              <w:bottom w:val="single" w:sz="4" w:space="0" w:color="000000"/>
              <w:right w:val="single" w:sz="4" w:space="0" w:color="000000"/>
            </w:tcBorders>
          </w:tcPr>
          <w:p w14:paraId="4253C165" w14:textId="77777777" w:rsidR="00EE1C32" w:rsidRPr="00EB75F0" w:rsidRDefault="00EE1C32" w:rsidP="00C32B29">
            <w:pPr>
              <w:pStyle w:val="TableText"/>
              <w:spacing w:before="48" w:after="48"/>
              <w:jc w:val="center"/>
              <w:rPr>
                <w:color w:val="000000"/>
                <w:sz w:val="18"/>
              </w:rPr>
            </w:pPr>
            <w:r w:rsidRPr="00EB75F0">
              <w:rPr>
                <w:sz w:val="18"/>
              </w:rPr>
              <w:t>1.24 (0.85, 1.80)</w:t>
            </w:r>
          </w:p>
        </w:tc>
      </w:tr>
      <w:tr w:rsidR="00EE1C32" w:rsidRPr="00EB75F0" w14:paraId="49A35639"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031BB1C8" w14:textId="77777777" w:rsidR="00EE1C32" w:rsidRPr="00EB75F0" w:rsidRDefault="00EE1C32" w:rsidP="00C32B29">
            <w:pPr>
              <w:pStyle w:val="TableText"/>
              <w:spacing w:before="48" w:after="48"/>
              <w:rPr>
                <w:sz w:val="18"/>
              </w:rPr>
            </w:pPr>
            <w:proofErr w:type="spellStart"/>
            <w:r w:rsidRPr="00EB75F0">
              <w:rPr>
                <w:sz w:val="18"/>
              </w:rPr>
              <w:t>Lumateperone</w:t>
            </w:r>
            <w:proofErr w:type="spellEnd"/>
          </w:p>
        </w:tc>
        <w:tc>
          <w:tcPr>
            <w:tcW w:w="999" w:type="pct"/>
            <w:tcBorders>
              <w:top w:val="single" w:sz="4" w:space="0" w:color="000000"/>
              <w:left w:val="single" w:sz="4" w:space="0" w:color="000000"/>
              <w:bottom w:val="single" w:sz="4" w:space="0" w:color="000000"/>
              <w:right w:val="single" w:sz="4" w:space="0" w:color="000000"/>
            </w:tcBorders>
          </w:tcPr>
          <w:p w14:paraId="587FFADB" w14:textId="77777777" w:rsidR="00EE1C32" w:rsidRPr="00EB75F0" w:rsidRDefault="00EE1C32" w:rsidP="00C32B29">
            <w:pPr>
              <w:pStyle w:val="TableText"/>
              <w:spacing w:before="48" w:after="48"/>
              <w:rPr>
                <w:b/>
                <w:color w:val="000000"/>
                <w:sz w:val="18"/>
              </w:rPr>
            </w:pPr>
            <w:r w:rsidRPr="00EB75F0">
              <w:rPr>
                <w:b/>
                <w:sz w:val="18"/>
              </w:rPr>
              <w:t>0.45 (0.24, 0.81)</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40C77C0D" w14:textId="77777777" w:rsidR="00EE1C32" w:rsidRPr="00EB75F0" w:rsidRDefault="00EE1C32" w:rsidP="00C32B29">
            <w:pPr>
              <w:pStyle w:val="TableText"/>
              <w:spacing w:before="48" w:after="48"/>
              <w:rPr>
                <w:b/>
                <w:color w:val="000000"/>
                <w:sz w:val="18"/>
              </w:rPr>
            </w:pPr>
            <w:r w:rsidRPr="00EB75F0">
              <w:rPr>
                <w:b/>
                <w:sz w:val="18"/>
              </w:rPr>
              <w:t>0.45 (0.23, 0.84)</w:t>
            </w:r>
          </w:p>
        </w:tc>
        <w:tc>
          <w:tcPr>
            <w:tcW w:w="1986" w:type="pct"/>
            <w:gridSpan w:val="2"/>
            <w:tcBorders>
              <w:top w:val="single" w:sz="4" w:space="0" w:color="000000"/>
              <w:left w:val="single" w:sz="4" w:space="0" w:color="000000"/>
              <w:bottom w:val="single" w:sz="4" w:space="0" w:color="000000"/>
              <w:right w:val="single" w:sz="4" w:space="0" w:color="000000"/>
            </w:tcBorders>
          </w:tcPr>
          <w:p w14:paraId="3FEEDD0F" w14:textId="77777777" w:rsidR="00EE1C32" w:rsidRPr="00EB75F0" w:rsidRDefault="00EE1C32" w:rsidP="00C32B29">
            <w:pPr>
              <w:pStyle w:val="TableText"/>
              <w:spacing w:before="48" w:after="48"/>
              <w:jc w:val="center"/>
              <w:rPr>
                <w:b/>
                <w:color w:val="000000"/>
                <w:sz w:val="18"/>
              </w:rPr>
            </w:pPr>
            <w:r w:rsidRPr="00EB75F0">
              <w:rPr>
                <w:b/>
                <w:sz w:val="18"/>
              </w:rPr>
              <w:t>0.44 (0.23, 0.84)</w:t>
            </w:r>
          </w:p>
        </w:tc>
      </w:tr>
      <w:tr w:rsidR="00EE1C32" w:rsidRPr="00EB75F0" w14:paraId="15C83794"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1A2FB761" w14:textId="77777777" w:rsidR="00EE1C32" w:rsidRPr="00EB75F0" w:rsidRDefault="00EE1C32" w:rsidP="00C32B29">
            <w:pPr>
              <w:pStyle w:val="TableText"/>
              <w:spacing w:before="48" w:after="48"/>
              <w:rPr>
                <w:sz w:val="18"/>
              </w:rPr>
            </w:pPr>
            <w:r w:rsidRPr="00EB75F0">
              <w:rPr>
                <w:sz w:val="18"/>
              </w:rPr>
              <w:t>Olanzapine</w:t>
            </w:r>
          </w:p>
        </w:tc>
        <w:tc>
          <w:tcPr>
            <w:tcW w:w="999" w:type="pct"/>
            <w:tcBorders>
              <w:top w:val="single" w:sz="4" w:space="0" w:color="000000"/>
              <w:left w:val="single" w:sz="4" w:space="0" w:color="000000"/>
              <w:bottom w:val="single" w:sz="4" w:space="0" w:color="000000"/>
              <w:right w:val="single" w:sz="4" w:space="0" w:color="000000"/>
            </w:tcBorders>
          </w:tcPr>
          <w:p w14:paraId="339AC294" w14:textId="77777777" w:rsidR="00EE1C32" w:rsidRPr="00EB75F0" w:rsidRDefault="00EE1C32" w:rsidP="00C32B29">
            <w:pPr>
              <w:pStyle w:val="TableText"/>
              <w:spacing w:before="48" w:after="48"/>
              <w:rPr>
                <w:b/>
                <w:color w:val="000000"/>
                <w:sz w:val="18"/>
              </w:rPr>
            </w:pPr>
            <w:r w:rsidRPr="00EB75F0">
              <w:rPr>
                <w:b/>
                <w:sz w:val="18"/>
              </w:rPr>
              <w:t>0.52 (0.43, 0.63)</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53278666" w14:textId="77777777" w:rsidR="00EE1C32" w:rsidRPr="00EB75F0" w:rsidRDefault="00EE1C32" w:rsidP="00C32B29">
            <w:pPr>
              <w:pStyle w:val="TableText"/>
              <w:spacing w:before="48" w:after="48"/>
              <w:rPr>
                <w:b/>
                <w:color w:val="000000"/>
                <w:sz w:val="18"/>
              </w:rPr>
            </w:pPr>
            <w:r w:rsidRPr="00EB75F0">
              <w:rPr>
                <w:b/>
                <w:sz w:val="18"/>
              </w:rPr>
              <w:t>0.52 (0.42, 0.64)</w:t>
            </w:r>
          </w:p>
        </w:tc>
        <w:tc>
          <w:tcPr>
            <w:tcW w:w="1986" w:type="pct"/>
            <w:gridSpan w:val="2"/>
            <w:tcBorders>
              <w:top w:val="single" w:sz="4" w:space="0" w:color="000000"/>
              <w:left w:val="single" w:sz="4" w:space="0" w:color="000000"/>
              <w:bottom w:val="single" w:sz="4" w:space="0" w:color="000000"/>
              <w:right w:val="single" w:sz="4" w:space="0" w:color="000000"/>
            </w:tcBorders>
          </w:tcPr>
          <w:p w14:paraId="2E5BE0B4" w14:textId="77777777" w:rsidR="00EE1C32" w:rsidRPr="00EB75F0" w:rsidRDefault="00EE1C32" w:rsidP="00C32B29">
            <w:pPr>
              <w:pStyle w:val="TableText"/>
              <w:spacing w:before="48" w:after="48"/>
              <w:jc w:val="center"/>
              <w:rPr>
                <w:b/>
                <w:color w:val="000000"/>
                <w:sz w:val="18"/>
              </w:rPr>
            </w:pPr>
            <w:r w:rsidRPr="00EB75F0">
              <w:rPr>
                <w:b/>
                <w:sz w:val="18"/>
              </w:rPr>
              <w:t>0.53 (0.42, 0.65)</w:t>
            </w:r>
          </w:p>
        </w:tc>
      </w:tr>
      <w:tr w:rsidR="00EE1C32" w:rsidRPr="00EB75F0" w14:paraId="4197DF33"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3D08E89B" w14:textId="77777777" w:rsidR="00EE1C32" w:rsidRPr="00EB75F0" w:rsidRDefault="00EE1C32" w:rsidP="00C32B29">
            <w:pPr>
              <w:pStyle w:val="TableText"/>
              <w:spacing w:before="48" w:after="48"/>
              <w:rPr>
                <w:sz w:val="18"/>
              </w:rPr>
            </w:pPr>
            <w:r w:rsidRPr="00EB75F0">
              <w:rPr>
                <w:sz w:val="18"/>
              </w:rPr>
              <w:t>Quetiapine</w:t>
            </w:r>
          </w:p>
        </w:tc>
        <w:tc>
          <w:tcPr>
            <w:tcW w:w="999" w:type="pct"/>
            <w:tcBorders>
              <w:top w:val="single" w:sz="4" w:space="0" w:color="000000"/>
              <w:left w:val="single" w:sz="4" w:space="0" w:color="000000"/>
              <w:bottom w:val="single" w:sz="4" w:space="0" w:color="000000"/>
              <w:right w:val="single" w:sz="4" w:space="0" w:color="000000"/>
            </w:tcBorders>
          </w:tcPr>
          <w:p w14:paraId="19D052DC" w14:textId="77777777" w:rsidR="00EE1C32" w:rsidRPr="00EB75F0" w:rsidRDefault="00EE1C32" w:rsidP="00C32B29">
            <w:pPr>
              <w:pStyle w:val="TableText"/>
              <w:spacing w:before="48" w:after="48"/>
              <w:rPr>
                <w:b/>
                <w:color w:val="000000"/>
                <w:sz w:val="18"/>
              </w:rPr>
            </w:pPr>
            <w:r w:rsidRPr="00EB75F0">
              <w:rPr>
                <w:b/>
                <w:sz w:val="18"/>
              </w:rPr>
              <w:t>0.60 (0.47, 0.76)</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68077F83" w14:textId="77777777" w:rsidR="00EE1C32" w:rsidRPr="00EB75F0" w:rsidRDefault="00EE1C32" w:rsidP="00C32B29">
            <w:pPr>
              <w:pStyle w:val="TableText"/>
              <w:spacing w:before="48" w:after="48"/>
              <w:rPr>
                <w:b/>
                <w:color w:val="000000"/>
                <w:sz w:val="18"/>
              </w:rPr>
            </w:pPr>
            <w:r w:rsidRPr="00EB75F0">
              <w:rPr>
                <w:b/>
                <w:sz w:val="18"/>
              </w:rPr>
              <w:t>0.59 (0.46, 0.78)</w:t>
            </w:r>
          </w:p>
        </w:tc>
        <w:tc>
          <w:tcPr>
            <w:tcW w:w="1986" w:type="pct"/>
            <w:gridSpan w:val="2"/>
            <w:tcBorders>
              <w:top w:val="single" w:sz="4" w:space="0" w:color="000000"/>
              <w:left w:val="single" w:sz="4" w:space="0" w:color="000000"/>
              <w:bottom w:val="single" w:sz="4" w:space="0" w:color="000000"/>
              <w:right w:val="single" w:sz="4" w:space="0" w:color="000000"/>
            </w:tcBorders>
          </w:tcPr>
          <w:p w14:paraId="02B3AA46" w14:textId="77777777" w:rsidR="00EE1C32" w:rsidRPr="00EB75F0" w:rsidRDefault="00EE1C32" w:rsidP="00C32B29">
            <w:pPr>
              <w:pStyle w:val="TableText"/>
              <w:spacing w:before="48" w:after="48"/>
              <w:jc w:val="center"/>
              <w:rPr>
                <w:b/>
                <w:color w:val="000000"/>
                <w:sz w:val="18"/>
              </w:rPr>
            </w:pPr>
            <w:r w:rsidRPr="00EB75F0">
              <w:rPr>
                <w:b/>
                <w:sz w:val="18"/>
              </w:rPr>
              <w:t>0.60 (0.45, 0.78)</w:t>
            </w:r>
          </w:p>
        </w:tc>
      </w:tr>
      <w:tr w:rsidR="00EE1C32" w:rsidRPr="00EB75F0" w14:paraId="30D8F167"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7A5A81F7" w14:textId="77777777" w:rsidR="00EE1C32" w:rsidRPr="00EB75F0" w:rsidRDefault="00EE1C32" w:rsidP="00C32B29">
            <w:pPr>
              <w:pStyle w:val="TableText"/>
              <w:spacing w:before="48" w:after="48"/>
              <w:rPr>
                <w:color w:val="000000"/>
                <w:sz w:val="18"/>
              </w:rPr>
            </w:pPr>
            <w:r w:rsidRPr="00EB75F0">
              <w:rPr>
                <w:sz w:val="18"/>
              </w:rPr>
              <w:t>Risperidone</w:t>
            </w:r>
          </w:p>
        </w:tc>
        <w:tc>
          <w:tcPr>
            <w:tcW w:w="999" w:type="pct"/>
            <w:tcBorders>
              <w:top w:val="single" w:sz="4" w:space="0" w:color="000000"/>
              <w:left w:val="single" w:sz="4" w:space="0" w:color="000000"/>
              <w:bottom w:val="single" w:sz="4" w:space="0" w:color="000000"/>
              <w:right w:val="single" w:sz="4" w:space="0" w:color="000000"/>
            </w:tcBorders>
          </w:tcPr>
          <w:p w14:paraId="7D38DAC9" w14:textId="77777777" w:rsidR="00EE1C32" w:rsidRPr="00EB75F0" w:rsidRDefault="00EE1C32" w:rsidP="00C32B29">
            <w:pPr>
              <w:pStyle w:val="TableText"/>
              <w:spacing w:before="48" w:after="48"/>
              <w:rPr>
                <w:b/>
                <w:sz w:val="18"/>
              </w:rPr>
            </w:pPr>
            <w:r w:rsidRPr="00EB75F0">
              <w:rPr>
                <w:b/>
                <w:sz w:val="18"/>
              </w:rPr>
              <w:t>0.73 (0.61, 0.87)</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092E4D2E" w14:textId="77777777" w:rsidR="00EE1C32" w:rsidRPr="00EB75F0" w:rsidRDefault="00EE1C32" w:rsidP="00C32B29">
            <w:pPr>
              <w:pStyle w:val="TableText"/>
              <w:spacing w:before="48" w:after="48"/>
              <w:rPr>
                <w:b/>
                <w:sz w:val="18"/>
              </w:rPr>
            </w:pPr>
            <w:r w:rsidRPr="00EB75F0">
              <w:rPr>
                <w:b/>
                <w:sz w:val="18"/>
              </w:rPr>
              <w:t>0.74 (0.61, 0.89)</w:t>
            </w:r>
          </w:p>
        </w:tc>
        <w:tc>
          <w:tcPr>
            <w:tcW w:w="1986" w:type="pct"/>
            <w:gridSpan w:val="2"/>
            <w:tcBorders>
              <w:top w:val="single" w:sz="4" w:space="0" w:color="000000"/>
              <w:left w:val="single" w:sz="4" w:space="0" w:color="000000"/>
              <w:bottom w:val="single" w:sz="4" w:space="0" w:color="000000"/>
              <w:right w:val="single" w:sz="4" w:space="0" w:color="000000"/>
            </w:tcBorders>
          </w:tcPr>
          <w:p w14:paraId="50539070" w14:textId="77777777" w:rsidR="00EE1C32" w:rsidRPr="00EB75F0" w:rsidRDefault="00EE1C32" w:rsidP="00C32B29">
            <w:pPr>
              <w:pStyle w:val="TableText"/>
              <w:spacing w:before="48" w:after="48"/>
              <w:jc w:val="center"/>
              <w:rPr>
                <w:b/>
                <w:sz w:val="18"/>
              </w:rPr>
            </w:pPr>
            <w:r w:rsidRPr="00EB75F0">
              <w:rPr>
                <w:b/>
                <w:sz w:val="18"/>
              </w:rPr>
              <w:t>0.77 (0.63, 0.96)</w:t>
            </w:r>
          </w:p>
        </w:tc>
      </w:tr>
      <w:tr w:rsidR="00EE1C32" w:rsidRPr="00EB75F0" w14:paraId="23FA0174"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shd w:val="clear" w:color="auto" w:fill="001B2B"/>
            <w:vAlign w:val="center"/>
          </w:tcPr>
          <w:p w14:paraId="0DB1D8A8" w14:textId="77777777" w:rsidR="00EE1C32" w:rsidRPr="00EB75F0" w:rsidRDefault="00EE1C32" w:rsidP="00C32B29">
            <w:pPr>
              <w:pStyle w:val="TableText"/>
              <w:spacing w:before="48" w:after="48"/>
              <w:rPr>
                <w:color w:val="FFFFFF"/>
                <w:sz w:val="18"/>
              </w:rPr>
            </w:pPr>
            <w:r w:rsidRPr="00EB75F0">
              <w:rPr>
                <w:color w:val="FFFFFF"/>
                <w:sz w:val="18"/>
              </w:rPr>
              <w:t>Comparator</w:t>
            </w:r>
          </w:p>
        </w:tc>
        <w:tc>
          <w:tcPr>
            <w:tcW w:w="2997" w:type="pct"/>
            <w:gridSpan w:val="3"/>
            <w:tcBorders>
              <w:top w:val="single" w:sz="4" w:space="0" w:color="000000"/>
              <w:left w:val="single" w:sz="4" w:space="0" w:color="000000"/>
              <w:bottom w:val="single" w:sz="4" w:space="0" w:color="000000"/>
              <w:right w:val="single" w:sz="4" w:space="0" w:color="000000"/>
            </w:tcBorders>
            <w:shd w:val="clear" w:color="auto" w:fill="001B2B"/>
            <w:vAlign w:val="center"/>
          </w:tcPr>
          <w:p w14:paraId="7AD16F82" w14:textId="21624155" w:rsidR="00EE1C32" w:rsidRPr="00EB75F0" w:rsidRDefault="00EE1C32" w:rsidP="00C32B29">
            <w:pPr>
              <w:pStyle w:val="TableText"/>
              <w:spacing w:before="48" w:after="48"/>
              <w:rPr>
                <w:color w:val="FFFFFF"/>
                <w:sz w:val="18"/>
              </w:rPr>
            </w:pPr>
            <w:r w:rsidRPr="00EB75F0">
              <w:rPr>
                <w:color w:val="FFFFFF"/>
                <w:sz w:val="18"/>
              </w:rPr>
              <w:t xml:space="preserve">OR </w:t>
            </w:r>
            <w:proofErr w:type="spellStart"/>
            <w:r w:rsidR="00EF2D91">
              <w:rPr>
                <w:color w:val="FFFFFF"/>
                <w:sz w:val="18"/>
              </w:rPr>
              <w:t>KarXT</w:t>
            </w:r>
            <w:proofErr w:type="spellEnd"/>
            <w:r w:rsidRPr="00EB75F0">
              <w:rPr>
                <w:color w:val="FFFFFF"/>
                <w:sz w:val="18"/>
              </w:rPr>
              <w:t xml:space="preserve"> vs Comparator (95% </w:t>
            </w:r>
            <w:proofErr w:type="spellStart"/>
            <w:r w:rsidRPr="00EB75F0">
              <w:rPr>
                <w:color w:val="FFFFFF"/>
                <w:sz w:val="18"/>
              </w:rPr>
              <w:t>CrI</w:t>
            </w:r>
            <w:proofErr w:type="spellEnd"/>
            <w:r w:rsidRPr="00EB75F0">
              <w:rPr>
                <w:color w:val="FFFFFF"/>
                <w:sz w:val="18"/>
              </w:rPr>
              <w:t>)</w:t>
            </w:r>
          </w:p>
        </w:tc>
        <w:tc>
          <w:tcPr>
            <w:tcW w:w="1000" w:type="pct"/>
            <w:tcBorders>
              <w:top w:val="single" w:sz="4" w:space="0" w:color="000000"/>
              <w:left w:val="single" w:sz="4" w:space="0" w:color="000000"/>
              <w:bottom w:val="single" w:sz="4" w:space="0" w:color="000000"/>
              <w:right w:val="single" w:sz="4" w:space="0" w:color="000000"/>
            </w:tcBorders>
            <w:shd w:val="clear" w:color="auto" w:fill="001B2B"/>
          </w:tcPr>
          <w:p w14:paraId="4FAFBD32" w14:textId="77777777" w:rsidR="00EE1C32" w:rsidRPr="00EB75F0" w:rsidRDefault="00EE1C32" w:rsidP="00C32B29">
            <w:pPr>
              <w:pStyle w:val="TableText"/>
              <w:spacing w:before="48" w:after="48"/>
              <w:rPr>
                <w:color w:val="FFFFFF"/>
                <w:sz w:val="18"/>
              </w:rPr>
            </w:pPr>
          </w:p>
        </w:tc>
      </w:tr>
      <w:tr w:rsidR="00EE1C32" w:rsidRPr="00EB75F0" w14:paraId="669F475F"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49169442" w14:textId="77777777" w:rsidR="00EE1C32" w:rsidRPr="00EB75F0" w:rsidRDefault="00EE1C32" w:rsidP="00C32B29">
            <w:pPr>
              <w:pStyle w:val="TableText"/>
              <w:spacing w:before="48" w:after="48"/>
              <w:rPr>
                <w:sz w:val="18"/>
              </w:rPr>
            </w:pPr>
            <w:r w:rsidRPr="00EB75F0">
              <w:rPr>
                <w:sz w:val="18"/>
              </w:rPr>
              <w:t>Aripiprazole</w:t>
            </w:r>
          </w:p>
        </w:tc>
        <w:tc>
          <w:tcPr>
            <w:tcW w:w="999" w:type="pct"/>
            <w:tcBorders>
              <w:top w:val="single" w:sz="4" w:space="0" w:color="000000"/>
              <w:left w:val="single" w:sz="4" w:space="0" w:color="000000"/>
              <w:bottom w:val="single" w:sz="4" w:space="0" w:color="000000"/>
              <w:right w:val="single" w:sz="4" w:space="0" w:color="000000"/>
            </w:tcBorders>
          </w:tcPr>
          <w:p w14:paraId="02428F02" w14:textId="77777777" w:rsidR="00EE1C32" w:rsidRPr="00EB75F0" w:rsidRDefault="00EE1C32" w:rsidP="00C32B29">
            <w:pPr>
              <w:pStyle w:val="TableText"/>
              <w:spacing w:before="48" w:after="48"/>
              <w:rPr>
                <w:b/>
                <w:color w:val="000000"/>
                <w:sz w:val="18"/>
              </w:rPr>
            </w:pPr>
            <w:r w:rsidRPr="00EB75F0">
              <w:rPr>
                <w:b/>
                <w:sz w:val="18"/>
              </w:rPr>
              <w:t>1.88 (1.30, 2.75)</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4E74E9D6" w14:textId="77777777" w:rsidR="00EE1C32" w:rsidRPr="00EB75F0" w:rsidRDefault="00EE1C32" w:rsidP="00C32B29">
            <w:pPr>
              <w:pStyle w:val="TableText"/>
              <w:spacing w:before="48" w:after="48"/>
              <w:rPr>
                <w:b/>
                <w:color w:val="000000"/>
                <w:sz w:val="18"/>
              </w:rPr>
            </w:pPr>
            <w:r w:rsidRPr="00EB75F0">
              <w:rPr>
                <w:b/>
                <w:sz w:val="18"/>
              </w:rPr>
              <w:t>1.88 (1.26, 2.80)</w:t>
            </w:r>
          </w:p>
        </w:tc>
        <w:tc>
          <w:tcPr>
            <w:tcW w:w="1986" w:type="pct"/>
            <w:gridSpan w:val="2"/>
            <w:tcBorders>
              <w:top w:val="single" w:sz="4" w:space="0" w:color="000000"/>
              <w:left w:val="single" w:sz="4" w:space="0" w:color="000000"/>
              <w:bottom w:val="single" w:sz="4" w:space="0" w:color="000000"/>
              <w:right w:val="single" w:sz="4" w:space="0" w:color="000000"/>
            </w:tcBorders>
          </w:tcPr>
          <w:p w14:paraId="763B93BA" w14:textId="77777777" w:rsidR="00EE1C32" w:rsidRPr="00EB75F0" w:rsidRDefault="00EE1C32" w:rsidP="00C32B29">
            <w:pPr>
              <w:pStyle w:val="TableText"/>
              <w:spacing w:before="48" w:after="48"/>
              <w:jc w:val="center"/>
              <w:rPr>
                <w:b/>
                <w:color w:val="000000"/>
                <w:sz w:val="18"/>
              </w:rPr>
            </w:pPr>
            <w:r w:rsidRPr="00EB75F0">
              <w:rPr>
                <w:b/>
                <w:sz w:val="18"/>
              </w:rPr>
              <w:t>1.86 (1.20, 2.82)</w:t>
            </w:r>
          </w:p>
        </w:tc>
      </w:tr>
      <w:tr w:rsidR="00EE1C32" w:rsidRPr="00EB75F0" w14:paraId="0130D0EF"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0781EAA5" w14:textId="77777777" w:rsidR="00EE1C32" w:rsidRPr="00EB75F0" w:rsidRDefault="00EE1C32" w:rsidP="00C32B29">
            <w:pPr>
              <w:pStyle w:val="TableText"/>
              <w:spacing w:before="48" w:after="48"/>
              <w:rPr>
                <w:sz w:val="18"/>
              </w:rPr>
            </w:pPr>
            <w:proofErr w:type="spellStart"/>
            <w:r w:rsidRPr="00EB75F0">
              <w:rPr>
                <w:sz w:val="18"/>
              </w:rPr>
              <w:t>Brexpiprazole</w:t>
            </w:r>
            <w:proofErr w:type="spellEnd"/>
          </w:p>
        </w:tc>
        <w:tc>
          <w:tcPr>
            <w:tcW w:w="999" w:type="pct"/>
            <w:tcBorders>
              <w:top w:val="single" w:sz="4" w:space="0" w:color="000000"/>
              <w:left w:val="single" w:sz="4" w:space="0" w:color="000000"/>
              <w:bottom w:val="single" w:sz="4" w:space="0" w:color="000000"/>
              <w:right w:val="single" w:sz="4" w:space="0" w:color="000000"/>
            </w:tcBorders>
          </w:tcPr>
          <w:p w14:paraId="1E137B55" w14:textId="77777777" w:rsidR="00EE1C32" w:rsidRPr="00EB75F0" w:rsidRDefault="00EE1C32" w:rsidP="00C32B29">
            <w:pPr>
              <w:pStyle w:val="TableText"/>
              <w:spacing w:before="48" w:after="48"/>
              <w:rPr>
                <w:b/>
                <w:color w:val="000000"/>
                <w:sz w:val="18"/>
              </w:rPr>
            </w:pPr>
            <w:r w:rsidRPr="00EB75F0">
              <w:rPr>
                <w:b/>
                <w:sz w:val="18"/>
              </w:rPr>
              <w:t>1.63 (1.10, 2.42)</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6C6F38FA" w14:textId="77777777" w:rsidR="00EE1C32" w:rsidRPr="00EB75F0" w:rsidRDefault="00EE1C32" w:rsidP="00C32B29">
            <w:pPr>
              <w:pStyle w:val="TableText"/>
              <w:spacing w:before="48" w:after="48"/>
              <w:rPr>
                <w:b/>
                <w:color w:val="000000"/>
                <w:sz w:val="18"/>
              </w:rPr>
            </w:pPr>
            <w:r w:rsidRPr="00EB75F0">
              <w:rPr>
                <w:b/>
                <w:sz w:val="18"/>
              </w:rPr>
              <w:t>1.61 (1.07, 2.51)</w:t>
            </w:r>
          </w:p>
        </w:tc>
        <w:tc>
          <w:tcPr>
            <w:tcW w:w="1986" w:type="pct"/>
            <w:gridSpan w:val="2"/>
            <w:tcBorders>
              <w:top w:val="single" w:sz="4" w:space="0" w:color="000000"/>
              <w:left w:val="single" w:sz="4" w:space="0" w:color="000000"/>
              <w:bottom w:val="single" w:sz="4" w:space="0" w:color="000000"/>
              <w:right w:val="single" w:sz="4" w:space="0" w:color="000000"/>
            </w:tcBorders>
          </w:tcPr>
          <w:p w14:paraId="01E9CB81" w14:textId="77777777" w:rsidR="00EE1C32" w:rsidRPr="00EB75F0" w:rsidRDefault="00EE1C32" w:rsidP="00C32B29">
            <w:pPr>
              <w:pStyle w:val="TableText"/>
              <w:spacing w:before="48" w:after="48"/>
              <w:jc w:val="center"/>
              <w:rPr>
                <w:b/>
                <w:color w:val="000000"/>
                <w:sz w:val="18"/>
              </w:rPr>
            </w:pPr>
            <w:r w:rsidRPr="00EB75F0">
              <w:rPr>
                <w:b/>
                <w:sz w:val="18"/>
              </w:rPr>
              <w:t>1.64 (1.03, 2.56)</w:t>
            </w:r>
          </w:p>
        </w:tc>
      </w:tr>
      <w:tr w:rsidR="00EE1C32" w:rsidRPr="00EB75F0" w14:paraId="20B8C4B0"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48CC15BA" w14:textId="77777777" w:rsidR="00EE1C32" w:rsidRPr="00EB75F0" w:rsidRDefault="00EE1C32" w:rsidP="00C32B29">
            <w:pPr>
              <w:pStyle w:val="TableText"/>
              <w:spacing w:before="48" w:after="48"/>
              <w:rPr>
                <w:sz w:val="18"/>
              </w:rPr>
            </w:pPr>
            <w:proofErr w:type="spellStart"/>
            <w:r w:rsidRPr="00EB75F0">
              <w:rPr>
                <w:sz w:val="18"/>
              </w:rPr>
              <w:t>Cariprazine</w:t>
            </w:r>
            <w:proofErr w:type="spellEnd"/>
          </w:p>
        </w:tc>
        <w:tc>
          <w:tcPr>
            <w:tcW w:w="999" w:type="pct"/>
            <w:tcBorders>
              <w:top w:val="single" w:sz="4" w:space="0" w:color="000000"/>
              <w:left w:val="single" w:sz="4" w:space="0" w:color="000000"/>
              <w:bottom w:val="single" w:sz="4" w:space="0" w:color="000000"/>
              <w:right w:val="single" w:sz="4" w:space="0" w:color="000000"/>
            </w:tcBorders>
          </w:tcPr>
          <w:p w14:paraId="586A542F" w14:textId="77777777" w:rsidR="00EE1C32" w:rsidRPr="00EB75F0" w:rsidRDefault="00EE1C32" w:rsidP="00C32B29">
            <w:pPr>
              <w:pStyle w:val="TableText"/>
              <w:spacing w:before="48" w:after="48"/>
              <w:rPr>
                <w:b/>
                <w:color w:val="000000"/>
                <w:sz w:val="18"/>
              </w:rPr>
            </w:pPr>
            <w:r w:rsidRPr="00EB75F0">
              <w:rPr>
                <w:sz w:val="18"/>
              </w:rPr>
              <w:t>1.42 (0.97, 2.09)</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022C7116" w14:textId="77777777" w:rsidR="00EE1C32" w:rsidRPr="00EB75F0" w:rsidRDefault="00EE1C32" w:rsidP="00C32B29">
            <w:pPr>
              <w:pStyle w:val="TableText"/>
              <w:spacing w:before="48" w:after="48"/>
              <w:rPr>
                <w:b/>
                <w:color w:val="000000"/>
                <w:sz w:val="18"/>
              </w:rPr>
            </w:pPr>
            <w:r w:rsidRPr="00EB75F0">
              <w:rPr>
                <w:sz w:val="18"/>
              </w:rPr>
              <w:t>1.42 (0.93, 2.12)</w:t>
            </w:r>
          </w:p>
        </w:tc>
        <w:tc>
          <w:tcPr>
            <w:tcW w:w="1986" w:type="pct"/>
            <w:gridSpan w:val="2"/>
            <w:tcBorders>
              <w:top w:val="single" w:sz="4" w:space="0" w:color="000000"/>
              <w:left w:val="single" w:sz="4" w:space="0" w:color="000000"/>
              <w:bottom w:val="single" w:sz="4" w:space="0" w:color="000000"/>
              <w:right w:val="single" w:sz="4" w:space="0" w:color="000000"/>
            </w:tcBorders>
          </w:tcPr>
          <w:p w14:paraId="7DFAFC94" w14:textId="77777777" w:rsidR="00EE1C32" w:rsidRPr="00EB75F0" w:rsidRDefault="00EE1C32" w:rsidP="00C32B29">
            <w:pPr>
              <w:pStyle w:val="TableText"/>
              <w:spacing w:before="48" w:after="48"/>
              <w:jc w:val="center"/>
              <w:rPr>
                <w:color w:val="000000"/>
                <w:sz w:val="18"/>
              </w:rPr>
            </w:pPr>
            <w:r w:rsidRPr="00EB75F0">
              <w:rPr>
                <w:sz w:val="18"/>
              </w:rPr>
              <w:t>1.39 (0.89, 2.18)</w:t>
            </w:r>
          </w:p>
        </w:tc>
      </w:tr>
      <w:tr w:rsidR="00EE1C32" w:rsidRPr="00EB75F0" w14:paraId="1A24BCDF"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6B5E5559" w14:textId="77777777" w:rsidR="00EE1C32" w:rsidRPr="00EB75F0" w:rsidRDefault="00EE1C32" w:rsidP="00C32B29">
            <w:pPr>
              <w:pStyle w:val="TableText"/>
              <w:spacing w:before="48" w:after="48"/>
              <w:rPr>
                <w:sz w:val="18"/>
              </w:rPr>
            </w:pPr>
            <w:r w:rsidRPr="00EB75F0">
              <w:rPr>
                <w:sz w:val="18"/>
              </w:rPr>
              <w:t>Clozapine</w:t>
            </w:r>
          </w:p>
        </w:tc>
        <w:tc>
          <w:tcPr>
            <w:tcW w:w="999" w:type="pct"/>
            <w:tcBorders>
              <w:top w:val="single" w:sz="4" w:space="0" w:color="000000"/>
              <w:left w:val="single" w:sz="4" w:space="0" w:color="000000"/>
              <w:bottom w:val="single" w:sz="4" w:space="0" w:color="000000"/>
              <w:right w:val="single" w:sz="4" w:space="0" w:color="000000"/>
            </w:tcBorders>
          </w:tcPr>
          <w:p w14:paraId="1CFD2721" w14:textId="77777777" w:rsidR="00EE1C32" w:rsidRPr="00EB75F0" w:rsidRDefault="00EE1C32" w:rsidP="00C32B29">
            <w:pPr>
              <w:pStyle w:val="TableText"/>
              <w:spacing w:before="48" w:after="48"/>
              <w:rPr>
                <w:b/>
                <w:color w:val="000000"/>
                <w:sz w:val="18"/>
              </w:rPr>
            </w:pPr>
            <w:r w:rsidRPr="00EB75F0">
              <w:rPr>
                <w:b/>
                <w:sz w:val="18"/>
              </w:rPr>
              <w:t>3.44 (1.20, 10.32)</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36D2D0C4" w14:textId="77777777" w:rsidR="00EE1C32" w:rsidRPr="00EB75F0" w:rsidRDefault="00EE1C32" w:rsidP="00C32B29">
            <w:pPr>
              <w:pStyle w:val="TableText"/>
              <w:spacing w:before="48" w:after="48"/>
              <w:rPr>
                <w:b/>
                <w:color w:val="000000"/>
                <w:sz w:val="18"/>
              </w:rPr>
            </w:pPr>
            <w:r w:rsidRPr="00EB75F0">
              <w:rPr>
                <w:b/>
                <w:sz w:val="18"/>
              </w:rPr>
              <w:t>3.29 (1.09, 10.06)</w:t>
            </w:r>
          </w:p>
        </w:tc>
        <w:tc>
          <w:tcPr>
            <w:tcW w:w="1986" w:type="pct"/>
            <w:gridSpan w:val="2"/>
            <w:tcBorders>
              <w:top w:val="single" w:sz="4" w:space="0" w:color="000000"/>
              <w:left w:val="single" w:sz="4" w:space="0" w:color="000000"/>
              <w:bottom w:val="single" w:sz="4" w:space="0" w:color="000000"/>
              <w:right w:val="single" w:sz="4" w:space="0" w:color="000000"/>
            </w:tcBorders>
          </w:tcPr>
          <w:p w14:paraId="509FB662" w14:textId="77777777" w:rsidR="00EE1C32" w:rsidRPr="00EB75F0" w:rsidRDefault="00EE1C32" w:rsidP="00C32B29">
            <w:pPr>
              <w:pStyle w:val="TableText"/>
              <w:spacing w:before="48" w:after="48"/>
              <w:jc w:val="center"/>
              <w:rPr>
                <w:b/>
                <w:color w:val="000000"/>
                <w:sz w:val="18"/>
              </w:rPr>
            </w:pPr>
            <w:r w:rsidRPr="00EB75F0">
              <w:rPr>
                <w:b/>
                <w:sz w:val="18"/>
              </w:rPr>
              <w:t>3.25 (1.03, 10.18)</w:t>
            </w:r>
          </w:p>
        </w:tc>
      </w:tr>
      <w:tr w:rsidR="00EE1C32" w:rsidRPr="00EB75F0" w14:paraId="5E4EB3EF"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0E6E86BD" w14:textId="77777777" w:rsidR="00EE1C32" w:rsidRPr="00EB75F0" w:rsidRDefault="00EE1C32" w:rsidP="00C32B29">
            <w:pPr>
              <w:pStyle w:val="TableText"/>
              <w:spacing w:before="48" w:after="48"/>
              <w:rPr>
                <w:sz w:val="18"/>
              </w:rPr>
            </w:pPr>
            <w:proofErr w:type="spellStart"/>
            <w:r w:rsidRPr="00EB75F0">
              <w:rPr>
                <w:sz w:val="18"/>
              </w:rPr>
              <w:t>Lumateperone</w:t>
            </w:r>
            <w:proofErr w:type="spellEnd"/>
          </w:p>
        </w:tc>
        <w:tc>
          <w:tcPr>
            <w:tcW w:w="999" w:type="pct"/>
            <w:tcBorders>
              <w:top w:val="single" w:sz="4" w:space="0" w:color="000000"/>
              <w:left w:val="single" w:sz="4" w:space="0" w:color="000000"/>
              <w:bottom w:val="single" w:sz="4" w:space="0" w:color="000000"/>
              <w:right w:val="single" w:sz="4" w:space="0" w:color="000000"/>
            </w:tcBorders>
          </w:tcPr>
          <w:p w14:paraId="4133BE54" w14:textId="77777777" w:rsidR="00EE1C32" w:rsidRPr="00EB75F0" w:rsidRDefault="00EE1C32" w:rsidP="00C32B29">
            <w:pPr>
              <w:pStyle w:val="TableText"/>
              <w:spacing w:before="48" w:after="48"/>
              <w:rPr>
                <w:b/>
                <w:color w:val="000000"/>
                <w:sz w:val="18"/>
              </w:rPr>
            </w:pPr>
            <w:r w:rsidRPr="00EB75F0">
              <w:rPr>
                <w:b/>
                <w:sz w:val="18"/>
              </w:rPr>
              <w:t>2.76 (1.40, 5.59)</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791962CC" w14:textId="77777777" w:rsidR="00EE1C32" w:rsidRPr="00EB75F0" w:rsidRDefault="00EE1C32" w:rsidP="00C32B29">
            <w:pPr>
              <w:pStyle w:val="TableText"/>
              <w:spacing w:before="48" w:after="48"/>
              <w:rPr>
                <w:b/>
                <w:color w:val="000000"/>
                <w:sz w:val="18"/>
              </w:rPr>
            </w:pPr>
            <w:r w:rsidRPr="00EB75F0">
              <w:rPr>
                <w:b/>
                <w:sz w:val="18"/>
              </w:rPr>
              <w:t>2.74 (1.34, 5.93)</w:t>
            </w:r>
          </w:p>
        </w:tc>
        <w:tc>
          <w:tcPr>
            <w:tcW w:w="1986" w:type="pct"/>
            <w:gridSpan w:val="2"/>
            <w:tcBorders>
              <w:top w:val="single" w:sz="4" w:space="0" w:color="000000"/>
              <w:left w:val="single" w:sz="4" w:space="0" w:color="000000"/>
              <w:bottom w:val="single" w:sz="4" w:space="0" w:color="000000"/>
              <w:right w:val="single" w:sz="4" w:space="0" w:color="000000"/>
            </w:tcBorders>
          </w:tcPr>
          <w:p w14:paraId="5DF0147C" w14:textId="77777777" w:rsidR="00EE1C32" w:rsidRPr="00EB75F0" w:rsidRDefault="00EE1C32" w:rsidP="00C32B29">
            <w:pPr>
              <w:pStyle w:val="TableText"/>
              <w:spacing w:before="48" w:after="48"/>
              <w:jc w:val="center"/>
              <w:rPr>
                <w:b/>
                <w:color w:val="000000"/>
                <w:sz w:val="18"/>
              </w:rPr>
            </w:pPr>
            <w:r w:rsidRPr="00EB75F0">
              <w:rPr>
                <w:b/>
                <w:sz w:val="18"/>
              </w:rPr>
              <w:t>2.80 (1.32, 5.93)</w:t>
            </w:r>
          </w:p>
        </w:tc>
      </w:tr>
      <w:tr w:rsidR="00EE1C32" w:rsidRPr="00EB75F0" w14:paraId="2677EDED"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0C59BE54" w14:textId="77777777" w:rsidR="00EE1C32" w:rsidRPr="00EB75F0" w:rsidRDefault="00EE1C32" w:rsidP="00C32B29">
            <w:pPr>
              <w:pStyle w:val="TableText"/>
              <w:spacing w:before="48" w:after="48"/>
              <w:rPr>
                <w:sz w:val="18"/>
              </w:rPr>
            </w:pPr>
            <w:r w:rsidRPr="00EB75F0">
              <w:rPr>
                <w:sz w:val="18"/>
              </w:rPr>
              <w:t>Olanzapine</w:t>
            </w:r>
          </w:p>
        </w:tc>
        <w:tc>
          <w:tcPr>
            <w:tcW w:w="999" w:type="pct"/>
            <w:tcBorders>
              <w:top w:val="single" w:sz="4" w:space="0" w:color="000000"/>
              <w:left w:val="single" w:sz="4" w:space="0" w:color="000000"/>
              <w:bottom w:val="single" w:sz="4" w:space="0" w:color="000000"/>
              <w:right w:val="single" w:sz="4" w:space="0" w:color="000000"/>
            </w:tcBorders>
          </w:tcPr>
          <w:p w14:paraId="69E76292" w14:textId="77777777" w:rsidR="00EE1C32" w:rsidRPr="00EB75F0" w:rsidRDefault="00EE1C32" w:rsidP="00C32B29">
            <w:pPr>
              <w:pStyle w:val="TableText"/>
              <w:spacing w:before="48" w:after="48"/>
              <w:rPr>
                <w:b/>
                <w:color w:val="000000"/>
                <w:sz w:val="18"/>
              </w:rPr>
            </w:pPr>
            <w:r w:rsidRPr="00EB75F0">
              <w:rPr>
                <w:b/>
                <w:sz w:val="18"/>
              </w:rPr>
              <w:t>2.38 (1.60, 3.54)</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6CBD74DF" w14:textId="77777777" w:rsidR="00EE1C32" w:rsidRPr="00EB75F0" w:rsidRDefault="00EE1C32" w:rsidP="00C32B29">
            <w:pPr>
              <w:pStyle w:val="TableText"/>
              <w:spacing w:before="48" w:after="48"/>
              <w:rPr>
                <w:b/>
                <w:color w:val="000000"/>
                <w:sz w:val="18"/>
              </w:rPr>
            </w:pPr>
            <w:r w:rsidRPr="00EB75F0">
              <w:rPr>
                <w:b/>
                <w:sz w:val="18"/>
              </w:rPr>
              <w:t>2.37 (1.57, 3.56)</w:t>
            </w:r>
          </w:p>
        </w:tc>
        <w:tc>
          <w:tcPr>
            <w:tcW w:w="1986" w:type="pct"/>
            <w:gridSpan w:val="2"/>
            <w:tcBorders>
              <w:top w:val="single" w:sz="4" w:space="0" w:color="000000"/>
              <w:left w:val="single" w:sz="4" w:space="0" w:color="000000"/>
              <w:bottom w:val="single" w:sz="4" w:space="0" w:color="000000"/>
              <w:right w:val="single" w:sz="4" w:space="0" w:color="000000"/>
            </w:tcBorders>
          </w:tcPr>
          <w:p w14:paraId="3B397630" w14:textId="77777777" w:rsidR="00EE1C32" w:rsidRPr="00EB75F0" w:rsidRDefault="00EE1C32" w:rsidP="00C32B29">
            <w:pPr>
              <w:pStyle w:val="TableText"/>
              <w:spacing w:before="48" w:after="48"/>
              <w:jc w:val="center"/>
              <w:rPr>
                <w:b/>
                <w:color w:val="000000"/>
                <w:sz w:val="18"/>
              </w:rPr>
            </w:pPr>
            <w:r w:rsidRPr="00EB75F0">
              <w:rPr>
                <w:b/>
                <w:sz w:val="18"/>
              </w:rPr>
              <w:t>2.35 (1.52, 3.65)</w:t>
            </w:r>
          </w:p>
        </w:tc>
      </w:tr>
      <w:tr w:rsidR="00EE1C32" w:rsidRPr="00EB75F0" w14:paraId="27B543F0"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61EF5272" w14:textId="77777777" w:rsidR="00EE1C32" w:rsidRPr="00EB75F0" w:rsidRDefault="00EE1C32" w:rsidP="00C32B29">
            <w:pPr>
              <w:pStyle w:val="TableText"/>
              <w:keepNext/>
              <w:spacing w:before="48" w:after="48"/>
              <w:rPr>
                <w:sz w:val="18"/>
              </w:rPr>
            </w:pPr>
            <w:r w:rsidRPr="00EB75F0">
              <w:rPr>
                <w:sz w:val="18"/>
              </w:rPr>
              <w:t>Quetiapine</w:t>
            </w:r>
          </w:p>
        </w:tc>
        <w:tc>
          <w:tcPr>
            <w:tcW w:w="999" w:type="pct"/>
            <w:tcBorders>
              <w:top w:val="single" w:sz="4" w:space="0" w:color="000000"/>
              <w:left w:val="single" w:sz="4" w:space="0" w:color="000000"/>
              <w:bottom w:val="single" w:sz="4" w:space="0" w:color="000000"/>
              <w:right w:val="single" w:sz="4" w:space="0" w:color="000000"/>
            </w:tcBorders>
          </w:tcPr>
          <w:p w14:paraId="353AC5D8" w14:textId="77777777" w:rsidR="00EE1C32" w:rsidRPr="00EB75F0" w:rsidRDefault="00EE1C32" w:rsidP="00C32B29">
            <w:pPr>
              <w:pStyle w:val="TableText"/>
              <w:keepNext/>
              <w:spacing w:before="48" w:after="48"/>
              <w:rPr>
                <w:b/>
                <w:color w:val="000000"/>
                <w:sz w:val="18"/>
              </w:rPr>
            </w:pPr>
            <w:r w:rsidRPr="00EB75F0">
              <w:rPr>
                <w:b/>
                <w:sz w:val="18"/>
              </w:rPr>
              <w:t>2.08 (1.36, 3.18)</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2AC4AE8F" w14:textId="77777777" w:rsidR="00EE1C32" w:rsidRPr="00EB75F0" w:rsidRDefault="00EE1C32" w:rsidP="00C32B29">
            <w:pPr>
              <w:pStyle w:val="TableText"/>
              <w:keepNext/>
              <w:spacing w:before="48" w:after="48"/>
              <w:rPr>
                <w:b/>
                <w:color w:val="000000"/>
                <w:sz w:val="18"/>
              </w:rPr>
            </w:pPr>
            <w:r w:rsidRPr="00EB75F0">
              <w:rPr>
                <w:b/>
                <w:sz w:val="18"/>
              </w:rPr>
              <w:t>2.10 (1.34, 3.27)</w:t>
            </w:r>
          </w:p>
        </w:tc>
        <w:tc>
          <w:tcPr>
            <w:tcW w:w="1986" w:type="pct"/>
            <w:gridSpan w:val="2"/>
            <w:tcBorders>
              <w:top w:val="single" w:sz="4" w:space="0" w:color="000000"/>
              <w:left w:val="single" w:sz="4" w:space="0" w:color="000000"/>
              <w:bottom w:val="single" w:sz="4" w:space="0" w:color="000000"/>
              <w:right w:val="single" w:sz="4" w:space="0" w:color="000000"/>
            </w:tcBorders>
          </w:tcPr>
          <w:p w14:paraId="56697B8A" w14:textId="77777777" w:rsidR="00EE1C32" w:rsidRPr="00EB75F0" w:rsidRDefault="00EE1C32" w:rsidP="00C32B29">
            <w:pPr>
              <w:pStyle w:val="TableText"/>
              <w:keepNext/>
              <w:spacing w:before="48" w:after="48"/>
              <w:jc w:val="center"/>
              <w:rPr>
                <w:b/>
                <w:color w:val="000000"/>
                <w:sz w:val="18"/>
              </w:rPr>
            </w:pPr>
            <w:r w:rsidRPr="00EB75F0">
              <w:rPr>
                <w:b/>
                <w:sz w:val="18"/>
              </w:rPr>
              <w:t>2.08 (1.29, 3.33)</w:t>
            </w:r>
          </w:p>
        </w:tc>
      </w:tr>
      <w:tr w:rsidR="00EE1C32" w:rsidRPr="00EB75F0" w14:paraId="1464C01F" w14:textId="77777777" w:rsidTr="0067093A">
        <w:trPr>
          <w:trHeight w:val="58"/>
        </w:trPr>
        <w:tc>
          <w:tcPr>
            <w:tcW w:w="1003" w:type="pct"/>
            <w:tcBorders>
              <w:top w:val="single" w:sz="4" w:space="0" w:color="000000"/>
              <w:left w:val="single" w:sz="4" w:space="0" w:color="000000"/>
              <w:bottom w:val="single" w:sz="4" w:space="0" w:color="000000"/>
              <w:right w:val="single" w:sz="4" w:space="0" w:color="000000"/>
            </w:tcBorders>
          </w:tcPr>
          <w:p w14:paraId="6FFC09C1" w14:textId="77777777" w:rsidR="00EE1C32" w:rsidRPr="00EB75F0" w:rsidRDefault="00EE1C32" w:rsidP="00C32B29">
            <w:pPr>
              <w:pStyle w:val="TableText"/>
              <w:keepNext/>
              <w:spacing w:before="48" w:after="48"/>
              <w:rPr>
                <w:color w:val="000000"/>
                <w:sz w:val="18"/>
              </w:rPr>
            </w:pPr>
            <w:r w:rsidRPr="00EB75F0">
              <w:rPr>
                <w:sz w:val="18"/>
              </w:rPr>
              <w:t>Risperidone</w:t>
            </w:r>
          </w:p>
        </w:tc>
        <w:tc>
          <w:tcPr>
            <w:tcW w:w="999" w:type="pct"/>
            <w:tcBorders>
              <w:top w:val="single" w:sz="4" w:space="0" w:color="000000"/>
              <w:left w:val="single" w:sz="4" w:space="0" w:color="000000"/>
              <w:bottom w:val="single" w:sz="4" w:space="0" w:color="000000"/>
              <w:right w:val="single" w:sz="4" w:space="0" w:color="000000"/>
            </w:tcBorders>
          </w:tcPr>
          <w:p w14:paraId="330F1A77" w14:textId="77777777" w:rsidR="00EE1C32" w:rsidRPr="00EB75F0" w:rsidRDefault="00EE1C32" w:rsidP="00C32B29">
            <w:pPr>
              <w:pStyle w:val="TableText"/>
              <w:keepNext/>
              <w:spacing w:before="48" w:after="48"/>
              <w:rPr>
                <w:b/>
                <w:sz w:val="18"/>
              </w:rPr>
            </w:pPr>
            <w:r w:rsidRPr="00EB75F0">
              <w:rPr>
                <w:b/>
                <w:sz w:val="18"/>
              </w:rPr>
              <w:t>1.70 (1.16, 2.52)</w:t>
            </w:r>
          </w:p>
        </w:tc>
        <w:tc>
          <w:tcPr>
            <w:tcW w:w="1012" w:type="pct"/>
            <w:tcBorders>
              <w:top w:val="single" w:sz="4" w:space="0" w:color="000000"/>
              <w:left w:val="single" w:sz="4" w:space="0" w:color="000000"/>
              <w:bottom w:val="single" w:sz="4" w:space="0" w:color="000000"/>
              <w:right w:val="single" w:sz="4" w:space="0" w:color="000000"/>
            </w:tcBorders>
            <w:shd w:val="clear" w:color="auto" w:fill="FFFCCC"/>
          </w:tcPr>
          <w:p w14:paraId="657709B1" w14:textId="77777777" w:rsidR="00EE1C32" w:rsidRPr="00EB75F0" w:rsidRDefault="00EE1C32" w:rsidP="00C32B29">
            <w:pPr>
              <w:pStyle w:val="TableText"/>
              <w:keepNext/>
              <w:spacing w:before="48" w:after="48"/>
              <w:rPr>
                <w:b/>
                <w:sz w:val="18"/>
              </w:rPr>
            </w:pPr>
            <w:r w:rsidRPr="00EB75F0">
              <w:rPr>
                <w:b/>
                <w:sz w:val="18"/>
              </w:rPr>
              <w:t>1.70 (1.12, 2.49)</w:t>
            </w:r>
          </w:p>
        </w:tc>
        <w:tc>
          <w:tcPr>
            <w:tcW w:w="1986" w:type="pct"/>
            <w:gridSpan w:val="2"/>
            <w:tcBorders>
              <w:top w:val="single" w:sz="4" w:space="0" w:color="000000"/>
              <w:left w:val="single" w:sz="4" w:space="0" w:color="000000"/>
              <w:bottom w:val="single" w:sz="4" w:space="0" w:color="000000"/>
              <w:right w:val="single" w:sz="4" w:space="0" w:color="000000"/>
            </w:tcBorders>
          </w:tcPr>
          <w:p w14:paraId="22BBA990" w14:textId="77777777" w:rsidR="00EE1C32" w:rsidRPr="00EB75F0" w:rsidRDefault="00EE1C32" w:rsidP="00C32B29">
            <w:pPr>
              <w:pStyle w:val="TableText"/>
              <w:keepNext/>
              <w:spacing w:before="48" w:after="48"/>
              <w:jc w:val="center"/>
              <w:rPr>
                <w:b/>
                <w:sz w:val="18"/>
              </w:rPr>
            </w:pPr>
            <w:r w:rsidRPr="00EB75F0">
              <w:rPr>
                <w:b/>
                <w:sz w:val="18"/>
              </w:rPr>
              <w:t>1.62 (1.04, 2.47)</w:t>
            </w:r>
          </w:p>
        </w:tc>
      </w:tr>
      <w:tr w:rsidR="00EE1C32" w:rsidRPr="00EB75F0" w14:paraId="2C1E1145" w14:textId="77777777" w:rsidTr="007C010D">
        <w:trPr>
          <w:trHeight w:val="58"/>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782B31AF" w14:textId="77777777" w:rsidR="00EE1C32" w:rsidRPr="00EB75F0" w:rsidRDefault="00EE1C32" w:rsidP="00C32B29">
            <w:pPr>
              <w:pStyle w:val="TableText"/>
              <w:spacing w:before="48" w:after="48"/>
              <w:rPr>
                <w:rFonts w:ascii="Aptos Narrow" w:hAnsi="Aptos Narrow"/>
                <w:color w:val="FFFFFF"/>
                <w:sz w:val="18"/>
              </w:rPr>
            </w:pPr>
            <w:r w:rsidRPr="00EB75F0">
              <w:rPr>
                <w:color w:val="FFFFFF"/>
                <w:sz w:val="18"/>
                <w:highlight w:val="black"/>
              </w:rPr>
              <w:t>Direct head-to-head meta-analyses</w:t>
            </w:r>
          </w:p>
        </w:tc>
      </w:tr>
      <w:tr w:rsidR="00EE1C32" w:rsidRPr="00EB75F0" w14:paraId="41340006" w14:textId="77777777" w:rsidTr="007C010D">
        <w:trPr>
          <w:trHeight w:val="58"/>
        </w:trPr>
        <w:tc>
          <w:tcPr>
            <w:tcW w:w="1003" w:type="pct"/>
            <w:tcBorders>
              <w:top w:val="single" w:sz="4" w:space="0" w:color="000000"/>
              <w:left w:val="single" w:sz="4" w:space="0" w:color="000000"/>
              <w:bottom w:val="single" w:sz="4" w:space="0" w:color="000000"/>
              <w:right w:val="single" w:sz="4" w:space="0" w:color="000000"/>
            </w:tcBorders>
          </w:tcPr>
          <w:p w14:paraId="18893FF0" w14:textId="77777777" w:rsidR="00EE1C32" w:rsidRPr="00EB75F0" w:rsidRDefault="00EE1C32" w:rsidP="00C32B29">
            <w:pPr>
              <w:pStyle w:val="TableText"/>
              <w:spacing w:before="48" w:after="48"/>
              <w:rPr>
                <w:color w:val="000000"/>
                <w:sz w:val="18"/>
              </w:rPr>
            </w:pPr>
            <w:r w:rsidRPr="00EB75F0">
              <w:rPr>
                <w:color w:val="000000"/>
                <w:sz w:val="18"/>
              </w:rPr>
              <w:lastRenderedPageBreak/>
              <w:t>Range of I</w:t>
            </w:r>
            <w:r w:rsidRPr="00EB75F0">
              <w:rPr>
                <w:color w:val="000000"/>
                <w:sz w:val="18"/>
                <w:vertAlign w:val="superscript"/>
              </w:rPr>
              <w:t>2</w:t>
            </w:r>
            <w:r w:rsidRPr="00EB75F0">
              <w:rPr>
                <w:color w:val="000000"/>
                <w:sz w:val="18"/>
              </w:rPr>
              <w:t xml:space="preserve"> values</w:t>
            </w:r>
          </w:p>
        </w:tc>
        <w:tc>
          <w:tcPr>
            <w:tcW w:w="2011" w:type="pct"/>
            <w:gridSpan w:val="2"/>
            <w:tcBorders>
              <w:top w:val="single" w:sz="4" w:space="0" w:color="000000"/>
              <w:left w:val="single" w:sz="4" w:space="0" w:color="000000"/>
              <w:bottom w:val="single" w:sz="4" w:space="0" w:color="000000"/>
              <w:right w:val="single" w:sz="4" w:space="0" w:color="000000"/>
            </w:tcBorders>
          </w:tcPr>
          <w:p w14:paraId="646692AE" w14:textId="77777777" w:rsidR="00EE1C32" w:rsidRPr="00EB75F0" w:rsidRDefault="00EE1C32" w:rsidP="00C32B29">
            <w:pPr>
              <w:pStyle w:val="TableText"/>
              <w:spacing w:before="48" w:after="48"/>
              <w:rPr>
                <w:color w:val="000000"/>
                <w:sz w:val="18"/>
              </w:rPr>
            </w:pPr>
            <w:r w:rsidRPr="00EB75F0">
              <w:rPr>
                <w:color w:val="000000"/>
                <w:sz w:val="18"/>
              </w:rPr>
              <w:t>0-46%</w:t>
            </w:r>
          </w:p>
        </w:tc>
        <w:tc>
          <w:tcPr>
            <w:tcW w:w="1986" w:type="pct"/>
            <w:gridSpan w:val="2"/>
            <w:tcBorders>
              <w:top w:val="single" w:sz="4" w:space="0" w:color="000000"/>
              <w:left w:val="single" w:sz="4" w:space="0" w:color="000000"/>
              <w:bottom w:val="single" w:sz="4" w:space="0" w:color="000000"/>
              <w:right w:val="single" w:sz="4" w:space="0" w:color="000000"/>
            </w:tcBorders>
          </w:tcPr>
          <w:p w14:paraId="4E161BC4" w14:textId="67397F3E" w:rsidR="00EE1C32" w:rsidRPr="00EB75F0" w:rsidRDefault="00EE1C32" w:rsidP="00C32B29">
            <w:pPr>
              <w:pStyle w:val="TableText"/>
              <w:spacing w:before="48" w:after="48"/>
              <w:rPr>
                <w:rFonts w:ascii="Aptos Narrow" w:hAnsi="Aptos Narrow"/>
                <w:color w:val="000000"/>
                <w:sz w:val="18"/>
              </w:rPr>
            </w:pPr>
            <w:r w:rsidRPr="00EB75F0">
              <w:rPr>
                <w:color w:val="000000"/>
                <w:sz w:val="18"/>
              </w:rPr>
              <w:t xml:space="preserve">0-52%, </w:t>
            </w:r>
            <w:r w:rsidR="000D7C80" w:rsidRPr="00EB75F0">
              <w:rPr>
                <w:color w:val="000000"/>
                <w:sz w:val="18"/>
              </w:rPr>
              <w:t>substantial</w:t>
            </w:r>
            <w:r w:rsidRPr="00EB75F0">
              <w:rPr>
                <w:color w:val="000000"/>
                <w:sz w:val="18"/>
              </w:rPr>
              <w:t xml:space="preserve"> heterogeneity between studies for risperidone versus placebo (52%)</w:t>
            </w:r>
          </w:p>
        </w:tc>
      </w:tr>
      <w:tr w:rsidR="00EE1C32" w:rsidRPr="00EB75F0" w14:paraId="1165BA36" w14:textId="77777777" w:rsidTr="007C010D">
        <w:trPr>
          <w:trHeight w:val="58"/>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02F1CD83" w14:textId="77777777" w:rsidR="00EE1C32" w:rsidRPr="00EB75F0" w:rsidRDefault="00EE1C32" w:rsidP="00C32B29">
            <w:pPr>
              <w:pStyle w:val="TableText"/>
              <w:spacing w:before="48" w:after="48"/>
              <w:rPr>
                <w:rFonts w:ascii="Aptos Narrow" w:hAnsi="Aptos Narrow"/>
                <w:color w:val="FFFFFF"/>
                <w:sz w:val="18"/>
              </w:rPr>
            </w:pPr>
            <w:r w:rsidRPr="00EB75F0">
              <w:rPr>
                <w:color w:val="FFFFFF"/>
                <w:sz w:val="18"/>
                <w:highlight w:val="black"/>
              </w:rPr>
              <w:t>Node-splitting analyses</w:t>
            </w:r>
          </w:p>
        </w:tc>
      </w:tr>
      <w:tr w:rsidR="00EE1C32" w:rsidRPr="00EB75F0" w14:paraId="0EEC6D3B" w14:textId="77777777" w:rsidTr="007C010D">
        <w:trPr>
          <w:trHeight w:val="58"/>
        </w:trPr>
        <w:tc>
          <w:tcPr>
            <w:tcW w:w="1003" w:type="pct"/>
            <w:tcBorders>
              <w:top w:val="single" w:sz="4" w:space="0" w:color="000000"/>
              <w:left w:val="single" w:sz="4" w:space="0" w:color="000000"/>
              <w:bottom w:val="single" w:sz="4" w:space="0" w:color="000000"/>
              <w:right w:val="single" w:sz="4" w:space="0" w:color="000000"/>
            </w:tcBorders>
            <w:vAlign w:val="center"/>
          </w:tcPr>
          <w:p w14:paraId="06A57620" w14:textId="77777777" w:rsidR="00EE1C32" w:rsidRPr="00EB75F0" w:rsidRDefault="00EE1C32" w:rsidP="00C32B29">
            <w:pPr>
              <w:pStyle w:val="TableText"/>
              <w:spacing w:before="48" w:after="48"/>
              <w:rPr>
                <w:color w:val="000000"/>
                <w:sz w:val="18"/>
              </w:rPr>
            </w:pPr>
            <w:r w:rsidRPr="00EB75F0">
              <w:rPr>
                <w:color w:val="000000"/>
                <w:sz w:val="18"/>
              </w:rPr>
              <w:t>IF estimates suggesting inconsistency</w:t>
            </w:r>
          </w:p>
        </w:tc>
        <w:tc>
          <w:tcPr>
            <w:tcW w:w="2011" w:type="pct"/>
            <w:gridSpan w:val="2"/>
            <w:tcBorders>
              <w:top w:val="single" w:sz="4" w:space="0" w:color="000000"/>
              <w:left w:val="single" w:sz="4" w:space="0" w:color="000000"/>
              <w:bottom w:val="single" w:sz="4" w:space="0" w:color="000000"/>
              <w:right w:val="single" w:sz="4" w:space="0" w:color="000000"/>
            </w:tcBorders>
            <w:vAlign w:val="center"/>
          </w:tcPr>
          <w:p w14:paraId="14B15F34" w14:textId="77777777" w:rsidR="00EE1C32" w:rsidRPr="00EB75F0" w:rsidRDefault="00EE1C32" w:rsidP="00C32B29">
            <w:pPr>
              <w:pStyle w:val="TableText"/>
              <w:spacing w:before="48" w:after="48"/>
              <w:rPr>
                <w:color w:val="000000"/>
                <w:sz w:val="18"/>
              </w:rPr>
            </w:pPr>
            <w:r w:rsidRPr="00EB75F0">
              <w:rPr>
                <w:color w:val="000000"/>
                <w:sz w:val="18"/>
              </w:rPr>
              <w:t>-</w:t>
            </w:r>
          </w:p>
        </w:tc>
        <w:tc>
          <w:tcPr>
            <w:tcW w:w="1986" w:type="pct"/>
            <w:gridSpan w:val="2"/>
            <w:tcBorders>
              <w:top w:val="single" w:sz="4" w:space="0" w:color="000000"/>
              <w:left w:val="single" w:sz="4" w:space="0" w:color="000000"/>
              <w:bottom w:val="single" w:sz="4" w:space="0" w:color="000000"/>
              <w:right w:val="single" w:sz="4" w:space="0" w:color="000000"/>
            </w:tcBorders>
            <w:vAlign w:val="center"/>
          </w:tcPr>
          <w:p w14:paraId="739DFC7E" w14:textId="77777777" w:rsidR="00EE1C32" w:rsidRPr="00EB75F0" w:rsidRDefault="00EE1C32" w:rsidP="00C32B29">
            <w:pPr>
              <w:pStyle w:val="TableText"/>
              <w:spacing w:before="48" w:after="48"/>
              <w:rPr>
                <w:color w:val="000000"/>
                <w:sz w:val="18"/>
              </w:rPr>
            </w:pPr>
            <w:r w:rsidRPr="00EB75F0">
              <w:rPr>
                <w:color w:val="000000"/>
                <w:sz w:val="18"/>
              </w:rPr>
              <w:t>-</w:t>
            </w:r>
          </w:p>
        </w:tc>
      </w:tr>
      <w:tr w:rsidR="00EE1C32" w:rsidRPr="00EB75F0" w14:paraId="010FF95A" w14:textId="77777777" w:rsidTr="007C010D">
        <w:trPr>
          <w:trHeight w:val="58"/>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1F2722DD" w14:textId="247C78E1" w:rsidR="00EE1C32" w:rsidRPr="00EB75F0" w:rsidRDefault="00EE1C32" w:rsidP="00C32B29">
            <w:pPr>
              <w:pStyle w:val="Legend"/>
              <w:spacing w:before="48" w:after="48"/>
              <w:rPr>
                <w:sz w:val="16"/>
              </w:rPr>
            </w:pPr>
            <w:r w:rsidRPr="00EB75F0">
              <w:rPr>
                <w:b/>
                <w:sz w:val="16"/>
              </w:rPr>
              <w:t>Key:</w:t>
            </w:r>
            <w:r w:rsidRPr="00EB75F0">
              <w:rPr>
                <w:sz w:val="16"/>
              </w:rPr>
              <w:t xml:space="preserve"> </w:t>
            </w:r>
            <w:proofErr w:type="spellStart"/>
            <w:r w:rsidRPr="00EB75F0">
              <w:rPr>
                <w:sz w:val="16"/>
              </w:rPr>
              <w:t>CrI</w:t>
            </w:r>
            <w:proofErr w:type="spellEnd"/>
            <w:r w:rsidRPr="00EB75F0">
              <w:rPr>
                <w:sz w:val="16"/>
              </w:rPr>
              <w:t>, credible interval; DIC, deviance information criterion; FE, fixed-effects; OR, odds ratio; RE, random-effects; IF, inconsistency factor</w:t>
            </w:r>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KarXT</w:t>
            </w:r>
            <w:proofErr w:type="spellEnd"/>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xanomeline</w:t>
            </w:r>
            <w:proofErr w:type="spellEnd"/>
            <w:r w:rsidR="00DB65DB" w:rsidRPr="00DB65DB">
              <w:rPr>
                <w:rFonts w:asciiTheme="majorHAnsi" w:hAnsiTheme="majorHAnsi" w:cstheme="majorHAnsi"/>
                <w:sz w:val="16"/>
              </w:rPr>
              <w:t>/</w:t>
            </w:r>
            <w:proofErr w:type="spellStart"/>
            <w:r w:rsidR="00DB65DB" w:rsidRPr="00DB65DB">
              <w:rPr>
                <w:rFonts w:asciiTheme="majorHAnsi" w:hAnsiTheme="majorHAnsi" w:cstheme="majorHAnsi"/>
                <w:sz w:val="16"/>
              </w:rPr>
              <w:t>trospium</w:t>
            </w:r>
            <w:proofErr w:type="spellEnd"/>
            <w:r w:rsidR="00DB65DB" w:rsidRPr="00DB65DB">
              <w:rPr>
                <w:rFonts w:asciiTheme="majorHAnsi" w:hAnsiTheme="majorHAnsi" w:cstheme="majorHAnsi"/>
                <w:sz w:val="16"/>
              </w:rPr>
              <w:t xml:space="preserve"> chloride</w:t>
            </w:r>
          </w:p>
          <w:p w14:paraId="3B713521" w14:textId="77777777" w:rsidR="00EE1C32" w:rsidRPr="00EB75F0" w:rsidRDefault="00EE1C32" w:rsidP="00C32B29">
            <w:pPr>
              <w:pStyle w:val="TableText"/>
              <w:spacing w:before="48" w:after="48"/>
              <w:rPr>
                <w:rFonts w:ascii="Aptos Narrow" w:hAnsi="Aptos Narrow"/>
                <w:color w:val="000000"/>
                <w:sz w:val="18"/>
              </w:rPr>
            </w:pPr>
            <w:r w:rsidRPr="00EB75F0">
              <w:rPr>
                <w:b/>
                <w:sz w:val="16"/>
              </w:rPr>
              <w:t>Notes:</w:t>
            </w:r>
            <w:r w:rsidRPr="00EB75F0">
              <w:rPr>
                <w:sz w:val="16"/>
              </w:rPr>
              <w:t xml:space="preserve"> </w:t>
            </w:r>
            <w:r w:rsidRPr="00EB75F0">
              <w:rPr>
                <w:sz w:val="16"/>
                <w:shd w:val="clear" w:color="auto" w:fill="FFFCCC"/>
              </w:rPr>
              <w:t>Pale yellow highlight</w:t>
            </w:r>
            <w:r w:rsidRPr="00EB75F0">
              <w:rPr>
                <w:sz w:val="16"/>
              </w:rPr>
              <w:t xml:space="preserve"> indicates the base case model; statistically significant differences are highlighted in </w:t>
            </w:r>
            <w:r w:rsidRPr="00EB75F0">
              <w:rPr>
                <w:b/>
                <w:sz w:val="16"/>
              </w:rPr>
              <w:t>bold</w:t>
            </w:r>
            <w:r w:rsidRPr="00EB75F0">
              <w:rPr>
                <w:sz w:val="16"/>
              </w:rPr>
              <w:t>.</w:t>
            </w:r>
          </w:p>
        </w:tc>
      </w:tr>
    </w:tbl>
    <w:p w14:paraId="3C855365" w14:textId="64561BB8" w:rsidR="0067093A" w:rsidRDefault="0067093A" w:rsidP="0067093A">
      <w:pPr>
        <w:pStyle w:val="Heading3"/>
      </w:pPr>
      <w:r w:rsidRPr="007F6A73">
        <w:lastRenderedPageBreak/>
        <w:t xml:space="preserve">Figure </w:t>
      </w:r>
      <w:r>
        <w:t>S</w:t>
      </w:r>
      <w:fldSimple w:instr=" SEQ Figure \* ARABIC ">
        <w:r w:rsidR="004B2F28">
          <w:rPr>
            <w:noProof/>
          </w:rPr>
          <w:t>74</w:t>
        </w:r>
      </w:fldSimple>
      <w:r w:rsidRPr="007F6A73">
        <w:t xml:space="preserve">: </w:t>
      </w:r>
      <w:r w:rsidR="00870BD5" w:rsidRPr="00EB75F0">
        <w:t xml:space="preserve">Discontinuation due to all causes </w:t>
      </w:r>
      <w:r w:rsidRPr="00EB75F0">
        <w:t>–</w:t>
      </w:r>
      <w:r w:rsidRPr="00C228BD">
        <w:t xml:space="preserve"> </w:t>
      </w:r>
      <w:r>
        <w:t xml:space="preserve">distribution of potential effect modifiers by treatment node </w:t>
      </w:r>
      <w:r w:rsidRPr="007F6A73">
        <w:t>–</w:t>
      </w:r>
      <w:r>
        <w:t xml:space="preserve"> </w:t>
      </w:r>
      <w:r w:rsidRPr="00EB75F0">
        <w:t>base case network</w:t>
      </w:r>
      <w:r w:rsidRPr="007F6A73">
        <w:t xml:space="preserve"> </w:t>
      </w:r>
      <w:r w:rsidRPr="007F6A73">
        <w:rPr>
          <w:noProof/>
        </w:rPr>
        <w:drawing>
          <wp:inline distT="0" distB="0" distL="0" distR="0" wp14:anchorId="78C90B2F" wp14:editId="310F6D62">
            <wp:extent cx="6119495" cy="7420745"/>
            <wp:effectExtent l="0" t="0" r="0" b="8890"/>
            <wp:docPr id="823202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02210" name="Picture 1"/>
                    <pic:cNvPicPr>
                      <a:picLocks noChangeAspect="1" noChangeArrowheads="1"/>
                    </pic:cNvPicPr>
                  </pic:nvPicPr>
                  <pic:blipFill>
                    <a:blip r:embed="rId95"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61DD1059" w14:textId="19936845" w:rsidR="0067093A" w:rsidRPr="009E25E6" w:rsidRDefault="0067093A" w:rsidP="0067093A">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w:t>
      </w:r>
      <w:r w:rsidR="00DA1A27">
        <w:rPr>
          <w:sz w:val="20"/>
        </w:rPr>
        <w:t>17</w:t>
      </w:r>
      <w:r w:rsidRPr="009E25E6">
        <w:rPr>
          <w:sz w:val="20"/>
        </w:rPr>
        <w:t>, 0</w:t>
      </w:r>
      <w:r w:rsidR="00A45506">
        <w:rPr>
          <w:sz w:val="20"/>
        </w:rPr>
        <w:t>.17</w:t>
      </w:r>
      <w:r w:rsidRPr="009E25E6">
        <w:rPr>
          <w:sz w:val="20"/>
        </w:rPr>
        <w:t>, 0.0</w:t>
      </w:r>
      <w:r w:rsidR="00A45506">
        <w:rPr>
          <w:sz w:val="20"/>
        </w:rPr>
        <w:t>88</w:t>
      </w:r>
      <w:r w:rsidRPr="009E25E6">
        <w:rPr>
          <w:sz w:val="20"/>
        </w:rPr>
        <w:t>, 0</w:t>
      </w:r>
      <w:r w:rsidR="00870BD5">
        <w:rPr>
          <w:sz w:val="20"/>
        </w:rPr>
        <w:t>.42</w:t>
      </w:r>
      <w:r w:rsidRPr="009E25E6">
        <w:rPr>
          <w:sz w:val="20"/>
        </w:rPr>
        <w:t>, 0.</w:t>
      </w:r>
      <w:r>
        <w:rPr>
          <w:sz w:val="20"/>
        </w:rPr>
        <w:t>3</w:t>
      </w:r>
      <w:r w:rsidR="00870BD5">
        <w:rPr>
          <w:sz w:val="20"/>
        </w:rPr>
        <w:t>4</w:t>
      </w:r>
      <w:r w:rsidRPr="009E25E6">
        <w:rPr>
          <w:sz w:val="20"/>
        </w:rPr>
        <w:t>, and 0.</w:t>
      </w:r>
      <w:r w:rsidR="00870BD5">
        <w:rPr>
          <w:sz w:val="20"/>
        </w:rPr>
        <w:t>73</w:t>
      </w:r>
      <w:r w:rsidRPr="009E25E6">
        <w:rPr>
          <w:sz w:val="20"/>
        </w:rPr>
        <w:t xml:space="preserve">, for percentage male, mean age, mean PANSS total score, mean PANSS positive score, mean PANSS negative score, and mean CGI-S score at baseline, respectively. This indicates no significant difference between </w:t>
      </w:r>
      <w:r>
        <w:rPr>
          <w:sz w:val="20"/>
        </w:rPr>
        <w:t xml:space="preserve">treatment </w:t>
      </w:r>
      <w:r w:rsidRPr="009E25E6">
        <w:rPr>
          <w:sz w:val="20"/>
        </w:rPr>
        <w:t>nodes</w:t>
      </w:r>
      <w:r w:rsidR="00C55A6E">
        <w:rPr>
          <w:sz w:val="20"/>
        </w:rPr>
        <w:t>.</w:t>
      </w:r>
    </w:p>
    <w:p w14:paraId="1EC23ACB" w14:textId="77777777" w:rsidR="0086196F" w:rsidRDefault="0086196F">
      <w:pPr>
        <w:spacing w:before="0" w:after="200" w:line="276" w:lineRule="auto"/>
        <w:rPr>
          <w:b/>
        </w:rPr>
      </w:pPr>
    </w:p>
    <w:p w14:paraId="1C563D96" w14:textId="1419EB17" w:rsidR="00714AE5" w:rsidRDefault="00714AE5" w:rsidP="00714AE5">
      <w:pPr>
        <w:pStyle w:val="Heading3"/>
      </w:pPr>
      <w:r w:rsidRPr="007F6A73">
        <w:lastRenderedPageBreak/>
        <w:t xml:space="preserve">Figure </w:t>
      </w:r>
      <w:r>
        <w:t>S</w:t>
      </w:r>
      <w:fldSimple w:instr=" SEQ Figure \* ARABIC ">
        <w:r w:rsidR="004B2F28">
          <w:rPr>
            <w:noProof/>
          </w:rPr>
          <w:t>75</w:t>
        </w:r>
      </w:fldSimple>
      <w:r w:rsidRPr="007F6A73">
        <w:t xml:space="preserve">: </w:t>
      </w:r>
      <w:r w:rsidRPr="00EB75F0">
        <w:t>Discontinuation due to all causes –</w:t>
      </w:r>
      <w:r w:rsidRPr="00C228BD">
        <w:t xml:space="preserve"> </w:t>
      </w:r>
      <w:r>
        <w:t xml:space="preserve">distribution of potential effect modifiers by treatment node </w:t>
      </w:r>
      <w:r w:rsidRPr="007F6A73">
        <w:t>–</w:t>
      </w:r>
      <w:r>
        <w:t xml:space="preserve"> </w:t>
      </w:r>
      <w:r w:rsidRPr="00EB75F0">
        <w:t>sensitivity analysis excluding studies with predominantly Asian populations</w:t>
      </w:r>
      <w:r w:rsidRPr="007F6A73">
        <w:rPr>
          <w:noProof/>
        </w:rPr>
        <w:t xml:space="preserve"> </w:t>
      </w:r>
      <w:r w:rsidRPr="007F6A73">
        <w:rPr>
          <w:noProof/>
        </w:rPr>
        <w:drawing>
          <wp:inline distT="0" distB="0" distL="0" distR="0" wp14:anchorId="21C18797" wp14:editId="2F6AD8E4">
            <wp:extent cx="6119495" cy="7420745"/>
            <wp:effectExtent l="0" t="0" r="0" b="8890"/>
            <wp:docPr id="252986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86985" name="Picture 1"/>
                    <pic:cNvPicPr>
                      <a:picLocks noChangeAspect="1" noChangeArrowheads="1"/>
                    </pic:cNvPicPr>
                  </pic:nvPicPr>
                  <pic:blipFill>
                    <a:blip r:embed="rId96"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65327AEE" w14:textId="20F791C4" w:rsidR="00714AE5" w:rsidRPr="0021017D" w:rsidRDefault="00714AE5">
      <w:pPr>
        <w:spacing w:before="0" w:after="200" w:line="276" w:lineRule="auto"/>
        <w:rPr>
          <w:sz w:val="20"/>
        </w:rPr>
        <w:sectPr w:rsidR="00714AE5" w:rsidRPr="0021017D">
          <w:pgSz w:w="11906" w:h="16838"/>
          <w:pgMar w:top="1134" w:right="1134" w:bottom="1134" w:left="1134" w:header="567" w:footer="567" w:gutter="0"/>
          <w:cols w:space="708"/>
          <w:docGrid w:linePitch="360"/>
        </w:sect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w:t>
      </w:r>
      <w:r w:rsidR="0032172D">
        <w:rPr>
          <w:sz w:val="20"/>
        </w:rPr>
        <w:t>026</w:t>
      </w:r>
      <w:r w:rsidRPr="009E25E6">
        <w:rPr>
          <w:sz w:val="20"/>
        </w:rPr>
        <w:t>, 0</w:t>
      </w:r>
      <w:r>
        <w:rPr>
          <w:sz w:val="20"/>
        </w:rPr>
        <w:t>.1</w:t>
      </w:r>
      <w:r w:rsidR="0021017D">
        <w:rPr>
          <w:sz w:val="20"/>
        </w:rPr>
        <w:t>4</w:t>
      </w:r>
      <w:r w:rsidRPr="009E25E6">
        <w:rPr>
          <w:sz w:val="20"/>
        </w:rPr>
        <w:t>, 0.</w:t>
      </w:r>
      <w:r w:rsidR="0021017D">
        <w:rPr>
          <w:sz w:val="20"/>
        </w:rPr>
        <w:t>26</w:t>
      </w:r>
      <w:r w:rsidRPr="009E25E6">
        <w:rPr>
          <w:sz w:val="20"/>
        </w:rPr>
        <w:t>, 0</w:t>
      </w:r>
      <w:r>
        <w:rPr>
          <w:sz w:val="20"/>
        </w:rPr>
        <w:t>.</w:t>
      </w:r>
      <w:r w:rsidR="0021017D">
        <w:rPr>
          <w:sz w:val="20"/>
        </w:rPr>
        <w:t>71</w:t>
      </w:r>
      <w:r w:rsidRPr="009E25E6">
        <w:rPr>
          <w:sz w:val="20"/>
        </w:rPr>
        <w:t>, 0.</w:t>
      </w:r>
      <w:r w:rsidR="0021017D">
        <w:rPr>
          <w:sz w:val="20"/>
        </w:rPr>
        <w:t>39</w:t>
      </w:r>
      <w:r w:rsidRPr="009E25E6">
        <w:rPr>
          <w:sz w:val="20"/>
        </w:rPr>
        <w:t>, and 0.</w:t>
      </w:r>
      <w:r w:rsidR="0021017D">
        <w:rPr>
          <w:sz w:val="20"/>
        </w:rPr>
        <w:t>65</w:t>
      </w:r>
      <w:r w:rsidRPr="009E25E6">
        <w:rPr>
          <w:sz w:val="20"/>
        </w:rPr>
        <w:t xml:space="preserve">, for percentage male, mean age, mean PANSS total score, mean PANSS positive score, mean PANSS negative score, and mean CGI-S score at baseline, respectively. This indicates no significant difference between </w:t>
      </w:r>
      <w:r>
        <w:rPr>
          <w:sz w:val="20"/>
        </w:rPr>
        <w:t xml:space="preserve">treatment </w:t>
      </w:r>
      <w:r w:rsidRPr="009E25E6">
        <w:rPr>
          <w:sz w:val="20"/>
        </w:rPr>
        <w:t>nodes</w:t>
      </w:r>
      <w:r w:rsidR="0021017D">
        <w:rPr>
          <w:sz w:val="20"/>
        </w:rPr>
        <w:t xml:space="preserve">, except for percentage male. </w:t>
      </w:r>
      <w:r w:rsidR="00CD7552">
        <w:rPr>
          <w:sz w:val="20"/>
        </w:rPr>
        <w:t>Clozapine</w:t>
      </w:r>
      <w:r w:rsidR="0021017D">
        <w:rPr>
          <w:sz w:val="20"/>
        </w:rPr>
        <w:t xml:space="preserve"> was among the most dissimilar treatment nodes for </w:t>
      </w:r>
      <w:r w:rsidR="00BF29BF">
        <w:rPr>
          <w:sz w:val="20"/>
        </w:rPr>
        <w:lastRenderedPageBreak/>
        <w:t>this</w:t>
      </w:r>
      <w:r w:rsidR="0021017D">
        <w:rPr>
          <w:sz w:val="20"/>
        </w:rPr>
        <w:t xml:space="preserve"> potential effect modifier</w:t>
      </w:r>
      <w:r w:rsidR="00C84739">
        <w:rPr>
          <w:sz w:val="20"/>
        </w:rPr>
        <w:t>. However, a</w:t>
      </w:r>
      <w:r w:rsidR="00C84739" w:rsidRPr="00BC00A1">
        <w:rPr>
          <w:sz w:val="20"/>
        </w:rPr>
        <w:t>fter applying a Bonferroni correction for six tests (p ≤ 0.0083), no treatment comparisons reached statistical significance.</w:t>
      </w:r>
    </w:p>
    <w:p w14:paraId="6F408E2F" w14:textId="4D31FF57" w:rsidR="000F183A" w:rsidRPr="00EB75F0" w:rsidRDefault="00A06AE8" w:rsidP="00766C59">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29</w:t>
        </w:r>
      </w:fldSimple>
      <w:r w:rsidR="000F183A" w:rsidRPr="00EB75F0">
        <w:t>:</w:t>
      </w:r>
      <w:r w:rsidR="005A2EAA" w:rsidRPr="00EB75F0">
        <w:t xml:space="preserve"> Discontinuation due to all causes – League table – random-effects model, base case network – OR (95% </w:t>
      </w:r>
      <w:proofErr w:type="spellStart"/>
      <w:r w:rsidR="005A2EAA" w:rsidRPr="00EB75F0">
        <w:t>CrI</w:t>
      </w:r>
      <w:proofErr w:type="spellEnd"/>
      <w:r w:rsidR="005A2EAA" w:rsidRPr="00EB75F0">
        <w:t>)</w:t>
      </w:r>
    </w:p>
    <w:tbl>
      <w:tblPr>
        <w:tblStyle w:val="Lumanitytable"/>
        <w:tblW w:w="14782" w:type="dxa"/>
        <w:tblLayout w:type="fixed"/>
        <w:tblLook w:val="04A0" w:firstRow="1" w:lastRow="0" w:firstColumn="1" w:lastColumn="0" w:noHBand="0" w:noVBand="1"/>
      </w:tblPr>
      <w:tblGrid>
        <w:gridCol w:w="1255"/>
        <w:gridCol w:w="1440"/>
        <w:gridCol w:w="1440"/>
        <w:gridCol w:w="1440"/>
        <w:gridCol w:w="1440"/>
        <w:gridCol w:w="1635"/>
        <w:gridCol w:w="1732"/>
        <w:gridCol w:w="1465"/>
        <w:gridCol w:w="1465"/>
        <w:gridCol w:w="1470"/>
      </w:tblGrid>
      <w:tr w:rsidR="004B437A" w:rsidRPr="00EB75F0" w14:paraId="00F49BB9" w14:textId="77777777" w:rsidTr="004B437A">
        <w:trPr>
          <w:cnfStyle w:val="100000000000" w:firstRow="1" w:lastRow="0" w:firstColumn="0" w:lastColumn="0" w:oddVBand="0" w:evenVBand="0" w:oddHBand="0" w:evenHBand="0" w:firstRowFirstColumn="0" w:firstRowLastColumn="0" w:lastRowFirstColumn="0" w:lastRowLastColumn="0"/>
          <w:trHeight w:val="288"/>
          <w:tblHeader/>
        </w:trPr>
        <w:tc>
          <w:tcPr>
            <w:tcW w:w="1255" w:type="dxa"/>
            <w:vAlign w:val="center"/>
            <w:hideMark/>
          </w:tcPr>
          <w:p w14:paraId="7E3E0BD2" w14:textId="77777777" w:rsidR="00B501C3" w:rsidRPr="00EB75F0" w:rsidRDefault="00B501C3" w:rsidP="004B437A">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440" w:type="dxa"/>
            <w:vAlign w:val="center"/>
            <w:hideMark/>
          </w:tcPr>
          <w:p w14:paraId="2D586ECD" w14:textId="77777777" w:rsidR="00B501C3" w:rsidRPr="00EB75F0" w:rsidRDefault="00B501C3" w:rsidP="004B437A">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440" w:type="dxa"/>
            <w:vAlign w:val="center"/>
            <w:hideMark/>
          </w:tcPr>
          <w:p w14:paraId="349F7D86" w14:textId="77777777" w:rsidR="00B501C3" w:rsidRPr="00EB75F0" w:rsidRDefault="00B501C3" w:rsidP="004B437A">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440" w:type="dxa"/>
            <w:vAlign w:val="center"/>
            <w:hideMark/>
          </w:tcPr>
          <w:p w14:paraId="659F495B" w14:textId="77777777" w:rsidR="00B501C3" w:rsidRPr="00EB75F0" w:rsidRDefault="00B501C3" w:rsidP="004B437A">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440" w:type="dxa"/>
            <w:vAlign w:val="center"/>
          </w:tcPr>
          <w:p w14:paraId="2ACE136F" w14:textId="77777777" w:rsidR="00B501C3" w:rsidRPr="00EB75F0" w:rsidRDefault="00B501C3" w:rsidP="004B437A">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Clozapine</w:t>
            </w:r>
          </w:p>
        </w:tc>
        <w:tc>
          <w:tcPr>
            <w:tcW w:w="1635" w:type="dxa"/>
            <w:vAlign w:val="center"/>
            <w:hideMark/>
          </w:tcPr>
          <w:p w14:paraId="3ECC47F7" w14:textId="2C60B018" w:rsidR="00B501C3" w:rsidRPr="00EB75F0" w:rsidRDefault="009A3ECD" w:rsidP="004B437A">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732" w:type="dxa"/>
            <w:vAlign w:val="center"/>
            <w:hideMark/>
          </w:tcPr>
          <w:p w14:paraId="3DF1A2E0" w14:textId="77777777" w:rsidR="00B501C3" w:rsidRPr="00EB75F0" w:rsidRDefault="00B501C3" w:rsidP="004B437A">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465" w:type="dxa"/>
            <w:vAlign w:val="center"/>
            <w:hideMark/>
          </w:tcPr>
          <w:p w14:paraId="7A024489" w14:textId="77777777" w:rsidR="00B501C3" w:rsidRPr="00EB75F0" w:rsidRDefault="00B501C3" w:rsidP="004B437A">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465" w:type="dxa"/>
            <w:vAlign w:val="center"/>
            <w:hideMark/>
          </w:tcPr>
          <w:p w14:paraId="440C41D1" w14:textId="77777777" w:rsidR="00B501C3" w:rsidRPr="00EB75F0" w:rsidRDefault="00B501C3" w:rsidP="004B437A">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470" w:type="dxa"/>
            <w:vAlign w:val="center"/>
            <w:hideMark/>
          </w:tcPr>
          <w:p w14:paraId="2545C71E" w14:textId="77777777" w:rsidR="00B501C3" w:rsidRPr="00EB75F0" w:rsidRDefault="00B501C3" w:rsidP="004B437A">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4B437A" w:rsidRPr="00EB75F0" w14:paraId="7D34A8B4" w14:textId="77777777" w:rsidTr="004B437A">
        <w:trPr>
          <w:trHeight w:val="288"/>
        </w:trPr>
        <w:tc>
          <w:tcPr>
            <w:tcW w:w="1255" w:type="dxa"/>
            <w:vAlign w:val="center"/>
            <w:hideMark/>
          </w:tcPr>
          <w:p w14:paraId="4306C92C"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440" w:type="dxa"/>
            <w:vAlign w:val="center"/>
          </w:tcPr>
          <w:p w14:paraId="766062F7"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0.66 (0.56, 0.79)</w:t>
            </w:r>
          </w:p>
        </w:tc>
        <w:tc>
          <w:tcPr>
            <w:tcW w:w="1440" w:type="dxa"/>
            <w:vAlign w:val="center"/>
          </w:tcPr>
          <w:p w14:paraId="6AC19C0F"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0.77 (0.62, 0.96)</w:t>
            </w:r>
          </w:p>
        </w:tc>
        <w:tc>
          <w:tcPr>
            <w:tcW w:w="1440" w:type="dxa"/>
            <w:vAlign w:val="center"/>
          </w:tcPr>
          <w:p w14:paraId="208CCEE2"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0.88 (0.73, 1.08)</w:t>
            </w:r>
          </w:p>
        </w:tc>
        <w:tc>
          <w:tcPr>
            <w:tcW w:w="1440" w:type="dxa"/>
            <w:vAlign w:val="center"/>
          </w:tcPr>
          <w:p w14:paraId="54E96900"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0.38 (0.13, 1.07)</w:t>
            </w:r>
          </w:p>
        </w:tc>
        <w:tc>
          <w:tcPr>
            <w:tcW w:w="1635" w:type="dxa"/>
            <w:shd w:val="clear" w:color="auto" w:fill="CFEDFF"/>
            <w:vAlign w:val="center"/>
          </w:tcPr>
          <w:p w14:paraId="196E07FC"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1.24 (0.87, 1.77)</w:t>
            </w:r>
          </w:p>
        </w:tc>
        <w:tc>
          <w:tcPr>
            <w:tcW w:w="1732" w:type="dxa"/>
            <w:vAlign w:val="center"/>
          </w:tcPr>
          <w:p w14:paraId="2D350000"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0.45 (0.23, 0.84)</w:t>
            </w:r>
          </w:p>
        </w:tc>
        <w:tc>
          <w:tcPr>
            <w:tcW w:w="1465" w:type="dxa"/>
            <w:vAlign w:val="center"/>
          </w:tcPr>
          <w:p w14:paraId="654DD557"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0.52 (0.42, 0.64)</w:t>
            </w:r>
          </w:p>
        </w:tc>
        <w:tc>
          <w:tcPr>
            <w:tcW w:w="1465" w:type="dxa"/>
            <w:vAlign w:val="center"/>
          </w:tcPr>
          <w:p w14:paraId="75FE6689"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0.59 (0.46, 0.78)</w:t>
            </w:r>
          </w:p>
        </w:tc>
        <w:tc>
          <w:tcPr>
            <w:tcW w:w="1470" w:type="dxa"/>
            <w:vAlign w:val="center"/>
          </w:tcPr>
          <w:p w14:paraId="3BB0803E"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0.74 (0.61, 0.89)</w:t>
            </w:r>
          </w:p>
        </w:tc>
      </w:tr>
      <w:tr w:rsidR="004B437A" w:rsidRPr="00EB75F0" w14:paraId="7713AC82" w14:textId="77777777" w:rsidTr="004B437A">
        <w:trPr>
          <w:trHeight w:val="288"/>
        </w:trPr>
        <w:tc>
          <w:tcPr>
            <w:tcW w:w="1255" w:type="dxa"/>
            <w:vAlign w:val="center"/>
            <w:hideMark/>
          </w:tcPr>
          <w:p w14:paraId="68390DF4"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440" w:type="dxa"/>
            <w:shd w:val="clear" w:color="auto" w:fill="C6C6C6"/>
            <w:noWrap/>
            <w:vAlign w:val="center"/>
          </w:tcPr>
          <w:p w14:paraId="6FD9408D"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p>
        </w:tc>
        <w:tc>
          <w:tcPr>
            <w:tcW w:w="1440" w:type="dxa"/>
            <w:vAlign w:val="center"/>
          </w:tcPr>
          <w:p w14:paraId="7C8E452C"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1.16 (0.88, 1.52)</w:t>
            </w:r>
          </w:p>
        </w:tc>
        <w:tc>
          <w:tcPr>
            <w:tcW w:w="1440" w:type="dxa"/>
            <w:vAlign w:val="center"/>
          </w:tcPr>
          <w:p w14:paraId="7900B52C"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1.33 (1.05, 1.7)</w:t>
            </w:r>
          </w:p>
        </w:tc>
        <w:tc>
          <w:tcPr>
            <w:tcW w:w="1440" w:type="dxa"/>
            <w:vAlign w:val="center"/>
          </w:tcPr>
          <w:p w14:paraId="2B33537E"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0.57 (0.2, 1.6)</w:t>
            </w:r>
          </w:p>
        </w:tc>
        <w:tc>
          <w:tcPr>
            <w:tcW w:w="1635" w:type="dxa"/>
            <w:shd w:val="clear" w:color="auto" w:fill="CFEDFF"/>
            <w:vAlign w:val="center"/>
          </w:tcPr>
          <w:p w14:paraId="6B16E203"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1.88 (1.26, 2.8)</w:t>
            </w:r>
          </w:p>
        </w:tc>
        <w:tc>
          <w:tcPr>
            <w:tcW w:w="1732" w:type="dxa"/>
            <w:vAlign w:val="center"/>
          </w:tcPr>
          <w:p w14:paraId="67E973BD"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0.69 (0.34, 1.3)</w:t>
            </w:r>
          </w:p>
        </w:tc>
        <w:tc>
          <w:tcPr>
            <w:tcW w:w="1465" w:type="dxa"/>
            <w:vAlign w:val="center"/>
          </w:tcPr>
          <w:p w14:paraId="020A142C"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0.79 (0.6, 1.03)</w:t>
            </w:r>
          </w:p>
        </w:tc>
        <w:tc>
          <w:tcPr>
            <w:tcW w:w="1465" w:type="dxa"/>
            <w:vAlign w:val="center"/>
          </w:tcPr>
          <w:p w14:paraId="57B48EC9"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 (0.65, 1.23)</w:t>
            </w:r>
          </w:p>
        </w:tc>
        <w:tc>
          <w:tcPr>
            <w:tcW w:w="1470" w:type="dxa"/>
            <w:vAlign w:val="center"/>
          </w:tcPr>
          <w:p w14:paraId="44D694B5"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1.11 (0.88, 1.41)</w:t>
            </w:r>
          </w:p>
        </w:tc>
      </w:tr>
      <w:tr w:rsidR="004B437A" w:rsidRPr="00EB75F0" w14:paraId="66A02EEE" w14:textId="77777777" w:rsidTr="004B437A">
        <w:trPr>
          <w:trHeight w:val="288"/>
        </w:trPr>
        <w:tc>
          <w:tcPr>
            <w:tcW w:w="1255" w:type="dxa"/>
            <w:vAlign w:val="center"/>
            <w:hideMark/>
          </w:tcPr>
          <w:p w14:paraId="48CDDF60"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440" w:type="dxa"/>
            <w:vAlign w:val="center"/>
          </w:tcPr>
          <w:p w14:paraId="1CFF524C"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0.86 (0.66, 1.13)</w:t>
            </w:r>
          </w:p>
        </w:tc>
        <w:tc>
          <w:tcPr>
            <w:tcW w:w="1440" w:type="dxa"/>
            <w:shd w:val="clear" w:color="auto" w:fill="C6C6C6"/>
            <w:noWrap/>
            <w:vAlign w:val="center"/>
          </w:tcPr>
          <w:p w14:paraId="0A050115"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p>
        </w:tc>
        <w:tc>
          <w:tcPr>
            <w:tcW w:w="1440" w:type="dxa"/>
            <w:vAlign w:val="center"/>
          </w:tcPr>
          <w:p w14:paraId="7D074370"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1.15 (0.86, 1.54)</w:t>
            </w:r>
          </w:p>
        </w:tc>
        <w:tc>
          <w:tcPr>
            <w:tcW w:w="1440" w:type="dxa"/>
            <w:vAlign w:val="center"/>
          </w:tcPr>
          <w:p w14:paraId="1AB32477"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0.49 (0.17, 1.41)</w:t>
            </w:r>
          </w:p>
        </w:tc>
        <w:tc>
          <w:tcPr>
            <w:tcW w:w="1635" w:type="dxa"/>
            <w:shd w:val="clear" w:color="auto" w:fill="CFEDFF"/>
            <w:vAlign w:val="center"/>
          </w:tcPr>
          <w:p w14:paraId="658A979C"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1.61 (1.07, 2.51)</w:t>
            </w:r>
          </w:p>
        </w:tc>
        <w:tc>
          <w:tcPr>
            <w:tcW w:w="1732" w:type="dxa"/>
            <w:vAlign w:val="center"/>
          </w:tcPr>
          <w:p w14:paraId="10E72639"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0.59 (0.29, 1.15)</w:t>
            </w:r>
          </w:p>
        </w:tc>
        <w:tc>
          <w:tcPr>
            <w:tcW w:w="1465" w:type="dxa"/>
            <w:vAlign w:val="center"/>
          </w:tcPr>
          <w:p w14:paraId="0EB2176D"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0.68 (0.5, 0.91)</w:t>
            </w:r>
          </w:p>
        </w:tc>
        <w:tc>
          <w:tcPr>
            <w:tcW w:w="1465" w:type="dxa"/>
            <w:vAlign w:val="center"/>
          </w:tcPr>
          <w:p w14:paraId="61396558"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0.77 (0.56, 1.07)</w:t>
            </w:r>
          </w:p>
        </w:tc>
        <w:tc>
          <w:tcPr>
            <w:tcW w:w="1470" w:type="dxa"/>
            <w:vAlign w:val="center"/>
          </w:tcPr>
          <w:p w14:paraId="71F1DC5F"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0.96 (0.72, 1.28)</w:t>
            </w:r>
          </w:p>
        </w:tc>
      </w:tr>
      <w:tr w:rsidR="004B437A" w:rsidRPr="00EB75F0" w14:paraId="5895AA25" w14:textId="77777777" w:rsidTr="004B437A">
        <w:trPr>
          <w:trHeight w:val="288"/>
        </w:trPr>
        <w:tc>
          <w:tcPr>
            <w:tcW w:w="1255" w:type="dxa"/>
            <w:vAlign w:val="center"/>
            <w:hideMark/>
          </w:tcPr>
          <w:p w14:paraId="2A355B92"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440" w:type="dxa"/>
            <w:vAlign w:val="center"/>
          </w:tcPr>
          <w:p w14:paraId="5C06B439"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0.75 (0.59, 0.95)</w:t>
            </w:r>
          </w:p>
        </w:tc>
        <w:tc>
          <w:tcPr>
            <w:tcW w:w="1440" w:type="dxa"/>
            <w:vAlign w:val="center"/>
          </w:tcPr>
          <w:p w14:paraId="083CD3CA"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0.87 (0.65, 1.16)</w:t>
            </w:r>
          </w:p>
        </w:tc>
        <w:tc>
          <w:tcPr>
            <w:tcW w:w="1440" w:type="dxa"/>
            <w:shd w:val="clear" w:color="auto" w:fill="C6C6C6"/>
            <w:noWrap/>
            <w:vAlign w:val="center"/>
          </w:tcPr>
          <w:p w14:paraId="2095A122"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p>
        </w:tc>
        <w:tc>
          <w:tcPr>
            <w:tcW w:w="1440" w:type="dxa"/>
            <w:vAlign w:val="center"/>
          </w:tcPr>
          <w:p w14:paraId="27536A66"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0.43 (0.15, 1.22)</w:t>
            </w:r>
          </w:p>
        </w:tc>
        <w:tc>
          <w:tcPr>
            <w:tcW w:w="1635" w:type="dxa"/>
            <w:shd w:val="clear" w:color="auto" w:fill="CFEDFF"/>
            <w:vAlign w:val="center"/>
          </w:tcPr>
          <w:p w14:paraId="462584C0"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1.42 (0.93, 2.12)</w:t>
            </w:r>
          </w:p>
        </w:tc>
        <w:tc>
          <w:tcPr>
            <w:tcW w:w="1732" w:type="dxa"/>
            <w:vAlign w:val="center"/>
          </w:tcPr>
          <w:p w14:paraId="28628E59"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0.51 (0.26, 0.99)</w:t>
            </w:r>
          </w:p>
        </w:tc>
        <w:tc>
          <w:tcPr>
            <w:tcW w:w="1465" w:type="dxa"/>
            <w:vAlign w:val="center"/>
          </w:tcPr>
          <w:p w14:paraId="67FBA294"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0.59 (0.45, 0.79)</w:t>
            </w:r>
          </w:p>
        </w:tc>
        <w:tc>
          <w:tcPr>
            <w:tcW w:w="1465" w:type="dxa"/>
            <w:vAlign w:val="center"/>
          </w:tcPr>
          <w:p w14:paraId="3B98F516"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0.68 (0.49, 0.94)</w:t>
            </w:r>
          </w:p>
        </w:tc>
        <w:tc>
          <w:tcPr>
            <w:tcW w:w="1470" w:type="dxa"/>
            <w:vAlign w:val="center"/>
          </w:tcPr>
          <w:p w14:paraId="75FF275A"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0.84 (0.65, 1.06)</w:t>
            </w:r>
          </w:p>
        </w:tc>
      </w:tr>
      <w:tr w:rsidR="004B437A" w:rsidRPr="00EB75F0" w14:paraId="4106BC8A" w14:textId="77777777" w:rsidTr="004B437A">
        <w:trPr>
          <w:trHeight w:val="288"/>
        </w:trPr>
        <w:tc>
          <w:tcPr>
            <w:tcW w:w="1255" w:type="dxa"/>
            <w:vAlign w:val="center"/>
          </w:tcPr>
          <w:p w14:paraId="00AD306D" w14:textId="7B54C0EE"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Clozapine</w:t>
            </w:r>
          </w:p>
        </w:tc>
        <w:tc>
          <w:tcPr>
            <w:tcW w:w="1440" w:type="dxa"/>
            <w:vAlign w:val="center"/>
          </w:tcPr>
          <w:p w14:paraId="0F27770E"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1.75 (0.62, 5.06)</w:t>
            </w:r>
          </w:p>
        </w:tc>
        <w:tc>
          <w:tcPr>
            <w:tcW w:w="1440" w:type="dxa"/>
            <w:vAlign w:val="center"/>
          </w:tcPr>
          <w:p w14:paraId="780F0310"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2.02 (0.71, 6.04)</w:t>
            </w:r>
          </w:p>
        </w:tc>
        <w:tc>
          <w:tcPr>
            <w:tcW w:w="1440" w:type="dxa"/>
            <w:noWrap/>
            <w:vAlign w:val="center"/>
          </w:tcPr>
          <w:p w14:paraId="72F5843E"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2.32 (0.82, 6.79)</w:t>
            </w:r>
          </w:p>
        </w:tc>
        <w:tc>
          <w:tcPr>
            <w:tcW w:w="1440" w:type="dxa"/>
            <w:shd w:val="clear" w:color="auto" w:fill="C6C6C6" w:themeFill="text1" w:themeFillTint="40"/>
            <w:vAlign w:val="center"/>
          </w:tcPr>
          <w:p w14:paraId="4FDF37AF"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p>
        </w:tc>
        <w:tc>
          <w:tcPr>
            <w:tcW w:w="1635" w:type="dxa"/>
            <w:shd w:val="clear" w:color="auto" w:fill="CFEDFF"/>
            <w:vAlign w:val="center"/>
          </w:tcPr>
          <w:p w14:paraId="41680379"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3.29 (1.09, 10.06)</w:t>
            </w:r>
          </w:p>
        </w:tc>
        <w:tc>
          <w:tcPr>
            <w:tcW w:w="1732" w:type="dxa"/>
            <w:vAlign w:val="center"/>
          </w:tcPr>
          <w:p w14:paraId="4E5A1D10"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1.19 (0.34, 4.02)</w:t>
            </w:r>
          </w:p>
        </w:tc>
        <w:tc>
          <w:tcPr>
            <w:tcW w:w="1465" w:type="dxa"/>
            <w:vAlign w:val="center"/>
          </w:tcPr>
          <w:p w14:paraId="7219BC10"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1.39 (0.48, 4)</w:t>
            </w:r>
          </w:p>
        </w:tc>
        <w:tc>
          <w:tcPr>
            <w:tcW w:w="1465" w:type="dxa"/>
            <w:vAlign w:val="center"/>
          </w:tcPr>
          <w:p w14:paraId="60509611"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1.58 (0.55, 4.72)</w:t>
            </w:r>
          </w:p>
        </w:tc>
        <w:tc>
          <w:tcPr>
            <w:tcW w:w="1470" w:type="dxa"/>
            <w:vAlign w:val="center"/>
          </w:tcPr>
          <w:p w14:paraId="0E99E584"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1.94 (0.7, 5.52)</w:t>
            </w:r>
          </w:p>
        </w:tc>
      </w:tr>
      <w:tr w:rsidR="004B437A" w:rsidRPr="00EB75F0" w14:paraId="30081477" w14:textId="77777777" w:rsidTr="004B437A">
        <w:trPr>
          <w:trHeight w:val="288"/>
        </w:trPr>
        <w:tc>
          <w:tcPr>
            <w:tcW w:w="1255" w:type="dxa"/>
            <w:vAlign w:val="center"/>
            <w:hideMark/>
          </w:tcPr>
          <w:p w14:paraId="3A7BCDD4" w14:textId="237428A7" w:rsidR="00B501C3" w:rsidRPr="00EB75F0" w:rsidRDefault="009A3ECD" w:rsidP="004B437A">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440" w:type="dxa"/>
            <w:vAlign w:val="center"/>
          </w:tcPr>
          <w:p w14:paraId="3A9413BC"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0.53 (0.36, 0.79)</w:t>
            </w:r>
          </w:p>
        </w:tc>
        <w:tc>
          <w:tcPr>
            <w:tcW w:w="1440" w:type="dxa"/>
            <w:vAlign w:val="center"/>
          </w:tcPr>
          <w:p w14:paraId="5DC5E558"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0.62 (0.4, 0.93)</w:t>
            </w:r>
          </w:p>
        </w:tc>
        <w:tc>
          <w:tcPr>
            <w:tcW w:w="1440" w:type="dxa"/>
            <w:vAlign w:val="center"/>
          </w:tcPr>
          <w:p w14:paraId="0BFC36D7"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0.71 (0.47, 1.08)</w:t>
            </w:r>
          </w:p>
        </w:tc>
        <w:tc>
          <w:tcPr>
            <w:tcW w:w="1440" w:type="dxa"/>
            <w:vAlign w:val="center"/>
          </w:tcPr>
          <w:p w14:paraId="65D08FB9"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 (0.1, 0.92)</w:t>
            </w:r>
          </w:p>
        </w:tc>
        <w:tc>
          <w:tcPr>
            <w:tcW w:w="1635" w:type="dxa"/>
            <w:shd w:val="clear" w:color="auto" w:fill="C6C6C6"/>
            <w:noWrap/>
            <w:vAlign w:val="center"/>
          </w:tcPr>
          <w:p w14:paraId="0D26A033"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p>
        </w:tc>
        <w:tc>
          <w:tcPr>
            <w:tcW w:w="1732" w:type="dxa"/>
            <w:vAlign w:val="center"/>
          </w:tcPr>
          <w:p w14:paraId="1DDC7EE6"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0.37 (0.17, 0.75)</w:t>
            </w:r>
          </w:p>
        </w:tc>
        <w:tc>
          <w:tcPr>
            <w:tcW w:w="1465" w:type="dxa"/>
            <w:vAlign w:val="center"/>
          </w:tcPr>
          <w:p w14:paraId="2EFD0423"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0.42 (0.28, 0.64)</w:t>
            </w:r>
          </w:p>
        </w:tc>
        <w:tc>
          <w:tcPr>
            <w:tcW w:w="1465" w:type="dxa"/>
            <w:vAlign w:val="center"/>
          </w:tcPr>
          <w:p w14:paraId="3B94909A"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0.48 (0.31, 0.75)</w:t>
            </w:r>
          </w:p>
        </w:tc>
        <w:tc>
          <w:tcPr>
            <w:tcW w:w="1470" w:type="dxa"/>
            <w:vAlign w:val="center"/>
          </w:tcPr>
          <w:p w14:paraId="4D7C2E46"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0.59 (0.4, 0.89)</w:t>
            </w:r>
          </w:p>
        </w:tc>
      </w:tr>
      <w:tr w:rsidR="004B437A" w:rsidRPr="00EB75F0" w14:paraId="1F7FCAE1" w14:textId="77777777" w:rsidTr="004B437A">
        <w:trPr>
          <w:trHeight w:val="288"/>
        </w:trPr>
        <w:tc>
          <w:tcPr>
            <w:tcW w:w="1255" w:type="dxa"/>
            <w:vAlign w:val="center"/>
            <w:hideMark/>
          </w:tcPr>
          <w:p w14:paraId="4105D553"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440" w:type="dxa"/>
            <w:vAlign w:val="center"/>
          </w:tcPr>
          <w:p w14:paraId="17D59E8E"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1.46 (0.77, 2.93)</w:t>
            </w:r>
          </w:p>
        </w:tc>
        <w:tc>
          <w:tcPr>
            <w:tcW w:w="1440" w:type="dxa"/>
            <w:vAlign w:val="center"/>
          </w:tcPr>
          <w:p w14:paraId="79307969"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1.69 (0.87, 3.46)</w:t>
            </w:r>
          </w:p>
        </w:tc>
        <w:tc>
          <w:tcPr>
            <w:tcW w:w="1440" w:type="dxa"/>
            <w:vAlign w:val="center"/>
          </w:tcPr>
          <w:p w14:paraId="53AEAA74"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1.95 (1.01, 3.88)</w:t>
            </w:r>
          </w:p>
        </w:tc>
        <w:tc>
          <w:tcPr>
            <w:tcW w:w="1440" w:type="dxa"/>
            <w:vAlign w:val="center"/>
          </w:tcPr>
          <w:p w14:paraId="6ECE00F9"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0.84 (0.25, 2.91)</w:t>
            </w:r>
          </w:p>
        </w:tc>
        <w:tc>
          <w:tcPr>
            <w:tcW w:w="1635" w:type="dxa"/>
            <w:shd w:val="clear" w:color="auto" w:fill="CFEDFF"/>
            <w:vAlign w:val="center"/>
          </w:tcPr>
          <w:p w14:paraId="700852AE"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2.74 (1.34, 5.93)</w:t>
            </w:r>
          </w:p>
        </w:tc>
        <w:tc>
          <w:tcPr>
            <w:tcW w:w="1732" w:type="dxa"/>
            <w:shd w:val="clear" w:color="auto" w:fill="C6C6C6"/>
            <w:noWrap/>
            <w:vAlign w:val="center"/>
          </w:tcPr>
          <w:p w14:paraId="0A58D1BA"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p>
        </w:tc>
        <w:tc>
          <w:tcPr>
            <w:tcW w:w="1465" w:type="dxa"/>
            <w:vAlign w:val="center"/>
          </w:tcPr>
          <w:p w14:paraId="0C72916F"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1.15 (0.6, 2.31)</w:t>
            </w:r>
          </w:p>
        </w:tc>
        <w:tc>
          <w:tcPr>
            <w:tcW w:w="1465" w:type="dxa"/>
            <w:vAlign w:val="center"/>
          </w:tcPr>
          <w:p w14:paraId="22420008"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1.31 (0.67, 2.73)</w:t>
            </w:r>
          </w:p>
        </w:tc>
        <w:tc>
          <w:tcPr>
            <w:tcW w:w="1470" w:type="dxa"/>
            <w:vAlign w:val="center"/>
          </w:tcPr>
          <w:p w14:paraId="5907E8EE"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1.63 (0.86, 3.27)</w:t>
            </w:r>
          </w:p>
        </w:tc>
      </w:tr>
      <w:tr w:rsidR="004B437A" w:rsidRPr="00EB75F0" w14:paraId="66BCC8BA" w14:textId="77777777" w:rsidTr="004B437A">
        <w:trPr>
          <w:trHeight w:val="288"/>
        </w:trPr>
        <w:tc>
          <w:tcPr>
            <w:tcW w:w="1255" w:type="dxa"/>
            <w:vAlign w:val="center"/>
            <w:hideMark/>
          </w:tcPr>
          <w:p w14:paraId="0496DA1B"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440" w:type="dxa"/>
            <w:vAlign w:val="center"/>
          </w:tcPr>
          <w:p w14:paraId="2A39F269"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1.26 (0.97, 1.65)</w:t>
            </w:r>
          </w:p>
        </w:tc>
        <w:tc>
          <w:tcPr>
            <w:tcW w:w="1440" w:type="dxa"/>
            <w:vAlign w:val="center"/>
          </w:tcPr>
          <w:p w14:paraId="0C156D41"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1.46 (1.09, 1.99)</w:t>
            </w:r>
          </w:p>
        </w:tc>
        <w:tc>
          <w:tcPr>
            <w:tcW w:w="1440" w:type="dxa"/>
            <w:vAlign w:val="center"/>
          </w:tcPr>
          <w:p w14:paraId="2D0D188D"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1.68 (1.27, 2.24)</w:t>
            </w:r>
          </w:p>
        </w:tc>
        <w:tc>
          <w:tcPr>
            <w:tcW w:w="1440" w:type="dxa"/>
            <w:vAlign w:val="center"/>
          </w:tcPr>
          <w:p w14:paraId="6A73AD11"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0.72 (0.25, 2.08)</w:t>
            </w:r>
          </w:p>
        </w:tc>
        <w:tc>
          <w:tcPr>
            <w:tcW w:w="1635" w:type="dxa"/>
            <w:shd w:val="clear" w:color="auto" w:fill="CFEDFF"/>
            <w:vAlign w:val="center"/>
          </w:tcPr>
          <w:p w14:paraId="72C348D4"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2.37 (1.57, 3.56)</w:t>
            </w:r>
          </w:p>
        </w:tc>
        <w:tc>
          <w:tcPr>
            <w:tcW w:w="1732" w:type="dxa"/>
            <w:vAlign w:val="center"/>
          </w:tcPr>
          <w:p w14:paraId="48CDDD2F"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0.87 (0.43, 1.66)</w:t>
            </w:r>
          </w:p>
        </w:tc>
        <w:tc>
          <w:tcPr>
            <w:tcW w:w="1465" w:type="dxa"/>
            <w:shd w:val="clear" w:color="auto" w:fill="C6C6C6"/>
            <w:noWrap/>
            <w:vAlign w:val="center"/>
          </w:tcPr>
          <w:p w14:paraId="1CAB2AC5"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p>
        </w:tc>
        <w:tc>
          <w:tcPr>
            <w:tcW w:w="1465" w:type="dxa"/>
            <w:vAlign w:val="center"/>
          </w:tcPr>
          <w:p w14:paraId="6D94811C" w14:textId="77777777"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1.13 (0.81, 1.61)</w:t>
            </w:r>
          </w:p>
        </w:tc>
        <w:tc>
          <w:tcPr>
            <w:tcW w:w="1470" w:type="dxa"/>
            <w:vAlign w:val="center"/>
          </w:tcPr>
          <w:p w14:paraId="7529FC31" w14:textId="77777777" w:rsidR="00B501C3" w:rsidRPr="00EB75F0" w:rsidRDefault="00B501C3" w:rsidP="004B437A">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 (1.08, 1.85)</w:t>
            </w:r>
          </w:p>
        </w:tc>
      </w:tr>
      <w:tr w:rsidR="004B437A" w:rsidRPr="00EB75F0" w14:paraId="4B084F9C" w14:textId="77777777" w:rsidTr="004B437A">
        <w:trPr>
          <w:trHeight w:val="288"/>
        </w:trPr>
        <w:tc>
          <w:tcPr>
            <w:tcW w:w="1255" w:type="dxa"/>
            <w:vAlign w:val="center"/>
            <w:hideMark/>
          </w:tcPr>
          <w:p w14:paraId="736D7B2F" w14:textId="77777777" w:rsidR="00B501C3" w:rsidRPr="00EB75F0" w:rsidRDefault="00B501C3" w:rsidP="004B437A">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440" w:type="dxa"/>
            <w:vAlign w:val="center"/>
          </w:tcPr>
          <w:p w14:paraId="4A1B9E54" w14:textId="77777777" w:rsidR="00B501C3" w:rsidRPr="00EB75F0" w:rsidRDefault="00B501C3" w:rsidP="004B437A">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1.12 (0.82, 1.53)</w:t>
            </w:r>
          </w:p>
        </w:tc>
        <w:tc>
          <w:tcPr>
            <w:tcW w:w="1440" w:type="dxa"/>
            <w:vAlign w:val="center"/>
          </w:tcPr>
          <w:p w14:paraId="2095D7DB" w14:textId="77777777" w:rsidR="00B501C3" w:rsidRPr="00EB75F0" w:rsidRDefault="00B501C3" w:rsidP="004B437A">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1.29 (0.93, 1.79)</w:t>
            </w:r>
          </w:p>
        </w:tc>
        <w:tc>
          <w:tcPr>
            <w:tcW w:w="1440" w:type="dxa"/>
            <w:vAlign w:val="center"/>
          </w:tcPr>
          <w:p w14:paraId="2F86B025" w14:textId="77777777" w:rsidR="00B501C3" w:rsidRPr="00EB75F0" w:rsidRDefault="00B501C3" w:rsidP="004B437A">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1.48 (1.07, 2.05)</w:t>
            </w:r>
          </w:p>
        </w:tc>
        <w:tc>
          <w:tcPr>
            <w:tcW w:w="1440" w:type="dxa"/>
            <w:vAlign w:val="center"/>
          </w:tcPr>
          <w:p w14:paraId="5D204F23" w14:textId="77777777" w:rsidR="00B501C3" w:rsidRPr="00EB75F0" w:rsidRDefault="00B501C3" w:rsidP="004B437A">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0.63 (0.21, 1.82)</w:t>
            </w:r>
          </w:p>
        </w:tc>
        <w:tc>
          <w:tcPr>
            <w:tcW w:w="1635" w:type="dxa"/>
            <w:shd w:val="clear" w:color="auto" w:fill="CFEDFF"/>
            <w:vAlign w:val="center"/>
          </w:tcPr>
          <w:p w14:paraId="3B88C76F" w14:textId="77777777" w:rsidR="00B501C3" w:rsidRPr="00EB75F0" w:rsidRDefault="00B501C3" w:rsidP="004B437A">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2.1 (1.34, 3.27)</w:t>
            </w:r>
          </w:p>
        </w:tc>
        <w:tc>
          <w:tcPr>
            <w:tcW w:w="1732" w:type="dxa"/>
            <w:vAlign w:val="center"/>
          </w:tcPr>
          <w:p w14:paraId="0957BF60" w14:textId="77777777" w:rsidR="00B501C3" w:rsidRPr="00EB75F0" w:rsidRDefault="00B501C3" w:rsidP="004B437A">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0.76 (0.37, 1.48)</w:t>
            </w:r>
          </w:p>
        </w:tc>
        <w:tc>
          <w:tcPr>
            <w:tcW w:w="1465" w:type="dxa"/>
            <w:vAlign w:val="center"/>
          </w:tcPr>
          <w:p w14:paraId="06557562" w14:textId="77777777" w:rsidR="00B501C3" w:rsidRPr="00EB75F0" w:rsidRDefault="00B501C3" w:rsidP="004B437A">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(0.62, 1.24)</w:t>
            </w:r>
          </w:p>
        </w:tc>
        <w:tc>
          <w:tcPr>
            <w:tcW w:w="1465" w:type="dxa"/>
            <w:shd w:val="clear" w:color="auto" w:fill="C6C6C6"/>
            <w:noWrap/>
            <w:vAlign w:val="center"/>
          </w:tcPr>
          <w:p w14:paraId="1784EA39" w14:textId="77777777" w:rsidR="00B501C3" w:rsidRPr="00EB75F0" w:rsidRDefault="00B501C3" w:rsidP="004B437A">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470" w:type="dxa"/>
            <w:vAlign w:val="center"/>
          </w:tcPr>
          <w:p w14:paraId="611A5A55" w14:textId="77777777" w:rsidR="00B501C3" w:rsidRPr="00EB75F0" w:rsidRDefault="00B501C3" w:rsidP="004B437A">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1.24 (0.9, 1.72)</w:t>
            </w:r>
          </w:p>
        </w:tc>
      </w:tr>
      <w:tr w:rsidR="004B437A" w:rsidRPr="00EB75F0" w14:paraId="301D76E0" w14:textId="77777777" w:rsidTr="004B437A">
        <w:trPr>
          <w:trHeight w:val="288"/>
        </w:trPr>
        <w:tc>
          <w:tcPr>
            <w:tcW w:w="1255" w:type="dxa"/>
            <w:vAlign w:val="center"/>
            <w:hideMark/>
          </w:tcPr>
          <w:p w14:paraId="18E3009F" w14:textId="77777777" w:rsidR="00B501C3" w:rsidRPr="00EB75F0" w:rsidRDefault="00B501C3" w:rsidP="004B437A">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440" w:type="dxa"/>
            <w:vAlign w:val="center"/>
          </w:tcPr>
          <w:p w14:paraId="579B8B48" w14:textId="77777777" w:rsidR="00B501C3" w:rsidRPr="00EB75F0" w:rsidRDefault="00B501C3" w:rsidP="004B437A">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 (0.71, 1.14)</w:t>
            </w:r>
          </w:p>
        </w:tc>
        <w:tc>
          <w:tcPr>
            <w:tcW w:w="1440" w:type="dxa"/>
            <w:vAlign w:val="center"/>
          </w:tcPr>
          <w:p w14:paraId="053B39DA" w14:textId="77777777" w:rsidR="00B501C3" w:rsidRPr="00EB75F0" w:rsidRDefault="00B501C3" w:rsidP="004B437A">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1.04 (0.78, 1.39)</w:t>
            </w:r>
          </w:p>
        </w:tc>
        <w:tc>
          <w:tcPr>
            <w:tcW w:w="1440" w:type="dxa"/>
            <w:vAlign w:val="center"/>
          </w:tcPr>
          <w:p w14:paraId="4C271ADD" w14:textId="77777777" w:rsidR="00B501C3" w:rsidRPr="00EB75F0" w:rsidRDefault="00B501C3" w:rsidP="004B437A">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1.19 (0.94, 1.53)</w:t>
            </w:r>
          </w:p>
        </w:tc>
        <w:tc>
          <w:tcPr>
            <w:tcW w:w="1440" w:type="dxa"/>
            <w:vAlign w:val="center"/>
          </w:tcPr>
          <w:p w14:paraId="133E72BE" w14:textId="77777777" w:rsidR="00B501C3" w:rsidRPr="00EB75F0" w:rsidRDefault="00B501C3" w:rsidP="004B437A">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0.52 (0.18, 1.42)</w:t>
            </w:r>
          </w:p>
        </w:tc>
        <w:tc>
          <w:tcPr>
            <w:tcW w:w="1635" w:type="dxa"/>
            <w:shd w:val="clear" w:color="auto" w:fill="CFEDFF"/>
            <w:vAlign w:val="center"/>
          </w:tcPr>
          <w:p w14:paraId="5DC4B06C" w14:textId="77777777" w:rsidR="00B501C3" w:rsidRPr="00EB75F0" w:rsidRDefault="00B501C3" w:rsidP="004B437A">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 (1.12, 2.49)</w:t>
            </w:r>
          </w:p>
        </w:tc>
        <w:tc>
          <w:tcPr>
            <w:tcW w:w="1732" w:type="dxa"/>
            <w:vAlign w:val="center"/>
          </w:tcPr>
          <w:p w14:paraId="5DB1116C" w14:textId="77777777" w:rsidR="00B501C3" w:rsidRPr="00EB75F0" w:rsidRDefault="00B501C3" w:rsidP="004B437A">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0.62 (0.31, 1.17)</w:t>
            </w:r>
          </w:p>
        </w:tc>
        <w:tc>
          <w:tcPr>
            <w:tcW w:w="1465" w:type="dxa"/>
            <w:vAlign w:val="center"/>
          </w:tcPr>
          <w:p w14:paraId="6CF6558A" w14:textId="77777777" w:rsidR="00B501C3" w:rsidRPr="00EB75F0" w:rsidRDefault="00B501C3" w:rsidP="004B437A">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0.71 (0.54, 0.93)</w:t>
            </w:r>
          </w:p>
        </w:tc>
        <w:tc>
          <w:tcPr>
            <w:tcW w:w="1465" w:type="dxa"/>
            <w:vAlign w:val="center"/>
          </w:tcPr>
          <w:p w14:paraId="413C9242" w14:textId="77777777" w:rsidR="00B501C3" w:rsidRPr="00EB75F0" w:rsidRDefault="00B501C3" w:rsidP="004B437A">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 (0.58, 1.11)</w:t>
            </w:r>
          </w:p>
        </w:tc>
        <w:tc>
          <w:tcPr>
            <w:tcW w:w="1470" w:type="dxa"/>
            <w:shd w:val="clear" w:color="auto" w:fill="C6C6C6"/>
            <w:noWrap/>
            <w:vAlign w:val="center"/>
          </w:tcPr>
          <w:p w14:paraId="4BC3C305" w14:textId="77777777" w:rsidR="00B501C3" w:rsidRPr="00EB75F0" w:rsidRDefault="00B501C3" w:rsidP="004B437A">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B501C3" w:rsidRPr="00EB75F0" w14:paraId="12F9AFB7" w14:textId="77777777" w:rsidTr="004B437A">
        <w:trPr>
          <w:trHeight w:val="288"/>
        </w:trPr>
        <w:tc>
          <w:tcPr>
            <w:tcW w:w="14782" w:type="dxa"/>
            <w:gridSpan w:val="10"/>
            <w:vAlign w:val="center"/>
          </w:tcPr>
          <w:p w14:paraId="756643F7" w14:textId="3A485DDE" w:rsidR="00B501C3" w:rsidRPr="00EB75F0" w:rsidRDefault="00B501C3" w:rsidP="004B437A">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credible interval; OR, odds ratio</w:t>
            </w:r>
            <w:r w:rsidR="004B437A"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4B437A" w:rsidRPr="00EB75F0">
              <w:rPr>
                <w:rFonts w:asciiTheme="majorHAnsi" w:eastAsia="Times New Roman" w:hAnsiTheme="majorHAnsi" w:cstheme="majorHAnsi"/>
                <w:color w:val="000000"/>
                <w:sz w:val="16"/>
                <w:szCs w:val="16"/>
                <w:lang w:eastAsia="zh-TW"/>
              </w:rPr>
              <w:t xml:space="preserve">, </w:t>
            </w:r>
            <w:proofErr w:type="spellStart"/>
            <w:r w:rsidR="004B437A" w:rsidRPr="00EB75F0">
              <w:rPr>
                <w:rFonts w:asciiTheme="majorHAnsi" w:hAnsiTheme="majorHAnsi" w:cstheme="majorHAnsi"/>
                <w:sz w:val="16"/>
                <w:szCs w:val="16"/>
              </w:rPr>
              <w:t>xanomeline</w:t>
            </w:r>
            <w:proofErr w:type="spellEnd"/>
            <w:r w:rsidR="004B437A" w:rsidRPr="00EB75F0">
              <w:rPr>
                <w:rFonts w:asciiTheme="majorHAnsi" w:hAnsiTheme="majorHAnsi" w:cstheme="majorHAnsi"/>
                <w:sz w:val="16"/>
                <w:szCs w:val="16"/>
              </w:rPr>
              <w:t>/</w:t>
            </w:r>
            <w:proofErr w:type="spellStart"/>
            <w:r w:rsidR="004B437A" w:rsidRPr="00EB75F0">
              <w:rPr>
                <w:rFonts w:asciiTheme="majorHAnsi" w:hAnsiTheme="majorHAnsi" w:cstheme="majorHAnsi"/>
                <w:sz w:val="16"/>
                <w:szCs w:val="16"/>
              </w:rPr>
              <w:t>trospium</w:t>
            </w:r>
            <w:proofErr w:type="spellEnd"/>
            <w:r w:rsidR="004B437A" w:rsidRPr="00EB75F0">
              <w:rPr>
                <w:rFonts w:asciiTheme="majorHAnsi" w:hAnsiTheme="majorHAnsi" w:cstheme="majorHAnsi"/>
                <w:sz w:val="16"/>
                <w:szCs w:val="16"/>
              </w:rPr>
              <w:t xml:space="preserve"> chloride</w:t>
            </w:r>
          </w:p>
          <w:p w14:paraId="6F4A5DB4" w14:textId="0545E744" w:rsidR="00B501C3" w:rsidRPr="00EB75F0" w:rsidRDefault="00B501C3" w:rsidP="004B437A">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00324F85" w:rsidRPr="00EB75F0">
              <w:rPr>
                <w:rFonts w:asciiTheme="majorHAnsi" w:hAnsiTheme="majorHAnsi" w:cstheme="majorHAnsi"/>
                <w:sz w:val="16"/>
                <w:szCs w:val="16"/>
              </w:rPr>
              <w:t xml:space="preserve"> </w:t>
            </w:r>
            <w:r w:rsidRPr="00EB75F0">
              <w:rPr>
                <w:rFonts w:asciiTheme="majorHAnsi" w:hAnsiTheme="majorHAnsi" w:cstheme="majorHAnsi"/>
                <w:sz w:val="16"/>
                <w:szCs w:val="16"/>
              </w:rPr>
              <w:t xml:space="preserve">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6070F8B5" w14:textId="77777777" w:rsidR="00CB67FE" w:rsidRPr="00EB75F0" w:rsidRDefault="00CB67FE">
      <w:pPr>
        <w:spacing w:before="0" w:after="200" w:line="276" w:lineRule="auto"/>
        <w:rPr>
          <w:b/>
        </w:rPr>
      </w:pPr>
    </w:p>
    <w:p w14:paraId="52A42778" w14:textId="4236450A" w:rsidR="00CB67FE" w:rsidRPr="00EB75F0" w:rsidRDefault="00A06AE8" w:rsidP="00766C59">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30</w:t>
        </w:r>
      </w:fldSimple>
      <w:r w:rsidR="00CB67FE" w:rsidRPr="00EB75F0">
        <w:t xml:space="preserve">: Discontinuation due to all causes – League table – fixed-effects model, base case network – OR (95% </w:t>
      </w:r>
      <w:proofErr w:type="spellStart"/>
      <w:r w:rsidR="00CB67FE" w:rsidRPr="00EB75F0">
        <w:t>CrI</w:t>
      </w:r>
      <w:proofErr w:type="spellEnd"/>
      <w:r w:rsidR="00CB67FE" w:rsidRPr="00EB75F0">
        <w:t>)</w:t>
      </w:r>
    </w:p>
    <w:tbl>
      <w:tblPr>
        <w:tblStyle w:val="Lumanitytable"/>
        <w:tblW w:w="14755" w:type="dxa"/>
        <w:tblLayout w:type="fixed"/>
        <w:tblLook w:val="04A0" w:firstRow="1" w:lastRow="0" w:firstColumn="1" w:lastColumn="0" w:noHBand="0" w:noVBand="1"/>
      </w:tblPr>
      <w:tblGrid>
        <w:gridCol w:w="1255"/>
        <w:gridCol w:w="1620"/>
        <w:gridCol w:w="1440"/>
        <w:gridCol w:w="1440"/>
        <w:gridCol w:w="1542"/>
        <w:gridCol w:w="1608"/>
        <w:gridCol w:w="1446"/>
        <w:gridCol w:w="1461"/>
        <w:gridCol w:w="1461"/>
        <w:gridCol w:w="1482"/>
      </w:tblGrid>
      <w:tr w:rsidR="00A17A74" w:rsidRPr="00EB75F0" w14:paraId="47B66BC2" w14:textId="77777777" w:rsidTr="00A17A74">
        <w:trPr>
          <w:cnfStyle w:val="100000000000" w:firstRow="1" w:lastRow="0" w:firstColumn="0" w:lastColumn="0" w:oddVBand="0" w:evenVBand="0" w:oddHBand="0" w:evenHBand="0" w:firstRowFirstColumn="0" w:firstRowLastColumn="0" w:lastRowFirstColumn="0" w:lastRowLastColumn="0"/>
          <w:trHeight w:val="288"/>
          <w:tblHeader/>
        </w:trPr>
        <w:tc>
          <w:tcPr>
            <w:tcW w:w="1255" w:type="dxa"/>
            <w:vAlign w:val="center"/>
            <w:hideMark/>
          </w:tcPr>
          <w:p w14:paraId="56F35245" w14:textId="77777777" w:rsidR="00A17A74" w:rsidRPr="00EB75F0" w:rsidRDefault="00A17A74" w:rsidP="00A17A74">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620" w:type="dxa"/>
            <w:vAlign w:val="center"/>
            <w:hideMark/>
          </w:tcPr>
          <w:p w14:paraId="4FA803AC" w14:textId="77777777" w:rsidR="00A17A74" w:rsidRPr="00EB75F0" w:rsidRDefault="00A17A74" w:rsidP="00A17A74">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440" w:type="dxa"/>
            <w:vAlign w:val="center"/>
            <w:hideMark/>
          </w:tcPr>
          <w:p w14:paraId="7BA1B8D2" w14:textId="77777777" w:rsidR="00A17A74" w:rsidRPr="00EB75F0" w:rsidRDefault="00A17A74" w:rsidP="00A17A74">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440" w:type="dxa"/>
            <w:vAlign w:val="center"/>
            <w:hideMark/>
          </w:tcPr>
          <w:p w14:paraId="063C3A3E" w14:textId="77777777" w:rsidR="00A17A74" w:rsidRPr="00EB75F0" w:rsidRDefault="00A17A74" w:rsidP="00A17A74">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542" w:type="dxa"/>
            <w:vAlign w:val="center"/>
          </w:tcPr>
          <w:p w14:paraId="4F930A01" w14:textId="77777777" w:rsidR="00A17A74" w:rsidRPr="00EB75F0" w:rsidRDefault="00A17A74" w:rsidP="00A17A74">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Clozapine</w:t>
            </w:r>
          </w:p>
        </w:tc>
        <w:tc>
          <w:tcPr>
            <w:tcW w:w="1608" w:type="dxa"/>
            <w:vAlign w:val="center"/>
            <w:hideMark/>
          </w:tcPr>
          <w:p w14:paraId="56F3AC04" w14:textId="65C5D878" w:rsidR="00A17A74" w:rsidRPr="00EB75F0" w:rsidRDefault="009A3ECD" w:rsidP="00A17A74">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446" w:type="dxa"/>
            <w:vAlign w:val="center"/>
            <w:hideMark/>
          </w:tcPr>
          <w:p w14:paraId="5D1B059F" w14:textId="77777777" w:rsidR="00A17A74" w:rsidRPr="00EB75F0" w:rsidRDefault="00A17A74" w:rsidP="00A17A74">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461" w:type="dxa"/>
            <w:vAlign w:val="center"/>
            <w:hideMark/>
          </w:tcPr>
          <w:p w14:paraId="70B37B60" w14:textId="77777777" w:rsidR="00A17A74" w:rsidRPr="00EB75F0" w:rsidRDefault="00A17A74" w:rsidP="00A17A74">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461" w:type="dxa"/>
            <w:vAlign w:val="center"/>
            <w:hideMark/>
          </w:tcPr>
          <w:p w14:paraId="3091112E" w14:textId="77777777" w:rsidR="00A17A74" w:rsidRPr="00EB75F0" w:rsidRDefault="00A17A74" w:rsidP="00A17A74">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482" w:type="dxa"/>
            <w:vAlign w:val="center"/>
            <w:hideMark/>
          </w:tcPr>
          <w:p w14:paraId="484CDC90" w14:textId="77777777" w:rsidR="00A17A74" w:rsidRPr="00EB75F0" w:rsidRDefault="00A17A74" w:rsidP="00A17A74">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A17A74" w:rsidRPr="00EB75F0" w14:paraId="7866B58B" w14:textId="77777777" w:rsidTr="00A17A74">
        <w:trPr>
          <w:trHeight w:val="288"/>
        </w:trPr>
        <w:tc>
          <w:tcPr>
            <w:tcW w:w="1255" w:type="dxa"/>
            <w:vAlign w:val="center"/>
            <w:hideMark/>
          </w:tcPr>
          <w:p w14:paraId="3C50DD73"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620" w:type="dxa"/>
            <w:vAlign w:val="center"/>
          </w:tcPr>
          <w:p w14:paraId="054C54CE"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40" w:type="dxa"/>
            <w:vAlign w:val="center"/>
          </w:tcPr>
          <w:p w14:paraId="5C5E1603"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40" w:type="dxa"/>
            <w:vAlign w:val="center"/>
          </w:tcPr>
          <w:p w14:paraId="207F4D41"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0.87 (0.74 to 1.04)</w:t>
            </w:r>
          </w:p>
        </w:tc>
        <w:tc>
          <w:tcPr>
            <w:tcW w:w="1542" w:type="dxa"/>
            <w:vAlign w:val="center"/>
          </w:tcPr>
          <w:p w14:paraId="4EC37A20"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608" w:type="dxa"/>
            <w:shd w:val="clear" w:color="auto" w:fill="CFEDFF"/>
            <w:vAlign w:val="center"/>
          </w:tcPr>
          <w:p w14:paraId="3C30EA5A"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1.24 (0.88 to 1.76)</w:t>
            </w:r>
          </w:p>
        </w:tc>
        <w:tc>
          <w:tcPr>
            <w:tcW w:w="1446" w:type="dxa"/>
            <w:vAlign w:val="center"/>
          </w:tcPr>
          <w:p w14:paraId="3B9B5889"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1" w:type="dxa"/>
            <w:vAlign w:val="center"/>
          </w:tcPr>
          <w:p w14:paraId="51A05171"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1" w:type="dxa"/>
            <w:vAlign w:val="center"/>
          </w:tcPr>
          <w:p w14:paraId="0E613572"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82" w:type="dxa"/>
            <w:vAlign w:val="center"/>
          </w:tcPr>
          <w:p w14:paraId="424BFE47"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r>
      <w:tr w:rsidR="00A17A74" w:rsidRPr="00EB75F0" w14:paraId="4244E125" w14:textId="77777777" w:rsidTr="00A17A74">
        <w:trPr>
          <w:trHeight w:val="288"/>
        </w:trPr>
        <w:tc>
          <w:tcPr>
            <w:tcW w:w="1255" w:type="dxa"/>
            <w:vAlign w:val="center"/>
            <w:hideMark/>
          </w:tcPr>
          <w:p w14:paraId="174F87D7"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620" w:type="dxa"/>
            <w:shd w:val="clear" w:color="auto" w:fill="C6C6C6"/>
            <w:noWrap/>
            <w:vAlign w:val="center"/>
          </w:tcPr>
          <w:p w14:paraId="611AFDC6"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p>
        </w:tc>
        <w:tc>
          <w:tcPr>
            <w:tcW w:w="1440" w:type="dxa"/>
            <w:vAlign w:val="center"/>
          </w:tcPr>
          <w:p w14:paraId="63867762"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1.16 (0.91 to 1.47)</w:t>
            </w:r>
          </w:p>
        </w:tc>
        <w:tc>
          <w:tcPr>
            <w:tcW w:w="1440" w:type="dxa"/>
            <w:vAlign w:val="center"/>
          </w:tcPr>
          <w:p w14:paraId="389EDE5E"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1.33 (1.07 to 1.64)</w:t>
            </w:r>
          </w:p>
        </w:tc>
        <w:tc>
          <w:tcPr>
            <w:tcW w:w="1542" w:type="dxa"/>
            <w:vAlign w:val="center"/>
          </w:tcPr>
          <w:p w14:paraId="41C587FA"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0.55 (0.19 to 1.49)</w:t>
            </w:r>
          </w:p>
        </w:tc>
        <w:tc>
          <w:tcPr>
            <w:tcW w:w="1608" w:type="dxa"/>
            <w:shd w:val="clear" w:color="auto" w:fill="CFEDFF"/>
            <w:vAlign w:val="center"/>
          </w:tcPr>
          <w:p w14:paraId="51FE54C4"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1.88 (1.3 to 2.75)</w:t>
            </w:r>
          </w:p>
        </w:tc>
        <w:tc>
          <w:tcPr>
            <w:tcW w:w="1446" w:type="dxa"/>
            <w:vAlign w:val="center"/>
          </w:tcPr>
          <w:p w14:paraId="2506BFF7"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0.68 (0.36 to 1.26)</w:t>
            </w:r>
          </w:p>
        </w:tc>
        <w:tc>
          <w:tcPr>
            <w:tcW w:w="1461" w:type="dxa"/>
            <w:vAlign w:val="center"/>
          </w:tcPr>
          <w:p w14:paraId="0EFF3BA1"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0.79 (0.62 to 1.01)</w:t>
            </w:r>
          </w:p>
        </w:tc>
        <w:tc>
          <w:tcPr>
            <w:tcW w:w="1461" w:type="dxa"/>
            <w:vAlign w:val="center"/>
          </w:tcPr>
          <w:p w14:paraId="709F3B3E"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0.91 (0.68 to 1.2)</w:t>
            </w:r>
          </w:p>
        </w:tc>
        <w:tc>
          <w:tcPr>
            <w:tcW w:w="1482" w:type="dxa"/>
            <w:vAlign w:val="center"/>
          </w:tcPr>
          <w:p w14:paraId="27B0BCBA"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 (0.89 to 1.37)</w:t>
            </w:r>
          </w:p>
        </w:tc>
      </w:tr>
      <w:tr w:rsidR="00A17A74" w:rsidRPr="00EB75F0" w14:paraId="07D72741" w14:textId="77777777" w:rsidTr="00A17A74">
        <w:trPr>
          <w:trHeight w:val="288"/>
        </w:trPr>
        <w:tc>
          <w:tcPr>
            <w:tcW w:w="1255" w:type="dxa"/>
            <w:vAlign w:val="center"/>
            <w:hideMark/>
          </w:tcPr>
          <w:p w14:paraId="677E1D68"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620" w:type="dxa"/>
            <w:vAlign w:val="center"/>
          </w:tcPr>
          <w:p w14:paraId="6C3B1E3B"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0.86 (0.68 to 1.1)</w:t>
            </w:r>
          </w:p>
        </w:tc>
        <w:tc>
          <w:tcPr>
            <w:tcW w:w="1440" w:type="dxa"/>
            <w:shd w:val="clear" w:color="auto" w:fill="C6C6C6"/>
            <w:noWrap/>
            <w:vAlign w:val="center"/>
          </w:tcPr>
          <w:p w14:paraId="3303BC83"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p>
        </w:tc>
        <w:tc>
          <w:tcPr>
            <w:tcW w:w="1440" w:type="dxa"/>
            <w:vAlign w:val="center"/>
          </w:tcPr>
          <w:p w14:paraId="3163C9D4"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1.15 (0.89 to 1.49)</w:t>
            </w:r>
          </w:p>
        </w:tc>
        <w:tc>
          <w:tcPr>
            <w:tcW w:w="1542" w:type="dxa"/>
            <w:vAlign w:val="center"/>
          </w:tcPr>
          <w:p w14:paraId="5C42947E"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0.47 (0.16 to 1.31)</w:t>
            </w:r>
          </w:p>
        </w:tc>
        <w:tc>
          <w:tcPr>
            <w:tcW w:w="1608" w:type="dxa"/>
            <w:shd w:val="clear" w:color="auto" w:fill="CFEDFF"/>
            <w:vAlign w:val="center"/>
          </w:tcPr>
          <w:p w14:paraId="014794BF"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446" w:type="dxa"/>
            <w:vAlign w:val="center"/>
          </w:tcPr>
          <w:p w14:paraId="3222173D"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0.59 (0.31 to 1.1)</w:t>
            </w:r>
          </w:p>
        </w:tc>
        <w:tc>
          <w:tcPr>
            <w:tcW w:w="1461" w:type="dxa"/>
            <w:vAlign w:val="center"/>
          </w:tcPr>
          <w:p w14:paraId="60E24D4F"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1" w:type="dxa"/>
            <w:vAlign w:val="center"/>
          </w:tcPr>
          <w:p w14:paraId="64BCC659"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0.78 (0.58 to 1.05)</w:t>
            </w:r>
          </w:p>
        </w:tc>
        <w:tc>
          <w:tcPr>
            <w:tcW w:w="1482" w:type="dxa"/>
            <w:vAlign w:val="center"/>
          </w:tcPr>
          <w:p w14:paraId="3912230B"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0.95 (0.74 to 1.24)</w:t>
            </w:r>
          </w:p>
        </w:tc>
      </w:tr>
      <w:tr w:rsidR="00A17A74" w:rsidRPr="00EB75F0" w14:paraId="1EA107A9" w14:textId="77777777" w:rsidTr="00A17A74">
        <w:trPr>
          <w:trHeight w:val="288"/>
        </w:trPr>
        <w:tc>
          <w:tcPr>
            <w:tcW w:w="1255" w:type="dxa"/>
            <w:vAlign w:val="center"/>
            <w:hideMark/>
          </w:tcPr>
          <w:p w14:paraId="64099C50"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620" w:type="dxa"/>
            <w:vAlign w:val="center"/>
          </w:tcPr>
          <w:p w14:paraId="5FBE8FA3"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40" w:type="dxa"/>
            <w:vAlign w:val="center"/>
          </w:tcPr>
          <w:p w14:paraId="2C99539B"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0.87 (0.67 to 1.13)</w:t>
            </w:r>
          </w:p>
        </w:tc>
        <w:tc>
          <w:tcPr>
            <w:tcW w:w="1440" w:type="dxa"/>
            <w:shd w:val="clear" w:color="auto" w:fill="C6C6C6"/>
            <w:noWrap/>
            <w:vAlign w:val="center"/>
          </w:tcPr>
          <w:p w14:paraId="112930A9"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p>
        </w:tc>
        <w:tc>
          <w:tcPr>
            <w:tcW w:w="1542" w:type="dxa"/>
            <w:vAlign w:val="center"/>
          </w:tcPr>
          <w:p w14:paraId="743C8494"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0.41 (0.14 to 1.13)</w:t>
            </w:r>
          </w:p>
        </w:tc>
        <w:tc>
          <w:tcPr>
            <w:tcW w:w="1608" w:type="dxa"/>
            <w:shd w:val="clear" w:color="auto" w:fill="CFEDFF"/>
            <w:vAlign w:val="center"/>
          </w:tcPr>
          <w:p w14:paraId="50B72304"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1.42 (0.97 to 2.09)</w:t>
            </w:r>
          </w:p>
        </w:tc>
        <w:tc>
          <w:tcPr>
            <w:tcW w:w="1446" w:type="dxa"/>
            <w:vAlign w:val="center"/>
          </w:tcPr>
          <w:p w14:paraId="1CC73708"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1" w:type="dxa"/>
            <w:vAlign w:val="center"/>
          </w:tcPr>
          <w:p w14:paraId="2196FAEF"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1" w:type="dxa"/>
            <w:vAlign w:val="center"/>
          </w:tcPr>
          <w:p w14:paraId="3825722D"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82" w:type="dxa"/>
            <w:vAlign w:val="center"/>
          </w:tcPr>
          <w:p w14:paraId="0F99E98A"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r>
      <w:tr w:rsidR="00A17A74" w:rsidRPr="00EB75F0" w14:paraId="194998A3" w14:textId="77777777" w:rsidTr="00A17A74">
        <w:trPr>
          <w:trHeight w:val="288"/>
        </w:trPr>
        <w:tc>
          <w:tcPr>
            <w:tcW w:w="1255" w:type="dxa"/>
            <w:vAlign w:val="center"/>
          </w:tcPr>
          <w:p w14:paraId="22AF9E89" w14:textId="263F6B7C"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Clozapine</w:t>
            </w:r>
          </w:p>
        </w:tc>
        <w:tc>
          <w:tcPr>
            <w:tcW w:w="1620" w:type="dxa"/>
            <w:vAlign w:val="center"/>
          </w:tcPr>
          <w:p w14:paraId="4661B3D4"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1.83 (0.67 to 5.21)</w:t>
            </w:r>
          </w:p>
        </w:tc>
        <w:tc>
          <w:tcPr>
            <w:tcW w:w="1440" w:type="dxa"/>
            <w:vAlign w:val="center"/>
          </w:tcPr>
          <w:p w14:paraId="2D3C9F7D"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2.11 (0.77 to 6.09)</w:t>
            </w:r>
          </w:p>
        </w:tc>
        <w:tc>
          <w:tcPr>
            <w:tcW w:w="1440" w:type="dxa"/>
            <w:noWrap/>
            <w:vAlign w:val="center"/>
          </w:tcPr>
          <w:p w14:paraId="09BF3F3A"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2.42 (0.89 to 6.91)</w:t>
            </w:r>
          </w:p>
        </w:tc>
        <w:tc>
          <w:tcPr>
            <w:tcW w:w="1542" w:type="dxa"/>
            <w:shd w:val="clear" w:color="auto" w:fill="C6C6C6" w:themeFill="text1" w:themeFillTint="40"/>
            <w:vAlign w:val="center"/>
          </w:tcPr>
          <w:p w14:paraId="08E94C1F"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p>
        </w:tc>
        <w:tc>
          <w:tcPr>
            <w:tcW w:w="1608" w:type="dxa"/>
            <w:shd w:val="clear" w:color="auto" w:fill="CFEDFF"/>
            <w:vAlign w:val="center"/>
          </w:tcPr>
          <w:p w14:paraId="7919EFA4"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3.44 (1.2 to 10.32)</w:t>
            </w:r>
          </w:p>
        </w:tc>
        <w:tc>
          <w:tcPr>
            <w:tcW w:w="1446" w:type="dxa"/>
            <w:vAlign w:val="center"/>
          </w:tcPr>
          <w:p w14:paraId="730B5120"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1.24 (0.39 to 4.13)</w:t>
            </w:r>
          </w:p>
        </w:tc>
        <w:tc>
          <w:tcPr>
            <w:tcW w:w="1461" w:type="dxa"/>
            <w:vAlign w:val="center"/>
          </w:tcPr>
          <w:p w14:paraId="14341DDB"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1.45 (0.53 to 4.13)</w:t>
            </w:r>
          </w:p>
        </w:tc>
        <w:tc>
          <w:tcPr>
            <w:tcW w:w="1461" w:type="dxa"/>
            <w:vAlign w:val="center"/>
          </w:tcPr>
          <w:p w14:paraId="2E6A1D52"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1.66 (0.59 to 4.83)</w:t>
            </w:r>
          </w:p>
        </w:tc>
        <w:tc>
          <w:tcPr>
            <w:tcW w:w="1482" w:type="dxa"/>
            <w:vAlign w:val="center"/>
          </w:tcPr>
          <w:p w14:paraId="37F3A68F"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2.02 (0.75 to 5.66)</w:t>
            </w:r>
          </w:p>
        </w:tc>
      </w:tr>
      <w:tr w:rsidR="00A17A74" w:rsidRPr="00EB75F0" w14:paraId="75CF0A01" w14:textId="77777777" w:rsidTr="00A17A74">
        <w:trPr>
          <w:trHeight w:val="288"/>
        </w:trPr>
        <w:tc>
          <w:tcPr>
            <w:tcW w:w="1255" w:type="dxa"/>
            <w:vAlign w:val="center"/>
            <w:hideMark/>
          </w:tcPr>
          <w:p w14:paraId="37717324" w14:textId="720E5958" w:rsidR="00A17A74" w:rsidRPr="00EB75F0" w:rsidRDefault="009A3ECD" w:rsidP="00A17A74">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620" w:type="dxa"/>
            <w:vAlign w:val="center"/>
          </w:tcPr>
          <w:p w14:paraId="165B0253"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40" w:type="dxa"/>
            <w:vAlign w:val="center"/>
          </w:tcPr>
          <w:p w14:paraId="3C74E040"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40" w:type="dxa"/>
            <w:vAlign w:val="center"/>
          </w:tcPr>
          <w:p w14:paraId="6ACBD6A2"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 (0.48 to 1.04)</w:t>
            </w:r>
          </w:p>
        </w:tc>
        <w:tc>
          <w:tcPr>
            <w:tcW w:w="1542" w:type="dxa"/>
            <w:vAlign w:val="center"/>
          </w:tcPr>
          <w:p w14:paraId="28F5E775"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608" w:type="dxa"/>
            <w:shd w:val="clear" w:color="auto" w:fill="C6C6C6"/>
            <w:noWrap/>
            <w:vAlign w:val="center"/>
          </w:tcPr>
          <w:p w14:paraId="7CBD4ED7"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p>
        </w:tc>
        <w:tc>
          <w:tcPr>
            <w:tcW w:w="1446" w:type="dxa"/>
            <w:vAlign w:val="center"/>
          </w:tcPr>
          <w:p w14:paraId="0586780F"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1" w:type="dxa"/>
            <w:vAlign w:val="center"/>
          </w:tcPr>
          <w:p w14:paraId="12B884EF"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1" w:type="dxa"/>
            <w:vAlign w:val="center"/>
          </w:tcPr>
          <w:p w14:paraId="4BD0821D"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82" w:type="dxa"/>
            <w:vAlign w:val="center"/>
          </w:tcPr>
          <w:p w14:paraId="191C82B5"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r>
      <w:tr w:rsidR="00A17A74" w:rsidRPr="00EB75F0" w14:paraId="3339D1B6" w14:textId="77777777" w:rsidTr="00A17A74">
        <w:trPr>
          <w:trHeight w:val="288"/>
        </w:trPr>
        <w:tc>
          <w:tcPr>
            <w:tcW w:w="1255" w:type="dxa"/>
            <w:vAlign w:val="center"/>
            <w:hideMark/>
          </w:tcPr>
          <w:p w14:paraId="22BFC7AB"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620" w:type="dxa"/>
            <w:vAlign w:val="center"/>
          </w:tcPr>
          <w:p w14:paraId="325BB5FA"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1.47 (0.8 to 2.75)</w:t>
            </w:r>
          </w:p>
        </w:tc>
        <w:tc>
          <w:tcPr>
            <w:tcW w:w="1440" w:type="dxa"/>
            <w:vAlign w:val="center"/>
          </w:tcPr>
          <w:p w14:paraId="0360FCE9"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1.7 (0.91 to 3.23)</w:t>
            </w:r>
          </w:p>
        </w:tc>
        <w:tc>
          <w:tcPr>
            <w:tcW w:w="1440" w:type="dxa"/>
            <w:vAlign w:val="center"/>
          </w:tcPr>
          <w:p w14:paraId="3AD315E4"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542" w:type="dxa"/>
            <w:vAlign w:val="center"/>
          </w:tcPr>
          <w:p w14:paraId="4EFB9BDA"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 (0.24 to 2.57)</w:t>
            </w:r>
          </w:p>
        </w:tc>
        <w:tc>
          <w:tcPr>
            <w:tcW w:w="1608" w:type="dxa"/>
            <w:shd w:val="clear" w:color="auto" w:fill="CFEDFF"/>
            <w:vAlign w:val="center"/>
          </w:tcPr>
          <w:p w14:paraId="2596D3BD"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446" w:type="dxa"/>
            <w:shd w:val="clear" w:color="auto" w:fill="C6C6C6"/>
            <w:noWrap/>
            <w:vAlign w:val="center"/>
          </w:tcPr>
          <w:p w14:paraId="2645AF76"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p>
        </w:tc>
        <w:tc>
          <w:tcPr>
            <w:tcW w:w="1461" w:type="dxa"/>
            <w:vAlign w:val="center"/>
          </w:tcPr>
          <w:p w14:paraId="5A690560"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1.16 (0.62 to 2.21)</w:t>
            </w:r>
          </w:p>
        </w:tc>
        <w:tc>
          <w:tcPr>
            <w:tcW w:w="1461" w:type="dxa"/>
            <w:vAlign w:val="center"/>
          </w:tcPr>
          <w:p w14:paraId="0A0026F8"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1.33 (0.7 to 2.57)</w:t>
            </w:r>
          </w:p>
        </w:tc>
        <w:tc>
          <w:tcPr>
            <w:tcW w:w="1482" w:type="dxa"/>
            <w:vAlign w:val="center"/>
          </w:tcPr>
          <w:p w14:paraId="42E3AB92"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1.62 (0.87 to 3.06)</w:t>
            </w:r>
          </w:p>
        </w:tc>
      </w:tr>
      <w:tr w:rsidR="00A17A74" w:rsidRPr="00EB75F0" w14:paraId="0B0CE813" w14:textId="77777777" w:rsidTr="00A17A74">
        <w:trPr>
          <w:trHeight w:val="288"/>
        </w:trPr>
        <w:tc>
          <w:tcPr>
            <w:tcW w:w="1255" w:type="dxa"/>
            <w:vAlign w:val="center"/>
            <w:hideMark/>
          </w:tcPr>
          <w:p w14:paraId="4C2F0C82"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620" w:type="dxa"/>
            <w:vAlign w:val="center"/>
          </w:tcPr>
          <w:p w14:paraId="43FFA574"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1.26 (0.99 to 1.61)</w:t>
            </w:r>
          </w:p>
        </w:tc>
        <w:tc>
          <w:tcPr>
            <w:tcW w:w="1440" w:type="dxa"/>
            <w:vAlign w:val="center"/>
          </w:tcPr>
          <w:p w14:paraId="417B1EE5"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40" w:type="dxa"/>
            <w:vAlign w:val="center"/>
          </w:tcPr>
          <w:p w14:paraId="2B5D032C"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542" w:type="dxa"/>
            <w:vAlign w:val="center"/>
          </w:tcPr>
          <w:p w14:paraId="2A4F6981"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0.69 (0.24 to 1.89)</w:t>
            </w:r>
          </w:p>
        </w:tc>
        <w:tc>
          <w:tcPr>
            <w:tcW w:w="1608" w:type="dxa"/>
            <w:shd w:val="clear" w:color="auto" w:fill="CFEDFF"/>
            <w:vAlign w:val="center"/>
          </w:tcPr>
          <w:p w14:paraId="438F4E62"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446" w:type="dxa"/>
            <w:vAlign w:val="center"/>
          </w:tcPr>
          <w:p w14:paraId="6BBEDB3E"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0.86 (0.45 to 1.6)</w:t>
            </w:r>
          </w:p>
        </w:tc>
        <w:tc>
          <w:tcPr>
            <w:tcW w:w="1461" w:type="dxa"/>
            <w:shd w:val="clear" w:color="auto" w:fill="C6C6C6"/>
            <w:noWrap/>
            <w:vAlign w:val="center"/>
          </w:tcPr>
          <w:p w14:paraId="13EDCAF8"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p>
        </w:tc>
        <w:tc>
          <w:tcPr>
            <w:tcW w:w="1461" w:type="dxa"/>
            <w:vAlign w:val="center"/>
          </w:tcPr>
          <w:p w14:paraId="24903FDF" w14:textId="7777777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1.14 (0.84 to 1.56)</w:t>
            </w:r>
          </w:p>
        </w:tc>
        <w:tc>
          <w:tcPr>
            <w:tcW w:w="1482" w:type="dxa"/>
            <w:vAlign w:val="center"/>
          </w:tcPr>
          <w:p w14:paraId="4CEF1531" w14:textId="77777777" w:rsidR="00A17A74" w:rsidRPr="00EB75F0" w:rsidRDefault="00A17A74" w:rsidP="00A17A74">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r>
      <w:tr w:rsidR="00A17A74" w:rsidRPr="00EB75F0" w14:paraId="4C5D9542" w14:textId="77777777" w:rsidTr="00A17A74">
        <w:trPr>
          <w:trHeight w:val="288"/>
        </w:trPr>
        <w:tc>
          <w:tcPr>
            <w:tcW w:w="1255" w:type="dxa"/>
            <w:vAlign w:val="center"/>
            <w:hideMark/>
          </w:tcPr>
          <w:p w14:paraId="092FCA44"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lastRenderedPageBreak/>
              <w:t>Quetiapine</w:t>
            </w:r>
          </w:p>
        </w:tc>
        <w:tc>
          <w:tcPr>
            <w:tcW w:w="1620" w:type="dxa"/>
            <w:vAlign w:val="center"/>
          </w:tcPr>
          <w:p w14:paraId="096F505F" w14:textId="77777777" w:rsidR="00A17A74" w:rsidRPr="00EB75F0" w:rsidRDefault="00A17A74" w:rsidP="00A17A74">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 (0.83 to 1.47)</w:t>
            </w:r>
          </w:p>
        </w:tc>
        <w:tc>
          <w:tcPr>
            <w:tcW w:w="1440" w:type="dxa"/>
            <w:vAlign w:val="center"/>
          </w:tcPr>
          <w:p w14:paraId="0E6B12CC"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1.28 (0.95 to 1.72)</w:t>
            </w:r>
          </w:p>
        </w:tc>
        <w:tc>
          <w:tcPr>
            <w:tcW w:w="1440" w:type="dxa"/>
            <w:vAlign w:val="center"/>
          </w:tcPr>
          <w:p w14:paraId="3CBCDE1F" w14:textId="77777777" w:rsidR="00A17A74" w:rsidRPr="00EB75F0" w:rsidRDefault="00A17A74" w:rsidP="00A17A74">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542" w:type="dxa"/>
            <w:vAlign w:val="center"/>
          </w:tcPr>
          <w:p w14:paraId="34A22613"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 (0.21 to 1.69)</w:t>
            </w:r>
          </w:p>
        </w:tc>
        <w:tc>
          <w:tcPr>
            <w:tcW w:w="1608" w:type="dxa"/>
            <w:shd w:val="clear" w:color="auto" w:fill="CFEDFF"/>
            <w:vAlign w:val="center"/>
          </w:tcPr>
          <w:p w14:paraId="4B9B866F"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446" w:type="dxa"/>
            <w:vAlign w:val="center"/>
          </w:tcPr>
          <w:p w14:paraId="288140DE"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0.75 (0.39 to 1.43)</w:t>
            </w:r>
          </w:p>
        </w:tc>
        <w:tc>
          <w:tcPr>
            <w:tcW w:w="1461" w:type="dxa"/>
            <w:vAlign w:val="center"/>
          </w:tcPr>
          <w:p w14:paraId="01A257BF"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0.87 (0.64 to 1.19)</w:t>
            </w:r>
          </w:p>
        </w:tc>
        <w:tc>
          <w:tcPr>
            <w:tcW w:w="1461" w:type="dxa"/>
            <w:shd w:val="clear" w:color="auto" w:fill="C6C6C6"/>
            <w:noWrap/>
            <w:vAlign w:val="center"/>
          </w:tcPr>
          <w:p w14:paraId="4C0CFEB9"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482" w:type="dxa"/>
            <w:vAlign w:val="center"/>
          </w:tcPr>
          <w:p w14:paraId="2994CBDD"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1.22 (0.9 to 1.64)</w:t>
            </w:r>
          </w:p>
        </w:tc>
      </w:tr>
      <w:tr w:rsidR="00A17A74" w:rsidRPr="00EB75F0" w14:paraId="50039D62" w14:textId="77777777" w:rsidTr="00A17A74">
        <w:trPr>
          <w:trHeight w:val="288"/>
        </w:trPr>
        <w:tc>
          <w:tcPr>
            <w:tcW w:w="1255" w:type="dxa"/>
            <w:vAlign w:val="center"/>
            <w:hideMark/>
          </w:tcPr>
          <w:p w14:paraId="3D33D2C1"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620" w:type="dxa"/>
            <w:vAlign w:val="center"/>
          </w:tcPr>
          <w:p w14:paraId="0828FE6C"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0.91 (0.73 to 1.12)</w:t>
            </w:r>
          </w:p>
        </w:tc>
        <w:tc>
          <w:tcPr>
            <w:tcW w:w="1440" w:type="dxa"/>
            <w:vAlign w:val="center"/>
          </w:tcPr>
          <w:p w14:paraId="27B53394" w14:textId="77777777" w:rsidR="00A17A74" w:rsidRPr="00EB75F0" w:rsidRDefault="00A17A74" w:rsidP="00A17A74">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1.05 (0.81 to 1.36)</w:t>
            </w:r>
          </w:p>
        </w:tc>
        <w:tc>
          <w:tcPr>
            <w:tcW w:w="1440" w:type="dxa"/>
            <w:vAlign w:val="center"/>
          </w:tcPr>
          <w:p w14:paraId="6D886D09" w14:textId="77777777" w:rsidR="00A17A74" w:rsidRPr="00EB75F0" w:rsidRDefault="00A17A74" w:rsidP="00A17A74">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 (0.97 to 1.5)</w:t>
            </w:r>
          </w:p>
        </w:tc>
        <w:tc>
          <w:tcPr>
            <w:tcW w:w="1542" w:type="dxa"/>
            <w:vAlign w:val="center"/>
          </w:tcPr>
          <w:p w14:paraId="25CBDBEC"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 (0.18 to 1.33)</w:t>
            </w:r>
          </w:p>
        </w:tc>
        <w:tc>
          <w:tcPr>
            <w:tcW w:w="1608" w:type="dxa"/>
            <w:shd w:val="clear" w:color="auto" w:fill="CFEDFF"/>
            <w:vAlign w:val="center"/>
          </w:tcPr>
          <w:p w14:paraId="18C0A4B5"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446" w:type="dxa"/>
            <w:vAlign w:val="center"/>
          </w:tcPr>
          <w:p w14:paraId="317B8188"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0.62 (0.33 to 1.14)</w:t>
            </w:r>
          </w:p>
        </w:tc>
        <w:tc>
          <w:tcPr>
            <w:tcW w:w="1461" w:type="dxa"/>
            <w:vAlign w:val="center"/>
          </w:tcPr>
          <w:p w14:paraId="6A2506B6" w14:textId="77777777" w:rsidR="00A17A74" w:rsidRPr="00EB75F0" w:rsidRDefault="00A17A74" w:rsidP="00A17A74">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0.72 (0.55 to 0.93)</w:t>
            </w:r>
          </w:p>
        </w:tc>
        <w:tc>
          <w:tcPr>
            <w:tcW w:w="1461" w:type="dxa"/>
            <w:vAlign w:val="center"/>
          </w:tcPr>
          <w:p w14:paraId="297F58D3"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0.82 (0.61 to 1.11)</w:t>
            </w:r>
          </w:p>
        </w:tc>
        <w:tc>
          <w:tcPr>
            <w:tcW w:w="1482" w:type="dxa"/>
            <w:shd w:val="clear" w:color="auto" w:fill="C6C6C6"/>
            <w:noWrap/>
            <w:vAlign w:val="center"/>
          </w:tcPr>
          <w:p w14:paraId="157F4EED" w14:textId="77777777" w:rsidR="00A17A74" w:rsidRPr="00EB75F0" w:rsidRDefault="00A17A74" w:rsidP="00A17A74">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A17A74" w:rsidRPr="00EB75F0" w14:paraId="78E8F240" w14:textId="77777777" w:rsidTr="00A17A74">
        <w:trPr>
          <w:trHeight w:val="288"/>
        </w:trPr>
        <w:tc>
          <w:tcPr>
            <w:tcW w:w="14755" w:type="dxa"/>
            <w:gridSpan w:val="10"/>
            <w:vAlign w:val="center"/>
          </w:tcPr>
          <w:p w14:paraId="35B996CA" w14:textId="2B86786F" w:rsidR="00A17A74" w:rsidRPr="00EB75F0" w:rsidRDefault="00A17A74" w:rsidP="00A17A74">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OR, odds ratio;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eastAsia="Times New Roman" w:hAnsiTheme="majorHAnsi" w:cstheme="majorHAnsi"/>
                <w:color w:val="000000"/>
                <w:sz w:val="16"/>
                <w:szCs w:val="16"/>
                <w:lang w:eastAsia="zh-TW"/>
              </w:rPr>
              <w:t xml:space="preserve">, </w:t>
            </w:r>
            <w:proofErr w:type="spellStart"/>
            <w:r w:rsidRPr="00EB75F0">
              <w:rPr>
                <w:rFonts w:asciiTheme="majorHAnsi" w:hAnsiTheme="majorHAnsi" w:cstheme="majorHAnsi"/>
                <w:sz w:val="16"/>
                <w:szCs w:val="16"/>
              </w:rPr>
              <w:t>xanomeline</w:t>
            </w:r>
            <w:proofErr w:type="spellEnd"/>
            <w:r w:rsidRPr="00EB75F0">
              <w:rPr>
                <w:rFonts w:asciiTheme="majorHAnsi" w:hAnsiTheme="majorHAnsi" w:cstheme="majorHAnsi"/>
                <w:sz w:val="16"/>
                <w:szCs w:val="16"/>
              </w:rPr>
              <w:t>/</w:t>
            </w:r>
            <w:proofErr w:type="spellStart"/>
            <w:r w:rsidRPr="00EB75F0">
              <w:rPr>
                <w:rFonts w:asciiTheme="majorHAnsi" w:hAnsiTheme="majorHAnsi" w:cstheme="majorHAnsi"/>
                <w:sz w:val="16"/>
                <w:szCs w:val="16"/>
              </w:rPr>
              <w:t>trospium</w:t>
            </w:r>
            <w:proofErr w:type="spellEnd"/>
            <w:r w:rsidRPr="00EB75F0">
              <w:rPr>
                <w:rFonts w:asciiTheme="majorHAnsi" w:hAnsiTheme="majorHAnsi" w:cstheme="majorHAnsi"/>
                <w:sz w:val="16"/>
                <w:szCs w:val="16"/>
              </w:rPr>
              <w:t xml:space="preserve"> chloride</w:t>
            </w:r>
          </w:p>
          <w:p w14:paraId="2BDA8339" w14:textId="60C710B7" w:rsidR="00A17A74" w:rsidRPr="00EB75F0" w:rsidRDefault="00A17A74" w:rsidP="00A17A74">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17E96105" w14:textId="77777777" w:rsidR="00CB67FE" w:rsidRPr="00EB75F0" w:rsidRDefault="00CB67FE">
      <w:pPr>
        <w:spacing w:before="0" w:after="200" w:line="276" w:lineRule="auto"/>
        <w:rPr>
          <w:b/>
        </w:rPr>
      </w:pPr>
    </w:p>
    <w:p w14:paraId="10602960" w14:textId="6DBE23F3" w:rsidR="00CB67FE" w:rsidRPr="00EB75F0" w:rsidRDefault="00A06AE8" w:rsidP="00766C59">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31</w:t>
        </w:r>
      </w:fldSimple>
      <w:r w:rsidR="00CB67FE" w:rsidRPr="00EB75F0">
        <w:t xml:space="preserve">: Discontinuation due to all causes – League table – random-effects model, </w:t>
      </w:r>
      <w:r w:rsidR="00EA6250" w:rsidRPr="00EB75F0">
        <w:t xml:space="preserve">sensitivity analysis excluding studies with predominantly Asian populations </w:t>
      </w:r>
      <w:r w:rsidR="00CB67FE" w:rsidRPr="00EB75F0">
        <w:t xml:space="preserve">– OR (95% </w:t>
      </w:r>
      <w:proofErr w:type="spellStart"/>
      <w:r w:rsidR="00CB67FE" w:rsidRPr="00EB75F0">
        <w:t>CrI</w:t>
      </w:r>
      <w:proofErr w:type="spellEnd"/>
      <w:r w:rsidR="00CB67FE" w:rsidRPr="00EB75F0">
        <w:t>)</w:t>
      </w:r>
    </w:p>
    <w:tbl>
      <w:tblPr>
        <w:tblStyle w:val="Lumanitytable"/>
        <w:tblW w:w="14736" w:type="dxa"/>
        <w:tblLayout w:type="fixed"/>
        <w:tblLook w:val="04A0" w:firstRow="1" w:lastRow="0" w:firstColumn="1" w:lastColumn="0" w:noHBand="0" w:noVBand="1"/>
      </w:tblPr>
      <w:tblGrid>
        <w:gridCol w:w="1453"/>
        <w:gridCol w:w="1460"/>
        <w:gridCol w:w="1593"/>
        <w:gridCol w:w="1460"/>
        <w:gridCol w:w="1327"/>
        <w:gridCol w:w="1618"/>
        <w:gridCol w:w="1435"/>
        <w:gridCol w:w="1460"/>
        <w:gridCol w:w="1460"/>
        <w:gridCol w:w="1460"/>
        <w:gridCol w:w="10"/>
      </w:tblGrid>
      <w:tr w:rsidR="00DD3AD0" w:rsidRPr="00EB75F0" w14:paraId="61FAF773" w14:textId="77777777" w:rsidTr="00DD3AD0">
        <w:trPr>
          <w:gridAfter w:val="1"/>
          <w:cnfStyle w:val="100000000000" w:firstRow="1" w:lastRow="0" w:firstColumn="0" w:lastColumn="0" w:oddVBand="0" w:evenVBand="0" w:oddHBand="0" w:evenHBand="0" w:firstRowFirstColumn="0" w:firstRowLastColumn="0" w:lastRowFirstColumn="0" w:lastRowLastColumn="0"/>
          <w:wAfter w:w="10" w:type="dxa"/>
          <w:trHeight w:val="289"/>
          <w:tblHeader/>
        </w:trPr>
        <w:tc>
          <w:tcPr>
            <w:tcW w:w="1453" w:type="dxa"/>
            <w:vAlign w:val="center"/>
            <w:hideMark/>
          </w:tcPr>
          <w:p w14:paraId="745BD6ED" w14:textId="77777777" w:rsidR="00DD3AD0" w:rsidRPr="00EB75F0" w:rsidRDefault="00DD3AD0" w:rsidP="00DD3AD0">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460" w:type="dxa"/>
            <w:vAlign w:val="center"/>
            <w:hideMark/>
          </w:tcPr>
          <w:p w14:paraId="02512768" w14:textId="77777777" w:rsidR="00DD3AD0" w:rsidRPr="00EB75F0" w:rsidRDefault="00DD3AD0" w:rsidP="00DD3AD0">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593" w:type="dxa"/>
            <w:vAlign w:val="center"/>
            <w:hideMark/>
          </w:tcPr>
          <w:p w14:paraId="7E616412" w14:textId="77777777" w:rsidR="00DD3AD0" w:rsidRPr="00EB75F0" w:rsidRDefault="00DD3AD0" w:rsidP="00DD3AD0">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460" w:type="dxa"/>
            <w:vAlign w:val="center"/>
            <w:hideMark/>
          </w:tcPr>
          <w:p w14:paraId="7948F595" w14:textId="77777777" w:rsidR="00DD3AD0" w:rsidRPr="00EB75F0" w:rsidRDefault="00DD3AD0" w:rsidP="00DD3AD0">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327" w:type="dxa"/>
            <w:vAlign w:val="center"/>
          </w:tcPr>
          <w:p w14:paraId="7F024D63" w14:textId="77777777" w:rsidR="00DD3AD0" w:rsidRPr="00EB75F0" w:rsidRDefault="00DD3AD0" w:rsidP="00DD3AD0">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Clozapine</w:t>
            </w:r>
          </w:p>
        </w:tc>
        <w:tc>
          <w:tcPr>
            <w:tcW w:w="1618" w:type="dxa"/>
            <w:vAlign w:val="center"/>
            <w:hideMark/>
          </w:tcPr>
          <w:p w14:paraId="165FBD56" w14:textId="4FD926E1" w:rsidR="00DD3AD0" w:rsidRPr="00EB75F0" w:rsidRDefault="009A3ECD" w:rsidP="00DD3AD0">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435" w:type="dxa"/>
            <w:vAlign w:val="center"/>
            <w:hideMark/>
          </w:tcPr>
          <w:p w14:paraId="71EF5525" w14:textId="77777777" w:rsidR="00DD3AD0" w:rsidRPr="00EB75F0" w:rsidRDefault="00DD3AD0" w:rsidP="00DD3AD0">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460" w:type="dxa"/>
            <w:vAlign w:val="center"/>
            <w:hideMark/>
          </w:tcPr>
          <w:p w14:paraId="05A26288" w14:textId="77777777" w:rsidR="00DD3AD0" w:rsidRPr="00EB75F0" w:rsidRDefault="00DD3AD0" w:rsidP="00DD3AD0">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460" w:type="dxa"/>
            <w:vAlign w:val="center"/>
            <w:hideMark/>
          </w:tcPr>
          <w:p w14:paraId="41AAB913" w14:textId="77777777" w:rsidR="00DD3AD0" w:rsidRPr="00EB75F0" w:rsidRDefault="00DD3AD0" w:rsidP="00DD3AD0">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460" w:type="dxa"/>
            <w:vAlign w:val="center"/>
            <w:hideMark/>
          </w:tcPr>
          <w:p w14:paraId="4D8AD42F" w14:textId="77777777" w:rsidR="00DD3AD0" w:rsidRPr="00EB75F0" w:rsidRDefault="00DD3AD0" w:rsidP="00DD3AD0">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DD3AD0" w:rsidRPr="00EB75F0" w14:paraId="0B81ED72" w14:textId="77777777" w:rsidTr="00DD3AD0">
        <w:trPr>
          <w:gridAfter w:val="1"/>
          <w:wAfter w:w="10" w:type="dxa"/>
          <w:trHeight w:val="289"/>
        </w:trPr>
        <w:tc>
          <w:tcPr>
            <w:tcW w:w="1453" w:type="dxa"/>
            <w:vAlign w:val="center"/>
            <w:hideMark/>
          </w:tcPr>
          <w:p w14:paraId="73F3D196"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460" w:type="dxa"/>
            <w:vAlign w:val="center"/>
          </w:tcPr>
          <w:p w14:paraId="6BBC6D63"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593" w:type="dxa"/>
            <w:vAlign w:val="center"/>
          </w:tcPr>
          <w:p w14:paraId="36BD5F95"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0" w:type="dxa"/>
            <w:vAlign w:val="center"/>
          </w:tcPr>
          <w:p w14:paraId="1A08B145"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0.89 (0.7 to 1.13)</w:t>
            </w:r>
          </w:p>
        </w:tc>
        <w:tc>
          <w:tcPr>
            <w:tcW w:w="1327" w:type="dxa"/>
            <w:vAlign w:val="center"/>
          </w:tcPr>
          <w:p w14:paraId="5A856B3F"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0.38 (0.13 to 1.09)</w:t>
            </w:r>
          </w:p>
        </w:tc>
        <w:tc>
          <w:tcPr>
            <w:tcW w:w="1618" w:type="dxa"/>
            <w:shd w:val="clear" w:color="auto" w:fill="CFEDFF"/>
            <w:vAlign w:val="center"/>
          </w:tcPr>
          <w:p w14:paraId="4B703F28"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1.24 (0.85 to 1.8)</w:t>
            </w:r>
          </w:p>
        </w:tc>
        <w:tc>
          <w:tcPr>
            <w:tcW w:w="1435" w:type="dxa"/>
            <w:vAlign w:val="center"/>
          </w:tcPr>
          <w:p w14:paraId="2C33B142"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0" w:type="dxa"/>
            <w:vAlign w:val="center"/>
          </w:tcPr>
          <w:p w14:paraId="5623EEA4"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0" w:type="dxa"/>
            <w:vAlign w:val="center"/>
          </w:tcPr>
          <w:p w14:paraId="3B86F63A"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0" w:type="dxa"/>
            <w:vAlign w:val="center"/>
          </w:tcPr>
          <w:p w14:paraId="43A0D115"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r>
      <w:tr w:rsidR="00DD3AD0" w:rsidRPr="00EB75F0" w14:paraId="21B7C9F9" w14:textId="77777777" w:rsidTr="00DD3AD0">
        <w:trPr>
          <w:gridAfter w:val="1"/>
          <w:wAfter w:w="10" w:type="dxa"/>
          <w:trHeight w:val="289"/>
        </w:trPr>
        <w:tc>
          <w:tcPr>
            <w:tcW w:w="1453" w:type="dxa"/>
            <w:vAlign w:val="center"/>
            <w:hideMark/>
          </w:tcPr>
          <w:p w14:paraId="127EE796"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460" w:type="dxa"/>
            <w:shd w:val="clear" w:color="auto" w:fill="C6C6C6"/>
            <w:noWrap/>
            <w:vAlign w:val="center"/>
          </w:tcPr>
          <w:p w14:paraId="29872FAC"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p>
        </w:tc>
        <w:tc>
          <w:tcPr>
            <w:tcW w:w="1593" w:type="dxa"/>
            <w:vAlign w:val="center"/>
          </w:tcPr>
          <w:p w14:paraId="423CAC94"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1.14 (0.83 to 1.54)</w:t>
            </w:r>
          </w:p>
        </w:tc>
        <w:tc>
          <w:tcPr>
            <w:tcW w:w="1460" w:type="dxa"/>
            <w:vAlign w:val="center"/>
          </w:tcPr>
          <w:p w14:paraId="2CB59477"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1.33 (1 to 1.75)</w:t>
            </w:r>
          </w:p>
        </w:tc>
        <w:tc>
          <w:tcPr>
            <w:tcW w:w="1327" w:type="dxa"/>
            <w:vAlign w:val="center"/>
          </w:tcPr>
          <w:p w14:paraId="4D0D65E2"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0.58 (0.19 to 1.64)</w:t>
            </w:r>
          </w:p>
        </w:tc>
        <w:tc>
          <w:tcPr>
            <w:tcW w:w="1618" w:type="dxa"/>
            <w:shd w:val="clear" w:color="auto" w:fill="CFEDFF"/>
            <w:vAlign w:val="center"/>
          </w:tcPr>
          <w:p w14:paraId="160A61FA"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1.86 (1.2 to 2.82)</w:t>
            </w:r>
          </w:p>
        </w:tc>
        <w:tc>
          <w:tcPr>
            <w:tcW w:w="1435" w:type="dxa"/>
            <w:vAlign w:val="center"/>
          </w:tcPr>
          <w:p w14:paraId="275D6340"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0.66 (0.33 to 1.28)</w:t>
            </w:r>
          </w:p>
        </w:tc>
        <w:tc>
          <w:tcPr>
            <w:tcW w:w="1460" w:type="dxa"/>
            <w:vAlign w:val="center"/>
          </w:tcPr>
          <w:p w14:paraId="44B56744"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0.79 (0.59 to 1.04)</w:t>
            </w:r>
          </w:p>
        </w:tc>
        <w:tc>
          <w:tcPr>
            <w:tcW w:w="1460" w:type="dxa"/>
            <w:vAlign w:val="center"/>
          </w:tcPr>
          <w:p w14:paraId="7E476D72"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(0.63 to 1.24)</w:t>
            </w:r>
          </w:p>
        </w:tc>
        <w:tc>
          <w:tcPr>
            <w:tcW w:w="1460" w:type="dxa"/>
            <w:vAlign w:val="center"/>
          </w:tcPr>
          <w:p w14:paraId="153EB523"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1.15 (0.89 to 1.52)</w:t>
            </w:r>
          </w:p>
        </w:tc>
      </w:tr>
      <w:tr w:rsidR="00DD3AD0" w:rsidRPr="00EB75F0" w14:paraId="66649D09" w14:textId="77777777" w:rsidTr="00DD3AD0">
        <w:trPr>
          <w:gridAfter w:val="1"/>
          <w:wAfter w:w="10" w:type="dxa"/>
          <w:trHeight w:val="289"/>
        </w:trPr>
        <w:tc>
          <w:tcPr>
            <w:tcW w:w="1453" w:type="dxa"/>
            <w:vAlign w:val="center"/>
            <w:hideMark/>
          </w:tcPr>
          <w:p w14:paraId="22CC0929"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460" w:type="dxa"/>
            <w:vAlign w:val="center"/>
          </w:tcPr>
          <w:p w14:paraId="08882A1D"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(0.65 to 1.2)</w:t>
            </w:r>
          </w:p>
        </w:tc>
        <w:tc>
          <w:tcPr>
            <w:tcW w:w="1593" w:type="dxa"/>
            <w:shd w:val="clear" w:color="auto" w:fill="C6C6C6"/>
            <w:noWrap/>
            <w:vAlign w:val="center"/>
          </w:tcPr>
          <w:p w14:paraId="6AC44132"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p>
        </w:tc>
        <w:tc>
          <w:tcPr>
            <w:tcW w:w="1460" w:type="dxa"/>
            <w:vAlign w:val="center"/>
          </w:tcPr>
          <w:p w14:paraId="060610E1"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1.17 (0.84 to 1.66)</w:t>
            </w:r>
          </w:p>
        </w:tc>
        <w:tc>
          <w:tcPr>
            <w:tcW w:w="1327" w:type="dxa"/>
            <w:vAlign w:val="center"/>
          </w:tcPr>
          <w:p w14:paraId="31C24901"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0.51 (0.17 to 1.48)</w:t>
            </w:r>
          </w:p>
        </w:tc>
        <w:tc>
          <w:tcPr>
            <w:tcW w:w="1618" w:type="dxa"/>
            <w:shd w:val="clear" w:color="auto" w:fill="CFEDFF"/>
            <w:vAlign w:val="center"/>
          </w:tcPr>
          <w:p w14:paraId="057766DC"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35" w:type="dxa"/>
            <w:vAlign w:val="center"/>
          </w:tcPr>
          <w:p w14:paraId="50B1C1F0"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0.59 (0.29 to 1.16)</w:t>
            </w:r>
          </w:p>
        </w:tc>
        <w:tc>
          <w:tcPr>
            <w:tcW w:w="1460" w:type="dxa"/>
            <w:vAlign w:val="center"/>
          </w:tcPr>
          <w:p w14:paraId="4E6A00FC"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0" w:type="dxa"/>
            <w:vAlign w:val="center"/>
          </w:tcPr>
          <w:p w14:paraId="53B4937F"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0.79 (0.55 to 1.12)</w:t>
            </w:r>
          </w:p>
        </w:tc>
        <w:tc>
          <w:tcPr>
            <w:tcW w:w="1460" w:type="dxa"/>
            <w:vAlign w:val="center"/>
          </w:tcPr>
          <w:p w14:paraId="518B41B5"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1.02 (0.74 to 1.42)</w:t>
            </w:r>
          </w:p>
        </w:tc>
      </w:tr>
      <w:tr w:rsidR="00DD3AD0" w:rsidRPr="00EB75F0" w14:paraId="71E7309A" w14:textId="77777777" w:rsidTr="00DD3AD0">
        <w:trPr>
          <w:gridAfter w:val="1"/>
          <w:wAfter w:w="10" w:type="dxa"/>
          <w:trHeight w:val="289"/>
        </w:trPr>
        <w:tc>
          <w:tcPr>
            <w:tcW w:w="1453" w:type="dxa"/>
            <w:vAlign w:val="center"/>
            <w:hideMark/>
          </w:tcPr>
          <w:p w14:paraId="3CE94BC5"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460" w:type="dxa"/>
            <w:vAlign w:val="center"/>
          </w:tcPr>
          <w:p w14:paraId="5D0C94D0"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0.75 (0.57 to 1)</w:t>
            </w:r>
          </w:p>
        </w:tc>
        <w:tc>
          <w:tcPr>
            <w:tcW w:w="1593" w:type="dxa"/>
            <w:vAlign w:val="center"/>
          </w:tcPr>
          <w:p w14:paraId="46B5DE02"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0.85 (0.6 to 1.2)</w:t>
            </w:r>
          </w:p>
        </w:tc>
        <w:tc>
          <w:tcPr>
            <w:tcW w:w="1460" w:type="dxa"/>
            <w:shd w:val="clear" w:color="auto" w:fill="C6C6C6"/>
            <w:noWrap/>
            <w:vAlign w:val="center"/>
          </w:tcPr>
          <w:p w14:paraId="4A12C286"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p>
        </w:tc>
        <w:tc>
          <w:tcPr>
            <w:tcW w:w="1327" w:type="dxa"/>
            <w:vAlign w:val="center"/>
          </w:tcPr>
          <w:p w14:paraId="4CBD79AD"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0.44 (0.15 to 1.25)</w:t>
            </w:r>
          </w:p>
        </w:tc>
        <w:tc>
          <w:tcPr>
            <w:tcW w:w="1618" w:type="dxa"/>
            <w:shd w:val="clear" w:color="auto" w:fill="CFEDFF"/>
            <w:vAlign w:val="center"/>
          </w:tcPr>
          <w:p w14:paraId="1BF1CA60"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1.39 (0.89 to 2.18)</w:t>
            </w:r>
          </w:p>
        </w:tc>
        <w:tc>
          <w:tcPr>
            <w:tcW w:w="1435" w:type="dxa"/>
            <w:vAlign w:val="center"/>
          </w:tcPr>
          <w:p w14:paraId="25ED8743"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0" w:type="dxa"/>
            <w:vAlign w:val="center"/>
          </w:tcPr>
          <w:p w14:paraId="246AECA2"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0" w:type="dxa"/>
            <w:vAlign w:val="center"/>
          </w:tcPr>
          <w:p w14:paraId="3504CDC8"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0" w:type="dxa"/>
            <w:vAlign w:val="center"/>
          </w:tcPr>
          <w:p w14:paraId="14573DB6"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0.87 (0.65 to 1.16)</w:t>
            </w:r>
          </w:p>
        </w:tc>
      </w:tr>
      <w:tr w:rsidR="00DD3AD0" w:rsidRPr="00EB75F0" w14:paraId="42AF8E20" w14:textId="77777777" w:rsidTr="00DD3AD0">
        <w:trPr>
          <w:gridAfter w:val="1"/>
          <w:wAfter w:w="10" w:type="dxa"/>
          <w:trHeight w:val="289"/>
        </w:trPr>
        <w:tc>
          <w:tcPr>
            <w:tcW w:w="1453" w:type="dxa"/>
            <w:vAlign w:val="center"/>
          </w:tcPr>
          <w:p w14:paraId="4D407AB5" w14:textId="4E02A1C6"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Clozapine</w:t>
            </w:r>
          </w:p>
        </w:tc>
        <w:tc>
          <w:tcPr>
            <w:tcW w:w="1460" w:type="dxa"/>
            <w:vAlign w:val="center"/>
          </w:tcPr>
          <w:p w14:paraId="3DB047D9"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1.74 (0.61 to 5.2)</w:t>
            </w:r>
          </w:p>
        </w:tc>
        <w:tc>
          <w:tcPr>
            <w:tcW w:w="1593" w:type="dxa"/>
            <w:vAlign w:val="center"/>
          </w:tcPr>
          <w:p w14:paraId="2EC11E5C"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1.98 (0.68 to 5.81)</w:t>
            </w:r>
          </w:p>
        </w:tc>
        <w:tc>
          <w:tcPr>
            <w:tcW w:w="1460" w:type="dxa"/>
            <w:noWrap/>
            <w:vAlign w:val="center"/>
          </w:tcPr>
          <w:p w14:paraId="41B670AF"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2.3 (0.8 to 6.78)</w:t>
            </w:r>
          </w:p>
        </w:tc>
        <w:tc>
          <w:tcPr>
            <w:tcW w:w="1327" w:type="dxa"/>
            <w:shd w:val="clear" w:color="auto" w:fill="C6C6C6" w:themeFill="text1" w:themeFillTint="40"/>
            <w:vAlign w:val="center"/>
          </w:tcPr>
          <w:p w14:paraId="0F0DCB6F"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p>
        </w:tc>
        <w:tc>
          <w:tcPr>
            <w:tcW w:w="1618" w:type="dxa"/>
            <w:shd w:val="clear" w:color="auto" w:fill="CFEDFF"/>
            <w:vAlign w:val="center"/>
          </w:tcPr>
          <w:p w14:paraId="1F421D58"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35" w:type="dxa"/>
            <w:vAlign w:val="center"/>
          </w:tcPr>
          <w:p w14:paraId="466C7F67"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1.14 (0.34 to 4.1)</w:t>
            </w:r>
          </w:p>
        </w:tc>
        <w:tc>
          <w:tcPr>
            <w:tcW w:w="1460" w:type="dxa"/>
            <w:vAlign w:val="center"/>
          </w:tcPr>
          <w:p w14:paraId="4B60625E"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1.37 (0.48 to 4.06)</w:t>
            </w:r>
          </w:p>
        </w:tc>
        <w:tc>
          <w:tcPr>
            <w:tcW w:w="1460" w:type="dxa"/>
            <w:vAlign w:val="center"/>
          </w:tcPr>
          <w:p w14:paraId="4BAA82B8"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1.55 (0.54 to 4.7)</w:t>
            </w:r>
          </w:p>
        </w:tc>
        <w:tc>
          <w:tcPr>
            <w:tcW w:w="1460" w:type="dxa"/>
            <w:vAlign w:val="center"/>
          </w:tcPr>
          <w:p w14:paraId="6765AD20"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 (0.74 to 5.81)</w:t>
            </w:r>
          </w:p>
        </w:tc>
      </w:tr>
      <w:tr w:rsidR="00DD3AD0" w:rsidRPr="00EB75F0" w14:paraId="2604CFC9" w14:textId="77777777" w:rsidTr="00DD3AD0">
        <w:trPr>
          <w:gridAfter w:val="1"/>
          <w:wAfter w:w="10" w:type="dxa"/>
          <w:trHeight w:val="289"/>
        </w:trPr>
        <w:tc>
          <w:tcPr>
            <w:tcW w:w="1453" w:type="dxa"/>
            <w:vAlign w:val="center"/>
            <w:hideMark/>
          </w:tcPr>
          <w:p w14:paraId="63EC31DF" w14:textId="58B55CE1" w:rsidR="00DD3AD0" w:rsidRPr="00EB75F0" w:rsidRDefault="009A3ECD" w:rsidP="00DD3AD0">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460" w:type="dxa"/>
            <w:vAlign w:val="center"/>
          </w:tcPr>
          <w:p w14:paraId="77422674"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593" w:type="dxa"/>
            <w:vAlign w:val="center"/>
          </w:tcPr>
          <w:p w14:paraId="3FCA264E"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0" w:type="dxa"/>
            <w:vAlign w:val="center"/>
          </w:tcPr>
          <w:p w14:paraId="492C430C"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0.72 (0.46 to 1.12)</w:t>
            </w:r>
          </w:p>
        </w:tc>
        <w:tc>
          <w:tcPr>
            <w:tcW w:w="1327" w:type="dxa"/>
            <w:vAlign w:val="center"/>
          </w:tcPr>
          <w:p w14:paraId="4214EC7D"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618" w:type="dxa"/>
            <w:shd w:val="clear" w:color="auto" w:fill="C6C6C6"/>
            <w:noWrap/>
            <w:vAlign w:val="center"/>
          </w:tcPr>
          <w:p w14:paraId="37C15C0A"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p>
        </w:tc>
        <w:tc>
          <w:tcPr>
            <w:tcW w:w="1435" w:type="dxa"/>
            <w:vAlign w:val="center"/>
          </w:tcPr>
          <w:p w14:paraId="0FF4C34D"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0" w:type="dxa"/>
            <w:vAlign w:val="center"/>
          </w:tcPr>
          <w:p w14:paraId="3BF52861"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0" w:type="dxa"/>
            <w:vAlign w:val="center"/>
          </w:tcPr>
          <w:p w14:paraId="471AEF0C"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0" w:type="dxa"/>
            <w:vAlign w:val="center"/>
          </w:tcPr>
          <w:p w14:paraId="6F518915"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r>
      <w:tr w:rsidR="00DD3AD0" w:rsidRPr="00EB75F0" w14:paraId="0D0009C4" w14:textId="77777777" w:rsidTr="00DD3AD0">
        <w:trPr>
          <w:gridAfter w:val="1"/>
          <w:wAfter w:w="10" w:type="dxa"/>
          <w:trHeight w:val="289"/>
        </w:trPr>
        <w:tc>
          <w:tcPr>
            <w:tcW w:w="1453" w:type="dxa"/>
            <w:vAlign w:val="center"/>
            <w:hideMark/>
          </w:tcPr>
          <w:p w14:paraId="21A40DE4"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460" w:type="dxa"/>
            <w:vAlign w:val="center"/>
          </w:tcPr>
          <w:p w14:paraId="2DB59C53"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1.51 (0.78 to 3.02)</w:t>
            </w:r>
          </w:p>
        </w:tc>
        <w:tc>
          <w:tcPr>
            <w:tcW w:w="1593" w:type="dxa"/>
            <w:vAlign w:val="center"/>
          </w:tcPr>
          <w:p w14:paraId="2B3AF458"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1.71 (0.86 to 3.5)</w:t>
            </w:r>
          </w:p>
        </w:tc>
        <w:tc>
          <w:tcPr>
            <w:tcW w:w="1460" w:type="dxa"/>
            <w:vAlign w:val="center"/>
          </w:tcPr>
          <w:p w14:paraId="0FBCA5CB"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327" w:type="dxa"/>
            <w:vAlign w:val="center"/>
          </w:tcPr>
          <w:p w14:paraId="53311DB5"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(0.24 to 2.9)</w:t>
            </w:r>
          </w:p>
        </w:tc>
        <w:tc>
          <w:tcPr>
            <w:tcW w:w="1618" w:type="dxa"/>
            <w:shd w:val="clear" w:color="auto" w:fill="CFEDFF"/>
            <w:vAlign w:val="center"/>
          </w:tcPr>
          <w:p w14:paraId="1E4D951A"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35" w:type="dxa"/>
            <w:shd w:val="clear" w:color="auto" w:fill="C6C6C6"/>
            <w:noWrap/>
            <w:vAlign w:val="center"/>
          </w:tcPr>
          <w:p w14:paraId="215DD2F3"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p>
        </w:tc>
        <w:tc>
          <w:tcPr>
            <w:tcW w:w="1460" w:type="dxa"/>
            <w:vAlign w:val="center"/>
          </w:tcPr>
          <w:p w14:paraId="27727937"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1.18 (0.61 to 2.39)</w:t>
            </w:r>
          </w:p>
        </w:tc>
        <w:tc>
          <w:tcPr>
            <w:tcW w:w="1460" w:type="dxa"/>
            <w:vAlign w:val="center"/>
          </w:tcPr>
          <w:p w14:paraId="6DA0EAA6"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1.34 (0.67 to 2.75)</w:t>
            </w:r>
          </w:p>
        </w:tc>
        <w:tc>
          <w:tcPr>
            <w:tcW w:w="1460" w:type="dxa"/>
            <w:vAlign w:val="center"/>
          </w:tcPr>
          <w:p w14:paraId="5156E0EF"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1.74 (0.89 to 3.52)</w:t>
            </w:r>
          </w:p>
        </w:tc>
      </w:tr>
      <w:tr w:rsidR="00DD3AD0" w:rsidRPr="00EB75F0" w14:paraId="330E637C" w14:textId="77777777" w:rsidTr="00DD3AD0">
        <w:trPr>
          <w:gridAfter w:val="1"/>
          <w:wAfter w:w="10" w:type="dxa"/>
          <w:trHeight w:val="289"/>
        </w:trPr>
        <w:tc>
          <w:tcPr>
            <w:tcW w:w="1453" w:type="dxa"/>
            <w:vAlign w:val="center"/>
            <w:hideMark/>
          </w:tcPr>
          <w:p w14:paraId="55836EFB"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460" w:type="dxa"/>
            <w:vAlign w:val="center"/>
          </w:tcPr>
          <w:p w14:paraId="2E4577AA"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1.27 (0.96 to 1.69)</w:t>
            </w:r>
          </w:p>
        </w:tc>
        <w:tc>
          <w:tcPr>
            <w:tcW w:w="1593" w:type="dxa"/>
            <w:vAlign w:val="center"/>
          </w:tcPr>
          <w:p w14:paraId="3A0C7E7D"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0" w:type="dxa"/>
            <w:vAlign w:val="center"/>
          </w:tcPr>
          <w:p w14:paraId="0C5D5110"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327" w:type="dxa"/>
            <w:vAlign w:val="center"/>
          </w:tcPr>
          <w:p w14:paraId="72FB8982"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0.73 (0.25 to 2.1)</w:t>
            </w:r>
          </w:p>
        </w:tc>
        <w:tc>
          <w:tcPr>
            <w:tcW w:w="1618" w:type="dxa"/>
            <w:shd w:val="clear" w:color="auto" w:fill="CFEDFF"/>
            <w:vAlign w:val="center"/>
          </w:tcPr>
          <w:p w14:paraId="36D730FF"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35" w:type="dxa"/>
            <w:vAlign w:val="center"/>
          </w:tcPr>
          <w:p w14:paraId="787F6859"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0.84 (0.42 to 1.65)</w:t>
            </w:r>
          </w:p>
        </w:tc>
        <w:tc>
          <w:tcPr>
            <w:tcW w:w="1460" w:type="dxa"/>
            <w:shd w:val="clear" w:color="auto" w:fill="C6C6C6"/>
            <w:noWrap/>
            <w:vAlign w:val="center"/>
          </w:tcPr>
          <w:p w14:paraId="4AD303A2"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p>
        </w:tc>
        <w:tc>
          <w:tcPr>
            <w:tcW w:w="1460" w:type="dxa"/>
            <w:vAlign w:val="center"/>
          </w:tcPr>
          <w:p w14:paraId="1C3F4DDF" w14:textId="77777777"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1.13 (0.8 to 1.61)</w:t>
            </w:r>
          </w:p>
        </w:tc>
        <w:tc>
          <w:tcPr>
            <w:tcW w:w="1460" w:type="dxa"/>
            <w:vAlign w:val="center"/>
          </w:tcPr>
          <w:p w14:paraId="439B2CB1" w14:textId="77777777" w:rsidR="00DD3AD0" w:rsidRPr="00EB75F0" w:rsidRDefault="00DD3AD0" w:rsidP="00DD3AD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r>
      <w:tr w:rsidR="00DD3AD0" w:rsidRPr="00EB75F0" w14:paraId="6E23AC0B" w14:textId="77777777" w:rsidTr="00DD3AD0">
        <w:trPr>
          <w:gridAfter w:val="1"/>
          <w:wAfter w:w="10" w:type="dxa"/>
          <w:trHeight w:val="289"/>
        </w:trPr>
        <w:tc>
          <w:tcPr>
            <w:tcW w:w="1453" w:type="dxa"/>
            <w:vAlign w:val="center"/>
            <w:hideMark/>
          </w:tcPr>
          <w:p w14:paraId="4A0B5613" w14:textId="77777777" w:rsidR="00DD3AD0" w:rsidRPr="00EB75F0" w:rsidRDefault="00DD3AD0" w:rsidP="00DD3AD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460" w:type="dxa"/>
            <w:vAlign w:val="center"/>
          </w:tcPr>
          <w:p w14:paraId="2FF2026D" w14:textId="77777777" w:rsidR="00DD3AD0" w:rsidRPr="00EB75F0" w:rsidRDefault="00DD3AD0" w:rsidP="00DD3AD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1.12 (0.81 to 1.58)</w:t>
            </w:r>
          </w:p>
        </w:tc>
        <w:tc>
          <w:tcPr>
            <w:tcW w:w="1593" w:type="dxa"/>
            <w:vAlign w:val="center"/>
          </w:tcPr>
          <w:p w14:paraId="7253DC2C" w14:textId="77777777" w:rsidR="00DD3AD0" w:rsidRPr="00EB75F0" w:rsidRDefault="00DD3AD0" w:rsidP="00DD3AD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1.27 (0.9 to 1.82)</w:t>
            </w:r>
          </w:p>
        </w:tc>
        <w:tc>
          <w:tcPr>
            <w:tcW w:w="1460" w:type="dxa"/>
            <w:vAlign w:val="center"/>
          </w:tcPr>
          <w:p w14:paraId="16327641" w14:textId="77777777" w:rsidR="00DD3AD0" w:rsidRPr="00EB75F0" w:rsidRDefault="00DD3AD0" w:rsidP="00DD3AD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1.49 (1.05 to 2.15)</w:t>
            </w:r>
          </w:p>
        </w:tc>
        <w:tc>
          <w:tcPr>
            <w:tcW w:w="1327" w:type="dxa"/>
            <w:vAlign w:val="center"/>
          </w:tcPr>
          <w:p w14:paraId="28EF4F3E" w14:textId="77777777" w:rsidR="00DD3AD0" w:rsidRPr="00EB75F0" w:rsidRDefault="00DD3AD0" w:rsidP="00DD3AD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0.65 (0.21 to 1.87)</w:t>
            </w:r>
          </w:p>
        </w:tc>
        <w:tc>
          <w:tcPr>
            <w:tcW w:w="1618" w:type="dxa"/>
            <w:shd w:val="clear" w:color="auto" w:fill="CFEDFF"/>
            <w:vAlign w:val="center"/>
          </w:tcPr>
          <w:p w14:paraId="7FBFB6C4" w14:textId="77777777" w:rsidR="00DD3AD0" w:rsidRPr="00EB75F0" w:rsidRDefault="00DD3AD0" w:rsidP="00DD3AD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35" w:type="dxa"/>
            <w:vAlign w:val="center"/>
          </w:tcPr>
          <w:p w14:paraId="78D374B6" w14:textId="77777777" w:rsidR="00DD3AD0" w:rsidRPr="00EB75F0" w:rsidRDefault="00DD3AD0" w:rsidP="00DD3AD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0.75 (0.36 to 1.5)</w:t>
            </w:r>
          </w:p>
        </w:tc>
        <w:tc>
          <w:tcPr>
            <w:tcW w:w="1460" w:type="dxa"/>
            <w:vAlign w:val="center"/>
          </w:tcPr>
          <w:p w14:paraId="63315F87" w14:textId="77777777" w:rsidR="00DD3AD0" w:rsidRPr="00EB75F0" w:rsidRDefault="00DD3AD0" w:rsidP="00DD3AD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(0.62 to 1.26)</w:t>
            </w:r>
          </w:p>
        </w:tc>
        <w:tc>
          <w:tcPr>
            <w:tcW w:w="1460" w:type="dxa"/>
            <w:shd w:val="clear" w:color="auto" w:fill="C6C6C6"/>
            <w:noWrap/>
            <w:vAlign w:val="center"/>
          </w:tcPr>
          <w:p w14:paraId="782AB028" w14:textId="77777777" w:rsidR="00DD3AD0" w:rsidRPr="00EB75F0" w:rsidRDefault="00DD3AD0" w:rsidP="00DD3AD0">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460" w:type="dxa"/>
            <w:vAlign w:val="center"/>
          </w:tcPr>
          <w:p w14:paraId="18B4E0E0" w14:textId="77777777" w:rsidR="00DD3AD0" w:rsidRPr="00EB75F0" w:rsidRDefault="00DD3AD0" w:rsidP="00DD3AD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1.29 (0.93 to 1.85)</w:t>
            </w:r>
          </w:p>
        </w:tc>
      </w:tr>
      <w:tr w:rsidR="00DD3AD0" w:rsidRPr="00EB75F0" w14:paraId="60D156B6" w14:textId="77777777" w:rsidTr="00DD3AD0">
        <w:trPr>
          <w:gridAfter w:val="1"/>
          <w:wAfter w:w="10" w:type="dxa"/>
          <w:trHeight w:val="289"/>
        </w:trPr>
        <w:tc>
          <w:tcPr>
            <w:tcW w:w="1453" w:type="dxa"/>
            <w:vAlign w:val="center"/>
            <w:hideMark/>
          </w:tcPr>
          <w:p w14:paraId="698C0473" w14:textId="77777777" w:rsidR="00DD3AD0" w:rsidRPr="00EB75F0" w:rsidRDefault="00DD3AD0" w:rsidP="00DD3AD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460" w:type="dxa"/>
            <w:vAlign w:val="center"/>
          </w:tcPr>
          <w:p w14:paraId="3B93A3B1" w14:textId="77777777" w:rsidR="00DD3AD0" w:rsidRPr="00EB75F0" w:rsidRDefault="00DD3AD0" w:rsidP="00DD3AD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0.87 (0.66 to 1.13)</w:t>
            </w:r>
          </w:p>
        </w:tc>
        <w:tc>
          <w:tcPr>
            <w:tcW w:w="1593" w:type="dxa"/>
            <w:vAlign w:val="center"/>
          </w:tcPr>
          <w:p w14:paraId="29FB9711" w14:textId="77777777" w:rsidR="00DD3AD0" w:rsidRPr="00EB75F0" w:rsidRDefault="00DD3AD0" w:rsidP="00DD3AD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0.98 (0.7 to 1.35)</w:t>
            </w:r>
          </w:p>
        </w:tc>
        <w:tc>
          <w:tcPr>
            <w:tcW w:w="1460" w:type="dxa"/>
            <w:vAlign w:val="center"/>
          </w:tcPr>
          <w:p w14:paraId="33DF31E1" w14:textId="77777777" w:rsidR="00DD3AD0" w:rsidRPr="00EB75F0" w:rsidRDefault="00DD3AD0" w:rsidP="00DD3AD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1.15 (0.86 to 1.53)</w:t>
            </w:r>
          </w:p>
        </w:tc>
        <w:tc>
          <w:tcPr>
            <w:tcW w:w="1327" w:type="dxa"/>
            <w:vAlign w:val="center"/>
          </w:tcPr>
          <w:p w14:paraId="14896240" w14:textId="77777777" w:rsidR="00DD3AD0" w:rsidRPr="00EB75F0" w:rsidRDefault="00DD3AD0" w:rsidP="00DD3AD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 (0.17 to 1.36)</w:t>
            </w:r>
          </w:p>
        </w:tc>
        <w:tc>
          <w:tcPr>
            <w:tcW w:w="1618" w:type="dxa"/>
            <w:shd w:val="clear" w:color="auto" w:fill="CFEDFF"/>
            <w:vAlign w:val="center"/>
          </w:tcPr>
          <w:p w14:paraId="758AFF19" w14:textId="77777777" w:rsidR="00DD3AD0" w:rsidRPr="00EB75F0" w:rsidRDefault="00DD3AD0" w:rsidP="00DD3AD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35" w:type="dxa"/>
            <w:vAlign w:val="center"/>
          </w:tcPr>
          <w:p w14:paraId="706957B8" w14:textId="77777777" w:rsidR="00DD3AD0" w:rsidRPr="00EB75F0" w:rsidRDefault="00DD3AD0" w:rsidP="00DD3AD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0.57 (0.28 to 1.13)</w:t>
            </w:r>
          </w:p>
        </w:tc>
        <w:tc>
          <w:tcPr>
            <w:tcW w:w="1460" w:type="dxa"/>
            <w:vAlign w:val="center"/>
          </w:tcPr>
          <w:p w14:paraId="14570E94" w14:textId="77777777" w:rsidR="00DD3AD0" w:rsidRPr="00EB75F0" w:rsidRDefault="00DD3AD0" w:rsidP="00DD3AD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460" w:type="dxa"/>
            <w:vAlign w:val="center"/>
          </w:tcPr>
          <w:p w14:paraId="6AD70A6C" w14:textId="77777777" w:rsidR="00DD3AD0" w:rsidRPr="00EB75F0" w:rsidRDefault="00DD3AD0" w:rsidP="00DD3AD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0.77 (0.54 to 1.07)</w:t>
            </w:r>
          </w:p>
        </w:tc>
        <w:tc>
          <w:tcPr>
            <w:tcW w:w="1460" w:type="dxa"/>
            <w:shd w:val="clear" w:color="auto" w:fill="C6C6C6"/>
            <w:noWrap/>
            <w:vAlign w:val="center"/>
          </w:tcPr>
          <w:p w14:paraId="56B7B616" w14:textId="77777777" w:rsidR="00DD3AD0" w:rsidRPr="00EB75F0" w:rsidRDefault="00DD3AD0" w:rsidP="00DD3AD0">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DD3AD0" w:rsidRPr="00EB75F0" w14:paraId="5AEFE9DB" w14:textId="77777777" w:rsidTr="00DD3AD0">
        <w:trPr>
          <w:trHeight w:val="289"/>
        </w:trPr>
        <w:tc>
          <w:tcPr>
            <w:tcW w:w="14736" w:type="dxa"/>
            <w:gridSpan w:val="11"/>
            <w:vAlign w:val="center"/>
          </w:tcPr>
          <w:p w14:paraId="59F87376" w14:textId="40B90718" w:rsidR="00DD3AD0" w:rsidRPr="00EB75F0" w:rsidRDefault="00DD3AD0" w:rsidP="00DD3AD0">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credible interval; OR, odds ratio</w:t>
            </w:r>
            <w:r w:rsidR="00CB67FE"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CB67FE" w:rsidRPr="00EB75F0">
              <w:rPr>
                <w:rFonts w:asciiTheme="majorHAnsi" w:eastAsia="Times New Roman" w:hAnsiTheme="majorHAnsi" w:cstheme="majorHAnsi"/>
                <w:color w:val="000000"/>
                <w:sz w:val="16"/>
                <w:szCs w:val="16"/>
                <w:lang w:eastAsia="zh-TW"/>
              </w:rPr>
              <w:t xml:space="preserve">, </w:t>
            </w:r>
            <w:proofErr w:type="spellStart"/>
            <w:r w:rsidR="00CB67FE" w:rsidRPr="00EB75F0">
              <w:rPr>
                <w:rFonts w:asciiTheme="majorHAnsi" w:hAnsiTheme="majorHAnsi" w:cstheme="majorHAnsi"/>
                <w:sz w:val="16"/>
                <w:szCs w:val="16"/>
              </w:rPr>
              <w:t>xanomeline</w:t>
            </w:r>
            <w:proofErr w:type="spellEnd"/>
            <w:r w:rsidR="00CB67FE" w:rsidRPr="00EB75F0">
              <w:rPr>
                <w:rFonts w:asciiTheme="majorHAnsi" w:hAnsiTheme="majorHAnsi" w:cstheme="majorHAnsi"/>
                <w:sz w:val="16"/>
                <w:szCs w:val="16"/>
              </w:rPr>
              <w:t>/</w:t>
            </w:r>
            <w:proofErr w:type="spellStart"/>
            <w:r w:rsidR="00CB67FE" w:rsidRPr="00EB75F0">
              <w:rPr>
                <w:rFonts w:asciiTheme="majorHAnsi" w:hAnsiTheme="majorHAnsi" w:cstheme="majorHAnsi"/>
                <w:sz w:val="16"/>
                <w:szCs w:val="16"/>
              </w:rPr>
              <w:t>trospium</w:t>
            </w:r>
            <w:proofErr w:type="spellEnd"/>
            <w:r w:rsidR="00CB67FE" w:rsidRPr="00EB75F0">
              <w:rPr>
                <w:rFonts w:asciiTheme="majorHAnsi" w:hAnsiTheme="majorHAnsi" w:cstheme="majorHAnsi"/>
                <w:sz w:val="16"/>
                <w:szCs w:val="16"/>
              </w:rPr>
              <w:t xml:space="preserve"> chloride</w:t>
            </w:r>
          </w:p>
          <w:p w14:paraId="2B724C90" w14:textId="1551F804" w:rsidR="00DD3AD0" w:rsidRPr="00EB75F0" w:rsidRDefault="00DD3AD0" w:rsidP="00DD3AD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7BDE2594" w14:textId="77777777" w:rsidR="005A2EAA" w:rsidRPr="00EB75F0" w:rsidRDefault="005A2EAA">
      <w:pPr>
        <w:spacing w:before="0" w:after="200" w:line="276" w:lineRule="auto"/>
        <w:rPr>
          <w:b/>
        </w:rPr>
      </w:pPr>
    </w:p>
    <w:p w14:paraId="0CE4E789" w14:textId="77777777" w:rsidR="005A2EAA" w:rsidRPr="00EB75F0" w:rsidRDefault="005A2EAA">
      <w:pPr>
        <w:spacing w:before="0" w:after="200" w:line="276" w:lineRule="auto"/>
        <w:rPr>
          <w:b/>
        </w:rPr>
      </w:pPr>
    </w:p>
    <w:p w14:paraId="65684930" w14:textId="45279641" w:rsidR="007C06FF" w:rsidRPr="00EB75F0" w:rsidRDefault="00A06AE8" w:rsidP="00766C59">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32</w:t>
        </w:r>
      </w:fldSimple>
      <w:r w:rsidR="007C06FF" w:rsidRPr="00EB75F0">
        <w:t xml:space="preserve">: Discontinuation due to all causes – League table – random-effects model, sensitivity analysis excluding studies with outlier placebo effect size – OR (95% </w:t>
      </w:r>
      <w:proofErr w:type="spellStart"/>
      <w:r w:rsidR="007C06FF" w:rsidRPr="00EB75F0">
        <w:t>CrI</w:t>
      </w:r>
      <w:proofErr w:type="spellEnd"/>
      <w:r w:rsidR="007C06FF" w:rsidRPr="00EB75F0">
        <w:t>)</w:t>
      </w:r>
    </w:p>
    <w:tbl>
      <w:tblPr>
        <w:tblStyle w:val="Lumanitytable"/>
        <w:tblW w:w="14752" w:type="dxa"/>
        <w:tblLayout w:type="fixed"/>
        <w:tblLook w:val="04A0" w:firstRow="1" w:lastRow="0" w:firstColumn="1" w:lastColumn="0" w:noHBand="0" w:noVBand="1"/>
      </w:tblPr>
      <w:tblGrid>
        <w:gridCol w:w="1455"/>
        <w:gridCol w:w="1462"/>
        <w:gridCol w:w="1595"/>
        <w:gridCol w:w="1462"/>
        <w:gridCol w:w="1329"/>
        <w:gridCol w:w="1602"/>
        <w:gridCol w:w="1455"/>
        <w:gridCol w:w="1462"/>
        <w:gridCol w:w="1462"/>
        <w:gridCol w:w="1462"/>
        <w:gridCol w:w="6"/>
      </w:tblGrid>
      <w:tr w:rsidR="00E6234D" w:rsidRPr="00EB75F0" w14:paraId="155A0004" w14:textId="77777777" w:rsidTr="00E6234D">
        <w:trPr>
          <w:gridAfter w:val="1"/>
          <w:cnfStyle w:val="100000000000" w:firstRow="1" w:lastRow="0" w:firstColumn="0" w:lastColumn="0" w:oddVBand="0" w:evenVBand="0" w:oddHBand="0" w:evenHBand="0" w:firstRowFirstColumn="0" w:firstRowLastColumn="0" w:lastRowFirstColumn="0" w:lastRowLastColumn="0"/>
          <w:wAfter w:w="6" w:type="dxa"/>
          <w:trHeight w:val="288"/>
          <w:tblHeader/>
        </w:trPr>
        <w:tc>
          <w:tcPr>
            <w:tcW w:w="1455" w:type="dxa"/>
            <w:vAlign w:val="center"/>
            <w:hideMark/>
          </w:tcPr>
          <w:p w14:paraId="02273448" w14:textId="77777777" w:rsidR="00E6234D" w:rsidRPr="00EB75F0" w:rsidRDefault="00E6234D" w:rsidP="00E6234D">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462" w:type="dxa"/>
            <w:vAlign w:val="center"/>
            <w:hideMark/>
          </w:tcPr>
          <w:p w14:paraId="350D71F8" w14:textId="77777777" w:rsidR="00E6234D" w:rsidRPr="00EB75F0" w:rsidRDefault="00E6234D" w:rsidP="00E6234D">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595" w:type="dxa"/>
            <w:vAlign w:val="center"/>
            <w:hideMark/>
          </w:tcPr>
          <w:p w14:paraId="5FD9F955" w14:textId="77777777" w:rsidR="00E6234D" w:rsidRPr="00EB75F0" w:rsidRDefault="00E6234D" w:rsidP="00E6234D">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462" w:type="dxa"/>
            <w:vAlign w:val="center"/>
            <w:hideMark/>
          </w:tcPr>
          <w:p w14:paraId="483F123D" w14:textId="77777777" w:rsidR="00E6234D" w:rsidRPr="00EB75F0" w:rsidRDefault="00E6234D" w:rsidP="00E6234D">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329" w:type="dxa"/>
            <w:vAlign w:val="center"/>
          </w:tcPr>
          <w:p w14:paraId="36AB7844" w14:textId="77777777" w:rsidR="00E6234D" w:rsidRPr="00EB75F0" w:rsidRDefault="00E6234D" w:rsidP="00E6234D">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Clozapine</w:t>
            </w:r>
          </w:p>
        </w:tc>
        <w:tc>
          <w:tcPr>
            <w:tcW w:w="1602" w:type="dxa"/>
            <w:vAlign w:val="center"/>
            <w:hideMark/>
          </w:tcPr>
          <w:p w14:paraId="6B3194D4" w14:textId="04A47232" w:rsidR="00E6234D" w:rsidRPr="00EB75F0" w:rsidRDefault="009A3ECD" w:rsidP="00E6234D">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455" w:type="dxa"/>
            <w:vAlign w:val="center"/>
            <w:hideMark/>
          </w:tcPr>
          <w:p w14:paraId="682777D5" w14:textId="77777777" w:rsidR="00E6234D" w:rsidRPr="00EB75F0" w:rsidRDefault="00E6234D" w:rsidP="00E6234D">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462" w:type="dxa"/>
            <w:vAlign w:val="center"/>
            <w:hideMark/>
          </w:tcPr>
          <w:p w14:paraId="4D2D1918" w14:textId="77777777" w:rsidR="00E6234D" w:rsidRPr="00EB75F0" w:rsidRDefault="00E6234D" w:rsidP="00E6234D">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462" w:type="dxa"/>
            <w:vAlign w:val="center"/>
            <w:hideMark/>
          </w:tcPr>
          <w:p w14:paraId="56288B14" w14:textId="77777777" w:rsidR="00E6234D" w:rsidRPr="00EB75F0" w:rsidRDefault="00E6234D" w:rsidP="00E6234D">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462" w:type="dxa"/>
            <w:vAlign w:val="center"/>
            <w:hideMark/>
          </w:tcPr>
          <w:p w14:paraId="6C6C648A" w14:textId="77777777" w:rsidR="00E6234D" w:rsidRPr="00EB75F0" w:rsidRDefault="00E6234D" w:rsidP="00E6234D">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E6234D" w:rsidRPr="00EB75F0" w14:paraId="10E1ECDC" w14:textId="77777777" w:rsidTr="00E6234D">
        <w:trPr>
          <w:gridAfter w:val="1"/>
          <w:wAfter w:w="6" w:type="dxa"/>
          <w:trHeight w:val="288"/>
        </w:trPr>
        <w:tc>
          <w:tcPr>
            <w:tcW w:w="1455" w:type="dxa"/>
            <w:vAlign w:val="center"/>
            <w:hideMark/>
          </w:tcPr>
          <w:p w14:paraId="38BF52ED"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462" w:type="dxa"/>
            <w:vAlign w:val="center"/>
          </w:tcPr>
          <w:p w14:paraId="1EDD0DCA"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 (0.54 to 0.9)</w:t>
            </w:r>
          </w:p>
        </w:tc>
        <w:tc>
          <w:tcPr>
            <w:tcW w:w="1595" w:type="dxa"/>
            <w:vAlign w:val="center"/>
          </w:tcPr>
          <w:p w14:paraId="2166C0FF"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0.65 (0.48 to 0.89)</w:t>
            </w:r>
          </w:p>
        </w:tc>
        <w:tc>
          <w:tcPr>
            <w:tcW w:w="1462" w:type="dxa"/>
            <w:vAlign w:val="center"/>
          </w:tcPr>
          <w:p w14:paraId="7E06BC77"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0.74 (0.57 to 0.97)</w:t>
            </w:r>
          </w:p>
        </w:tc>
        <w:tc>
          <w:tcPr>
            <w:tcW w:w="1329" w:type="dxa"/>
            <w:vAlign w:val="center"/>
          </w:tcPr>
          <w:p w14:paraId="63792C85"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2.9 (0.61 to 16.78)</w:t>
            </w:r>
          </w:p>
        </w:tc>
        <w:tc>
          <w:tcPr>
            <w:tcW w:w="1602" w:type="dxa"/>
            <w:shd w:val="clear" w:color="auto" w:fill="CFEDFF"/>
            <w:vAlign w:val="center"/>
          </w:tcPr>
          <w:p w14:paraId="3AADDDEE"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1.45 (0.73 to 2.95)</w:t>
            </w:r>
          </w:p>
        </w:tc>
        <w:tc>
          <w:tcPr>
            <w:tcW w:w="1455" w:type="dxa"/>
            <w:vAlign w:val="center"/>
          </w:tcPr>
          <w:p w14:paraId="3B27D7B7"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2.42 (0.18 to 75.7)</w:t>
            </w:r>
          </w:p>
        </w:tc>
        <w:tc>
          <w:tcPr>
            <w:tcW w:w="1462" w:type="dxa"/>
            <w:vAlign w:val="center"/>
          </w:tcPr>
          <w:p w14:paraId="028B62AC"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0.95 (0.63 to 1.44)</w:t>
            </w:r>
          </w:p>
        </w:tc>
        <w:tc>
          <w:tcPr>
            <w:tcW w:w="1462" w:type="dxa"/>
            <w:vAlign w:val="center"/>
          </w:tcPr>
          <w:p w14:paraId="38551622"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0.61 (0.38 to 0.99)</w:t>
            </w:r>
          </w:p>
        </w:tc>
        <w:tc>
          <w:tcPr>
            <w:tcW w:w="1462" w:type="dxa"/>
            <w:vAlign w:val="center"/>
          </w:tcPr>
          <w:p w14:paraId="333EF24B"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0.75 (0.57 to 0.99)</w:t>
            </w:r>
          </w:p>
        </w:tc>
      </w:tr>
      <w:tr w:rsidR="00E6234D" w:rsidRPr="00EB75F0" w14:paraId="3065D13D" w14:textId="77777777" w:rsidTr="00E6234D">
        <w:trPr>
          <w:gridAfter w:val="1"/>
          <w:wAfter w:w="6" w:type="dxa"/>
          <w:trHeight w:val="288"/>
        </w:trPr>
        <w:tc>
          <w:tcPr>
            <w:tcW w:w="1455" w:type="dxa"/>
            <w:vAlign w:val="center"/>
            <w:hideMark/>
          </w:tcPr>
          <w:p w14:paraId="46485D95"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462" w:type="dxa"/>
            <w:shd w:val="clear" w:color="auto" w:fill="C6C6C6"/>
            <w:noWrap/>
            <w:vAlign w:val="center"/>
          </w:tcPr>
          <w:p w14:paraId="613AF6AB"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p>
        </w:tc>
        <w:tc>
          <w:tcPr>
            <w:tcW w:w="1595" w:type="dxa"/>
            <w:vAlign w:val="center"/>
          </w:tcPr>
          <w:p w14:paraId="2E15DA49"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0.93 (0.63 to 1.38)</w:t>
            </w:r>
          </w:p>
        </w:tc>
        <w:tc>
          <w:tcPr>
            <w:tcW w:w="1462" w:type="dxa"/>
            <w:vAlign w:val="center"/>
          </w:tcPr>
          <w:p w14:paraId="1763E608"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1.06 (0.75 to 1.49)</w:t>
            </w:r>
          </w:p>
        </w:tc>
        <w:tc>
          <w:tcPr>
            <w:tcW w:w="1329" w:type="dxa"/>
            <w:vAlign w:val="center"/>
          </w:tcPr>
          <w:p w14:paraId="6E7C8DA1"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4.12 (0.85 to 24.16)</w:t>
            </w:r>
          </w:p>
        </w:tc>
        <w:tc>
          <w:tcPr>
            <w:tcW w:w="1602" w:type="dxa"/>
            <w:shd w:val="clear" w:color="auto" w:fill="CFEDFF"/>
            <w:vAlign w:val="center"/>
          </w:tcPr>
          <w:p w14:paraId="3B5259B1"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2.06 (1 to 4.38)</w:t>
            </w:r>
          </w:p>
        </w:tc>
        <w:tc>
          <w:tcPr>
            <w:tcW w:w="1455" w:type="dxa"/>
            <w:vAlign w:val="center"/>
          </w:tcPr>
          <w:p w14:paraId="6147AD0C"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3.45 (0.26 to 109.54)</w:t>
            </w:r>
          </w:p>
        </w:tc>
        <w:tc>
          <w:tcPr>
            <w:tcW w:w="1462" w:type="dxa"/>
            <w:vAlign w:val="center"/>
          </w:tcPr>
          <w:p w14:paraId="15C685B8"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1.36 (0.84 to 2.2)</w:t>
            </w:r>
          </w:p>
        </w:tc>
        <w:tc>
          <w:tcPr>
            <w:tcW w:w="1462" w:type="dxa"/>
            <w:vAlign w:val="center"/>
          </w:tcPr>
          <w:p w14:paraId="7C04ADF2"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0.87 (0.51 to 1.5)</w:t>
            </w:r>
          </w:p>
        </w:tc>
        <w:tc>
          <w:tcPr>
            <w:tcW w:w="1462" w:type="dxa"/>
            <w:vAlign w:val="center"/>
          </w:tcPr>
          <w:p w14:paraId="5A920F67"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1.07 (0.75 to 1.51)</w:t>
            </w:r>
          </w:p>
        </w:tc>
      </w:tr>
      <w:tr w:rsidR="00E6234D" w:rsidRPr="00EB75F0" w14:paraId="739EBFB9" w14:textId="77777777" w:rsidTr="00E6234D">
        <w:trPr>
          <w:gridAfter w:val="1"/>
          <w:wAfter w:w="6" w:type="dxa"/>
          <w:trHeight w:val="288"/>
        </w:trPr>
        <w:tc>
          <w:tcPr>
            <w:tcW w:w="1455" w:type="dxa"/>
            <w:vAlign w:val="center"/>
            <w:hideMark/>
          </w:tcPr>
          <w:p w14:paraId="4D18DD70"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462" w:type="dxa"/>
            <w:vAlign w:val="center"/>
          </w:tcPr>
          <w:p w14:paraId="4DF3E814"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1.08 (0.73 to 1.6)</w:t>
            </w:r>
          </w:p>
        </w:tc>
        <w:tc>
          <w:tcPr>
            <w:tcW w:w="1595" w:type="dxa"/>
            <w:shd w:val="clear" w:color="auto" w:fill="C6C6C6"/>
            <w:noWrap/>
            <w:vAlign w:val="center"/>
          </w:tcPr>
          <w:p w14:paraId="211B31AA"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p>
        </w:tc>
        <w:tc>
          <w:tcPr>
            <w:tcW w:w="1462" w:type="dxa"/>
            <w:vAlign w:val="center"/>
          </w:tcPr>
          <w:p w14:paraId="2B4D1DE7"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1.14 (0.76 to 1.71)</w:t>
            </w:r>
          </w:p>
        </w:tc>
        <w:tc>
          <w:tcPr>
            <w:tcW w:w="1329" w:type="dxa"/>
            <w:vAlign w:val="center"/>
          </w:tcPr>
          <w:p w14:paraId="4880E3E9"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4.44 (0.9 to 26.34)</w:t>
            </w:r>
          </w:p>
        </w:tc>
        <w:tc>
          <w:tcPr>
            <w:tcW w:w="1602" w:type="dxa"/>
            <w:shd w:val="clear" w:color="auto" w:fill="CFEDFF"/>
            <w:vAlign w:val="center"/>
          </w:tcPr>
          <w:p w14:paraId="13B435F1"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2.22 (1.06 to 4.8)</w:t>
            </w:r>
          </w:p>
        </w:tc>
        <w:tc>
          <w:tcPr>
            <w:tcW w:w="1455" w:type="dxa"/>
            <w:vAlign w:val="center"/>
          </w:tcPr>
          <w:p w14:paraId="03861F4B"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3.71 (0.28 to 119.12)</w:t>
            </w:r>
          </w:p>
        </w:tc>
        <w:tc>
          <w:tcPr>
            <w:tcW w:w="1462" w:type="dxa"/>
            <w:vAlign w:val="center"/>
          </w:tcPr>
          <w:p w14:paraId="4B6B3153"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1.46 (0.88 to 2.44)</w:t>
            </w:r>
          </w:p>
        </w:tc>
        <w:tc>
          <w:tcPr>
            <w:tcW w:w="1462" w:type="dxa"/>
            <w:vAlign w:val="center"/>
          </w:tcPr>
          <w:p w14:paraId="6A501604"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(0.55 to 1.63)</w:t>
            </w:r>
          </w:p>
        </w:tc>
        <w:tc>
          <w:tcPr>
            <w:tcW w:w="1462" w:type="dxa"/>
            <w:vAlign w:val="center"/>
          </w:tcPr>
          <w:p w14:paraId="1D6981A1"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1.15 (0.76 to 1.73)</w:t>
            </w:r>
          </w:p>
        </w:tc>
      </w:tr>
      <w:tr w:rsidR="00E6234D" w:rsidRPr="00EB75F0" w14:paraId="25FDAFC4" w14:textId="77777777" w:rsidTr="00E6234D">
        <w:trPr>
          <w:gridAfter w:val="1"/>
          <w:wAfter w:w="6" w:type="dxa"/>
          <w:trHeight w:val="288"/>
        </w:trPr>
        <w:tc>
          <w:tcPr>
            <w:tcW w:w="1455" w:type="dxa"/>
            <w:vAlign w:val="center"/>
            <w:hideMark/>
          </w:tcPr>
          <w:p w14:paraId="2C2E0BED"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462" w:type="dxa"/>
            <w:vAlign w:val="center"/>
          </w:tcPr>
          <w:p w14:paraId="7D8C5657"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0.95 (0.67 to 1.34)</w:t>
            </w:r>
          </w:p>
        </w:tc>
        <w:tc>
          <w:tcPr>
            <w:tcW w:w="1595" w:type="dxa"/>
            <w:vAlign w:val="center"/>
          </w:tcPr>
          <w:p w14:paraId="0BD9403E"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(0.58 to 1.32)</w:t>
            </w:r>
          </w:p>
        </w:tc>
        <w:tc>
          <w:tcPr>
            <w:tcW w:w="1462" w:type="dxa"/>
            <w:shd w:val="clear" w:color="auto" w:fill="C6C6C6"/>
            <w:noWrap/>
            <w:vAlign w:val="center"/>
          </w:tcPr>
          <w:p w14:paraId="28824F16"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p>
        </w:tc>
        <w:tc>
          <w:tcPr>
            <w:tcW w:w="1329" w:type="dxa"/>
            <w:vAlign w:val="center"/>
          </w:tcPr>
          <w:p w14:paraId="2A20BA30"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3.91 (0.81 to 22.77)</w:t>
            </w:r>
          </w:p>
        </w:tc>
        <w:tc>
          <w:tcPr>
            <w:tcW w:w="1602" w:type="dxa"/>
            <w:shd w:val="clear" w:color="auto" w:fill="CFEDFF"/>
            <w:vAlign w:val="center"/>
          </w:tcPr>
          <w:p w14:paraId="449389F2"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1.95 (0.94 to 4.17)</w:t>
            </w:r>
          </w:p>
        </w:tc>
        <w:tc>
          <w:tcPr>
            <w:tcW w:w="1455" w:type="dxa"/>
            <w:vAlign w:val="center"/>
          </w:tcPr>
          <w:p w14:paraId="6B1FDFD4"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3.26 (0.25 to 103.8)</w:t>
            </w:r>
          </w:p>
        </w:tc>
        <w:tc>
          <w:tcPr>
            <w:tcW w:w="1462" w:type="dxa"/>
            <w:vAlign w:val="center"/>
          </w:tcPr>
          <w:p w14:paraId="40DABCD4"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1.29 (0.79 to 2.1)</w:t>
            </w:r>
          </w:p>
        </w:tc>
        <w:tc>
          <w:tcPr>
            <w:tcW w:w="1462" w:type="dxa"/>
            <w:vAlign w:val="center"/>
          </w:tcPr>
          <w:p w14:paraId="228AF1C0"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0.83 (0.48 to 1.44)</w:t>
            </w:r>
          </w:p>
        </w:tc>
        <w:tc>
          <w:tcPr>
            <w:tcW w:w="1462" w:type="dxa"/>
            <w:vAlign w:val="center"/>
          </w:tcPr>
          <w:p w14:paraId="47691955"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1.01 (0.72 to 1.43)</w:t>
            </w:r>
          </w:p>
        </w:tc>
      </w:tr>
      <w:tr w:rsidR="00E6234D" w:rsidRPr="00EB75F0" w14:paraId="473A37D0" w14:textId="77777777" w:rsidTr="00E6234D">
        <w:trPr>
          <w:gridAfter w:val="1"/>
          <w:wAfter w:w="6" w:type="dxa"/>
          <w:trHeight w:val="288"/>
        </w:trPr>
        <w:tc>
          <w:tcPr>
            <w:tcW w:w="1455" w:type="dxa"/>
            <w:vAlign w:val="center"/>
          </w:tcPr>
          <w:p w14:paraId="104CBC89" w14:textId="588353D3"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Clozapine</w:t>
            </w:r>
          </w:p>
        </w:tc>
        <w:tc>
          <w:tcPr>
            <w:tcW w:w="1462" w:type="dxa"/>
            <w:vAlign w:val="center"/>
          </w:tcPr>
          <w:p w14:paraId="6AE98E70"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0.24 (0.04 to 1.17)</w:t>
            </w:r>
          </w:p>
        </w:tc>
        <w:tc>
          <w:tcPr>
            <w:tcW w:w="1595" w:type="dxa"/>
            <w:vAlign w:val="center"/>
          </w:tcPr>
          <w:p w14:paraId="1D0A4125"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0.23 (0.04 to 1.11)</w:t>
            </w:r>
          </w:p>
        </w:tc>
        <w:tc>
          <w:tcPr>
            <w:tcW w:w="1462" w:type="dxa"/>
            <w:noWrap/>
            <w:vAlign w:val="center"/>
          </w:tcPr>
          <w:p w14:paraId="2D71F5FE"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0.26 (0.04 to 1.23)</w:t>
            </w:r>
          </w:p>
        </w:tc>
        <w:tc>
          <w:tcPr>
            <w:tcW w:w="1329" w:type="dxa"/>
            <w:shd w:val="clear" w:color="auto" w:fill="C6C6C6" w:themeFill="text1" w:themeFillTint="40"/>
            <w:vAlign w:val="center"/>
          </w:tcPr>
          <w:p w14:paraId="07F6EB0B"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p>
        </w:tc>
        <w:tc>
          <w:tcPr>
            <w:tcW w:w="1602" w:type="dxa"/>
            <w:shd w:val="clear" w:color="auto" w:fill="CFEDFF"/>
            <w:vAlign w:val="center"/>
          </w:tcPr>
          <w:p w14:paraId="26A3A957"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 (0.08 to 2.78)</w:t>
            </w:r>
          </w:p>
        </w:tc>
        <w:tc>
          <w:tcPr>
            <w:tcW w:w="1455" w:type="dxa"/>
            <w:vAlign w:val="center"/>
          </w:tcPr>
          <w:p w14:paraId="6FA425C0"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0.85 (0.04 to 36.16)</w:t>
            </w:r>
          </w:p>
        </w:tc>
        <w:tc>
          <w:tcPr>
            <w:tcW w:w="1462" w:type="dxa"/>
            <w:vAlign w:val="center"/>
          </w:tcPr>
          <w:p w14:paraId="07492AF8"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0.33 (0.06 to 1.63)</w:t>
            </w:r>
          </w:p>
        </w:tc>
        <w:tc>
          <w:tcPr>
            <w:tcW w:w="1462" w:type="dxa"/>
            <w:vAlign w:val="center"/>
          </w:tcPr>
          <w:p w14:paraId="1D021515"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0.21 (0.03 to 1.08)</w:t>
            </w:r>
          </w:p>
        </w:tc>
        <w:tc>
          <w:tcPr>
            <w:tcW w:w="1462" w:type="dxa"/>
            <w:vAlign w:val="center"/>
          </w:tcPr>
          <w:p w14:paraId="73EF87D0"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0.26 (0.05 to 1.21)</w:t>
            </w:r>
          </w:p>
        </w:tc>
      </w:tr>
      <w:tr w:rsidR="00E6234D" w:rsidRPr="00EB75F0" w14:paraId="5CD91D4B" w14:textId="77777777" w:rsidTr="00E6234D">
        <w:trPr>
          <w:gridAfter w:val="1"/>
          <w:wAfter w:w="6" w:type="dxa"/>
          <w:trHeight w:val="288"/>
        </w:trPr>
        <w:tc>
          <w:tcPr>
            <w:tcW w:w="1455" w:type="dxa"/>
            <w:vAlign w:val="center"/>
            <w:hideMark/>
          </w:tcPr>
          <w:p w14:paraId="1F7C0D24" w14:textId="33BD993E" w:rsidR="00E6234D" w:rsidRPr="00EB75F0" w:rsidRDefault="009A3ECD" w:rsidP="00E6234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462" w:type="dxa"/>
            <w:vAlign w:val="center"/>
          </w:tcPr>
          <w:p w14:paraId="7510EB1A"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0.49 (0.23 to 1)</w:t>
            </w:r>
          </w:p>
        </w:tc>
        <w:tc>
          <w:tcPr>
            <w:tcW w:w="1595" w:type="dxa"/>
            <w:vAlign w:val="center"/>
          </w:tcPr>
          <w:p w14:paraId="25183A29"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0.45 (0.21 to 0.95)</w:t>
            </w:r>
          </w:p>
        </w:tc>
        <w:tc>
          <w:tcPr>
            <w:tcW w:w="1462" w:type="dxa"/>
            <w:vAlign w:val="center"/>
          </w:tcPr>
          <w:p w14:paraId="2D7BF829"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0.51 (0.24 to 1.06)</w:t>
            </w:r>
          </w:p>
        </w:tc>
        <w:tc>
          <w:tcPr>
            <w:tcW w:w="1329" w:type="dxa"/>
            <w:vAlign w:val="center"/>
          </w:tcPr>
          <w:p w14:paraId="07EBF864"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2.01 (0.36 to 13.01)</w:t>
            </w:r>
          </w:p>
        </w:tc>
        <w:tc>
          <w:tcPr>
            <w:tcW w:w="1602" w:type="dxa"/>
            <w:shd w:val="clear" w:color="auto" w:fill="C6C6C6"/>
            <w:noWrap/>
            <w:vAlign w:val="center"/>
          </w:tcPr>
          <w:p w14:paraId="02A4D05A"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p>
        </w:tc>
        <w:tc>
          <w:tcPr>
            <w:tcW w:w="1455" w:type="dxa"/>
            <w:vAlign w:val="center"/>
          </w:tcPr>
          <w:p w14:paraId="07D9ACC5"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1.68 (0.12 to 56.42)</w:t>
            </w:r>
          </w:p>
        </w:tc>
        <w:tc>
          <w:tcPr>
            <w:tcW w:w="1462" w:type="dxa"/>
            <w:vAlign w:val="center"/>
          </w:tcPr>
          <w:p w14:paraId="44C5AB27"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0.66 (0.29 to 1.46)</w:t>
            </w:r>
          </w:p>
        </w:tc>
        <w:tc>
          <w:tcPr>
            <w:tcW w:w="1462" w:type="dxa"/>
            <w:vAlign w:val="center"/>
          </w:tcPr>
          <w:p w14:paraId="6E43E0BB"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0.42 (0.18 to 0.97)</w:t>
            </w:r>
          </w:p>
        </w:tc>
        <w:tc>
          <w:tcPr>
            <w:tcW w:w="1462" w:type="dxa"/>
            <w:vAlign w:val="center"/>
          </w:tcPr>
          <w:p w14:paraId="3D11543B"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0.52 (0.24 to 1.08)</w:t>
            </w:r>
          </w:p>
        </w:tc>
      </w:tr>
      <w:tr w:rsidR="00E6234D" w:rsidRPr="00EB75F0" w14:paraId="5035B304" w14:textId="77777777" w:rsidTr="00E6234D">
        <w:trPr>
          <w:gridAfter w:val="1"/>
          <w:wAfter w:w="6" w:type="dxa"/>
          <w:trHeight w:val="288"/>
        </w:trPr>
        <w:tc>
          <w:tcPr>
            <w:tcW w:w="1455" w:type="dxa"/>
            <w:vAlign w:val="center"/>
            <w:hideMark/>
          </w:tcPr>
          <w:p w14:paraId="1045B97D"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462" w:type="dxa"/>
            <w:vAlign w:val="center"/>
          </w:tcPr>
          <w:p w14:paraId="5DE9B1D2"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0.29 (0.01 to 3.84)</w:t>
            </w:r>
          </w:p>
        </w:tc>
        <w:tc>
          <w:tcPr>
            <w:tcW w:w="1595" w:type="dxa"/>
            <w:vAlign w:val="center"/>
          </w:tcPr>
          <w:p w14:paraId="6957B514"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0.27 (0.01 to 3.6)</w:t>
            </w:r>
          </w:p>
        </w:tc>
        <w:tc>
          <w:tcPr>
            <w:tcW w:w="1462" w:type="dxa"/>
            <w:vAlign w:val="center"/>
          </w:tcPr>
          <w:p w14:paraId="64CAC0C4"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0.31 (0.01 to 4.06)</w:t>
            </w:r>
          </w:p>
        </w:tc>
        <w:tc>
          <w:tcPr>
            <w:tcW w:w="1329" w:type="dxa"/>
            <w:vAlign w:val="center"/>
          </w:tcPr>
          <w:p w14:paraId="51520CBF"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1.18 (0.03 to 27.12)</w:t>
            </w:r>
          </w:p>
        </w:tc>
        <w:tc>
          <w:tcPr>
            <w:tcW w:w="1602" w:type="dxa"/>
            <w:shd w:val="clear" w:color="auto" w:fill="CFEDFF"/>
            <w:vAlign w:val="center"/>
          </w:tcPr>
          <w:p w14:paraId="53BFEAA8"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0.59 (0.02 to 8.53)</w:t>
            </w:r>
          </w:p>
        </w:tc>
        <w:tc>
          <w:tcPr>
            <w:tcW w:w="1455" w:type="dxa"/>
            <w:shd w:val="clear" w:color="auto" w:fill="C6C6C6"/>
            <w:noWrap/>
            <w:vAlign w:val="center"/>
          </w:tcPr>
          <w:p w14:paraId="0499FEC2"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p>
        </w:tc>
        <w:tc>
          <w:tcPr>
            <w:tcW w:w="1462" w:type="dxa"/>
            <w:vAlign w:val="center"/>
          </w:tcPr>
          <w:p w14:paraId="22CF1625"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0.39 (0.01 to 5.39)</w:t>
            </w:r>
          </w:p>
        </w:tc>
        <w:tc>
          <w:tcPr>
            <w:tcW w:w="1462" w:type="dxa"/>
            <w:vAlign w:val="center"/>
          </w:tcPr>
          <w:p w14:paraId="7D914FB9"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0.25 (0.01 to 3.49)</w:t>
            </w:r>
          </w:p>
        </w:tc>
        <w:tc>
          <w:tcPr>
            <w:tcW w:w="1462" w:type="dxa"/>
            <w:vAlign w:val="center"/>
          </w:tcPr>
          <w:p w14:paraId="4AAC5495"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0.31 (0.01 to 4.12)</w:t>
            </w:r>
          </w:p>
        </w:tc>
      </w:tr>
      <w:tr w:rsidR="00E6234D" w:rsidRPr="00EB75F0" w14:paraId="64CE8E48" w14:textId="77777777" w:rsidTr="00E6234D">
        <w:trPr>
          <w:gridAfter w:val="1"/>
          <w:wAfter w:w="6" w:type="dxa"/>
          <w:trHeight w:val="288"/>
        </w:trPr>
        <w:tc>
          <w:tcPr>
            <w:tcW w:w="1455" w:type="dxa"/>
            <w:vAlign w:val="center"/>
            <w:hideMark/>
          </w:tcPr>
          <w:p w14:paraId="372186F5"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462" w:type="dxa"/>
            <w:vAlign w:val="center"/>
          </w:tcPr>
          <w:p w14:paraId="1C432B10"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0.74 (0.45 to 1.19)</w:t>
            </w:r>
          </w:p>
        </w:tc>
        <w:tc>
          <w:tcPr>
            <w:tcW w:w="1595" w:type="dxa"/>
            <w:vAlign w:val="center"/>
          </w:tcPr>
          <w:p w14:paraId="57D7D848"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0.68 (0.41 to 1.14)</w:t>
            </w:r>
          </w:p>
        </w:tc>
        <w:tc>
          <w:tcPr>
            <w:tcW w:w="1462" w:type="dxa"/>
            <w:vAlign w:val="center"/>
          </w:tcPr>
          <w:p w14:paraId="0E912956"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0.78 (0.48 to 1.27)</w:t>
            </w:r>
          </w:p>
        </w:tc>
        <w:tc>
          <w:tcPr>
            <w:tcW w:w="1329" w:type="dxa"/>
            <w:vAlign w:val="center"/>
          </w:tcPr>
          <w:p w14:paraId="71EB8049"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3.03 (0.61 to 18.07)</w:t>
            </w:r>
          </w:p>
        </w:tc>
        <w:tc>
          <w:tcPr>
            <w:tcW w:w="1602" w:type="dxa"/>
            <w:shd w:val="clear" w:color="auto" w:fill="CFEDFF"/>
            <w:vAlign w:val="center"/>
          </w:tcPr>
          <w:p w14:paraId="72A56BA0"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1.52 (0.69 to 3.44)</w:t>
            </w:r>
          </w:p>
        </w:tc>
        <w:tc>
          <w:tcPr>
            <w:tcW w:w="1455" w:type="dxa"/>
            <w:vAlign w:val="center"/>
          </w:tcPr>
          <w:p w14:paraId="4F1EC3BF"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2.55 (0.19 to 82.65)</w:t>
            </w:r>
          </w:p>
        </w:tc>
        <w:tc>
          <w:tcPr>
            <w:tcW w:w="1462" w:type="dxa"/>
            <w:shd w:val="clear" w:color="auto" w:fill="C6C6C6"/>
            <w:noWrap/>
            <w:vAlign w:val="center"/>
          </w:tcPr>
          <w:p w14:paraId="6A486282"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p>
        </w:tc>
        <w:tc>
          <w:tcPr>
            <w:tcW w:w="1462" w:type="dxa"/>
            <w:vAlign w:val="center"/>
          </w:tcPr>
          <w:p w14:paraId="75F7F32F" w14:textId="77777777"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0.64 (0.34 to 1.21)</w:t>
            </w:r>
          </w:p>
        </w:tc>
        <w:tc>
          <w:tcPr>
            <w:tcW w:w="1462" w:type="dxa"/>
            <w:vAlign w:val="center"/>
          </w:tcPr>
          <w:p w14:paraId="443949BC" w14:textId="77777777" w:rsidR="00E6234D" w:rsidRPr="00EB75F0" w:rsidRDefault="00E6234D" w:rsidP="00E6234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0.78 (0.48 to 1.29)</w:t>
            </w:r>
          </w:p>
        </w:tc>
      </w:tr>
      <w:tr w:rsidR="00E6234D" w:rsidRPr="00EB75F0" w14:paraId="69A62FBB" w14:textId="77777777" w:rsidTr="00E6234D">
        <w:trPr>
          <w:gridAfter w:val="1"/>
          <w:wAfter w:w="6" w:type="dxa"/>
          <w:trHeight w:val="288"/>
        </w:trPr>
        <w:tc>
          <w:tcPr>
            <w:tcW w:w="1455" w:type="dxa"/>
            <w:vAlign w:val="center"/>
            <w:hideMark/>
          </w:tcPr>
          <w:p w14:paraId="633549F4" w14:textId="77777777" w:rsidR="00E6234D" w:rsidRPr="00EB75F0" w:rsidRDefault="00E6234D" w:rsidP="00E6234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462" w:type="dxa"/>
            <w:vAlign w:val="center"/>
          </w:tcPr>
          <w:p w14:paraId="0E6301C4" w14:textId="77777777" w:rsidR="00E6234D" w:rsidRPr="00EB75F0" w:rsidRDefault="00E6234D" w:rsidP="00E6234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1.15 (0.67 to 1.96)</w:t>
            </w:r>
          </w:p>
        </w:tc>
        <w:tc>
          <w:tcPr>
            <w:tcW w:w="1595" w:type="dxa"/>
            <w:vAlign w:val="center"/>
          </w:tcPr>
          <w:p w14:paraId="074773CE" w14:textId="77777777" w:rsidR="00E6234D" w:rsidRPr="00EB75F0" w:rsidRDefault="00E6234D" w:rsidP="00E6234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1.06 (0.61 to 1.83)</w:t>
            </w:r>
          </w:p>
        </w:tc>
        <w:tc>
          <w:tcPr>
            <w:tcW w:w="1462" w:type="dxa"/>
            <w:vAlign w:val="center"/>
          </w:tcPr>
          <w:p w14:paraId="5B3250C5" w14:textId="77777777" w:rsidR="00E6234D" w:rsidRPr="00EB75F0" w:rsidRDefault="00E6234D" w:rsidP="00E6234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1.21 (0.7 to 2.09)</w:t>
            </w:r>
          </w:p>
        </w:tc>
        <w:tc>
          <w:tcPr>
            <w:tcW w:w="1329" w:type="dxa"/>
            <w:vAlign w:val="center"/>
          </w:tcPr>
          <w:p w14:paraId="3451727B" w14:textId="77777777" w:rsidR="00E6234D" w:rsidRPr="00EB75F0" w:rsidRDefault="00E6234D" w:rsidP="00E6234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4.73 (0.92 to 29.08)</w:t>
            </w:r>
          </w:p>
        </w:tc>
        <w:tc>
          <w:tcPr>
            <w:tcW w:w="1602" w:type="dxa"/>
            <w:shd w:val="clear" w:color="auto" w:fill="CFEDFF"/>
            <w:vAlign w:val="center"/>
          </w:tcPr>
          <w:p w14:paraId="33A19527" w14:textId="77777777" w:rsidR="00E6234D" w:rsidRPr="00EB75F0" w:rsidRDefault="00E6234D" w:rsidP="00E6234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2.37 (1.03 to 5.53)</w:t>
            </w:r>
          </w:p>
        </w:tc>
        <w:tc>
          <w:tcPr>
            <w:tcW w:w="1455" w:type="dxa"/>
            <w:vAlign w:val="center"/>
          </w:tcPr>
          <w:p w14:paraId="58E3C30C" w14:textId="77777777" w:rsidR="00E6234D" w:rsidRPr="00EB75F0" w:rsidRDefault="00E6234D" w:rsidP="00E6234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3.97 (0.29 to 126.97)</w:t>
            </w:r>
          </w:p>
        </w:tc>
        <w:tc>
          <w:tcPr>
            <w:tcW w:w="1462" w:type="dxa"/>
            <w:vAlign w:val="center"/>
          </w:tcPr>
          <w:p w14:paraId="34BE80F2" w14:textId="77777777" w:rsidR="00E6234D" w:rsidRPr="00EB75F0" w:rsidRDefault="00E6234D" w:rsidP="00E6234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1.56 (0.82 to 2.91)</w:t>
            </w:r>
          </w:p>
        </w:tc>
        <w:tc>
          <w:tcPr>
            <w:tcW w:w="1462" w:type="dxa"/>
            <w:shd w:val="clear" w:color="auto" w:fill="C6C6C6"/>
            <w:noWrap/>
            <w:vAlign w:val="center"/>
          </w:tcPr>
          <w:p w14:paraId="0B6598BD" w14:textId="77777777" w:rsidR="00E6234D" w:rsidRPr="00EB75F0" w:rsidRDefault="00E6234D" w:rsidP="00E6234D">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462" w:type="dxa"/>
            <w:vAlign w:val="center"/>
          </w:tcPr>
          <w:p w14:paraId="53A12F73" w14:textId="77777777" w:rsidR="00E6234D" w:rsidRPr="00EB75F0" w:rsidRDefault="00E6234D" w:rsidP="00E6234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1.22 (0.7 to 2.11)</w:t>
            </w:r>
          </w:p>
        </w:tc>
      </w:tr>
      <w:tr w:rsidR="00E6234D" w:rsidRPr="00EB75F0" w14:paraId="5F0D7953" w14:textId="77777777" w:rsidTr="00E6234D">
        <w:trPr>
          <w:gridAfter w:val="1"/>
          <w:wAfter w:w="6" w:type="dxa"/>
          <w:trHeight w:val="288"/>
        </w:trPr>
        <w:tc>
          <w:tcPr>
            <w:tcW w:w="1455" w:type="dxa"/>
            <w:vAlign w:val="center"/>
            <w:hideMark/>
          </w:tcPr>
          <w:p w14:paraId="27821AC9" w14:textId="77777777" w:rsidR="00E6234D" w:rsidRPr="00EB75F0" w:rsidRDefault="00E6234D" w:rsidP="00E6234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462" w:type="dxa"/>
            <w:vAlign w:val="center"/>
          </w:tcPr>
          <w:p w14:paraId="454A628B" w14:textId="77777777" w:rsidR="00E6234D" w:rsidRPr="00EB75F0" w:rsidRDefault="00E6234D" w:rsidP="00E6234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(0.66 to 1.33)</w:t>
            </w:r>
          </w:p>
        </w:tc>
        <w:tc>
          <w:tcPr>
            <w:tcW w:w="1595" w:type="dxa"/>
            <w:vAlign w:val="center"/>
          </w:tcPr>
          <w:p w14:paraId="51B339F3" w14:textId="77777777" w:rsidR="00E6234D" w:rsidRPr="00EB75F0" w:rsidRDefault="00E6234D" w:rsidP="00E6234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0.87 (0.58 to 1.32)</w:t>
            </w:r>
          </w:p>
        </w:tc>
        <w:tc>
          <w:tcPr>
            <w:tcW w:w="1462" w:type="dxa"/>
            <w:vAlign w:val="center"/>
          </w:tcPr>
          <w:p w14:paraId="63C2F5BE" w14:textId="77777777" w:rsidR="00E6234D" w:rsidRPr="00EB75F0" w:rsidRDefault="00E6234D" w:rsidP="00E6234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0.99 (0.7 to 1.4)</w:t>
            </w:r>
          </w:p>
        </w:tc>
        <w:tc>
          <w:tcPr>
            <w:tcW w:w="1329" w:type="dxa"/>
            <w:vAlign w:val="center"/>
          </w:tcPr>
          <w:p w14:paraId="495A6B64" w14:textId="77777777" w:rsidR="00E6234D" w:rsidRPr="00EB75F0" w:rsidRDefault="00E6234D" w:rsidP="00E6234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3.87 (0.83 to 21.87)</w:t>
            </w:r>
          </w:p>
        </w:tc>
        <w:tc>
          <w:tcPr>
            <w:tcW w:w="1602" w:type="dxa"/>
            <w:shd w:val="clear" w:color="auto" w:fill="CFEDFF"/>
            <w:vAlign w:val="center"/>
          </w:tcPr>
          <w:p w14:paraId="2CD6AE5A" w14:textId="77777777" w:rsidR="00E6234D" w:rsidRPr="00EB75F0" w:rsidRDefault="00E6234D" w:rsidP="00E6234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1.94 (0.93 to 4.13)</w:t>
            </w:r>
          </w:p>
        </w:tc>
        <w:tc>
          <w:tcPr>
            <w:tcW w:w="1455" w:type="dxa"/>
            <w:vAlign w:val="center"/>
          </w:tcPr>
          <w:p w14:paraId="42EB7010" w14:textId="77777777" w:rsidR="00E6234D" w:rsidRPr="00EB75F0" w:rsidRDefault="00E6234D" w:rsidP="00E6234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3.23 (0.24 to 103.21)</w:t>
            </w:r>
          </w:p>
        </w:tc>
        <w:tc>
          <w:tcPr>
            <w:tcW w:w="1462" w:type="dxa"/>
            <w:vAlign w:val="center"/>
          </w:tcPr>
          <w:p w14:paraId="5D36E695" w14:textId="77777777" w:rsidR="00E6234D" w:rsidRPr="00EB75F0" w:rsidRDefault="00E6234D" w:rsidP="00E6234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1.27 (0.78 to 2.1)</w:t>
            </w:r>
          </w:p>
        </w:tc>
        <w:tc>
          <w:tcPr>
            <w:tcW w:w="1462" w:type="dxa"/>
            <w:vAlign w:val="center"/>
          </w:tcPr>
          <w:p w14:paraId="1E38DAFE" w14:textId="77777777" w:rsidR="00E6234D" w:rsidRPr="00EB75F0" w:rsidRDefault="00E6234D" w:rsidP="00E6234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0.82 (0.47 to 1.43)</w:t>
            </w:r>
          </w:p>
        </w:tc>
        <w:tc>
          <w:tcPr>
            <w:tcW w:w="1462" w:type="dxa"/>
            <w:shd w:val="clear" w:color="auto" w:fill="C6C6C6"/>
            <w:noWrap/>
            <w:vAlign w:val="center"/>
          </w:tcPr>
          <w:p w14:paraId="0635F53B" w14:textId="77777777" w:rsidR="00E6234D" w:rsidRPr="00EB75F0" w:rsidRDefault="00E6234D" w:rsidP="00E6234D">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E6234D" w:rsidRPr="00EB75F0" w14:paraId="51DC4CDD" w14:textId="77777777" w:rsidTr="00E6234D">
        <w:trPr>
          <w:trHeight w:val="288"/>
        </w:trPr>
        <w:tc>
          <w:tcPr>
            <w:tcW w:w="14752" w:type="dxa"/>
            <w:gridSpan w:val="11"/>
            <w:vAlign w:val="center"/>
          </w:tcPr>
          <w:p w14:paraId="22F45B64" w14:textId="0BACB864" w:rsidR="00E6234D" w:rsidRPr="00EB75F0" w:rsidRDefault="00E6234D" w:rsidP="00E6234D">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OR, odds ratio;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eastAsia="Times New Roman" w:hAnsiTheme="majorHAnsi" w:cstheme="majorHAnsi"/>
                <w:color w:val="000000"/>
                <w:sz w:val="16"/>
                <w:szCs w:val="16"/>
                <w:lang w:eastAsia="zh-TW"/>
              </w:rPr>
              <w:t xml:space="preserve">, </w:t>
            </w:r>
            <w:proofErr w:type="spellStart"/>
            <w:r w:rsidRPr="00EB75F0">
              <w:rPr>
                <w:rFonts w:asciiTheme="majorHAnsi" w:hAnsiTheme="majorHAnsi" w:cstheme="majorHAnsi"/>
                <w:sz w:val="16"/>
                <w:szCs w:val="16"/>
              </w:rPr>
              <w:t>xanomeline</w:t>
            </w:r>
            <w:proofErr w:type="spellEnd"/>
            <w:r w:rsidRPr="00EB75F0">
              <w:rPr>
                <w:rFonts w:asciiTheme="majorHAnsi" w:hAnsiTheme="majorHAnsi" w:cstheme="majorHAnsi"/>
                <w:sz w:val="16"/>
                <w:szCs w:val="16"/>
              </w:rPr>
              <w:t>/</w:t>
            </w:r>
            <w:proofErr w:type="spellStart"/>
            <w:r w:rsidRPr="00EB75F0">
              <w:rPr>
                <w:rFonts w:asciiTheme="majorHAnsi" w:hAnsiTheme="majorHAnsi" w:cstheme="majorHAnsi"/>
                <w:sz w:val="16"/>
                <w:szCs w:val="16"/>
              </w:rPr>
              <w:t>trospium</w:t>
            </w:r>
            <w:proofErr w:type="spellEnd"/>
            <w:r w:rsidRPr="00EB75F0">
              <w:rPr>
                <w:rFonts w:asciiTheme="majorHAnsi" w:hAnsiTheme="majorHAnsi" w:cstheme="majorHAnsi"/>
                <w:sz w:val="16"/>
                <w:szCs w:val="16"/>
              </w:rPr>
              <w:t xml:space="preserve"> chloride</w:t>
            </w:r>
          </w:p>
          <w:p w14:paraId="1362D6EF" w14:textId="7C2A9823" w:rsidR="00E6234D" w:rsidRPr="00EB75F0" w:rsidRDefault="00E6234D" w:rsidP="00E6234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13EFAD6B" w14:textId="77777777" w:rsidR="0086196F" w:rsidRPr="00EB75F0" w:rsidRDefault="0086196F">
      <w:pPr>
        <w:spacing w:before="0" w:after="200" w:line="276" w:lineRule="auto"/>
        <w:rPr>
          <w:b/>
        </w:rPr>
      </w:pPr>
    </w:p>
    <w:p w14:paraId="61BA7BC2" w14:textId="77777777" w:rsidR="0086196F" w:rsidRPr="00EB75F0" w:rsidRDefault="0086196F">
      <w:pPr>
        <w:spacing w:before="0" w:after="200" w:line="276" w:lineRule="auto"/>
        <w:rPr>
          <w:b/>
        </w:rPr>
      </w:pPr>
    </w:p>
    <w:p w14:paraId="4CC089CE" w14:textId="77777777" w:rsidR="0086196F" w:rsidRPr="00EB75F0" w:rsidRDefault="0086196F">
      <w:pPr>
        <w:spacing w:before="0" w:after="200" w:line="276" w:lineRule="auto"/>
        <w:rPr>
          <w:b/>
        </w:rPr>
        <w:sectPr w:rsidR="0086196F" w:rsidRPr="00EB75F0" w:rsidSect="0086196F">
          <w:pgSz w:w="16838" w:h="11906" w:orient="landscape"/>
          <w:pgMar w:top="1134" w:right="1134" w:bottom="1134" w:left="1134" w:header="567" w:footer="567" w:gutter="0"/>
          <w:cols w:space="708"/>
          <w:docGrid w:linePitch="360"/>
        </w:sectPr>
      </w:pPr>
    </w:p>
    <w:p w14:paraId="348E9C4E" w14:textId="24B542CB" w:rsidR="00CA1538" w:rsidRDefault="00CA1538">
      <w:pPr>
        <w:pStyle w:val="Heading3"/>
      </w:pPr>
      <w:bookmarkStart w:id="95" w:name="_Ref14381272"/>
      <w:r w:rsidRPr="00CA1538">
        <w:lastRenderedPageBreak/>
        <w:t xml:space="preserve">Figure </w:t>
      </w:r>
      <w:r w:rsidR="003C3433">
        <w:t>S</w:t>
      </w:r>
      <w:fldSimple w:instr=" SEQ Figure \* ARABIC ">
        <w:r w:rsidR="004B2F28">
          <w:rPr>
            <w:noProof/>
          </w:rPr>
          <w:t>76</w:t>
        </w:r>
      </w:fldSimple>
      <w:r w:rsidRPr="00CA1538">
        <w:t xml:space="preserve">: </w:t>
      </w:r>
      <w:r w:rsidRPr="00EB75F0">
        <w:t>Discontinuation due to all causes –</w:t>
      </w:r>
      <w:r>
        <w:t xml:space="preserve"> C</w:t>
      </w:r>
      <w:r w:rsidRPr="007F6A73">
        <w:t>omparison-adjusted funnel plot</w:t>
      </w:r>
      <w:r w:rsidRPr="00EB75F0">
        <w:t xml:space="preserve"> </w:t>
      </w:r>
      <w:r w:rsidRPr="007F6A73">
        <w:t>–</w:t>
      </w:r>
      <w:r>
        <w:t xml:space="preserve"> </w:t>
      </w:r>
      <w:r w:rsidRPr="00EB75F0">
        <w:t>random-effects model, base case network</w:t>
      </w:r>
      <w:r w:rsidRPr="007F6A73">
        <w:t xml:space="preserve"> </w:t>
      </w:r>
      <w:r>
        <w:rPr>
          <w:noProof/>
        </w:rPr>
        <w:drawing>
          <wp:inline distT="0" distB="0" distL="0" distR="0" wp14:anchorId="1BD8909E" wp14:editId="77FFE7C1">
            <wp:extent cx="6120765" cy="3248269"/>
            <wp:effectExtent l="0" t="0" r="0" b="9525"/>
            <wp:docPr id="7567637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7" cstate="print">
                      <a:extLst>
                        <a:ext uri="{28A0092B-C50C-407E-A947-70E740481C1C}">
                          <a14:useLocalDpi xmlns:a14="http://schemas.microsoft.com/office/drawing/2010/main"/>
                        </a:ext>
                      </a:extLst>
                    </a:blip>
                    <a:srcRect/>
                    <a:stretch>
                      <a:fillRect/>
                    </a:stretch>
                  </pic:blipFill>
                  <pic:spPr bwMode="auto">
                    <a:xfrm>
                      <a:off x="0" y="0"/>
                      <a:ext cx="6120765" cy="3248269"/>
                    </a:xfrm>
                    <a:prstGeom prst="rect">
                      <a:avLst/>
                    </a:prstGeom>
                    <a:noFill/>
                    <a:ln>
                      <a:noFill/>
                    </a:ln>
                    <a:extLst>
                      <a:ext uri="{53640926-AAD7-44D8-BBD7-CCE9431645EC}">
                        <a14:shadowObscured xmlns:a14="http://schemas.microsoft.com/office/drawing/2010/main"/>
                      </a:ext>
                    </a:extLst>
                  </pic:spPr>
                </pic:pic>
              </a:graphicData>
            </a:graphic>
          </wp:inline>
        </w:drawing>
      </w:r>
    </w:p>
    <w:p w14:paraId="701A598A" w14:textId="5CECDC88" w:rsidR="00DC5BD0" w:rsidRDefault="00DC5BD0" w:rsidP="00DC5BD0">
      <w:pPr>
        <w:pStyle w:val="Heading3"/>
      </w:pPr>
      <w:r w:rsidRPr="00CA1538">
        <w:t xml:space="preserve">Figure </w:t>
      </w:r>
      <w:r>
        <w:t>S</w:t>
      </w:r>
      <w:fldSimple w:instr=" SEQ Figure \* ARABIC ">
        <w:r w:rsidR="004B2F28">
          <w:rPr>
            <w:noProof/>
          </w:rPr>
          <w:t>77</w:t>
        </w:r>
      </w:fldSimple>
      <w:r w:rsidRPr="00CA1538">
        <w:t xml:space="preserve">: </w:t>
      </w:r>
      <w:r w:rsidRPr="00EB75F0">
        <w:t>Discontinuation due to all causes –</w:t>
      </w:r>
      <w:r>
        <w:t xml:space="preserve"> C</w:t>
      </w:r>
      <w:r w:rsidRPr="007F6A73">
        <w:t>omparison-adjusted funnel plot</w:t>
      </w:r>
      <w:r w:rsidRPr="00EB75F0">
        <w:t xml:space="preserve"> </w:t>
      </w:r>
      <w:r w:rsidRPr="007F6A73">
        <w:t>–</w:t>
      </w:r>
      <w:r>
        <w:t xml:space="preserve"> fixed</w:t>
      </w:r>
      <w:r w:rsidRPr="00EB75F0">
        <w:t>-effects model, base case network</w:t>
      </w:r>
      <w:r w:rsidRPr="007F6A73">
        <w:t xml:space="preserve"> </w:t>
      </w:r>
      <w:r>
        <w:rPr>
          <w:noProof/>
        </w:rPr>
        <w:drawing>
          <wp:inline distT="0" distB="0" distL="0" distR="0" wp14:anchorId="3DE9E969" wp14:editId="7BB50BCD">
            <wp:extent cx="6120765" cy="3248269"/>
            <wp:effectExtent l="0" t="0" r="0" b="0"/>
            <wp:docPr id="13173620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62005" name="Picture 15"/>
                    <pic:cNvPicPr>
                      <a:picLocks noChangeAspect="1" noChangeArrowheads="1"/>
                    </pic:cNvPicPr>
                  </pic:nvPicPr>
                  <pic:blipFill rotWithShape="1">
                    <a:blip r:embed="rId98" cstate="print">
                      <a:extLst>
                        <a:ext uri="{28A0092B-C50C-407E-A947-70E740481C1C}">
                          <a14:useLocalDpi xmlns:a14="http://schemas.microsoft.com/office/drawing/2010/main"/>
                        </a:ext>
                      </a:extLst>
                    </a:blip>
                    <a:srcRect l="-7" t="13557" r="7" b="-2007"/>
                    <a:stretch>
                      <a:fillRect/>
                    </a:stretch>
                  </pic:blipFill>
                  <pic:spPr bwMode="auto">
                    <a:xfrm>
                      <a:off x="0" y="0"/>
                      <a:ext cx="6120765" cy="3248269"/>
                    </a:xfrm>
                    <a:prstGeom prst="rect">
                      <a:avLst/>
                    </a:prstGeom>
                    <a:noFill/>
                    <a:ln>
                      <a:noFill/>
                    </a:ln>
                    <a:extLst>
                      <a:ext uri="{53640926-AAD7-44D8-BBD7-CCE9431645EC}">
                        <a14:shadowObscured xmlns:a14="http://schemas.microsoft.com/office/drawing/2010/main"/>
                      </a:ext>
                    </a:extLst>
                  </pic:spPr>
                </pic:pic>
              </a:graphicData>
            </a:graphic>
          </wp:inline>
        </w:drawing>
      </w:r>
    </w:p>
    <w:p w14:paraId="755F9D16" w14:textId="49E316B5" w:rsidR="00DC5BD0" w:rsidRDefault="00DC5BD0">
      <w:pPr>
        <w:pStyle w:val="Heading3"/>
      </w:pPr>
      <w:r w:rsidRPr="00CA1538">
        <w:t xml:space="preserve">Figure </w:t>
      </w:r>
      <w:r>
        <w:t>S</w:t>
      </w:r>
      <w:fldSimple w:instr=" SEQ Figure \* ARABIC ">
        <w:r w:rsidR="004B2F28">
          <w:rPr>
            <w:noProof/>
          </w:rPr>
          <w:t>78</w:t>
        </w:r>
      </w:fldSimple>
      <w:r w:rsidRPr="00CA1538">
        <w:t xml:space="preserve">: </w:t>
      </w:r>
      <w:r w:rsidRPr="00EB75F0">
        <w:t>Discontinuation due to all causes –</w:t>
      </w:r>
      <w:r>
        <w:t xml:space="preserve"> C</w:t>
      </w:r>
      <w:r w:rsidRPr="007F6A73">
        <w:t>omparison-adjusted funnel plot</w:t>
      </w:r>
      <w:r w:rsidRPr="00EB75F0">
        <w:t xml:space="preserve"> </w:t>
      </w:r>
      <w:r w:rsidRPr="007F6A73">
        <w:t>–</w:t>
      </w:r>
      <w:r>
        <w:t xml:space="preserve"> </w:t>
      </w:r>
      <w:r w:rsidRPr="00EB75F0">
        <w:t xml:space="preserve">random-effects model, </w:t>
      </w:r>
      <w:r w:rsidR="00F97A30" w:rsidRPr="00EB75F0">
        <w:t xml:space="preserve">random-effects model, sensitivity analysis excluding studies with </w:t>
      </w:r>
      <w:r w:rsidR="00F97A30" w:rsidRPr="00EB75F0">
        <w:lastRenderedPageBreak/>
        <w:t>predominantly Asian populations</w:t>
      </w:r>
      <w:r w:rsidR="00F97A30">
        <w:rPr>
          <w:noProof/>
        </w:rPr>
        <w:t xml:space="preserve"> </w:t>
      </w:r>
      <w:r>
        <w:rPr>
          <w:noProof/>
        </w:rPr>
        <w:drawing>
          <wp:inline distT="0" distB="0" distL="0" distR="0" wp14:anchorId="1F5E8004" wp14:editId="420F3E6E">
            <wp:extent cx="6120765" cy="3248269"/>
            <wp:effectExtent l="0" t="0" r="0" b="9525"/>
            <wp:docPr id="31855275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552754" name="Picture 15"/>
                    <pic:cNvPicPr>
                      <a:picLocks noChangeAspect="1" noChangeArrowheads="1"/>
                    </pic:cNvPicPr>
                  </pic:nvPicPr>
                  <pic:blipFill rotWithShape="1">
                    <a:blip r:embed="rId99" cstate="print">
                      <a:extLst>
                        <a:ext uri="{28A0092B-C50C-407E-A947-70E740481C1C}">
                          <a14:useLocalDpi xmlns:a14="http://schemas.microsoft.com/office/drawing/2010/main"/>
                        </a:ext>
                      </a:extLst>
                    </a:blip>
                    <a:srcRect l="-7" t="11550" r="7"/>
                    <a:stretch>
                      <a:fillRect/>
                    </a:stretch>
                  </pic:blipFill>
                  <pic:spPr bwMode="auto">
                    <a:xfrm>
                      <a:off x="0" y="0"/>
                      <a:ext cx="6120765" cy="3248269"/>
                    </a:xfrm>
                    <a:prstGeom prst="rect">
                      <a:avLst/>
                    </a:prstGeom>
                    <a:noFill/>
                    <a:ln>
                      <a:noFill/>
                    </a:ln>
                    <a:extLst>
                      <a:ext uri="{53640926-AAD7-44D8-BBD7-CCE9431645EC}">
                        <a14:shadowObscured xmlns:a14="http://schemas.microsoft.com/office/drawing/2010/main"/>
                      </a:ext>
                    </a:extLst>
                  </pic:spPr>
                </pic:pic>
              </a:graphicData>
            </a:graphic>
          </wp:inline>
        </w:drawing>
      </w:r>
    </w:p>
    <w:p w14:paraId="6F0C016A" w14:textId="4F0A77D7" w:rsidR="00D44A32" w:rsidRPr="00541089" w:rsidRDefault="00FE6F81" w:rsidP="00D44A32">
      <w:pPr>
        <w:pStyle w:val="Heading2"/>
      </w:pPr>
      <w:r w:rsidRPr="00541089">
        <w:t>Discontinuation due to adverse events</w:t>
      </w:r>
      <w:bookmarkEnd w:id="95"/>
    </w:p>
    <w:p w14:paraId="650FF876" w14:textId="15FF6F28" w:rsidR="00D44A32" w:rsidRPr="00EB75F0" w:rsidRDefault="00A06AE8" w:rsidP="00766C59">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33</w:t>
        </w:r>
      </w:fldSimple>
      <w:r w:rsidR="00D44A32" w:rsidRPr="00EB75F0">
        <w:t>: Discontinuation due to adverse events – comparison of NMA results from base case and sensitivity analyses</w:t>
      </w:r>
    </w:p>
    <w:tbl>
      <w:tblPr>
        <w:tblStyle w:val="Table"/>
        <w:tblW w:w="5006" w:type="pct"/>
        <w:tblInd w:w="-5"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930"/>
        <w:gridCol w:w="2298"/>
        <w:gridCol w:w="2163"/>
        <w:gridCol w:w="1313"/>
        <w:gridCol w:w="1936"/>
      </w:tblGrid>
      <w:tr w:rsidR="00D44A32" w:rsidRPr="00EB75F0" w14:paraId="6CF0929D" w14:textId="77777777" w:rsidTr="009B414E">
        <w:trPr>
          <w:trHeight w:val="58"/>
        </w:trPr>
        <w:tc>
          <w:tcPr>
            <w:tcW w:w="1001" w:type="pct"/>
            <w:vMerge w:val="restart"/>
            <w:tcBorders>
              <w:top w:val="single" w:sz="4" w:space="0" w:color="000000"/>
              <w:left w:val="single" w:sz="4" w:space="0" w:color="000000"/>
              <w:bottom w:val="single" w:sz="4" w:space="0" w:color="000000"/>
              <w:right w:val="single" w:sz="4" w:space="0" w:color="000000"/>
            </w:tcBorders>
            <w:shd w:val="clear" w:color="auto" w:fill="001B2B"/>
            <w:vAlign w:val="center"/>
          </w:tcPr>
          <w:p w14:paraId="3A9F311A" w14:textId="77777777" w:rsidR="00D44A32" w:rsidRPr="00EB75F0" w:rsidRDefault="00D44A32" w:rsidP="00C32B29">
            <w:pPr>
              <w:pStyle w:val="TableText"/>
              <w:spacing w:before="48" w:after="48"/>
              <w:rPr>
                <w:color w:val="FFFFFF"/>
                <w:sz w:val="18"/>
              </w:rPr>
            </w:pPr>
            <w:r w:rsidRPr="00EB75F0">
              <w:rPr>
                <w:color w:val="FFFFFF"/>
                <w:sz w:val="18"/>
              </w:rPr>
              <w:t>Treatment</w:t>
            </w:r>
          </w:p>
        </w:tc>
        <w:tc>
          <w:tcPr>
            <w:tcW w:w="2995" w:type="pct"/>
            <w:gridSpan w:val="3"/>
            <w:tcBorders>
              <w:top w:val="single" w:sz="4" w:space="0" w:color="000000"/>
              <w:left w:val="single" w:sz="4" w:space="0" w:color="000000"/>
              <w:bottom w:val="single" w:sz="4" w:space="0" w:color="000000"/>
              <w:right w:val="single" w:sz="4" w:space="0" w:color="000000"/>
            </w:tcBorders>
            <w:shd w:val="clear" w:color="auto" w:fill="001B2B"/>
            <w:vAlign w:val="center"/>
          </w:tcPr>
          <w:p w14:paraId="082B7403" w14:textId="77777777" w:rsidR="00D44A32" w:rsidRPr="00EB75F0" w:rsidRDefault="00D44A32" w:rsidP="00C32B29">
            <w:pPr>
              <w:pStyle w:val="TableText"/>
              <w:spacing w:before="48" w:after="48"/>
              <w:rPr>
                <w:color w:val="FFFFFF"/>
                <w:sz w:val="18"/>
              </w:rPr>
            </w:pPr>
            <w:r w:rsidRPr="00EB75F0">
              <w:rPr>
                <w:color w:val="FFFFFF"/>
                <w:sz w:val="18"/>
              </w:rPr>
              <w:t xml:space="preserve">OR Treatment versus Placebo (95% </w:t>
            </w:r>
            <w:proofErr w:type="spellStart"/>
            <w:r w:rsidRPr="00EB75F0">
              <w:rPr>
                <w:color w:val="FFFFFF"/>
                <w:sz w:val="18"/>
              </w:rPr>
              <w:t>CrI</w:t>
            </w:r>
            <w:proofErr w:type="spellEnd"/>
            <w:r w:rsidRPr="00EB75F0">
              <w:rPr>
                <w:color w:val="FFFFFF"/>
                <w:sz w:val="18"/>
              </w:rPr>
              <w:t>)</w:t>
            </w:r>
          </w:p>
        </w:tc>
        <w:tc>
          <w:tcPr>
            <w:tcW w:w="1004" w:type="pct"/>
            <w:tcBorders>
              <w:top w:val="single" w:sz="4" w:space="0" w:color="000000"/>
              <w:left w:val="single" w:sz="4" w:space="0" w:color="000000"/>
              <w:bottom w:val="single" w:sz="4" w:space="0" w:color="000000"/>
              <w:right w:val="single" w:sz="4" w:space="0" w:color="000000"/>
            </w:tcBorders>
            <w:shd w:val="clear" w:color="auto" w:fill="001B2B"/>
          </w:tcPr>
          <w:p w14:paraId="060E4819" w14:textId="77777777" w:rsidR="00D44A32" w:rsidRPr="00EB75F0" w:rsidRDefault="00D44A32" w:rsidP="00C32B29">
            <w:pPr>
              <w:pStyle w:val="TableText"/>
              <w:spacing w:before="48" w:after="48"/>
              <w:rPr>
                <w:color w:val="FFFFFF"/>
                <w:sz w:val="18"/>
              </w:rPr>
            </w:pPr>
          </w:p>
        </w:tc>
      </w:tr>
      <w:tr w:rsidR="00D44A32" w:rsidRPr="00EB75F0" w14:paraId="21B8D97B" w14:textId="77777777" w:rsidTr="009B414E">
        <w:trPr>
          <w:trHeight w:val="58"/>
        </w:trPr>
        <w:tc>
          <w:tcPr>
            <w:tcW w:w="1001" w:type="pct"/>
            <w:vMerge/>
            <w:tcBorders>
              <w:top w:val="single" w:sz="4" w:space="0" w:color="000000"/>
              <w:left w:val="single" w:sz="4" w:space="0" w:color="000000"/>
              <w:bottom w:val="single" w:sz="4" w:space="0" w:color="000000"/>
              <w:right w:val="single" w:sz="4" w:space="0" w:color="000000"/>
            </w:tcBorders>
            <w:shd w:val="clear" w:color="auto" w:fill="D8D2BF"/>
            <w:vAlign w:val="center"/>
          </w:tcPr>
          <w:p w14:paraId="64357F54" w14:textId="77777777" w:rsidR="00D44A32" w:rsidRPr="00EB75F0" w:rsidRDefault="00D44A32" w:rsidP="00C32B29"/>
        </w:tc>
        <w:tc>
          <w:tcPr>
            <w:tcW w:w="2314"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7362A1BD" w14:textId="77777777" w:rsidR="00D44A32" w:rsidRPr="00EB75F0" w:rsidRDefault="00D44A32" w:rsidP="00C32B29">
            <w:pPr>
              <w:pStyle w:val="TableText"/>
              <w:spacing w:before="48" w:after="48"/>
              <w:rPr>
                <w:b/>
                <w:sz w:val="18"/>
              </w:rPr>
            </w:pPr>
            <w:r w:rsidRPr="00EB75F0">
              <w:rPr>
                <w:b/>
                <w:sz w:val="18"/>
              </w:rPr>
              <w:t>Base case network</w:t>
            </w:r>
          </w:p>
        </w:tc>
        <w:tc>
          <w:tcPr>
            <w:tcW w:w="1685"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29E3C2E7" w14:textId="77777777" w:rsidR="00D44A32" w:rsidRPr="00EB75F0" w:rsidRDefault="00D44A32" w:rsidP="00C32B29">
            <w:pPr>
              <w:pStyle w:val="TableText"/>
              <w:spacing w:before="48" w:after="48"/>
              <w:jc w:val="center"/>
              <w:rPr>
                <w:b/>
                <w:sz w:val="18"/>
              </w:rPr>
            </w:pPr>
            <w:r w:rsidRPr="00EB75F0">
              <w:rPr>
                <w:b/>
                <w:sz w:val="18"/>
              </w:rPr>
              <w:t>Excluding studies with predominantly Asian populations</w:t>
            </w:r>
          </w:p>
        </w:tc>
      </w:tr>
      <w:tr w:rsidR="00D44A32" w:rsidRPr="00EB75F0" w14:paraId="598D8FEB" w14:textId="77777777" w:rsidTr="009B414E">
        <w:trPr>
          <w:trHeight w:val="68"/>
        </w:trPr>
        <w:tc>
          <w:tcPr>
            <w:tcW w:w="1001" w:type="pct"/>
            <w:vMerge/>
            <w:tcBorders>
              <w:top w:val="single" w:sz="4" w:space="0" w:color="000000"/>
              <w:left w:val="single" w:sz="4" w:space="0" w:color="000000"/>
              <w:bottom w:val="single" w:sz="4" w:space="0" w:color="000000"/>
              <w:right w:val="single" w:sz="4" w:space="0" w:color="000000"/>
            </w:tcBorders>
            <w:shd w:val="clear" w:color="auto" w:fill="D8D2BF"/>
            <w:vAlign w:val="center"/>
          </w:tcPr>
          <w:p w14:paraId="4B7C1B0D" w14:textId="77777777" w:rsidR="00D44A32" w:rsidRPr="00EB75F0" w:rsidRDefault="00D44A32" w:rsidP="00C32B29"/>
        </w:tc>
        <w:tc>
          <w:tcPr>
            <w:tcW w:w="1192"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7326939E" w14:textId="77777777" w:rsidR="00D44A32" w:rsidRPr="00EB75F0" w:rsidRDefault="00D44A32" w:rsidP="00C32B29">
            <w:pPr>
              <w:pStyle w:val="TableText"/>
              <w:spacing w:before="48" w:after="48"/>
              <w:rPr>
                <w:sz w:val="18"/>
              </w:rPr>
            </w:pPr>
            <w:r w:rsidRPr="00EB75F0">
              <w:rPr>
                <w:sz w:val="18"/>
              </w:rPr>
              <w:t>FE (DIC: 159.52)</w:t>
            </w:r>
          </w:p>
        </w:tc>
        <w:tc>
          <w:tcPr>
            <w:tcW w:w="1122"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29FA02B2" w14:textId="77777777" w:rsidR="00D44A32" w:rsidRPr="00EB75F0" w:rsidRDefault="00D44A32" w:rsidP="00C32B29">
            <w:pPr>
              <w:pStyle w:val="TableText"/>
              <w:spacing w:before="48" w:after="48"/>
              <w:rPr>
                <w:sz w:val="18"/>
              </w:rPr>
            </w:pPr>
            <w:r w:rsidRPr="00EB75F0">
              <w:rPr>
                <w:sz w:val="18"/>
              </w:rPr>
              <w:t>RE (DIC: 161.3)</w:t>
            </w:r>
          </w:p>
        </w:tc>
        <w:tc>
          <w:tcPr>
            <w:tcW w:w="1685"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77462886" w14:textId="77777777" w:rsidR="00D44A32" w:rsidRPr="00EB75F0" w:rsidRDefault="00D44A32" w:rsidP="00C32B29">
            <w:pPr>
              <w:pStyle w:val="TableText"/>
              <w:spacing w:before="48" w:after="48"/>
              <w:jc w:val="center"/>
              <w:rPr>
                <w:sz w:val="18"/>
              </w:rPr>
            </w:pPr>
            <w:r w:rsidRPr="00EB75F0">
              <w:rPr>
                <w:sz w:val="18"/>
              </w:rPr>
              <w:t>RE (DIC: 150.24)</w:t>
            </w:r>
          </w:p>
        </w:tc>
      </w:tr>
      <w:tr w:rsidR="00D44A32" w:rsidRPr="00EB75F0" w14:paraId="686EA227"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26D7124C" w14:textId="77777777" w:rsidR="00D44A32" w:rsidRPr="00EB75F0" w:rsidRDefault="00D44A32" w:rsidP="00C32B29">
            <w:pPr>
              <w:pStyle w:val="TableText"/>
              <w:spacing w:before="48" w:after="48"/>
              <w:rPr>
                <w:sz w:val="18"/>
              </w:rPr>
            </w:pPr>
            <w:r w:rsidRPr="00EB75F0">
              <w:rPr>
                <w:sz w:val="18"/>
              </w:rPr>
              <w:t>Aripiprazole</w:t>
            </w:r>
          </w:p>
        </w:tc>
        <w:tc>
          <w:tcPr>
            <w:tcW w:w="1192" w:type="pct"/>
            <w:tcBorders>
              <w:top w:val="single" w:sz="4" w:space="0" w:color="000000"/>
              <w:left w:val="single" w:sz="4" w:space="0" w:color="000000"/>
              <w:bottom w:val="single" w:sz="4" w:space="0" w:color="000000"/>
              <w:right w:val="single" w:sz="4" w:space="0" w:color="000000"/>
            </w:tcBorders>
          </w:tcPr>
          <w:p w14:paraId="23E5C4FA" w14:textId="77777777" w:rsidR="00D44A32" w:rsidRPr="00EB75F0" w:rsidRDefault="00D44A32" w:rsidP="00C32B29">
            <w:pPr>
              <w:pStyle w:val="TableText"/>
              <w:spacing w:before="48" w:after="48"/>
              <w:rPr>
                <w:b/>
                <w:color w:val="000000"/>
                <w:sz w:val="18"/>
              </w:rPr>
            </w:pPr>
            <w:r w:rsidRPr="00EB75F0">
              <w:rPr>
                <w:b/>
                <w:sz w:val="18"/>
              </w:rPr>
              <w:t>0.70 (0.54, 0.90)</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40C27CB8" w14:textId="77777777" w:rsidR="00D44A32" w:rsidRPr="00EB75F0" w:rsidRDefault="00D44A32" w:rsidP="00C32B29">
            <w:pPr>
              <w:pStyle w:val="TableText"/>
              <w:spacing w:before="48" w:after="48"/>
              <w:rPr>
                <w:b/>
                <w:color w:val="000000"/>
                <w:sz w:val="18"/>
              </w:rPr>
            </w:pPr>
            <w:r w:rsidRPr="00EB75F0">
              <w:rPr>
                <w:b/>
                <w:sz w:val="18"/>
              </w:rPr>
              <w:t>0.71 (0.53, 0.98)</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003766C7" w14:textId="77777777" w:rsidR="00D44A32" w:rsidRPr="00EB75F0" w:rsidRDefault="00D44A32" w:rsidP="00C32B29">
            <w:pPr>
              <w:pStyle w:val="TableText"/>
              <w:spacing w:before="48" w:after="48"/>
              <w:jc w:val="center"/>
              <w:rPr>
                <w:b/>
                <w:color w:val="000000"/>
                <w:sz w:val="18"/>
              </w:rPr>
            </w:pPr>
            <w:r w:rsidRPr="00EB75F0">
              <w:rPr>
                <w:color w:val="000000"/>
                <w:sz w:val="18"/>
              </w:rPr>
              <w:t>0.71 (0.52 to 1.01)</w:t>
            </w:r>
          </w:p>
        </w:tc>
      </w:tr>
      <w:tr w:rsidR="00D44A32" w:rsidRPr="00EB75F0" w14:paraId="695A2D3D"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774FA568" w14:textId="77777777" w:rsidR="00D44A32" w:rsidRPr="00EB75F0" w:rsidRDefault="00D44A32" w:rsidP="00C32B29">
            <w:pPr>
              <w:pStyle w:val="TableText"/>
              <w:spacing w:before="48" w:after="48"/>
              <w:rPr>
                <w:sz w:val="18"/>
              </w:rPr>
            </w:pPr>
            <w:proofErr w:type="spellStart"/>
            <w:r w:rsidRPr="00EB75F0">
              <w:rPr>
                <w:sz w:val="18"/>
              </w:rPr>
              <w:t>Brexpiprazole</w:t>
            </w:r>
            <w:proofErr w:type="spellEnd"/>
          </w:p>
        </w:tc>
        <w:tc>
          <w:tcPr>
            <w:tcW w:w="1192" w:type="pct"/>
            <w:tcBorders>
              <w:top w:val="single" w:sz="4" w:space="0" w:color="000000"/>
              <w:left w:val="single" w:sz="4" w:space="0" w:color="000000"/>
              <w:bottom w:val="single" w:sz="4" w:space="0" w:color="000000"/>
              <w:right w:val="single" w:sz="4" w:space="0" w:color="000000"/>
            </w:tcBorders>
          </w:tcPr>
          <w:p w14:paraId="45897CF1" w14:textId="77777777" w:rsidR="00D44A32" w:rsidRPr="00EB75F0" w:rsidRDefault="00D44A32" w:rsidP="00C32B29">
            <w:pPr>
              <w:pStyle w:val="TableText"/>
              <w:spacing w:before="48" w:after="48"/>
              <w:rPr>
                <w:b/>
                <w:color w:val="000000"/>
                <w:sz w:val="18"/>
              </w:rPr>
            </w:pPr>
            <w:r w:rsidRPr="00EB75F0">
              <w:rPr>
                <w:b/>
                <w:sz w:val="18"/>
              </w:rPr>
              <w:t>0.65 (0.48, 0.89)</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468B14A0" w14:textId="77777777" w:rsidR="00D44A32" w:rsidRPr="00EB75F0" w:rsidRDefault="00D44A32" w:rsidP="00C32B29">
            <w:pPr>
              <w:pStyle w:val="TableText"/>
              <w:spacing w:before="48" w:after="48"/>
              <w:rPr>
                <w:b/>
                <w:color w:val="000000"/>
                <w:sz w:val="18"/>
              </w:rPr>
            </w:pPr>
            <w:r w:rsidRPr="00EB75F0">
              <w:rPr>
                <w:b/>
                <w:sz w:val="18"/>
              </w:rPr>
              <w:t>0.67 (0.48, 0.98)</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60A30741" w14:textId="77777777" w:rsidR="00D44A32" w:rsidRPr="00EB75F0" w:rsidRDefault="00D44A32" w:rsidP="00C32B29">
            <w:pPr>
              <w:pStyle w:val="TableText"/>
              <w:spacing w:before="48" w:after="48"/>
              <w:jc w:val="center"/>
              <w:rPr>
                <w:b/>
                <w:color w:val="000000"/>
                <w:sz w:val="18"/>
              </w:rPr>
            </w:pPr>
            <w:r w:rsidRPr="00EB75F0">
              <w:rPr>
                <w:color w:val="000000"/>
                <w:sz w:val="18"/>
              </w:rPr>
              <w:t>0.68 (0.44 to 1.11)</w:t>
            </w:r>
          </w:p>
        </w:tc>
      </w:tr>
      <w:tr w:rsidR="00D44A32" w:rsidRPr="00EB75F0" w14:paraId="2F78ACED"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43867B31" w14:textId="77777777" w:rsidR="00D44A32" w:rsidRPr="00EB75F0" w:rsidRDefault="00D44A32" w:rsidP="00C32B29">
            <w:pPr>
              <w:pStyle w:val="TableText"/>
              <w:spacing w:before="48" w:after="48"/>
              <w:rPr>
                <w:sz w:val="18"/>
              </w:rPr>
            </w:pPr>
            <w:proofErr w:type="spellStart"/>
            <w:r w:rsidRPr="00EB75F0">
              <w:rPr>
                <w:sz w:val="18"/>
              </w:rPr>
              <w:t>Cariprazine</w:t>
            </w:r>
            <w:proofErr w:type="spellEnd"/>
          </w:p>
        </w:tc>
        <w:tc>
          <w:tcPr>
            <w:tcW w:w="1192" w:type="pct"/>
            <w:tcBorders>
              <w:top w:val="single" w:sz="4" w:space="0" w:color="000000"/>
              <w:left w:val="single" w:sz="4" w:space="0" w:color="000000"/>
              <w:bottom w:val="single" w:sz="4" w:space="0" w:color="000000"/>
              <w:right w:val="single" w:sz="4" w:space="0" w:color="000000"/>
            </w:tcBorders>
          </w:tcPr>
          <w:p w14:paraId="1930CE36" w14:textId="77777777" w:rsidR="00D44A32" w:rsidRPr="00EB75F0" w:rsidRDefault="00D44A32" w:rsidP="00C32B29">
            <w:pPr>
              <w:pStyle w:val="TableText"/>
              <w:spacing w:before="48" w:after="48"/>
              <w:rPr>
                <w:b/>
                <w:color w:val="000000"/>
                <w:sz w:val="18"/>
              </w:rPr>
            </w:pPr>
            <w:r w:rsidRPr="00EB75F0">
              <w:rPr>
                <w:b/>
                <w:sz w:val="18"/>
              </w:rPr>
              <w:t>0.74 (0.57, 0.97)</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0063A511" w14:textId="77777777" w:rsidR="00D44A32" w:rsidRPr="00EB75F0" w:rsidRDefault="00D44A32" w:rsidP="00C32B29">
            <w:pPr>
              <w:pStyle w:val="TableText"/>
              <w:spacing w:before="48" w:after="48"/>
              <w:rPr>
                <w:color w:val="000000"/>
                <w:sz w:val="18"/>
              </w:rPr>
            </w:pPr>
            <w:r w:rsidRPr="00EB75F0">
              <w:rPr>
                <w:sz w:val="18"/>
              </w:rPr>
              <w:t>0.75 (0.54, 1.04)</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09C0408A" w14:textId="77777777" w:rsidR="00D44A32" w:rsidRPr="00EB75F0" w:rsidRDefault="00D44A32" w:rsidP="00C32B29">
            <w:pPr>
              <w:pStyle w:val="TableText"/>
              <w:spacing w:before="48" w:after="48"/>
              <w:jc w:val="center"/>
              <w:rPr>
                <w:b/>
                <w:color w:val="000000"/>
                <w:sz w:val="18"/>
              </w:rPr>
            </w:pPr>
            <w:r w:rsidRPr="00EB75F0">
              <w:rPr>
                <w:color w:val="000000"/>
                <w:sz w:val="18"/>
              </w:rPr>
              <w:t>0.75 (0.51 to 1.12)</w:t>
            </w:r>
          </w:p>
        </w:tc>
      </w:tr>
      <w:tr w:rsidR="00D44A32" w:rsidRPr="00EB75F0" w14:paraId="2E6BC432"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438ECA31" w14:textId="77777777" w:rsidR="00D44A32" w:rsidRPr="00EB75F0" w:rsidRDefault="00D44A32" w:rsidP="00C32B29">
            <w:pPr>
              <w:pStyle w:val="TableText"/>
              <w:spacing w:before="48" w:after="48"/>
              <w:rPr>
                <w:sz w:val="18"/>
              </w:rPr>
            </w:pPr>
            <w:r w:rsidRPr="00EB75F0">
              <w:rPr>
                <w:sz w:val="18"/>
              </w:rPr>
              <w:t>Clozapine</w:t>
            </w:r>
          </w:p>
        </w:tc>
        <w:tc>
          <w:tcPr>
            <w:tcW w:w="1192" w:type="pct"/>
            <w:tcBorders>
              <w:top w:val="single" w:sz="4" w:space="0" w:color="000000"/>
              <w:left w:val="single" w:sz="4" w:space="0" w:color="000000"/>
              <w:bottom w:val="single" w:sz="4" w:space="0" w:color="000000"/>
              <w:right w:val="single" w:sz="4" w:space="0" w:color="000000"/>
            </w:tcBorders>
          </w:tcPr>
          <w:p w14:paraId="57EF9D0B" w14:textId="77777777" w:rsidR="00D44A32" w:rsidRPr="00EB75F0" w:rsidRDefault="00D44A32" w:rsidP="00C32B29">
            <w:pPr>
              <w:pStyle w:val="TableText"/>
              <w:spacing w:before="48" w:after="48"/>
              <w:rPr>
                <w:b/>
                <w:color w:val="000000"/>
                <w:sz w:val="18"/>
              </w:rPr>
            </w:pPr>
            <w:r w:rsidRPr="00EB75F0">
              <w:rPr>
                <w:sz w:val="18"/>
              </w:rPr>
              <w:t>2.90 (0.61, 16.78)</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1E688C0F" w14:textId="77777777" w:rsidR="00D44A32" w:rsidRPr="00EB75F0" w:rsidRDefault="00D44A32" w:rsidP="00C32B29">
            <w:pPr>
              <w:pStyle w:val="TableText"/>
              <w:spacing w:before="48" w:after="48"/>
              <w:rPr>
                <w:b/>
                <w:color w:val="000000"/>
                <w:sz w:val="18"/>
              </w:rPr>
            </w:pPr>
            <w:r w:rsidRPr="00EB75F0">
              <w:rPr>
                <w:sz w:val="18"/>
              </w:rPr>
              <w:t>2.93 (0.56, 17.37)</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2BD1E5DB" w14:textId="77777777" w:rsidR="00D44A32" w:rsidRPr="00EB75F0" w:rsidRDefault="00D44A32" w:rsidP="00C32B29">
            <w:pPr>
              <w:pStyle w:val="TableText"/>
              <w:spacing w:before="48" w:after="48"/>
              <w:jc w:val="center"/>
              <w:rPr>
                <w:b/>
                <w:color w:val="000000"/>
                <w:sz w:val="18"/>
              </w:rPr>
            </w:pPr>
            <w:r w:rsidRPr="00EB75F0">
              <w:rPr>
                <w:color w:val="000000"/>
                <w:sz w:val="18"/>
              </w:rPr>
              <w:t>3.18 (0.63 to 18.87)</w:t>
            </w:r>
          </w:p>
        </w:tc>
      </w:tr>
      <w:tr w:rsidR="00D44A32" w:rsidRPr="00EB75F0" w14:paraId="43EC506F"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7752907F" w14:textId="54CEBB49" w:rsidR="00D44A32" w:rsidRPr="00EB75F0" w:rsidRDefault="00EF2D91" w:rsidP="00C32B29">
            <w:pPr>
              <w:pStyle w:val="TableText"/>
              <w:spacing w:before="48" w:after="48"/>
              <w:rPr>
                <w:sz w:val="18"/>
              </w:rPr>
            </w:pPr>
            <w:proofErr w:type="spellStart"/>
            <w:r>
              <w:rPr>
                <w:sz w:val="18"/>
              </w:rPr>
              <w:t>KarXT</w:t>
            </w:r>
            <w:proofErr w:type="spellEnd"/>
          </w:p>
        </w:tc>
        <w:tc>
          <w:tcPr>
            <w:tcW w:w="1192" w:type="pct"/>
            <w:tcBorders>
              <w:top w:val="single" w:sz="4" w:space="0" w:color="000000"/>
              <w:left w:val="single" w:sz="4" w:space="0" w:color="000000"/>
              <w:bottom w:val="single" w:sz="4" w:space="0" w:color="000000"/>
              <w:right w:val="single" w:sz="4" w:space="0" w:color="000000"/>
            </w:tcBorders>
          </w:tcPr>
          <w:p w14:paraId="357E4C47" w14:textId="77777777" w:rsidR="00D44A32" w:rsidRPr="00EB75F0" w:rsidRDefault="00D44A32" w:rsidP="00C32B29">
            <w:pPr>
              <w:pStyle w:val="TableText"/>
              <w:spacing w:before="48" w:after="48"/>
              <w:rPr>
                <w:b/>
                <w:color w:val="000000"/>
                <w:sz w:val="18"/>
              </w:rPr>
            </w:pPr>
            <w:r w:rsidRPr="00EB75F0">
              <w:rPr>
                <w:sz w:val="18"/>
              </w:rPr>
              <w:t>1.45 (0.73, 2.95)</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49410840" w14:textId="77777777" w:rsidR="00D44A32" w:rsidRPr="00EB75F0" w:rsidRDefault="00D44A32" w:rsidP="00C32B29">
            <w:pPr>
              <w:pStyle w:val="TableText"/>
              <w:spacing w:before="48" w:after="48"/>
              <w:rPr>
                <w:color w:val="000000"/>
                <w:sz w:val="18"/>
              </w:rPr>
            </w:pPr>
            <w:r w:rsidRPr="00EB75F0">
              <w:rPr>
                <w:sz w:val="18"/>
              </w:rPr>
              <w:t>1.44 (0.67, 3.04)</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5EE64B87" w14:textId="77777777" w:rsidR="00D44A32" w:rsidRPr="00EB75F0" w:rsidRDefault="00D44A32" w:rsidP="00C32B29">
            <w:pPr>
              <w:pStyle w:val="TableText"/>
              <w:spacing w:before="48" w:after="48"/>
              <w:jc w:val="center"/>
              <w:rPr>
                <w:color w:val="000000"/>
                <w:sz w:val="18"/>
              </w:rPr>
            </w:pPr>
            <w:r w:rsidRPr="00EB75F0">
              <w:rPr>
                <w:color w:val="000000"/>
                <w:sz w:val="18"/>
              </w:rPr>
              <w:t>1.45 (0.69 to 3.12)</w:t>
            </w:r>
          </w:p>
        </w:tc>
      </w:tr>
      <w:tr w:rsidR="00D44A32" w:rsidRPr="00EB75F0" w14:paraId="2FFB8F9C"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5BD69CB9" w14:textId="77777777" w:rsidR="00D44A32" w:rsidRPr="00EB75F0" w:rsidRDefault="00D44A32" w:rsidP="00C32B29">
            <w:pPr>
              <w:pStyle w:val="TableText"/>
              <w:spacing w:before="48" w:after="48"/>
              <w:rPr>
                <w:sz w:val="18"/>
              </w:rPr>
            </w:pPr>
            <w:proofErr w:type="spellStart"/>
            <w:r w:rsidRPr="00EB75F0">
              <w:rPr>
                <w:sz w:val="18"/>
              </w:rPr>
              <w:t>Lumateperone</w:t>
            </w:r>
            <w:proofErr w:type="spellEnd"/>
          </w:p>
        </w:tc>
        <w:tc>
          <w:tcPr>
            <w:tcW w:w="1192" w:type="pct"/>
            <w:tcBorders>
              <w:top w:val="single" w:sz="4" w:space="0" w:color="000000"/>
              <w:left w:val="single" w:sz="4" w:space="0" w:color="000000"/>
              <w:bottom w:val="single" w:sz="4" w:space="0" w:color="000000"/>
              <w:right w:val="single" w:sz="4" w:space="0" w:color="000000"/>
            </w:tcBorders>
          </w:tcPr>
          <w:p w14:paraId="53473C59" w14:textId="77777777" w:rsidR="00D44A32" w:rsidRPr="00EB75F0" w:rsidRDefault="00D44A32" w:rsidP="00C32B29">
            <w:pPr>
              <w:pStyle w:val="TableText"/>
              <w:spacing w:before="48" w:after="48"/>
              <w:rPr>
                <w:b/>
                <w:color w:val="000000"/>
                <w:sz w:val="18"/>
              </w:rPr>
            </w:pPr>
            <w:r w:rsidRPr="00EB75F0">
              <w:rPr>
                <w:sz w:val="18"/>
              </w:rPr>
              <w:t>2.42 (0.18, 75.70)</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6EE305AF" w14:textId="77777777" w:rsidR="00D44A32" w:rsidRPr="00EB75F0" w:rsidRDefault="00D44A32" w:rsidP="00C32B29">
            <w:pPr>
              <w:pStyle w:val="TableText"/>
              <w:spacing w:before="48" w:after="48"/>
              <w:rPr>
                <w:b/>
                <w:color w:val="000000"/>
                <w:sz w:val="18"/>
              </w:rPr>
            </w:pPr>
            <w:r w:rsidRPr="00EB75F0">
              <w:rPr>
                <w:sz w:val="18"/>
              </w:rPr>
              <w:t>2.26 (0.14, 63.34)</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165E053C" w14:textId="77777777" w:rsidR="00D44A32" w:rsidRPr="00EB75F0" w:rsidRDefault="00D44A32" w:rsidP="00C32B29">
            <w:pPr>
              <w:pStyle w:val="TableText"/>
              <w:spacing w:before="48" w:after="48"/>
              <w:jc w:val="center"/>
              <w:rPr>
                <w:b/>
                <w:color w:val="000000"/>
                <w:sz w:val="18"/>
              </w:rPr>
            </w:pPr>
            <w:r w:rsidRPr="00EB75F0">
              <w:rPr>
                <w:color w:val="000000"/>
                <w:sz w:val="18"/>
              </w:rPr>
              <w:t>2.48 (0.19 to 72.75)</w:t>
            </w:r>
          </w:p>
        </w:tc>
      </w:tr>
      <w:tr w:rsidR="00D44A32" w:rsidRPr="00EB75F0" w14:paraId="25933CE6"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60C13214" w14:textId="77777777" w:rsidR="00D44A32" w:rsidRPr="00EB75F0" w:rsidRDefault="00D44A32" w:rsidP="00C32B29">
            <w:pPr>
              <w:pStyle w:val="TableText"/>
              <w:spacing w:before="48" w:after="48"/>
              <w:rPr>
                <w:sz w:val="18"/>
              </w:rPr>
            </w:pPr>
            <w:r w:rsidRPr="00EB75F0">
              <w:rPr>
                <w:sz w:val="18"/>
              </w:rPr>
              <w:t>Olanzapine</w:t>
            </w:r>
          </w:p>
        </w:tc>
        <w:tc>
          <w:tcPr>
            <w:tcW w:w="1192" w:type="pct"/>
            <w:tcBorders>
              <w:top w:val="single" w:sz="4" w:space="0" w:color="000000"/>
              <w:left w:val="single" w:sz="4" w:space="0" w:color="000000"/>
              <w:bottom w:val="single" w:sz="4" w:space="0" w:color="000000"/>
              <w:right w:val="single" w:sz="4" w:space="0" w:color="000000"/>
            </w:tcBorders>
          </w:tcPr>
          <w:p w14:paraId="6EAB245F" w14:textId="77777777" w:rsidR="00D44A32" w:rsidRPr="00EB75F0" w:rsidRDefault="00D44A32" w:rsidP="00C32B29">
            <w:pPr>
              <w:pStyle w:val="TableText"/>
              <w:spacing w:before="48" w:after="48"/>
              <w:rPr>
                <w:b/>
                <w:color w:val="000000"/>
                <w:sz w:val="18"/>
              </w:rPr>
            </w:pPr>
            <w:r w:rsidRPr="00EB75F0">
              <w:rPr>
                <w:sz w:val="18"/>
              </w:rPr>
              <w:t>0.95 (0.63, 1.44)</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369F3B10" w14:textId="77777777" w:rsidR="00D44A32" w:rsidRPr="00EB75F0" w:rsidRDefault="00D44A32" w:rsidP="00C32B29">
            <w:pPr>
              <w:pStyle w:val="TableText"/>
              <w:spacing w:before="48" w:after="48"/>
              <w:rPr>
                <w:b/>
                <w:color w:val="000000"/>
                <w:sz w:val="18"/>
              </w:rPr>
            </w:pPr>
            <w:r w:rsidRPr="00EB75F0">
              <w:rPr>
                <w:sz w:val="18"/>
              </w:rPr>
              <w:t>0.96 (0.62, 1.47)</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15A993AE" w14:textId="77777777" w:rsidR="00D44A32" w:rsidRPr="00EB75F0" w:rsidRDefault="00D44A32" w:rsidP="00C32B29">
            <w:pPr>
              <w:pStyle w:val="TableText"/>
              <w:spacing w:before="48" w:after="48"/>
              <w:jc w:val="center"/>
              <w:rPr>
                <w:b/>
                <w:color w:val="000000"/>
                <w:sz w:val="18"/>
              </w:rPr>
            </w:pPr>
            <w:r w:rsidRPr="00EB75F0">
              <w:rPr>
                <w:color w:val="000000"/>
                <w:sz w:val="18"/>
              </w:rPr>
              <w:t>0.96 (0.60 to 1.50)</w:t>
            </w:r>
          </w:p>
        </w:tc>
      </w:tr>
      <w:tr w:rsidR="00D44A32" w:rsidRPr="00EB75F0" w14:paraId="62E46ED2"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1C94105C" w14:textId="77777777" w:rsidR="00D44A32" w:rsidRPr="00EB75F0" w:rsidRDefault="00D44A32" w:rsidP="00C32B29">
            <w:pPr>
              <w:pStyle w:val="TableText"/>
              <w:spacing w:before="48" w:after="48"/>
              <w:rPr>
                <w:sz w:val="18"/>
              </w:rPr>
            </w:pPr>
            <w:r w:rsidRPr="00EB75F0">
              <w:rPr>
                <w:sz w:val="18"/>
              </w:rPr>
              <w:t>Quetiapine</w:t>
            </w:r>
          </w:p>
        </w:tc>
        <w:tc>
          <w:tcPr>
            <w:tcW w:w="1192" w:type="pct"/>
            <w:tcBorders>
              <w:top w:val="single" w:sz="4" w:space="0" w:color="000000"/>
              <w:left w:val="single" w:sz="4" w:space="0" w:color="000000"/>
              <w:bottom w:val="single" w:sz="4" w:space="0" w:color="000000"/>
              <w:right w:val="single" w:sz="4" w:space="0" w:color="000000"/>
            </w:tcBorders>
          </w:tcPr>
          <w:p w14:paraId="774453DD" w14:textId="77777777" w:rsidR="00D44A32" w:rsidRPr="00EB75F0" w:rsidRDefault="00D44A32" w:rsidP="00C32B29">
            <w:pPr>
              <w:pStyle w:val="TableText"/>
              <w:spacing w:before="48" w:after="48"/>
              <w:rPr>
                <w:b/>
                <w:color w:val="000000"/>
                <w:sz w:val="18"/>
              </w:rPr>
            </w:pPr>
            <w:r w:rsidRPr="00EB75F0">
              <w:rPr>
                <w:b/>
                <w:sz w:val="18"/>
              </w:rPr>
              <w:t>0.61 (0.38, 0.99)</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13523934" w14:textId="77777777" w:rsidR="00D44A32" w:rsidRPr="00EB75F0" w:rsidRDefault="00D44A32" w:rsidP="00C32B29">
            <w:pPr>
              <w:pStyle w:val="TableText"/>
              <w:spacing w:before="48" w:after="48"/>
              <w:rPr>
                <w:b/>
                <w:color w:val="000000"/>
                <w:sz w:val="18"/>
              </w:rPr>
            </w:pPr>
            <w:r w:rsidRPr="00EB75F0">
              <w:rPr>
                <w:sz w:val="18"/>
              </w:rPr>
              <w:t>0.61 (0.37, 1.04)</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5469335E" w14:textId="77777777" w:rsidR="00D44A32" w:rsidRPr="00EB75F0" w:rsidRDefault="00D44A32" w:rsidP="00C32B29">
            <w:pPr>
              <w:pStyle w:val="TableText"/>
              <w:spacing w:before="48" w:after="48"/>
              <w:jc w:val="center"/>
              <w:rPr>
                <w:b/>
                <w:color w:val="000000"/>
                <w:sz w:val="18"/>
              </w:rPr>
            </w:pPr>
            <w:r w:rsidRPr="00EB75F0">
              <w:rPr>
                <w:color w:val="000000"/>
                <w:sz w:val="18"/>
              </w:rPr>
              <w:t>0.62 (0.35 to 1.06)</w:t>
            </w:r>
          </w:p>
        </w:tc>
      </w:tr>
      <w:tr w:rsidR="00D44A32" w:rsidRPr="00EB75F0" w14:paraId="7BAE4C4B"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707C47AD" w14:textId="77777777" w:rsidR="00D44A32" w:rsidRPr="00EB75F0" w:rsidRDefault="00D44A32" w:rsidP="00C32B29">
            <w:pPr>
              <w:pStyle w:val="TableText"/>
              <w:spacing w:before="48" w:after="48"/>
              <w:rPr>
                <w:color w:val="000000"/>
                <w:sz w:val="18"/>
              </w:rPr>
            </w:pPr>
            <w:r w:rsidRPr="00EB75F0">
              <w:rPr>
                <w:sz w:val="18"/>
              </w:rPr>
              <w:t>Risperidone</w:t>
            </w:r>
          </w:p>
        </w:tc>
        <w:tc>
          <w:tcPr>
            <w:tcW w:w="1192" w:type="pct"/>
            <w:tcBorders>
              <w:top w:val="single" w:sz="4" w:space="0" w:color="000000"/>
              <w:left w:val="single" w:sz="4" w:space="0" w:color="000000"/>
              <w:bottom w:val="single" w:sz="4" w:space="0" w:color="000000"/>
              <w:right w:val="single" w:sz="4" w:space="0" w:color="000000"/>
            </w:tcBorders>
          </w:tcPr>
          <w:p w14:paraId="6AD6AC6F" w14:textId="77777777" w:rsidR="00D44A32" w:rsidRPr="00EB75F0" w:rsidRDefault="00D44A32" w:rsidP="00C32B29">
            <w:pPr>
              <w:pStyle w:val="TableText"/>
              <w:spacing w:before="48" w:after="48"/>
              <w:rPr>
                <w:b/>
                <w:sz w:val="18"/>
              </w:rPr>
            </w:pPr>
            <w:r w:rsidRPr="00EB75F0">
              <w:rPr>
                <w:b/>
                <w:sz w:val="18"/>
              </w:rPr>
              <w:t>0.75 (0.57, 0.99)</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48A21071" w14:textId="77777777" w:rsidR="00D44A32" w:rsidRPr="00EB75F0" w:rsidRDefault="00D44A32" w:rsidP="00C32B29">
            <w:pPr>
              <w:pStyle w:val="TableText"/>
              <w:spacing w:before="48" w:after="48"/>
              <w:rPr>
                <w:b/>
                <w:sz w:val="18"/>
              </w:rPr>
            </w:pPr>
            <w:r w:rsidRPr="00EB75F0">
              <w:rPr>
                <w:sz w:val="18"/>
              </w:rPr>
              <w:t>0.75 (0.55, 1.02)</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0C5D8B1B" w14:textId="77777777" w:rsidR="00D44A32" w:rsidRPr="00EB75F0" w:rsidRDefault="00D44A32" w:rsidP="00C32B29">
            <w:pPr>
              <w:pStyle w:val="TableText"/>
              <w:spacing w:before="48" w:after="48"/>
              <w:jc w:val="center"/>
              <w:rPr>
                <w:b/>
                <w:sz w:val="18"/>
              </w:rPr>
            </w:pPr>
            <w:r w:rsidRPr="00EB75F0">
              <w:rPr>
                <w:color w:val="000000"/>
                <w:sz w:val="18"/>
              </w:rPr>
              <w:t>0.83 (0.57 to 1.20)</w:t>
            </w:r>
          </w:p>
        </w:tc>
      </w:tr>
      <w:tr w:rsidR="00D44A32" w:rsidRPr="00EB75F0" w14:paraId="0C29F0D1"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shd w:val="clear" w:color="auto" w:fill="001B2B"/>
            <w:vAlign w:val="center"/>
          </w:tcPr>
          <w:p w14:paraId="68B1D001" w14:textId="77777777" w:rsidR="00D44A32" w:rsidRPr="00EB75F0" w:rsidRDefault="00D44A32" w:rsidP="00C32B29">
            <w:pPr>
              <w:pStyle w:val="TableText"/>
              <w:spacing w:before="48" w:after="48"/>
              <w:rPr>
                <w:color w:val="FFFFFF"/>
                <w:sz w:val="18"/>
              </w:rPr>
            </w:pPr>
            <w:r w:rsidRPr="00EB75F0">
              <w:rPr>
                <w:color w:val="FFFFFF"/>
                <w:sz w:val="18"/>
              </w:rPr>
              <w:t>Comparator</w:t>
            </w:r>
          </w:p>
        </w:tc>
        <w:tc>
          <w:tcPr>
            <w:tcW w:w="3999" w:type="pct"/>
            <w:gridSpan w:val="4"/>
            <w:tcBorders>
              <w:top w:val="single" w:sz="4" w:space="0" w:color="000000"/>
              <w:left w:val="single" w:sz="4" w:space="0" w:color="000000"/>
              <w:bottom w:val="single" w:sz="4" w:space="0" w:color="000000"/>
              <w:right w:val="single" w:sz="4" w:space="0" w:color="000000"/>
            </w:tcBorders>
            <w:shd w:val="clear" w:color="auto" w:fill="001B2B"/>
            <w:vAlign w:val="center"/>
          </w:tcPr>
          <w:p w14:paraId="0885B2D3" w14:textId="7B3C5528" w:rsidR="00D44A32" w:rsidRPr="00EB75F0" w:rsidRDefault="00D44A32" w:rsidP="00C32B29">
            <w:pPr>
              <w:pStyle w:val="TableText"/>
              <w:spacing w:before="48" w:after="48"/>
              <w:rPr>
                <w:color w:val="FFFFFF"/>
                <w:sz w:val="18"/>
              </w:rPr>
            </w:pPr>
            <w:r w:rsidRPr="00EB75F0">
              <w:rPr>
                <w:color w:val="FFFFFF"/>
                <w:sz w:val="18"/>
              </w:rPr>
              <w:t xml:space="preserve">OR </w:t>
            </w:r>
            <w:proofErr w:type="spellStart"/>
            <w:r w:rsidR="00EF2D91">
              <w:rPr>
                <w:color w:val="FFFFFF"/>
                <w:sz w:val="18"/>
              </w:rPr>
              <w:t>KarXT</w:t>
            </w:r>
            <w:proofErr w:type="spellEnd"/>
            <w:r w:rsidRPr="00EB75F0">
              <w:rPr>
                <w:color w:val="FFFFFF"/>
                <w:sz w:val="18"/>
              </w:rPr>
              <w:t xml:space="preserve"> vs Comparator (95% </w:t>
            </w:r>
            <w:proofErr w:type="spellStart"/>
            <w:r w:rsidRPr="00EB75F0">
              <w:rPr>
                <w:color w:val="FFFFFF"/>
                <w:sz w:val="18"/>
              </w:rPr>
              <w:t>CrI</w:t>
            </w:r>
            <w:proofErr w:type="spellEnd"/>
            <w:r w:rsidRPr="00EB75F0">
              <w:rPr>
                <w:color w:val="FFFFFF"/>
                <w:sz w:val="18"/>
              </w:rPr>
              <w:t>)</w:t>
            </w:r>
          </w:p>
        </w:tc>
      </w:tr>
      <w:tr w:rsidR="00D44A32" w:rsidRPr="00EB75F0" w14:paraId="007F24B0"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40084330" w14:textId="77777777" w:rsidR="00D44A32" w:rsidRPr="00EB75F0" w:rsidRDefault="00D44A32" w:rsidP="00C32B29">
            <w:pPr>
              <w:pStyle w:val="TableText"/>
              <w:spacing w:before="48" w:after="48"/>
              <w:rPr>
                <w:sz w:val="18"/>
              </w:rPr>
            </w:pPr>
            <w:r w:rsidRPr="00EB75F0">
              <w:rPr>
                <w:sz w:val="18"/>
              </w:rPr>
              <w:t>Aripiprazole</w:t>
            </w:r>
          </w:p>
        </w:tc>
        <w:tc>
          <w:tcPr>
            <w:tcW w:w="1192" w:type="pct"/>
            <w:tcBorders>
              <w:top w:val="single" w:sz="4" w:space="0" w:color="000000"/>
              <w:left w:val="single" w:sz="4" w:space="0" w:color="000000"/>
              <w:bottom w:val="single" w:sz="4" w:space="0" w:color="000000"/>
              <w:right w:val="single" w:sz="4" w:space="0" w:color="000000"/>
            </w:tcBorders>
          </w:tcPr>
          <w:p w14:paraId="18066A4C" w14:textId="77777777" w:rsidR="00D44A32" w:rsidRPr="00EB75F0" w:rsidRDefault="00D44A32" w:rsidP="00C32B29">
            <w:pPr>
              <w:pStyle w:val="TableText"/>
              <w:spacing w:before="48" w:after="48"/>
              <w:rPr>
                <w:b/>
                <w:color w:val="000000"/>
                <w:sz w:val="18"/>
              </w:rPr>
            </w:pPr>
            <w:r w:rsidRPr="00EB75F0">
              <w:rPr>
                <w:sz w:val="18"/>
              </w:rPr>
              <w:t>2.06 (1.00, 4.38)</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4928A1A0" w14:textId="77777777" w:rsidR="00D44A32" w:rsidRPr="00EB75F0" w:rsidRDefault="00D44A32" w:rsidP="00C32B29">
            <w:pPr>
              <w:pStyle w:val="TableText"/>
              <w:spacing w:before="48" w:after="48"/>
              <w:rPr>
                <w:b/>
                <w:color w:val="000000"/>
                <w:sz w:val="18"/>
              </w:rPr>
            </w:pPr>
            <w:r w:rsidRPr="00EB75F0">
              <w:rPr>
                <w:sz w:val="18"/>
              </w:rPr>
              <w:t>2.01 (0.89, 4.50)</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36CD63EC" w14:textId="77777777" w:rsidR="00D44A32" w:rsidRPr="00EB75F0" w:rsidRDefault="00D44A32" w:rsidP="00C32B29">
            <w:pPr>
              <w:pStyle w:val="TableText"/>
              <w:spacing w:before="48" w:after="48"/>
              <w:jc w:val="center"/>
              <w:rPr>
                <w:b/>
                <w:color w:val="000000"/>
                <w:sz w:val="18"/>
              </w:rPr>
            </w:pPr>
            <w:r w:rsidRPr="00EB75F0">
              <w:rPr>
                <w:color w:val="000000"/>
                <w:sz w:val="18"/>
              </w:rPr>
              <w:t>2.05 (0.89 to 4.65)</w:t>
            </w:r>
          </w:p>
        </w:tc>
      </w:tr>
      <w:tr w:rsidR="00D44A32" w:rsidRPr="00EB75F0" w14:paraId="7EB495B9"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28AF2026" w14:textId="77777777" w:rsidR="00D44A32" w:rsidRPr="00EB75F0" w:rsidRDefault="00D44A32" w:rsidP="00C32B29">
            <w:pPr>
              <w:pStyle w:val="TableText"/>
              <w:spacing w:before="48" w:after="48"/>
              <w:rPr>
                <w:sz w:val="18"/>
              </w:rPr>
            </w:pPr>
            <w:proofErr w:type="spellStart"/>
            <w:r w:rsidRPr="00EB75F0">
              <w:rPr>
                <w:sz w:val="18"/>
              </w:rPr>
              <w:t>Brexpiprazole</w:t>
            </w:r>
            <w:proofErr w:type="spellEnd"/>
          </w:p>
        </w:tc>
        <w:tc>
          <w:tcPr>
            <w:tcW w:w="1192" w:type="pct"/>
            <w:tcBorders>
              <w:top w:val="single" w:sz="4" w:space="0" w:color="000000"/>
              <w:left w:val="single" w:sz="4" w:space="0" w:color="000000"/>
              <w:bottom w:val="single" w:sz="4" w:space="0" w:color="000000"/>
              <w:right w:val="single" w:sz="4" w:space="0" w:color="000000"/>
            </w:tcBorders>
          </w:tcPr>
          <w:p w14:paraId="61710BB9" w14:textId="77777777" w:rsidR="00D44A32" w:rsidRPr="00EB75F0" w:rsidRDefault="00D44A32" w:rsidP="00C32B29">
            <w:pPr>
              <w:pStyle w:val="TableText"/>
              <w:spacing w:before="48" w:after="48"/>
              <w:rPr>
                <w:b/>
                <w:color w:val="000000"/>
                <w:sz w:val="18"/>
              </w:rPr>
            </w:pPr>
            <w:r w:rsidRPr="00EB75F0">
              <w:rPr>
                <w:b/>
                <w:sz w:val="18"/>
              </w:rPr>
              <w:t>2.22 (1.06, 4.80)</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48DBAD35" w14:textId="77777777" w:rsidR="00D44A32" w:rsidRPr="00EB75F0" w:rsidRDefault="00D44A32" w:rsidP="00C32B29">
            <w:pPr>
              <w:pStyle w:val="TableText"/>
              <w:spacing w:before="48" w:after="48"/>
              <w:rPr>
                <w:b/>
                <w:color w:val="000000"/>
                <w:sz w:val="18"/>
              </w:rPr>
            </w:pPr>
            <w:r w:rsidRPr="00EB75F0">
              <w:rPr>
                <w:sz w:val="18"/>
              </w:rPr>
              <w:t>2.13 (0.92, 4.93)</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2E90A91D" w14:textId="77777777" w:rsidR="00D44A32" w:rsidRPr="00EB75F0" w:rsidRDefault="00D44A32" w:rsidP="00C32B29">
            <w:pPr>
              <w:pStyle w:val="TableText"/>
              <w:spacing w:before="48" w:after="48"/>
              <w:jc w:val="center"/>
              <w:rPr>
                <w:b/>
                <w:color w:val="000000"/>
                <w:sz w:val="18"/>
              </w:rPr>
            </w:pPr>
            <w:r w:rsidRPr="00EB75F0">
              <w:rPr>
                <w:color w:val="000000"/>
                <w:sz w:val="18"/>
              </w:rPr>
              <w:t>2.13 (0.86 to 5.19)</w:t>
            </w:r>
          </w:p>
        </w:tc>
      </w:tr>
      <w:tr w:rsidR="00D44A32" w:rsidRPr="00EB75F0" w14:paraId="427622B3"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70E0D264" w14:textId="77777777" w:rsidR="00D44A32" w:rsidRPr="00EB75F0" w:rsidRDefault="00D44A32" w:rsidP="00C32B29">
            <w:pPr>
              <w:pStyle w:val="TableText"/>
              <w:spacing w:before="48" w:after="48"/>
              <w:rPr>
                <w:sz w:val="18"/>
              </w:rPr>
            </w:pPr>
            <w:proofErr w:type="spellStart"/>
            <w:r w:rsidRPr="00EB75F0">
              <w:rPr>
                <w:sz w:val="18"/>
              </w:rPr>
              <w:t>Cariprazine</w:t>
            </w:r>
            <w:proofErr w:type="spellEnd"/>
          </w:p>
        </w:tc>
        <w:tc>
          <w:tcPr>
            <w:tcW w:w="1192" w:type="pct"/>
            <w:tcBorders>
              <w:top w:val="single" w:sz="4" w:space="0" w:color="000000"/>
              <w:left w:val="single" w:sz="4" w:space="0" w:color="000000"/>
              <w:bottom w:val="single" w:sz="4" w:space="0" w:color="000000"/>
              <w:right w:val="single" w:sz="4" w:space="0" w:color="000000"/>
            </w:tcBorders>
          </w:tcPr>
          <w:p w14:paraId="7BF42DA7" w14:textId="77777777" w:rsidR="00D44A32" w:rsidRPr="00EB75F0" w:rsidRDefault="00D44A32" w:rsidP="00C32B29">
            <w:pPr>
              <w:pStyle w:val="TableText"/>
              <w:spacing w:before="48" w:after="48"/>
              <w:rPr>
                <w:b/>
                <w:color w:val="000000"/>
                <w:sz w:val="18"/>
              </w:rPr>
            </w:pPr>
            <w:r w:rsidRPr="00EB75F0">
              <w:rPr>
                <w:sz w:val="18"/>
              </w:rPr>
              <w:t>1.95 (0.94, 4.17)</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61884C16" w14:textId="77777777" w:rsidR="00D44A32" w:rsidRPr="00EB75F0" w:rsidRDefault="00D44A32" w:rsidP="00C32B29">
            <w:pPr>
              <w:pStyle w:val="TableText"/>
              <w:spacing w:before="48" w:after="48"/>
              <w:rPr>
                <w:b/>
                <w:color w:val="000000"/>
                <w:sz w:val="18"/>
              </w:rPr>
            </w:pPr>
            <w:r w:rsidRPr="00EB75F0">
              <w:rPr>
                <w:sz w:val="18"/>
              </w:rPr>
              <w:t>1.94 (0.85, 4.30)</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44DBE1E7" w14:textId="77777777" w:rsidR="00D44A32" w:rsidRPr="00EB75F0" w:rsidRDefault="00D44A32" w:rsidP="00C32B29">
            <w:pPr>
              <w:pStyle w:val="TableText"/>
              <w:spacing w:before="48" w:after="48"/>
              <w:jc w:val="center"/>
              <w:rPr>
                <w:color w:val="000000"/>
                <w:sz w:val="18"/>
              </w:rPr>
            </w:pPr>
            <w:r w:rsidRPr="00EB75F0">
              <w:rPr>
                <w:color w:val="000000"/>
                <w:sz w:val="18"/>
              </w:rPr>
              <w:t>1.96 (0.83 to 4.60)</w:t>
            </w:r>
          </w:p>
        </w:tc>
      </w:tr>
      <w:tr w:rsidR="00D44A32" w:rsidRPr="00EB75F0" w14:paraId="2920484E"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491E0751" w14:textId="77777777" w:rsidR="00D44A32" w:rsidRPr="00EB75F0" w:rsidRDefault="00D44A32" w:rsidP="00C32B29">
            <w:pPr>
              <w:pStyle w:val="TableText"/>
              <w:spacing w:before="48" w:after="48"/>
              <w:rPr>
                <w:sz w:val="18"/>
              </w:rPr>
            </w:pPr>
            <w:r w:rsidRPr="00EB75F0">
              <w:rPr>
                <w:sz w:val="18"/>
              </w:rPr>
              <w:t>Clozapine</w:t>
            </w:r>
          </w:p>
        </w:tc>
        <w:tc>
          <w:tcPr>
            <w:tcW w:w="1192" w:type="pct"/>
            <w:tcBorders>
              <w:top w:val="single" w:sz="4" w:space="0" w:color="000000"/>
              <w:left w:val="single" w:sz="4" w:space="0" w:color="000000"/>
              <w:bottom w:val="single" w:sz="4" w:space="0" w:color="000000"/>
              <w:right w:val="single" w:sz="4" w:space="0" w:color="000000"/>
            </w:tcBorders>
          </w:tcPr>
          <w:p w14:paraId="200B838C" w14:textId="77777777" w:rsidR="00D44A32" w:rsidRPr="00EB75F0" w:rsidRDefault="00D44A32" w:rsidP="00C32B29">
            <w:pPr>
              <w:pStyle w:val="TableText"/>
              <w:spacing w:before="48" w:after="48"/>
              <w:rPr>
                <w:b/>
                <w:color w:val="000000"/>
                <w:sz w:val="18"/>
              </w:rPr>
            </w:pPr>
            <w:r w:rsidRPr="00EB75F0">
              <w:rPr>
                <w:sz w:val="18"/>
              </w:rPr>
              <w:t>0.50 (0.08, 2.78)</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74C25285" w14:textId="77777777" w:rsidR="00D44A32" w:rsidRPr="00EB75F0" w:rsidRDefault="00D44A32" w:rsidP="00C32B29">
            <w:pPr>
              <w:pStyle w:val="TableText"/>
              <w:spacing w:before="48" w:after="48"/>
              <w:rPr>
                <w:b/>
                <w:color w:val="000000"/>
                <w:sz w:val="18"/>
              </w:rPr>
            </w:pPr>
            <w:r w:rsidRPr="00EB75F0">
              <w:rPr>
                <w:sz w:val="18"/>
              </w:rPr>
              <w:t>0.49 (0.08, 2.94)</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5DE4AF27" w14:textId="77777777" w:rsidR="00D44A32" w:rsidRPr="00EB75F0" w:rsidRDefault="00D44A32" w:rsidP="00C32B29">
            <w:pPr>
              <w:pStyle w:val="TableText"/>
              <w:spacing w:before="48" w:after="48"/>
              <w:jc w:val="center"/>
              <w:rPr>
                <w:b/>
                <w:color w:val="000000"/>
                <w:sz w:val="18"/>
              </w:rPr>
            </w:pPr>
            <w:r w:rsidRPr="00EB75F0">
              <w:rPr>
                <w:color w:val="000000"/>
                <w:sz w:val="18"/>
              </w:rPr>
              <w:t>0.45 (0.07 to 2.76)</w:t>
            </w:r>
          </w:p>
        </w:tc>
      </w:tr>
      <w:tr w:rsidR="00D44A32" w:rsidRPr="00EB75F0" w14:paraId="7DD8CFBC"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5682A9B5" w14:textId="77777777" w:rsidR="00D44A32" w:rsidRPr="00EB75F0" w:rsidRDefault="00D44A32" w:rsidP="00C32B29">
            <w:pPr>
              <w:pStyle w:val="TableText"/>
              <w:spacing w:before="48" w:after="48"/>
              <w:rPr>
                <w:sz w:val="18"/>
              </w:rPr>
            </w:pPr>
            <w:proofErr w:type="spellStart"/>
            <w:r w:rsidRPr="00EB75F0">
              <w:rPr>
                <w:sz w:val="18"/>
              </w:rPr>
              <w:t>Lumateperone</w:t>
            </w:r>
            <w:proofErr w:type="spellEnd"/>
          </w:p>
        </w:tc>
        <w:tc>
          <w:tcPr>
            <w:tcW w:w="1192" w:type="pct"/>
            <w:tcBorders>
              <w:top w:val="single" w:sz="4" w:space="0" w:color="000000"/>
              <w:left w:val="single" w:sz="4" w:space="0" w:color="000000"/>
              <w:bottom w:val="single" w:sz="4" w:space="0" w:color="000000"/>
              <w:right w:val="single" w:sz="4" w:space="0" w:color="000000"/>
            </w:tcBorders>
          </w:tcPr>
          <w:p w14:paraId="6DB568A1" w14:textId="77777777" w:rsidR="00D44A32" w:rsidRPr="00EB75F0" w:rsidRDefault="00D44A32" w:rsidP="00C32B29">
            <w:pPr>
              <w:pStyle w:val="TableText"/>
              <w:spacing w:before="48" w:after="48"/>
              <w:rPr>
                <w:b/>
                <w:color w:val="000000"/>
                <w:sz w:val="18"/>
              </w:rPr>
            </w:pPr>
            <w:r w:rsidRPr="00EB75F0">
              <w:rPr>
                <w:sz w:val="18"/>
              </w:rPr>
              <w:t>0.59 (0.02, 8.53)</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637BED8F" w14:textId="77777777" w:rsidR="00D44A32" w:rsidRPr="00EB75F0" w:rsidRDefault="00D44A32" w:rsidP="00C32B29">
            <w:pPr>
              <w:pStyle w:val="TableText"/>
              <w:spacing w:before="48" w:after="48"/>
              <w:rPr>
                <w:b/>
                <w:color w:val="000000"/>
                <w:sz w:val="18"/>
              </w:rPr>
            </w:pPr>
            <w:r w:rsidRPr="00EB75F0">
              <w:rPr>
                <w:sz w:val="18"/>
              </w:rPr>
              <w:t>0.64 (0.02, 10.69)</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24557792" w14:textId="77777777" w:rsidR="00D44A32" w:rsidRPr="00EB75F0" w:rsidRDefault="00D44A32" w:rsidP="00C32B29">
            <w:pPr>
              <w:pStyle w:val="TableText"/>
              <w:spacing w:before="48" w:after="48"/>
              <w:jc w:val="center"/>
              <w:rPr>
                <w:b/>
                <w:color w:val="000000"/>
                <w:sz w:val="18"/>
              </w:rPr>
            </w:pPr>
            <w:r w:rsidRPr="00EB75F0">
              <w:rPr>
                <w:color w:val="000000"/>
                <w:sz w:val="18"/>
              </w:rPr>
              <w:t>0.57 (0.02 to 8.24)</w:t>
            </w:r>
          </w:p>
        </w:tc>
      </w:tr>
      <w:tr w:rsidR="00D44A32" w:rsidRPr="00EB75F0" w14:paraId="0567E759"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01A66C3E" w14:textId="77777777" w:rsidR="00D44A32" w:rsidRPr="00EB75F0" w:rsidRDefault="00D44A32" w:rsidP="00C32B29">
            <w:pPr>
              <w:pStyle w:val="TableText"/>
              <w:spacing w:before="48" w:after="48"/>
              <w:rPr>
                <w:sz w:val="18"/>
              </w:rPr>
            </w:pPr>
            <w:r w:rsidRPr="00EB75F0">
              <w:rPr>
                <w:sz w:val="18"/>
              </w:rPr>
              <w:t>Olanzapine</w:t>
            </w:r>
          </w:p>
        </w:tc>
        <w:tc>
          <w:tcPr>
            <w:tcW w:w="1192" w:type="pct"/>
            <w:tcBorders>
              <w:top w:val="single" w:sz="4" w:space="0" w:color="000000"/>
              <w:left w:val="single" w:sz="4" w:space="0" w:color="000000"/>
              <w:bottom w:val="single" w:sz="4" w:space="0" w:color="000000"/>
              <w:right w:val="single" w:sz="4" w:space="0" w:color="000000"/>
            </w:tcBorders>
          </w:tcPr>
          <w:p w14:paraId="68932D42" w14:textId="77777777" w:rsidR="00D44A32" w:rsidRPr="00EB75F0" w:rsidRDefault="00D44A32" w:rsidP="00C32B29">
            <w:pPr>
              <w:pStyle w:val="TableText"/>
              <w:spacing w:before="48" w:after="48"/>
              <w:rPr>
                <w:b/>
                <w:color w:val="000000"/>
                <w:sz w:val="18"/>
              </w:rPr>
            </w:pPr>
            <w:r w:rsidRPr="00EB75F0">
              <w:rPr>
                <w:sz w:val="18"/>
              </w:rPr>
              <w:t>1.52 (0.69, 3.44)</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713C39A8" w14:textId="77777777" w:rsidR="00D44A32" w:rsidRPr="00EB75F0" w:rsidRDefault="00D44A32" w:rsidP="00C32B29">
            <w:pPr>
              <w:pStyle w:val="TableText"/>
              <w:spacing w:before="48" w:after="48"/>
              <w:rPr>
                <w:b/>
                <w:color w:val="000000"/>
                <w:sz w:val="18"/>
              </w:rPr>
            </w:pPr>
            <w:r w:rsidRPr="00EB75F0">
              <w:rPr>
                <w:sz w:val="18"/>
              </w:rPr>
              <w:t>1.52 (0.63, 3.62)</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2E7CD0ED" w14:textId="77777777" w:rsidR="00D44A32" w:rsidRPr="00EB75F0" w:rsidRDefault="00D44A32" w:rsidP="00C32B29">
            <w:pPr>
              <w:pStyle w:val="TableText"/>
              <w:spacing w:before="48" w:after="48"/>
              <w:jc w:val="center"/>
              <w:rPr>
                <w:b/>
                <w:color w:val="000000"/>
                <w:sz w:val="18"/>
              </w:rPr>
            </w:pPr>
            <w:r w:rsidRPr="00EB75F0">
              <w:rPr>
                <w:color w:val="000000"/>
                <w:sz w:val="18"/>
              </w:rPr>
              <w:t>1.52 (0.63 to 3.69)</w:t>
            </w:r>
          </w:p>
        </w:tc>
      </w:tr>
      <w:tr w:rsidR="00D44A32" w:rsidRPr="00EB75F0" w14:paraId="658EE650"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7E22ED3D" w14:textId="77777777" w:rsidR="00D44A32" w:rsidRPr="00EB75F0" w:rsidRDefault="00D44A32" w:rsidP="00C32B29">
            <w:pPr>
              <w:pStyle w:val="TableText"/>
              <w:spacing w:before="48" w:after="48"/>
              <w:rPr>
                <w:sz w:val="18"/>
              </w:rPr>
            </w:pPr>
            <w:r w:rsidRPr="00EB75F0">
              <w:rPr>
                <w:sz w:val="18"/>
              </w:rPr>
              <w:t>Quetiapine</w:t>
            </w:r>
          </w:p>
        </w:tc>
        <w:tc>
          <w:tcPr>
            <w:tcW w:w="1192" w:type="pct"/>
            <w:tcBorders>
              <w:top w:val="single" w:sz="4" w:space="0" w:color="000000"/>
              <w:left w:val="single" w:sz="4" w:space="0" w:color="000000"/>
              <w:bottom w:val="single" w:sz="4" w:space="0" w:color="000000"/>
              <w:right w:val="single" w:sz="4" w:space="0" w:color="000000"/>
            </w:tcBorders>
          </w:tcPr>
          <w:p w14:paraId="1CF427EF" w14:textId="77777777" w:rsidR="00D44A32" w:rsidRPr="00EB75F0" w:rsidRDefault="00D44A32" w:rsidP="00C32B29">
            <w:pPr>
              <w:pStyle w:val="TableText"/>
              <w:spacing w:before="48" w:after="48"/>
              <w:rPr>
                <w:b/>
                <w:color w:val="000000"/>
                <w:sz w:val="18"/>
              </w:rPr>
            </w:pPr>
            <w:r w:rsidRPr="00EB75F0">
              <w:rPr>
                <w:b/>
                <w:sz w:val="18"/>
              </w:rPr>
              <w:t>2.37 (1.03, 5.53)</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5DACCF85" w14:textId="77777777" w:rsidR="00D44A32" w:rsidRPr="00EB75F0" w:rsidRDefault="00D44A32" w:rsidP="00C32B29">
            <w:pPr>
              <w:pStyle w:val="TableText"/>
              <w:spacing w:before="48" w:after="48"/>
              <w:rPr>
                <w:b/>
                <w:color w:val="000000"/>
                <w:sz w:val="18"/>
              </w:rPr>
            </w:pPr>
            <w:r w:rsidRPr="00EB75F0">
              <w:rPr>
                <w:sz w:val="18"/>
              </w:rPr>
              <w:t>2.34 (0.90, 5.94)</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49A1F709" w14:textId="77777777" w:rsidR="00D44A32" w:rsidRPr="00EB75F0" w:rsidRDefault="00D44A32" w:rsidP="00C32B29">
            <w:pPr>
              <w:pStyle w:val="TableText"/>
              <w:spacing w:before="48" w:after="48"/>
              <w:jc w:val="center"/>
              <w:rPr>
                <w:b/>
                <w:color w:val="000000"/>
                <w:sz w:val="18"/>
              </w:rPr>
            </w:pPr>
            <w:r w:rsidRPr="00EB75F0">
              <w:rPr>
                <w:color w:val="000000"/>
                <w:sz w:val="18"/>
              </w:rPr>
              <w:t>2.35 (0.94 to 6.17)</w:t>
            </w:r>
          </w:p>
        </w:tc>
      </w:tr>
      <w:tr w:rsidR="00D44A32" w:rsidRPr="00EB75F0" w14:paraId="6307C6A8"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tcPr>
          <w:p w14:paraId="3626874B" w14:textId="77777777" w:rsidR="00D44A32" w:rsidRPr="00EB75F0" w:rsidRDefault="00D44A32" w:rsidP="00C32B29">
            <w:pPr>
              <w:pStyle w:val="TableText"/>
              <w:spacing w:before="48" w:after="48"/>
              <w:rPr>
                <w:color w:val="000000"/>
                <w:sz w:val="18"/>
              </w:rPr>
            </w:pPr>
            <w:r w:rsidRPr="00EB75F0">
              <w:rPr>
                <w:sz w:val="18"/>
              </w:rPr>
              <w:t>Risperidone</w:t>
            </w:r>
          </w:p>
        </w:tc>
        <w:tc>
          <w:tcPr>
            <w:tcW w:w="1192" w:type="pct"/>
            <w:tcBorders>
              <w:top w:val="single" w:sz="4" w:space="0" w:color="000000"/>
              <w:left w:val="single" w:sz="4" w:space="0" w:color="000000"/>
              <w:bottom w:val="single" w:sz="4" w:space="0" w:color="000000"/>
              <w:right w:val="single" w:sz="4" w:space="0" w:color="000000"/>
            </w:tcBorders>
          </w:tcPr>
          <w:p w14:paraId="7F21283A" w14:textId="77777777" w:rsidR="00D44A32" w:rsidRPr="00EB75F0" w:rsidRDefault="00D44A32" w:rsidP="00C32B29">
            <w:pPr>
              <w:pStyle w:val="TableText"/>
              <w:spacing w:before="48" w:after="48"/>
              <w:rPr>
                <w:sz w:val="18"/>
              </w:rPr>
            </w:pPr>
            <w:r w:rsidRPr="00EB75F0">
              <w:rPr>
                <w:sz w:val="18"/>
              </w:rPr>
              <w:t>1.94 (0.93, 4.13)</w:t>
            </w:r>
          </w:p>
        </w:tc>
        <w:tc>
          <w:tcPr>
            <w:tcW w:w="1122" w:type="pct"/>
            <w:tcBorders>
              <w:top w:val="single" w:sz="4" w:space="0" w:color="000000"/>
              <w:left w:val="single" w:sz="4" w:space="0" w:color="000000"/>
              <w:bottom w:val="single" w:sz="4" w:space="0" w:color="000000"/>
              <w:right w:val="single" w:sz="4" w:space="0" w:color="000000"/>
            </w:tcBorders>
            <w:shd w:val="clear" w:color="auto" w:fill="FFFCCC"/>
          </w:tcPr>
          <w:p w14:paraId="36112D0F" w14:textId="77777777" w:rsidR="00D44A32" w:rsidRPr="00EB75F0" w:rsidRDefault="00D44A32" w:rsidP="00C32B29">
            <w:pPr>
              <w:pStyle w:val="TableText"/>
              <w:spacing w:before="48" w:after="48"/>
              <w:rPr>
                <w:sz w:val="18"/>
              </w:rPr>
            </w:pPr>
            <w:r w:rsidRPr="00EB75F0">
              <w:rPr>
                <w:sz w:val="18"/>
              </w:rPr>
              <w:t>1.92 (0.87, 4.41)</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4BFA792E" w14:textId="77777777" w:rsidR="00D44A32" w:rsidRPr="00EB75F0" w:rsidRDefault="00D44A32" w:rsidP="00C32B29">
            <w:pPr>
              <w:pStyle w:val="TableText"/>
              <w:spacing w:before="48" w:after="48"/>
              <w:jc w:val="center"/>
              <w:rPr>
                <w:b/>
                <w:sz w:val="18"/>
              </w:rPr>
            </w:pPr>
            <w:r w:rsidRPr="00EB75F0">
              <w:rPr>
                <w:color w:val="000000"/>
                <w:sz w:val="18"/>
              </w:rPr>
              <w:t>1.76 (0.77 to 4.17)</w:t>
            </w:r>
          </w:p>
        </w:tc>
      </w:tr>
      <w:tr w:rsidR="00D44A32" w:rsidRPr="00EB75F0" w14:paraId="55C619B3" w14:textId="77777777" w:rsidTr="00BE7241">
        <w:trPr>
          <w:trHeight w:val="58"/>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3C5CF8EB" w14:textId="77777777" w:rsidR="00D44A32" w:rsidRPr="00EB75F0" w:rsidRDefault="00D44A32" w:rsidP="00C32B29">
            <w:pPr>
              <w:pStyle w:val="TableText"/>
              <w:spacing w:before="48" w:after="48"/>
              <w:rPr>
                <w:rFonts w:ascii="Aptos Narrow" w:hAnsi="Aptos Narrow"/>
                <w:color w:val="FFFFFF"/>
                <w:sz w:val="18"/>
              </w:rPr>
            </w:pPr>
            <w:r w:rsidRPr="00EB75F0">
              <w:rPr>
                <w:color w:val="FFFFFF"/>
                <w:sz w:val="18"/>
                <w:highlight w:val="black"/>
              </w:rPr>
              <w:t>Direct head-to-head meta-analyses</w:t>
            </w:r>
          </w:p>
        </w:tc>
      </w:tr>
      <w:tr w:rsidR="00D44A32" w:rsidRPr="00EB75F0" w14:paraId="57628867"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2BD4C910" w14:textId="77777777" w:rsidR="00D44A32" w:rsidRPr="00EB75F0" w:rsidRDefault="00D44A32" w:rsidP="00C32B29">
            <w:pPr>
              <w:pStyle w:val="TableText"/>
              <w:spacing w:before="48" w:after="48"/>
              <w:rPr>
                <w:color w:val="000000"/>
                <w:sz w:val="18"/>
              </w:rPr>
            </w:pPr>
            <w:r w:rsidRPr="00EB75F0">
              <w:rPr>
                <w:color w:val="000000"/>
                <w:sz w:val="18"/>
              </w:rPr>
              <w:lastRenderedPageBreak/>
              <w:t>Range of I</w:t>
            </w:r>
            <w:r w:rsidRPr="00EB75F0">
              <w:rPr>
                <w:color w:val="000000"/>
                <w:sz w:val="18"/>
                <w:vertAlign w:val="superscript"/>
              </w:rPr>
              <w:t>2</w:t>
            </w:r>
            <w:r w:rsidRPr="00EB75F0">
              <w:rPr>
                <w:color w:val="000000"/>
                <w:sz w:val="18"/>
              </w:rPr>
              <w:t xml:space="preserve"> values</w:t>
            </w:r>
          </w:p>
        </w:tc>
        <w:tc>
          <w:tcPr>
            <w:tcW w:w="2314" w:type="pct"/>
            <w:gridSpan w:val="2"/>
            <w:tcBorders>
              <w:top w:val="single" w:sz="4" w:space="0" w:color="000000"/>
              <w:left w:val="single" w:sz="4" w:space="0" w:color="000000"/>
              <w:bottom w:val="single" w:sz="4" w:space="0" w:color="000000"/>
              <w:right w:val="single" w:sz="4" w:space="0" w:color="000000"/>
            </w:tcBorders>
            <w:vAlign w:val="bottom"/>
          </w:tcPr>
          <w:p w14:paraId="1D3226E8" w14:textId="77777777" w:rsidR="00D44A32" w:rsidRPr="00EB75F0" w:rsidRDefault="00D44A32" w:rsidP="00C32B29">
            <w:pPr>
              <w:pStyle w:val="TableText"/>
              <w:spacing w:before="48" w:after="48"/>
              <w:rPr>
                <w:color w:val="000000"/>
                <w:sz w:val="18"/>
              </w:rPr>
            </w:pPr>
            <w:r w:rsidRPr="00EB75F0">
              <w:rPr>
                <w:color w:val="000000"/>
                <w:sz w:val="18"/>
              </w:rPr>
              <w:t>0-35%</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280B5FAF" w14:textId="2CA9B153" w:rsidR="00D44A32" w:rsidRPr="00EB75F0" w:rsidRDefault="00D44A32" w:rsidP="00C32B29">
            <w:pPr>
              <w:pStyle w:val="TableText"/>
              <w:spacing w:before="48" w:after="48"/>
              <w:rPr>
                <w:rFonts w:ascii="Aptos Narrow" w:hAnsi="Aptos Narrow"/>
                <w:color w:val="000000"/>
                <w:sz w:val="18"/>
              </w:rPr>
            </w:pPr>
            <w:r w:rsidRPr="00EB75F0">
              <w:rPr>
                <w:color w:val="000000"/>
                <w:sz w:val="18"/>
              </w:rPr>
              <w:t xml:space="preserve">0-50%, </w:t>
            </w:r>
            <w:r w:rsidR="000D7C80" w:rsidRPr="00EB75F0">
              <w:rPr>
                <w:color w:val="000000"/>
                <w:sz w:val="18"/>
              </w:rPr>
              <w:t>substantial</w:t>
            </w:r>
            <w:r w:rsidRPr="00EB75F0">
              <w:rPr>
                <w:color w:val="000000"/>
                <w:sz w:val="18"/>
              </w:rPr>
              <w:t xml:space="preserve"> heterogeneity between studies for </w:t>
            </w:r>
            <w:proofErr w:type="spellStart"/>
            <w:r w:rsidRPr="00EB75F0">
              <w:rPr>
                <w:color w:val="000000"/>
                <w:sz w:val="18"/>
              </w:rPr>
              <w:t>brexpiprazole</w:t>
            </w:r>
            <w:proofErr w:type="spellEnd"/>
            <w:r w:rsidRPr="00EB75F0">
              <w:rPr>
                <w:color w:val="000000"/>
                <w:sz w:val="18"/>
              </w:rPr>
              <w:t xml:space="preserve"> versus placebo (50%)</w:t>
            </w:r>
          </w:p>
        </w:tc>
      </w:tr>
      <w:tr w:rsidR="00D44A32" w:rsidRPr="00EB75F0" w14:paraId="78EF8E8B" w14:textId="77777777" w:rsidTr="00BE7241">
        <w:trPr>
          <w:trHeight w:val="58"/>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7A17AA5C" w14:textId="77777777" w:rsidR="00D44A32" w:rsidRPr="00EB75F0" w:rsidRDefault="00D44A32" w:rsidP="00C32B29">
            <w:pPr>
              <w:pStyle w:val="TableText"/>
              <w:spacing w:before="48" w:after="48"/>
              <w:rPr>
                <w:rFonts w:ascii="Aptos Narrow" w:hAnsi="Aptos Narrow"/>
                <w:color w:val="FFFFFF"/>
                <w:sz w:val="18"/>
              </w:rPr>
            </w:pPr>
            <w:r w:rsidRPr="00EB75F0">
              <w:rPr>
                <w:color w:val="FFFFFF"/>
                <w:sz w:val="18"/>
                <w:highlight w:val="black"/>
              </w:rPr>
              <w:t>Node-splitting analyses</w:t>
            </w:r>
          </w:p>
        </w:tc>
      </w:tr>
      <w:tr w:rsidR="00D44A32" w:rsidRPr="00EB75F0" w14:paraId="78728602" w14:textId="77777777" w:rsidTr="009B414E">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193C65E8" w14:textId="77777777" w:rsidR="00D44A32" w:rsidRPr="00EB75F0" w:rsidRDefault="00D44A32" w:rsidP="00C32B29">
            <w:pPr>
              <w:pStyle w:val="TableText"/>
              <w:spacing w:before="48" w:after="48"/>
              <w:rPr>
                <w:color w:val="000000"/>
                <w:sz w:val="18"/>
              </w:rPr>
            </w:pPr>
            <w:r w:rsidRPr="00EB75F0">
              <w:rPr>
                <w:color w:val="000000"/>
                <w:sz w:val="18"/>
              </w:rPr>
              <w:t>IF estimates suggesting inconsistency</w:t>
            </w:r>
          </w:p>
        </w:tc>
        <w:tc>
          <w:tcPr>
            <w:tcW w:w="2314" w:type="pct"/>
            <w:gridSpan w:val="2"/>
            <w:tcBorders>
              <w:top w:val="single" w:sz="4" w:space="0" w:color="000000"/>
              <w:left w:val="single" w:sz="4" w:space="0" w:color="000000"/>
              <w:bottom w:val="single" w:sz="4" w:space="0" w:color="000000"/>
              <w:right w:val="single" w:sz="4" w:space="0" w:color="000000"/>
            </w:tcBorders>
            <w:vAlign w:val="center"/>
          </w:tcPr>
          <w:p w14:paraId="3D1E2F0D" w14:textId="77777777" w:rsidR="00D44A32" w:rsidRPr="00EB75F0" w:rsidRDefault="00D44A32" w:rsidP="00C32B29">
            <w:pPr>
              <w:pStyle w:val="TableText"/>
              <w:spacing w:before="48" w:after="48"/>
              <w:rPr>
                <w:color w:val="000000"/>
                <w:sz w:val="18"/>
              </w:rPr>
            </w:pPr>
            <w:r w:rsidRPr="00EB75F0">
              <w:rPr>
                <w:color w:val="000000"/>
                <w:sz w:val="18"/>
              </w:rPr>
              <w:t>risperidone versus clozapine IF: 2.28 × 10</w:t>
            </w:r>
            <w:r w:rsidRPr="00EB75F0">
              <w:rPr>
                <w:color w:val="000000"/>
                <w:sz w:val="18"/>
                <w:vertAlign w:val="superscript"/>
              </w:rPr>
              <w:t>21</w:t>
            </w:r>
            <w:r w:rsidRPr="00EB75F0">
              <w:rPr>
                <w:color w:val="000000"/>
                <w:sz w:val="18"/>
              </w:rPr>
              <w:t xml:space="preserve"> (95% </w:t>
            </w:r>
            <w:proofErr w:type="spellStart"/>
            <w:r w:rsidRPr="00EB75F0">
              <w:rPr>
                <w:color w:val="000000"/>
                <w:sz w:val="18"/>
              </w:rPr>
              <w:t>CrI</w:t>
            </w:r>
            <w:proofErr w:type="spellEnd"/>
            <w:r w:rsidRPr="00EB75F0">
              <w:rPr>
                <w:color w:val="000000"/>
                <w:sz w:val="18"/>
              </w:rPr>
              <w:t>: 1.44 × 104, 3.64 × 10</w:t>
            </w:r>
            <w:r w:rsidRPr="00EB75F0">
              <w:rPr>
                <w:color w:val="000000"/>
                <w:sz w:val="18"/>
                <w:vertAlign w:val="superscript"/>
              </w:rPr>
              <w:t>38</w:t>
            </w:r>
            <w:r w:rsidRPr="00EB75F0">
              <w:rPr>
                <w:color w:val="000000"/>
                <w:sz w:val="18"/>
              </w:rPr>
              <w:t>);</w:t>
            </w:r>
            <w:r w:rsidRPr="00EB75F0">
              <w:rPr>
                <w:color w:val="000000"/>
                <w:sz w:val="18"/>
              </w:rPr>
              <w:br/>
              <w:t xml:space="preserve">quetiapine versus </w:t>
            </w:r>
            <w:proofErr w:type="spellStart"/>
            <w:r w:rsidRPr="00EB75F0">
              <w:rPr>
                <w:color w:val="000000"/>
                <w:sz w:val="18"/>
              </w:rPr>
              <w:t>brexpiprazole</w:t>
            </w:r>
            <w:proofErr w:type="spellEnd"/>
            <w:r w:rsidRPr="00EB75F0">
              <w:rPr>
                <w:color w:val="000000"/>
                <w:sz w:val="18"/>
              </w:rPr>
              <w:t xml:space="preserve"> IF: 0.16 (95% </w:t>
            </w:r>
            <w:proofErr w:type="spellStart"/>
            <w:r w:rsidRPr="00EB75F0">
              <w:rPr>
                <w:color w:val="000000"/>
                <w:sz w:val="18"/>
              </w:rPr>
              <w:t>CrI</w:t>
            </w:r>
            <w:proofErr w:type="spellEnd"/>
            <w:r w:rsidRPr="00EB75F0">
              <w:rPr>
                <w:color w:val="000000"/>
                <w:sz w:val="18"/>
              </w:rPr>
              <w:t>: 0.04, 0.71)</w:t>
            </w:r>
          </w:p>
        </w:tc>
        <w:tc>
          <w:tcPr>
            <w:tcW w:w="1685" w:type="pct"/>
            <w:gridSpan w:val="2"/>
            <w:tcBorders>
              <w:top w:val="single" w:sz="4" w:space="0" w:color="000000"/>
              <w:left w:val="single" w:sz="4" w:space="0" w:color="000000"/>
              <w:bottom w:val="single" w:sz="4" w:space="0" w:color="000000"/>
              <w:right w:val="single" w:sz="4" w:space="0" w:color="000000"/>
            </w:tcBorders>
            <w:vAlign w:val="center"/>
          </w:tcPr>
          <w:p w14:paraId="49FFE149" w14:textId="77777777" w:rsidR="00D44A32" w:rsidRPr="00EB75F0" w:rsidRDefault="00D44A32" w:rsidP="00C32B29">
            <w:pPr>
              <w:pStyle w:val="TableText"/>
              <w:spacing w:before="48" w:after="48"/>
              <w:rPr>
                <w:color w:val="000000"/>
                <w:sz w:val="18"/>
              </w:rPr>
            </w:pPr>
            <w:r w:rsidRPr="00EB75F0">
              <w:rPr>
                <w:color w:val="000000"/>
                <w:sz w:val="18"/>
              </w:rPr>
              <w:t xml:space="preserve">quetiapine versus </w:t>
            </w:r>
            <w:proofErr w:type="spellStart"/>
            <w:r w:rsidRPr="00EB75F0">
              <w:rPr>
                <w:color w:val="000000"/>
                <w:sz w:val="18"/>
              </w:rPr>
              <w:t>brexpiprazole</w:t>
            </w:r>
            <w:proofErr w:type="spellEnd"/>
            <w:r w:rsidRPr="00EB75F0">
              <w:rPr>
                <w:color w:val="000000"/>
                <w:sz w:val="18"/>
              </w:rPr>
              <w:t xml:space="preserve"> IF: 0.15 (95% </w:t>
            </w:r>
            <w:proofErr w:type="spellStart"/>
            <w:r w:rsidRPr="00EB75F0">
              <w:rPr>
                <w:color w:val="000000"/>
                <w:sz w:val="18"/>
              </w:rPr>
              <w:t>CrI</w:t>
            </w:r>
            <w:proofErr w:type="spellEnd"/>
            <w:r w:rsidRPr="00EB75F0">
              <w:rPr>
                <w:color w:val="000000"/>
                <w:sz w:val="18"/>
              </w:rPr>
              <w:t>: 0.03, 0.64)</w:t>
            </w:r>
          </w:p>
        </w:tc>
      </w:tr>
      <w:tr w:rsidR="00D44A32" w:rsidRPr="00EB75F0" w14:paraId="4FA01CBF" w14:textId="77777777" w:rsidTr="00BE7241">
        <w:trPr>
          <w:trHeight w:val="58"/>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5C8BE86C" w14:textId="563628AD" w:rsidR="00D44A32" w:rsidRPr="00EB75F0" w:rsidRDefault="00D44A32" w:rsidP="00C32B29">
            <w:pPr>
              <w:pStyle w:val="Legend"/>
              <w:spacing w:before="48" w:after="48"/>
              <w:rPr>
                <w:sz w:val="16"/>
              </w:rPr>
            </w:pPr>
            <w:r w:rsidRPr="00EB75F0">
              <w:rPr>
                <w:b/>
                <w:sz w:val="16"/>
              </w:rPr>
              <w:t>Key:</w:t>
            </w:r>
            <w:r w:rsidRPr="00EB75F0">
              <w:rPr>
                <w:sz w:val="16"/>
              </w:rPr>
              <w:t xml:space="preserve"> </w:t>
            </w:r>
            <w:proofErr w:type="spellStart"/>
            <w:r w:rsidRPr="00EB75F0">
              <w:rPr>
                <w:sz w:val="16"/>
              </w:rPr>
              <w:t>CrI</w:t>
            </w:r>
            <w:proofErr w:type="spellEnd"/>
            <w:r w:rsidRPr="00EB75F0">
              <w:rPr>
                <w:sz w:val="16"/>
              </w:rPr>
              <w:t>, credible interval; DIC, deviance information criterion; FE, fixed-effects; OR, odds ratio; RE, random-effects; IF, inconsistency factor</w:t>
            </w:r>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KarXT</w:t>
            </w:r>
            <w:proofErr w:type="spellEnd"/>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xanomeline</w:t>
            </w:r>
            <w:proofErr w:type="spellEnd"/>
            <w:r w:rsidR="00DB65DB" w:rsidRPr="00DB65DB">
              <w:rPr>
                <w:rFonts w:asciiTheme="majorHAnsi" w:hAnsiTheme="majorHAnsi" w:cstheme="majorHAnsi"/>
                <w:sz w:val="16"/>
              </w:rPr>
              <w:t>/</w:t>
            </w:r>
            <w:proofErr w:type="spellStart"/>
            <w:r w:rsidR="00DB65DB" w:rsidRPr="00DB65DB">
              <w:rPr>
                <w:rFonts w:asciiTheme="majorHAnsi" w:hAnsiTheme="majorHAnsi" w:cstheme="majorHAnsi"/>
                <w:sz w:val="16"/>
              </w:rPr>
              <w:t>trospium</w:t>
            </w:r>
            <w:proofErr w:type="spellEnd"/>
            <w:r w:rsidR="00DB65DB" w:rsidRPr="00DB65DB">
              <w:rPr>
                <w:rFonts w:asciiTheme="majorHAnsi" w:hAnsiTheme="majorHAnsi" w:cstheme="majorHAnsi"/>
                <w:sz w:val="16"/>
              </w:rPr>
              <w:t xml:space="preserve"> chloride</w:t>
            </w:r>
          </w:p>
          <w:p w14:paraId="7E604E13" w14:textId="77777777" w:rsidR="00D44A32" w:rsidRPr="00EB75F0" w:rsidRDefault="00D44A32" w:rsidP="00C32B29">
            <w:pPr>
              <w:pStyle w:val="TableText"/>
              <w:spacing w:before="48" w:after="48"/>
              <w:rPr>
                <w:rFonts w:ascii="Aptos Narrow" w:hAnsi="Aptos Narrow"/>
                <w:color w:val="000000"/>
                <w:sz w:val="18"/>
              </w:rPr>
            </w:pPr>
            <w:r w:rsidRPr="00EB75F0">
              <w:rPr>
                <w:b/>
                <w:sz w:val="16"/>
              </w:rPr>
              <w:t>Notes:</w:t>
            </w:r>
            <w:r w:rsidRPr="00EB75F0">
              <w:rPr>
                <w:sz w:val="16"/>
              </w:rPr>
              <w:t xml:space="preserve"> </w:t>
            </w:r>
            <w:r w:rsidRPr="00EB75F0">
              <w:rPr>
                <w:sz w:val="16"/>
                <w:shd w:val="clear" w:color="auto" w:fill="FFFCCC"/>
              </w:rPr>
              <w:t>Pale yellow highlight</w:t>
            </w:r>
            <w:r w:rsidRPr="00EB75F0">
              <w:rPr>
                <w:sz w:val="16"/>
              </w:rPr>
              <w:t xml:space="preserve"> indicates the base case model; statistically significant differences are highlighted in </w:t>
            </w:r>
            <w:r w:rsidRPr="00EB75F0">
              <w:rPr>
                <w:b/>
                <w:sz w:val="16"/>
              </w:rPr>
              <w:t>bold</w:t>
            </w:r>
            <w:r w:rsidRPr="00EB75F0">
              <w:rPr>
                <w:sz w:val="16"/>
              </w:rPr>
              <w:t>.</w:t>
            </w:r>
          </w:p>
        </w:tc>
      </w:tr>
    </w:tbl>
    <w:p w14:paraId="34271B03" w14:textId="5C10D3A9" w:rsidR="009B414E" w:rsidRDefault="009B414E" w:rsidP="009B414E">
      <w:pPr>
        <w:pStyle w:val="Heading3"/>
      </w:pPr>
      <w:r w:rsidRPr="007F6A73">
        <w:lastRenderedPageBreak/>
        <w:t xml:space="preserve">Figure </w:t>
      </w:r>
      <w:r>
        <w:t>S</w:t>
      </w:r>
      <w:fldSimple w:instr=" SEQ Figure \* ARABIC ">
        <w:r w:rsidR="004B2F28">
          <w:rPr>
            <w:noProof/>
          </w:rPr>
          <w:t>79</w:t>
        </w:r>
      </w:fldSimple>
      <w:r w:rsidRPr="007F6A73">
        <w:t xml:space="preserve">: </w:t>
      </w:r>
      <w:r w:rsidRPr="00EB75F0">
        <w:t>Discontinuation due to adverse events –</w:t>
      </w:r>
      <w:r w:rsidRPr="00C228BD">
        <w:t xml:space="preserve"> </w:t>
      </w:r>
      <w:r>
        <w:t xml:space="preserve">distribution of potential effect modifiers by treatment node </w:t>
      </w:r>
      <w:r w:rsidRPr="007F6A73">
        <w:t>–</w:t>
      </w:r>
      <w:r>
        <w:t xml:space="preserve"> </w:t>
      </w:r>
      <w:r w:rsidRPr="00EB75F0">
        <w:t>base case network</w:t>
      </w:r>
      <w:r w:rsidRPr="007F6A73">
        <w:t xml:space="preserve"> </w:t>
      </w:r>
      <w:r w:rsidRPr="007F6A73">
        <w:rPr>
          <w:noProof/>
        </w:rPr>
        <w:drawing>
          <wp:inline distT="0" distB="0" distL="0" distR="0" wp14:anchorId="5DF63662" wp14:editId="0F778A43">
            <wp:extent cx="6119495" cy="7420745"/>
            <wp:effectExtent l="0" t="0" r="0" b="8890"/>
            <wp:docPr id="388807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07846" name="Picture 1"/>
                    <pic:cNvPicPr>
                      <a:picLocks noChangeAspect="1" noChangeArrowheads="1"/>
                    </pic:cNvPicPr>
                  </pic:nvPicPr>
                  <pic:blipFill>
                    <a:blip r:embed="rId100"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5B441569" w14:textId="511E423E" w:rsidR="009B414E" w:rsidRPr="009E25E6" w:rsidRDefault="009B414E" w:rsidP="009B414E">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w:t>
      </w:r>
      <w:r>
        <w:rPr>
          <w:sz w:val="20"/>
        </w:rPr>
        <w:t>1</w:t>
      </w:r>
      <w:r w:rsidR="00C95FBF">
        <w:rPr>
          <w:sz w:val="20"/>
        </w:rPr>
        <w:t>8</w:t>
      </w:r>
      <w:r w:rsidRPr="009E25E6">
        <w:rPr>
          <w:sz w:val="20"/>
        </w:rPr>
        <w:t>, 0</w:t>
      </w:r>
      <w:r>
        <w:rPr>
          <w:sz w:val="20"/>
        </w:rPr>
        <w:t>.17</w:t>
      </w:r>
      <w:r w:rsidRPr="009E25E6">
        <w:rPr>
          <w:sz w:val="20"/>
        </w:rPr>
        <w:t>, 0.0</w:t>
      </w:r>
      <w:r w:rsidR="00BD0939">
        <w:rPr>
          <w:sz w:val="20"/>
        </w:rPr>
        <w:t>97</w:t>
      </w:r>
      <w:r w:rsidRPr="009E25E6">
        <w:rPr>
          <w:sz w:val="20"/>
        </w:rPr>
        <w:t>, 0</w:t>
      </w:r>
      <w:r>
        <w:rPr>
          <w:sz w:val="20"/>
        </w:rPr>
        <w:t>.</w:t>
      </w:r>
      <w:r w:rsidR="00BD0939">
        <w:rPr>
          <w:sz w:val="20"/>
        </w:rPr>
        <w:t>49</w:t>
      </w:r>
      <w:r w:rsidRPr="009E25E6">
        <w:rPr>
          <w:sz w:val="20"/>
        </w:rPr>
        <w:t>, 0.</w:t>
      </w:r>
      <w:r w:rsidR="00BD0939">
        <w:rPr>
          <w:sz w:val="20"/>
        </w:rPr>
        <w:t>14</w:t>
      </w:r>
      <w:r w:rsidRPr="009E25E6">
        <w:rPr>
          <w:sz w:val="20"/>
        </w:rPr>
        <w:t>, and 0.</w:t>
      </w:r>
      <w:r>
        <w:rPr>
          <w:sz w:val="20"/>
        </w:rPr>
        <w:t>7</w:t>
      </w:r>
      <w:r w:rsidR="00BD0939">
        <w:rPr>
          <w:sz w:val="20"/>
        </w:rPr>
        <w:t>2</w:t>
      </w:r>
      <w:r w:rsidRPr="009E25E6">
        <w:rPr>
          <w:sz w:val="20"/>
        </w:rPr>
        <w:t xml:space="preserve">, for percentage male, mean age, mean PANSS total score, mean PANSS positive score, mean PANSS negative score, and mean CGI-S score at baseline, respectively. This indicates no significant difference between </w:t>
      </w:r>
      <w:r>
        <w:rPr>
          <w:sz w:val="20"/>
        </w:rPr>
        <w:t xml:space="preserve">treatment </w:t>
      </w:r>
      <w:r w:rsidRPr="009E25E6">
        <w:rPr>
          <w:sz w:val="20"/>
        </w:rPr>
        <w:t>nodes</w:t>
      </w:r>
      <w:r>
        <w:rPr>
          <w:sz w:val="20"/>
        </w:rPr>
        <w:t>.</w:t>
      </w:r>
    </w:p>
    <w:p w14:paraId="2BBD71DF" w14:textId="77777777" w:rsidR="00D44A32" w:rsidRDefault="00D44A32">
      <w:pPr>
        <w:spacing w:before="0" w:after="200" w:line="276" w:lineRule="auto"/>
      </w:pPr>
    </w:p>
    <w:p w14:paraId="1DC64BEF" w14:textId="79128DCD" w:rsidR="00984150" w:rsidRDefault="00984150" w:rsidP="00984150">
      <w:pPr>
        <w:pStyle w:val="Heading3"/>
      </w:pPr>
      <w:r w:rsidRPr="007F6A73">
        <w:lastRenderedPageBreak/>
        <w:t xml:space="preserve">Figure </w:t>
      </w:r>
      <w:r>
        <w:t>S</w:t>
      </w:r>
      <w:fldSimple w:instr=" SEQ Figure \* ARABIC ">
        <w:r w:rsidR="004B2F28">
          <w:rPr>
            <w:noProof/>
          </w:rPr>
          <w:t>80</w:t>
        </w:r>
      </w:fldSimple>
      <w:r w:rsidRPr="007F6A73">
        <w:t xml:space="preserve">: </w:t>
      </w:r>
      <w:r w:rsidRPr="00EB75F0">
        <w:t>Discontinuation due to adverse events –</w:t>
      </w:r>
      <w:r w:rsidRPr="00C228BD">
        <w:t xml:space="preserve"> </w:t>
      </w:r>
      <w:r>
        <w:t xml:space="preserve">distribution of potential effect modifiers by treatment node </w:t>
      </w:r>
      <w:r w:rsidRPr="007F6A73">
        <w:t>–</w:t>
      </w:r>
      <w:r>
        <w:t xml:space="preserve"> </w:t>
      </w:r>
      <w:r w:rsidRPr="00EB75F0">
        <w:t>sensitivity analysis excluding studies with predominantly Asian populations</w:t>
      </w:r>
      <w:r w:rsidRPr="007F6A73">
        <w:rPr>
          <w:noProof/>
        </w:rPr>
        <w:t xml:space="preserve"> </w:t>
      </w:r>
      <w:r w:rsidRPr="007F6A73">
        <w:rPr>
          <w:noProof/>
        </w:rPr>
        <w:drawing>
          <wp:inline distT="0" distB="0" distL="0" distR="0" wp14:anchorId="6CE415AC" wp14:editId="4BAB8E1B">
            <wp:extent cx="6119495" cy="7420745"/>
            <wp:effectExtent l="0" t="0" r="0" b="8890"/>
            <wp:docPr id="1999616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16806" name="Picture 1"/>
                    <pic:cNvPicPr>
                      <a:picLocks noChangeAspect="1" noChangeArrowheads="1"/>
                    </pic:cNvPicPr>
                  </pic:nvPicPr>
                  <pic:blipFill>
                    <a:blip r:embed="rId101"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25265EEA" w14:textId="7FDE1CCF" w:rsidR="00984150" w:rsidRPr="00B16E7C" w:rsidRDefault="00984150">
      <w:pPr>
        <w:spacing w:before="0" w:after="200" w:line="276" w:lineRule="auto"/>
        <w:rPr>
          <w:sz w:val="20"/>
        </w:rPr>
        <w:sectPr w:rsidR="00984150" w:rsidRPr="00B16E7C">
          <w:pgSz w:w="11906" w:h="16838"/>
          <w:pgMar w:top="1134" w:right="1134" w:bottom="1134" w:left="1134" w:header="567" w:footer="567" w:gutter="0"/>
          <w:cols w:space="708"/>
          <w:docGrid w:linePitch="360"/>
        </w:sectPr>
      </w:pPr>
      <w:r w:rsidRPr="009E25E6">
        <w:rPr>
          <w:sz w:val="20"/>
        </w:rPr>
        <w:t>The normality assumption of the ANOVA residuals for each potential effect modifier was confirmed by the Shapiro</w:t>
      </w:r>
      <w:r>
        <w:rPr>
          <w:sz w:val="20"/>
        </w:rPr>
        <w:t>-</w:t>
      </w:r>
      <w:r w:rsidRPr="009E25E6">
        <w:rPr>
          <w:sz w:val="20"/>
        </w:rPr>
        <w:t>Wilk normality test</w:t>
      </w:r>
      <w:r w:rsidR="00054EBC">
        <w:rPr>
          <w:sz w:val="20"/>
        </w:rPr>
        <w:t>, except for mean PANSS positive score</w:t>
      </w:r>
      <w:r w:rsidRPr="009E25E6">
        <w:rPr>
          <w:sz w:val="20"/>
        </w:rPr>
        <w:t>. The p-value for the ANOVA F-test is 0.</w:t>
      </w:r>
      <w:r w:rsidR="0065063B">
        <w:rPr>
          <w:sz w:val="20"/>
        </w:rPr>
        <w:t>03</w:t>
      </w:r>
      <w:r w:rsidRPr="009E25E6">
        <w:rPr>
          <w:sz w:val="20"/>
        </w:rPr>
        <w:t>, 0</w:t>
      </w:r>
      <w:r>
        <w:rPr>
          <w:sz w:val="20"/>
        </w:rPr>
        <w:t>.</w:t>
      </w:r>
      <w:r w:rsidR="0065063B">
        <w:rPr>
          <w:sz w:val="20"/>
        </w:rPr>
        <w:t>14</w:t>
      </w:r>
      <w:r w:rsidRPr="009E25E6">
        <w:rPr>
          <w:sz w:val="20"/>
        </w:rPr>
        <w:t>, 0.</w:t>
      </w:r>
      <w:r w:rsidR="0065063B">
        <w:rPr>
          <w:sz w:val="20"/>
        </w:rPr>
        <w:t>27</w:t>
      </w:r>
      <w:r w:rsidRPr="009E25E6">
        <w:rPr>
          <w:sz w:val="20"/>
        </w:rPr>
        <w:t>, 0.</w:t>
      </w:r>
      <w:r>
        <w:rPr>
          <w:sz w:val="20"/>
        </w:rPr>
        <w:t>1</w:t>
      </w:r>
      <w:r w:rsidR="0065063B">
        <w:rPr>
          <w:sz w:val="20"/>
        </w:rPr>
        <w:t>8</w:t>
      </w:r>
      <w:r w:rsidRPr="009E25E6">
        <w:rPr>
          <w:sz w:val="20"/>
        </w:rPr>
        <w:t>, and 0.</w:t>
      </w:r>
      <w:r w:rsidR="0065063B">
        <w:rPr>
          <w:sz w:val="20"/>
        </w:rPr>
        <w:t>66</w:t>
      </w:r>
      <w:r w:rsidRPr="009E25E6">
        <w:rPr>
          <w:sz w:val="20"/>
        </w:rPr>
        <w:t xml:space="preserve">, for percentage male, mean age, mean PANSS total score, </w:t>
      </w:r>
      <w:r w:rsidR="00054EBC">
        <w:rPr>
          <w:sz w:val="20"/>
        </w:rPr>
        <w:t xml:space="preserve">mean </w:t>
      </w:r>
      <w:r w:rsidRPr="009E25E6">
        <w:rPr>
          <w:sz w:val="20"/>
        </w:rPr>
        <w:t xml:space="preserve">PANSS negative score, and mean CGI-S score at baseline, respectively. </w:t>
      </w:r>
      <w:r w:rsidR="00B16E7C">
        <w:rPr>
          <w:sz w:val="20"/>
        </w:rPr>
        <w:t xml:space="preserve">The Kruskal-Wallis rank sum test for mean PANSS positive score at baseline yielded a p-value of 0.6. </w:t>
      </w:r>
      <w:r w:rsidR="00B16E7C" w:rsidRPr="009E25E6">
        <w:rPr>
          <w:sz w:val="20"/>
        </w:rPr>
        <w:t xml:space="preserve">This indicates no significant difference between </w:t>
      </w:r>
      <w:r w:rsidR="00B16E7C">
        <w:rPr>
          <w:sz w:val="20"/>
        </w:rPr>
        <w:lastRenderedPageBreak/>
        <w:t xml:space="preserve">treatment </w:t>
      </w:r>
      <w:r w:rsidR="00B16E7C" w:rsidRPr="009E25E6">
        <w:rPr>
          <w:sz w:val="20"/>
        </w:rPr>
        <w:t>nodes</w:t>
      </w:r>
      <w:r w:rsidR="00B16E7C">
        <w:rPr>
          <w:sz w:val="20"/>
        </w:rPr>
        <w:t xml:space="preserve">, except for </w:t>
      </w:r>
      <w:r w:rsidR="00AF44BA">
        <w:rPr>
          <w:sz w:val="20"/>
        </w:rPr>
        <w:t>percentage male. Clozapine was among the most dissimilar treatment nodes for this potential effect modifier</w:t>
      </w:r>
      <w:r w:rsidR="00F5590C">
        <w:rPr>
          <w:sz w:val="20"/>
        </w:rPr>
        <w:t>. However, a</w:t>
      </w:r>
      <w:r w:rsidR="00F5590C" w:rsidRPr="00BC00A1">
        <w:rPr>
          <w:sz w:val="20"/>
        </w:rPr>
        <w:t>fter applying a Bonferroni correction for six tests (p ≤ 0.0083), no treatment comparisons reached statistical significance.</w:t>
      </w:r>
    </w:p>
    <w:p w14:paraId="702B7C86" w14:textId="5E5DD4DA" w:rsidR="0093561B" w:rsidRPr="00EB75F0" w:rsidRDefault="00A06AE8" w:rsidP="00434B93">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34</w:t>
        </w:r>
      </w:fldSimple>
      <w:r w:rsidR="0093561B" w:rsidRPr="00EB75F0">
        <w:t>:</w:t>
      </w:r>
      <w:r w:rsidR="007E40AF" w:rsidRPr="00EB75F0">
        <w:t xml:space="preserve"> </w:t>
      </w:r>
      <w:r w:rsidR="00B204D2" w:rsidRPr="00EB75F0">
        <w:t xml:space="preserve">Discontinuation due to adverse events </w:t>
      </w:r>
      <w:r w:rsidR="007E40AF" w:rsidRPr="00EB75F0">
        <w:t xml:space="preserve">– League tables – random-effects model, base case network – OR (95% </w:t>
      </w:r>
      <w:proofErr w:type="spellStart"/>
      <w:r w:rsidR="007E40AF" w:rsidRPr="00EB75F0">
        <w:t>CrI</w:t>
      </w:r>
      <w:proofErr w:type="spellEnd"/>
      <w:r w:rsidR="007E40AF" w:rsidRPr="00EB75F0">
        <w:t>)</w:t>
      </w:r>
    </w:p>
    <w:tbl>
      <w:tblPr>
        <w:tblStyle w:val="Lumanitytable"/>
        <w:tblW w:w="14787" w:type="dxa"/>
        <w:tblLayout w:type="fixed"/>
        <w:tblLook w:val="04A0" w:firstRow="1" w:lastRow="0" w:firstColumn="1" w:lastColumn="0" w:noHBand="0" w:noVBand="1"/>
      </w:tblPr>
      <w:tblGrid>
        <w:gridCol w:w="1255"/>
        <w:gridCol w:w="1440"/>
        <w:gridCol w:w="1440"/>
        <w:gridCol w:w="1440"/>
        <w:gridCol w:w="1530"/>
        <w:gridCol w:w="1620"/>
        <w:gridCol w:w="1646"/>
        <w:gridCol w:w="1445"/>
        <w:gridCol w:w="1445"/>
        <w:gridCol w:w="1500"/>
        <w:gridCol w:w="26"/>
      </w:tblGrid>
      <w:tr w:rsidR="007E40AF" w:rsidRPr="00EB75F0" w14:paraId="2BD20D15" w14:textId="77777777" w:rsidTr="007E40AF">
        <w:trPr>
          <w:gridAfter w:val="1"/>
          <w:cnfStyle w:val="100000000000" w:firstRow="1" w:lastRow="0" w:firstColumn="0" w:lastColumn="0" w:oddVBand="0" w:evenVBand="0" w:oddHBand="0" w:evenHBand="0" w:firstRowFirstColumn="0" w:firstRowLastColumn="0" w:lastRowFirstColumn="0" w:lastRowLastColumn="0"/>
          <w:wAfter w:w="26" w:type="dxa"/>
          <w:trHeight w:val="31"/>
        </w:trPr>
        <w:tc>
          <w:tcPr>
            <w:tcW w:w="1255" w:type="dxa"/>
            <w:vAlign w:val="center"/>
            <w:hideMark/>
          </w:tcPr>
          <w:p w14:paraId="1AED2BB2" w14:textId="77777777" w:rsidR="00BF5D1B" w:rsidRPr="00EB75F0" w:rsidRDefault="00BF5D1B"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440" w:type="dxa"/>
            <w:hideMark/>
          </w:tcPr>
          <w:p w14:paraId="17B207E9" w14:textId="77777777" w:rsidR="00BF5D1B" w:rsidRPr="00EB75F0" w:rsidRDefault="00BF5D1B"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440" w:type="dxa"/>
            <w:hideMark/>
          </w:tcPr>
          <w:p w14:paraId="23E62A9F" w14:textId="77777777" w:rsidR="00BF5D1B" w:rsidRPr="00EB75F0" w:rsidRDefault="00BF5D1B"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440" w:type="dxa"/>
            <w:hideMark/>
          </w:tcPr>
          <w:p w14:paraId="4FFDD959" w14:textId="77777777" w:rsidR="00BF5D1B" w:rsidRPr="00EB75F0" w:rsidRDefault="00BF5D1B"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530" w:type="dxa"/>
          </w:tcPr>
          <w:p w14:paraId="5887FF07" w14:textId="77777777" w:rsidR="00BF5D1B" w:rsidRPr="00EB75F0" w:rsidRDefault="00BF5D1B"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Clozapine</w:t>
            </w:r>
          </w:p>
        </w:tc>
        <w:tc>
          <w:tcPr>
            <w:tcW w:w="1620" w:type="dxa"/>
            <w:hideMark/>
          </w:tcPr>
          <w:p w14:paraId="744F8542" w14:textId="091B5F52" w:rsidR="00BF5D1B" w:rsidRPr="00EB75F0" w:rsidRDefault="009A3ECD"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646" w:type="dxa"/>
            <w:hideMark/>
          </w:tcPr>
          <w:p w14:paraId="29B82D63" w14:textId="7AE97CB8" w:rsidR="00BF5D1B" w:rsidRPr="00EB75F0" w:rsidRDefault="00BF5D1B"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445" w:type="dxa"/>
            <w:hideMark/>
          </w:tcPr>
          <w:p w14:paraId="19B204E9" w14:textId="77777777" w:rsidR="00BF5D1B" w:rsidRPr="00EB75F0" w:rsidRDefault="00BF5D1B"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445" w:type="dxa"/>
            <w:hideMark/>
          </w:tcPr>
          <w:p w14:paraId="5D731F3B" w14:textId="77777777" w:rsidR="00BF5D1B" w:rsidRPr="00EB75F0" w:rsidRDefault="00BF5D1B"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500" w:type="dxa"/>
            <w:hideMark/>
          </w:tcPr>
          <w:p w14:paraId="24820A4E" w14:textId="77777777" w:rsidR="00BF5D1B" w:rsidRPr="00EB75F0" w:rsidRDefault="00BF5D1B"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BF5D1B" w:rsidRPr="00EB75F0" w14:paraId="2569E169" w14:textId="77777777" w:rsidTr="007E40AF">
        <w:trPr>
          <w:gridAfter w:val="1"/>
          <w:wAfter w:w="26" w:type="dxa"/>
          <w:trHeight w:val="288"/>
        </w:trPr>
        <w:tc>
          <w:tcPr>
            <w:tcW w:w="1255" w:type="dxa"/>
            <w:vAlign w:val="center"/>
            <w:hideMark/>
          </w:tcPr>
          <w:p w14:paraId="344CA1B1"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440" w:type="dxa"/>
            <w:vAlign w:val="center"/>
          </w:tcPr>
          <w:p w14:paraId="7AE3CC94"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0.71 (0.53, 0.98)</w:t>
            </w:r>
          </w:p>
        </w:tc>
        <w:tc>
          <w:tcPr>
            <w:tcW w:w="1440" w:type="dxa"/>
            <w:vAlign w:val="center"/>
          </w:tcPr>
          <w:p w14:paraId="102C3C56"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0.67 (0.48, 0.98)</w:t>
            </w:r>
          </w:p>
        </w:tc>
        <w:tc>
          <w:tcPr>
            <w:tcW w:w="1440" w:type="dxa"/>
            <w:vAlign w:val="center"/>
          </w:tcPr>
          <w:p w14:paraId="0C135862"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0.75 (0.54, 1.04)</w:t>
            </w:r>
          </w:p>
        </w:tc>
        <w:tc>
          <w:tcPr>
            <w:tcW w:w="1530" w:type="dxa"/>
            <w:vAlign w:val="center"/>
          </w:tcPr>
          <w:p w14:paraId="5D32505C"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2.93 (0.56, 17.37)</w:t>
            </w:r>
          </w:p>
        </w:tc>
        <w:tc>
          <w:tcPr>
            <w:tcW w:w="1620" w:type="dxa"/>
            <w:shd w:val="clear" w:color="auto" w:fill="CFEDFF"/>
            <w:vAlign w:val="center"/>
          </w:tcPr>
          <w:p w14:paraId="6E41D26E"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1.44 (0.67, 3.04)</w:t>
            </w:r>
          </w:p>
        </w:tc>
        <w:tc>
          <w:tcPr>
            <w:tcW w:w="1646" w:type="dxa"/>
            <w:vAlign w:val="center"/>
          </w:tcPr>
          <w:p w14:paraId="6E32AD36"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2.26 (0.14, 63.34)</w:t>
            </w:r>
          </w:p>
        </w:tc>
        <w:tc>
          <w:tcPr>
            <w:tcW w:w="1445" w:type="dxa"/>
            <w:vAlign w:val="center"/>
          </w:tcPr>
          <w:p w14:paraId="292BD626"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0.96 (0.62, 1.47)</w:t>
            </w:r>
          </w:p>
        </w:tc>
        <w:tc>
          <w:tcPr>
            <w:tcW w:w="1445" w:type="dxa"/>
            <w:vAlign w:val="center"/>
          </w:tcPr>
          <w:p w14:paraId="11C32814"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0.61 (0.37, 1.04)</w:t>
            </w:r>
          </w:p>
        </w:tc>
        <w:tc>
          <w:tcPr>
            <w:tcW w:w="1500" w:type="dxa"/>
            <w:vAlign w:val="center"/>
          </w:tcPr>
          <w:p w14:paraId="06E54A8E"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0.75 (0.55, 1.02)</w:t>
            </w:r>
          </w:p>
        </w:tc>
      </w:tr>
      <w:tr w:rsidR="00BF5D1B" w:rsidRPr="00EB75F0" w14:paraId="0ECDBD7F" w14:textId="77777777" w:rsidTr="007E40AF">
        <w:trPr>
          <w:gridAfter w:val="1"/>
          <w:wAfter w:w="26" w:type="dxa"/>
          <w:trHeight w:val="288"/>
        </w:trPr>
        <w:tc>
          <w:tcPr>
            <w:tcW w:w="1255" w:type="dxa"/>
            <w:vAlign w:val="center"/>
            <w:hideMark/>
          </w:tcPr>
          <w:p w14:paraId="69F938FB"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440" w:type="dxa"/>
            <w:shd w:val="clear" w:color="auto" w:fill="C6C6C6"/>
            <w:noWrap/>
            <w:vAlign w:val="center"/>
          </w:tcPr>
          <w:p w14:paraId="190BEC19"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p>
        </w:tc>
        <w:tc>
          <w:tcPr>
            <w:tcW w:w="1440" w:type="dxa"/>
            <w:vAlign w:val="center"/>
          </w:tcPr>
          <w:p w14:paraId="796D38AB"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(0.6, 1.52)</w:t>
            </w:r>
          </w:p>
        </w:tc>
        <w:tc>
          <w:tcPr>
            <w:tcW w:w="1440" w:type="dxa"/>
            <w:vAlign w:val="center"/>
          </w:tcPr>
          <w:p w14:paraId="6E240429"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1.05 (0.69, 1.57)</w:t>
            </w:r>
          </w:p>
        </w:tc>
        <w:tc>
          <w:tcPr>
            <w:tcW w:w="1530" w:type="dxa"/>
            <w:vAlign w:val="center"/>
          </w:tcPr>
          <w:p w14:paraId="76C08576"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4.1 (0.78, 24.47)</w:t>
            </w:r>
          </w:p>
        </w:tc>
        <w:tc>
          <w:tcPr>
            <w:tcW w:w="1620" w:type="dxa"/>
            <w:shd w:val="clear" w:color="auto" w:fill="CFEDFF"/>
            <w:vAlign w:val="center"/>
          </w:tcPr>
          <w:p w14:paraId="52CD07B6"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2.01 (0.89, 4.5)</w:t>
            </w:r>
          </w:p>
        </w:tc>
        <w:tc>
          <w:tcPr>
            <w:tcW w:w="1646" w:type="dxa"/>
            <w:vAlign w:val="center"/>
          </w:tcPr>
          <w:p w14:paraId="1EADB719"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3.17 (0.2, 90.97)</w:t>
            </w:r>
          </w:p>
        </w:tc>
        <w:tc>
          <w:tcPr>
            <w:tcW w:w="1445" w:type="dxa"/>
            <w:vAlign w:val="center"/>
          </w:tcPr>
          <w:p w14:paraId="0955F5BB"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1.34 (0.78, 2.24)</w:t>
            </w:r>
          </w:p>
        </w:tc>
        <w:tc>
          <w:tcPr>
            <w:tcW w:w="1445" w:type="dxa"/>
            <w:vAlign w:val="center"/>
          </w:tcPr>
          <w:p w14:paraId="41C0AA86"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0.86 (0.47, 1.57)</w:t>
            </w:r>
          </w:p>
        </w:tc>
        <w:tc>
          <w:tcPr>
            <w:tcW w:w="1500" w:type="dxa"/>
            <w:vAlign w:val="center"/>
          </w:tcPr>
          <w:p w14:paraId="175ABB3C"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1.04 (0.7, 1.57)</w:t>
            </w:r>
          </w:p>
        </w:tc>
      </w:tr>
      <w:tr w:rsidR="00BF5D1B" w:rsidRPr="00EB75F0" w14:paraId="5A4B3134" w14:textId="77777777" w:rsidTr="007E40AF">
        <w:trPr>
          <w:gridAfter w:val="1"/>
          <w:wAfter w:w="26" w:type="dxa"/>
          <w:trHeight w:val="288"/>
        </w:trPr>
        <w:tc>
          <w:tcPr>
            <w:tcW w:w="1255" w:type="dxa"/>
            <w:vAlign w:val="center"/>
            <w:hideMark/>
          </w:tcPr>
          <w:p w14:paraId="05EB7CAB"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440" w:type="dxa"/>
            <w:vAlign w:val="center"/>
          </w:tcPr>
          <w:p w14:paraId="361A6332"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1.06 (0.66, 1.68)</w:t>
            </w:r>
          </w:p>
        </w:tc>
        <w:tc>
          <w:tcPr>
            <w:tcW w:w="1440" w:type="dxa"/>
            <w:shd w:val="clear" w:color="auto" w:fill="C6C6C6"/>
            <w:noWrap/>
            <w:vAlign w:val="center"/>
          </w:tcPr>
          <w:p w14:paraId="2D5C3C0C"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p>
        </w:tc>
        <w:tc>
          <w:tcPr>
            <w:tcW w:w="1440" w:type="dxa"/>
            <w:vAlign w:val="center"/>
          </w:tcPr>
          <w:p w14:paraId="46786BC1"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1.11 (0.68, 1.8)</w:t>
            </w:r>
          </w:p>
        </w:tc>
        <w:tc>
          <w:tcPr>
            <w:tcW w:w="1530" w:type="dxa"/>
            <w:vAlign w:val="center"/>
          </w:tcPr>
          <w:p w14:paraId="14CAAB53"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4.39 (0.79, 26.18)</w:t>
            </w:r>
          </w:p>
        </w:tc>
        <w:tc>
          <w:tcPr>
            <w:tcW w:w="1620" w:type="dxa"/>
            <w:shd w:val="clear" w:color="auto" w:fill="CFEDFF"/>
            <w:vAlign w:val="center"/>
          </w:tcPr>
          <w:p w14:paraId="3E1B4B52"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2.13 (0.92, 4.93)</w:t>
            </w:r>
          </w:p>
        </w:tc>
        <w:tc>
          <w:tcPr>
            <w:tcW w:w="1646" w:type="dxa"/>
            <w:vAlign w:val="center"/>
          </w:tcPr>
          <w:p w14:paraId="38255D29"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3.33 (0.21, 94.61)</w:t>
            </w:r>
          </w:p>
        </w:tc>
        <w:tc>
          <w:tcPr>
            <w:tcW w:w="1445" w:type="dxa"/>
            <w:vAlign w:val="center"/>
          </w:tcPr>
          <w:p w14:paraId="0C73B59B"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1.43 (0.8, 2.44)</w:t>
            </w:r>
          </w:p>
        </w:tc>
        <w:tc>
          <w:tcPr>
            <w:tcW w:w="1445" w:type="dxa"/>
            <w:vAlign w:val="center"/>
          </w:tcPr>
          <w:p w14:paraId="4E0AA844"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0.91 (0.5, 1.66)</w:t>
            </w:r>
          </w:p>
        </w:tc>
        <w:tc>
          <w:tcPr>
            <w:tcW w:w="1500" w:type="dxa"/>
            <w:vAlign w:val="center"/>
          </w:tcPr>
          <w:p w14:paraId="09E611F2"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1.11 (0.69, 1.75)</w:t>
            </w:r>
          </w:p>
        </w:tc>
      </w:tr>
      <w:tr w:rsidR="00BF5D1B" w:rsidRPr="00EB75F0" w14:paraId="665BFFFA" w14:textId="77777777" w:rsidTr="007E40AF">
        <w:trPr>
          <w:gridAfter w:val="1"/>
          <w:wAfter w:w="26" w:type="dxa"/>
          <w:trHeight w:val="288"/>
        </w:trPr>
        <w:tc>
          <w:tcPr>
            <w:tcW w:w="1255" w:type="dxa"/>
            <w:vAlign w:val="center"/>
            <w:hideMark/>
          </w:tcPr>
          <w:p w14:paraId="11AB6BE3"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440" w:type="dxa"/>
            <w:vAlign w:val="center"/>
          </w:tcPr>
          <w:p w14:paraId="7856AEB1"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0.96 (0.64, 1.44)</w:t>
            </w:r>
          </w:p>
        </w:tc>
        <w:tc>
          <w:tcPr>
            <w:tcW w:w="1440" w:type="dxa"/>
            <w:vAlign w:val="center"/>
          </w:tcPr>
          <w:p w14:paraId="3078A43A"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 (0.56, 1.47)</w:t>
            </w:r>
          </w:p>
        </w:tc>
        <w:tc>
          <w:tcPr>
            <w:tcW w:w="1440" w:type="dxa"/>
            <w:shd w:val="clear" w:color="auto" w:fill="C6C6C6"/>
            <w:noWrap/>
            <w:vAlign w:val="center"/>
          </w:tcPr>
          <w:p w14:paraId="1F411C84"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p>
        </w:tc>
        <w:tc>
          <w:tcPr>
            <w:tcW w:w="1530" w:type="dxa"/>
            <w:vAlign w:val="center"/>
          </w:tcPr>
          <w:p w14:paraId="1FEFA675"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3.96 (0.72, 23.51)</w:t>
            </w:r>
          </w:p>
        </w:tc>
        <w:tc>
          <w:tcPr>
            <w:tcW w:w="1620" w:type="dxa"/>
            <w:shd w:val="clear" w:color="auto" w:fill="CFEDFF"/>
            <w:vAlign w:val="center"/>
          </w:tcPr>
          <w:p w14:paraId="47D19A50"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1.94 (0.85, 4.3)</w:t>
            </w:r>
          </w:p>
        </w:tc>
        <w:tc>
          <w:tcPr>
            <w:tcW w:w="1646" w:type="dxa"/>
            <w:vAlign w:val="center"/>
          </w:tcPr>
          <w:p w14:paraId="4F19D7A9"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3.05 (0.19, 87.1)</w:t>
            </w:r>
          </w:p>
        </w:tc>
        <w:tc>
          <w:tcPr>
            <w:tcW w:w="1445" w:type="dxa"/>
            <w:vAlign w:val="center"/>
          </w:tcPr>
          <w:p w14:paraId="2D735E1D"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1.28 (0.74, 2.19)</w:t>
            </w:r>
          </w:p>
        </w:tc>
        <w:tc>
          <w:tcPr>
            <w:tcW w:w="1445" w:type="dxa"/>
            <w:vAlign w:val="center"/>
          </w:tcPr>
          <w:p w14:paraId="3DEE51B5"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0.83 (0.45, 1.52)</w:t>
            </w:r>
          </w:p>
        </w:tc>
        <w:tc>
          <w:tcPr>
            <w:tcW w:w="1500" w:type="dxa"/>
            <w:vAlign w:val="center"/>
          </w:tcPr>
          <w:p w14:paraId="7AC1580E"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 (0.67, 1.47)</w:t>
            </w:r>
          </w:p>
        </w:tc>
      </w:tr>
      <w:tr w:rsidR="00BF5D1B" w:rsidRPr="00EB75F0" w14:paraId="096DC8BF" w14:textId="77777777" w:rsidTr="007E40AF">
        <w:trPr>
          <w:gridAfter w:val="1"/>
          <w:wAfter w:w="26" w:type="dxa"/>
          <w:trHeight w:val="288"/>
        </w:trPr>
        <w:tc>
          <w:tcPr>
            <w:tcW w:w="1255" w:type="dxa"/>
            <w:vAlign w:val="center"/>
          </w:tcPr>
          <w:p w14:paraId="7278136D" w14:textId="575B3883"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Clozapine</w:t>
            </w:r>
          </w:p>
        </w:tc>
        <w:tc>
          <w:tcPr>
            <w:tcW w:w="1440" w:type="dxa"/>
            <w:vAlign w:val="center"/>
          </w:tcPr>
          <w:p w14:paraId="038E353C"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0.24 (0.04, 1.28)</w:t>
            </w:r>
          </w:p>
        </w:tc>
        <w:tc>
          <w:tcPr>
            <w:tcW w:w="1440" w:type="dxa"/>
            <w:vAlign w:val="center"/>
          </w:tcPr>
          <w:p w14:paraId="019D035C"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0.23 (0.04, 1.27)</w:t>
            </w:r>
          </w:p>
        </w:tc>
        <w:tc>
          <w:tcPr>
            <w:tcW w:w="1440" w:type="dxa"/>
            <w:noWrap/>
            <w:vAlign w:val="center"/>
          </w:tcPr>
          <w:p w14:paraId="7F969B9D"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0.25 (0.04, 1.38)</w:t>
            </w:r>
          </w:p>
        </w:tc>
        <w:tc>
          <w:tcPr>
            <w:tcW w:w="1530" w:type="dxa"/>
            <w:shd w:val="clear" w:color="auto" w:fill="C6C6C6" w:themeFill="text1" w:themeFillTint="40"/>
            <w:vAlign w:val="center"/>
          </w:tcPr>
          <w:p w14:paraId="4FDCC2E8"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p>
        </w:tc>
        <w:tc>
          <w:tcPr>
            <w:tcW w:w="1620" w:type="dxa"/>
            <w:shd w:val="clear" w:color="auto" w:fill="CFEDFF"/>
            <w:vAlign w:val="center"/>
          </w:tcPr>
          <w:p w14:paraId="632E20CF"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0.49 (0.08, 2.94)</w:t>
            </w:r>
          </w:p>
        </w:tc>
        <w:tc>
          <w:tcPr>
            <w:tcW w:w="1646" w:type="dxa"/>
            <w:vAlign w:val="center"/>
          </w:tcPr>
          <w:p w14:paraId="7BAD9FEE"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0.81 (0.03, 28.89)</w:t>
            </w:r>
          </w:p>
        </w:tc>
        <w:tc>
          <w:tcPr>
            <w:tcW w:w="1445" w:type="dxa"/>
            <w:vAlign w:val="center"/>
          </w:tcPr>
          <w:p w14:paraId="4EDD5B88"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0.33 (0.05, 1.78)</w:t>
            </w:r>
          </w:p>
        </w:tc>
        <w:tc>
          <w:tcPr>
            <w:tcW w:w="1445" w:type="dxa"/>
            <w:vAlign w:val="center"/>
          </w:tcPr>
          <w:p w14:paraId="1D0D43CE"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0.21 (0.03, 1.22)</w:t>
            </w:r>
          </w:p>
        </w:tc>
        <w:tc>
          <w:tcPr>
            <w:tcW w:w="1500" w:type="dxa"/>
            <w:vAlign w:val="center"/>
          </w:tcPr>
          <w:p w14:paraId="20EEEFAF"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0.25 (0.04, 1.31)</w:t>
            </w:r>
          </w:p>
        </w:tc>
      </w:tr>
      <w:tr w:rsidR="00BF5D1B" w:rsidRPr="00EB75F0" w14:paraId="71079508" w14:textId="77777777" w:rsidTr="007E40AF">
        <w:trPr>
          <w:gridAfter w:val="1"/>
          <w:wAfter w:w="26" w:type="dxa"/>
          <w:trHeight w:val="288"/>
        </w:trPr>
        <w:tc>
          <w:tcPr>
            <w:tcW w:w="1255" w:type="dxa"/>
            <w:vAlign w:val="center"/>
            <w:hideMark/>
          </w:tcPr>
          <w:p w14:paraId="53BAF564" w14:textId="7A246FC7" w:rsidR="00BF5D1B" w:rsidRPr="00EB75F0" w:rsidRDefault="009A3ECD" w:rsidP="001873EB">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440" w:type="dxa"/>
            <w:vAlign w:val="center"/>
          </w:tcPr>
          <w:p w14:paraId="4664EB66"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 (0.22, 1.12)</w:t>
            </w:r>
          </w:p>
        </w:tc>
        <w:tc>
          <w:tcPr>
            <w:tcW w:w="1440" w:type="dxa"/>
            <w:vAlign w:val="center"/>
          </w:tcPr>
          <w:p w14:paraId="28A77B60"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0.47 (0.2, 1.09)</w:t>
            </w:r>
          </w:p>
        </w:tc>
        <w:tc>
          <w:tcPr>
            <w:tcW w:w="1440" w:type="dxa"/>
            <w:vAlign w:val="center"/>
          </w:tcPr>
          <w:p w14:paraId="3C34EB1D"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0.52 (0.23, 1.18)</w:t>
            </w:r>
          </w:p>
        </w:tc>
        <w:tc>
          <w:tcPr>
            <w:tcW w:w="1530" w:type="dxa"/>
            <w:vAlign w:val="center"/>
          </w:tcPr>
          <w:p w14:paraId="552C9E30"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2.06 (0.34, 13.32)</w:t>
            </w:r>
          </w:p>
        </w:tc>
        <w:tc>
          <w:tcPr>
            <w:tcW w:w="1620" w:type="dxa"/>
            <w:shd w:val="clear" w:color="auto" w:fill="C6C6C6"/>
            <w:noWrap/>
            <w:vAlign w:val="center"/>
          </w:tcPr>
          <w:p w14:paraId="2BBD6B6F"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p>
        </w:tc>
        <w:tc>
          <w:tcPr>
            <w:tcW w:w="1646" w:type="dxa"/>
            <w:vAlign w:val="center"/>
          </w:tcPr>
          <w:p w14:paraId="1CCF4C8E"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1.56 (0.09, 47.47)</w:t>
            </w:r>
          </w:p>
        </w:tc>
        <w:tc>
          <w:tcPr>
            <w:tcW w:w="1445" w:type="dxa"/>
            <w:vAlign w:val="center"/>
          </w:tcPr>
          <w:p w14:paraId="57B8A526"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0.66 (0.28, 1.6)</w:t>
            </w:r>
          </w:p>
        </w:tc>
        <w:tc>
          <w:tcPr>
            <w:tcW w:w="1445" w:type="dxa"/>
            <w:vAlign w:val="center"/>
          </w:tcPr>
          <w:p w14:paraId="61A47A2B"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0.43 (0.17, 1.11)</w:t>
            </w:r>
          </w:p>
        </w:tc>
        <w:tc>
          <w:tcPr>
            <w:tcW w:w="1500" w:type="dxa"/>
            <w:vAlign w:val="center"/>
          </w:tcPr>
          <w:p w14:paraId="7DEFBBE1"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0.52 (0.23, 1.15)</w:t>
            </w:r>
          </w:p>
        </w:tc>
      </w:tr>
      <w:tr w:rsidR="00BF5D1B" w:rsidRPr="00EB75F0" w14:paraId="771DE8D4" w14:textId="77777777" w:rsidTr="007E40AF">
        <w:trPr>
          <w:gridAfter w:val="1"/>
          <w:wAfter w:w="26" w:type="dxa"/>
          <w:trHeight w:val="288"/>
        </w:trPr>
        <w:tc>
          <w:tcPr>
            <w:tcW w:w="1255" w:type="dxa"/>
            <w:vAlign w:val="center"/>
            <w:hideMark/>
          </w:tcPr>
          <w:p w14:paraId="4AED3C22"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440" w:type="dxa"/>
            <w:vAlign w:val="center"/>
          </w:tcPr>
          <w:p w14:paraId="0A28B14E"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0.32 (0.01, 5.07)</w:t>
            </w:r>
          </w:p>
        </w:tc>
        <w:tc>
          <w:tcPr>
            <w:tcW w:w="1440" w:type="dxa"/>
            <w:vAlign w:val="center"/>
          </w:tcPr>
          <w:p w14:paraId="5626C5B7"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 (0.01, 4.73)</w:t>
            </w:r>
          </w:p>
        </w:tc>
        <w:tc>
          <w:tcPr>
            <w:tcW w:w="1440" w:type="dxa"/>
            <w:vAlign w:val="center"/>
          </w:tcPr>
          <w:p w14:paraId="287BE927"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0.33 (0.01, 5.29)</w:t>
            </w:r>
          </w:p>
        </w:tc>
        <w:tc>
          <w:tcPr>
            <w:tcW w:w="1530" w:type="dxa"/>
            <w:vAlign w:val="center"/>
          </w:tcPr>
          <w:p w14:paraId="34AC57AF"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1.23 (0.03, 35.53)</w:t>
            </w:r>
          </w:p>
        </w:tc>
        <w:tc>
          <w:tcPr>
            <w:tcW w:w="1620" w:type="dxa"/>
            <w:shd w:val="clear" w:color="auto" w:fill="CFEDFF"/>
            <w:vAlign w:val="center"/>
          </w:tcPr>
          <w:p w14:paraId="52AC983C"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0.64 (0.02, 10.69)</w:t>
            </w:r>
          </w:p>
        </w:tc>
        <w:tc>
          <w:tcPr>
            <w:tcW w:w="1646" w:type="dxa"/>
            <w:shd w:val="clear" w:color="auto" w:fill="C6C6C6"/>
            <w:noWrap/>
            <w:vAlign w:val="center"/>
          </w:tcPr>
          <w:p w14:paraId="42591076"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p>
        </w:tc>
        <w:tc>
          <w:tcPr>
            <w:tcW w:w="1445" w:type="dxa"/>
            <w:vAlign w:val="center"/>
          </w:tcPr>
          <w:p w14:paraId="6DD95076"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0.41 (0.02, 7)</w:t>
            </w:r>
          </w:p>
        </w:tc>
        <w:tc>
          <w:tcPr>
            <w:tcW w:w="1445" w:type="dxa"/>
            <w:vAlign w:val="center"/>
          </w:tcPr>
          <w:p w14:paraId="44F0B7A7"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0.27 (0.01, 4.42)</w:t>
            </w:r>
          </w:p>
        </w:tc>
        <w:tc>
          <w:tcPr>
            <w:tcW w:w="1500" w:type="dxa"/>
            <w:vAlign w:val="center"/>
          </w:tcPr>
          <w:p w14:paraId="61C25403"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0.33 (0.01, 5.29)</w:t>
            </w:r>
          </w:p>
        </w:tc>
      </w:tr>
      <w:tr w:rsidR="00BF5D1B" w:rsidRPr="00EB75F0" w14:paraId="4927B37E" w14:textId="77777777" w:rsidTr="007E40AF">
        <w:trPr>
          <w:gridAfter w:val="1"/>
          <w:wAfter w:w="26" w:type="dxa"/>
          <w:trHeight w:val="288"/>
        </w:trPr>
        <w:tc>
          <w:tcPr>
            <w:tcW w:w="1255" w:type="dxa"/>
            <w:vAlign w:val="center"/>
            <w:hideMark/>
          </w:tcPr>
          <w:p w14:paraId="517A02E1"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440" w:type="dxa"/>
            <w:vAlign w:val="center"/>
          </w:tcPr>
          <w:p w14:paraId="50CD40F0"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0.75 (0.45, 1.28)</w:t>
            </w:r>
          </w:p>
        </w:tc>
        <w:tc>
          <w:tcPr>
            <w:tcW w:w="1440" w:type="dxa"/>
            <w:vAlign w:val="center"/>
          </w:tcPr>
          <w:p w14:paraId="6D4110CD"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 (0.41, 1.24)</w:t>
            </w:r>
          </w:p>
        </w:tc>
        <w:tc>
          <w:tcPr>
            <w:tcW w:w="1440" w:type="dxa"/>
            <w:vAlign w:val="center"/>
          </w:tcPr>
          <w:p w14:paraId="742E6B9A"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0.78 (0.46, 1.35)</w:t>
            </w:r>
          </w:p>
        </w:tc>
        <w:tc>
          <w:tcPr>
            <w:tcW w:w="1530" w:type="dxa"/>
            <w:vAlign w:val="center"/>
          </w:tcPr>
          <w:p w14:paraId="33E2D8C6"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3.07 (0.56, 19.3)</w:t>
            </w:r>
          </w:p>
        </w:tc>
        <w:tc>
          <w:tcPr>
            <w:tcW w:w="1620" w:type="dxa"/>
            <w:shd w:val="clear" w:color="auto" w:fill="CFEDFF"/>
            <w:vAlign w:val="center"/>
          </w:tcPr>
          <w:p w14:paraId="20A2F814"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1.52 (0.63, 3.62)</w:t>
            </w:r>
          </w:p>
        </w:tc>
        <w:tc>
          <w:tcPr>
            <w:tcW w:w="1646" w:type="dxa"/>
            <w:vAlign w:val="center"/>
          </w:tcPr>
          <w:p w14:paraId="2713CA12"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2.41 (0.14, 65.34)</w:t>
            </w:r>
          </w:p>
        </w:tc>
        <w:tc>
          <w:tcPr>
            <w:tcW w:w="1445" w:type="dxa"/>
            <w:shd w:val="clear" w:color="auto" w:fill="C6C6C6"/>
            <w:noWrap/>
            <w:vAlign w:val="center"/>
          </w:tcPr>
          <w:p w14:paraId="3D3BCDDC"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p>
        </w:tc>
        <w:tc>
          <w:tcPr>
            <w:tcW w:w="1445" w:type="dxa"/>
            <w:vAlign w:val="center"/>
          </w:tcPr>
          <w:p w14:paraId="3A55490A"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0.64 (0.34, 1.27)</w:t>
            </w:r>
          </w:p>
        </w:tc>
        <w:tc>
          <w:tcPr>
            <w:tcW w:w="1500" w:type="dxa"/>
            <w:vAlign w:val="center"/>
          </w:tcPr>
          <w:p w14:paraId="74DFCF7C"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0.78 (0.45, 1.33)</w:t>
            </w:r>
          </w:p>
        </w:tc>
      </w:tr>
      <w:tr w:rsidR="00BF5D1B" w:rsidRPr="00EB75F0" w14:paraId="6A64470E" w14:textId="77777777" w:rsidTr="007E40AF">
        <w:trPr>
          <w:gridAfter w:val="1"/>
          <w:wAfter w:w="26" w:type="dxa"/>
          <w:trHeight w:val="288"/>
        </w:trPr>
        <w:tc>
          <w:tcPr>
            <w:tcW w:w="1255" w:type="dxa"/>
            <w:vAlign w:val="center"/>
            <w:hideMark/>
          </w:tcPr>
          <w:p w14:paraId="131DD4E6"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440" w:type="dxa"/>
            <w:vAlign w:val="center"/>
          </w:tcPr>
          <w:p w14:paraId="7A7D3326"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1.16 (0.64, 2.11)</w:t>
            </w:r>
          </w:p>
        </w:tc>
        <w:tc>
          <w:tcPr>
            <w:tcW w:w="1440" w:type="dxa"/>
            <w:vAlign w:val="center"/>
          </w:tcPr>
          <w:p w14:paraId="30203077"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1.09 (0.6, 2.02)</w:t>
            </w:r>
          </w:p>
        </w:tc>
        <w:tc>
          <w:tcPr>
            <w:tcW w:w="1440" w:type="dxa"/>
            <w:vAlign w:val="center"/>
          </w:tcPr>
          <w:p w14:paraId="5DF02237"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1.21 (0.66, 2.24)</w:t>
            </w:r>
          </w:p>
        </w:tc>
        <w:tc>
          <w:tcPr>
            <w:tcW w:w="1530" w:type="dxa"/>
            <w:vAlign w:val="center"/>
          </w:tcPr>
          <w:p w14:paraId="605D81C7"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4.7 (0.82, 30.62)</w:t>
            </w:r>
          </w:p>
        </w:tc>
        <w:tc>
          <w:tcPr>
            <w:tcW w:w="1620" w:type="dxa"/>
            <w:shd w:val="clear" w:color="auto" w:fill="CFEDFF"/>
            <w:vAlign w:val="center"/>
          </w:tcPr>
          <w:p w14:paraId="7E489B69"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2.34 (0.9, 5.94)</w:t>
            </w:r>
          </w:p>
        </w:tc>
        <w:tc>
          <w:tcPr>
            <w:tcW w:w="1646" w:type="dxa"/>
            <w:vAlign w:val="center"/>
          </w:tcPr>
          <w:p w14:paraId="427F0F78"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3.73 (0.23, 109.54)</w:t>
            </w:r>
          </w:p>
        </w:tc>
        <w:tc>
          <w:tcPr>
            <w:tcW w:w="1445" w:type="dxa"/>
            <w:vAlign w:val="center"/>
          </w:tcPr>
          <w:p w14:paraId="1F81400B"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1.55 (0.79, 2.97)</w:t>
            </w:r>
          </w:p>
        </w:tc>
        <w:tc>
          <w:tcPr>
            <w:tcW w:w="1445" w:type="dxa"/>
            <w:shd w:val="clear" w:color="auto" w:fill="C6C6C6"/>
            <w:noWrap/>
            <w:vAlign w:val="center"/>
          </w:tcPr>
          <w:p w14:paraId="3C82AA7B"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p>
        </w:tc>
        <w:tc>
          <w:tcPr>
            <w:tcW w:w="1500" w:type="dxa"/>
            <w:vAlign w:val="center"/>
          </w:tcPr>
          <w:p w14:paraId="7BD30B45"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1.21 (0.66, 2.19)</w:t>
            </w:r>
          </w:p>
        </w:tc>
      </w:tr>
      <w:tr w:rsidR="00BF5D1B" w:rsidRPr="00EB75F0" w14:paraId="2BAC21D3" w14:textId="77777777" w:rsidTr="007E40AF">
        <w:trPr>
          <w:gridAfter w:val="1"/>
          <w:wAfter w:w="26" w:type="dxa"/>
          <w:trHeight w:val="288"/>
        </w:trPr>
        <w:tc>
          <w:tcPr>
            <w:tcW w:w="1255" w:type="dxa"/>
            <w:vAlign w:val="center"/>
            <w:hideMark/>
          </w:tcPr>
          <w:p w14:paraId="2406E0FE"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440" w:type="dxa"/>
            <w:vAlign w:val="center"/>
          </w:tcPr>
          <w:p w14:paraId="36F2423F"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0.96 (0.63, 1.43)</w:t>
            </w:r>
          </w:p>
        </w:tc>
        <w:tc>
          <w:tcPr>
            <w:tcW w:w="1440" w:type="dxa"/>
            <w:vAlign w:val="center"/>
          </w:tcPr>
          <w:p w14:paraId="06E439CA"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 (0.57, 1.45)</w:t>
            </w:r>
          </w:p>
        </w:tc>
        <w:tc>
          <w:tcPr>
            <w:tcW w:w="1440" w:type="dxa"/>
            <w:vAlign w:val="center"/>
          </w:tcPr>
          <w:p w14:paraId="7C89B81F"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 (0.68, 1.5)</w:t>
            </w:r>
          </w:p>
        </w:tc>
        <w:tc>
          <w:tcPr>
            <w:tcW w:w="1530" w:type="dxa"/>
            <w:vAlign w:val="center"/>
          </w:tcPr>
          <w:p w14:paraId="4A6970E0"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3.94 (0.76, 23.28)</w:t>
            </w:r>
          </w:p>
        </w:tc>
        <w:tc>
          <w:tcPr>
            <w:tcW w:w="1620" w:type="dxa"/>
            <w:shd w:val="clear" w:color="auto" w:fill="CFEDFF"/>
            <w:vAlign w:val="center"/>
          </w:tcPr>
          <w:p w14:paraId="4A1C25B4"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1.92 (0.87, 4.41)</w:t>
            </w:r>
          </w:p>
        </w:tc>
        <w:tc>
          <w:tcPr>
            <w:tcW w:w="1646" w:type="dxa"/>
            <w:vAlign w:val="center"/>
          </w:tcPr>
          <w:p w14:paraId="34DF4C8C"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 (0.19, 86.21)</w:t>
            </w:r>
          </w:p>
        </w:tc>
        <w:tc>
          <w:tcPr>
            <w:tcW w:w="1445" w:type="dxa"/>
            <w:vAlign w:val="center"/>
          </w:tcPr>
          <w:p w14:paraId="75886EBF" w14:textId="77777777" w:rsidR="00BF5D1B" w:rsidRPr="00EB75F0" w:rsidRDefault="00BF5D1B" w:rsidP="001873E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1.28 (0.75, 2.2)</w:t>
            </w:r>
          </w:p>
        </w:tc>
        <w:tc>
          <w:tcPr>
            <w:tcW w:w="1445" w:type="dxa"/>
            <w:vAlign w:val="center"/>
          </w:tcPr>
          <w:p w14:paraId="0E0D9811"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0.82 (0.46, 1.52)</w:t>
            </w:r>
          </w:p>
        </w:tc>
        <w:tc>
          <w:tcPr>
            <w:tcW w:w="1500" w:type="dxa"/>
            <w:shd w:val="clear" w:color="auto" w:fill="C6C6C6"/>
            <w:noWrap/>
            <w:vAlign w:val="center"/>
          </w:tcPr>
          <w:p w14:paraId="3A8F6F43" w14:textId="77777777" w:rsidR="00BF5D1B" w:rsidRPr="00EB75F0" w:rsidRDefault="00BF5D1B" w:rsidP="001873EB">
            <w:pPr>
              <w:spacing w:before="0" w:after="0" w:line="240" w:lineRule="auto"/>
              <w:contextualSpacing/>
              <w:rPr>
                <w:rFonts w:asciiTheme="majorHAnsi" w:eastAsia="Times New Roman" w:hAnsiTheme="majorHAnsi" w:cstheme="majorHAnsi"/>
                <w:color w:val="000000"/>
                <w:sz w:val="16"/>
                <w:szCs w:val="16"/>
                <w:lang w:eastAsia="zh-TW"/>
              </w:rPr>
            </w:pPr>
          </w:p>
        </w:tc>
      </w:tr>
      <w:tr w:rsidR="00BF5D1B" w:rsidRPr="00EB75F0" w14:paraId="329AF5B6" w14:textId="77777777" w:rsidTr="00BF5D1B">
        <w:trPr>
          <w:trHeight w:val="104"/>
        </w:trPr>
        <w:tc>
          <w:tcPr>
            <w:tcW w:w="14787" w:type="dxa"/>
            <w:gridSpan w:val="11"/>
          </w:tcPr>
          <w:p w14:paraId="059A763F" w14:textId="62E11ED3" w:rsidR="00BF5D1B" w:rsidRPr="00EB75F0" w:rsidRDefault="00BF5D1B" w:rsidP="00C32B29">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credible interval; OR, odds ratio</w:t>
            </w:r>
            <w:r w:rsidR="008D31D0"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8D31D0" w:rsidRPr="00EB75F0">
              <w:rPr>
                <w:rFonts w:asciiTheme="majorHAnsi" w:eastAsia="Times New Roman" w:hAnsiTheme="majorHAnsi" w:cstheme="majorHAnsi"/>
                <w:color w:val="000000"/>
                <w:sz w:val="16"/>
                <w:szCs w:val="16"/>
                <w:lang w:eastAsia="zh-TW"/>
              </w:rPr>
              <w:t xml:space="preserve">, </w:t>
            </w:r>
            <w:proofErr w:type="spellStart"/>
            <w:r w:rsidR="008D31D0" w:rsidRPr="00EB75F0">
              <w:rPr>
                <w:rFonts w:asciiTheme="majorHAnsi" w:hAnsiTheme="majorHAnsi" w:cstheme="majorHAnsi"/>
                <w:sz w:val="16"/>
                <w:szCs w:val="16"/>
              </w:rPr>
              <w:t>xanomeline</w:t>
            </w:r>
            <w:proofErr w:type="spellEnd"/>
            <w:r w:rsidR="008D31D0" w:rsidRPr="00EB75F0">
              <w:rPr>
                <w:rFonts w:asciiTheme="majorHAnsi" w:hAnsiTheme="majorHAnsi" w:cstheme="majorHAnsi"/>
                <w:sz w:val="16"/>
                <w:szCs w:val="16"/>
              </w:rPr>
              <w:t>/</w:t>
            </w:r>
            <w:proofErr w:type="spellStart"/>
            <w:r w:rsidR="008D31D0" w:rsidRPr="00EB75F0">
              <w:rPr>
                <w:rFonts w:asciiTheme="majorHAnsi" w:hAnsiTheme="majorHAnsi" w:cstheme="majorHAnsi"/>
                <w:sz w:val="16"/>
                <w:szCs w:val="16"/>
              </w:rPr>
              <w:t>trospium</w:t>
            </w:r>
            <w:proofErr w:type="spellEnd"/>
            <w:r w:rsidR="008D31D0" w:rsidRPr="00EB75F0">
              <w:rPr>
                <w:rFonts w:asciiTheme="majorHAnsi" w:hAnsiTheme="majorHAnsi" w:cstheme="majorHAnsi"/>
                <w:sz w:val="16"/>
                <w:szCs w:val="16"/>
              </w:rPr>
              <w:t xml:space="preserve"> chloride</w:t>
            </w:r>
          </w:p>
          <w:p w14:paraId="11B6F328" w14:textId="71687677" w:rsidR="00BF5D1B" w:rsidRPr="00EB75F0" w:rsidRDefault="00BF5D1B" w:rsidP="00C32B2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8D31D0" w:rsidRPr="00EB75F0">
              <w:rPr>
                <w:rFonts w:asciiTheme="majorHAnsi" w:hAnsiTheme="majorHAnsi" w:cstheme="majorHAnsi"/>
                <w:sz w:val="16"/>
                <w:szCs w:val="16"/>
              </w:rPr>
              <w:t xml:space="preserve"> </w:t>
            </w:r>
            <w:r w:rsidRPr="00EB75F0">
              <w:rPr>
                <w:rFonts w:asciiTheme="majorHAnsi" w:hAnsiTheme="majorHAnsi" w:cstheme="majorHAnsi"/>
                <w:sz w:val="16"/>
                <w:szCs w:val="16"/>
              </w:rPr>
              <w:t xml:space="preserve">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542F1D6C" w14:textId="77777777" w:rsidR="00C74681" w:rsidRPr="00EB75F0" w:rsidRDefault="00C74681">
      <w:pPr>
        <w:spacing w:before="0" w:after="200" w:line="276" w:lineRule="auto"/>
      </w:pPr>
    </w:p>
    <w:p w14:paraId="0B4C8B79" w14:textId="3C422545" w:rsidR="00ED0D69" w:rsidRPr="00EB75F0" w:rsidRDefault="00A06AE8" w:rsidP="00434B93">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35</w:t>
        </w:r>
      </w:fldSimple>
      <w:r w:rsidR="00ED0D69" w:rsidRPr="00EB75F0">
        <w:t xml:space="preserve">: </w:t>
      </w:r>
      <w:r w:rsidR="00B204D2" w:rsidRPr="00EB75F0">
        <w:t xml:space="preserve">Discontinuation due to adverse events </w:t>
      </w:r>
      <w:r w:rsidR="00ED0D69" w:rsidRPr="00EB75F0">
        <w:t xml:space="preserve">– League tables – fixed-effects model, base case network – OR (95% </w:t>
      </w:r>
      <w:proofErr w:type="spellStart"/>
      <w:r w:rsidR="00ED0D69" w:rsidRPr="00EB75F0">
        <w:t>CrI</w:t>
      </w:r>
      <w:proofErr w:type="spellEnd"/>
      <w:r w:rsidR="00ED0D69" w:rsidRPr="00EB75F0">
        <w:t>)</w:t>
      </w:r>
    </w:p>
    <w:tbl>
      <w:tblPr>
        <w:tblStyle w:val="Lumanitytable"/>
        <w:tblW w:w="14722" w:type="dxa"/>
        <w:tblLayout w:type="fixed"/>
        <w:tblLook w:val="04A0" w:firstRow="1" w:lastRow="0" w:firstColumn="1" w:lastColumn="0" w:noHBand="0" w:noVBand="1"/>
      </w:tblPr>
      <w:tblGrid>
        <w:gridCol w:w="1255"/>
        <w:gridCol w:w="1656"/>
        <w:gridCol w:w="1592"/>
        <w:gridCol w:w="1459"/>
        <w:gridCol w:w="1326"/>
        <w:gridCol w:w="1527"/>
        <w:gridCol w:w="1524"/>
        <w:gridCol w:w="1459"/>
        <w:gridCol w:w="1459"/>
        <w:gridCol w:w="1459"/>
        <w:gridCol w:w="6"/>
      </w:tblGrid>
      <w:tr w:rsidR="00ED0D69" w:rsidRPr="00EB75F0" w14:paraId="0838E26D" w14:textId="77777777" w:rsidTr="00ED0D69">
        <w:trPr>
          <w:gridAfter w:val="1"/>
          <w:cnfStyle w:val="100000000000" w:firstRow="1" w:lastRow="0" w:firstColumn="0" w:lastColumn="0" w:oddVBand="0" w:evenVBand="0" w:oddHBand="0" w:evenHBand="0" w:firstRowFirstColumn="0" w:firstRowLastColumn="0" w:lastRowFirstColumn="0" w:lastRowLastColumn="0"/>
          <w:wAfter w:w="6" w:type="dxa"/>
          <w:trHeight w:val="288"/>
          <w:tblHeader/>
        </w:trPr>
        <w:tc>
          <w:tcPr>
            <w:tcW w:w="1255" w:type="dxa"/>
            <w:vAlign w:val="center"/>
            <w:hideMark/>
          </w:tcPr>
          <w:p w14:paraId="3D29EA76" w14:textId="77777777" w:rsidR="00ED0D69" w:rsidRPr="00EB75F0" w:rsidRDefault="00ED0D69" w:rsidP="00ED0D6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656" w:type="dxa"/>
            <w:vAlign w:val="center"/>
            <w:hideMark/>
          </w:tcPr>
          <w:p w14:paraId="0C148C6F" w14:textId="77777777" w:rsidR="00ED0D69" w:rsidRPr="00EB75F0" w:rsidRDefault="00ED0D69" w:rsidP="00ED0D6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592" w:type="dxa"/>
            <w:vAlign w:val="center"/>
            <w:hideMark/>
          </w:tcPr>
          <w:p w14:paraId="0B5C3074" w14:textId="77777777" w:rsidR="00ED0D69" w:rsidRPr="00EB75F0" w:rsidRDefault="00ED0D69" w:rsidP="00ED0D6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459" w:type="dxa"/>
            <w:vAlign w:val="center"/>
            <w:hideMark/>
          </w:tcPr>
          <w:p w14:paraId="6ABB9978" w14:textId="77777777" w:rsidR="00ED0D69" w:rsidRPr="00EB75F0" w:rsidRDefault="00ED0D69" w:rsidP="00ED0D6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326" w:type="dxa"/>
            <w:vAlign w:val="center"/>
          </w:tcPr>
          <w:p w14:paraId="39FB8DCD" w14:textId="77777777" w:rsidR="00ED0D69" w:rsidRPr="00EB75F0" w:rsidRDefault="00ED0D69" w:rsidP="00ED0D6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Clozapine</w:t>
            </w:r>
          </w:p>
        </w:tc>
        <w:tc>
          <w:tcPr>
            <w:tcW w:w="1527" w:type="dxa"/>
            <w:vAlign w:val="center"/>
            <w:hideMark/>
          </w:tcPr>
          <w:p w14:paraId="027BB8F5" w14:textId="4F95B00F" w:rsidR="00ED0D69" w:rsidRPr="00EB75F0" w:rsidRDefault="009A3ECD" w:rsidP="00ED0D6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524" w:type="dxa"/>
            <w:vAlign w:val="center"/>
            <w:hideMark/>
          </w:tcPr>
          <w:p w14:paraId="5F734D6B" w14:textId="77777777" w:rsidR="00ED0D69" w:rsidRPr="00EB75F0" w:rsidRDefault="00ED0D69" w:rsidP="00ED0D6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459" w:type="dxa"/>
            <w:vAlign w:val="center"/>
            <w:hideMark/>
          </w:tcPr>
          <w:p w14:paraId="656DE779" w14:textId="77777777" w:rsidR="00ED0D69" w:rsidRPr="00EB75F0" w:rsidRDefault="00ED0D69" w:rsidP="00ED0D6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459" w:type="dxa"/>
            <w:vAlign w:val="center"/>
            <w:hideMark/>
          </w:tcPr>
          <w:p w14:paraId="4456097D" w14:textId="77777777" w:rsidR="00ED0D69" w:rsidRPr="00EB75F0" w:rsidRDefault="00ED0D69" w:rsidP="00ED0D6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459" w:type="dxa"/>
            <w:vAlign w:val="center"/>
            <w:hideMark/>
          </w:tcPr>
          <w:p w14:paraId="33B6D5E8" w14:textId="77777777" w:rsidR="00ED0D69" w:rsidRPr="00EB75F0" w:rsidRDefault="00ED0D69" w:rsidP="00ED0D6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ED0D69" w:rsidRPr="00EB75F0" w14:paraId="28C6A752" w14:textId="77777777" w:rsidTr="00ED0D69">
        <w:trPr>
          <w:gridAfter w:val="1"/>
          <w:wAfter w:w="6" w:type="dxa"/>
          <w:trHeight w:val="288"/>
        </w:trPr>
        <w:tc>
          <w:tcPr>
            <w:tcW w:w="1255" w:type="dxa"/>
            <w:vAlign w:val="center"/>
            <w:hideMark/>
          </w:tcPr>
          <w:p w14:paraId="09532B78"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656" w:type="dxa"/>
            <w:vAlign w:val="center"/>
          </w:tcPr>
          <w:p w14:paraId="56B75317"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 (0.54 to 0.9)</w:t>
            </w:r>
          </w:p>
        </w:tc>
        <w:tc>
          <w:tcPr>
            <w:tcW w:w="1592" w:type="dxa"/>
            <w:vAlign w:val="center"/>
          </w:tcPr>
          <w:p w14:paraId="51FB718C"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0.65 (0.48 to 0.89)</w:t>
            </w:r>
          </w:p>
        </w:tc>
        <w:tc>
          <w:tcPr>
            <w:tcW w:w="1459" w:type="dxa"/>
            <w:vAlign w:val="center"/>
          </w:tcPr>
          <w:p w14:paraId="363FD9AF"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0.74 (0.57 to 0.97)</w:t>
            </w:r>
          </w:p>
        </w:tc>
        <w:tc>
          <w:tcPr>
            <w:tcW w:w="1326" w:type="dxa"/>
            <w:vAlign w:val="center"/>
          </w:tcPr>
          <w:p w14:paraId="4A8ECF89"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2.9 (0.61 to 16.78)</w:t>
            </w:r>
          </w:p>
        </w:tc>
        <w:tc>
          <w:tcPr>
            <w:tcW w:w="1527" w:type="dxa"/>
            <w:shd w:val="clear" w:color="auto" w:fill="CFEDFF"/>
            <w:vAlign w:val="center"/>
          </w:tcPr>
          <w:p w14:paraId="63BCA71D"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1.45 (0.73 to 2.95)</w:t>
            </w:r>
          </w:p>
        </w:tc>
        <w:tc>
          <w:tcPr>
            <w:tcW w:w="1524" w:type="dxa"/>
            <w:vAlign w:val="center"/>
          </w:tcPr>
          <w:p w14:paraId="5763F666"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2.42 (0.18 to 75.7)</w:t>
            </w:r>
          </w:p>
        </w:tc>
        <w:tc>
          <w:tcPr>
            <w:tcW w:w="1459" w:type="dxa"/>
            <w:vAlign w:val="center"/>
          </w:tcPr>
          <w:p w14:paraId="30F0925A"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0.95 (0.63 to 1.44)</w:t>
            </w:r>
          </w:p>
        </w:tc>
        <w:tc>
          <w:tcPr>
            <w:tcW w:w="1459" w:type="dxa"/>
            <w:vAlign w:val="center"/>
          </w:tcPr>
          <w:p w14:paraId="182B64BC"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0.61 (0.38 to 0.99)</w:t>
            </w:r>
          </w:p>
        </w:tc>
        <w:tc>
          <w:tcPr>
            <w:tcW w:w="1459" w:type="dxa"/>
            <w:vAlign w:val="center"/>
          </w:tcPr>
          <w:p w14:paraId="53C43233"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0.75 (0.57 to 0.99)</w:t>
            </w:r>
          </w:p>
        </w:tc>
      </w:tr>
      <w:tr w:rsidR="00ED0D69" w:rsidRPr="00EB75F0" w14:paraId="3F87AA57" w14:textId="77777777" w:rsidTr="00ED0D69">
        <w:trPr>
          <w:gridAfter w:val="1"/>
          <w:wAfter w:w="6" w:type="dxa"/>
          <w:trHeight w:val="288"/>
        </w:trPr>
        <w:tc>
          <w:tcPr>
            <w:tcW w:w="1255" w:type="dxa"/>
            <w:vAlign w:val="center"/>
            <w:hideMark/>
          </w:tcPr>
          <w:p w14:paraId="680DB1A1"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656" w:type="dxa"/>
            <w:shd w:val="clear" w:color="auto" w:fill="C6C6C6"/>
            <w:noWrap/>
            <w:vAlign w:val="center"/>
          </w:tcPr>
          <w:p w14:paraId="70645A35"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p>
        </w:tc>
        <w:tc>
          <w:tcPr>
            <w:tcW w:w="1592" w:type="dxa"/>
            <w:vAlign w:val="center"/>
          </w:tcPr>
          <w:p w14:paraId="54E59299"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0.93 (0.63 to 1.38)</w:t>
            </w:r>
          </w:p>
        </w:tc>
        <w:tc>
          <w:tcPr>
            <w:tcW w:w="1459" w:type="dxa"/>
            <w:vAlign w:val="center"/>
          </w:tcPr>
          <w:p w14:paraId="0635CE6E"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1.06 (0.75 to 1.49)</w:t>
            </w:r>
          </w:p>
        </w:tc>
        <w:tc>
          <w:tcPr>
            <w:tcW w:w="1326" w:type="dxa"/>
            <w:vAlign w:val="center"/>
          </w:tcPr>
          <w:p w14:paraId="593CF314"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4.12 (0.85 to 24.16)</w:t>
            </w:r>
          </w:p>
        </w:tc>
        <w:tc>
          <w:tcPr>
            <w:tcW w:w="1527" w:type="dxa"/>
            <w:shd w:val="clear" w:color="auto" w:fill="CFEDFF"/>
            <w:vAlign w:val="center"/>
          </w:tcPr>
          <w:p w14:paraId="12462B0C"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2.06 (1 to 4.38)</w:t>
            </w:r>
          </w:p>
        </w:tc>
        <w:tc>
          <w:tcPr>
            <w:tcW w:w="1524" w:type="dxa"/>
            <w:vAlign w:val="center"/>
          </w:tcPr>
          <w:p w14:paraId="28EE2A9A"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3.45 (0.26 to 109.54)</w:t>
            </w:r>
          </w:p>
        </w:tc>
        <w:tc>
          <w:tcPr>
            <w:tcW w:w="1459" w:type="dxa"/>
            <w:vAlign w:val="center"/>
          </w:tcPr>
          <w:p w14:paraId="53E5151C"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1.36 (0.84 to 2.2)</w:t>
            </w:r>
          </w:p>
        </w:tc>
        <w:tc>
          <w:tcPr>
            <w:tcW w:w="1459" w:type="dxa"/>
            <w:vAlign w:val="center"/>
          </w:tcPr>
          <w:p w14:paraId="1667B1BC"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0.87 (0.51 to 1.5)</w:t>
            </w:r>
          </w:p>
        </w:tc>
        <w:tc>
          <w:tcPr>
            <w:tcW w:w="1459" w:type="dxa"/>
            <w:vAlign w:val="center"/>
          </w:tcPr>
          <w:p w14:paraId="231A359E"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1.07 (0.75 to 1.51)</w:t>
            </w:r>
          </w:p>
        </w:tc>
      </w:tr>
      <w:tr w:rsidR="00ED0D69" w:rsidRPr="00EB75F0" w14:paraId="789D46D8" w14:textId="77777777" w:rsidTr="00ED0D69">
        <w:trPr>
          <w:gridAfter w:val="1"/>
          <w:wAfter w:w="6" w:type="dxa"/>
          <w:trHeight w:val="288"/>
        </w:trPr>
        <w:tc>
          <w:tcPr>
            <w:tcW w:w="1255" w:type="dxa"/>
            <w:vAlign w:val="center"/>
            <w:hideMark/>
          </w:tcPr>
          <w:p w14:paraId="529EB16F"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656" w:type="dxa"/>
            <w:vAlign w:val="center"/>
          </w:tcPr>
          <w:p w14:paraId="2D09C365"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1.08 (0.73 to 1.6)</w:t>
            </w:r>
          </w:p>
        </w:tc>
        <w:tc>
          <w:tcPr>
            <w:tcW w:w="1592" w:type="dxa"/>
            <w:shd w:val="clear" w:color="auto" w:fill="C6C6C6"/>
            <w:noWrap/>
            <w:vAlign w:val="center"/>
          </w:tcPr>
          <w:p w14:paraId="6A99CBE3"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p>
        </w:tc>
        <w:tc>
          <w:tcPr>
            <w:tcW w:w="1459" w:type="dxa"/>
            <w:vAlign w:val="center"/>
          </w:tcPr>
          <w:p w14:paraId="292FA745"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1.14 (0.76 to 1.71)</w:t>
            </w:r>
          </w:p>
        </w:tc>
        <w:tc>
          <w:tcPr>
            <w:tcW w:w="1326" w:type="dxa"/>
            <w:vAlign w:val="center"/>
          </w:tcPr>
          <w:p w14:paraId="2430D9CF"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4.44 (0.9 to 26.34)</w:t>
            </w:r>
          </w:p>
        </w:tc>
        <w:tc>
          <w:tcPr>
            <w:tcW w:w="1527" w:type="dxa"/>
            <w:shd w:val="clear" w:color="auto" w:fill="CFEDFF"/>
            <w:vAlign w:val="center"/>
          </w:tcPr>
          <w:p w14:paraId="0120A894"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2.22 (1.06 to 4.8)</w:t>
            </w:r>
          </w:p>
        </w:tc>
        <w:tc>
          <w:tcPr>
            <w:tcW w:w="1524" w:type="dxa"/>
            <w:vAlign w:val="center"/>
          </w:tcPr>
          <w:p w14:paraId="5CEFE917"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3.71 (0.28 to 119.12)</w:t>
            </w:r>
          </w:p>
        </w:tc>
        <w:tc>
          <w:tcPr>
            <w:tcW w:w="1459" w:type="dxa"/>
            <w:vAlign w:val="center"/>
          </w:tcPr>
          <w:p w14:paraId="7ACE0174"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1.46 (0.88 to 2.44)</w:t>
            </w:r>
          </w:p>
        </w:tc>
        <w:tc>
          <w:tcPr>
            <w:tcW w:w="1459" w:type="dxa"/>
            <w:vAlign w:val="center"/>
          </w:tcPr>
          <w:p w14:paraId="4C1AAC3C"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(0.55 to 1.63)</w:t>
            </w:r>
          </w:p>
        </w:tc>
        <w:tc>
          <w:tcPr>
            <w:tcW w:w="1459" w:type="dxa"/>
            <w:vAlign w:val="center"/>
          </w:tcPr>
          <w:p w14:paraId="364E659F"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1.15 (0.76 to 1.73)</w:t>
            </w:r>
          </w:p>
        </w:tc>
      </w:tr>
      <w:tr w:rsidR="00ED0D69" w:rsidRPr="00EB75F0" w14:paraId="0EE82883" w14:textId="77777777" w:rsidTr="00ED0D69">
        <w:trPr>
          <w:gridAfter w:val="1"/>
          <w:wAfter w:w="6" w:type="dxa"/>
          <w:trHeight w:val="288"/>
        </w:trPr>
        <w:tc>
          <w:tcPr>
            <w:tcW w:w="1255" w:type="dxa"/>
            <w:vAlign w:val="center"/>
            <w:hideMark/>
          </w:tcPr>
          <w:p w14:paraId="44B3D49D"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656" w:type="dxa"/>
            <w:vAlign w:val="center"/>
          </w:tcPr>
          <w:p w14:paraId="41F06686"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0.95 (0.67 to 1.34)</w:t>
            </w:r>
          </w:p>
        </w:tc>
        <w:tc>
          <w:tcPr>
            <w:tcW w:w="1592" w:type="dxa"/>
            <w:vAlign w:val="center"/>
          </w:tcPr>
          <w:p w14:paraId="3E99F434"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(0.58 to 1.32)</w:t>
            </w:r>
          </w:p>
        </w:tc>
        <w:tc>
          <w:tcPr>
            <w:tcW w:w="1459" w:type="dxa"/>
            <w:shd w:val="clear" w:color="auto" w:fill="C6C6C6"/>
            <w:noWrap/>
            <w:vAlign w:val="center"/>
          </w:tcPr>
          <w:p w14:paraId="333A3A58"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p>
        </w:tc>
        <w:tc>
          <w:tcPr>
            <w:tcW w:w="1326" w:type="dxa"/>
            <w:vAlign w:val="center"/>
          </w:tcPr>
          <w:p w14:paraId="5BDD186F"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3.91 (0.81 to 22.77)</w:t>
            </w:r>
          </w:p>
        </w:tc>
        <w:tc>
          <w:tcPr>
            <w:tcW w:w="1527" w:type="dxa"/>
            <w:shd w:val="clear" w:color="auto" w:fill="CFEDFF"/>
            <w:vAlign w:val="center"/>
          </w:tcPr>
          <w:p w14:paraId="4BFF4BB1"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1.95 (0.94 to 4.17)</w:t>
            </w:r>
          </w:p>
        </w:tc>
        <w:tc>
          <w:tcPr>
            <w:tcW w:w="1524" w:type="dxa"/>
            <w:vAlign w:val="center"/>
          </w:tcPr>
          <w:p w14:paraId="1C079853"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3.26 (0.25 to 103.8)</w:t>
            </w:r>
          </w:p>
        </w:tc>
        <w:tc>
          <w:tcPr>
            <w:tcW w:w="1459" w:type="dxa"/>
            <w:vAlign w:val="center"/>
          </w:tcPr>
          <w:p w14:paraId="6A6B6584"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1.29 (0.79 to 2.1)</w:t>
            </w:r>
          </w:p>
        </w:tc>
        <w:tc>
          <w:tcPr>
            <w:tcW w:w="1459" w:type="dxa"/>
            <w:vAlign w:val="center"/>
          </w:tcPr>
          <w:p w14:paraId="35227017"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0.83 (0.48 to 1.44)</w:t>
            </w:r>
          </w:p>
        </w:tc>
        <w:tc>
          <w:tcPr>
            <w:tcW w:w="1459" w:type="dxa"/>
            <w:vAlign w:val="center"/>
          </w:tcPr>
          <w:p w14:paraId="0532F4DB"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1.01 (0.72 to 1.43)</w:t>
            </w:r>
          </w:p>
        </w:tc>
      </w:tr>
      <w:tr w:rsidR="00ED0D69" w:rsidRPr="00EB75F0" w14:paraId="24738EE6" w14:textId="77777777" w:rsidTr="00ED0D69">
        <w:trPr>
          <w:gridAfter w:val="1"/>
          <w:wAfter w:w="6" w:type="dxa"/>
          <w:trHeight w:val="288"/>
        </w:trPr>
        <w:tc>
          <w:tcPr>
            <w:tcW w:w="1255" w:type="dxa"/>
            <w:vAlign w:val="center"/>
          </w:tcPr>
          <w:p w14:paraId="7B66F0D8" w14:textId="2B524CE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Clozapine</w:t>
            </w:r>
          </w:p>
        </w:tc>
        <w:tc>
          <w:tcPr>
            <w:tcW w:w="1656" w:type="dxa"/>
            <w:vAlign w:val="center"/>
          </w:tcPr>
          <w:p w14:paraId="373284B5"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0.24 (0.04 to 1.17)</w:t>
            </w:r>
          </w:p>
        </w:tc>
        <w:tc>
          <w:tcPr>
            <w:tcW w:w="1592" w:type="dxa"/>
            <w:vAlign w:val="center"/>
          </w:tcPr>
          <w:p w14:paraId="2819DF82"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0.23 (0.04 to 1.11)</w:t>
            </w:r>
          </w:p>
        </w:tc>
        <w:tc>
          <w:tcPr>
            <w:tcW w:w="1459" w:type="dxa"/>
            <w:noWrap/>
            <w:vAlign w:val="center"/>
          </w:tcPr>
          <w:p w14:paraId="03A04A35"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0.26 (0.04 to 1.23)</w:t>
            </w:r>
          </w:p>
        </w:tc>
        <w:tc>
          <w:tcPr>
            <w:tcW w:w="1326" w:type="dxa"/>
            <w:shd w:val="clear" w:color="auto" w:fill="C6C6C6" w:themeFill="text1" w:themeFillTint="40"/>
            <w:vAlign w:val="center"/>
          </w:tcPr>
          <w:p w14:paraId="374B8DC6"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p>
        </w:tc>
        <w:tc>
          <w:tcPr>
            <w:tcW w:w="1527" w:type="dxa"/>
            <w:shd w:val="clear" w:color="auto" w:fill="CFEDFF"/>
            <w:vAlign w:val="center"/>
          </w:tcPr>
          <w:p w14:paraId="688AB972"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 (0.08 to 2.78)</w:t>
            </w:r>
          </w:p>
        </w:tc>
        <w:tc>
          <w:tcPr>
            <w:tcW w:w="1524" w:type="dxa"/>
            <w:vAlign w:val="center"/>
          </w:tcPr>
          <w:p w14:paraId="2CF9466C"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0.85 (0.04 to 36.16)</w:t>
            </w:r>
          </w:p>
        </w:tc>
        <w:tc>
          <w:tcPr>
            <w:tcW w:w="1459" w:type="dxa"/>
            <w:vAlign w:val="center"/>
          </w:tcPr>
          <w:p w14:paraId="720F684F"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0.33 (0.06 to 1.63)</w:t>
            </w:r>
          </w:p>
        </w:tc>
        <w:tc>
          <w:tcPr>
            <w:tcW w:w="1459" w:type="dxa"/>
            <w:vAlign w:val="center"/>
          </w:tcPr>
          <w:p w14:paraId="54219F0D"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0.21 (0.03 to 1.08)</w:t>
            </w:r>
          </w:p>
        </w:tc>
        <w:tc>
          <w:tcPr>
            <w:tcW w:w="1459" w:type="dxa"/>
            <w:vAlign w:val="center"/>
          </w:tcPr>
          <w:p w14:paraId="28DF9568"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0.26 (0.05 to 1.21)</w:t>
            </w:r>
          </w:p>
        </w:tc>
      </w:tr>
      <w:tr w:rsidR="00ED0D69" w:rsidRPr="00EB75F0" w14:paraId="7EBAB290" w14:textId="77777777" w:rsidTr="00ED0D69">
        <w:trPr>
          <w:gridAfter w:val="1"/>
          <w:wAfter w:w="6" w:type="dxa"/>
          <w:trHeight w:val="288"/>
        </w:trPr>
        <w:tc>
          <w:tcPr>
            <w:tcW w:w="1255" w:type="dxa"/>
            <w:vAlign w:val="center"/>
            <w:hideMark/>
          </w:tcPr>
          <w:p w14:paraId="003DD86A" w14:textId="3C9020F7" w:rsidR="00ED0D69" w:rsidRPr="00EB75F0" w:rsidRDefault="009A3ECD" w:rsidP="00ED0D6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656" w:type="dxa"/>
            <w:vAlign w:val="center"/>
          </w:tcPr>
          <w:p w14:paraId="5FA3F93A"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0.49 (0.23 to 1)</w:t>
            </w:r>
          </w:p>
        </w:tc>
        <w:tc>
          <w:tcPr>
            <w:tcW w:w="1592" w:type="dxa"/>
            <w:vAlign w:val="center"/>
          </w:tcPr>
          <w:p w14:paraId="309D120B"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0.45 (0.21 to 0.95)</w:t>
            </w:r>
          </w:p>
        </w:tc>
        <w:tc>
          <w:tcPr>
            <w:tcW w:w="1459" w:type="dxa"/>
            <w:vAlign w:val="center"/>
          </w:tcPr>
          <w:p w14:paraId="14CA0E69"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0.51 (0.24 to 1.06)</w:t>
            </w:r>
          </w:p>
        </w:tc>
        <w:tc>
          <w:tcPr>
            <w:tcW w:w="1326" w:type="dxa"/>
            <w:vAlign w:val="center"/>
          </w:tcPr>
          <w:p w14:paraId="26978087"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2.01 (0.36 to 13.01)</w:t>
            </w:r>
          </w:p>
        </w:tc>
        <w:tc>
          <w:tcPr>
            <w:tcW w:w="1527" w:type="dxa"/>
            <w:shd w:val="clear" w:color="auto" w:fill="C6C6C6"/>
            <w:noWrap/>
            <w:vAlign w:val="center"/>
          </w:tcPr>
          <w:p w14:paraId="1D2A7F3B"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p>
        </w:tc>
        <w:tc>
          <w:tcPr>
            <w:tcW w:w="1524" w:type="dxa"/>
            <w:vAlign w:val="center"/>
          </w:tcPr>
          <w:p w14:paraId="025FB927"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1.68 (0.12 to 56.42)</w:t>
            </w:r>
          </w:p>
        </w:tc>
        <w:tc>
          <w:tcPr>
            <w:tcW w:w="1459" w:type="dxa"/>
            <w:vAlign w:val="center"/>
          </w:tcPr>
          <w:p w14:paraId="2D4EC1EB"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0.66 (0.29 to 1.46)</w:t>
            </w:r>
          </w:p>
        </w:tc>
        <w:tc>
          <w:tcPr>
            <w:tcW w:w="1459" w:type="dxa"/>
            <w:vAlign w:val="center"/>
          </w:tcPr>
          <w:p w14:paraId="4172296B"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0.42 (0.18 to 0.97)</w:t>
            </w:r>
          </w:p>
        </w:tc>
        <w:tc>
          <w:tcPr>
            <w:tcW w:w="1459" w:type="dxa"/>
            <w:vAlign w:val="center"/>
          </w:tcPr>
          <w:p w14:paraId="53ABBE91"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0.52 (0.24 to 1.08)</w:t>
            </w:r>
          </w:p>
        </w:tc>
      </w:tr>
      <w:tr w:rsidR="00ED0D69" w:rsidRPr="00EB75F0" w14:paraId="24525828" w14:textId="77777777" w:rsidTr="00ED0D69">
        <w:trPr>
          <w:gridAfter w:val="1"/>
          <w:wAfter w:w="6" w:type="dxa"/>
          <w:trHeight w:val="288"/>
        </w:trPr>
        <w:tc>
          <w:tcPr>
            <w:tcW w:w="1255" w:type="dxa"/>
            <w:vAlign w:val="center"/>
            <w:hideMark/>
          </w:tcPr>
          <w:p w14:paraId="5B61421C"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656" w:type="dxa"/>
            <w:vAlign w:val="center"/>
          </w:tcPr>
          <w:p w14:paraId="3D32197E"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0.29 (0.01 to 3.84)</w:t>
            </w:r>
          </w:p>
        </w:tc>
        <w:tc>
          <w:tcPr>
            <w:tcW w:w="1592" w:type="dxa"/>
            <w:vAlign w:val="center"/>
          </w:tcPr>
          <w:p w14:paraId="4608D123"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0.27 (0.01 to 3.6)</w:t>
            </w:r>
          </w:p>
        </w:tc>
        <w:tc>
          <w:tcPr>
            <w:tcW w:w="1459" w:type="dxa"/>
            <w:vAlign w:val="center"/>
          </w:tcPr>
          <w:p w14:paraId="5B4C07CD"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0.31 (0.01 to 4.06)</w:t>
            </w:r>
          </w:p>
        </w:tc>
        <w:tc>
          <w:tcPr>
            <w:tcW w:w="1326" w:type="dxa"/>
            <w:vAlign w:val="center"/>
          </w:tcPr>
          <w:p w14:paraId="0ED42662"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1.18 (0.03 to 27.12)</w:t>
            </w:r>
          </w:p>
        </w:tc>
        <w:tc>
          <w:tcPr>
            <w:tcW w:w="1527" w:type="dxa"/>
            <w:shd w:val="clear" w:color="auto" w:fill="CFEDFF"/>
            <w:vAlign w:val="center"/>
          </w:tcPr>
          <w:p w14:paraId="7BD12815"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0.59 (0.02 to 8.53)</w:t>
            </w:r>
          </w:p>
        </w:tc>
        <w:tc>
          <w:tcPr>
            <w:tcW w:w="1524" w:type="dxa"/>
            <w:shd w:val="clear" w:color="auto" w:fill="C6C6C6"/>
            <w:noWrap/>
            <w:vAlign w:val="center"/>
          </w:tcPr>
          <w:p w14:paraId="21FBAD75"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p>
        </w:tc>
        <w:tc>
          <w:tcPr>
            <w:tcW w:w="1459" w:type="dxa"/>
            <w:vAlign w:val="center"/>
          </w:tcPr>
          <w:p w14:paraId="4F3A36D9"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0.39 (0.01 to 5.39)</w:t>
            </w:r>
          </w:p>
        </w:tc>
        <w:tc>
          <w:tcPr>
            <w:tcW w:w="1459" w:type="dxa"/>
            <w:vAlign w:val="center"/>
          </w:tcPr>
          <w:p w14:paraId="0756F867"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0.25 (0.01 to 3.49)</w:t>
            </w:r>
          </w:p>
        </w:tc>
        <w:tc>
          <w:tcPr>
            <w:tcW w:w="1459" w:type="dxa"/>
            <w:vAlign w:val="center"/>
          </w:tcPr>
          <w:p w14:paraId="2E844B87"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0.31 (0.01 to 4.12)</w:t>
            </w:r>
          </w:p>
        </w:tc>
      </w:tr>
      <w:tr w:rsidR="00ED0D69" w:rsidRPr="00EB75F0" w14:paraId="11DD0E61" w14:textId="77777777" w:rsidTr="00ED0D69">
        <w:trPr>
          <w:gridAfter w:val="1"/>
          <w:wAfter w:w="6" w:type="dxa"/>
          <w:trHeight w:val="288"/>
        </w:trPr>
        <w:tc>
          <w:tcPr>
            <w:tcW w:w="1255" w:type="dxa"/>
            <w:vAlign w:val="center"/>
            <w:hideMark/>
          </w:tcPr>
          <w:p w14:paraId="060CAF68"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656" w:type="dxa"/>
            <w:vAlign w:val="center"/>
          </w:tcPr>
          <w:p w14:paraId="2FB1D717"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0.74 (0.45 to 1.19)</w:t>
            </w:r>
          </w:p>
        </w:tc>
        <w:tc>
          <w:tcPr>
            <w:tcW w:w="1592" w:type="dxa"/>
            <w:vAlign w:val="center"/>
          </w:tcPr>
          <w:p w14:paraId="54954A92"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0.68 (0.41 to 1.14)</w:t>
            </w:r>
          </w:p>
        </w:tc>
        <w:tc>
          <w:tcPr>
            <w:tcW w:w="1459" w:type="dxa"/>
            <w:vAlign w:val="center"/>
          </w:tcPr>
          <w:p w14:paraId="7E5AAC3C"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0.78 (0.48 to 1.27)</w:t>
            </w:r>
          </w:p>
        </w:tc>
        <w:tc>
          <w:tcPr>
            <w:tcW w:w="1326" w:type="dxa"/>
            <w:vAlign w:val="center"/>
          </w:tcPr>
          <w:p w14:paraId="778E7AE5"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3.03 (0.61 to 18.07)</w:t>
            </w:r>
          </w:p>
        </w:tc>
        <w:tc>
          <w:tcPr>
            <w:tcW w:w="1527" w:type="dxa"/>
            <w:shd w:val="clear" w:color="auto" w:fill="CFEDFF"/>
            <w:vAlign w:val="center"/>
          </w:tcPr>
          <w:p w14:paraId="300DA232"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1.52 (0.69 to 3.44)</w:t>
            </w:r>
          </w:p>
        </w:tc>
        <w:tc>
          <w:tcPr>
            <w:tcW w:w="1524" w:type="dxa"/>
            <w:vAlign w:val="center"/>
          </w:tcPr>
          <w:p w14:paraId="16142D83"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2.55 (0.19 to 82.65)</w:t>
            </w:r>
          </w:p>
        </w:tc>
        <w:tc>
          <w:tcPr>
            <w:tcW w:w="1459" w:type="dxa"/>
            <w:shd w:val="clear" w:color="auto" w:fill="C6C6C6"/>
            <w:noWrap/>
            <w:vAlign w:val="center"/>
          </w:tcPr>
          <w:p w14:paraId="1F22A9CC"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p>
        </w:tc>
        <w:tc>
          <w:tcPr>
            <w:tcW w:w="1459" w:type="dxa"/>
            <w:vAlign w:val="center"/>
          </w:tcPr>
          <w:p w14:paraId="0FD8BB39" w14:textId="77777777"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0.64 (0.34 to 1.21)</w:t>
            </w:r>
          </w:p>
        </w:tc>
        <w:tc>
          <w:tcPr>
            <w:tcW w:w="1459" w:type="dxa"/>
            <w:vAlign w:val="center"/>
          </w:tcPr>
          <w:p w14:paraId="08933175" w14:textId="77777777" w:rsidR="00ED0D69" w:rsidRPr="00EB75F0" w:rsidRDefault="00ED0D69" w:rsidP="00ED0D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0.78 (0.48 to 1.29)</w:t>
            </w:r>
          </w:p>
        </w:tc>
      </w:tr>
      <w:tr w:rsidR="00ED0D69" w:rsidRPr="00EB75F0" w14:paraId="12B55E5E" w14:textId="77777777" w:rsidTr="00ED0D69">
        <w:trPr>
          <w:gridAfter w:val="1"/>
          <w:wAfter w:w="6" w:type="dxa"/>
          <w:trHeight w:val="288"/>
        </w:trPr>
        <w:tc>
          <w:tcPr>
            <w:tcW w:w="1255" w:type="dxa"/>
            <w:vAlign w:val="center"/>
            <w:hideMark/>
          </w:tcPr>
          <w:p w14:paraId="687D4D8B" w14:textId="77777777" w:rsidR="00ED0D69" w:rsidRPr="00EB75F0" w:rsidRDefault="00ED0D69" w:rsidP="00ED0D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lastRenderedPageBreak/>
              <w:t>Quetiapine</w:t>
            </w:r>
          </w:p>
        </w:tc>
        <w:tc>
          <w:tcPr>
            <w:tcW w:w="1656" w:type="dxa"/>
            <w:vAlign w:val="center"/>
          </w:tcPr>
          <w:p w14:paraId="2A14B114" w14:textId="77777777" w:rsidR="00ED0D69" w:rsidRPr="00EB75F0" w:rsidRDefault="00ED0D69" w:rsidP="00ED0D6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1.15 (0.67 to 1.96)</w:t>
            </w:r>
          </w:p>
        </w:tc>
        <w:tc>
          <w:tcPr>
            <w:tcW w:w="1592" w:type="dxa"/>
            <w:vAlign w:val="center"/>
          </w:tcPr>
          <w:p w14:paraId="76DA0F19" w14:textId="77777777" w:rsidR="00ED0D69" w:rsidRPr="00EB75F0" w:rsidRDefault="00ED0D69" w:rsidP="00ED0D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1.06 (0.61 to 1.83)</w:t>
            </w:r>
          </w:p>
        </w:tc>
        <w:tc>
          <w:tcPr>
            <w:tcW w:w="1459" w:type="dxa"/>
            <w:vAlign w:val="center"/>
          </w:tcPr>
          <w:p w14:paraId="2682332F" w14:textId="77777777" w:rsidR="00ED0D69" w:rsidRPr="00EB75F0" w:rsidRDefault="00ED0D69" w:rsidP="00ED0D6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1.21 (0.7 to 2.09)</w:t>
            </w:r>
          </w:p>
        </w:tc>
        <w:tc>
          <w:tcPr>
            <w:tcW w:w="1326" w:type="dxa"/>
            <w:vAlign w:val="center"/>
          </w:tcPr>
          <w:p w14:paraId="6BF26AB6" w14:textId="77777777" w:rsidR="00ED0D69" w:rsidRPr="00EB75F0" w:rsidRDefault="00ED0D69" w:rsidP="00ED0D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4.73 (0.92 to 29.08)</w:t>
            </w:r>
          </w:p>
        </w:tc>
        <w:tc>
          <w:tcPr>
            <w:tcW w:w="1527" w:type="dxa"/>
            <w:shd w:val="clear" w:color="auto" w:fill="CFEDFF"/>
            <w:vAlign w:val="center"/>
          </w:tcPr>
          <w:p w14:paraId="4DF4C3C0" w14:textId="77777777" w:rsidR="00ED0D69" w:rsidRPr="00EB75F0" w:rsidRDefault="00ED0D69" w:rsidP="00ED0D6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2.37 (1.03 to 5.53)</w:t>
            </w:r>
          </w:p>
        </w:tc>
        <w:tc>
          <w:tcPr>
            <w:tcW w:w="1524" w:type="dxa"/>
            <w:vAlign w:val="center"/>
          </w:tcPr>
          <w:p w14:paraId="42066B80" w14:textId="77777777" w:rsidR="00ED0D69" w:rsidRPr="00EB75F0" w:rsidRDefault="00ED0D69" w:rsidP="00ED0D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3.97 (0.29 to 126.97)</w:t>
            </w:r>
          </w:p>
        </w:tc>
        <w:tc>
          <w:tcPr>
            <w:tcW w:w="1459" w:type="dxa"/>
            <w:vAlign w:val="center"/>
          </w:tcPr>
          <w:p w14:paraId="0B56E3AC" w14:textId="77777777" w:rsidR="00ED0D69" w:rsidRPr="00EB75F0" w:rsidRDefault="00ED0D69" w:rsidP="00ED0D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1.56 (0.82 to 2.91)</w:t>
            </w:r>
          </w:p>
        </w:tc>
        <w:tc>
          <w:tcPr>
            <w:tcW w:w="1459" w:type="dxa"/>
            <w:shd w:val="clear" w:color="auto" w:fill="C6C6C6"/>
            <w:noWrap/>
            <w:vAlign w:val="center"/>
          </w:tcPr>
          <w:p w14:paraId="1F68EC9E" w14:textId="77777777" w:rsidR="00ED0D69" w:rsidRPr="00EB75F0" w:rsidRDefault="00ED0D69" w:rsidP="00ED0D69">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459" w:type="dxa"/>
            <w:vAlign w:val="center"/>
          </w:tcPr>
          <w:p w14:paraId="174A268B" w14:textId="77777777" w:rsidR="00ED0D69" w:rsidRPr="00EB75F0" w:rsidRDefault="00ED0D69" w:rsidP="00ED0D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1.22 (0.7 to 2.11)</w:t>
            </w:r>
          </w:p>
        </w:tc>
      </w:tr>
      <w:tr w:rsidR="00ED0D69" w:rsidRPr="00EB75F0" w14:paraId="71C3BEDF" w14:textId="77777777" w:rsidTr="00ED0D69">
        <w:trPr>
          <w:gridAfter w:val="1"/>
          <w:wAfter w:w="6" w:type="dxa"/>
          <w:trHeight w:val="288"/>
        </w:trPr>
        <w:tc>
          <w:tcPr>
            <w:tcW w:w="1255" w:type="dxa"/>
            <w:vAlign w:val="center"/>
            <w:hideMark/>
          </w:tcPr>
          <w:p w14:paraId="52F1F4A5" w14:textId="77777777" w:rsidR="00ED0D69" w:rsidRPr="00EB75F0" w:rsidRDefault="00ED0D69" w:rsidP="00ED0D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656" w:type="dxa"/>
            <w:vAlign w:val="center"/>
          </w:tcPr>
          <w:p w14:paraId="27433622" w14:textId="77777777" w:rsidR="00ED0D69" w:rsidRPr="00EB75F0" w:rsidRDefault="00ED0D69" w:rsidP="00ED0D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(0.66 to 1.33)</w:t>
            </w:r>
          </w:p>
        </w:tc>
        <w:tc>
          <w:tcPr>
            <w:tcW w:w="1592" w:type="dxa"/>
            <w:vAlign w:val="center"/>
          </w:tcPr>
          <w:p w14:paraId="5880882C" w14:textId="77777777" w:rsidR="00ED0D69" w:rsidRPr="00EB75F0" w:rsidRDefault="00ED0D69" w:rsidP="00ED0D6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0.87 (0.58 to 1.32)</w:t>
            </w:r>
          </w:p>
        </w:tc>
        <w:tc>
          <w:tcPr>
            <w:tcW w:w="1459" w:type="dxa"/>
            <w:vAlign w:val="center"/>
          </w:tcPr>
          <w:p w14:paraId="55F4E74F" w14:textId="77777777" w:rsidR="00ED0D69" w:rsidRPr="00EB75F0" w:rsidRDefault="00ED0D69" w:rsidP="00ED0D6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0.99 (0.7 to 1.4)</w:t>
            </w:r>
          </w:p>
        </w:tc>
        <w:tc>
          <w:tcPr>
            <w:tcW w:w="1326" w:type="dxa"/>
            <w:vAlign w:val="center"/>
          </w:tcPr>
          <w:p w14:paraId="2F5AAE0C" w14:textId="77777777" w:rsidR="00ED0D69" w:rsidRPr="00EB75F0" w:rsidRDefault="00ED0D69" w:rsidP="00ED0D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3.87 (0.83 to 21.87)</w:t>
            </w:r>
          </w:p>
        </w:tc>
        <w:tc>
          <w:tcPr>
            <w:tcW w:w="1527" w:type="dxa"/>
            <w:shd w:val="clear" w:color="auto" w:fill="CFEDFF"/>
            <w:vAlign w:val="center"/>
          </w:tcPr>
          <w:p w14:paraId="44D3CEDC" w14:textId="77777777" w:rsidR="00ED0D69" w:rsidRPr="00EB75F0" w:rsidRDefault="00ED0D69" w:rsidP="00ED0D6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1.94 (0.93 to 4.13)</w:t>
            </w:r>
          </w:p>
        </w:tc>
        <w:tc>
          <w:tcPr>
            <w:tcW w:w="1524" w:type="dxa"/>
            <w:vAlign w:val="center"/>
          </w:tcPr>
          <w:p w14:paraId="0CB3B939" w14:textId="77777777" w:rsidR="00ED0D69" w:rsidRPr="00EB75F0" w:rsidRDefault="00ED0D69" w:rsidP="00ED0D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3.23 (0.24 to 103.21)</w:t>
            </w:r>
          </w:p>
        </w:tc>
        <w:tc>
          <w:tcPr>
            <w:tcW w:w="1459" w:type="dxa"/>
            <w:vAlign w:val="center"/>
          </w:tcPr>
          <w:p w14:paraId="65D57760" w14:textId="77777777" w:rsidR="00ED0D69" w:rsidRPr="00EB75F0" w:rsidRDefault="00ED0D69" w:rsidP="00ED0D6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1.27 (0.78 to 2.1)</w:t>
            </w:r>
          </w:p>
        </w:tc>
        <w:tc>
          <w:tcPr>
            <w:tcW w:w="1459" w:type="dxa"/>
            <w:vAlign w:val="center"/>
          </w:tcPr>
          <w:p w14:paraId="49519C81" w14:textId="77777777" w:rsidR="00ED0D69" w:rsidRPr="00EB75F0" w:rsidRDefault="00ED0D69" w:rsidP="00ED0D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0.82 (0.47 to 1.43)</w:t>
            </w:r>
          </w:p>
        </w:tc>
        <w:tc>
          <w:tcPr>
            <w:tcW w:w="1459" w:type="dxa"/>
            <w:shd w:val="clear" w:color="auto" w:fill="C6C6C6"/>
            <w:noWrap/>
            <w:vAlign w:val="center"/>
          </w:tcPr>
          <w:p w14:paraId="5AEDD9A7" w14:textId="77777777" w:rsidR="00ED0D69" w:rsidRPr="00EB75F0" w:rsidRDefault="00ED0D69" w:rsidP="00ED0D69">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ED0D69" w:rsidRPr="00EB75F0" w14:paraId="4339606E" w14:textId="77777777" w:rsidTr="00ED0D69">
        <w:trPr>
          <w:trHeight w:val="288"/>
        </w:trPr>
        <w:tc>
          <w:tcPr>
            <w:tcW w:w="14722" w:type="dxa"/>
            <w:gridSpan w:val="11"/>
            <w:vAlign w:val="center"/>
          </w:tcPr>
          <w:p w14:paraId="7D7E5DBB" w14:textId="004D84B1" w:rsidR="00ED0D69" w:rsidRPr="00EB75F0" w:rsidRDefault="00ED0D69" w:rsidP="00ED0D69">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OR, odds ratio;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eastAsia="Times New Roman" w:hAnsiTheme="majorHAnsi" w:cstheme="majorHAnsi"/>
                <w:color w:val="000000"/>
                <w:sz w:val="16"/>
                <w:szCs w:val="16"/>
                <w:lang w:eastAsia="zh-TW"/>
              </w:rPr>
              <w:t xml:space="preserve">, </w:t>
            </w:r>
            <w:proofErr w:type="spellStart"/>
            <w:r w:rsidRPr="00EB75F0">
              <w:rPr>
                <w:rFonts w:asciiTheme="majorHAnsi" w:hAnsiTheme="majorHAnsi" w:cstheme="majorHAnsi"/>
                <w:sz w:val="16"/>
                <w:szCs w:val="16"/>
              </w:rPr>
              <w:t>xanomeline</w:t>
            </w:r>
            <w:proofErr w:type="spellEnd"/>
            <w:r w:rsidRPr="00EB75F0">
              <w:rPr>
                <w:rFonts w:asciiTheme="majorHAnsi" w:hAnsiTheme="majorHAnsi" w:cstheme="majorHAnsi"/>
                <w:sz w:val="16"/>
                <w:szCs w:val="16"/>
              </w:rPr>
              <w:t>/</w:t>
            </w:r>
            <w:proofErr w:type="spellStart"/>
            <w:r w:rsidRPr="00EB75F0">
              <w:rPr>
                <w:rFonts w:asciiTheme="majorHAnsi" w:hAnsiTheme="majorHAnsi" w:cstheme="majorHAnsi"/>
                <w:sz w:val="16"/>
                <w:szCs w:val="16"/>
              </w:rPr>
              <w:t>trospium</w:t>
            </w:r>
            <w:proofErr w:type="spellEnd"/>
            <w:r w:rsidRPr="00EB75F0">
              <w:rPr>
                <w:rFonts w:asciiTheme="majorHAnsi" w:hAnsiTheme="majorHAnsi" w:cstheme="majorHAnsi"/>
                <w:sz w:val="16"/>
                <w:szCs w:val="16"/>
              </w:rPr>
              <w:t xml:space="preserve"> chloride</w:t>
            </w:r>
          </w:p>
          <w:p w14:paraId="73DEBE59" w14:textId="38E82F6D" w:rsidR="00ED0D69" w:rsidRPr="00EB75F0" w:rsidRDefault="00ED0D69" w:rsidP="00ED0D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hAnsiTheme="majorHAnsi" w:cstheme="majorHAnsi"/>
                <w:sz w:val="16"/>
                <w:szCs w:val="16"/>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297FC5C2" w14:textId="77777777" w:rsidR="008D31D0" w:rsidRPr="00EB75F0" w:rsidRDefault="008D31D0">
      <w:pPr>
        <w:spacing w:before="0" w:after="200" w:line="276" w:lineRule="auto"/>
      </w:pPr>
    </w:p>
    <w:p w14:paraId="1BA9497F" w14:textId="071BD674" w:rsidR="00235A1D" w:rsidRPr="00EB75F0" w:rsidRDefault="00A06AE8" w:rsidP="00434B93">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36</w:t>
        </w:r>
      </w:fldSimple>
      <w:r w:rsidR="00235A1D" w:rsidRPr="00EB75F0">
        <w:t>:</w:t>
      </w:r>
      <w:r w:rsidR="00B40974" w:rsidRPr="00EB75F0">
        <w:t xml:space="preserve"> </w:t>
      </w:r>
      <w:r w:rsidR="00B204D2" w:rsidRPr="00EB75F0">
        <w:t xml:space="preserve">Discontinuation due to adverse events </w:t>
      </w:r>
      <w:r w:rsidR="00B40974" w:rsidRPr="00EB75F0">
        <w:t xml:space="preserve">– League tables – random-effects model, </w:t>
      </w:r>
      <w:r w:rsidR="003F2990" w:rsidRPr="00EB75F0">
        <w:t xml:space="preserve">sensitivity analysis excluding studies with predominantly Asian populations </w:t>
      </w:r>
      <w:r w:rsidR="00B40974" w:rsidRPr="00EB75F0">
        <w:t xml:space="preserve">– OR (95% </w:t>
      </w:r>
      <w:proofErr w:type="spellStart"/>
      <w:r w:rsidR="00B40974" w:rsidRPr="00EB75F0">
        <w:t>CrI</w:t>
      </w:r>
      <w:proofErr w:type="spellEnd"/>
      <w:r w:rsidR="00B40974" w:rsidRPr="00EB75F0">
        <w:t>)</w:t>
      </w:r>
    </w:p>
    <w:tbl>
      <w:tblPr>
        <w:tblStyle w:val="Lumanitytable"/>
        <w:tblW w:w="14692" w:type="dxa"/>
        <w:tblLayout w:type="fixed"/>
        <w:tblLook w:val="04A0" w:firstRow="1" w:lastRow="0" w:firstColumn="1" w:lastColumn="0" w:noHBand="0" w:noVBand="1"/>
      </w:tblPr>
      <w:tblGrid>
        <w:gridCol w:w="1449"/>
        <w:gridCol w:w="1456"/>
        <w:gridCol w:w="1589"/>
        <w:gridCol w:w="1456"/>
        <w:gridCol w:w="1324"/>
        <w:gridCol w:w="1541"/>
        <w:gridCol w:w="1504"/>
        <w:gridCol w:w="1456"/>
        <w:gridCol w:w="1456"/>
        <w:gridCol w:w="1461"/>
      </w:tblGrid>
      <w:tr w:rsidR="00235A1D" w:rsidRPr="00EB75F0" w14:paraId="3F784610" w14:textId="77777777" w:rsidTr="003F2990">
        <w:trPr>
          <w:cnfStyle w:val="100000000000" w:firstRow="1" w:lastRow="0" w:firstColumn="0" w:lastColumn="0" w:oddVBand="0" w:evenVBand="0" w:oddHBand="0" w:evenHBand="0" w:firstRowFirstColumn="0" w:firstRowLastColumn="0" w:lastRowFirstColumn="0" w:lastRowLastColumn="0"/>
          <w:trHeight w:val="33"/>
          <w:tblHeader/>
        </w:trPr>
        <w:tc>
          <w:tcPr>
            <w:tcW w:w="1449" w:type="dxa"/>
            <w:vAlign w:val="center"/>
            <w:hideMark/>
          </w:tcPr>
          <w:p w14:paraId="225C0FF3" w14:textId="77777777" w:rsidR="00235A1D" w:rsidRPr="00EB75F0" w:rsidRDefault="00235A1D" w:rsidP="00235A1D">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456" w:type="dxa"/>
            <w:vAlign w:val="center"/>
            <w:hideMark/>
          </w:tcPr>
          <w:p w14:paraId="40DCAB0E" w14:textId="77777777" w:rsidR="00235A1D" w:rsidRPr="00EB75F0" w:rsidRDefault="00235A1D" w:rsidP="00235A1D">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589" w:type="dxa"/>
            <w:vAlign w:val="center"/>
            <w:hideMark/>
          </w:tcPr>
          <w:p w14:paraId="6C9B0064" w14:textId="77777777" w:rsidR="00235A1D" w:rsidRPr="00EB75F0" w:rsidRDefault="00235A1D" w:rsidP="00235A1D">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456" w:type="dxa"/>
            <w:vAlign w:val="center"/>
            <w:hideMark/>
          </w:tcPr>
          <w:p w14:paraId="116AE109" w14:textId="77777777" w:rsidR="00235A1D" w:rsidRPr="00EB75F0" w:rsidRDefault="00235A1D" w:rsidP="00235A1D">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324" w:type="dxa"/>
            <w:vAlign w:val="center"/>
          </w:tcPr>
          <w:p w14:paraId="4C47CE8A" w14:textId="77777777" w:rsidR="00235A1D" w:rsidRPr="00EB75F0" w:rsidRDefault="00235A1D" w:rsidP="00235A1D">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Clozapine</w:t>
            </w:r>
          </w:p>
        </w:tc>
        <w:tc>
          <w:tcPr>
            <w:tcW w:w="1541" w:type="dxa"/>
            <w:vAlign w:val="center"/>
            <w:hideMark/>
          </w:tcPr>
          <w:p w14:paraId="79CB6DC7" w14:textId="3E703A1F" w:rsidR="00235A1D" w:rsidRPr="00EB75F0" w:rsidRDefault="009A3ECD" w:rsidP="00235A1D">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504" w:type="dxa"/>
            <w:vAlign w:val="center"/>
            <w:hideMark/>
          </w:tcPr>
          <w:p w14:paraId="0C3F6FD8" w14:textId="77777777" w:rsidR="00235A1D" w:rsidRPr="00EB75F0" w:rsidRDefault="00235A1D" w:rsidP="00235A1D">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456" w:type="dxa"/>
            <w:vAlign w:val="center"/>
            <w:hideMark/>
          </w:tcPr>
          <w:p w14:paraId="78B27161" w14:textId="77777777" w:rsidR="00235A1D" w:rsidRPr="00EB75F0" w:rsidRDefault="00235A1D" w:rsidP="00235A1D">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456" w:type="dxa"/>
            <w:vAlign w:val="center"/>
            <w:hideMark/>
          </w:tcPr>
          <w:p w14:paraId="70B4941D" w14:textId="77777777" w:rsidR="00235A1D" w:rsidRPr="00EB75F0" w:rsidRDefault="00235A1D" w:rsidP="00235A1D">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461" w:type="dxa"/>
            <w:vAlign w:val="center"/>
            <w:hideMark/>
          </w:tcPr>
          <w:p w14:paraId="5AA322BB" w14:textId="77777777" w:rsidR="00235A1D" w:rsidRPr="00EB75F0" w:rsidRDefault="00235A1D" w:rsidP="00235A1D">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235A1D" w:rsidRPr="00EB75F0" w14:paraId="222B56D1" w14:textId="77777777" w:rsidTr="003F2990">
        <w:trPr>
          <w:trHeight w:val="288"/>
        </w:trPr>
        <w:tc>
          <w:tcPr>
            <w:tcW w:w="1449" w:type="dxa"/>
            <w:vAlign w:val="center"/>
            <w:hideMark/>
          </w:tcPr>
          <w:p w14:paraId="04249D65"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456" w:type="dxa"/>
            <w:vAlign w:val="center"/>
          </w:tcPr>
          <w:p w14:paraId="0BB6ED68"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0.71 (0.52 to 1.01)</w:t>
            </w:r>
          </w:p>
        </w:tc>
        <w:tc>
          <w:tcPr>
            <w:tcW w:w="1589" w:type="dxa"/>
            <w:vAlign w:val="center"/>
          </w:tcPr>
          <w:p w14:paraId="03BE6DBA"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0.68 (0.44 to 1.11)</w:t>
            </w:r>
          </w:p>
        </w:tc>
        <w:tc>
          <w:tcPr>
            <w:tcW w:w="1456" w:type="dxa"/>
            <w:vAlign w:val="center"/>
          </w:tcPr>
          <w:p w14:paraId="3B841BDD"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0.75 (0.51 to 1.12)</w:t>
            </w:r>
          </w:p>
        </w:tc>
        <w:tc>
          <w:tcPr>
            <w:tcW w:w="1324" w:type="dxa"/>
            <w:vAlign w:val="center"/>
          </w:tcPr>
          <w:p w14:paraId="562DB5F7"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3.18 (0.63 to 18.87)</w:t>
            </w:r>
          </w:p>
        </w:tc>
        <w:tc>
          <w:tcPr>
            <w:tcW w:w="1541" w:type="dxa"/>
            <w:shd w:val="clear" w:color="auto" w:fill="CFEDFF"/>
            <w:vAlign w:val="center"/>
          </w:tcPr>
          <w:p w14:paraId="32AAA5EA"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1.45 (0.69 to 3.12)</w:t>
            </w:r>
          </w:p>
        </w:tc>
        <w:tc>
          <w:tcPr>
            <w:tcW w:w="1504" w:type="dxa"/>
            <w:vAlign w:val="center"/>
          </w:tcPr>
          <w:p w14:paraId="57ABCC09"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2.48 (0.19 to 72.75)</w:t>
            </w:r>
          </w:p>
        </w:tc>
        <w:tc>
          <w:tcPr>
            <w:tcW w:w="1456" w:type="dxa"/>
            <w:vAlign w:val="center"/>
          </w:tcPr>
          <w:p w14:paraId="74BF60CA"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0.96 (0.6 to 1.5)</w:t>
            </w:r>
          </w:p>
        </w:tc>
        <w:tc>
          <w:tcPr>
            <w:tcW w:w="1456" w:type="dxa"/>
            <w:vAlign w:val="center"/>
          </w:tcPr>
          <w:p w14:paraId="6CF11852"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0.62 (0.35 to 1.06)</w:t>
            </w:r>
          </w:p>
        </w:tc>
        <w:tc>
          <w:tcPr>
            <w:tcW w:w="1461" w:type="dxa"/>
            <w:vAlign w:val="center"/>
          </w:tcPr>
          <w:p w14:paraId="783EF434"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0.83 (0.57 to 1.2)</w:t>
            </w:r>
          </w:p>
        </w:tc>
      </w:tr>
      <w:tr w:rsidR="00235A1D" w:rsidRPr="00EB75F0" w14:paraId="6CCD3768" w14:textId="77777777" w:rsidTr="003F2990">
        <w:trPr>
          <w:trHeight w:val="288"/>
        </w:trPr>
        <w:tc>
          <w:tcPr>
            <w:tcW w:w="1449" w:type="dxa"/>
            <w:vAlign w:val="center"/>
            <w:hideMark/>
          </w:tcPr>
          <w:p w14:paraId="73AE675D"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456" w:type="dxa"/>
            <w:shd w:val="clear" w:color="auto" w:fill="C6C6C6"/>
            <w:noWrap/>
            <w:vAlign w:val="center"/>
          </w:tcPr>
          <w:p w14:paraId="04C05A04"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p>
        </w:tc>
        <w:tc>
          <w:tcPr>
            <w:tcW w:w="1589" w:type="dxa"/>
            <w:vAlign w:val="center"/>
          </w:tcPr>
          <w:p w14:paraId="624A0F69"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0.96 (0.57 to 1.69)</w:t>
            </w:r>
          </w:p>
        </w:tc>
        <w:tc>
          <w:tcPr>
            <w:tcW w:w="1456" w:type="dxa"/>
            <w:vAlign w:val="center"/>
          </w:tcPr>
          <w:p w14:paraId="4E3E25AE"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1.06 (0.65 to 1.67)</w:t>
            </w:r>
          </w:p>
        </w:tc>
        <w:tc>
          <w:tcPr>
            <w:tcW w:w="1324" w:type="dxa"/>
            <w:vAlign w:val="center"/>
          </w:tcPr>
          <w:p w14:paraId="41386BB0"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4.45 (0.85 to 27.14)</w:t>
            </w:r>
          </w:p>
        </w:tc>
        <w:tc>
          <w:tcPr>
            <w:tcW w:w="1541" w:type="dxa"/>
            <w:shd w:val="clear" w:color="auto" w:fill="CFEDFF"/>
            <w:vAlign w:val="center"/>
          </w:tcPr>
          <w:p w14:paraId="2C8812DC"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2.05 (0.89 to 4.65)</w:t>
            </w:r>
          </w:p>
        </w:tc>
        <w:tc>
          <w:tcPr>
            <w:tcW w:w="1504" w:type="dxa"/>
            <w:vAlign w:val="center"/>
          </w:tcPr>
          <w:p w14:paraId="7B48462E"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3.45 (0.27 to 103.41)</w:t>
            </w:r>
          </w:p>
        </w:tc>
        <w:tc>
          <w:tcPr>
            <w:tcW w:w="1456" w:type="dxa"/>
            <w:vAlign w:val="center"/>
          </w:tcPr>
          <w:p w14:paraId="1EB93EC3"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1.35 (0.75 to 2.32)</w:t>
            </w:r>
          </w:p>
        </w:tc>
        <w:tc>
          <w:tcPr>
            <w:tcW w:w="1456" w:type="dxa"/>
            <w:vAlign w:val="center"/>
          </w:tcPr>
          <w:p w14:paraId="43A96F9E"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(0.45 to 1.62)</w:t>
            </w:r>
          </w:p>
        </w:tc>
        <w:tc>
          <w:tcPr>
            <w:tcW w:w="1461" w:type="dxa"/>
            <w:vAlign w:val="center"/>
          </w:tcPr>
          <w:p w14:paraId="562BE3C1"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1.16 (0.73 to 1.86)</w:t>
            </w:r>
          </w:p>
        </w:tc>
      </w:tr>
      <w:tr w:rsidR="00235A1D" w:rsidRPr="00EB75F0" w14:paraId="50BDE707" w14:textId="77777777" w:rsidTr="003F2990">
        <w:trPr>
          <w:trHeight w:val="288"/>
        </w:trPr>
        <w:tc>
          <w:tcPr>
            <w:tcW w:w="1449" w:type="dxa"/>
            <w:vAlign w:val="center"/>
            <w:hideMark/>
          </w:tcPr>
          <w:p w14:paraId="17D377E3"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456" w:type="dxa"/>
            <w:vAlign w:val="center"/>
          </w:tcPr>
          <w:p w14:paraId="26AAF08B"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1.05 (0.59 to 1.76)</w:t>
            </w:r>
          </w:p>
        </w:tc>
        <w:tc>
          <w:tcPr>
            <w:tcW w:w="1589" w:type="dxa"/>
            <w:shd w:val="clear" w:color="auto" w:fill="C6C6C6"/>
            <w:noWrap/>
            <w:vAlign w:val="center"/>
          </w:tcPr>
          <w:p w14:paraId="06DADD5D"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p>
        </w:tc>
        <w:tc>
          <w:tcPr>
            <w:tcW w:w="1456" w:type="dxa"/>
            <w:vAlign w:val="center"/>
          </w:tcPr>
          <w:p w14:paraId="156AFC99"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 (0.59 to 1.96)</w:t>
            </w:r>
          </w:p>
        </w:tc>
        <w:tc>
          <w:tcPr>
            <w:tcW w:w="1324" w:type="dxa"/>
            <w:vAlign w:val="center"/>
          </w:tcPr>
          <w:p w14:paraId="44693BD2"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4.65 (0.85 to 28.58)</w:t>
            </w:r>
          </w:p>
        </w:tc>
        <w:tc>
          <w:tcPr>
            <w:tcW w:w="1541" w:type="dxa"/>
            <w:shd w:val="clear" w:color="auto" w:fill="CFEDFF"/>
            <w:vAlign w:val="center"/>
          </w:tcPr>
          <w:p w14:paraId="1428B0A6"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2.13 (0.86 to 5.19)</w:t>
            </w:r>
          </w:p>
        </w:tc>
        <w:tc>
          <w:tcPr>
            <w:tcW w:w="1504" w:type="dxa"/>
            <w:vAlign w:val="center"/>
          </w:tcPr>
          <w:p w14:paraId="780D7D1C"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3.66 (0.27 to 108.89)</w:t>
            </w:r>
          </w:p>
        </w:tc>
        <w:tc>
          <w:tcPr>
            <w:tcW w:w="1456" w:type="dxa"/>
            <w:vAlign w:val="center"/>
          </w:tcPr>
          <w:p w14:paraId="38858CD7"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1.41 (0.72 to 2.63)</w:t>
            </w:r>
          </w:p>
        </w:tc>
        <w:tc>
          <w:tcPr>
            <w:tcW w:w="1456" w:type="dxa"/>
            <w:vAlign w:val="center"/>
          </w:tcPr>
          <w:p w14:paraId="7678DCB5"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0.91 (0.44 to 1.74)</w:t>
            </w:r>
          </w:p>
        </w:tc>
        <w:tc>
          <w:tcPr>
            <w:tcW w:w="1461" w:type="dxa"/>
            <w:vAlign w:val="center"/>
          </w:tcPr>
          <w:p w14:paraId="15B80C55"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1.21 (0.66 to 2.15)</w:t>
            </w:r>
          </w:p>
        </w:tc>
      </w:tr>
      <w:tr w:rsidR="00235A1D" w:rsidRPr="00EB75F0" w14:paraId="5CC742C1" w14:textId="77777777" w:rsidTr="003F2990">
        <w:trPr>
          <w:trHeight w:val="288"/>
        </w:trPr>
        <w:tc>
          <w:tcPr>
            <w:tcW w:w="1449" w:type="dxa"/>
            <w:vAlign w:val="center"/>
            <w:hideMark/>
          </w:tcPr>
          <w:p w14:paraId="2054E2B1"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456" w:type="dxa"/>
            <w:vAlign w:val="center"/>
          </w:tcPr>
          <w:p w14:paraId="73897065"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0.95 (0.6 to 1.54)</w:t>
            </w:r>
          </w:p>
        </w:tc>
        <w:tc>
          <w:tcPr>
            <w:tcW w:w="1589" w:type="dxa"/>
            <w:vAlign w:val="center"/>
          </w:tcPr>
          <w:p w14:paraId="7AA9D98F"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0.91 (0.51 to 1.7)</w:t>
            </w:r>
          </w:p>
        </w:tc>
        <w:tc>
          <w:tcPr>
            <w:tcW w:w="1456" w:type="dxa"/>
            <w:shd w:val="clear" w:color="auto" w:fill="C6C6C6"/>
            <w:noWrap/>
            <w:vAlign w:val="center"/>
          </w:tcPr>
          <w:p w14:paraId="610C415A"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p>
        </w:tc>
        <w:tc>
          <w:tcPr>
            <w:tcW w:w="1324" w:type="dxa"/>
            <w:vAlign w:val="center"/>
          </w:tcPr>
          <w:p w14:paraId="2E340405"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4.24 (0.81 to 25.94)</w:t>
            </w:r>
          </w:p>
        </w:tc>
        <w:tc>
          <w:tcPr>
            <w:tcW w:w="1541" w:type="dxa"/>
            <w:shd w:val="clear" w:color="auto" w:fill="CFEDFF"/>
            <w:vAlign w:val="center"/>
          </w:tcPr>
          <w:p w14:paraId="1C8B03FE"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1.96 (0.83 to 4.6)</w:t>
            </w:r>
          </w:p>
        </w:tc>
        <w:tc>
          <w:tcPr>
            <w:tcW w:w="1504" w:type="dxa"/>
            <w:vAlign w:val="center"/>
          </w:tcPr>
          <w:p w14:paraId="1C24E863"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3.32 (0.26 to 94.4)</w:t>
            </w:r>
          </w:p>
        </w:tc>
        <w:tc>
          <w:tcPr>
            <w:tcW w:w="1456" w:type="dxa"/>
            <w:vAlign w:val="center"/>
          </w:tcPr>
          <w:p w14:paraId="4EF3F1E2"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1.29 (0.7 to 2.3)</w:t>
            </w:r>
          </w:p>
        </w:tc>
        <w:tc>
          <w:tcPr>
            <w:tcW w:w="1456" w:type="dxa"/>
            <w:vAlign w:val="center"/>
          </w:tcPr>
          <w:p w14:paraId="7F9355B9"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0.83 (0.41 to 1.61)</w:t>
            </w:r>
          </w:p>
        </w:tc>
        <w:tc>
          <w:tcPr>
            <w:tcW w:w="1461" w:type="dxa"/>
            <w:vAlign w:val="center"/>
          </w:tcPr>
          <w:p w14:paraId="524C8641"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1.11 (0.67 to 1.8)</w:t>
            </w:r>
          </w:p>
        </w:tc>
      </w:tr>
      <w:tr w:rsidR="00235A1D" w:rsidRPr="00EB75F0" w14:paraId="3197C9B2" w14:textId="77777777" w:rsidTr="003F2990">
        <w:trPr>
          <w:trHeight w:val="288"/>
        </w:trPr>
        <w:tc>
          <w:tcPr>
            <w:tcW w:w="1449" w:type="dxa"/>
            <w:vAlign w:val="center"/>
          </w:tcPr>
          <w:p w14:paraId="6358C977" w14:textId="4403D7B1"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Clozapine</w:t>
            </w:r>
          </w:p>
        </w:tc>
        <w:tc>
          <w:tcPr>
            <w:tcW w:w="1456" w:type="dxa"/>
            <w:vAlign w:val="center"/>
          </w:tcPr>
          <w:p w14:paraId="6035D4E3"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0.22 (0.04 to 1.17)</w:t>
            </w:r>
          </w:p>
        </w:tc>
        <w:tc>
          <w:tcPr>
            <w:tcW w:w="1589" w:type="dxa"/>
            <w:vAlign w:val="center"/>
          </w:tcPr>
          <w:p w14:paraId="0C34EF92"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0.22 (0.03 to 1.17)</w:t>
            </w:r>
          </w:p>
        </w:tc>
        <w:tc>
          <w:tcPr>
            <w:tcW w:w="1456" w:type="dxa"/>
            <w:noWrap/>
            <w:vAlign w:val="center"/>
          </w:tcPr>
          <w:p w14:paraId="65D7651D"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0.24 (0.04 to 1.24)</w:t>
            </w:r>
          </w:p>
        </w:tc>
        <w:tc>
          <w:tcPr>
            <w:tcW w:w="1324" w:type="dxa"/>
            <w:shd w:val="clear" w:color="auto" w:fill="C6C6C6" w:themeFill="text1" w:themeFillTint="40"/>
            <w:vAlign w:val="center"/>
          </w:tcPr>
          <w:p w14:paraId="134F08C4"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p>
        </w:tc>
        <w:tc>
          <w:tcPr>
            <w:tcW w:w="1541" w:type="dxa"/>
            <w:shd w:val="clear" w:color="auto" w:fill="CFEDFF"/>
            <w:vAlign w:val="center"/>
          </w:tcPr>
          <w:p w14:paraId="5A100B03"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0.45 (0.07 to 2.76)</w:t>
            </w:r>
          </w:p>
        </w:tc>
        <w:tc>
          <w:tcPr>
            <w:tcW w:w="1504" w:type="dxa"/>
            <w:vAlign w:val="center"/>
          </w:tcPr>
          <w:p w14:paraId="34835AB1"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0.83 (0.03 to 30.86)</w:t>
            </w:r>
          </w:p>
        </w:tc>
        <w:tc>
          <w:tcPr>
            <w:tcW w:w="1456" w:type="dxa"/>
            <w:vAlign w:val="center"/>
          </w:tcPr>
          <w:p w14:paraId="2E3B01A8"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 (0.05 to 1.57)</w:t>
            </w:r>
          </w:p>
        </w:tc>
        <w:tc>
          <w:tcPr>
            <w:tcW w:w="1456" w:type="dxa"/>
            <w:vAlign w:val="center"/>
          </w:tcPr>
          <w:p w14:paraId="28BB5D34"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0.19 (0.03 to 1.11)</w:t>
            </w:r>
          </w:p>
        </w:tc>
        <w:tc>
          <w:tcPr>
            <w:tcW w:w="1461" w:type="dxa"/>
            <w:vAlign w:val="center"/>
          </w:tcPr>
          <w:p w14:paraId="36F35F32"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0.26 (0.05 to 1.28)</w:t>
            </w:r>
          </w:p>
        </w:tc>
      </w:tr>
      <w:tr w:rsidR="00235A1D" w:rsidRPr="00EB75F0" w14:paraId="52C25D35" w14:textId="77777777" w:rsidTr="003F2990">
        <w:trPr>
          <w:trHeight w:val="288"/>
        </w:trPr>
        <w:tc>
          <w:tcPr>
            <w:tcW w:w="1449" w:type="dxa"/>
            <w:vAlign w:val="center"/>
            <w:hideMark/>
          </w:tcPr>
          <w:p w14:paraId="272184E9" w14:textId="72729119" w:rsidR="00235A1D" w:rsidRPr="00EB75F0" w:rsidRDefault="009A3ECD" w:rsidP="00235A1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456" w:type="dxa"/>
            <w:vAlign w:val="center"/>
          </w:tcPr>
          <w:p w14:paraId="4BF4B0EA"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0.49 (0.22 to 1.13)</w:t>
            </w:r>
          </w:p>
        </w:tc>
        <w:tc>
          <w:tcPr>
            <w:tcW w:w="1589" w:type="dxa"/>
            <w:vAlign w:val="center"/>
          </w:tcPr>
          <w:p w14:paraId="0533EBC9"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0.47 (0.19 to 1.16)</w:t>
            </w:r>
          </w:p>
        </w:tc>
        <w:tc>
          <w:tcPr>
            <w:tcW w:w="1456" w:type="dxa"/>
            <w:vAlign w:val="center"/>
          </w:tcPr>
          <w:p w14:paraId="33E92B47"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0.51 (0.22 to 1.2)</w:t>
            </w:r>
          </w:p>
        </w:tc>
        <w:tc>
          <w:tcPr>
            <w:tcW w:w="1324" w:type="dxa"/>
            <w:vAlign w:val="center"/>
          </w:tcPr>
          <w:p w14:paraId="132E118C"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2.21 (0.36 to 15.17)</w:t>
            </w:r>
          </w:p>
        </w:tc>
        <w:tc>
          <w:tcPr>
            <w:tcW w:w="1541" w:type="dxa"/>
            <w:shd w:val="clear" w:color="auto" w:fill="C6C6C6"/>
            <w:noWrap/>
            <w:vAlign w:val="center"/>
          </w:tcPr>
          <w:p w14:paraId="6963D7A9"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p>
        </w:tc>
        <w:tc>
          <w:tcPr>
            <w:tcW w:w="1504" w:type="dxa"/>
            <w:vAlign w:val="center"/>
          </w:tcPr>
          <w:p w14:paraId="36556A40"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1.75 (0.12 to 53.29)</w:t>
            </w:r>
          </w:p>
        </w:tc>
        <w:tc>
          <w:tcPr>
            <w:tcW w:w="1456" w:type="dxa"/>
            <w:vAlign w:val="center"/>
          </w:tcPr>
          <w:p w14:paraId="05D9FCC2"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0.66 (0.27 to 1.58)</w:t>
            </w:r>
          </w:p>
        </w:tc>
        <w:tc>
          <w:tcPr>
            <w:tcW w:w="1456" w:type="dxa"/>
            <w:vAlign w:val="center"/>
          </w:tcPr>
          <w:p w14:paraId="16C25A59"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0.43 (0.16 to 1.07)</w:t>
            </w:r>
          </w:p>
        </w:tc>
        <w:tc>
          <w:tcPr>
            <w:tcW w:w="1461" w:type="dxa"/>
            <w:vAlign w:val="center"/>
          </w:tcPr>
          <w:p w14:paraId="3910C0D4"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0.57 (0.24 to 1.31)</w:t>
            </w:r>
          </w:p>
        </w:tc>
      </w:tr>
      <w:tr w:rsidR="00235A1D" w:rsidRPr="00EB75F0" w14:paraId="72FF5D2D" w14:textId="77777777" w:rsidTr="003F2990">
        <w:trPr>
          <w:trHeight w:val="288"/>
        </w:trPr>
        <w:tc>
          <w:tcPr>
            <w:tcW w:w="1449" w:type="dxa"/>
            <w:vAlign w:val="center"/>
            <w:hideMark/>
          </w:tcPr>
          <w:p w14:paraId="057E8C14"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456" w:type="dxa"/>
            <w:vAlign w:val="center"/>
          </w:tcPr>
          <w:p w14:paraId="62D09C3A"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0.29 (0.01 to 3.74)</w:t>
            </w:r>
          </w:p>
        </w:tc>
        <w:tc>
          <w:tcPr>
            <w:tcW w:w="1589" w:type="dxa"/>
            <w:vAlign w:val="center"/>
          </w:tcPr>
          <w:p w14:paraId="7806496A"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0.27 (0.01 to 3.72)</w:t>
            </w:r>
          </w:p>
        </w:tc>
        <w:tc>
          <w:tcPr>
            <w:tcW w:w="1456" w:type="dxa"/>
            <w:vAlign w:val="center"/>
          </w:tcPr>
          <w:p w14:paraId="243B5A60"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 (0.01 to 3.91)</w:t>
            </w:r>
          </w:p>
        </w:tc>
        <w:tc>
          <w:tcPr>
            <w:tcW w:w="1324" w:type="dxa"/>
            <w:vAlign w:val="center"/>
          </w:tcPr>
          <w:p w14:paraId="1406D9E3"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 (0.03 to 30.61)</w:t>
            </w:r>
          </w:p>
        </w:tc>
        <w:tc>
          <w:tcPr>
            <w:tcW w:w="1541" w:type="dxa"/>
            <w:shd w:val="clear" w:color="auto" w:fill="CFEDFF"/>
            <w:vAlign w:val="center"/>
          </w:tcPr>
          <w:p w14:paraId="65E1981A"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0.57 (0.02 to 8.24)</w:t>
            </w:r>
          </w:p>
        </w:tc>
        <w:tc>
          <w:tcPr>
            <w:tcW w:w="1504" w:type="dxa"/>
            <w:shd w:val="clear" w:color="auto" w:fill="C6C6C6"/>
            <w:noWrap/>
            <w:vAlign w:val="center"/>
          </w:tcPr>
          <w:p w14:paraId="1A9517F5"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p>
        </w:tc>
        <w:tc>
          <w:tcPr>
            <w:tcW w:w="1456" w:type="dxa"/>
            <w:vAlign w:val="center"/>
          </w:tcPr>
          <w:p w14:paraId="64C4C4CE"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0.38 (0.01 to 4.92)</w:t>
            </w:r>
          </w:p>
        </w:tc>
        <w:tc>
          <w:tcPr>
            <w:tcW w:w="1456" w:type="dxa"/>
            <w:vAlign w:val="center"/>
          </w:tcPr>
          <w:p w14:paraId="6BBEF284"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0.25 (0.01 to 3.44)</w:t>
            </w:r>
          </w:p>
        </w:tc>
        <w:tc>
          <w:tcPr>
            <w:tcW w:w="1461" w:type="dxa"/>
            <w:vAlign w:val="center"/>
          </w:tcPr>
          <w:p w14:paraId="176AB06F"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0.34 (0.01 to 4.38)</w:t>
            </w:r>
          </w:p>
        </w:tc>
      </w:tr>
      <w:tr w:rsidR="00235A1D" w:rsidRPr="00EB75F0" w14:paraId="0393502A" w14:textId="77777777" w:rsidTr="003F2990">
        <w:trPr>
          <w:trHeight w:val="288"/>
        </w:trPr>
        <w:tc>
          <w:tcPr>
            <w:tcW w:w="1449" w:type="dxa"/>
            <w:vAlign w:val="center"/>
            <w:hideMark/>
          </w:tcPr>
          <w:p w14:paraId="49A672CB"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456" w:type="dxa"/>
            <w:vAlign w:val="center"/>
          </w:tcPr>
          <w:p w14:paraId="118EC1DF"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0.74 (0.43 to 1.33)</w:t>
            </w:r>
          </w:p>
        </w:tc>
        <w:tc>
          <w:tcPr>
            <w:tcW w:w="1589" w:type="dxa"/>
            <w:vAlign w:val="center"/>
          </w:tcPr>
          <w:p w14:paraId="2CB03F9C"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0.71 (0.38 to 1.39)</w:t>
            </w:r>
          </w:p>
        </w:tc>
        <w:tc>
          <w:tcPr>
            <w:tcW w:w="1456" w:type="dxa"/>
            <w:vAlign w:val="center"/>
          </w:tcPr>
          <w:p w14:paraId="008514F9"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0.78 (0.44 to 1.43)</w:t>
            </w:r>
          </w:p>
        </w:tc>
        <w:tc>
          <w:tcPr>
            <w:tcW w:w="1324" w:type="dxa"/>
            <w:vAlign w:val="center"/>
          </w:tcPr>
          <w:p w14:paraId="0C824B02"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3.3 (0.64 to 20.21)</w:t>
            </w:r>
          </w:p>
        </w:tc>
        <w:tc>
          <w:tcPr>
            <w:tcW w:w="1541" w:type="dxa"/>
            <w:shd w:val="clear" w:color="auto" w:fill="CFEDFF"/>
            <w:vAlign w:val="center"/>
          </w:tcPr>
          <w:p w14:paraId="7D844831"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1.52 (0.63 to 3.69)</w:t>
            </w:r>
          </w:p>
        </w:tc>
        <w:tc>
          <w:tcPr>
            <w:tcW w:w="1504" w:type="dxa"/>
            <w:vAlign w:val="center"/>
          </w:tcPr>
          <w:p w14:paraId="56D27B8B"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2.65 (0.2 to 76.45)</w:t>
            </w:r>
          </w:p>
        </w:tc>
        <w:tc>
          <w:tcPr>
            <w:tcW w:w="1456" w:type="dxa"/>
            <w:shd w:val="clear" w:color="auto" w:fill="C6C6C6"/>
            <w:noWrap/>
            <w:vAlign w:val="center"/>
          </w:tcPr>
          <w:p w14:paraId="63DA6FC4"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p>
        </w:tc>
        <w:tc>
          <w:tcPr>
            <w:tcW w:w="1456" w:type="dxa"/>
            <w:vAlign w:val="center"/>
          </w:tcPr>
          <w:p w14:paraId="4DFE9E19" w14:textId="77777777"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0.65 (0.32 to 1.31)</w:t>
            </w:r>
          </w:p>
        </w:tc>
        <w:tc>
          <w:tcPr>
            <w:tcW w:w="1461" w:type="dxa"/>
            <w:vAlign w:val="center"/>
          </w:tcPr>
          <w:p w14:paraId="3C041480" w14:textId="77777777" w:rsidR="00235A1D" w:rsidRPr="00EB75F0" w:rsidRDefault="00235A1D" w:rsidP="00235A1D">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0.86 (0.49 to 1.56)</w:t>
            </w:r>
          </w:p>
        </w:tc>
      </w:tr>
      <w:tr w:rsidR="00235A1D" w:rsidRPr="00EB75F0" w14:paraId="44B21716" w14:textId="77777777" w:rsidTr="003F2990">
        <w:trPr>
          <w:trHeight w:val="288"/>
        </w:trPr>
        <w:tc>
          <w:tcPr>
            <w:tcW w:w="1449" w:type="dxa"/>
            <w:vAlign w:val="center"/>
            <w:hideMark/>
          </w:tcPr>
          <w:p w14:paraId="457710AF" w14:textId="77777777" w:rsidR="00235A1D" w:rsidRPr="00EB75F0" w:rsidRDefault="00235A1D" w:rsidP="00235A1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456" w:type="dxa"/>
            <w:vAlign w:val="center"/>
          </w:tcPr>
          <w:p w14:paraId="03C7D09C" w14:textId="77777777" w:rsidR="00235A1D" w:rsidRPr="00EB75F0" w:rsidRDefault="00235A1D" w:rsidP="00235A1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1.14 (0.62 to 2.21)</w:t>
            </w:r>
          </w:p>
        </w:tc>
        <w:tc>
          <w:tcPr>
            <w:tcW w:w="1589" w:type="dxa"/>
            <w:vAlign w:val="center"/>
          </w:tcPr>
          <w:p w14:paraId="239AABA4" w14:textId="77777777" w:rsidR="00235A1D" w:rsidRPr="00EB75F0" w:rsidRDefault="00235A1D" w:rsidP="00235A1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 (0.58 to 2.25)</w:t>
            </w:r>
          </w:p>
        </w:tc>
        <w:tc>
          <w:tcPr>
            <w:tcW w:w="1456" w:type="dxa"/>
            <w:vAlign w:val="center"/>
          </w:tcPr>
          <w:p w14:paraId="7FB78A8A" w14:textId="77777777" w:rsidR="00235A1D" w:rsidRPr="00EB75F0" w:rsidRDefault="00235A1D" w:rsidP="00235A1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 (0.62 to 2.43)</w:t>
            </w:r>
          </w:p>
        </w:tc>
        <w:tc>
          <w:tcPr>
            <w:tcW w:w="1324" w:type="dxa"/>
            <w:vAlign w:val="center"/>
          </w:tcPr>
          <w:p w14:paraId="3F4AD9C7" w14:textId="77777777" w:rsidR="00235A1D" w:rsidRPr="00EB75F0" w:rsidRDefault="00235A1D" w:rsidP="00235A1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5.13 (0.9 to 33.17)</w:t>
            </w:r>
          </w:p>
        </w:tc>
        <w:tc>
          <w:tcPr>
            <w:tcW w:w="1541" w:type="dxa"/>
            <w:shd w:val="clear" w:color="auto" w:fill="CFEDFF"/>
            <w:vAlign w:val="center"/>
          </w:tcPr>
          <w:p w14:paraId="359174B2" w14:textId="77777777" w:rsidR="00235A1D" w:rsidRPr="00EB75F0" w:rsidRDefault="00235A1D" w:rsidP="00235A1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2.35 (0.94 to 6.17)</w:t>
            </w:r>
          </w:p>
        </w:tc>
        <w:tc>
          <w:tcPr>
            <w:tcW w:w="1504" w:type="dxa"/>
            <w:vAlign w:val="center"/>
          </w:tcPr>
          <w:p w14:paraId="28369C7E" w14:textId="77777777" w:rsidR="00235A1D" w:rsidRPr="00EB75F0" w:rsidRDefault="00235A1D" w:rsidP="00235A1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4.06 (0.29 to 121.46)</w:t>
            </w:r>
          </w:p>
        </w:tc>
        <w:tc>
          <w:tcPr>
            <w:tcW w:w="1456" w:type="dxa"/>
            <w:vAlign w:val="center"/>
          </w:tcPr>
          <w:p w14:paraId="521E60B8" w14:textId="77777777" w:rsidR="00235A1D" w:rsidRPr="00EB75F0" w:rsidRDefault="00235A1D" w:rsidP="00235A1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1.55 (0.77 to 3.14)</w:t>
            </w:r>
          </w:p>
        </w:tc>
        <w:tc>
          <w:tcPr>
            <w:tcW w:w="1456" w:type="dxa"/>
            <w:shd w:val="clear" w:color="auto" w:fill="C6C6C6"/>
            <w:noWrap/>
            <w:vAlign w:val="center"/>
          </w:tcPr>
          <w:p w14:paraId="72714F9A" w14:textId="77777777" w:rsidR="00235A1D" w:rsidRPr="00EB75F0" w:rsidRDefault="00235A1D" w:rsidP="00235A1D">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461" w:type="dxa"/>
            <w:vAlign w:val="center"/>
          </w:tcPr>
          <w:p w14:paraId="0007C235" w14:textId="77777777" w:rsidR="00235A1D" w:rsidRPr="00EB75F0" w:rsidRDefault="00235A1D" w:rsidP="00235A1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1.33 (0.69 to 2.63)</w:t>
            </w:r>
          </w:p>
        </w:tc>
      </w:tr>
      <w:tr w:rsidR="00235A1D" w:rsidRPr="00EB75F0" w14:paraId="45038043" w14:textId="77777777" w:rsidTr="003F2990">
        <w:trPr>
          <w:trHeight w:val="288"/>
        </w:trPr>
        <w:tc>
          <w:tcPr>
            <w:tcW w:w="1449" w:type="dxa"/>
            <w:vAlign w:val="center"/>
            <w:hideMark/>
          </w:tcPr>
          <w:p w14:paraId="7F2C8ACB" w14:textId="77777777" w:rsidR="00235A1D" w:rsidRPr="00EB75F0" w:rsidRDefault="00235A1D" w:rsidP="00235A1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456" w:type="dxa"/>
            <w:vAlign w:val="center"/>
          </w:tcPr>
          <w:p w14:paraId="6AD5997C" w14:textId="77777777" w:rsidR="00235A1D" w:rsidRPr="00EB75F0" w:rsidRDefault="00235A1D" w:rsidP="00235A1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0.86 (0.54 to 1.37)</w:t>
            </w:r>
          </w:p>
        </w:tc>
        <w:tc>
          <w:tcPr>
            <w:tcW w:w="1589" w:type="dxa"/>
            <w:vAlign w:val="center"/>
          </w:tcPr>
          <w:p w14:paraId="1F6E211C" w14:textId="77777777" w:rsidR="00235A1D" w:rsidRPr="00EB75F0" w:rsidRDefault="00235A1D" w:rsidP="00235A1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0.83 (0.47 to 1.52)</w:t>
            </w:r>
          </w:p>
        </w:tc>
        <w:tc>
          <w:tcPr>
            <w:tcW w:w="1456" w:type="dxa"/>
            <w:vAlign w:val="center"/>
          </w:tcPr>
          <w:p w14:paraId="5EF8FAC6" w14:textId="77777777" w:rsidR="00235A1D" w:rsidRPr="00EB75F0" w:rsidRDefault="00235A1D" w:rsidP="00235A1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 (0.55 to 1.5)</w:t>
            </w:r>
          </w:p>
        </w:tc>
        <w:tc>
          <w:tcPr>
            <w:tcW w:w="1324" w:type="dxa"/>
            <w:vAlign w:val="center"/>
          </w:tcPr>
          <w:p w14:paraId="10B96256" w14:textId="77777777" w:rsidR="00235A1D" w:rsidRPr="00EB75F0" w:rsidRDefault="00235A1D" w:rsidP="00235A1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3.83 (0.78 to 21.97)</w:t>
            </w:r>
          </w:p>
        </w:tc>
        <w:tc>
          <w:tcPr>
            <w:tcW w:w="1541" w:type="dxa"/>
            <w:shd w:val="clear" w:color="auto" w:fill="CFEDFF"/>
            <w:vAlign w:val="center"/>
          </w:tcPr>
          <w:p w14:paraId="32FE4001" w14:textId="77777777" w:rsidR="00235A1D" w:rsidRPr="00EB75F0" w:rsidRDefault="00235A1D" w:rsidP="00235A1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1.76 (0.77 to 4.17)</w:t>
            </w:r>
          </w:p>
        </w:tc>
        <w:tc>
          <w:tcPr>
            <w:tcW w:w="1504" w:type="dxa"/>
            <w:vAlign w:val="center"/>
          </w:tcPr>
          <w:p w14:paraId="5EEA3A22" w14:textId="77777777" w:rsidR="00235A1D" w:rsidRPr="00EB75F0" w:rsidRDefault="00235A1D" w:rsidP="00235A1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2.98 (0.23 to 87.39)</w:t>
            </w:r>
          </w:p>
        </w:tc>
        <w:tc>
          <w:tcPr>
            <w:tcW w:w="1456" w:type="dxa"/>
            <w:vAlign w:val="center"/>
          </w:tcPr>
          <w:p w14:paraId="5AC50709" w14:textId="77777777" w:rsidR="00235A1D" w:rsidRPr="00EB75F0" w:rsidRDefault="00235A1D" w:rsidP="00235A1D">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1.16 (0.64 to 2.03)</w:t>
            </w:r>
          </w:p>
        </w:tc>
        <w:tc>
          <w:tcPr>
            <w:tcW w:w="1456" w:type="dxa"/>
            <w:vAlign w:val="center"/>
          </w:tcPr>
          <w:p w14:paraId="53ABD88F" w14:textId="77777777" w:rsidR="00235A1D" w:rsidRPr="00EB75F0" w:rsidRDefault="00235A1D" w:rsidP="00235A1D">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0.75 (0.38 to 1.45)</w:t>
            </w:r>
          </w:p>
        </w:tc>
        <w:tc>
          <w:tcPr>
            <w:tcW w:w="1461" w:type="dxa"/>
            <w:shd w:val="clear" w:color="auto" w:fill="C6C6C6"/>
            <w:noWrap/>
            <w:vAlign w:val="center"/>
          </w:tcPr>
          <w:p w14:paraId="029FBC32" w14:textId="77777777" w:rsidR="00235A1D" w:rsidRPr="00EB75F0" w:rsidRDefault="00235A1D" w:rsidP="00235A1D">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235A1D" w:rsidRPr="00EB75F0" w14:paraId="1E743F33" w14:textId="77777777" w:rsidTr="00235A1D">
        <w:trPr>
          <w:trHeight w:val="115"/>
        </w:trPr>
        <w:tc>
          <w:tcPr>
            <w:tcW w:w="14692" w:type="dxa"/>
            <w:gridSpan w:val="10"/>
            <w:vAlign w:val="center"/>
          </w:tcPr>
          <w:p w14:paraId="325C69BA" w14:textId="3035641E" w:rsidR="00235A1D" w:rsidRPr="00EB75F0" w:rsidRDefault="00235A1D" w:rsidP="00235A1D">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credible interval; OR, odds ratio</w:t>
            </w:r>
            <w:r w:rsidR="003F2990"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3F2990" w:rsidRPr="00EB75F0">
              <w:rPr>
                <w:rFonts w:asciiTheme="majorHAnsi" w:eastAsia="Times New Roman" w:hAnsiTheme="majorHAnsi" w:cstheme="majorHAnsi"/>
                <w:color w:val="000000"/>
                <w:sz w:val="16"/>
                <w:szCs w:val="16"/>
                <w:lang w:eastAsia="zh-TW"/>
              </w:rPr>
              <w:t xml:space="preserve">, </w:t>
            </w:r>
            <w:proofErr w:type="spellStart"/>
            <w:r w:rsidR="003F2990" w:rsidRPr="00EB75F0">
              <w:rPr>
                <w:rFonts w:asciiTheme="majorHAnsi" w:hAnsiTheme="majorHAnsi" w:cstheme="majorHAnsi"/>
                <w:sz w:val="16"/>
                <w:szCs w:val="16"/>
              </w:rPr>
              <w:t>xanomeline</w:t>
            </w:r>
            <w:proofErr w:type="spellEnd"/>
            <w:r w:rsidR="003F2990" w:rsidRPr="00EB75F0">
              <w:rPr>
                <w:rFonts w:asciiTheme="majorHAnsi" w:hAnsiTheme="majorHAnsi" w:cstheme="majorHAnsi"/>
                <w:sz w:val="16"/>
                <w:szCs w:val="16"/>
              </w:rPr>
              <w:t>/</w:t>
            </w:r>
            <w:proofErr w:type="spellStart"/>
            <w:r w:rsidR="003F2990" w:rsidRPr="00EB75F0">
              <w:rPr>
                <w:rFonts w:asciiTheme="majorHAnsi" w:hAnsiTheme="majorHAnsi" w:cstheme="majorHAnsi"/>
                <w:sz w:val="16"/>
                <w:szCs w:val="16"/>
              </w:rPr>
              <w:t>trospium</w:t>
            </w:r>
            <w:proofErr w:type="spellEnd"/>
            <w:r w:rsidR="003F2990" w:rsidRPr="00EB75F0">
              <w:rPr>
                <w:rFonts w:asciiTheme="majorHAnsi" w:hAnsiTheme="majorHAnsi" w:cstheme="majorHAnsi"/>
                <w:sz w:val="16"/>
                <w:szCs w:val="16"/>
              </w:rPr>
              <w:t xml:space="preserve"> chloride</w:t>
            </w:r>
          </w:p>
          <w:p w14:paraId="1E50D7D1" w14:textId="0B4EAC71" w:rsidR="00235A1D" w:rsidRPr="00EB75F0" w:rsidRDefault="00235A1D" w:rsidP="00235A1D">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3F2990" w:rsidRPr="00EB75F0">
              <w:rPr>
                <w:rFonts w:asciiTheme="majorHAnsi" w:hAnsiTheme="majorHAnsi" w:cstheme="majorHAnsi"/>
                <w:sz w:val="16"/>
                <w:szCs w:val="16"/>
              </w:rPr>
              <w:t xml:space="preserve"> </w:t>
            </w:r>
            <w:r w:rsidRPr="00EB75F0">
              <w:rPr>
                <w:rFonts w:asciiTheme="majorHAnsi" w:hAnsiTheme="majorHAnsi" w:cstheme="majorHAnsi"/>
                <w:sz w:val="16"/>
                <w:szCs w:val="16"/>
              </w:rPr>
              <w:t xml:space="preserve">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16DF20F2" w14:textId="77777777" w:rsidR="008D31D0" w:rsidRPr="00EB75F0" w:rsidRDefault="008D31D0">
      <w:pPr>
        <w:spacing w:before="0" w:after="200" w:line="276" w:lineRule="auto"/>
      </w:pPr>
    </w:p>
    <w:p w14:paraId="4A32FF3C" w14:textId="77777777" w:rsidR="00C74681" w:rsidRPr="00EB75F0" w:rsidRDefault="00C74681">
      <w:pPr>
        <w:spacing w:before="0" w:after="200" w:line="276" w:lineRule="auto"/>
      </w:pPr>
    </w:p>
    <w:p w14:paraId="2F51CDCF" w14:textId="77777777" w:rsidR="00C74681" w:rsidRPr="00EB75F0" w:rsidRDefault="00C74681">
      <w:pPr>
        <w:spacing w:before="0" w:after="200" w:line="276" w:lineRule="auto"/>
        <w:sectPr w:rsidR="00C74681" w:rsidRPr="00EB75F0" w:rsidSect="00C74681">
          <w:pgSz w:w="16838" w:h="11906" w:orient="landscape"/>
          <w:pgMar w:top="1134" w:right="1134" w:bottom="1134" w:left="1134" w:header="567" w:footer="567" w:gutter="0"/>
          <w:cols w:space="708"/>
          <w:docGrid w:linePitch="360"/>
        </w:sectPr>
      </w:pPr>
    </w:p>
    <w:p w14:paraId="2388B01A" w14:textId="3F92BBE1" w:rsidR="00AF41D8" w:rsidRDefault="00AF41D8">
      <w:pPr>
        <w:pStyle w:val="Heading3"/>
      </w:pPr>
      <w:r w:rsidRPr="00AF41D8">
        <w:lastRenderedPageBreak/>
        <w:t xml:space="preserve">Figure </w:t>
      </w:r>
      <w:r w:rsidR="00DA5F86">
        <w:t>S</w:t>
      </w:r>
      <w:fldSimple w:instr=" SEQ Figure \* ARABIC ">
        <w:r w:rsidR="004B2F28">
          <w:rPr>
            <w:noProof/>
          </w:rPr>
          <w:t>81</w:t>
        </w:r>
      </w:fldSimple>
      <w:r w:rsidRPr="00AF41D8">
        <w:t xml:space="preserve">: </w:t>
      </w:r>
      <w:r w:rsidR="00B204D2" w:rsidRPr="00EB75F0">
        <w:t xml:space="preserve">Discontinuation due to adverse events </w:t>
      </w:r>
      <w:r w:rsidRPr="00EB75F0">
        <w:t>–</w:t>
      </w:r>
      <w:r>
        <w:t xml:space="preserve"> C</w:t>
      </w:r>
      <w:r w:rsidRPr="007F6A73">
        <w:t>omparison-adjusted funnel plot</w:t>
      </w:r>
      <w:r w:rsidRPr="00EB75F0">
        <w:t xml:space="preserve"> </w:t>
      </w:r>
      <w:r w:rsidRPr="007F6A73">
        <w:t>–</w:t>
      </w:r>
      <w:r>
        <w:t xml:space="preserve"> </w:t>
      </w:r>
      <w:r w:rsidRPr="00EB75F0">
        <w:t>random-effects model, base case network</w:t>
      </w:r>
      <w:r w:rsidRPr="007F6A73">
        <w:t xml:space="preserve"> </w:t>
      </w:r>
      <w:r>
        <w:rPr>
          <w:noProof/>
        </w:rPr>
        <w:drawing>
          <wp:inline distT="0" distB="0" distL="0" distR="0" wp14:anchorId="08FF5C10" wp14:editId="471354DD">
            <wp:extent cx="6120765" cy="3268365"/>
            <wp:effectExtent l="0" t="0" r="0" b="8255"/>
            <wp:docPr id="146065416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2" cstate="print">
                      <a:extLst>
                        <a:ext uri="{28A0092B-C50C-407E-A947-70E740481C1C}">
                          <a14:useLocalDpi xmlns:a14="http://schemas.microsoft.com/office/drawing/2010/main"/>
                        </a:ext>
                      </a:extLst>
                    </a:blip>
                    <a:srcRect/>
                    <a:stretch>
                      <a:fillRect/>
                    </a:stretch>
                  </pic:blipFill>
                  <pic:spPr bwMode="auto">
                    <a:xfrm>
                      <a:off x="0" y="0"/>
                      <a:ext cx="6120765" cy="3268365"/>
                    </a:xfrm>
                    <a:prstGeom prst="rect">
                      <a:avLst/>
                    </a:prstGeom>
                    <a:noFill/>
                    <a:ln>
                      <a:noFill/>
                    </a:ln>
                    <a:extLst>
                      <a:ext uri="{53640926-AAD7-44D8-BBD7-CCE9431645EC}">
                        <a14:shadowObscured xmlns:a14="http://schemas.microsoft.com/office/drawing/2010/main"/>
                      </a:ext>
                    </a:extLst>
                  </pic:spPr>
                </pic:pic>
              </a:graphicData>
            </a:graphic>
          </wp:inline>
        </w:drawing>
      </w:r>
    </w:p>
    <w:p w14:paraId="35E46838" w14:textId="610CF421" w:rsidR="001754E4" w:rsidRDefault="001754E4" w:rsidP="001754E4">
      <w:pPr>
        <w:pStyle w:val="Heading3"/>
      </w:pPr>
      <w:r w:rsidRPr="00AF41D8">
        <w:t xml:space="preserve">Figure </w:t>
      </w:r>
      <w:r>
        <w:t>S</w:t>
      </w:r>
      <w:fldSimple w:instr=" SEQ Figure \* ARABIC ">
        <w:r w:rsidR="004B2F28">
          <w:rPr>
            <w:noProof/>
          </w:rPr>
          <w:t>82</w:t>
        </w:r>
      </w:fldSimple>
      <w:r w:rsidRPr="00AF41D8">
        <w:t xml:space="preserve">: </w:t>
      </w:r>
      <w:r w:rsidRPr="00EB75F0">
        <w:t>Discontinuation due to adverse events –</w:t>
      </w:r>
      <w:r>
        <w:t xml:space="preserve"> C</w:t>
      </w:r>
      <w:r w:rsidRPr="007F6A73">
        <w:t>omparison-adjusted funnel plot</w:t>
      </w:r>
      <w:r w:rsidRPr="00EB75F0">
        <w:t xml:space="preserve"> </w:t>
      </w:r>
      <w:r w:rsidRPr="007F6A73">
        <w:t>–</w:t>
      </w:r>
      <w:r>
        <w:t xml:space="preserve"> </w:t>
      </w:r>
      <w:r w:rsidR="00E32104">
        <w:t>fixed</w:t>
      </w:r>
      <w:r w:rsidRPr="00EB75F0">
        <w:t>-effects model, base case network</w:t>
      </w:r>
      <w:r w:rsidRPr="007F6A73">
        <w:t xml:space="preserve"> </w:t>
      </w:r>
      <w:r>
        <w:rPr>
          <w:noProof/>
        </w:rPr>
        <w:drawing>
          <wp:inline distT="0" distB="0" distL="0" distR="0" wp14:anchorId="167EEBA9" wp14:editId="0D69F93F">
            <wp:extent cx="6120765" cy="3268365"/>
            <wp:effectExtent l="0" t="0" r="0" b="8255"/>
            <wp:docPr id="9845209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20994" name="Picture 17"/>
                    <pic:cNvPicPr>
                      <a:picLocks noChangeAspect="1" noChangeArrowheads="1"/>
                    </pic:cNvPicPr>
                  </pic:nvPicPr>
                  <pic:blipFill rotWithShape="1">
                    <a:blip r:embed="rId103" cstate="print">
                      <a:extLst>
                        <a:ext uri="{28A0092B-C50C-407E-A947-70E740481C1C}">
                          <a14:useLocalDpi xmlns:a14="http://schemas.microsoft.com/office/drawing/2010/main"/>
                        </a:ext>
                      </a:extLst>
                    </a:blip>
                    <a:srcRect l="-1" t="11005" r="1"/>
                    <a:stretch>
                      <a:fillRect/>
                    </a:stretch>
                  </pic:blipFill>
                  <pic:spPr bwMode="auto">
                    <a:xfrm>
                      <a:off x="0" y="0"/>
                      <a:ext cx="6120765" cy="3268365"/>
                    </a:xfrm>
                    <a:prstGeom prst="rect">
                      <a:avLst/>
                    </a:prstGeom>
                    <a:noFill/>
                    <a:ln>
                      <a:noFill/>
                    </a:ln>
                    <a:extLst>
                      <a:ext uri="{53640926-AAD7-44D8-BBD7-CCE9431645EC}">
                        <a14:shadowObscured xmlns:a14="http://schemas.microsoft.com/office/drawing/2010/main"/>
                      </a:ext>
                    </a:extLst>
                  </pic:spPr>
                </pic:pic>
              </a:graphicData>
            </a:graphic>
          </wp:inline>
        </w:drawing>
      </w:r>
    </w:p>
    <w:p w14:paraId="35526B20" w14:textId="7927DF0D" w:rsidR="001754E4" w:rsidRDefault="00E32104">
      <w:pPr>
        <w:pStyle w:val="Heading3"/>
      </w:pPr>
      <w:r w:rsidRPr="00AF41D8">
        <w:t xml:space="preserve">Figure </w:t>
      </w:r>
      <w:r>
        <w:t>S</w:t>
      </w:r>
      <w:fldSimple w:instr=" SEQ Figure \* ARABIC ">
        <w:r w:rsidR="004B2F28">
          <w:rPr>
            <w:noProof/>
          </w:rPr>
          <w:t>83</w:t>
        </w:r>
      </w:fldSimple>
      <w:r w:rsidRPr="00AF41D8">
        <w:t xml:space="preserve">: </w:t>
      </w:r>
      <w:r w:rsidRPr="00EB75F0">
        <w:t>Discontinuation due to adverse events –</w:t>
      </w:r>
      <w:r>
        <w:t xml:space="preserve"> C</w:t>
      </w:r>
      <w:r w:rsidRPr="007F6A73">
        <w:t>omparison-adjusted funnel plot</w:t>
      </w:r>
      <w:r w:rsidRPr="00EB75F0">
        <w:t xml:space="preserve"> </w:t>
      </w:r>
      <w:r w:rsidRPr="007F6A73">
        <w:t>–</w:t>
      </w:r>
      <w:r>
        <w:t xml:space="preserve"> </w:t>
      </w:r>
      <w:r w:rsidRPr="00EB75F0">
        <w:t xml:space="preserve">random-effects model, </w:t>
      </w:r>
      <w:r w:rsidR="00A036E7" w:rsidRPr="00EB75F0">
        <w:t xml:space="preserve">sensitivity analysis excluding studies with predominantly Asian </w:t>
      </w:r>
      <w:r w:rsidR="00A036E7" w:rsidRPr="00EB75F0">
        <w:lastRenderedPageBreak/>
        <w:t>populations</w:t>
      </w:r>
      <w:r>
        <w:rPr>
          <w:noProof/>
        </w:rPr>
        <w:drawing>
          <wp:inline distT="0" distB="0" distL="0" distR="0" wp14:anchorId="3B2E28A4" wp14:editId="49A601A4">
            <wp:extent cx="6120765" cy="3268365"/>
            <wp:effectExtent l="0" t="0" r="0" b="8255"/>
            <wp:docPr id="9396941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694177" name="Picture 17"/>
                    <pic:cNvPicPr>
                      <a:picLocks noChangeAspect="1" noChangeArrowheads="1"/>
                    </pic:cNvPicPr>
                  </pic:nvPicPr>
                  <pic:blipFill rotWithShape="1">
                    <a:blip r:embed="rId104" cstate="print">
                      <a:extLst>
                        <a:ext uri="{28A0092B-C50C-407E-A947-70E740481C1C}">
                          <a14:useLocalDpi xmlns:a14="http://schemas.microsoft.com/office/drawing/2010/main"/>
                        </a:ext>
                      </a:extLst>
                    </a:blip>
                    <a:srcRect t="11005"/>
                    <a:stretch>
                      <a:fillRect/>
                    </a:stretch>
                  </pic:blipFill>
                  <pic:spPr bwMode="auto">
                    <a:xfrm>
                      <a:off x="0" y="0"/>
                      <a:ext cx="6120765" cy="3268365"/>
                    </a:xfrm>
                    <a:prstGeom prst="rect">
                      <a:avLst/>
                    </a:prstGeom>
                    <a:noFill/>
                    <a:ln>
                      <a:noFill/>
                    </a:ln>
                    <a:extLst>
                      <a:ext uri="{53640926-AAD7-44D8-BBD7-CCE9431645EC}">
                        <a14:shadowObscured xmlns:a14="http://schemas.microsoft.com/office/drawing/2010/main"/>
                      </a:ext>
                    </a:extLst>
                  </pic:spPr>
                </pic:pic>
              </a:graphicData>
            </a:graphic>
          </wp:inline>
        </w:drawing>
      </w:r>
    </w:p>
    <w:p w14:paraId="7F47BAA3" w14:textId="1C3D10AC" w:rsidR="00037A70" w:rsidRPr="00541089" w:rsidRDefault="00965EFD" w:rsidP="00D44A32">
      <w:pPr>
        <w:pStyle w:val="Heading2"/>
      </w:pPr>
      <w:r w:rsidRPr="00541089">
        <w:t>≥ 7% increase in weight</w:t>
      </w:r>
    </w:p>
    <w:p w14:paraId="5E4C753A" w14:textId="7001B937" w:rsidR="00D44A32" w:rsidRPr="00EB75F0" w:rsidRDefault="00A06AE8" w:rsidP="00434B93">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37</w:t>
        </w:r>
      </w:fldSimple>
      <w:r w:rsidR="00D44A32" w:rsidRPr="00EB75F0">
        <w:t>: ≥7% increase in weight – comparison of NMA results from base case and sensitivity analyses</w:t>
      </w:r>
    </w:p>
    <w:tbl>
      <w:tblPr>
        <w:tblStyle w:val="Table"/>
        <w:tblW w:w="5006" w:type="pct"/>
        <w:tblInd w:w="-5"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930"/>
        <w:gridCol w:w="1924"/>
        <w:gridCol w:w="1953"/>
        <w:gridCol w:w="1926"/>
        <w:gridCol w:w="1907"/>
      </w:tblGrid>
      <w:tr w:rsidR="00D44A32" w:rsidRPr="00EB75F0" w14:paraId="16432EA7" w14:textId="77777777" w:rsidTr="001A27F4">
        <w:trPr>
          <w:trHeight w:val="58"/>
          <w:tblHeader/>
        </w:trPr>
        <w:tc>
          <w:tcPr>
            <w:tcW w:w="1001" w:type="pct"/>
            <w:vMerge w:val="restart"/>
            <w:tcBorders>
              <w:top w:val="single" w:sz="4" w:space="0" w:color="000000"/>
              <w:left w:val="single" w:sz="4" w:space="0" w:color="000000"/>
              <w:bottom w:val="single" w:sz="4" w:space="0" w:color="000000"/>
              <w:right w:val="single" w:sz="4" w:space="0" w:color="000000"/>
            </w:tcBorders>
            <w:shd w:val="clear" w:color="auto" w:fill="001B2B"/>
            <w:vAlign w:val="center"/>
          </w:tcPr>
          <w:p w14:paraId="7DD00A81" w14:textId="77777777" w:rsidR="00D44A32" w:rsidRPr="00EB75F0" w:rsidRDefault="00D44A32" w:rsidP="00C32B29">
            <w:pPr>
              <w:pStyle w:val="TableText"/>
              <w:spacing w:before="48" w:after="48"/>
              <w:rPr>
                <w:color w:val="FFFFFF"/>
                <w:sz w:val="18"/>
              </w:rPr>
            </w:pPr>
            <w:r w:rsidRPr="00EB75F0">
              <w:rPr>
                <w:color w:val="FFFFFF"/>
                <w:sz w:val="18"/>
              </w:rPr>
              <w:t>Treatment</w:t>
            </w:r>
          </w:p>
        </w:tc>
        <w:tc>
          <w:tcPr>
            <w:tcW w:w="3999" w:type="pct"/>
            <w:gridSpan w:val="4"/>
            <w:tcBorders>
              <w:top w:val="single" w:sz="4" w:space="0" w:color="000000"/>
              <w:left w:val="single" w:sz="4" w:space="0" w:color="000000"/>
              <w:bottom w:val="single" w:sz="4" w:space="0" w:color="000000"/>
              <w:right w:val="single" w:sz="4" w:space="0" w:color="000000"/>
            </w:tcBorders>
            <w:shd w:val="clear" w:color="auto" w:fill="001B2B"/>
            <w:vAlign w:val="center"/>
          </w:tcPr>
          <w:p w14:paraId="312FEA7B" w14:textId="77777777" w:rsidR="00D44A32" w:rsidRPr="00EB75F0" w:rsidRDefault="00D44A32" w:rsidP="00C32B29">
            <w:pPr>
              <w:pStyle w:val="TableText"/>
              <w:spacing w:before="48" w:after="48"/>
              <w:rPr>
                <w:color w:val="FFFFFF"/>
                <w:sz w:val="18"/>
              </w:rPr>
            </w:pPr>
            <w:r w:rsidRPr="00EB75F0">
              <w:rPr>
                <w:color w:val="FFFFFF"/>
                <w:sz w:val="18"/>
              </w:rPr>
              <w:t xml:space="preserve">OR Treatment versus Placebo (95% </w:t>
            </w:r>
            <w:proofErr w:type="spellStart"/>
            <w:r w:rsidRPr="00EB75F0">
              <w:rPr>
                <w:color w:val="FFFFFF"/>
                <w:sz w:val="18"/>
              </w:rPr>
              <w:t>CrI</w:t>
            </w:r>
            <w:proofErr w:type="spellEnd"/>
            <w:r w:rsidRPr="00EB75F0">
              <w:rPr>
                <w:color w:val="FFFFFF"/>
                <w:sz w:val="18"/>
              </w:rPr>
              <w:t>)</w:t>
            </w:r>
          </w:p>
        </w:tc>
      </w:tr>
      <w:tr w:rsidR="00D44A32" w:rsidRPr="00EB75F0" w14:paraId="5CDD21DD" w14:textId="77777777" w:rsidTr="001A27F4">
        <w:trPr>
          <w:trHeight w:val="58"/>
          <w:tblHeader/>
        </w:trPr>
        <w:tc>
          <w:tcPr>
            <w:tcW w:w="1001" w:type="pct"/>
            <w:vMerge/>
            <w:tcBorders>
              <w:top w:val="single" w:sz="4" w:space="0" w:color="000000"/>
              <w:left w:val="single" w:sz="4" w:space="0" w:color="000000"/>
              <w:bottom w:val="single" w:sz="4" w:space="0" w:color="000000"/>
              <w:right w:val="single" w:sz="4" w:space="0" w:color="000000"/>
            </w:tcBorders>
            <w:shd w:val="clear" w:color="auto" w:fill="001B2B"/>
            <w:vAlign w:val="center"/>
          </w:tcPr>
          <w:p w14:paraId="2A617876" w14:textId="77777777" w:rsidR="00D44A32" w:rsidRPr="00EB75F0" w:rsidRDefault="00D44A32" w:rsidP="00C32B29"/>
        </w:tc>
        <w:tc>
          <w:tcPr>
            <w:tcW w:w="2011"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78571EC1" w14:textId="77777777" w:rsidR="00D44A32" w:rsidRPr="00EB75F0" w:rsidRDefault="00D44A32" w:rsidP="00C32B29">
            <w:pPr>
              <w:pStyle w:val="TableText"/>
              <w:spacing w:before="48" w:after="48"/>
              <w:rPr>
                <w:sz w:val="18"/>
              </w:rPr>
            </w:pPr>
            <w:r w:rsidRPr="00EB75F0">
              <w:rPr>
                <w:b/>
                <w:sz w:val="18"/>
              </w:rPr>
              <w:t>Base case network</w:t>
            </w:r>
          </w:p>
        </w:tc>
        <w:tc>
          <w:tcPr>
            <w:tcW w:w="999"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4143D4CA" w14:textId="77777777" w:rsidR="00D44A32" w:rsidRPr="00EB75F0" w:rsidRDefault="00D44A32" w:rsidP="00C32B29">
            <w:pPr>
              <w:pStyle w:val="TableText"/>
              <w:spacing w:before="48" w:after="48"/>
              <w:rPr>
                <w:sz w:val="18"/>
              </w:rPr>
            </w:pPr>
            <w:r w:rsidRPr="00EB75F0">
              <w:rPr>
                <w:b/>
                <w:sz w:val="18"/>
              </w:rPr>
              <w:t>Excluding studies with exclusively Asian populations</w:t>
            </w:r>
          </w:p>
        </w:tc>
        <w:tc>
          <w:tcPr>
            <w:tcW w:w="989" w:type="pct"/>
            <w:tcBorders>
              <w:top w:val="single" w:sz="4" w:space="0" w:color="000000"/>
              <w:left w:val="single" w:sz="4" w:space="0" w:color="000000"/>
              <w:bottom w:val="single" w:sz="4" w:space="0" w:color="000000"/>
              <w:right w:val="single" w:sz="4" w:space="0" w:color="000000"/>
            </w:tcBorders>
            <w:shd w:val="clear" w:color="auto" w:fill="D8D2BF"/>
          </w:tcPr>
          <w:p w14:paraId="62471AD4" w14:textId="1F793DCC" w:rsidR="00D44A32" w:rsidRPr="00EB75F0" w:rsidRDefault="00D44A32" w:rsidP="00C32B29">
            <w:pPr>
              <w:pStyle w:val="TableText"/>
              <w:spacing w:before="48" w:after="48"/>
              <w:rPr>
                <w:sz w:val="18"/>
              </w:rPr>
            </w:pPr>
            <w:r w:rsidRPr="00EB75F0">
              <w:rPr>
                <w:b/>
                <w:sz w:val="18"/>
              </w:rPr>
              <w:t xml:space="preserve">Excluding studies with </w:t>
            </w:r>
            <w:r w:rsidR="0097759B" w:rsidRPr="00EB75F0">
              <w:rPr>
                <w:b/>
                <w:sz w:val="18"/>
              </w:rPr>
              <w:t>unclear</w:t>
            </w:r>
            <w:r w:rsidRPr="00EB75F0">
              <w:rPr>
                <w:b/>
                <w:sz w:val="18"/>
              </w:rPr>
              <w:t xml:space="preserve"> weight gain threshold</w:t>
            </w:r>
          </w:p>
        </w:tc>
      </w:tr>
      <w:tr w:rsidR="00D44A32" w:rsidRPr="00EB75F0" w14:paraId="444EC06F" w14:textId="77777777" w:rsidTr="001A27F4">
        <w:trPr>
          <w:trHeight w:val="68"/>
          <w:tblHeader/>
        </w:trPr>
        <w:tc>
          <w:tcPr>
            <w:tcW w:w="1001" w:type="pct"/>
            <w:vMerge/>
            <w:tcBorders>
              <w:top w:val="single" w:sz="4" w:space="0" w:color="000000"/>
              <w:left w:val="single" w:sz="4" w:space="0" w:color="000000"/>
              <w:bottom w:val="single" w:sz="4" w:space="0" w:color="000000"/>
              <w:right w:val="single" w:sz="4" w:space="0" w:color="000000"/>
            </w:tcBorders>
            <w:shd w:val="clear" w:color="auto" w:fill="001B2B"/>
            <w:vAlign w:val="center"/>
          </w:tcPr>
          <w:p w14:paraId="2A68F5E0" w14:textId="77777777" w:rsidR="00D44A32" w:rsidRPr="00EB75F0" w:rsidRDefault="00D44A32" w:rsidP="00C32B29"/>
        </w:tc>
        <w:tc>
          <w:tcPr>
            <w:tcW w:w="998"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17AD5D02" w14:textId="77777777" w:rsidR="00D44A32" w:rsidRPr="00EB75F0" w:rsidRDefault="00D44A32" w:rsidP="00C32B29">
            <w:pPr>
              <w:pStyle w:val="TableText"/>
              <w:spacing w:before="48" w:after="48"/>
              <w:rPr>
                <w:sz w:val="18"/>
              </w:rPr>
            </w:pPr>
            <w:r w:rsidRPr="00EB75F0">
              <w:rPr>
                <w:b/>
                <w:sz w:val="18"/>
              </w:rPr>
              <w:t>FE (DIC: 127.85)</w:t>
            </w:r>
          </w:p>
        </w:tc>
        <w:tc>
          <w:tcPr>
            <w:tcW w:w="1013"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70D5C5E7" w14:textId="77777777" w:rsidR="00D44A32" w:rsidRPr="00EB75F0" w:rsidRDefault="00D44A32" w:rsidP="00C32B29">
            <w:pPr>
              <w:pStyle w:val="TableText"/>
              <w:spacing w:before="48" w:after="48"/>
              <w:rPr>
                <w:sz w:val="18"/>
              </w:rPr>
            </w:pPr>
            <w:r w:rsidRPr="00EB75F0">
              <w:rPr>
                <w:b/>
                <w:sz w:val="18"/>
              </w:rPr>
              <w:t>RE (DIC: 127.56)</w:t>
            </w:r>
          </w:p>
        </w:tc>
        <w:tc>
          <w:tcPr>
            <w:tcW w:w="999"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54162740" w14:textId="77777777" w:rsidR="00D44A32" w:rsidRPr="00EB75F0" w:rsidRDefault="00D44A32" w:rsidP="00C32B29">
            <w:pPr>
              <w:pStyle w:val="TableText"/>
              <w:spacing w:before="48" w:after="48"/>
              <w:rPr>
                <w:sz w:val="18"/>
              </w:rPr>
            </w:pPr>
            <w:r w:rsidRPr="00EB75F0">
              <w:rPr>
                <w:b/>
                <w:sz w:val="18"/>
              </w:rPr>
              <w:t>RE (DIC: 122.34)</w:t>
            </w:r>
          </w:p>
        </w:tc>
        <w:tc>
          <w:tcPr>
            <w:tcW w:w="989" w:type="pct"/>
            <w:tcBorders>
              <w:top w:val="single" w:sz="4" w:space="0" w:color="000000"/>
              <w:left w:val="single" w:sz="4" w:space="0" w:color="000000"/>
              <w:bottom w:val="single" w:sz="4" w:space="0" w:color="000000"/>
              <w:right w:val="single" w:sz="4" w:space="0" w:color="000000"/>
            </w:tcBorders>
            <w:shd w:val="clear" w:color="auto" w:fill="D8D2BF"/>
          </w:tcPr>
          <w:p w14:paraId="70ECB7A9" w14:textId="77777777" w:rsidR="00D44A32" w:rsidRPr="00EB75F0" w:rsidRDefault="00D44A32" w:rsidP="00C32B29">
            <w:pPr>
              <w:pStyle w:val="TableText"/>
              <w:spacing w:before="48" w:after="48"/>
              <w:rPr>
                <w:sz w:val="18"/>
              </w:rPr>
            </w:pPr>
            <w:r w:rsidRPr="00EB75F0">
              <w:rPr>
                <w:b/>
                <w:sz w:val="18"/>
              </w:rPr>
              <w:t>RE (DIC: 110.70)</w:t>
            </w:r>
          </w:p>
        </w:tc>
      </w:tr>
      <w:tr w:rsidR="00D44A32" w:rsidRPr="00EB75F0" w14:paraId="53592DCE"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1C394DD9" w14:textId="77777777" w:rsidR="00D44A32" w:rsidRPr="00EB75F0" w:rsidRDefault="00D44A32" w:rsidP="00C32B29">
            <w:pPr>
              <w:pStyle w:val="TableText"/>
              <w:spacing w:before="48" w:after="48"/>
              <w:rPr>
                <w:sz w:val="18"/>
              </w:rPr>
            </w:pPr>
            <w:r w:rsidRPr="00EB75F0">
              <w:rPr>
                <w:color w:val="000000"/>
                <w:sz w:val="18"/>
              </w:rPr>
              <w:t>Aripiprazole</w:t>
            </w:r>
          </w:p>
        </w:tc>
        <w:tc>
          <w:tcPr>
            <w:tcW w:w="998" w:type="pct"/>
            <w:tcBorders>
              <w:top w:val="single" w:sz="4" w:space="0" w:color="000000"/>
              <w:left w:val="single" w:sz="4" w:space="0" w:color="000000"/>
              <w:bottom w:val="single" w:sz="4" w:space="0" w:color="000000"/>
              <w:right w:val="single" w:sz="4" w:space="0" w:color="000000"/>
            </w:tcBorders>
            <w:vAlign w:val="center"/>
          </w:tcPr>
          <w:p w14:paraId="5D6C4A68" w14:textId="77777777" w:rsidR="00D44A32" w:rsidRPr="00EB75F0" w:rsidRDefault="00D44A32" w:rsidP="00C32B29">
            <w:pPr>
              <w:pStyle w:val="TableText"/>
              <w:spacing w:before="48" w:after="48"/>
              <w:rPr>
                <w:b/>
                <w:color w:val="000000"/>
                <w:sz w:val="18"/>
              </w:rPr>
            </w:pPr>
            <w:r w:rsidRPr="00EB75F0">
              <w:rPr>
                <w:b/>
                <w:color w:val="000000"/>
                <w:sz w:val="18"/>
              </w:rPr>
              <w:t>2.62 (1.86, 3.73)</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1E6F6A0D" w14:textId="77777777" w:rsidR="00D44A32" w:rsidRPr="00EB75F0" w:rsidRDefault="00D44A32" w:rsidP="00C32B29">
            <w:pPr>
              <w:pStyle w:val="TableText"/>
              <w:spacing w:before="48" w:after="48"/>
              <w:rPr>
                <w:b/>
                <w:color w:val="000000"/>
                <w:sz w:val="18"/>
              </w:rPr>
            </w:pPr>
            <w:r w:rsidRPr="00EB75F0">
              <w:rPr>
                <w:b/>
                <w:color w:val="000000"/>
                <w:sz w:val="18"/>
              </w:rPr>
              <w:t>2.54 (1.64, 3.98)</w:t>
            </w:r>
          </w:p>
        </w:tc>
        <w:tc>
          <w:tcPr>
            <w:tcW w:w="999" w:type="pct"/>
            <w:tcBorders>
              <w:top w:val="single" w:sz="4" w:space="0" w:color="000000"/>
              <w:left w:val="single" w:sz="4" w:space="0" w:color="000000"/>
              <w:bottom w:val="single" w:sz="4" w:space="0" w:color="000000"/>
              <w:right w:val="single" w:sz="4" w:space="0" w:color="000000"/>
            </w:tcBorders>
            <w:vAlign w:val="center"/>
          </w:tcPr>
          <w:p w14:paraId="33442846" w14:textId="77777777" w:rsidR="00D44A32" w:rsidRPr="00EB75F0" w:rsidRDefault="00D44A32" w:rsidP="00C32B29">
            <w:pPr>
              <w:pStyle w:val="TableText"/>
              <w:spacing w:before="48" w:after="48"/>
              <w:rPr>
                <w:b/>
                <w:color w:val="000000"/>
                <w:sz w:val="18"/>
              </w:rPr>
            </w:pPr>
            <w:r w:rsidRPr="00EB75F0">
              <w:rPr>
                <w:b/>
                <w:color w:val="000000"/>
                <w:sz w:val="18"/>
              </w:rPr>
              <w:t>2.62 (1.62, 4.18)</w:t>
            </w:r>
          </w:p>
        </w:tc>
        <w:tc>
          <w:tcPr>
            <w:tcW w:w="989" w:type="pct"/>
            <w:tcBorders>
              <w:top w:val="single" w:sz="4" w:space="0" w:color="000000"/>
              <w:left w:val="single" w:sz="4" w:space="0" w:color="000000"/>
              <w:bottom w:val="single" w:sz="4" w:space="0" w:color="000000"/>
              <w:right w:val="single" w:sz="4" w:space="0" w:color="000000"/>
            </w:tcBorders>
            <w:vAlign w:val="center"/>
          </w:tcPr>
          <w:p w14:paraId="58C9DE12" w14:textId="77777777" w:rsidR="00D44A32" w:rsidRPr="00EB75F0" w:rsidRDefault="00D44A32" w:rsidP="00C32B29">
            <w:pPr>
              <w:pStyle w:val="TableText"/>
              <w:spacing w:before="48" w:after="48"/>
              <w:rPr>
                <w:b/>
                <w:color w:val="000000"/>
                <w:sz w:val="18"/>
              </w:rPr>
            </w:pPr>
            <w:r w:rsidRPr="00EB75F0">
              <w:rPr>
                <w:b/>
                <w:color w:val="000000"/>
                <w:sz w:val="18"/>
              </w:rPr>
              <w:t>2.51 (1.50, 4.11)</w:t>
            </w:r>
          </w:p>
        </w:tc>
      </w:tr>
      <w:tr w:rsidR="00D44A32" w:rsidRPr="00EB75F0" w14:paraId="6CF0BA09"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1F3F2CCD" w14:textId="77777777" w:rsidR="00D44A32" w:rsidRPr="00EB75F0" w:rsidRDefault="00D44A32" w:rsidP="00C32B29">
            <w:pPr>
              <w:pStyle w:val="TableText"/>
              <w:spacing w:before="48" w:after="48"/>
              <w:rPr>
                <w:sz w:val="18"/>
              </w:rPr>
            </w:pPr>
            <w:proofErr w:type="spellStart"/>
            <w:r w:rsidRPr="00EB75F0">
              <w:rPr>
                <w:color w:val="000000"/>
                <w:sz w:val="18"/>
              </w:rPr>
              <w:t>Brexpiprazole</w:t>
            </w:r>
            <w:proofErr w:type="spellEnd"/>
          </w:p>
        </w:tc>
        <w:tc>
          <w:tcPr>
            <w:tcW w:w="998" w:type="pct"/>
            <w:tcBorders>
              <w:top w:val="single" w:sz="4" w:space="0" w:color="000000"/>
              <w:left w:val="single" w:sz="4" w:space="0" w:color="000000"/>
              <w:bottom w:val="single" w:sz="4" w:space="0" w:color="000000"/>
              <w:right w:val="single" w:sz="4" w:space="0" w:color="000000"/>
            </w:tcBorders>
            <w:vAlign w:val="center"/>
          </w:tcPr>
          <w:p w14:paraId="55A67CB4" w14:textId="77777777" w:rsidR="00D44A32" w:rsidRPr="00EB75F0" w:rsidRDefault="00D44A32" w:rsidP="00C32B29">
            <w:pPr>
              <w:pStyle w:val="TableText"/>
              <w:spacing w:before="48" w:after="48"/>
              <w:rPr>
                <w:b/>
                <w:color w:val="000000"/>
                <w:sz w:val="18"/>
              </w:rPr>
            </w:pPr>
            <w:r w:rsidRPr="00EB75F0">
              <w:rPr>
                <w:b/>
                <w:color w:val="000000"/>
                <w:sz w:val="18"/>
              </w:rPr>
              <w:t>2.66 (1.75, 4.09)</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6F0AE320" w14:textId="77777777" w:rsidR="00D44A32" w:rsidRPr="00EB75F0" w:rsidRDefault="00D44A32" w:rsidP="00C32B29">
            <w:pPr>
              <w:pStyle w:val="TableText"/>
              <w:spacing w:before="48" w:after="48"/>
              <w:rPr>
                <w:b/>
                <w:color w:val="000000"/>
                <w:sz w:val="18"/>
              </w:rPr>
            </w:pPr>
            <w:r w:rsidRPr="00EB75F0">
              <w:rPr>
                <w:b/>
                <w:color w:val="000000"/>
                <w:sz w:val="18"/>
              </w:rPr>
              <w:t>2.67 (1.60, 4.54)</w:t>
            </w:r>
          </w:p>
        </w:tc>
        <w:tc>
          <w:tcPr>
            <w:tcW w:w="999" w:type="pct"/>
            <w:tcBorders>
              <w:top w:val="single" w:sz="4" w:space="0" w:color="000000"/>
              <w:left w:val="single" w:sz="4" w:space="0" w:color="000000"/>
              <w:bottom w:val="single" w:sz="4" w:space="0" w:color="000000"/>
              <w:right w:val="single" w:sz="4" w:space="0" w:color="000000"/>
            </w:tcBorders>
            <w:vAlign w:val="center"/>
          </w:tcPr>
          <w:p w14:paraId="0FB82562" w14:textId="77777777" w:rsidR="00D44A32" w:rsidRPr="00EB75F0" w:rsidRDefault="00D44A32" w:rsidP="00C32B29">
            <w:pPr>
              <w:pStyle w:val="TableText"/>
              <w:spacing w:before="48" w:after="48"/>
              <w:rPr>
                <w:b/>
                <w:color w:val="000000"/>
                <w:sz w:val="18"/>
              </w:rPr>
            </w:pPr>
            <w:r w:rsidRPr="00EB75F0">
              <w:rPr>
                <w:b/>
                <w:color w:val="000000"/>
                <w:sz w:val="18"/>
              </w:rPr>
              <w:t>2.59 (1.47, 4.56)</w:t>
            </w:r>
          </w:p>
        </w:tc>
        <w:tc>
          <w:tcPr>
            <w:tcW w:w="989" w:type="pct"/>
            <w:tcBorders>
              <w:top w:val="single" w:sz="4" w:space="0" w:color="000000"/>
              <w:left w:val="single" w:sz="4" w:space="0" w:color="000000"/>
              <w:bottom w:val="single" w:sz="4" w:space="0" w:color="000000"/>
              <w:right w:val="single" w:sz="4" w:space="0" w:color="000000"/>
            </w:tcBorders>
            <w:vAlign w:val="center"/>
          </w:tcPr>
          <w:p w14:paraId="267EE3AA" w14:textId="77777777" w:rsidR="00D44A32" w:rsidRPr="00EB75F0" w:rsidRDefault="00D44A32" w:rsidP="00C32B29">
            <w:pPr>
              <w:pStyle w:val="TableText"/>
              <w:spacing w:before="48" w:after="48"/>
              <w:rPr>
                <w:b/>
                <w:color w:val="000000"/>
                <w:sz w:val="18"/>
              </w:rPr>
            </w:pPr>
            <w:r w:rsidRPr="00EB75F0">
              <w:rPr>
                <w:b/>
                <w:color w:val="000000"/>
                <w:sz w:val="18"/>
              </w:rPr>
              <w:t>2.99 (1.57, 5.94)</w:t>
            </w:r>
          </w:p>
        </w:tc>
      </w:tr>
      <w:tr w:rsidR="00D44A32" w:rsidRPr="00EB75F0" w14:paraId="6727166B"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6A1DDDD5" w14:textId="77777777" w:rsidR="00D44A32" w:rsidRPr="00EB75F0" w:rsidRDefault="00D44A32" w:rsidP="00C32B29">
            <w:pPr>
              <w:pStyle w:val="TableText"/>
              <w:spacing w:before="48" w:after="48"/>
              <w:rPr>
                <w:sz w:val="18"/>
              </w:rPr>
            </w:pPr>
            <w:proofErr w:type="spellStart"/>
            <w:r w:rsidRPr="00EB75F0">
              <w:rPr>
                <w:color w:val="000000"/>
                <w:sz w:val="18"/>
              </w:rPr>
              <w:t>Cariprazine</w:t>
            </w:r>
            <w:proofErr w:type="spellEnd"/>
          </w:p>
        </w:tc>
        <w:tc>
          <w:tcPr>
            <w:tcW w:w="998" w:type="pct"/>
            <w:tcBorders>
              <w:top w:val="single" w:sz="4" w:space="0" w:color="000000"/>
              <w:left w:val="single" w:sz="4" w:space="0" w:color="000000"/>
              <w:bottom w:val="single" w:sz="4" w:space="0" w:color="000000"/>
              <w:right w:val="single" w:sz="4" w:space="0" w:color="000000"/>
            </w:tcBorders>
            <w:vAlign w:val="center"/>
          </w:tcPr>
          <w:p w14:paraId="16D42A3E" w14:textId="77777777" w:rsidR="00D44A32" w:rsidRPr="00EB75F0" w:rsidRDefault="00D44A32" w:rsidP="00C32B29">
            <w:pPr>
              <w:pStyle w:val="TableText"/>
              <w:spacing w:before="48" w:after="48"/>
              <w:rPr>
                <w:b/>
                <w:color w:val="000000"/>
                <w:sz w:val="18"/>
              </w:rPr>
            </w:pPr>
            <w:r w:rsidRPr="00EB75F0">
              <w:rPr>
                <w:b/>
                <w:color w:val="000000"/>
                <w:sz w:val="18"/>
              </w:rPr>
              <w:t>2.23 (1.44, 3.51)</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64655BA5" w14:textId="77777777" w:rsidR="00D44A32" w:rsidRPr="00EB75F0" w:rsidRDefault="00D44A32" w:rsidP="00C32B29">
            <w:pPr>
              <w:pStyle w:val="TableText"/>
              <w:spacing w:before="48" w:after="48"/>
              <w:rPr>
                <w:b/>
                <w:color w:val="000000"/>
                <w:sz w:val="18"/>
              </w:rPr>
            </w:pPr>
            <w:r w:rsidRPr="00EB75F0">
              <w:rPr>
                <w:b/>
                <w:color w:val="000000"/>
                <w:sz w:val="18"/>
              </w:rPr>
              <w:t>2.27 (1.26, 4.18)</w:t>
            </w:r>
          </w:p>
        </w:tc>
        <w:tc>
          <w:tcPr>
            <w:tcW w:w="999" w:type="pct"/>
            <w:tcBorders>
              <w:top w:val="single" w:sz="4" w:space="0" w:color="000000"/>
              <w:left w:val="single" w:sz="4" w:space="0" w:color="000000"/>
              <w:bottom w:val="single" w:sz="4" w:space="0" w:color="000000"/>
              <w:right w:val="single" w:sz="4" w:space="0" w:color="000000"/>
            </w:tcBorders>
            <w:vAlign w:val="center"/>
          </w:tcPr>
          <w:p w14:paraId="1F79C1F4" w14:textId="77777777" w:rsidR="00D44A32" w:rsidRPr="00EB75F0" w:rsidRDefault="00D44A32" w:rsidP="00C32B29">
            <w:pPr>
              <w:pStyle w:val="TableText"/>
              <w:spacing w:before="48" w:after="48"/>
              <w:rPr>
                <w:b/>
                <w:color w:val="000000"/>
                <w:sz w:val="18"/>
              </w:rPr>
            </w:pPr>
            <w:r w:rsidRPr="00EB75F0">
              <w:rPr>
                <w:b/>
                <w:color w:val="000000"/>
                <w:sz w:val="18"/>
              </w:rPr>
              <w:t>2.27 (1.27, 4.21)</w:t>
            </w:r>
          </w:p>
        </w:tc>
        <w:tc>
          <w:tcPr>
            <w:tcW w:w="989" w:type="pct"/>
            <w:tcBorders>
              <w:top w:val="single" w:sz="4" w:space="0" w:color="000000"/>
              <w:left w:val="single" w:sz="4" w:space="0" w:color="000000"/>
              <w:bottom w:val="single" w:sz="4" w:space="0" w:color="000000"/>
              <w:right w:val="single" w:sz="4" w:space="0" w:color="000000"/>
            </w:tcBorders>
            <w:vAlign w:val="center"/>
          </w:tcPr>
          <w:p w14:paraId="1D126E88" w14:textId="77777777" w:rsidR="00D44A32" w:rsidRPr="00EB75F0" w:rsidRDefault="00D44A32" w:rsidP="00C32B29">
            <w:pPr>
              <w:pStyle w:val="TableText"/>
              <w:spacing w:before="48" w:after="48"/>
              <w:rPr>
                <w:b/>
                <w:color w:val="000000"/>
                <w:sz w:val="18"/>
              </w:rPr>
            </w:pPr>
            <w:r w:rsidRPr="00EB75F0">
              <w:rPr>
                <w:b/>
                <w:color w:val="000000"/>
                <w:sz w:val="18"/>
              </w:rPr>
              <w:t>2.26 (1.17, 4.54)</w:t>
            </w:r>
          </w:p>
        </w:tc>
      </w:tr>
      <w:tr w:rsidR="00D44A32" w:rsidRPr="00EB75F0" w14:paraId="4160501A"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6193FDDB" w14:textId="664BA538" w:rsidR="00D44A32" w:rsidRPr="00EB75F0" w:rsidRDefault="00EF2D91" w:rsidP="00C32B29">
            <w:pPr>
              <w:pStyle w:val="TableText"/>
              <w:spacing w:before="48" w:after="48"/>
              <w:rPr>
                <w:sz w:val="18"/>
              </w:rPr>
            </w:pPr>
            <w:proofErr w:type="spellStart"/>
            <w:r>
              <w:rPr>
                <w:color w:val="000000"/>
                <w:sz w:val="18"/>
              </w:rPr>
              <w:t>KarXT</w:t>
            </w:r>
            <w:proofErr w:type="spellEnd"/>
          </w:p>
        </w:tc>
        <w:tc>
          <w:tcPr>
            <w:tcW w:w="998" w:type="pct"/>
            <w:tcBorders>
              <w:top w:val="single" w:sz="4" w:space="0" w:color="000000"/>
              <w:left w:val="single" w:sz="4" w:space="0" w:color="000000"/>
              <w:bottom w:val="single" w:sz="4" w:space="0" w:color="000000"/>
              <w:right w:val="single" w:sz="4" w:space="0" w:color="000000"/>
            </w:tcBorders>
            <w:vAlign w:val="center"/>
          </w:tcPr>
          <w:p w14:paraId="057EA57C" w14:textId="77777777" w:rsidR="00D44A32" w:rsidRPr="00EB75F0" w:rsidRDefault="00D44A32" w:rsidP="00C32B29">
            <w:pPr>
              <w:pStyle w:val="TableText"/>
              <w:spacing w:before="48" w:after="48"/>
              <w:rPr>
                <w:b/>
                <w:color w:val="000000"/>
                <w:sz w:val="18"/>
              </w:rPr>
            </w:pPr>
            <w:r w:rsidRPr="00EB75F0">
              <w:rPr>
                <w:b/>
                <w:color w:val="000000"/>
                <w:sz w:val="18"/>
              </w:rPr>
              <w:t>0.47 (0.24, 0.87)</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669F413D" w14:textId="77777777" w:rsidR="00D44A32" w:rsidRPr="00EB75F0" w:rsidRDefault="00D44A32" w:rsidP="00C32B29">
            <w:pPr>
              <w:pStyle w:val="TableText"/>
              <w:spacing w:before="48" w:after="48"/>
              <w:rPr>
                <w:color w:val="000000"/>
                <w:sz w:val="18"/>
              </w:rPr>
            </w:pPr>
            <w:r w:rsidRPr="00EB75F0">
              <w:rPr>
                <w:color w:val="000000"/>
                <w:sz w:val="18"/>
              </w:rPr>
              <w:t>0.48 (0.22, 1.04)</w:t>
            </w:r>
          </w:p>
        </w:tc>
        <w:tc>
          <w:tcPr>
            <w:tcW w:w="999" w:type="pct"/>
            <w:tcBorders>
              <w:top w:val="single" w:sz="4" w:space="0" w:color="000000"/>
              <w:left w:val="single" w:sz="4" w:space="0" w:color="000000"/>
              <w:bottom w:val="single" w:sz="4" w:space="0" w:color="000000"/>
              <w:right w:val="single" w:sz="4" w:space="0" w:color="000000"/>
            </w:tcBorders>
            <w:vAlign w:val="center"/>
          </w:tcPr>
          <w:p w14:paraId="0696AE09" w14:textId="77777777" w:rsidR="00D44A32" w:rsidRPr="00EB75F0" w:rsidRDefault="00D44A32" w:rsidP="00C32B29">
            <w:pPr>
              <w:pStyle w:val="TableText"/>
              <w:spacing w:before="48" w:after="48"/>
              <w:rPr>
                <w:color w:val="000000"/>
                <w:sz w:val="18"/>
              </w:rPr>
            </w:pPr>
            <w:r w:rsidRPr="00EB75F0">
              <w:rPr>
                <w:color w:val="000000"/>
                <w:sz w:val="18"/>
              </w:rPr>
              <w:t>0.48 (0.22, 1.06)</w:t>
            </w:r>
          </w:p>
        </w:tc>
        <w:tc>
          <w:tcPr>
            <w:tcW w:w="989" w:type="pct"/>
            <w:tcBorders>
              <w:top w:val="single" w:sz="4" w:space="0" w:color="000000"/>
              <w:left w:val="single" w:sz="4" w:space="0" w:color="000000"/>
              <w:bottom w:val="single" w:sz="4" w:space="0" w:color="000000"/>
              <w:right w:val="single" w:sz="4" w:space="0" w:color="000000"/>
            </w:tcBorders>
            <w:vAlign w:val="center"/>
          </w:tcPr>
          <w:p w14:paraId="5D9F3FD2" w14:textId="77777777" w:rsidR="00D44A32" w:rsidRPr="00EB75F0" w:rsidRDefault="00D44A32" w:rsidP="00C32B29">
            <w:pPr>
              <w:pStyle w:val="TableText"/>
              <w:spacing w:before="48" w:after="48"/>
              <w:rPr>
                <w:color w:val="000000"/>
                <w:sz w:val="18"/>
              </w:rPr>
            </w:pPr>
            <w:r w:rsidRPr="00EB75F0">
              <w:rPr>
                <w:color w:val="000000"/>
                <w:sz w:val="18"/>
              </w:rPr>
              <w:t>0.49 (0.21, 1.16)</w:t>
            </w:r>
          </w:p>
        </w:tc>
      </w:tr>
      <w:tr w:rsidR="00D44A32" w:rsidRPr="00EB75F0" w14:paraId="34B64013"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26EDD61B" w14:textId="77777777" w:rsidR="00D44A32" w:rsidRPr="00EB75F0" w:rsidRDefault="00D44A32" w:rsidP="00C32B29">
            <w:pPr>
              <w:pStyle w:val="TableText"/>
              <w:spacing w:before="48" w:after="48"/>
              <w:rPr>
                <w:sz w:val="18"/>
              </w:rPr>
            </w:pPr>
            <w:proofErr w:type="spellStart"/>
            <w:r w:rsidRPr="00EB75F0">
              <w:rPr>
                <w:color w:val="000000"/>
                <w:sz w:val="18"/>
              </w:rPr>
              <w:t>Lumateperone</w:t>
            </w:r>
            <w:proofErr w:type="spellEnd"/>
          </w:p>
        </w:tc>
        <w:tc>
          <w:tcPr>
            <w:tcW w:w="998" w:type="pct"/>
            <w:tcBorders>
              <w:top w:val="single" w:sz="4" w:space="0" w:color="000000"/>
              <w:left w:val="single" w:sz="4" w:space="0" w:color="000000"/>
              <w:bottom w:val="single" w:sz="4" w:space="0" w:color="000000"/>
              <w:right w:val="single" w:sz="4" w:space="0" w:color="000000"/>
            </w:tcBorders>
            <w:vAlign w:val="center"/>
          </w:tcPr>
          <w:p w14:paraId="0D3B896D" w14:textId="77777777" w:rsidR="00D44A32" w:rsidRPr="00EB75F0" w:rsidRDefault="00D44A32" w:rsidP="00C32B29">
            <w:pPr>
              <w:pStyle w:val="TableText"/>
              <w:spacing w:before="48" w:after="48"/>
              <w:rPr>
                <w:color w:val="000000"/>
                <w:sz w:val="18"/>
              </w:rPr>
            </w:pPr>
            <w:r w:rsidRPr="00EB75F0">
              <w:rPr>
                <w:color w:val="000000"/>
                <w:sz w:val="18"/>
              </w:rPr>
              <w:t>2.34 (0.89, 7.02)</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4013D63E" w14:textId="77777777" w:rsidR="00D44A32" w:rsidRPr="00EB75F0" w:rsidRDefault="00D44A32" w:rsidP="00C32B29">
            <w:pPr>
              <w:pStyle w:val="TableText"/>
              <w:spacing w:before="48" w:after="48"/>
              <w:rPr>
                <w:color w:val="000000"/>
                <w:sz w:val="18"/>
              </w:rPr>
            </w:pPr>
            <w:r w:rsidRPr="00EB75F0">
              <w:rPr>
                <w:color w:val="000000"/>
                <w:sz w:val="18"/>
              </w:rPr>
              <w:t>2.37 (0.73, 8.52)</w:t>
            </w:r>
          </w:p>
        </w:tc>
        <w:tc>
          <w:tcPr>
            <w:tcW w:w="999" w:type="pct"/>
            <w:tcBorders>
              <w:top w:val="single" w:sz="4" w:space="0" w:color="000000"/>
              <w:left w:val="single" w:sz="4" w:space="0" w:color="000000"/>
              <w:bottom w:val="single" w:sz="4" w:space="0" w:color="000000"/>
              <w:right w:val="single" w:sz="4" w:space="0" w:color="000000"/>
            </w:tcBorders>
            <w:vAlign w:val="center"/>
          </w:tcPr>
          <w:p w14:paraId="540ED27A" w14:textId="77777777" w:rsidR="00D44A32" w:rsidRPr="00EB75F0" w:rsidRDefault="00D44A32" w:rsidP="00C32B29">
            <w:pPr>
              <w:pStyle w:val="TableText"/>
              <w:spacing w:before="48" w:after="48"/>
              <w:rPr>
                <w:color w:val="000000"/>
                <w:sz w:val="18"/>
              </w:rPr>
            </w:pPr>
            <w:r w:rsidRPr="00EB75F0">
              <w:rPr>
                <w:color w:val="000000"/>
                <w:sz w:val="18"/>
              </w:rPr>
              <w:t>2.40 (0.70, 8.43)</w:t>
            </w:r>
          </w:p>
        </w:tc>
        <w:tc>
          <w:tcPr>
            <w:tcW w:w="989" w:type="pct"/>
            <w:tcBorders>
              <w:top w:val="single" w:sz="4" w:space="0" w:color="000000"/>
              <w:left w:val="single" w:sz="4" w:space="0" w:color="000000"/>
              <w:bottom w:val="single" w:sz="4" w:space="0" w:color="000000"/>
              <w:right w:val="single" w:sz="4" w:space="0" w:color="000000"/>
            </w:tcBorders>
            <w:vAlign w:val="center"/>
          </w:tcPr>
          <w:p w14:paraId="57AD76DF" w14:textId="77777777" w:rsidR="00D44A32" w:rsidRPr="00EB75F0" w:rsidRDefault="00D44A32" w:rsidP="00C32B29">
            <w:pPr>
              <w:pStyle w:val="TableText"/>
              <w:spacing w:before="48" w:after="48"/>
              <w:rPr>
                <w:color w:val="000000"/>
                <w:sz w:val="18"/>
              </w:rPr>
            </w:pPr>
            <w:r w:rsidRPr="00EB75F0">
              <w:rPr>
                <w:color w:val="000000"/>
                <w:sz w:val="18"/>
              </w:rPr>
              <w:t>2.36 (0.63, 9.66)</w:t>
            </w:r>
          </w:p>
        </w:tc>
      </w:tr>
      <w:tr w:rsidR="00D44A32" w:rsidRPr="00EB75F0" w14:paraId="7F591F8D"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4EC4E46E" w14:textId="77777777" w:rsidR="00D44A32" w:rsidRPr="00EB75F0" w:rsidRDefault="00D44A32" w:rsidP="00C32B29">
            <w:pPr>
              <w:pStyle w:val="TableText"/>
              <w:spacing w:before="48" w:after="48"/>
              <w:rPr>
                <w:sz w:val="18"/>
              </w:rPr>
            </w:pPr>
            <w:r w:rsidRPr="00EB75F0">
              <w:rPr>
                <w:color w:val="000000"/>
                <w:sz w:val="18"/>
              </w:rPr>
              <w:t>Olanzapine</w:t>
            </w:r>
          </w:p>
        </w:tc>
        <w:tc>
          <w:tcPr>
            <w:tcW w:w="998" w:type="pct"/>
            <w:tcBorders>
              <w:top w:val="single" w:sz="4" w:space="0" w:color="000000"/>
              <w:left w:val="single" w:sz="4" w:space="0" w:color="000000"/>
              <w:bottom w:val="single" w:sz="4" w:space="0" w:color="000000"/>
              <w:right w:val="single" w:sz="4" w:space="0" w:color="000000"/>
            </w:tcBorders>
            <w:vAlign w:val="center"/>
          </w:tcPr>
          <w:p w14:paraId="727C2D65" w14:textId="77777777" w:rsidR="00D44A32" w:rsidRPr="00EB75F0" w:rsidRDefault="00D44A32" w:rsidP="00C32B29">
            <w:pPr>
              <w:pStyle w:val="TableText"/>
              <w:spacing w:before="48" w:after="48"/>
              <w:rPr>
                <w:b/>
                <w:color w:val="000000"/>
                <w:sz w:val="18"/>
              </w:rPr>
            </w:pPr>
            <w:r w:rsidRPr="00EB75F0">
              <w:rPr>
                <w:b/>
                <w:color w:val="000000"/>
                <w:sz w:val="18"/>
              </w:rPr>
              <w:t>3.42 (2.49, 4.77)</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20E668F0" w14:textId="77777777" w:rsidR="00D44A32" w:rsidRPr="00EB75F0" w:rsidRDefault="00D44A32" w:rsidP="00C32B29">
            <w:pPr>
              <w:pStyle w:val="TableText"/>
              <w:spacing w:before="48" w:after="48"/>
              <w:rPr>
                <w:b/>
                <w:color w:val="000000"/>
                <w:sz w:val="18"/>
              </w:rPr>
            </w:pPr>
            <w:r w:rsidRPr="00EB75F0">
              <w:rPr>
                <w:b/>
                <w:color w:val="000000"/>
                <w:sz w:val="18"/>
              </w:rPr>
              <w:t>3.34 (2.17, 5.01)</w:t>
            </w:r>
          </w:p>
        </w:tc>
        <w:tc>
          <w:tcPr>
            <w:tcW w:w="999" w:type="pct"/>
            <w:tcBorders>
              <w:top w:val="single" w:sz="4" w:space="0" w:color="000000"/>
              <w:left w:val="single" w:sz="4" w:space="0" w:color="000000"/>
              <w:bottom w:val="single" w:sz="4" w:space="0" w:color="000000"/>
              <w:right w:val="single" w:sz="4" w:space="0" w:color="000000"/>
            </w:tcBorders>
            <w:vAlign w:val="center"/>
          </w:tcPr>
          <w:p w14:paraId="425492BC" w14:textId="77777777" w:rsidR="00D44A32" w:rsidRPr="00EB75F0" w:rsidRDefault="00D44A32" w:rsidP="00C32B29">
            <w:pPr>
              <w:pStyle w:val="TableText"/>
              <w:spacing w:before="48" w:after="48"/>
              <w:rPr>
                <w:b/>
                <w:color w:val="000000"/>
                <w:sz w:val="18"/>
              </w:rPr>
            </w:pPr>
            <w:r w:rsidRPr="00EB75F0">
              <w:rPr>
                <w:b/>
                <w:color w:val="000000"/>
                <w:sz w:val="18"/>
              </w:rPr>
              <w:t>3.32 (2.15, 5.05)</w:t>
            </w:r>
          </w:p>
        </w:tc>
        <w:tc>
          <w:tcPr>
            <w:tcW w:w="989" w:type="pct"/>
            <w:tcBorders>
              <w:top w:val="single" w:sz="4" w:space="0" w:color="000000"/>
              <w:left w:val="single" w:sz="4" w:space="0" w:color="000000"/>
              <w:bottom w:val="single" w:sz="4" w:space="0" w:color="000000"/>
              <w:right w:val="single" w:sz="4" w:space="0" w:color="000000"/>
            </w:tcBorders>
            <w:vAlign w:val="center"/>
          </w:tcPr>
          <w:p w14:paraId="418DFE14" w14:textId="77777777" w:rsidR="00D44A32" w:rsidRPr="00EB75F0" w:rsidRDefault="00D44A32" w:rsidP="00C32B29">
            <w:pPr>
              <w:pStyle w:val="TableText"/>
              <w:spacing w:before="48" w:after="48"/>
              <w:rPr>
                <w:b/>
                <w:color w:val="000000"/>
                <w:sz w:val="18"/>
              </w:rPr>
            </w:pPr>
            <w:r w:rsidRPr="00EB75F0">
              <w:rPr>
                <w:b/>
                <w:color w:val="000000"/>
                <w:sz w:val="18"/>
              </w:rPr>
              <w:t>3.07 (1.85, 4.96)</w:t>
            </w:r>
          </w:p>
        </w:tc>
      </w:tr>
      <w:tr w:rsidR="00D44A32" w:rsidRPr="00EB75F0" w14:paraId="70E03675"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191C5FB5" w14:textId="77777777" w:rsidR="00D44A32" w:rsidRPr="00EB75F0" w:rsidRDefault="00D44A32" w:rsidP="00C32B29">
            <w:pPr>
              <w:pStyle w:val="TableText"/>
              <w:spacing w:before="48" w:after="48"/>
              <w:rPr>
                <w:sz w:val="18"/>
              </w:rPr>
            </w:pPr>
            <w:r w:rsidRPr="00EB75F0">
              <w:rPr>
                <w:color w:val="000000"/>
                <w:sz w:val="18"/>
              </w:rPr>
              <w:t>Quetiapine</w:t>
            </w:r>
          </w:p>
        </w:tc>
        <w:tc>
          <w:tcPr>
            <w:tcW w:w="998" w:type="pct"/>
            <w:tcBorders>
              <w:top w:val="single" w:sz="4" w:space="0" w:color="000000"/>
              <w:left w:val="single" w:sz="4" w:space="0" w:color="000000"/>
              <w:bottom w:val="single" w:sz="4" w:space="0" w:color="000000"/>
              <w:right w:val="single" w:sz="4" w:space="0" w:color="000000"/>
            </w:tcBorders>
            <w:vAlign w:val="center"/>
          </w:tcPr>
          <w:p w14:paraId="7090636A" w14:textId="77777777" w:rsidR="00D44A32" w:rsidRPr="00EB75F0" w:rsidRDefault="00D44A32" w:rsidP="00C32B29">
            <w:pPr>
              <w:pStyle w:val="TableText"/>
              <w:spacing w:before="48" w:after="48"/>
              <w:rPr>
                <w:b/>
                <w:color w:val="000000"/>
                <w:sz w:val="18"/>
              </w:rPr>
            </w:pPr>
            <w:r w:rsidRPr="00EB75F0">
              <w:rPr>
                <w:b/>
                <w:color w:val="000000"/>
                <w:sz w:val="18"/>
              </w:rPr>
              <w:t>6.16 (3.36, 11.71)</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6E42D057" w14:textId="77777777" w:rsidR="00D44A32" w:rsidRPr="00EB75F0" w:rsidRDefault="00D44A32" w:rsidP="00C32B29">
            <w:pPr>
              <w:pStyle w:val="TableText"/>
              <w:spacing w:before="48" w:after="48"/>
              <w:rPr>
                <w:b/>
                <w:color w:val="000000"/>
                <w:sz w:val="18"/>
              </w:rPr>
            </w:pPr>
            <w:r w:rsidRPr="00EB75F0">
              <w:rPr>
                <w:b/>
                <w:color w:val="000000"/>
                <w:sz w:val="18"/>
              </w:rPr>
              <w:t>6.18 (3.01, 13.61)</w:t>
            </w:r>
          </w:p>
        </w:tc>
        <w:tc>
          <w:tcPr>
            <w:tcW w:w="999" w:type="pct"/>
            <w:tcBorders>
              <w:top w:val="single" w:sz="4" w:space="0" w:color="000000"/>
              <w:left w:val="single" w:sz="4" w:space="0" w:color="000000"/>
              <w:bottom w:val="single" w:sz="4" w:space="0" w:color="000000"/>
              <w:right w:val="single" w:sz="4" w:space="0" w:color="000000"/>
            </w:tcBorders>
            <w:vAlign w:val="center"/>
          </w:tcPr>
          <w:p w14:paraId="143F9D1C" w14:textId="77777777" w:rsidR="00D44A32" w:rsidRPr="00EB75F0" w:rsidRDefault="00D44A32" w:rsidP="00C32B29">
            <w:pPr>
              <w:pStyle w:val="TableText"/>
              <w:spacing w:before="48" w:after="48"/>
              <w:rPr>
                <w:b/>
                <w:color w:val="000000"/>
                <w:sz w:val="18"/>
              </w:rPr>
            </w:pPr>
            <w:r w:rsidRPr="00EB75F0">
              <w:rPr>
                <w:b/>
                <w:color w:val="000000"/>
                <w:sz w:val="18"/>
              </w:rPr>
              <w:t>6.21 (3.00, 14.07)</w:t>
            </w:r>
          </w:p>
        </w:tc>
        <w:tc>
          <w:tcPr>
            <w:tcW w:w="989" w:type="pct"/>
            <w:tcBorders>
              <w:top w:val="single" w:sz="4" w:space="0" w:color="000000"/>
              <w:left w:val="single" w:sz="4" w:space="0" w:color="000000"/>
              <w:bottom w:val="single" w:sz="4" w:space="0" w:color="000000"/>
              <w:right w:val="single" w:sz="4" w:space="0" w:color="000000"/>
            </w:tcBorders>
            <w:vAlign w:val="center"/>
          </w:tcPr>
          <w:p w14:paraId="677AE641" w14:textId="77777777" w:rsidR="00D44A32" w:rsidRPr="00EB75F0" w:rsidRDefault="00D44A32" w:rsidP="00C32B29">
            <w:pPr>
              <w:pStyle w:val="TableText"/>
              <w:spacing w:before="48" w:after="48"/>
              <w:rPr>
                <w:b/>
                <w:color w:val="000000"/>
                <w:sz w:val="18"/>
              </w:rPr>
            </w:pPr>
            <w:r w:rsidRPr="00EB75F0">
              <w:rPr>
                <w:b/>
                <w:color w:val="000000"/>
                <w:sz w:val="18"/>
              </w:rPr>
              <w:t>7.60 (2.35, 33.68)</w:t>
            </w:r>
          </w:p>
        </w:tc>
      </w:tr>
      <w:tr w:rsidR="00D44A32" w:rsidRPr="00EB75F0" w14:paraId="5F702B01"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64962774" w14:textId="77777777" w:rsidR="00D44A32" w:rsidRPr="00EB75F0" w:rsidRDefault="00D44A32" w:rsidP="00C32B29">
            <w:pPr>
              <w:pStyle w:val="TableText"/>
              <w:spacing w:before="48" w:after="48"/>
              <w:rPr>
                <w:sz w:val="18"/>
              </w:rPr>
            </w:pPr>
            <w:r w:rsidRPr="00EB75F0">
              <w:rPr>
                <w:color w:val="000000"/>
                <w:sz w:val="18"/>
              </w:rPr>
              <w:t>Risperidone</w:t>
            </w:r>
          </w:p>
        </w:tc>
        <w:tc>
          <w:tcPr>
            <w:tcW w:w="998" w:type="pct"/>
            <w:tcBorders>
              <w:top w:val="single" w:sz="4" w:space="0" w:color="000000"/>
              <w:left w:val="single" w:sz="4" w:space="0" w:color="000000"/>
              <w:bottom w:val="single" w:sz="4" w:space="0" w:color="000000"/>
              <w:right w:val="single" w:sz="4" w:space="0" w:color="000000"/>
            </w:tcBorders>
            <w:vAlign w:val="center"/>
          </w:tcPr>
          <w:p w14:paraId="6F747E34" w14:textId="77777777" w:rsidR="00D44A32" w:rsidRPr="00EB75F0" w:rsidRDefault="00D44A32" w:rsidP="00C32B29">
            <w:pPr>
              <w:pStyle w:val="TableText"/>
              <w:spacing w:before="48" w:after="48"/>
              <w:rPr>
                <w:b/>
                <w:color w:val="000000"/>
                <w:sz w:val="18"/>
              </w:rPr>
            </w:pPr>
            <w:r w:rsidRPr="00EB75F0">
              <w:rPr>
                <w:b/>
                <w:color w:val="000000"/>
                <w:sz w:val="18"/>
              </w:rPr>
              <w:t>4.54 (3.14, 6.66)</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631A94C3" w14:textId="77777777" w:rsidR="00D44A32" w:rsidRPr="00EB75F0" w:rsidRDefault="00D44A32" w:rsidP="00C32B29">
            <w:pPr>
              <w:pStyle w:val="TableText"/>
              <w:spacing w:before="48" w:after="48"/>
              <w:rPr>
                <w:b/>
                <w:color w:val="000000"/>
                <w:sz w:val="18"/>
              </w:rPr>
            </w:pPr>
            <w:r w:rsidRPr="00EB75F0">
              <w:rPr>
                <w:b/>
                <w:color w:val="000000"/>
                <w:sz w:val="18"/>
              </w:rPr>
              <w:t>4.74 (3.07, 7.62)</w:t>
            </w:r>
          </w:p>
        </w:tc>
        <w:tc>
          <w:tcPr>
            <w:tcW w:w="999" w:type="pct"/>
            <w:tcBorders>
              <w:top w:val="single" w:sz="4" w:space="0" w:color="000000"/>
              <w:left w:val="single" w:sz="4" w:space="0" w:color="000000"/>
              <w:bottom w:val="single" w:sz="4" w:space="0" w:color="000000"/>
              <w:right w:val="single" w:sz="4" w:space="0" w:color="000000"/>
            </w:tcBorders>
            <w:vAlign w:val="center"/>
          </w:tcPr>
          <w:p w14:paraId="0DC9F10F" w14:textId="77777777" w:rsidR="00D44A32" w:rsidRPr="00EB75F0" w:rsidRDefault="00D44A32" w:rsidP="00C32B29">
            <w:pPr>
              <w:pStyle w:val="TableText"/>
              <w:spacing w:before="48" w:after="48"/>
              <w:rPr>
                <w:b/>
                <w:color w:val="000000"/>
                <w:sz w:val="18"/>
              </w:rPr>
            </w:pPr>
            <w:r w:rsidRPr="00EB75F0">
              <w:rPr>
                <w:b/>
                <w:color w:val="000000"/>
                <w:sz w:val="18"/>
              </w:rPr>
              <w:t>4.62 (2.98, 7.72)</w:t>
            </w:r>
          </w:p>
        </w:tc>
        <w:tc>
          <w:tcPr>
            <w:tcW w:w="989" w:type="pct"/>
            <w:tcBorders>
              <w:top w:val="single" w:sz="4" w:space="0" w:color="000000"/>
              <w:left w:val="single" w:sz="4" w:space="0" w:color="000000"/>
              <w:bottom w:val="single" w:sz="4" w:space="0" w:color="000000"/>
              <w:right w:val="single" w:sz="4" w:space="0" w:color="000000"/>
            </w:tcBorders>
            <w:vAlign w:val="center"/>
          </w:tcPr>
          <w:p w14:paraId="1731755D" w14:textId="77777777" w:rsidR="00D44A32" w:rsidRPr="00EB75F0" w:rsidRDefault="00D44A32" w:rsidP="00C32B29">
            <w:pPr>
              <w:pStyle w:val="TableText"/>
              <w:spacing w:before="48" w:after="48"/>
              <w:rPr>
                <w:b/>
                <w:color w:val="000000"/>
                <w:sz w:val="18"/>
              </w:rPr>
            </w:pPr>
            <w:r w:rsidRPr="00EB75F0">
              <w:rPr>
                <w:b/>
                <w:color w:val="000000"/>
                <w:sz w:val="18"/>
              </w:rPr>
              <w:t>4.51 (2.58, 8.50)</w:t>
            </w:r>
          </w:p>
        </w:tc>
      </w:tr>
      <w:tr w:rsidR="00D44A32" w:rsidRPr="00EB75F0" w14:paraId="7FBF7B3B"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shd w:val="clear" w:color="auto" w:fill="001B2B"/>
            <w:vAlign w:val="center"/>
          </w:tcPr>
          <w:p w14:paraId="6D2EA45F" w14:textId="77777777" w:rsidR="00D44A32" w:rsidRPr="00EB75F0" w:rsidRDefault="00D44A32" w:rsidP="00C32B29">
            <w:pPr>
              <w:pStyle w:val="TableText"/>
              <w:keepNext/>
              <w:spacing w:before="48" w:after="48"/>
              <w:rPr>
                <w:color w:val="FFFFFF"/>
                <w:sz w:val="18"/>
              </w:rPr>
            </w:pPr>
            <w:r w:rsidRPr="00EB75F0">
              <w:rPr>
                <w:color w:val="FFFFFF"/>
                <w:sz w:val="18"/>
              </w:rPr>
              <w:t>Comparator</w:t>
            </w:r>
          </w:p>
        </w:tc>
        <w:tc>
          <w:tcPr>
            <w:tcW w:w="3999" w:type="pct"/>
            <w:gridSpan w:val="4"/>
            <w:tcBorders>
              <w:top w:val="single" w:sz="4" w:space="0" w:color="000000"/>
              <w:left w:val="single" w:sz="4" w:space="0" w:color="000000"/>
              <w:bottom w:val="single" w:sz="4" w:space="0" w:color="000000"/>
              <w:right w:val="single" w:sz="4" w:space="0" w:color="000000"/>
            </w:tcBorders>
            <w:shd w:val="clear" w:color="auto" w:fill="001B2B"/>
            <w:vAlign w:val="center"/>
          </w:tcPr>
          <w:p w14:paraId="3164B6A4" w14:textId="63DDAE90" w:rsidR="00D44A32" w:rsidRPr="00EB75F0" w:rsidRDefault="00D44A32" w:rsidP="00C32B29">
            <w:pPr>
              <w:pStyle w:val="TableText"/>
              <w:keepNext/>
              <w:spacing w:before="48" w:after="48"/>
              <w:rPr>
                <w:color w:val="FFFFFF"/>
                <w:sz w:val="18"/>
              </w:rPr>
            </w:pPr>
            <w:r w:rsidRPr="00EB75F0">
              <w:rPr>
                <w:color w:val="FFFFFF"/>
                <w:sz w:val="18"/>
              </w:rPr>
              <w:t xml:space="preserve">OR </w:t>
            </w:r>
            <w:proofErr w:type="spellStart"/>
            <w:r w:rsidR="00EF2D91">
              <w:rPr>
                <w:color w:val="FFFFFF"/>
                <w:sz w:val="18"/>
              </w:rPr>
              <w:t>KarXT</w:t>
            </w:r>
            <w:proofErr w:type="spellEnd"/>
            <w:r w:rsidRPr="00EB75F0">
              <w:rPr>
                <w:color w:val="FFFFFF"/>
                <w:sz w:val="18"/>
              </w:rPr>
              <w:t xml:space="preserve"> vs Comparator (95% </w:t>
            </w:r>
            <w:proofErr w:type="spellStart"/>
            <w:r w:rsidRPr="00EB75F0">
              <w:rPr>
                <w:color w:val="FFFFFF"/>
                <w:sz w:val="18"/>
              </w:rPr>
              <w:t>CrI</w:t>
            </w:r>
            <w:proofErr w:type="spellEnd"/>
            <w:r w:rsidRPr="00EB75F0">
              <w:rPr>
                <w:color w:val="FFFFFF"/>
                <w:sz w:val="18"/>
              </w:rPr>
              <w:t>)</w:t>
            </w:r>
          </w:p>
        </w:tc>
      </w:tr>
      <w:tr w:rsidR="00D44A32" w:rsidRPr="00EB75F0" w14:paraId="30717359"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6FE7757A" w14:textId="77777777" w:rsidR="00D44A32" w:rsidRPr="00EB75F0" w:rsidRDefault="00D44A32" w:rsidP="00C32B29">
            <w:pPr>
              <w:pStyle w:val="TableText"/>
              <w:spacing w:before="48" w:after="48"/>
              <w:rPr>
                <w:sz w:val="18"/>
              </w:rPr>
            </w:pPr>
            <w:r w:rsidRPr="00EB75F0">
              <w:rPr>
                <w:color w:val="000000"/>
                <w:sz w:val="18"/>
              </w:rPr>
              <w:t>Aripiprazole</w:t>
            </w:r>
          </w:p>
        </w:tc>
        <w:tc>
          <w:tcPr>
            <w:tcW w:w="998" w:type="pct"/>
            <w:tcBorders>
              <w:top w:val="single" w:sz="4" w:space="0" w:color="000000"/>
              <w:left w:val="single" w:sz="4" w:space="0" w:color="000000"/>
              <w:bottom w:val="single" w:sz="4" w:space="0" w:color="000000"/>
              <w:right w:val="single" w:sz="4" w:space="0" w:color="000000"/>
            </w:tcBorders>
            <w:vAlign w:val="center"/>
          </w:tcPr>
          <w:p w14:paraId="1D92AAA8" w14:textId="77777777" w:rsidR="00D44A32" w:rsidRPr="00EB75F0" w:rsidRDefault="00D44A32" w:rsidP="00C32B29">
            <w:pPr>
              <w:pStyle w:val="TableText"/>
              <w:spacing w:before="48" w:after="48"/>
              <w:rPr>
                <w:b/>
                <w:color w:val="000000"/>
                <w:sz w:val="18"/>
              </w:rPr>
            </w:pPr>
            <w:r w:rsidRPr="00EB75F0">
              <w:rPr>
                <w:b/>
                <w:color w:val="000000"/>
                <w:sz w:val="18"/>
              </w:rPr>
              <w:t>0.18 (0.08, 0.36)</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1EA9A0B6" w14:textId="77777777" w:rsidR="00D44A32" w:rsidRPr="00EB75F0" w:rsidRDefault="00D44A32" w:rsidP="00C32B29">
            <w:pPr>
              <w:pStyle w:val="TableText"/>
              <w:spacing w:before="48" w:after="48"/>
              <w:rPr>
                <w:b/>
                <w:color w:val="000000"/>
                <w:sz w:val="18"/>
              </w:rPr>
            </w:pPr>
            <w:r w:rsidRPr="00EB75F0">
              <w:rPr>
                <w:b/>
                <w:color w:val="000000"/>
                <w:sz w:val="18"/>
              </w:rPr>
              <w:t>0.19 (0.08, 0.47)</w:t>
            </w:r>
          </w:p>
        </w:tc>
        <w:tc>
          <w:tcPr>
            <w:tcW w:w="999" w:type="pct"/>
            <w:tcBorders>
              <w:top w:val="single" w:sz="4" w:space="0" w:color="000000"/>
              <w:left w:val="single" w:sz="4" w:space="0" w:color="000000"/>
              <w:bottom w:val="single" w:sz="4" w:space="0" w:color="000000"/>
              <w:right w:val="single" w:sz="4" w:space="0" w:color="000000"/>
            </w:tcBorders>
            <w:vAlign w:val="center"/>
          </w:tcPr>
          <w:p w14:paraId="6C872A00" w14:textId="77777777" w:rsidR="00D44A32" w:rsidRPr="00EB75F0" w:rsidRDefault="00D44A32" w:rsidP="00C32B29">
            <w:pPr>
              <w:pStyle w:val="TableText"/>
              <w:spacing w:before="48" w:after="48"/>
              <w:rPr>
                <w:b/>
                <w:color w:val="000000"/>
                <w:sz w:val="18"/>
              </w:rPr>
            </w:pPr>
            <w:r w:rsidRPr="00EB75F0">
              <w:rPr>
                <w:b/>
                <w:color w:val="000000"/>
                <w:sz w:val="18"/>
              </w:rPr>
              <w:t>0.18 (0.07, 0.46)</w:t>
            </w:r>
          </w:p>
        </w:tc>
        <w:tc>
          <w:tcPr>
            <w:tcW w:w="989" w:type="pct"/>
            <w:tcBorders>
              <w:top w:val="single" w:sz="4" w:space="0" w:color="000000"/>
              <w:left w:val="single" w:sz="4" w:space="0" w:color="000000"/>
              <w:bottom w:val="single" w:sz="4" w:space="0" w:color="000000"/>
              <w:right w:val="single" w:sz="4" w:space="0" w:color="000000"/>
            </w:tcBorders>
            <w:vAlign w:val="center"/>
          </w:tcPr>
          <w:p w14:paraId="18633192" w14:textId="77777777" w:rsidR="00D44A32" w:rsidRPr="00EB75F0" w:rsidRDefault="00D44A32" w:rsidP="00C32B29">
            <w:pPr>
              <w:pStyle w:val="TableText"/>
              <w:spacing w:before="48" w:after="48"/>
              <w:rPr>
                <w:b/>
                <w:color w:val="000000"/>
                <w:sz w:val="18"/>
              </w:rPr>
            </w:pPr>
            <w:r w:rsidRPr="00EB75F0">
              <w:rPr>
                <w:b/>
                <w:color w:val="000000"/>
                <w:sz w:val="18"/>
              </w:rPr>
              <w:t>0.19 (0.07, 0.54)</w:t>
            </w:r>
          </w:p>
        </w:tc>
      </w:tr>
      <w:tr w:rsidR="00D44A32" w:rsidRPr="00EB75F0" w14:paraId="298F268D"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0B62F7D9" w14:textId="77777777" w:rsidR="00D44A32" w:rsidRPr="00EB75F0" w:rsidRDefault="00D44A32" w:rsidP="00C32B29">
            <w:pPr>
              <w:pStyle w:val="TableText"/>
              <w:spacing w:before="48" w:after="48"/>
              <w:rPr>
                <w:sz w:val="18"/>
              </w:rPr>
            </w:pPr>
            <w:proofErr w:type="spellStart"/>
            <w:r w:rsidRPr="00EB75F0">
              <w:rPr>
                <w:color w:val="000000"/>
                <w:sz w:val="18"/>
              </w:rPr>
              <w:t>Brexpiprazole</w:t>
            </w:r>
            <w:proofErr w:type="spellEnd"/>
          </w:p>
        </w:tc>
        <w:tc>
          <w:tcPr>
            <w:tcW w:w="998" w:type="pct"/>
            <w:tcBorders>
              <w:top w:val="single" w:sz="4" w:space="0" w:color="000000"/>
              <w:left w:val="single" w:sz="4" w:space="0" w:color="000000"/>
              <w:bottom w:val="single" w:sz="4" w:space="0" w:color="000000"/>
              <w:right w:val="single" w:sz="4" w:space="0" w:color="000000"/>
            </w:tcBorders>
            <w:vAlign w:val="center"/>
          </w:tcPr>
          <w:p w14:paraId="6ECB037D" w14:textId="77777777" w:rsidR="00D44A32" w:rsidRPr="00EB75F0" w:rsidRDefault="00D44A32" w:rsidP="00C32B29">
            <w:pPr>
              <w:pStyle w:val="TableText"/>
              <w:spacing w:before="48" w:after="48"/>
              <w:rPr>
                <w:b/>
                <w:color w:val="000000"/>
                <w:sz w:val="18"/>
              </w:rPr>
            </w:pPr>
            <w:r w:rsidRPr="00EB75F0">
              <w:rPr>
                <w:b/>
                <w:color w:val="000000"/>
                <w:sz w:val="18"/>
              </w:rPr>
              <w:t>0.18 (0.08, 0.37)</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7D51D36F" w14:textId="77777777" w:rsidR="00D44A32" w:rsidRPr="00EB75F0" w:rsidRDefault="00D44A32" w:rsidP="00C32B29">
            <w:pPr>
              <w:pStyle w:val="TableText"/>
              <w:spacing w:before="48" w:after="48"/>
              <w:rPr>
                <w:b/>
                <w:color w:val="000000"/>
                <w:sz w:val="18"/>
              </w:rPr>
            </w:pPr>
            <w:r w:rsidRPr="00EB75F0">
              <w:rPr>
                <w:b/>
                <w:color w:val="000000"/>
                <w:sz w:val="18"/>
              </w:rPr>
              <w:t>0.18 (0.07, 0.45)</w:t>
            </w:r>
          </w:p>
        </w:tc>
        <w:tc>
          <w:tcPr>
            <w:tcW w:w="999" w:type="pct"/>
            <w:tcBorders>
              <w:top w:val="single" w:sz="4" w:space="0" w:color="000000"/>
              <w:left w:val="single" w:sz="4" w:space="0" w:color="000000"/>
              <w:bottom w:val="single" w:sz="4" w:space="0" w:color="000000"/>
              <w:right w:val="single" w:sz="4" w:space="0" w:color="000000"/>
            </w:tcBorders>
            <w:vAlign w:val="center"/>
          </w:tcPr>
          <w:p w14:paraId="4729416F" w14:textId="77777777" w:rsidR="00D44A32" w:rsidRPr="00EB75F0" w:rsidRDefault="00D44A32" w:rsidP="00C32B29">
            <w:pPr>
              <w:pStyle w:val="TableText"/>
              <w:spacing w:before="48" w:after="48"/>
              <w:rPr>
                <w:b/>
                <w:color w:val="000000"/>
                <w:sz w:val="18"/>
              </w:rPr>
            </w:pPr>
            <w:r w:rsidRPr="00EB75F0">
              <w:rPr>
                <w:b/>
                <w:color w:val="000000"/>
                <w:sz w:val="18"/>
              </w:rPr>
              <w:t>0.18 (0.07, 0.49)</w:t>
            </w:r>
          </w:p>
        </w:tc>
        <w:tc>
          <w:tcPr>
            <w:tcW w:w="989" w:type="pct"/>
            <w:tcBorders>
              <w:top w:val="single" w:sz="4" w:space="0" w:color="000000"/>
              <w:left w:val="single" w:sz="4" w:space="0" w:color="000000"/>
              <w:bottom w:val="single" w:sz="4" w:space="0" w:color="000000"/>
              <w:right w:val="single" w:sz="4" w:space="0" w:color="000000"/>
            </w:tcBorders>
            <w:vAlign w:val="center"/>
          </w:tcPr>
          <w:p w14:paraId="14C01FC3" w14:textId="77777777" w:rsidR="00D44A32" w:rsidRPr="00EB75F0" w:rsidRDefault="00D44A32" w:rsidP="00C32B29">
            <w:pPr>
              <w:pStyle w:val="TableText"/>
              <w:spacing w:before="48" w:after="48"/>
              <w:rPr>
                <w:b/>
                <w:color w:val="000000"/>
                <w:sz w:val="18"/>
              </w:rPr>
            </w:pPr>
            <w:r w:rsidRPr="00EB75F0">
              <w:rPr>
                <w:b/>
                <w:color w:val="000000"/>
                <w:sz w:val="18"/>
              </w:rPr>
              <w:t>0.16 (0.05, 0.48)</w:t>
            </w:r>
          </w:p>
        </w:tc>
      </w:tr>
      <w:tr w:rsidR="00D44A32" w:rsidRPr="00EB75F0" w14:paraId="71D9A515"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73C6B73A" w14:textId="77777777" w:rsidR="00D44A32" w:rsidRPr="00EB75F0" w:rsidRDefault="00D44A32" w:rsidP="00C32B29">
            <w:pPr>
              <w:pStyle w:val="TableText"/>
              <w:spacing w:before="48" w:after="48"/>
              <w:rPr>
                <w:sz w:val="18"/>
              </w:rPr>
            </w:pPr>
            <w:proofErr w:type="spellStart"/>
            <w:r w:rsidRPr="00EB75F0">
              <w:rPr>
                <w:color w:val="000000"/>
                <w:sz w:val="18"/>
              </w:rPr>
              <w:t>Cariprazine</w:t>
            </w:r>
            <w:proofErr w:type="spellEnd"/>
          </w:p>
        </w:tc>
        <w:tc>
          <w:tcPr>
            <w:tcW w:w="998" w:type="pct"/>
            <w:tcBorders>
              <w:top w:val="single" w:sz="4" w:space="0" w:color="000000"/>
              <w:left w:val="single" w:sz="4" w:space="0" w:color="000000"/>
              <w:bottom w:val="single" w:sz="4" w:space="0" w:color="000000"/>
              <w:right w:val="single" w:sz="4" w:space="0" w:color="000000"/>
            </w:tcBorders>
            <w:vAlign w:val="center"/>
          </w:tcPr>
          <w:p w14:paraId="29701B44" w14:textId="77777777" w:rsidR="00D44A32" w:rsidRPr="00EB75F0" w:rsidRDefault="00D44A32" w:rsidP="00C32B29">
            <w:pPr>
              <w:pStyle w:val="TableText"/>
              <w:spacing w:before="48" w:after="48"/>
              <w:rPr>
                <w:b/>
                <w:color w:val="000000"/>
                <w:sz w:val="18"/>
              </w:rPr>
            </w:pPr>
            <w:r w:rsidRPr="00EB75F0">
              <w:rPr>
                <w:b/>
                <w:color w:val="000000"/>
                <w:sz w:val="18"/>
              </w:rPr>
              <w:t>0.21 (0.09, 0.45)</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4CD2C875" w14:textId="77777777" w:rsidR="00D44A32" w:rsidRPr="00EB75F0" w:rsidRDefault="00D44A32" w:rsidP="00C32B29">
            <w:pPr>
              <w:pStyle w:val="TableText"/>
              <w:spacing w:before="48" w:after="48"/>
              <w:rPr>
                <w:b/>
                <w:color w:val="000000"/>
                <w:sz w:val="18"/>
              </w:rPr>
            </w:pPr>
            <w:r w:rsidRPr="00EB75F0">
              <w:rPr>
                <w:b/>
                <w:color w:val="000000"/>
                <w:sz w:val="18"/>
              </w:rPr>
              <w:t>0.21 (0.08, 0.55)</w:t>
            </w:r>
          </w:p>
        </w:tc>
        <w:tc>
          <w:tcPr>
            <w:tcW w:w="999" w:type="pct"/>
            <w:tcBorders>
              <w:top w:val="single" w:sz="4" w:space="0" w:color="000000"/>
              <w:left w:val="single" w:sz="4" w:space="0" w:color="000000"/>
              <w:bottom w:val="single" w:sz="4" w:space="0" w:color="000000"/>
              <w:right w:val="single" w:sz="4" w:space="0" w:color="000000"/>
            </w:tcBorders>
            <w:vAlign w:val="center"/>
          </w:tcPr>
          <w:p w14:paraId="4D6118A7" w14:textId="77777777" w:rsidR="00D44A32" w:rsidRPr="00EB75F0" w:rsidRDefault="00D44A32" w:rsidP="00C32B29">
            <w:pPr>
              <w:pStyle w:val="TableText"/>
              <w:spacing w:before="48" w:after="48"/>
              <w:rPr>
                <w:b/>
                <w:color w:val="000000"/>
                <w:sz w:val="18"/>
              </w:rPr>
            </w:pPr>
            <w:r w:rsidRPr="00EB75F0">
              <w:rPr>
                <w:b/>
                <w:color w:val="000000"/>
                <w:sz w:val="18"/>
              </w:rPr>
              <w:t>0.21 (0.08, 0.57)</w:t>
            </w:r>
          </w:p>
        </w:tc>
        <w:tc>
          <w:tcPr>
            <w:tcW w:w="989" w:type="pct"/>
            <w:tcBorders>
              <w:top w:val="single" w:sz="4" w:space="0" w:color="000000"/>
              <w:left w:val="single" w:sz="4" w:space="0" w:color="000000"/>
              <w:bottom w:val="single" w:sz="4" w:space="0" w:color="000000"/>
              <w:right w:val="single" w:sz="4" w:space="0" w:color="000000"/>
            </w:tcBorders>
            <w:vAlign w:val="center"/>
          </w:tcPr>
          <w:p w14:paraId="20FBAAF1" w14:textId="77777777" w:rsidR="00D44A32" w:rsidRPr="00EB75F0" w:rsidRDefault="00D44A32" w:rsidP="00C32B29">
            <w:pPr>
              <w:pStyle w:val="TableText"/>
              <w:spacing w:before="48" w:after="48"/>
              <w:rPr>
                <w:b/>
                <w:color w:val="000000"/>
                <w:sz w:val="18"/>
              </w:rPr>
            </w:pPr>
            <w:r w:rsidRPr="00EB75F0">
              <w:rPr>
                <w:b/>
                <w:color w:val="000000"/>
                <w:sz w:val="18"/>
              </w:rPr>
              <w:t>0.22 (0.07, 0.65)</w:t>
            </w:r>
          </w:p>
        </w:tc>
      </w:tr>
      <w:tr w:rsidR="00D44A32" w:rsidRPr="00EB75F0" w14:paraId="6F0E0CA1"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459F060C" w14:textId="77777777" w:rsidR="00D44A32" w:rsidRPr="00EB75F0" w:rsidRDefault="00D44A32" w:rsidP="00C32B29">
            <w:pPr>
              <w:pStyle w:val="TableText"/>
              <w:spacing w:before="48" w:after="48"/>
              <w:rPr>
                <w:sz w:val="18"/>
              </w:rPr>
            </w:pPr>
            <w:proofErr w:type="spellStart"/>
            <w:r w:rsidRPr="00EB75F0">
              <w:rPr>
                <w:color w:val="000000"/>
                <w:sz w:val="18"/>
              </w:rPr>
              <w:t>Lumateperone</w:t>
            </w:r>
            <w:proofErr w:type="spellEnd"/>
          </w:p>
        </w:tc>
        <w:tc>
          <w:tcPr>
            <w:tcW w:w="998" w:type="pct"/>
            <w:tcBorders>
              <w:top w:val="single" w:sz="4" w:space="0" w:color="000000"/>
              <w:left w:val="single" w:sz="4" w:space="0" w:color="000000"/>
              <w:bottom w:val="single" w:sz="4" w:space="0" w:color="000000"/>
              <w:right w:val="single" w:sz="4" w:space="0" w:color="000000"/>
            </w:tcBorders>
            <w:vAlign w:val="center"/>
          </w:tcPr>
          <w:p w14:paraId="00B7D819" w14:textId="77777777" w:rsidR="00D44A32" w:rsidRPr="00EB75F0" w:rsidRDefault="00D44A32" w:rsidP="00C32B29">
            <w:pPr>
              <w:pStyle w:val="TableText"/>
              <w:spacing w:before="48" w:after="48"/>
              <w:rPr>
                <w:b/>
                <w:color w:val="000000"/>
                <w:sz w:val="18"/>
              </w:rPr>
            </w:pPr>
            <w:r w:rsidRPr="00EB75F0">
              <w:rPr>
                <w:b/>
                <w:color w:val="000000"/>
                <w:sz w:val="18"/>
              </w:rPr>
              <w:t>0.20 (0.06, 0.63)</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27E9F37A" w14:textId="77777777" w:rsidR="00D44A32" w:rsidRPr="00EB75F0" w:rsidRDefault="00D44A32" w:rsidP="00C32B29">
            <w:pPr>
              <w:pStyle w:val="TableText"/>
              <w:spacing w:before="48" w:after="48"/>
              <w:rPr>
                <w:b/>
                <w:color w:val="000000"/>
                <w:sz w:val="18"/>
              </w:rPr>
            </w:pPr>
            <w:r w:rsidRPr="00EB75F0">
              <w:rPr>
                <w:b/>
                <w:color w:val="000000"/>
                <w:sz w:val="18"/>
              </w:rPr>
              <w:t>0.20 (0.04, 0.83)</w:t>
            </w:r>
          </w:p>
        </w:tc>
        <w:tc>
          <w:tcPr>
            <w:tcW w:w="999" w:type="pct"/>
            <w:tcBorders>
              <w:top w:val="single" w:sz="4" w:space="0" w:color="000000"/>
              <w:left w:val="single" w:sz="4" w:space="0" w:color="000000"/>
              <w:bottom w:val="single" w:sz="4" w:space="0" w:color="000000"/>
              <w:right w:val="single" w:sz="4" w:space="0" w:color="000000"/>
            </w:tcBorders>
            <w:vAlign w:val="center"/>
          </w:tcPr>
          <w:p w14:paraId="552E523B" w14:textId="77777777" w:rsidR="00D44A32" w:rsidRPr="00EB75F0" w:rsidRDefault="00D44A32" w:rsidP="00C32B29">
            <w:pPr>
              <w:pStyle w:val="TableText"/>
              <w:spacing w:before="48" w:after="48"/>
              <w:rPr>
                <w:b/>
                <w:color w:val="000000"/>
                <w:sz w:val="18"/>
              </w:rPr>
            </w:pPr>
            <w:r w:rsidRPr="00EB75F0">
              <w:rPr>
                <w:b/>
                <w:color w:val="000000"/>
                <w:sz w:val="18"/>
              </w:rPr>
              <w:t>0.20 (0.05, 0.87)</w:t>
            </w:r>
          </w:p>
        </w:tc>
        <w:tc>
          <w:tcPr>
            <w:tcW w:w="989" w:type="pct"/>
            <w:tcBorders>
              <w:top w:val="single" w:sz="4" w:space="0" w:color="000000"/>
              <w:left w:val="single" w:sz="4" w:space="0" w:color="000000"/>
              <w:bottom w:val="single" w:sz="4" w:space="0" w:color="000000"/>
              <w:right w:val="single" w:sz="4" w:space="0" w:color="000000"/>
            </w:tcBorders>
            <w:vAlign w:val="center"/>
          </w:tcPr>
          <w:p w14:paraId="6D158EA4" w14:textId="77777777" w:rsidR="00D44A32" w:rsidRPr="00EB75F0" w:rsidRDefault="00D44A32" w:rsidP="00C32B29">
            <w:pPr>
              <w:pStyle w:val="TableText"/>
              <w:spacing w:before="48" w:after="48"/>
              <w:rPr>
                <w:color w:val="000000"/>
                <w:sz w:val="18"/>
              </w:rPr>
            </w:pPr>
            <w:r w:rsidRPr="00EB75F0">
              <w:rPr>
                <w:color w:val="000000"/>
                <w:sz w:val="18"/>
              </w:rPr>
              <w:t>0.20 (0.04, 1.00)</w:t>
            </w:r>
          </w:p>
        </w:tc>
      </w:tr>
      <w:tr w:rsidR="00D44A32" w:rsidRPr="00EB75F0" w14:paraId="2E002657"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090781CA" w14:textId="77777777" w:rsidR="00D44A32" w:rsidRPr="00EB75F0" w:rsidRDefault="00D44A32" w:rsidP="00C32B29">
            <w:pPr>
              <w:pStyle w:val="TableText"/>
              <w:spacing w:before="48" w:after="48"/>
              <w:rPr>
                <w:sz w:val="18"/>
              </w:rPr>
            </w:pPr>
            <w:r w:rsidRPr="00EB75F0">
              <w:rPr>
                <w:color w:val="000000"/>
                <w:sz w:val="18"/>
              </w:rPr>
              <w:t>Olanzapine</w:t>
            </w:r>
          </w:p>
        </w:tc>
        <w:tc>
          <w:tcPr>
            <w:tcW w:w="998" w:type="pct"/>
            <w:tcBorders>
              <w:top w:val="single" w:sz="4" w:space="0" w:color="000000"/>
              <w:left w:val="single" w:sz="4" w:space="0" w:color="000000"/>
              <w:bottom w:val="single" w:sz="4" w:space="0" w:color="000000"/>
              <w:right w:val="single" w:sz="4" w:space="0" w:color="000000"/>
            </w:tcBorders>
            <w:vAlign w:val="center"/>
          </w:tcPr>
          <w:p w14:paraId="000ADB42" w14:textId="77777777" w:rsidR="00D44A32" w:rsidRPr="00EB75F0" w:rsidRDefault="00D44A32" w:rsidP="00C32B29">
            <w:pPr>
              <w:pStyle w:val="TableText"/>
              <w:spacing w:before="48" w:after="48"/>
              <w:rPr>
                <w:b/>
                <w:color w:val="000000"/>
                <w:sz w:val="18"/>
              </w:rPr>
            </w:pPr>
            <w:r w:rsidRPr="00EB75F0">
              <w:rPr>
                <w:b/>
                <w:color w:val="000000"/>
                <w:sz w:val="18"/>
              </w:rPr>
              <w:t>0.14 (0.07, 0.27)</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3B8A2148" w14:textId="77777777" w:rsidR="00D44A32" w:rsidRPr="00EB75F0" w:rsidRDefault="00D44A32" w:rsidP="00C32B29">
            <w:pPr>
              <w:pStyle w:val="TableText"/>
              <w:spacing w:before="48" w:after="48"/>
              <w:rPr>
                <w:b/>
                <w:color w:val="000000"/>
                <w:sz w:val="18"/>
              </w:rPr>
            </w:pPr>
            <w:r w:rsidRPr="00EB75F0">
              <w:rPr>
                <w:b/>
                <w:color w:val="000000"/>
                <w:sz w:val="18"/>
              </w:rPr>
              <w:t>0.14 (0.06, 0.35)</w:t>
            </w:r>
          </w:p>
        </w:tc>
        <w:tc>
          <w:tcPr>
            <w:tcW w:w="999" w:type="pct"/>
            <w:tcBorders>
              <w:top w:val="single" w:sz="4" w:space="0" w:color="000000"/>
              <w:left w:val="single" w:sz="4" w:space="0" w:color="000000"/>
              <w:bottom w:val="single" w:sz="4" w:space="0" w:color="000000"/>
              <w:right w:val="single" w:sz="4" w:space="0" w:color="000000"/>
            </w:tcBorders>
            <w:vAlign w:val="center"/>
          </w:tcPr>
          <w:p w14:paraId="3D2BAABD" w14:textId="77777777" w:rsidR="00D44A32" w:rsidRPr="00EB75F0" w:rsidRDefault="00D44A32" w:rsidP="00C32B29">
            <w:pPr>
              <w:pStyle w:val="TableText"/>
              <w:spacing w:before="48" w:after="48"/>
              <w:rPr>
                <w:b/>
                <w:color w:val="000000"/>
                <w:sz w:val="18"/>
              </w:rPr>
            </w:pPr>
            <w:r w:rsidRPr="00EB75F0">
              <w:rPr>
                <w:b/>
                <w:color w:val="000000"/>
                <w:sz w:val="18"/>
              </w:rPr>
              <w:t>0.14 (0.06, 0.36)</w:t>
            </w:r>
          </w:p>
        </w:tc>
        <w:tc>
          <w:tcPr>
            <w:tcW w:w="989" w:type="pct"/>
            <w:tcBorders>
              <w:top w:val="single" w:sz="4" w:space="0" w:color="000000"/>
              <w:left w:val="single" w:sz="4" w:space="0" w:color="000000"/>
              <w:bottom w:val="single" w:sz="4" w:space="0" w:color="000000"/>
              <w:right w:val="single" w:sz="4" w:space="0" w:color="000000"/>
            </w:tcBorders>
            <w:vAlign w:val="center"/>
          </w:tcPr>
          <w:p w14:paraId="4F41E522" w14:textId="77777777" w:rsidR="00D44A32" w:rsidRPr="00EB75F0" w:rsidRDefault="00D44A32" w:rsidP="00C32B29">
            <w:pPr>
              <w:pStyle w:val="TableText"/>
              <w:spacing w:before="48" w:after="48"/>
              <w:rPr>
                <w:b/>
                <w:color w:val="000000"/>
                <w:sz w:val="18"/>
              </w:rPr>
            </w:pPr>
            <w:r w:rsidRPr="00EB75F0">
              <w:rPr>
                <w:b/>
                <w:color w:val="000000"/>
                <w:sz w:val="18"/>
              </w:rPr>
              <w:t>0.16 (0.06, 0.44)</w:t>
            </w:r>
          </w:p>
        </w:tc>
      </w:tr>
      <w:tr w:rsidR="00D44A32" w:rsidRPr="00EB75F0" w14:paraId="4C4ACE84"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56CB9B0A" w14:textId="77777777" w:rsidR="00D44A32" w:rsidRPr="00EB75F0" w:rsidRDefault="00D44A32" w:rsidP="00C32B29">
            <w:pPr>
              <w:pStyle w:val="TableText"/>
              <w:spacing w:before="48" w:after="48"/>
              <w:rPr>
                <w:sz w:val="18"/>
              </w:rPr>
            </w:pPr>
            <w:r w:rsidRPr="00EB75F0">
              <w:rPr>
                <w:color w:val="000000"/>
                <w:sz w:val="18"/>
              </w:rPr>
              <w:t>Quetiapine</w:t>
            </w:r>
          </w:p>
        </w:tc>
        <w:tc>
          <w:tcPr>
            <w:tcW w:w="998" w:type="pct"/>
            <w:tcBorders>
              <w:top w:val="single" w:sz="4" w:space="0" w:color="000000"/>
              <w:left w:val="single" w:sz="4" w:space="0" w:color="000000"/>
              <w:bottom w:val="single" w:sz="4" w:space="0" w:color="000000"/>
              <w:right w:val="single" w:sz="4" w:space="0" w:color="000000"/>
            </w:tcBorders>
            <w:vAlign w:val="center"/>
          </w:tcPr>
          <w:p w14:paraId="5C07BAC1" w14:textId="77777777" w:rsidR="00D44A32" w:rsidRPr="00EB75F0" w:rsidRDefault="00D44A32" w:rsidP="00C32B29">
            <w:pPr>
              <w:pStyle w:val="TableText"/>
              <w:spacing w:before="48" w:after="48"/>
              <w:rPr>
                <w:b/>
                <w:color w:val="000000"/>
                <w:sz w:val="18"/>
              </w:rPr>
            </w:pPr>
            <w:r w:rsidRPr="00EB75F0">
              <w:rPr>
                <w:b/>
                <w:color w:val="000000"/>
                <w:sz w:val="18"/>
              </w:rPr>
              <w:t>0.08 (0.03, 0.18)</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2F945C13" w14:textId="77777777" w:rsidR="00D44A32" w:rsidRPr="00EB75F0" w:rsidRDefault="00D44A32" w:rsidP="00C32B29">
            <w:pPr>
              <w:pStyle w:val="TableText"/>
              <w:spacing w:before="48" w:after="48"/>
              <w:rPr>
                <w:b/>
                <w:color w:val="000000"/>
                <w:sz w:val="18"/>
              </w:rPr>
            </w:pPr>
            <w:r w:rsidRPr="00EB75F0">
              <w:rPr>
                <w:b/>
                <w:color w:val="000000"/>
                <w:sz w:val="18"/>
              </w:rPr>
              <w:t>0.08 (0.03, 0.22)</w:t>
            </w:r>
          </w:p>
        </w:tc>
        <w:tc>
          <w:tcPr>
            <w:tcW w:w="999" w:type="pct"/>
            <w:tcBorders>
              <w:top w:val="single" w:sz="4" w:space="0" w:color="000000"/>
              <w:left w:val="single" w:sz="4" w:space="0" w:color="000000"/>
              <w:bottom w:val="single" w:sz="4" w:space="0" w:color="000000"/>
              <w:right w:val="single" w:sz="4" w:space="0" w:color="000000"/>
            </w:tcBorders>
            <w:vAlign w:val="center"/>
          </w:tcPr>
          <w:p w14:paraId="699D1633" w14:textId="77777777" w:rsidR="00D44A32" w:rsidRPr="00EB75F0" w:rsidRDefault="00D44A32" w:rsidP="00C32B29">
            <w:pPr>
              <w:pStyle w:val="TableText"/>
              <w:spacing w:before="48" w:after="48"/>
              <w:rPr>
                <w:b/>
                <w:color w:val="000000"/>
                <w:sz w:val="18"/>
              </w:rPr>
            </w:pPr>
            <w:r w:rsidRPr="00EB75F0">
              <w:rPr>
                <w:b/>
                <w:color w:val="000000"/>
                <w:sz w:val="18"/>
              </w:rPr>
              <w:t>0.08 (0.03, 0.22)</w:t>
            </w:r>
          </w:p>
        </w:tc>
        <w:tc>
          <w:tcPr>
            <w:tcW w:w="989" w:type="pct"/>
            <w:tcBorders>
              <w:top w:val="single" w:sz="4" w:space="0" w:color="000000"/>
              <w:left w:val="single" w:sz="4" w:space="0" w:color="000000"/>
              <w:bottom w:val="single" w:sz="4" w:space="0" w:color="000000"/>
              <w:right w:val="single" w:sz="4" w:space="0" w:color="000000"/>
            </w:tcBorders>
            <w:vAlign w:val="center"/>
          </w:tcPr>
          <w:p w14:paraId="4A697F70" w14:textId="77777777" w:rsidR="00D44A32" w:rsidRPr="00EB75F0" w:rsidRDefault="00D44A32" w:rsidP="00C32B29">
            <w:pPr>
              <w:pStyle w:val="TableText"/>
              <w:spacing w:before="48" w:after="48"/>
              <w:rPr>
                <w:b/>
                <w:color w:val="000000"/>
                <w:sz w:val="18"/>
              </w:rPr>
            </w:pPr>
            <w:r w:rsidRPr="00EB75F0">
              <w:rPr>
                <w:b/>
                <w:color w:val="000000"/>
                <w:sz w:val="18"/>
              </w:rPr>
              <w:t>0.06 (0.01, 0.27)</w:t>
            </w:r>
          </w:p>
        </w:tc>
      </w:tr>
      <w:tr w:rsidR="00D44A32" w:rsidRPr="00EB75F0" w14:paraId="47C7652B"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6CE18E31" w14:textId="77777777" w:rsidR="00D44A32" w:rsidRPr="00EB75F0" w:rsidRDefault="00D44A32" w:rsidP="00C32B29">
            <w:pPr>
              <w:pStyle w:val="TableText"/>
              <w:spacing w:before="48" w:after="48"/>
              <w:rPr>
                <w:sz w:val="18"/>
              </w:rPr>
            </w:pPr>
            <w:r w:rsidRPr="00EB75F0">
              <w:rPr>
                <w:color w:val="000000"/>
                <w:sz w:val="18"/>
              </w:rPr>
              <w:t>Risperidone</w:t>
            </w:r>
          </w:p>
        </w:tc>
        <w:tc>
          <w:tcPr>
            <w:tcW w:w="998" w:type="pct"/>
            <w:tcBorders>
              <w:top w:val="single" w:sz="4" w:space="0" w:color="000000"/>
              <w:left w:val="single" w:sz="4" w:space="0" w:color="000000"/>
              <w:bottom w:val="single" w:sz="4" w:space="0" w:color="000000"/>
              <w:right w:val="single" w:sz="4" w:space="0" w:color="000000"/>
            </w:tcBorders>
            <w:vAlign w:val="center"/>
          </w:tcPr>
          <w:p w14:paraId="2418F1C0" w14:textId="77777777" w:rsidR="00D44A32" w:rsidRPr="00EB75F0" w:rsidRDefault="00D44A32" w:rsidP="00C32B29">
            <w:pPr>
              <w:pStyle w:val="TableText"/>
              <w:spacing w:before="48" w:after="48"/>
              <w:rPr>
                <w:b/>
                <w:color w:val="000000"/>
                <w:sz w:val="18"/>
              </w:rPr>
            </w:pPr>
            <w:r w:rsidRPr="00EB75F0">
              <w:rPr>
                <w:b/>
                <w:color w:val="000000"/>
                <w:sz w:val="18"/>
              </w:rPr>
              <w:t>0.10 (0.05, 0.21)</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6BFF27A4" w14:textId="77777777" w:rsidR="00D44A32" w:rsidRPr="00EB75F0" w:rsidRDefault="00D44A32" w:rsidP="00C32B29">
            <w:pPr>
              <w:pStyle w:val="TableText"/>
              <w:spacing w:before="48" w:after="48"/>
              <w:rPr>
                <w:b/>
                <w:color w:val="000000"/>
                <w:sz w:val="18"/>
              </w:rPr>
            </w:pPr>
            <w:r w:rsidRPr="00EB75F0">
              <w:rPr>
                <w:b/>
                <w:color w:val="000000"/>
                <w:sz w:val="18"/>
              </w:rPr>
              <w:t>0.10 (0.04, 0.24)</w:t>
            </w:r>
          </w:p>
        </w:tc>
        <w:tc>
          <w:tcPr>
            <w:tcW w:w="999" w:type="pct"/>
            <w:tcBorders>
              <w:top w:val="single" w:sz="4" w:space="0" w:color="000000"/>
              <w:left w:val="single" w:sz="4" w:space="0" w:color="000000"/>
              <w:bottom w:val="single" w:sz="4" w:space="0" w:color="000000"/>
              <w:right w:val="single" w:sz="4" w:space="0" w:color="000000"/>
            </w:tcBorders>
            <w:vAlign w:val="center"/>
          </w:tcPr>
          <w:p w14:paraId="36A0B710" w14:textId="77777777" w:rsidR="00D44A32" w:rsidRPr="00EB75F0" w:rsidRDefault="00D44A32" w:rsidP="00C32B29">
            <w:pPr>
              <w:pStyle w:val="TableText"/>
              <w:spacing w:before="48" w:after="48"/>
              <w:rPr>
                <w:b/>
                <w:color w:val="000000"/>
                <w:sz w:val="18"/>
              </w:rPr>
            </w:pPr>
            <w:r w:rsidRPr="00EB75F0">
              <w:rPr>
                <w:b/>
                <w:color w:val="000000"/>
                <w:sz w:val="18"/>
              </w:rPr>
              <w:t>0.10 (0.04, 0.25)</w:t>
            </w:r>
          </w:p>
        </w:tc>
        <w:tc>
          <w:tcPr>
            <w:tcW w:w="989" w:type="pct"/>
            <w:tcBorders>
              <w:top w:val="single" w:sz="4" w:space="0" w:color="000000"/>
              <w:left w:val="single" w:sz="4" w:space="0" w:color="000000"/>
              <w:bottom w:val="single" w:sz="4" w:space="0" w:color="000000"/>
              <w:right w:val="single" w:sz="4" w:space="0" w:color="000000"/>
            </w:tcBorders>
            <w:vAlign w:val="center"/>
          </w:tcPr>
          <w:p w14:paraId="4E9BBDA6" w14:textId="77777777" w:rsidR="00D44A32" w:rsidRPr="00EB75F0" w:rsidRDefault="00D44A32" w:rsidP="00C32B29">
            <w:pPr>
              <w:pStyle w:val="TableText"/>
              <w:spacing w:before="48" w:after="48"/>
              <w:rPr>
                <w:b/>
                <w:color w:val="000000"/>
                <w:sz w:val="18"/>
              </w:rPr>
            </w:pPr>
            <w:r w:rsidRPr="00EB75F0">
              <w:rPr>
                <w:b/>
                <w:color w:val="000000"/>
                <w:sz w:val="18"/>
              </w:rPr>
              <w:t>0.11 (0.04, 0.30)</w:t>
            </w:r>
          </w:p>
        </w:tc>
      </w:tr>
      <w:tr w:rsidR="00D44A32" w:rsidRPr="00EB75F0" w14:paraId="389BE0F9" w14:textId="77777777" w:rsidTr="00BE7241">
        <w:trPr>
          <w:trHeight w:val="58"/>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4780F09F" w14:textId="77777777" w:rsidR="00D44A32" w:rsidRPr="00EB75F0" w:rsidRDefault="00D44A32" w:rsidP="00C32B29">
            <w:pPr>
              <w:pStyle w:val="TableText"/>
              <w:spacing w:before="48" w:after="48"/>
              <w:rPr>
                <w:rFonts w:ascii="Aptos Narrow" w:hAnsi="Aptos Narrow"/>
                <w:color w:val="FFFFFF"/>
                <w:sz w:val="18"/>
              </w:rPr>
            </w:pPr>
            <w:r w:rsidRPr="00EB75F0">
              <w:rPr>
                <w:color w:val="FFFFFF"/>
                <w:sz w:val="18"/>
                <w:highlight w:val="black"/>
              </w:rPr>
              <w:t>Direct head-to-head meta-analyses</w:t>
            </w:r>
          </w:p>
        </w:tc>
      </w:tr>
      <w:tr w:rsidR="00D44A32" w:rsidRPr="00EB75F0" w14:paraId="2F0AF75E"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4F1288CC" w14:textId="77777777" w:rsidR="00D44A32" w:rsidRPr="00EB75F0" w:rsidRDefault="00D44A32" w:rsidP="00C32B29">
            <w:pPr>
              <w:pStyle w:val="TableText"/>
              <w:spacing w:before="48" w:after="48"/>
              <w:rPr>
                <w:color w:val="000000"/>
                <w:sz w:val="18"/>
              </w:rPr>
            </w:pPr>
            <w:r w:rsidRPr="00EB75F0">
              <w:rPr>
                <w:color w:val="000000"/>
                <w:sz w:val="18"/>
              </w:rPr>
              <w:lastRenderedPageBreak/>
              <w:t>Range of I</w:t>
            </w:r>
            <w:r w:rsidRPr="00EB75F0">
              <w:rPr>
                <w:color w:val="000000"/>
                <w:sz w:val="18"/>
                <w:vertAlign w:val="superscript"/>
              </w:rPr>
              <w:t>2</w:t>
            </w:r>
            <w:r w:rsidRPr="00EB75F0">
              <w:rPr>
                <w:color w:val="000000"/>
                <w:sz w:val="18"/>
              </w:rPr>
              <w:t xml:space="preserve"> values</w:t>
            </w:r>
          </w:p>
        </w:tc>
        <w:tc>
          <w:tcPr>
            <w:tcW w:w="2011" w:type="pct"/>
            <w:gridSpan w:val="2"/>
            <w:tcBorders>
              <w:top w:val="single" w:sz="4" w:space="0" w:color="000000"/>
              <w:left w:val="single" w:sz="4" w:space="0" w:color="000000"/>
              <w:bottom w:val="single" w:sz="4" w:space="0" w:color="000000"/>
              <w:right w:val="single" w:sz="4" w:space="0" w:color="000000"/>
            </w:tcBorders>
            <w:vAlign w:val="bottom"/>
          </w:tcPr>
          <w:p w14:paraId="1516D9DF" w14:textId="77777777" w:rsidR="00D44A32" w:rsidRPr="00EB75F0" w:rsidRDefault="00D44A32" w:rsidP="00C32B29">
            <w:pPr>
              <w:pStyle w:val="TableText"/>
              <w:spacing w:before="48" w:after="48"/>
              <w:rPr>
                <w:color w:val="000000"/>
                <w:sz w:val="18"/>
              </w:rPr>
            </w:pPr>
            <w:r w:rsidRPr="00EB75F0">
              <w:rPr>
                <w:color w:val="000000"/>
                <w:sz w:val="18"/>
              </w:rPr>
              <w:t>0-61%, considerable heterogeneity between studies for olanzapine versus placebo (61%)</w:t>
            </w:r>
          </w:p>
        </w:tc>
        <w:tc>
          <w:tcPr>
            <w:tcW w:w="999" w:type="pct"/>
            <w:tcBorders>
              <w:top w:val="single" w:sz="4" w:space="0" w:color="000000"/>
              <w:left w:val="single" w:sz="4" w:space="0" w:color="000000"/>
              <w:bottom w:val="single" w:sz="4" w:space="0" w:color="000000"/>
              <w:right w:val="single" w:sz="4" w:space="0" w:color="000000"/>
            </w:tcBorders>
            <w:vAlign w:val="center"/>
          </w:tcPr>
          <w:p w14:paraId="28B0F8BC" w14:textId="42C5C030" w:rsidR="00D44A32" w:rsidRPr="00EB75F0" w:rsidRDefault="00D44A32" w:rsidP="00C32B29">
            <w:pPr>
              <w:pStyle w:val="TableText"/>
              <w:spacing w:before="48" w:after="48"/>
              <w:rPr>
                <w:rFonts w:ascii="Aptos Narrow" w:hAnsi="Aptos Narrow"/>
                <w:color w:val="000000"/>
                <w:sz w:val="18"/>
              </w:rPr>
            </w:pPr>
            <w:r w:rsidRPr="00EB75F0">
              <w:rPr>
                <w:color w:val="000000"/>
                <w:sz w:val="18"/>
              </w:rPr>
              <w:t xml:space="preserve">0-61%, </w:t>
            </w:r>
            <w:r w:rsidR="000D7C80" w:rsidRPr="00EB75F0">
              <w:rPr>
                <w:color w:val="000000"/>
                <w:sz w:val="18"/>
              </w:rPr>
              <w:t>substantial</w:t>
            </w:r>
            <w:r w:rsidRPr="00EB75F0">
              <w:rPr>
                <w:color w:val="000000"/>
                <w:sz w:val="18"/>
              </w:rPr>
              <w:t xml:space="preserve"> heterogeneity between studies for olanzapine versus placebo (61%)</w:t>
            </w:r>
          </w:p>
        </w:tc>
        <w:tc>
          <w:tcPr>
            <w:tcW w:w="989" w:type="pct"/>
            <w:tcBorders>
              <w:top w:val="single" w:sz="4" w:space="0" w:color="000000"/>
              <w:left w:val="single" w:sz="4" w:space="0" w:color="000000"/>
              <w:bottom w:val="single" w:sz="4" w:space="0" w:color="000000"/>
              <w:right w:val="single" w:sz="4" w:space="0" w:color="000000"/>
            </w:tcBorders>
            <w:vAlign w:val="center"/>
          </w:tcPr>
          <w:p w14:paraId="28430B08" w14:textId="03C03A27" w:rsidR="00D44A32" w:rsidRPr="00EB75F0" w:rsidRDefault="00D44A32" w:rsidP="00C32B29">
            <w:pPr>
              <w:pStyle w:val="TableText"/>
              <w:spacing w:before="48" w:after="48"/>
              <w:rPr>
                <w:rFonts w:ascii="Aptos Narrow" w:hAnsi="Aptos Narrow"/>
                <w:color w:val="000000"/>
                <w:sz w:val="18"/>
              </w:rPr>
            </w:pPr>
            <w:r w:rsidRPr="00EB75F0">
              <w:rPr>
                <w:color w:val="000000"/>
                <w:sz w:val="18"/>
              </w:rPr>
              <w:t xml:space="preserve">0-66%, </w:t>
            </w:r>
            <w:r w:rsidR="000D7C80" w:rsidRPr="00EB75F0">
              <w:rPr>
                <w:color w:val="000000"/>
                <w:sz w:val="18"/>
              </w:rPr>
              <w:t>substantial</w:t>
            </w:r>
            <w:r w:rsidRPr="00EB75F0">
              <w:rPr>
                <w:color w:val="000000"/>
                <w:sz w:val="18"/>
              </w:rPr>
              <w:t xml:space="preserve"> heterogeneity between studies for olanzapine versus placebo (66%)</w:t>
            </w:r>
          </w:p>
        </w:tc>
      </w:tr>
      <w:tr w:rsidR="00D44A32" w:rsidRPr="00EB75F0" w14:paraId="40DD4694" w14:textId="77777777" w:rsidTr="00BE7241">
        <w:trPr>
          <w:trHeight w:val="58"/>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52C0933C" w14:textId="77777777" w:rsidR="00D44A32" w:rsidRPr="00EB75F0" w:rsidRDefault="00D44A32" w:rsidP="00C32B29">
            <w:pPr>
              <w:pStyle w:val="TableText"/>
              <w:spacing w:before="48" w:after="48"/>
              <w:rPr>
                <w:rFonts w:ascii="Aptos Narrow" w:hAnsi="Aptos Narrow"/>
                <w:color w:val="FFFFFF"/>
                <w:sz w:val="18"/>
              </w:rPr>
            </w:pPr>
            <w:r w:rsidRPr="00EB75F0">
              <w:rPr>
                <w:color w:val="FFFFFF"/>
                <w:sz w:val="18"/>
                <w:highlight w:val="black"/>
              </w:rPr>
              <w:t>Node-splitting analyses</w:t>
            </w:r>
          </w:p>
        </w:tc>
      </w:tr>
      <w:tr w:rsidR="00D44A32" w:rsidRPr="00EB75F0" w14:paraId="545059FD" w14:textId="77777777" w:rsidTr="001A27F4">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03E9772F" w14:textId="77777777" w:rsidR="00D44A32" w:rsidRPr="00EB75F0" w:rsidRDefault="00D44A32" w:rsidP="00C32B29">
            <w:pPr>
              <w:pStyle w:val="TableText"/>
              <w:spacing w:before="48" w:after="48"/>
              <w:rPr>
                <w:color w:val="000000"/>
                <w:sz w:val="18"/>
              </w:rPr>
            </w:pPr>
            <w:r w:rsidRPr="00EB75F0">
              <w:rPr>
                <w:color w:val="000000"/>
                <w:sz w:val="18"/>
              </w:rPr>
              <w:t>IF estimates suggesting inconsistency</w:t>
            </w:r>
          </w:p>
        </w:tc>
        <w:tc>
          <w:tcPr>
            <w:tcW w:w="2011" w:type="pct"/>
            <w:gridSpan w:val="2"/>
            <w:tcBorders>
              <w:top w:val="single" w:sz="4" w:space="0" w:color="000000"/>
              <w:left w:val="single" w:sz="4" w:space="0" w:color="000000"/>
              <w:bottom w:val="single" w:sz="4" w:space="0" w:color="000000"/>
              <w:right w:val="single" w:sz="4" w:space="0" w:color="000000"/>
            </w:tcBorders>
            <w:vAlign w:val="center"/>
          </w:tcPr>
          <w:p w14:paraId="2E8DEA44" w14:textId="77777777" w:rsidR="00D44A32" w:rsidRPr="00EB75F0" w:rsidRDefault="00D44A32" w:rsidP="00C32B29">
            <w:pPr>
              <w:pStyle w:val="TableText"/>
              <w:spacing w:before="48" w:after="48"/>
              <w:rPr>
                <w:color w:val="000000"/>
                <w:sz w:val="18"/>
              </w:rPr>
            </w:pPr>
            <w:r w:rsidRPr="00EB75F0">
              <w:rPr>
                <w:color w:val="000000"/>
                <w:sz w:val="18"/>
              </w:rPr>
              <w:t>-</w:t>
            </w:r>
          </w:p>
        </w:tc>
        <w:tc>
          <w:tcPr>
            <w:tcW w:w="999" w:type="pct"/>
            <w:tcBorders>
              <w:top w:val="single" w:sz="4" w:space="0" w:color="000000"/>
              <w:left w:val="single" w:sz="4" w:space="0" w:color="000000"/>
              <w:bottom w:val="single" w:sz="4" w:space="0" w:color="000000"/>
              <w:right w:val="single" w:sz="4" w:space="0" w:color="000000"/>
            </w:tcBorders>
            <w:vAlign w:val="center"/>
          </w:tcPr>
          <w:p w14:paraId="15610248" w14:textId="77777777" w:rsidR="00D44A32" w:rsidRPr="00EB75F0" w:rsidRDefault="00D44A32" w:rsidP="00C32B29">
            <w:pPr>
              <w:pStyle w:val="TableText"/>
              <w:spacing w:before="48" w:after="48"/>
              <w:rPr>
                <w:color w:val="000000"/>
                <w:sz w:val="18"/>
              </w:rPr>
            </w:pPr>
            <w:r w:rsidRPr="00EB75F0">
              <w:rPr>
                <w:color w:val="000000"/>
                <w:sz w:val="18"/>
              </w:rPr>
              <w:t>-</w:t>
            </w:r>
          </w:p>
        </w:tc>
        <w:tc>
          <w:tcPr>
            <w:tcW w:w="989" w:type="pct"/>
            <w:tcBorders>
              <w:top w:val="single" w:sz="4" w:space="0" w:color="000000"/>
              <w:left w:val="single" w:sz="4" w:space="0" w:color="000000"/>
              <w:bottom w:val="single" w:sz="4" w:space="0" w:color="000000"/>
              <w:right w:val="single" w:sz="4" w:space="0" w:color="000000"/>
            </w:tcBorders>
            <w:vAlign w:val="center"/>
          </w:tcPr>
          <w:p w14:paraId="45A133E3" w14:textId="77777777" w:rsidR="00D44A32" w:rsidRPr="00EB75F0" w:rsidRDefault="00D44A32" w:rsidP="00C32B29">
            <w:pPr>
              <w:pStyle w:val="TableText"/>
              <w:spacing w:before="48" w:after="48"/>
              <w:rPr>
                <w:color w:val="000000"/>
                <w:sz w:val="18"/>
              </w:rPr>
            </w:pPr>
            <w:r w:rsidRPr="00EB75F0">
              <w:rPr>
                <w:color w:val="000000"/>
                <w:sz w:val="18"/>
              </w:rPr>
              <w:t>-</w:t>
            </w:r>
          </w:p>
        </w:tc>
      </w:tr>
      <w:tr w:rsidR="00D44A32" w:rsidRPr="00EB75F0" w14:paraId="002AD783" w14:textId="77777777" w:rsidTr="00BE7241">
        <w:trPr>
          <w:trHeight w:val="58"/>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2999268A" w14:textId="76C365FD" w:rsidR="00D44A32" w:rsidRPr="00EB75F0" w:rsidRDefault="00D44A32" w:rsidP="00C32B29">
            <w:pPr>
              <w:pStyle w:val="Legend"/>
              <w:spacing w:before="48" w:after="48"/>
              <w:rPr>
                <w:sz w:val="16"/>
              </w:rPr>
            </w:pPr>
            <w:r w:rsidRPr="00EB75F0">
              <w:rPr>
                <w:b/>
                <w:sz w:val="16"/>
              </w:rPr>
              <w:t>Key:</w:t>
            </w:r>
            <w:r w:rsidRPr="00EB75F0">
              <w:rPr>
                <w:sz w:val="16"/>
              </w:rPr>
              <w:t xml:space="preserve"> </w:t>
            </w:r>
            <w:proofErr w:type="spellStart"/>
            <w:r w:rsidRPr="00EB75F0">
              <w:rPr>
                <w:sz w:val="16"/>
              </w:rPr>
              <w:t>CrI</w:t>
            </w:r>
            <w:proofErr w:type="spellEnd"/>
            <w:r w:rsidRPr="00EB75F0">
              <w:rPr>
                <w:sz w:val="16"/>
              </w:rPr>
              <w:t>, credible interval; DIC, deviance information criterion; FE, fixed-effects; OR, odds ratio; RE, random-effects; IF, inconsistency factor</w:t>
            </w:r>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KarXT</w:t>
            </w:r>
            <w:proofErr w:type="spellEnd"/>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xanomeline</w:t>
            </w:r>
            <w:proofErr w:type="spellEnd"/>
            <w:r w:rsidR="00DB65DB" w:rsidRPr="00DB65DB">
              <w:rPr>
                <w:rFonts w:asciiTheme="majorHAnsi" w:hAnsiTheme="majorHAnsi" w:cstheme="majorHAnsi"/>
                <w:sz w:val="16"/>
              </w:rPr>
              <w:t>/</w:t>
            </w:r>
            <w:proofErr w:type="spellStart"/>
            <w:r w:rsidR="00DB65DB" w:rsidRPr="00DB65DB">
              <w:rPr>
                <w:rFonts w:asciiTheme="majorHAnsi" w:hAnsiTheme="majorHAnsi" w:cstheme="majorHAnsi"/>
                <w:sz w:val="16"/>
              </w:rPr>
              <w:t>trospium</w:t>
            </w:r>
            <w:proofErr w:type="spellEnd"/>
            <w:r w:rsidR="00DB65DB" w:rsidRPr="00DB65DB">
              <w:rPr>
                <w:rFonts w:asciiTheme="majorHAnsi" w:hAnsiTheme="majorHAnsi" w:cstheme="majorHAnsi"/>
                <w:sz w:val="16"/>
              </w:rPr>
              <w:t xml:space="preserve"> chloride</w:t>
            </w:r>
          </w:p>
          <w:p w14:paraId="736837A0" w14:textId="77777777" w:rsidR="00D44A32" w:rsidRPr="00EB75F0" w:rsidRDefault="00D44A32" w:rsidP="00C32B29">
            <w:pPr>
              <w:pStyle w:val="TableText"/>
              <w:spacing w:before="48" w:after="48"/>
              <w:rPr>
                <w:rFonts w:ascii="Aptos Narrow" w:hAnsi="Aptos Narrow"/>
                <w:color w:val="000000"/>
                <w:sz w:val="18"/>
              </w:rPr>
            </w:pPr>
            <w:r w:rsidRPr="00EB75F0">
              <w:rPr>
                <w:b/>
                <w:sz w:val="16"/>
              </w:rPr>
              <w:t>Notes:</w:t>
            </w:r>
            <w:r w:rsidRPr="00EB75F0">
              <w:rPr>
                <w:sz w:val="16"/>
              </w:rPr>
              <w:t xml:space="preserve"> </w:t>
            </w:r>
            <w:r w:rsidRPr="00EB75F0">
              <w:rPr>
                <w:sz w:val="16"/>
                <w:shd w:val="clear" w:color="auto" w:fill="FFFCCC"/>
              </w:rPr>
              <w:t>Pale yellow highlight</w:t>
            </w:r>
            <w:r w:rsidRPr="00EB75F0">
              <w:rPr>
                <w:sz w:val="16"/>
              </w:rPr>
              <w:t xml:space="preserve"> indicates the base case model; statistically significant differences are highlighted in </w:t>
            </w:r>
            <w:r w:rsidRPr="00EB75F0">
              <w:rPr>
                <w:b/>
                <w:sz w:val="16"/>
              </w:rPr>
              <w:t>bold</w:t>
            </w:r>
            <w:r w:rsidRPr="00EB75F0">
              <w:rPr>
                <w:sz w:val="16"/>
              </w:rPr>
              <w:t>.</w:t>
            </w:r>
          </w:p>
        </w:tc>
      </w:tr>
    </w:tbl>
    <w:p w14:paraId="3F5E4317" w14:textId="11A842D7" w:rsidR="001A27F4" w:rsidRDefault="001A27F4" w:rsidP="001A27F4">
      <w:pPr>
        <w:pStyle w:val="Heading3"/>
      </w:pPr>
      <w:r w:rsidRPr="007F6A73">
        <w:lastRenderedPageBreak/>
        <w:t xml:space="preserve">Figure </w:t>
      </w:r>
      <w:r>
        <w:t>S</w:t>
      </w:r>
      <w:fldSimple w:instr=" SEQ Figure \* ARABIC ">
        <w:r w:rsidR="004B2F28">
          <w:rPr>
            <w:noProof/>
          </w:rPr>
          <w:t>84</w:t>
        </w:r>
      </w:fldSimple>
      <w:r w:rsidRPr="007F6A73">
        <w:t xml:space="preserve">: </w:t>
      </w:r>
      <w:r w:rsidRPr="00EB75F0">
        <w:t>≥7% increase in weight –</w:t>
      </w:r>
      <w:r w:rsidRPr="00C228BD">
        <w:t xml:space="preserve"> </w:t>
      </w:r>
      <w:r>
        <w:t xml:space="preserve">distribution of potential effect modifiers by treatment node </w:t>
      </w:r>
      <w:r w:rsidRPr="007F6A73">
        <w:t>–</w:t>
      </w:r>
      <w:r>
        <w:t xml:space="preserve"> </w:t>
      </w:r>
      <w:r w:rsidRPr="00EB75F0">
        <w:t>base case network</w:t>
      </w:r>
      <w:r w:rsidRPr="007F6A73">
        <w:t xml:space="preserve"> </w:t>
      </w:r>
      <w:r w:rsidRPr="007F6A73">
        <w:rPr>
          <w:noProof/>
        </w:rPr>
        <w:drawing>
          <wp:inline distT="0" distB="0" distL="0" distR="0" wp14:anchorId="2DE767B0" wp14:editId="76877EAB">
            <wp:extent cx="6119495" cy="7420745"/>
            <wp:effectExtent l="0" t="0" r="0" b="8890"/>
            <wp:docPr id="1242243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243741" name="Picture 1"/>
                    <pic:cNvPicPr>
                      <a:picLocks noChangeAspect="1" noChangeArrowheads="1"/>
                    </pic:cNvPicPr>
                  </pic:nvPicPr>
                  <pic:blipFill>
                    <a:blip r:embed="rId105"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1E40902A" w14:textId="19617DB6" w:rsidR="001A27F4" w:rsidRPr="009E25E6" w:rsidRDefault="001A27F4" w:rsidP="001A27F4">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w:t>
      </w:r>
      <w:r w:rsidR="002039DB">
        <w:rPr>
          <w:sz w:val="20"/>
        </w:rPr>
        <w:t>36</w:t>
      </w:r>
      <w:r w:rsidRPr="009E25E6">
        <w:rPr>
          <w:sz w:val="20"/>
        </w:rPr>
        <w:t>, 0</w:t>
      </w:r>
      <w:r>
        <w:rPr>
          <w:sz w:val="20"/>
        </w:rPr>
        <w:t>.1</w:t>
      </w:r>
      <w:r w:rsidRPr="009E25E6">
        <w:rPr>
          <w:sz w:val="20"/>
        </w:rPr>
        <w:t>, 0.</w:t>
      </w:r>
      <w:r w:rsidR="002039DB">
        <w:rPr>
          <w:sz w:val="20"/>
        </w:rPr>
        <w:t>12</w:t>
      </w:r>
      <w:r w:rsidRPr="009E25E6">
        <w:rPr>
          <w:sz w:val="20"/>
        </w:rPr>
        <w:t>, 0</w:t>
      </w:r>
      <w:r>
        <w:rPr>
          <w:sz w:val="20"/>
        </w:rPr>
        <w:t>.</w:t>
      </w:r>
      <w:r w:rsidR="002039DB">
        <w:rPr>
          <w:sz w:val="20"/>
        </w:rPr>
        <w:t>18</w:t>
      </w:r>
      <w:r w:rsidRPr="009E25E6">
        <w:rPr>
          <w:sz w:val="20"/>
        </w:rPr>
        <w:t>, 0.</w:t>
      </w:r>
      <w:r w:rsidR="002039DB">
        <w:rPr>
          <w:sz w:val="20"/>
        </w:rPr>
        <w:t>36</w:t>
      </w:r>
      <w:r w:rsidRPr="009E25E6">
        <w:rPr>
          <w:sz w:val="20"/>
        </w:rPr>
        <w:t>, and 0.</w:t>
      </w:r>
      <w:r>
        <w:rPr>
          <w:sz w:val="20"/>
        </w:rPr>
        <w:t>72</w:t>
      </w:r>
      <w:r w:rsidRPr="009E25E6">
        <w:rPr>
          <w:sz w:val="20"/>
        </w:rPr>
        <w:t xml:space="preserve">, for percentage male, mean age, mean PANSS total score, mean PANSS positive score, mean PANSS negative score, and mean CGI-S score at baseline, respectively. This indicates no significant difference between </w:t>
      </w:r>
      <w:r>
        <w:rPr>
          <w:sz w:val="20"/>
        </w:rPr>
        <w:t xml:space="preserve">treatment </w:t>
      </w:r>
      <w:r w:rsidRPr="009E25E6">
        <w:rPr>
          <w:sz w:val="20"/>
        </w:rPr>
        <w:t>nodes</w:t>
      </w:r>
      <w:r>
        <w:rPr>
          <w:sz w:val="20"/>
        </w:rPr>
        <w:t>.</w:t>
      </w:r>
    </w:p>
    <w:p w14:paraId="65B633DC" w14:textId="77777777" w:rsidR="00D44A32" w:rsidRDefault="00D44A32">
      <w:pPr>
        <w:spacing w:before="0" w:after="200" w:line="276" w:lineRule="auto"/>
      </w:pPr>
    </w:p>
    <w:p w14:paraId="19F07011" w14:textId="6D0686BC" w:rsidR="00D2113B" w:rsidRDefault="00D2113B" w:rsidP="00D2113B">
      <w:pPr>
        <w:pStyle w:val="Heading3"/>
      </w:pPr>
      <w:r w:rsidRPr="007F6A73">
        <w:lastRenderedPageBreak/>
        <w:t xml:space="preserve">Figure </w:t>
      </w:r>
      <w:r>
        <w:t>S</w:t>
      </w:r>
      <w:fldSimple w:instr=" SEQ Figure \* ARABIC ">
        <w:r w:rsidR="004B2F28">
          <w:rPr>
            <w:noProof/>
          </w:rPr>
          <w:t>85</w:t>
        </w:r>
      </w:fldSimple>
      <w:r w:rsidRPr="007F6A73">
        <w:t xml:space="preserve">: </w:t>
      </w:r>
      <w:r w:rsidRPr="00EB75F0">
        <w:t>≥7% increase in weight –</w:t>
      </w:r>
      <w:r w:rsidRPr="00C228BD">
        <w:t xml:space="preserve"> </w:t>
      </w:r>
      <w:r>
        <w:t xml:space="preserve">distribution of potential effect modifiers by treatment node </w:t>
      </w:r>
      <w:r w:rsidRPr="007F6A73">
        <w:t>–</w:t>
      </w:r>
      <w:r>
        <w:t xml:space="preserve"> </w:t>
      </w:r>
      <w:r w:rsidRPr="00EB75F0">
        <w:t>sensitivity analysis excluding studies with predominantly Asian populations</w:t>
      </w:r>
      <w:r w:rsidRPr="007F6A73">
        <w:rPr>
          <w:noProof/>
        </w:rPr>
        <w:t xml:space="preserve"> </w:t>
      </w:r>
      <w:r w:rsidRPr="007F6A73">
        <w:rPr>
          <w:noProof/>
        </w:rPr>
        <w:drawing>
          <wp:inline distT="0" distB="0" distL="0" distR="0" wp14:anchorId="2519D8FA" wp14:editId="528FED17">
            <wp:extent cx="6119495" cy="7420745"/>
            <wp:effectExtent l="0" t="0" r="0" b="8890"/>
            <wp:docPr id="700578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578686" name="Picture 1"/>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4A7584AA" w14:textId="32161A27" w:rsidR="00D2113B" w:rsidRDefault="00D2113B">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w:t>
      </w:r>
      <w:r w:rsidR="00C21712">
        <w:rPr>
          <w:sz w:val="20"/>
        </w:rPr>
        <w:t>, except for mean PANSS positive score</w:t>
      </w:r>
      <w:r w:rsidRPr="009E25E6">
        <w:rPr>
          <w:sz w:val="20"/>
        </w:rPr>
        <w:t>. The p-value for the ANOVA F-test is 0.</w:t>
      </w:r>
      <w:r>
        <w:rPr>
          <w:sz w:val="20"/>
        </w:rPr>
        <w:t>3</w:t>
      </w:r>
      <w:r w:rsidRPr="009E25E6">
        <w:rPr>
          <w:sz w:val="20"/>
        </w:rPr>
        <w:t>, 0</w:t>
      </w:r>
      <w:r>
        <w:rPr>
          <w:sz w:val="20"/>
        </w:rPr>
        <w:t>.1</w:t>
      </w:r>
      <w:r w:rsidR="00AD5847">
        <w:rPr>
          <w:sz w:val="20"/>
        </w:rPr>
        <w:t>2</w:t>
      </w:r>
      <w:r w:rsidRPr="009E25E6">
        <w:rPr>
          <w:sz w:val="20"/>
        </w:rPr>
        <w:t>, 0.</w:t>
      </w:r>
      <w:r w:rsidR="00AD5847">
        <w:rPr>
          <w:sz w:val="20"/>
        </w:rPr>
        <w:t>28</w:t>
      </w:r>
      <w:r w:rsidRPr="009E25E6">
        <w:rPr>
          <w:sz w:val="20"/>
        </w:rPr>
        <w:t>, 0.</w:t>
      </w:r>
      <w:r w:rsidR="00AD5847">
        <w:rPr>
          <w:sz w:val="20"/>
        </w:rPr>
        <w:t>41</w:t>
      </w:r>
      <w:r w:rsidRPr="009E25E6">
        <w:rPr>
          <w:sz w:val="20"/>
        </w:rPr>
        <w:t>, and 0.</w:t>
      </w:r>
      <w:r w:rsidR="00074030">
        <w:rPr>
          <w:sz w:val="20"/>
        </w:rPr>
        <w:t>67</w:t>
      </w:r>
      <w:r w:rsidRPr="009E25E6">
        <w:rPr>
          <w:sz w:val="20"/>
        </w:rPr>
        <w:t>, for percentage male, mean age, mean PANSS total score, mean PANSS negative score, and mean CGI-S score at baseline, respectively</w:t>
      </w:r>
      <w:r w:rsidR="00C21712">
        <w:rPr>
          <w:sz w:val="20"/>
        </w:rPr>
        <w:t>.</w:t>
      </w:r>
      <w:r w:rsidR="00C21712" w:rsidRPr="00C21712">
        <w:rPr>
          <w:sz w:val="20"/>
        </w:rPr>
        <w:t xml:space="preserve"> </w:t>
      </w:r>
      <w:r w:rsidR="00C21712">
        <w:rPr>
          <w:sz w:val="20"/>
        </w:rPr>
        <w:t>The Kruskal-Wallis rank sum test for mean PANSS positive score at baseline yielded a p-value of 0.</w:t>
      </w:r>
      <w:r w:rsidR="00074030">
        <w:rPr>
          <w:sz w:val="20"/>
        </w:rPr>
        <w:t>3</w:t>
      </w:r>
      <w:r w:rsidR="00C21712">
        <w:rPr>
          <w:sz w:val="20"/>
        </w:rPr>
        <w:t xml:space="preserve">. </w:t>
      </w:r>
      <w:r w:rsidR="00C21712" w:rsidRPr="009E25E6">
        <w:rPr>
          <w:sz w:val="20"/>
        </w:rPr>
        <w:t xml:space="preserve">This indicates no significant difference between </w:t>
      </w:r>
      <w:r w:rsidR="00C21712">
        <w:rPr>
          <w:sz w:val="20"/>
        </w:rPr>
        <w:t xml:space="preserve">treatment </w:t>
      </w:r>
      <w:r w:rsidR="00C21712" w:rsidRPr="009E25E6">
        <w:rPr>
          <w:sz w:val="20"/>
        </w:rPr>
        <w:t>nodes</w:t>
      </w:r>
      <w:r w:rsidR="00074030">
        <w:rPr>
          <w:sz w:val="20"/>
        </w:rPr>
        <w:t>.</w:t>
      </w:r>
    </w:p>
    <w:p w14:paraId="05B5E791" w14:textId="2D45E025" w:rsidR="00824DF1" w:rsidRDefault="00824DF1" w:rsidP="00824DF1">
      <w:pPr>
        <w:pStyle w:val="Heading3"/>
      </w:pPr>
      <w:r w:rsidRPr="007F6A73">
        <w:lastRenderedPageBreak/>
        <w:t xml:space="preserve">Figure </w:t>
      </w:r>
      <w:r>
        <w:t>S</w:t>
      </w:r>
      <w:fldSimple w:instr=" SEQ Figure \* ARABIC ">
        <w:r w:rsidR="004B2F28">
          <w:rPr>
            <w:noProof/>
          </w:rPr>
          <w:t>86</w:t>
        </w:r>
      </w:fldSimple>
      <w:r w:rsidRPr="007F6A73">
        <w:t xml:space="preserve">: </w:t>
      </w:r>
      <w:r w:rsidRPr="00EB75F0">
        <w:t>≥7% increase in weight –</w:t>
      </w:r>
      <w:r w:rsidRPr="00C228BD">
        <w:t xml:space="preserve"> </w:t>
      </w:r>
      <w:r>
        <w:t xml:space="preserve">distribution of potential effect modifiers by treatment node </w:t>
      </w:r>
      <w:r w:rsidRPr="007F6A73">
        <w:t>–</w:t>
      </w:r>
      <w:r>
        <w:t xml:space="preserve"> </w:t>
      </w:r>
      <w:r w:rsidRPr="00EB75F0">
        <w:t>sensitivity analysis excluding studies with unclear weight gain threshold</w:t>
      </w:r>
      <w:r w:rsidRPr="007F6A73">
        <w:rPr>
          <w:noProof/>
        </w:rPr>
        <w:t xml:space="preserve"> </w:t>
      </w:r>
      <w:r w:rsidRPr="007F6A73">
        <w:rPr>
          <w:noProof/>
        </w:rPr>
        <w:drawing>
          <wp:inline distT="0" distB="0" distL="0" distR="0" wp14:anchorId="33E9D778" wp14:editId="1FDF3F66">
            <wp:extent cx="6119495" cy="7420745"/>
            <wp:effectExtent l="0" t="0" r="0" b="8890"/>
            <wp:docPr id="1590717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717266" name="Picture 1"/>
                    <pic:cNvPicPr>
                      <a:picLocks noChangeAspect="1" noChangeArrowheads="1"/>
                    </pic:cNvPicPr>
                  </pic:nvPicPr>
                  <pic:blipFill>
                    <a:blip r:embed="rId107"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71950F80" w14:textId="77156D26" w:rsidR="00824DF1" w:rsidRPr="00EB75F0" w:rsidRDefault="00824DF1" w:rsidP="00824DF1">
      <w:pPr>
        <w:spacing w:before="0" w:after="200" w:line="276" w:lineRule="auto"/>
        <w:sectPr w:rsidR="00824DF1" w:rsidRPr="00EB75F0">
          <w:pgSz w:w="11906" w:h="16838"/>
          <w:pgMar w:top="1134" w:right="1134" w:bottom="1134" w:left="1134" w:header="567" w:footer="567" w:gutter="0"/>
          <w:cols w:space="708"/>
          <w:docGrid w:linePitch="360"/>
        </w:sect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w:t>
      </w:r>
      <w:r w:rsidR="00AC2FE1">
        <w:rPr>
          <w:sz w:val="20"/>
        </w:rPr>
        <w:t>71</w:t>
      </w:r>
      <w:r w:rsidRPr="009E25E6">
        <w:rPr>
          <w:sz w:val="20"/>
        </w:rPr>
        <w:t>, 0</w:t>
      </w:r>
      <w:r>
        <w:rPr>
          <w:sz w:val="20"/>
        </w:rPr>
        <w:t>.</w:t>
      </w:r>
      <w:r w:rsidR="00AC2FE1">
        <w:rPr>
          <w:sz w:val="20"/>
        </w:rPr>
        <w:t>051</w:t>
      </w:r>
      <w:r w:rsidRPr="009E25E6">
        <w:rPr>
          <w:sz w:val="20"/>
        </w:rPr>
        <w:t>, 0.</w:t>
      </w:r>
      <w:r w:rsidR="00AC2FE1">
        <w:rPr>
          <w:sz w:val="20"/>
        </w:rPr>
        <w:t>11</w:t>
      </w:r>
      <w:r w:rsidRPr="009E25E6">
        <w:rPr>
          <w:sz w:val="20"/>
        </w:rPr>
        <w:t>, 0.</w:t>
      </w:r>
      <w:r w:rsidR="00AC2FE1">
        <w:rPr>
          <w:sz w:val="20"/>
        </w:rPr>
        <w:t>037</w:t>
      </w:r>
      <w:r w:rsidRPr="009E25E6">
        <w:rPr>
          <w:sz w:val="20"/>
        </w:rPr>
        <w:t>,</w:t>
      </w:r>
      <w:r w:rsidR="00AC2FE1">
        <w:rPr>
          <w:sz w:val="20"/>
        </w:rPr>
        <w:t xml:space="preserve"> 0.39</w:t>
      </w:r>
      <w:r w:rsidRPr="009E25E6">
        <w:rPr>
          <w:sz w:val="20"/>
        </w:rPr>
        <w:t xml:space="preserve"> and 0.</w:t>
      </w:r>
      <w:r w:rsidR="00AC2FE1">
        <w:rPr>
          <w:sz w:val="20"/>
        </w:rPr>
        <w:t>34</w:t>
      </w:r>
      <w:r w:rsidRPr="009E25E6">
        <w:rPr>
          <w:sz w:val="20"/>
        </w:rPr>
        <w:t xml:space="preserve">, for percentage male, mean age, mean PANSS total score, </w:t>
      </w:r>
      <w:r w:rsidR="00AC2FE1">
        <w:rPr>
          <w:sz w:val="20"/>
        </w:rPr>
        <w:t xml:space="preserve">mean PANSS positive score, </w:t>
      </w:r>
      <w:r w:rsidRPr="009E25E6">
        <w:rPr>
          <w:sz w:val="20"/>
        </w:rPr>
        <w:t>mean PANSS negative score, and mean CGI-S score at baseline, respectively</w:t>
      </w:r>
      <w:r>
        <w:rPr>
          <w:sz w:val="20"/>
        </w:rPr>
        <w:t>.</w:t>
      </w:r>
      <w:r w:rsidRPr="00C21712">
        <w:rPr>
          <w:sz w:val="20"/>
        </w:rPr>
        <w:t xml:space="preserve"> </w:t>
      </w:r>
      <w:r w:rsidRPr="009E25E6">
        <w:rPr>
          <w:sz w:val="20"/>
        </w:rPr>
        <w:t xml:space="preserve">This indicates no significant difference between </w:t>
      </w:r>
      <w:r>
        <w:rPr>
          <w:sz w:val="20"/>
        </w:rPr>
        <w:t xml:space="preserve">treatment </w:t>
      </w:r>
      <w:r w:rsidRPr="009E25E6">
        <w:rPr>
          <w:sz w:val="20"/>
        </w:rPr>
        <w:t>nodes</w:t>
      </w:r>
      <w:r w:rsidR="00AC2FE1">
        <w:rPr>
          <w:sz w:val="20"/>
        </w:rPr>
        <w:t xml:space="preserve">, except for with respect to </w:t>
      </w:r>
      <w:r w:rsidR="004C7705">
        <w:rPr>
          <w:sz w:val="20"/>
        </w:rPr>
        <w:t xml:space="preserve">mean PANSS positive score. </w:t>
      </w:r>
      <w:proofErr w:type="spellStart"/>
      <w:r w:rsidR="004C7705">
        <w:rPr>
          <w:sz w:val="20"/>
        </w:rPr>
        <w:t>KarXT</w:t>
      </w:r>
      <w:proofErr w:type="spellEnd"/>
      <w:r w:rsidR="004C7705">
        <w:rPr>
          <w:sz w:val="20"/>
        </w:rPr>
        <w:t xml:space="preserve"> was among the most dissimilar </w:t>
      </w:r>
      <w:r w:rsidR="00335A4B">
        <w:rPr>
          <w:sz w:val="20"/>
        </w:rPr>
        <w:t>nodes for this potential effect modifier</w:t>
      </w:r>
      <w:r w:rsidR="00F5590C">
        <w:rPr>
          <w:sz w:val="20"/>
        </w:rPr>
        <w:t>. However, a</w:t>
      </w:r>
      <w:r w:rsidR="00F5590C" w:rsidRPr="00BC00A1">
        <w:rPr>
          <w:sz w:val="20"/>
        </w:rPr>
        <w:t>fter applying a Bonferroni correction for six tests (p ≤ 0.0083), no treatment comparisons reached statistical significance.</w:t>
      </w:r>
    </w:p>
    <w:p w14:paraId="6A7B9700" w14:textId="053B4124" w:rsidR="005A6BA2" w:rsidRPr="00EB75F0" w:rsidRDefault="00A06AE8" w:rsidP="00434B93">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38</w:t>
        </w:r>
      </w:fldSimple>
      <w:r w:rsidR="005A6BA2" w:rsidRPr="00EB75F0">
        <w:t xml:space="preserve">: </w:t>
      </w:r>
      <w:r w:rsidR="005955C3" w:rsidRPr="00EB75F0">
        <w:t xml:space="preserve">≥7% increase in weight </w:t>
      </w:r>
      <w:r w:rsidR="005A6BA2" w:rsidRPr="00EB75F0">
        <w:t xml:space="preserve">– League tables – random-effects model, base case network – OR (95% </w:t>
      </w:r>
      <w:proofErr w:type="spellStart"/>
      <w:r w:rsidR="005A6BA2" w:rsidRPr="00EB75F0">
        <w:t>CrI</w:t>
      </w:r>
      <w:proofErr w:type="spellEnd"/>
      <w:r w:rsidR="005A6BA2" w:rsidRPr="00EB75F0">
        <w:t>)</w:t>
      </w:r>
    </w:p>
    <w:tbl>
      <w:tblPr>
        <w:tblStyle w:val="Lumanitytable"/>
        <w:tblW w:w="14698" w:type="dxa"/>
        <w:tblLayout w:type="fixed"/>
        <w:tblLook w:val="04A0" w:firstRow="1" w:lastRow="0" w:firstColumn="1" w:lastColumn="0" w:noHBand="0" w:noVBand="1"/>
      </w:tblPr>
      <w:tblGrid>
        <w:gridCol w:w="2411"/>
        <w:gridCol w:w="1612"/>
        <w:gridCol w:w="1552"/>
        <w:gridCol w:w="1538"/>
        <w:gridCol w:w="1612"/>
        <w:gridCol w:w="1477"/>
        <w:gridCol w:w="1478"/>
        <w:gridCol w:w="1478"/>
        <w:gridCol w:w="1525"/>
        <w:gridCol w:w="15"/>
      </w:tblGrid>
      <w:tr w:rsidR="005A6BA2" w:rsidRPr="00EB75F0" w14:paraId="106F089E" w14:textId="77777777" w:rsidTr="005A6BA2">
        <w:trPr>
          <w:gridAfter w:val="1"/>
          <w:cnfStyle w:val="100000000000" w:firstRow="1" w:lastRow="0" w:firstColumn="0" w:lastColumn="0" w:oddVBand="0" w:evenVBand="0" w:oddHBand="0" w:evenHBand="0" w:firstRowFirstColumn="0" w:firstRowLastColumn="0" w:lastRowFirstColumn="0" w:lastRowLastColumn="0"/>
          <w:wAfter w:w="15" w:type="dxa"/>
          <w:trHeight w:val="28"/>
        </w:trPr>
        <w:tc>
          <w:tcPr>
            <w:tcW w:w="2411" w:type="dxa"/>
            <w:vAlign w:val="center"/>
            <w:hideMark/>
          </w:tcPr>
          <w:p w14:paraId="785B3988" w14:textId="77777777" w:rsidR="005A6BA2" w:rsidRPr="00EB75F0" w:rsidRDefault="005A6BA2"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612" w:type="dxa"/>
            <w:hideMark/>
          </w:tcPr>
          <w:p w14:paraId="5EBB0DC4" w14:textId="77777777" w:rsidR="005A6BA2" w:rsidRPr="00EB75F0" w:rsidRDefault="005A6BA2"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552" w:type="dxa"/>
            <w:hideMark/>
          </w:tcPr>
          <w:p w14:paraId="490BFFAE" w14:textId="77777777" w:rsidR="005A6BA2" w:rsidRPr="00EB75F0" w:rsidRDefault="005A6BA2"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538" w:type="dxa"/>
            <w:hideMark/>
          </w:tcPr>
          <w:p w14:paraId="6C5C8A21" w14:textId="77777777" w:rsidR="005A6BA2" w:rsidRPr="00EB75F0" w:rsidRDefault="005A6BA2"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612" w:type="dxa"/>
            <w:hideMark/>
          </w:tcPr>
          <w:p w14:paraId="352BFE9D" w14:textId="643A20D9" w:rsidR="005A6BA2" w:rsidRPr="00EB75F0" w:rsidRDefault="009A3ECD"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477" w:type="dxa"/>
            <w:hideMark/>
          </w:tcPr>
          <w:p w14:paraId="73D392CA" w14:textId="77777777" w:rsidR="005A6BA2" w:rsidRPr="00EB75F0" w:rsidRDefault="005A6BA2"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478" w:type="dxa"/>
            <w:hideMark/>
          </w:tcPr>
          <w:p w14:paraId="16B353B6" w14:textId="77777777" w:rsidR="005A6BA2" w:rsidRPr="00EB75F0" w:rsidRDefault="005A6BA2"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478" w:type="dxa"/>
            <w:hideMark/>
          </w:tcPr>
          <w:p w14:paraId="789F1833" w14:textId="77777777" w:rsidR="005A6BA2" w:rsidRPr="00EB75F0" w:rsidRDefault="005A6BA2"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525" w:type="dxa"/>
            <w:hideMark/>
          </w:tcPr>
          <w:p w14:paraId="0A704761" w14:textId="77777777" w:rsidR="005A6BA2" w:rsidRPr="00EB75F0" w:rsidRDefault="005A6BA2"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5A6BA2" w:rsidRPr="00EB75F0" w14:paraId="7B9287E5" w14:textId="77777777" w:rsidTr="005A6BA2">
        <w:trPr>
          <w:gridAfter w:val="1"/>
          <w:wAfter w:w="15" w:type="dxa"/>
          <w:trHeight w:val="288"/>
        </w:trPr>
        <w:tc>
          <w:tcPr>
            <w:tcW w:w="2411" w:type="dxa"/>
            <w:vAlign w:val="center"/>
            <w:hideMark/>
          </w:tcPr>
          <w:p w14:paraId="0EAA479B"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612" w:type="dxa"/>
            <w:vAlign w:val="center"/>
            <w:hideMark/>
          </w:tcPr>
          <w:p w14:paraId="3589AD3F"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2.54 (1.64, 3.98)</w:t>
            </w:r>
          </w:p>
        </w:tc>
        <w:tc>
          <w:tcPr>
            <w:tcW w:w="1552" w:type="dxa"/>
            <w:vAlign w:val="center"/>
            <w:hideMark/>
          </w:tcPr>
          <w:p w14:paraId="7DC81C9B"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2.67 (1.60, 4.54)</w:t>
            </w:r>
          </w:p>
        </w:tc>
        <w:tc>
          <w:tcPr>
            <w:tcW w:w="1538" w:type="dxa"/>
            <w:vAlign w:val="center"/>
            <w:hideMark/>
          </w:tcPr>
          <w:p w14:paraId="00FE5488"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2.27 (1.26, 4.18)</w:t>
            </w:r>
          </w:p>
        </w:tc>
        <w:tc>
          <w:tcPr>
            <w:tcW w:w="1612" w:type="dxa"/>
            <w:shd w:val="clear" w:color="auto" w:fill="CFEDFF"/>
            <w:vAlign w:val="center"/>
            <w:hideMark/>
          </w:tcPr>
          <w:p w14:paraId="37FDA060"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0.48 (0.22, 1.04)</w:t>
            </w:r>
          </w:p>
        </w:tc>
        <w:tc>
          <w:tcPr>
            <w:tcW w:w="1477" w:type="dxa"/>
            <w:vAlign w:val="center"/>
            <w:hideMark/>
          </w:tcPr>
          <w:p w14:paraId="17FE5AD8"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2.37 (0.73, 8.52)</w:t>
            </w:r>
          </w:p>
        </w:tc>
        <w:tc>
          <w:tcPr>
            <w:tcW w:w="1478" w:type="dxa"/>
            <w:vAlign w:val="center"/>
            <w:hideMark/>
          </w:tcPr>
          <w:p w14:paraId="13EFD8DA"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3.34 (2.17, 5.01)</w:t>
            </w:r>
          </w:p>
        </w:tc>
        <w:tc>
          <w:tcPr>
            <w:tcW w:w="1478" w:type="dxa"/>
            <w:vAlign w:val="center"/>
            <w:hideMark/>
          </w:tcPr>
          <w:p w14:paraId="735EE880"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6.18 (3.01, 13.61)</w:t>
            </w:r>
          </w:p>
        </w:tc>
        <w:tc>
          <w:tcPr>
            <w:tcW w:w="1525" w:type="dxa"/>
            <w:vAlign w:val="center"/>
            <w:hideMark/>
          </w:tcPr>
          <w:p w14:paraId="1B0A7761"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4.74 (3.07, 7.62)</w:t>
            </w:r>
          </w:p>
        </w:tc>
      </w:tr>
      <w:tr w:rsidR="005A6BA2" w:rsidRPr="00EB75F0" w14:paraId="33377F21" w14:textId="77777777" w:rsidTr="005A6BA2">
        <w:trPr>
          <w:gridAfter w:val="1"/>
          <w:wAfter w:w="15" w:type="dxa"/>
          <w:trHeight w:val="288"/>
        </w:trPr>
        <w:tc>
          <w:tcPr>
            <w:tcW w:w="2411" w:type="dxa"/>
            <w:vAlign w:val="center"/>
            <w:hideMark/>
          </w:tcPr>
          <w:p w14:paraId="3F745D38"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612" w:type="dxa"/>
            <w:shd w:val="clear" w:color="auto" w:fill="C6C6C6"/>
            <w:noWrap/>
            <w:vAlign w:val="center"/>
            <w:hideMark/>
          </w:tcPr>
          <w:p w14:paraId="6E28FF17"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p>
        </w:tc>
        <w:tc>
          <w:tcPr>
            <w:tcW w:w="1552" w:type="dxa"/>
            <w:vAlign w:val="center"/>
            <w:hideMark/>
          </w:tcPr>
          <w:p w14:paraId="35CEF5B7"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1.04 (0.56, 2.04)</w:t>
            </w:r>
          </w:p>
        </w:tc>
        <w:tc>
          <w:tcPr>
            <w:tcW w:w="1538" w:type="dxa"/>
            <w:vAlign w:val="center"/>
            <w:hideMark/>
          </w:tcPr>
          <w:p w14:paraId="5FB537BC"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0.89 (0.47, 1.75)</w:t>
            </w:r>
          </w:p>
        </w:tc>
        <w:tc>
          <w:tcPr>
            <w:tcW w:w="1612" w:type="dxa"/>
            <w:shd w:val="clear" w:color="auto" w:fill="CFEDFF"/>
            <w:vAlign w:val="center"/>
            <w:hideMark/>
          </w:tcPr>
          <w:p w14:paraId="4628015C"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0.19 (0.08, 0.47)</w:t>
            </w:r>
          </w:p>
        </w:tc>
        <w:tc>
          <w:tcPr>
            <w:tcW w:w="1477" w:type="dxa"/>
            <w:vAlign w:val="center"/>
            <w:hideMark/>
          </w:tcPr>
          <w:p w14:paraId="07C90D01"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0.93 (0.27, 3.61)</w:t>
            </w:r>
          </w:p>
        </w:tc>
        <w:tc>
          <w:tcPr>
            <w:tcW w:w="1478" w:type="dxa"/>
            <w:vAlign w:val="center"/>
            <w:hideMark/>
          </w:tcPr>
          <w:p w14:paraId="47048607"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1.31 (0.71, 2.39)</w:t>
            </w:r>
          </w:p>
        </w:tc>
        <w:tc>
          <w:tcPr>
            <w:tcW w:w="1478" w:type="dxa"/>
            <w:vAlign w:val="center"/>
            <w:hideMark/>
          </w:tcPr>
          <w:p w14:paraId="139689E5"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2.42 (1.06, 6.04)</w:t>
            </w:r>
          </w:p>
        </w:tc>
        <w:tc>
          <w:tcPr>
            <w:tcW w:w="1525" w:type="dxa"/>
            <w:vAlign w:val="center"/>
            <w:hideMark/>
          </w:tcPr>
          <w:p w14:paraId="1134D762"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1.86 (1.08, 3.36)</w:t>
            </w:r>
          </w:p>
        </w:tc>
      </w:tr>
      <w:tr w:rsidR="005A6BA2" w:rsidRPr="00EB75F0" w14:paraId="67F2649A" w14:textId="77777777" w:rsidTr="005A6BA2">
        <w:trPr>
          <w:gridAfter w:val="1"/>
          <w:wAfter w:w="15" w:type="dxa"/>
          <w:trHeight w:val="288"/>
        </w:trPr>
        <w:tc>
          <w:tcPr>
            <w:tcW w:w="2411" w:type="dxa"/>
            <w:vAlign w:val="center"/>
            <w:hideMark/>
          </w:tcPr>
          <w:p w14:paraId="7314D520"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612" w:type="dxa"/>
            <w:vAlign w:val="center"/>
            <w:hideMark/>
          </w:tcPr>
          <w:p w14:paraId="0141190D"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0.96 (0.49, 1.79)</w:t>
            </w:r>
          </w:p>
        </w:tc>
        <w:tc>
          <w:tcPr>
            <w:tcW w:w="1552" w:type="dxa"/>
            <w:shd w:val="clear" w:color="auto" w:fill="C6C6C6"/>
            <w:noWrap/>
            <w:vAlign w:val="center"/>
            <w:hideMark/>
          </w:tcPr>
          <w:p w14:paraId="396AB4E8"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p>
        </w:tc>
        <w:tc>
          <w:tcPr>
            <w:tcW w:w="1538" w:type="dxa"/>
            <w:vAlign w:val="center"/>
            <w:hideMark/>
          </w:tcPr>
          <w:p w14:paraId="4DAAF010"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0.85 (0.39, 1.84)</w:t>
            </w:r>
          </w:p>
        </w:tc>
        <w:tc>
          <w:tcPr>
            <w:tcW w:w="1612" w:type="dxa"/>
            <w:shd w:val="clear" w:color="auto" w:fill="CFEDFF"/>
            <w:vAlign w:val="center"/>
            <w:hideMark/>
          </w:tcPr>
          <w:p w14:paraId="31C87B91"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0.18 (0.07, 0.45)</w:t>
            </w:r>
          </w:p>
        </w:tc>
        <w:tc>
          <w:tcPr>
            <w:tcW w:w="1477" w:type="dxa"/>
            <w:vAlign w:val="center"/>
            <w:hideMark/>
          </w:tcPr>
          <w:p w14:paraId="733936C6"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0.89 (0.25, 3.51)</w:t>
            </w:r>
          </w:p>
        </w:tc>
        <w:tc>
          <w:tcPr>
            <w:tcW w:w="1478" w:type="dxa"/>
            <w:vAlign w:val="center"/>
            <w:hideMark/>
          </w:tcPr>
          <w:p w14:paraId="74F7469C"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1.25 (0.63, 2.39)</w:t>
            </w:r>
          </w:p>
        </w:tc>
        <w:tc>
          <w:tcPr>
            <w:tcW w:w="1478" w:type="dxa"/>
            <w:vAlign w:val="center"/>
            <w:hideMark/>
          </w:tcPr>
          <w:p w14:paraId="4D5CB21A"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2.30 (1.05, 5.32)</w:t>
            </w:r>
          </w:p>
        </w:tc>
        <w:tc>
          <w:tcPr>
            <w:tcW w:w="1525" w:type="dxa"/>
            <w:vAlign w:val="center"/>
            <w:hideMark/>
          </w:tcPr>
          <w:p w14:paraId="78296AC8"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1.78 (0.91, 3.53)</w:t>
            </w:r>
          </w:p>
        </w:tc>
      </w:tr>
      <w:tr w:rsidR="005A6BA2" w:rsidRPr="00EB75F0" w14:paraId="2890995B" w14:textId="77777777" w:rsidTr="005A6BA2">
        <w:trPr>
          <w:gridAfter w:val="1"/>
          <w:wAfter w:w="15" w:type="dxa"/>
          <w:trHeight w:val="288"/>
        </w:trPr>
        <w:tc>
          <w:tcPr>
            <w:tcW w:w="2411" w:type="dxa"/>
            <w:vAlign w:val="center"/>
            <w:hideMark/>
          </w:tcPr>
          <w:p w14:paraId="590A6227"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612" w:type="dxa"/>
            <w:vAlign w:val="center"/>
            <w:hideMark/>
          </w:tcPr>
          <w:p w14:paraId="7E6455D2"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1.13 (0.57, 2.12)</w:t>
            </w:r>
          </w:p>
        </w:tc>
        <w:tc>
          <w:tcPr>
            <w:tcW w:w="1552" w:type="dxa"/>
            <w:vAlign w:val="center"/>
            <w:hideMark/>
          </w:tcPr>
          <w:p w14:paraId="6A3D4974"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1.18 (0.54, 2.54)</w:t>
            </w:r>
          </w:p>
        </w:tc>
        <w:tc>
          <w:tcPr>
            <w:tcW w:w="1538" w:type="dxa"/>
            <w:shd w:val="clear" w:color="auto" w:fill="C6C6C6"/>
            <w:noWrap/>
            <w:vAlign w:val="center"/>
            <w:hideMark/>
          </w:tcPr>
          <w:p w14:paraId="4C37E432"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p>
        </w:tc>
        <w:tc>
          <w:tcPr>
            <w:tcW w:w="1612" w:type="dxa"/>
            <w:shd w:val="clear" w:color="auto" w:fill="CFEDFF"/>
            <w:vAlign w:val="center"/>
            <w:hideMark/>
          </w:tcPr>
          <w:p w14:paraId="173A3213"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0.21 (0.08, 0.55)</w:t>
            </w:r>
          </w:p>
        </w:tc>
        <w:tc>
          <w:tcPr>
            <w:tcW w:w="1477" w:type="dxa"/>
            <w:vAlign w:val="center"/>
            <w:hideMark/>
          </w:tcPr>
          <w:p w14:paraId="2E9FC990"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1.05 (0.28, 4.19)</w:t>
            </w:r>
          </w:p>
        </w:tc>
        <w:tc>
          <w:tcPr>
            <w:tcW w:w="1478" w:type="dxa"/>
            <w:vAlign w:val="center"/>
            <w:hideMark/>
          </w:tcPr>
          <w:p w14:paraId="430457CE"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1.47 (0.69, 2.94)</w:t>
            </w:r>
          </w:p>
        </w:tc>
        <w:tc>
          <w:tcPr>
            <w:tcW w:w="1478" w:type="dxa"/>
            <w:vAlign w:val="center"/>
            <w:hideMark/>
          </w:tcPr>
          <w:p w14:paraId="18A9400C"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2.72 (1.07, 7.11)</w:t>
            </w:r>
          </w:p>
        </w:tc>
        <w:tc>
          <w:tcPr>
            <w:tcW w:w="1525" w:type="dxa"/>
            <w:vAlign w:val="center"/>
            <w:hideMark/>
          </w:tcPr>
          <w:p w14:paraId="300AC767"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2.08 (1.13, 4.08)</w:t>
            </w:r>
          </w:p>
        </w:tc>
      </w:tr>
      <w:tr w:rsidR="005A6BA2" w:rsidRPr="00EB75F0" w14:paraId="5B814445" w14:textId="77777777" w:rsidTr="005A6BA2">
        <w:trPr>
          <w:gridAfter w:val="1"/>
          <w:wAfter w:w="15" w:type="dxa"/>
          <w:trHeight w:val="288"/>
        </w:trPr>
        <w:tc>
          <w:tcPr>
            <w:tcW w:w="2411" w:type="dxa"/>
            <w:vAlign w:val="center"/>
            <w:hideMark/>
          </w:tcPr>
          <w:p w14:paraId="4E57F0DB" w14:textId="250B0EB5" w:rsidR="005A6BA2" w:rsidRPr="00EB75F0" w:rsidRDefault="009A3ECD" w:rsidP="005A6BA2">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612" w:type="dxa"/>
            <w:vAlign w:val="center"/>
            <w:hideMark/>
          </w:tcPr>
          <w:p w14:paraId="1EBFCF43"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5.32 (2.11, 12.9)</w:t>
            </w:r>
          </w:p>
        </w:tc>
        <w:tc>
          <w:tcPr>
            <w:tcW w:w="1552" w:type="dxa"/>
            <w:vAlign w:val="center"/>
            <w:hideMark/>
          </w:tcPr>
          <w:p w14:paraId="3F7EFEAD"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5.56 (2.21, 14.44)</w:t>
            </w:r>
          </w:p>
        </w:tc>
        <w:tc>
          <w:tcPr>
            <w:tcW w:w="1538" w:type="dxa"/>
            <w:vAlign w:val="center"/>
            <w:hideMark/>
          </w:tcPr>
          <w:p w14:paraId="05FD1BAD"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4.74 (1.81, 12.28)</w:t>
            </w:r>
          </w:p>
        </w:tc>
        <w:tc>
          <w:tcPr>
            <w:tcW w:w="1612" w:type="dxa"/>
            <w:shd w:val="clear" w:color="auto" w:fill="C6C6C6"/>
            <w:noWrap/>
            <w:vAlign w:val="center"/>
            <w:hideMark/>
          </w:tcPr>
          <w:p w14:paraId="5A1B73BE"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p>
        </w:tc>
        <w:tc>
          <w:tcPr>
            <w:tcW w:w="1477" w:type="dxa"/>
            <w:vAlign w:val="center"/>
            <w:hideMark/>
          </w:tcPr>
          <w:p w14:paraId="6A342D31"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4.99 (1.2, 22.48)</w:t>
            </w:r>
          </w:p>
        </w:tc>
        <w:tc>
          <w:tcPr>
            <w:tcW w:w="1478" w:type="dxa"/>
            <w:vAlign w:val="center"/>
            <w:hideMark/>
          </w:tcPr>
          <w:p w14:paraId="6EB6A397"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6.96 (2.84, 16.62)</w:t>
            </w:r>
          </w:p>
        </w:tc>
        <w:tc>
          <w:tcPr>
            <w:tcW w:w="1478" w:type="dxa"/>
            <w:vAlign w:val="center"/>
            <w:hideMark/>
          </w:tcPr>
          <w:p w14:paraId="6FAEBC2F"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13.02 (4.5, 38.02)</w:t>
            </w:r>
          </w:p>
        </w:tc>
        <w:tc>
          <w:tcPr>
            <w:tcW w:w="1525" w:type="dxa"/>
            <w:vAlign w:val="center"/>
            <w:hideMark/>
          </w:tcPr>
          <w:p w14:paraId="1D76394F"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9.93 (4.12, 24.25)</w:t>
            </w:r>
          </w:p>
        </w:tc>
      </w:tr>
      <w:tr w:rsidR="005A6BA2" w:rsidRPr="00EB75F0" w14:paraId="2AFC6F95" w14:textId="77777777" w:rsidTr="005A6BA2">
        <w:trPr>
          <w:gridAfter w:val="1"/>
          <w:wAfter w:w="15" w:type="dxa"/>
          <w:trHeight w:val="288"/>
        </w:trPr>
        <w:tc>
          <w:tcPr>
            <w:tcW w:w="2411" w:type="dxa"/>
            <w:vAlign w:val="center"/>
            <w:hideMark/>
          </w:tcPr>
          <w:p w14:paraId="0924EA3B"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612" w:type="dxa"/>
            <w:vAlign w:val="center"/>
            <w:hideMark/>
          </w:tcPr>
          <w:p w14:paraId="683A80C5"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1.08 (0.28, 3.76)</w:t>
            </w:r>
          </w:p>
        </w:tc>
        <w:tc>
          <w:tcPr>
            <w:tcW w:w="1552" w:type="dxa"/>
            <w:vAlign w:val="center"/>
            <w:hideMark/>
          </w:tcPr>
          <w:p w14:paraId="276AED45"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1.12 (0.28, 4.06)</w:t>
            </w:r>
          </w:p>
        </w:tc>
        <w:tc>
          <w:tcPr>
            <w:tcW w:w="1538" w:type="dxa"/>
            <w:vAlign w:val="center"/>
            <w:hideMark/>
          </w:tcPr>
          <w:p w14:paraId="4C1D3287"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0.95 (0.24, 3.60)</w:t>
            </w:r>
          </w:p>
        </w:tc>
        <w:tc>
          <w:tcPr>
            <w:tcW w:w="1612" w:type="dxa"/>
            <w:shd w:val="clear" w:color="auto" w:fill="CFEDFF"/>
            <w:vAlign w:val="center"/>
            <w:hideMark/>
          </w:tcPr>
          <w:p w14:paraId="1728434E"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0.2 (0.04, 0.83)</w:t>
            </w:r>
          </w:p>
        </w:tc>
        <w:tc>
          <w:tcPr>
            <w:tcW w:w="1477" w:type="dxa"/>
            <w:shd w:val="clear" w:color="auto" w:fill="C6C6C6"/>
            <w:noWrap/>
            <w:vAlign w:val="center"/>
            <w:hideMark/>
          </w:tcPr>
          <w:p w14:paraId="7EAACE24"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p>
        </w:tc>
        <w:tc>
          <w:tcPr>
            <w:tcW w:w="1478" w:type="dxa"/>
            <w:vAlign w:val="center"/>
            <w:hideMark/>
          </w:tcPr>
          <w:p w14:paraId="79B32DDD"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1.39 (0.36, 4.87)</w:t>
            </w:r>
          </w:p>
        </w:tc>
        <w:tc>
          <w:tcPr>
            <w:tcW w:w="1478" w:type="dxa"/>
            <w:vAlign w:val="center"/>
            <w:hideMark/>
          </w:tcPr>
          <w:p w14:paraId="69F381FA"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2.60 (0.6, 11.03)</w:t>
            </w:r>
          </w:p>
        </w:tc>
        <w:tc>
          <w:tcPr>
            <w:tcW w:w="1525" w:type="dxa"/>
            <w:vAlign w:val="center"/>
            <w:hideMark/>
          </w:tcPr>
          <w:p w14:paraId="3DCE360D"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2.00 (0.52, 7.27)</w:t>
            </w:r>
          </w:p>
        </w:tc>
      </w:tr>
      <w:tr w:rsidR="005A6BA2" w:rsidRPr="00EB75F0" w14:paraId="0F41FB50" w14:textId="77777777" w:rsidTr="005A6BA2">
        <w:trPr>
          <w:gridAfter w:val="1"/>
          <w:wAfter w:w="15" w:type="dxa"/>
          <w:trHeight w:val="288"/>
        </w:trPr>
        <w:tc>
          <w:tcPr>
            <w:tcW w:w="2411" w:type="dxa"/>
            <w:vAlign w:val="center"/>
            <w:hideMark/>
          </w:tcPr>
          <w:p w14:paraId="31517F52"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612" w:type="dxa"/>
            <w:vAlign w:val="center"/>
            <w:hideMark/>
          </w:tcPr>
          <w:p w14:paraId="1E8E3E9D"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0.76 (0.42, 1.41)</w:t>
            </w:r>
          </w:p>
        </w:tc>
        <w:tc>
          <w:tcPr>
            <w:tcW w:w="1552" w:type="dxa"/>
            <w:vAlign w:val="center"/>
            <w:hideMark/>
          </w:tcPr>
          <w:p w14:paraId="5204CDFF"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0.80 (0.42, 1.59)</w:t>
            </w:r>
          </w:p>
        </w:tc>
        <w:tc>
          <w:tcPr>
            <w:tcW w:w="1538" w:type="dxa"/>
            <w:vAlign w:val="center"/>
            <w:hideMark/>
          </w:tcPr>
          <w:p w14:paraId="1D5F9BFC"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0.68 (0.34, 1.45)</w:t>
            </w:r>
          </w:p>
        </w:tc>
        <w:tc>
          <w:tcPr>
            <w:tcW w:w="1612" w:type="dxa"/>
            <w:shd w:val="clear" w:color="auto" w:fill="CFEDFF"/>
            <w:vAlign w:val="center"/>
            <w:hideMark/>
          </w:tcPr>
          <w:p w14:paraId="77EFDF0C"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0.14 (0.06, 0.35)</w:t>
            </w:r>
          </w:p>
        </w:tc>
        <w:tc>
          <w:tcPr>
            <w:tcW w:w="1477" w:type="dxa"/>
            <w:vAlign w:val="center"/>
            <w:hideMark/>
          </w:tcPr>
          <w:p w14:paraId="484CBAA8"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0.72 (0.21, 2.77)</w:t>
            </w:r>
          </w:p>
        </w:tc>
        <w:tc>
          <w:tcPr>
            <w:tcW w:w="1478" w:type="dxa"/>
            <w:shd w:val="clear" w:color="auto" w:fill="C6C6C6"/>
            <w:noWrap/>
            <w:vAlign w:val="center"/>
            <w:hideMark/>
          </w:tcPr>
          <w:p w14:paraId="42A19D11"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p>
        </w:tc>
        <w:tc>
          <w:tcPr>
            <w:tcW w:w="1478" w:type="dxa"/>
            <w:vAlign w:val="center"/>
            <w:hideMark/>
          </w:tcPr>
          <w:p w14:paraId="4D136D71"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1.85 (0.82, 4.54)</w:t>
            </w:r>
          </w:p>
        </w:tc>
        <w:tc>
          <w:tcPr>
            <w:tcW w:w="1525" w:type="dxa"/>
            <w:vAlign w:val="center"/>
            <w:hideMark/>
          </w:tcPr>
          <w:p w14:paraId="7D5A60D6"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1.42 (0.79, 2.75)</w:t>
            </w:r>
          </w:p>
        </w:tc>
      </w:tr>
      <w:tr w:rsidR="005A6BA2" w:rsidRPr="00EB75F0" w14:paraId="173A0CB6" w14:textId="77777777" w:rsidTr="005A6BA2">
        <w:trPr>
          <w:gridAfter w:val="1"/>
          <w:wAfter w:w="15" w:type="dxa"/>
          <w:trHeight w:val="288"/>
        </w:trPr>
        <w:tc>
          <w:tcPr>
            <w:tcW w:w="2411" w:type="dxa"/>
            <w:vAlign w:val="center"/>
            <w:hideMark/>
          </w:tcPr>
          <w:p w14:paraId="7152F26B"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612" w:type="dxa"/>
            <w:vAlign w:val="center"/>
            <w:hideMark/>
          </w:tcPr>
          <w:p w14:paraId="162AE238"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0.41 (0.17, 0.94)</w:t>
            </w:r>
          </w:p>
        </w:tc>
        <w:tc>
          <w:tcPr>
            <w:tcW w:w="1552" w:type="dxa"/>
            <w:vAlign w:val="center"/>
            <w:hideMark/>
          </w:tcPr>
          <w:p w14:paraId="06352ED4"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0.43 (0.19, 0.95)</w:t>
            </w:r>
          </w:p>
        </w:tc>
        <w:tc>
          <w:tcPr>
            <w:tcW w:w="1538" w:type="dxa"/>
            <w:vAlign w:val="center"/>
            <w:hideMark/>
          </w:tcPr>
          <w:p w14:paraId="41521C22"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0.37 (0.14, 0.93)</w:t>
            </w:r>
          </w:p>
        </w:tc>
        <w:tc>
          <w:tcPr>
            <w:tcW w:w="1612" w:type="dxa"/>
            <w:shd w:val="clear" w:color="auto" w:fill="CFEDFF"/>
            <w:vAlign w:val="center"/>
            <w:hideMark/>
          </w:tcPr>
          <w:p w14:paraId="060E2922"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0.08 (0.03, 0.22)</w:t>
            </w:r>
          </w:p>
        </w:tc>
        <w:tc>
          <w:tcPr>
            <w:tcW w:w="1477" w:type="dxa"/>
            <w:vAlign w:val="center"/>
            <w:hideMark/>
          </w:tcPr>
          <w:p w14:paraId="684CBC97"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0.39 (0.09, 1.67)</w:t>
            </w:r>
          </w:p>
        </w:tc>
        <w:tc>
          <w:tcPr>
            <w:tcW w:w="1478" w:type="dxa"/>
            <w:vAlign w:val="center"/>
            <w:hideMark/>
          </w:tcPr>
          <w:p w14:paraId="62EBD262"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0.54 (0.22, 1.22)</w:t>
            </w:r>
          </w:p>
        </w:tc>
        <w:tc>
          <w:tcPr>
            <w:tcW w:w="1478" w:type="dxa"/>
            <w:shd w:val="clear" w:color="auto" w:fill="C6C6C6"/>
            <w:noWrap/>
            <w:vAlign w:val="center"/>
            <w:hideMark/>
          </w:tcPr>
          <w:p w14:paraId="0BF2D82A"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p>
        </w:tc>
        <w:tc>
          <w:tcPr>
            <w:tcW w:w="1525" w:type="dxa"/>
            <w:vAlign w:val="center"/>
            <w:hideMark/>
          </w:tcPr>
          <w:p w14:paraId="7E5B7F92"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0.77 (0.31, 1.82)</w:t>
            </w:r>
          </w:p>
        </w:tc>
      </w:tr>
      <w:tr w:rsidR="005A6BA2" w:rsidRPr="00EB75F0" w14:paraId="4BB198E9" w14:textId="77777777" w:rsidTr="005A6BA2">
        <w:trPr>
          <w:gridAfter w:val="1"/>
          <w:wAfter w:w="15" w:type="dxa"/>
          <w:trHeight w:val="288"/>
        </w:trPr>
        <w:tc>
          <w:tcPr>
            <w:tcW w:w="2411" w:type="dxa"/>
            <w:vAlign w:val="center"/>
            <w:hideMark/>
          </w:tcPr>
          <w:p w14:paraId="29066195"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612" w:type="dxa"/>
            <w:vAlign w:val="center"/>
            <w:hideMark/>
          </w:tcPr>
          <w:p w14:paraId="74DA6532"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0.54 (0.3, 0.92)</w:t>
            </w:r>
          </w:p>
        </w:tc>
        <w:tc>
          <w:tcPr>
            <w:tcW w:w="1552" w:type="dxa"/>
            <w:vAlign w:val="center"/>
            <w:hideMark/>
          </w:tcPr>
          <w:p w14:paraId="796927B8"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0.56 (0.28, 1.10)</w:t>
            </w:r>
          </w:p>
        </w:tc>
        <w:tc>
          <w:tcPr>
            <w:tcW w:w="1538" w:type="dxa"/>
            <w:vAlign w:val="center"/>
            <w:hideMark/>
          </w:tcPr>
          <w:p w14:paraId="5225C816"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0.48 (0.25, 0.89)</w:t>
            </w:r>
          </w:p>
        </w:tc>
        <w:tc>
          <w:tcPr>
            <w:tcW w:w="1612" w:type="dxa"/>
            <w:shd w:val="clear" w:color="auto" w:fill="CFEDFF"/>
            <w:vAlign w:val="center"/>
            <w:hideMark/>
          </w:tcPr>
          <w:p w14:paraId="0E79D2C8" w14:textId="77777777" w:rsidR="005A6BA2" w:rsidRPr="00EB75F0" w:rsidRDefault="005A6BA2" w:rsidP="005A6BA2">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eastAsia="Times New Roman" w:hAnsiTheme="majorHAnsi" w:cstheme="majorHAnsi"/>
                <w:b/>
                <w:color w:val="000000"/>
                <w:sz w:val="16"/>
                <w:szCs w:val="16"/>
                <w:lang w:eastAsia="zh-TW"/>
              </w:rPr>
              <w:t>0.1 (0.04, 0.24)</w:t>
            </w:r>
          </w:p>
        </w:tc>
        <w:tc>
          <w:tcPr>
            <w:tcW w:w="1477" w:type="dxa"/>
            <w:vAlign w:val="center"/>
            <w:hideMark/>
          </w:tcPr>
          <w:p w14:paraId="7297ED83"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0.50 (0.14, 1.92)</w:t>
            </w:r>
          </w:p>
        </w:tc>
        <w:tc>
          <w:tcPr>
            <w:tcW w:w="1478" w:type="dxa"/>
            <w:vAlign w:val="center"/>
            <w:hideMark/>
          </w:tcPr>
          <w:p w14:paraId="497FB6E5"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0.7 (0.36, 1.26)</w:t>
            </w:r>
          </w:p>
        </w:tc>
        <w:tc>
          <w:tcPr>
            <w:tcW w:w="1478" w:type="dxa"/>
            <w:vAlign w:val="center"/>
            <w:hideMark/>
          </w:tcPr>
          <w:p w14:paraId="43985638"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1.30 (0.55, 3.19)</w:t>
            </w:r>
          </w:p>
        </w:tc>
        <w:tc>
          <w:tcPr>
            <w:tcW w:w="1525" w:type="dxa"/>
            <w:shd w:val="clear" w:color="auto" w:fill="C6C6C6"/>
            <w:noWrap/>
            <w:vAlign w:val="center"/>
            <w:hideMark/>
          </w:tcPr>
          <w:p w14:paraId="463072D1" w14:textId="77777777" w:rsidR="005A6BA2" w:rsidRPr="00EB75F0" w:rsidRDefault="005A6BA2" w:rsidP="005A6BA2">
            <w:pPr>
              <w:spacing w:before="0" w:after="0" w:line="240" w:lineRule="auto"/>
              <w:contextualSpacing/>
              <w:rPr>
                <w:rFonts w:asciiTheme="majorHAnsi" w:eastAsia="Times New Roman" w:hAnsiTheme="majorHAnsi" w:cstheme="majorHAnsi"/>
                <w:color w:val="000000"/>
                <w:sz w:val="16"/>
                <w:szCs w:val="16"/>
                <w:lang w:eastAsia="zh-TW"/>
              </w:rPr>
            </w:pPr>
          </w:p>
        </w:tc>
      </w:tr>
      <w:tr w:rsidR="005A6BA2" w:rsidRPr="00EB75F0" w14:paraId="38B77105" w14:textId="77777777" w:rsidTr="005A6BA2">
        <w:trPr>
          <w:trHeight w:val="97"/>
        </w:trPr>
        <w:tc>
          <w:tcPr>
            <w:tcW w:w="14698" w:type="dxa"/>
            <w:gridSpan w:val="10"/>
          </w:tcPr>
          <w:p w14:paraId="77440C71" w14:textId="3440027B" w:rsidR="005A6BA2" w:rsidRPr="00EB75F0" w:rsidRDefault="005A6BA2" w:rsidP="00C32B29">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credible interval; OR, odds ratio</w:t>
            </w:r>
            <w:r w:rsidR="00F34060" w:rsidRPr="00EB75F0">
              <w:rPr>
                <w:rFonts w:asciiTheme="majorHAnsi" w:hAnsiTheme="majorHAnsi" w:cstheme="majorHAnsi"/>
                <w:sz w:val="16"/>
                <w:szCs w:val="16"/>
              </w:rPr>
              <w:t xml:space="preserve">;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F34060" w:rsidRPr="00EB75F0">
              <w:rPr>
                <w:rFonts w:asciiTheme="majorHAnsi" w:eastAsia="Times New Roman" w:hAnsiTheme="majorHAnsi" w:cstheme="majorHAnsi"/>
                <w:color w:val="000000"/>
                <w:sz w:val="16"/>
                <w:szCs w:val="16"/>
                <w:lang w:eastAsia="zh-TW"/>
              </w:rPr>
              <w:t xml:space="preserve">, </w:t>
            </w:r>
            <w:proofErr w:type="spellStart"/>
            <w:r w:rsidR="00F34060" w:rsidRPr="00EB75F0">
              <w:rPr>
                <w:rFonts w:asciiTheme="majorHAnsi" w:hAnsiTheme="majorHAnsi" w:cstheme="majorHAnsi"/>
                <w:sz w:val="16"/>
                <w:szCs w:val="16"/>
              </w:rPr>
              <w:t>xanomeline</w:t>
            </w:r>
            <w:proofErr w:type="spellEnd"/>
            <w:r w:rsidR="00F34060" w:rsidRPr="00EB75F0">
              <w:rPr>
                <w:rFonts w:asciiTheme="majorHAnsi" w:hAnsiTheme="majorHAnsi" w:cstheme="majorHAnsi"/>
                <w:sz w:val="16"/>
                <w:szCs w:val="16"/>
              </w:rPr>
              <w:t>/</w:t>
            </w:r>
            <w:proofErr w:type="spellStart"/>
            <w:r w:rsidR="00F34060" w:rsidRPr="00EB75F0">
              <w:rPr>
                <w:rFonts w:asciiTheme="majorHAnsi" w:hAnsiTheme="majorHAnsi" w:cstheme="majorHAnsi"/>
                <w:sz w:val="16"/>
                <w:szCs w:val="16"/>
              </w:rPr>
              <w:t>trospium</w:t>
            </w:r>
            <w:proofErr w:type="spellEnd"/>
            <w:r w:rsidR="00F34060" w:rsidRPr="00EB75F0">
              <w:rPr>
                <w:rFonts w:asciiTheme="majorHAnsi" w:hAnsiTheme="majorHAnsi" w:cstheme="majorHAnsi"/>
                <w:sz w:val="16"/>
                <w:szCs w:val="16"/>
              </w:rPr>
              <w:t xml:space="preserve"> chloride</w:t>
            </w:r>
          </w:p>
          <w:p w14:paraId="089E372D" w14:textId="16AC0287" w:rsidR="005A6BA2" w:rsidRPr="00EB75F0" w:rsidRDefault="005A6BA2" w:rsidP="00C32B2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00F34060" w:rsidRPr="00EB75F0">
              <w:rPr>
                <w:rFonts w:asciiTheme="majorHAnsi" w:hAnsiTheme="majorHAnsi" w:cstheme="majorHAnsi"/>
                <w:sz w:val="16"/>
                <w:szCs w:val="16"/>
              </w:rPr>
              <w:t xml:space="preserve"> </w:t>
            </w:r>
            <w:r w:rsidRPr="00EB75F0">
              <w:rPr>
                <w:rFonts w:asciiTheme="majorHAnsi" w:hAnsiTheme="majorHAnsi" w:cstheme="majorHAnsi"/>
                <w:sz w:val="16"/>
                <w:szCs w:val="16"/>
              </w:rPr>
              <w:t xml:space="preserve">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7A53169A" w14:textId="784CC64A" w:rsidR="009446D0" w:rsidRPr="00EB75F0" w:rsidRDefault="009446D0">
      <w:pPr>
        <w:spacing w:before="0" w:after="200" w:line="276" w:lineRule="auto"/>
      </w:pPr>
    </w:p>
    <w:p w14:paraId="651F07F6" w14:textId="7FD26482" w:rsidR="00C43E69" w:rsidRPr="00EB75F0" w:rsidRDefault="00A06AE8" w:rsidP="00434B93">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39</w:t>
        </w:r>
      </w:fldSimple>
      <w:r w:rsidR="00C43E69" w:rsidRPr="00EB75F0">
        <w:t xml:space="preserve">: </w:t>
      </w:r>
      <w:r w:rsidR="005955C3" w:rsidRPr="00EB75F0">
        <w:t xml:space="preserve">≥7% increase in weight </w:t>
      </w:r>
      <w:r w:rsidR="00C43E69" w:rsidRPr="00EB75F0">
        <w:t xml:space="preserve">– League tables – fixed-effects model, base case network – OR (95% </w:t>
      </w:r>
      <w:proofErr w:type="spellStart"/>
      <w:r w:rsidR="00C43E69" w:rsidRPr="00EB75F0">
        <w:t>CrI</w:t>
      </w:r>
      <w:proofErr w:type="spellEnd"/>
      <w:r w:rsidR="00C43E69" w:rsidRPr="00EB75F0">
        <w:t>)</w:t>
      </w:r>
    </w:p>
    <w:tbl>
      <w:tblPr>
        <w:tblStyle w:val="Lumanitytable"/>
        <w:tblW w:w="14667" w:type="dxa"/>
        <w:tblLayout w:type="fixed"/>
        <w:tblLook w:val="04A0" w:firstRow="1" w:lastRow="0" w:firstColumn="1" w:lastColumn="0" w:noHBand="0" w:noVBand="1"/>
      </w:tblPr>
      <w:tblGrid>
        <w:gridCol w:w="1590"/>
        <w:gridCol w:w="1598"/>
        <w:gridCol w:w="1744"/>
        <w:gridCol w:w="1598"/>
        <w:gridCol w:w="1745"/>
        <w:gridCol w:w="1598"/>
        <w:gridCol w:w="1598"/>
        <w:gridCol w:w="1598"/>
        <w:gridCol w:w="1598"/>
      </w:tblGrid>
      <w:tr w:rsidR="00773007" w:rsidRPr="00EB75F0" w14:paraId="00191285" w14:textId="77777777" w:rsidTr="00C43E69">
        <w:trPr>
          <w:cnfStyle w:val="100000000000" w:firstRow="1" w:lastRow="0" w:firstColumn="0" w:lastColumn="0" w:oddVBand="0" w:evenVBand="0" w:oddHBand="0" w:evenHBand="0" w:firstRowFirstColumn="0" w:firstRowLastColumn="0" w:lastRowFirstColumn="0" w:lastRowLastColumn="0"/>
          <w:trHeight w:val="288"/>
          <w:tblHeader/>
        </w:trPr>
        <w:tc>
          <w:tcPr>
            <w:tcW w:w="1590" w:type="dxa"/>
            <w:vAlign w:val="center"/>
            <w:hideMark/>
          </w:tcPr>
          <w:p w14:paraId="1850F61F" w14:textId="77777777" w:rsidR="00773007" w:rsidRPr="00EB75F0" w:rsidRDefault="00773007" w:rsidP="00C43E6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598" w:type="dxa"/>
            <w:vAlign w:val="center"/>
            <w:hideMark/>
          </w:tcPr>
          <w:p w14:paraId="74FED42F" w14:textId="77777777" w:rsidR="00773007" w:rsidRPr="00EB75F0" w:rsidRDefault="00773007" w:rsidP="00C43E6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744" w:type="dxa"/>
            <w:vAlign w:val="center"/>
            <w:hideMark/>
          </w:tcPr>
          <w:p w14:paraId="6F1F0682" w14:textId="77777777" w:rsidR="00773007" w:rsidRPr="00EB75F0" w:rsidRDefault="00773007" w:rsidP="00C43E6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598" w:type="dxa"/>
            <w:vAlign w:val="center"/>
            <w:hideMark/>
          </w:tcPr>
          <w:p w14:paraId="144997C0" w14:textId="77777777" w:rsidR="00773007" w:rsidRPr="00EB75F0" w:rsidRDefault="00773007" w:rsidP="00C43E6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745" w:type="dxa"/>
            <w:vAlign w:val="center"/>
            <w:hideMark/>
          </w:tcPr>
          <w:p w14:paraId="664F513A" w14:textId="5FE9A05A" w:rsidR="00773007" w:rsidRPr="00EB75F0" w:rsidRDefault="009A3ECD" w:rsidP="00C43E6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598" w:type="dxa"/>
            <w:vAlign w:val="center"/>
            <w:hideMark/>
          </w:tcPr>
          <w:p w14:paraId="0BEC0BEB" w14:textId="77777777" w:rsidR="00773007" w:rsidRPr="00EB75F0" w:rsidRDefault="00773007" w:rsidP="00C43E6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598" w:type="dxa"/>
            <w:vAlign w:val="center"/>
            <w:hideMark/>
          </w:tcPr>
          <w:p w14:paraId="7991F4C8" w14:textId="77777777" w:rsidR="00773007" w:rsidRPr="00EB75F0" w:rsidRDefault="00773007" w:rsidP="00C43E6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598" w:type="dxa"/>
            <w:vAlign w:val="center"/>
            <w:hideMark/>
          </w:tcPr>
          <w:p w14:paraId="6F68A89F" w14:textId="77777777" w:rsidR="00773007" w:rsidRPr="00EB75F0" w:rsidRDefault="00773007" w:rsidP="00C43E6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598" w:type="dxa"/>
            <w:vAlign w:val="center"/>
            <w:hideMark/>
          </w:tcPr>
          <w:p w14:paraId="1D19C14B" w14:textId="77777777" w:rsidR="00773007" w:rsidRPr="00EB75F0" w:rsidRDefault="00773007" w:rsidP="00C43E6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773007" w:rsidRPr="00EB75F0" w14:paraId="3DC3B71D" w14:textId="77777777" w:rsidTr="00C43E69">
        <w:trPr>
          <w:trHeight w:val="288"/>
        </w:trPr>
        <w:tc>
          <w:tcPr>
            <w:tcW w:w="1590" w:type="dxa"/>
            <w:vAlign w:val="center"/>
            <w:hideMark/>
          </w:tcPr>
          <w:p w14:paraId="5CE83B9A"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598" w:type="dxa"/>
            <w:vAlign w:val="center"/>
          </w:tcPr>
          <w:p w14:paraId="54436121"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2.62 (1.86 to 3.73)</w:t>
            </w:r>
          </w:p>
        </w:tc>
        <w:tc>
          <w:tcPr>
            <w:tcW w:w="1744" w:type="dxa"/>
            <w:vAlign w:val="center"/>
          </w:tcPr>
          <w:p w14:paraId="37F222D4"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2.66 (1.75 to 4.09)</w:t>
            </w:r>
          </w:p>
        </w:tc>
        <w:tc>
          <w:tcPr>
            <w:tcW w:w="1598" w:type="dxa"/>
            <w:vAlign w:val="center"/>
          </w:tcPr>
          <w:p w14:paraId="5F2EF1CF"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2.23 (1.44 to 3.51)</w:t>
            </w:r>
          </w:p>
        </w:tc>
        <w:tc>
          <w:tcPr>
            <w:tcW w:w="1745" w:type="dxa"/>
            <w:shd w:val="clear" w:color="auto" w:fill="CFEDFF"/>
            <w:vAlign w:val="center"/>
          </w:tcPr>
          <w:p w14:paraId="26FF8764"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0.47 (0.24 to 0.87)</w:t>
            </w:r>
          </w:p>
        </w:tc>
        <w:tc>
          <w:tcPr>
            <w:tcW w:w="1598" w:type="dxa"/>
            <w:vAlign w:val="center"/>
          </w:tcPr>
          <w:p w14:paraId="33F9BE1A"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2.34 (0.89 to 7.02)</w:t>
            </w:r>
          </w:p>
        </w:tc>
        <w:tc>
          <w:tcPr>
            <w:tcW w:w="1598" w:type="dxa"/>
            <w:vAlign w:val="center"/>
          </w:tcPr>
          <w:p w14:paraId="0EFEBCD2"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3.42 (2.49 to 4.77)</w:t>
            </w:r>
          </w:p>
        </w:tc>
        <w:tc>
          <w:tcPr>
            <w:tcW w:w="1598" w:type="dxa"/>
            <w:vAlign w:val="center"/>
          </w:tcPr>
          <w:p w14:paraId="5D9E81CE"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6.16 (3.36 to 11.71)</w:t>
            </w:r>
          </w:p>
        </w:tc>
        <w:tc>
          <w:tcPr>
            <w:tcW w:w="1598" w:type="dxa"/>
            <w:vAlign w:val="center"/>
          </w:tcPr>
          <w:p w14:paraId="24E69A8C"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4.54 (3.14 to 6.66)</w:t>
            </w:r>
          </w:p>
        </w:tc>
      </w:tr>
      <w:tr w:rsidR="00773007" w:rsidRPr="00EB75F0" w14:paraId="6C1A455D" w14:textId="77777777" w:rsidTr="00C43E69">
        <w:trPr>
          <w:trHeight w:val="288"/>
        </w:trPr>
        <w:tc>
          <w:tcPr>
            <w:tcW w:w="1590" w:type="dxa"/>
            <w:vAlign w:val="center"/>
            <w:hideMark/>
          </w:tcPr>
          <w:p w14:paraId="1854AD9A"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598" w:type="dxa"/>
            <w:shd w:val="clear" w:color="auto" w:fill="C6C6C6"/>
            <w:noWrap/>
            <w:vAlign w:val="center"/>
          </w:tcPr>
          <w:p w14:paraId="0394AD2A"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p>
        </w:tc>
        <w:tc>
          <w:tcPr>
            <w:tcW w:w="1744" w:type="dxa"/>
            <w:vAlign w:val="center"/>
          </w:tcPr>
          <w:p w14:paraId="79C3CAEB"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1.02 (0.6 to 1.72)</w:t>
            </w:r>
          </w:p>
        </w:tc>
        <w:tc>
          <w:tcPr>
            <w:tcW w:w="1598" w:type="dxa"/>
            <w:vAlign w:val="center"/>
          </w:tcPr>
          <w:p w14:paraId="674C8F15"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0.85 (0.53 to 1.39)</w:t>
            </w:r>
          </w:p>
        </w:tc>
        <w:tc>
          <w:tcPr>
            <w:tcW w:w="1745" w:type="dxa"/>
            <w:shd w:val="clear" w:color="auto" w:fill="CFEDFF"/>
            <w:vAlign w:val="center"/>
          </w:tcPr>
          <w:p w14:paraId="7F1A0040"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0.18 (0.08 to 0.36)</w:t>
            </w:r>
          </w:p>
        </w:tc>
        <w:tc>
          <w:tcPr>
            <w:tcW w:w="1598" w:type="dxa"/>
            <w:vAlign w:val="center"/>
          </w:tcPr>
          <w:p w14:paraId="23889F79"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(0.32 to 2.81)</w:t>
            </w:r>
          </w:p>
        </w:tc>
        <w:tc>
          <w:tcPr>
            <w:tcW w:w="1598" w:type="dxa"/>
            <w:vAlign w:val="center"/>
          </w:tcPr>
          <w:p w14:paraId="4B5AA120"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1.31 (0.81 to 2.11)</w:t>
            </w:r>
          </w:p>
        </w:tc>
        <w:tc>
          <w:tcPr>
            <w:tcW w:w="1598" w:type="dxa"/>
            <w:vAlign w:val="center"/>
          </w:tcPr>
          <w:p w14:paraId="6EE41CFE"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2.35 (1.18 to 4.84)</w:t>
            </w:r>
          </w:p>
        </w:tc>
        <w:tc>
          <w:tcPr>
            <w:tcW w:w="1598" w:type="dxa"/>
            <w:vAlign w:val="center"/>
          </w:tcPr>
          <w:p w14:paraId="40392A58"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1.73 (1.12 to 2.68)</w:t>
            </w:r>
          </w:p>
        </w:tc>
      </w:tr>
      <w:tr w:rsidR="00773007" w:rsidRPr="00EB75F0" w14:paraId="7A09F935" w14:textId="77777777" w:rsidTr="00C43E69">
        <w:trPr>
          <w:trHeight w:val="288"/>
        </w:trPr>
        <w:tc>
          <w:tcPr>
            <w:tcW w:w="1590" w:type="dxa"/>
            <w:vAlign w:val="center"/>
            <w:hideMark/>
          </w:tcPr>
          <w:p w14:paraId="46E3E0FE"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598" w:type="dxa"/>
            <w:vAlign w:val="center"/>
          </w:tcPr>
          <w:p w14:paraId="2F3B52CE"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0.98 (0.58 to 1.66)</w:t>
            </w:r>
          </w:p>
        </w:tc>
        <w:tc>
          <w:tcPr>
            <w:tcW w:w="1744" w:type="dxa"/>
            <w:shd w:val="clear" w:color="auto" w:fill="C6C6C6"/>
            <w:noWrap/>
            <w:vAlign w:val="center"/>
          </w:tcPr>
          <w:p w14:paraId="11E47D35"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p>
        </w:tc>
        <w:tc>
          <w:tcPr>
            <w:tcW w:w="1598" w:type="dxa"/>
            <w:vAlign w:val="center"/>
          </w:tcPr>
          <w:p w14:paraId="05A421F7"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0.84 (0.46 to 1.53)</w:t>
            </w:r>
          </w:p>
        </w:tc>
        <w:tc>
          <w:tcPr>
            <w:tcW w:w="1745" w:type="dxa"/>
            <w:shd w:val="clear" w:color="auto" w:fill="CFEDFF"/>
            <w:vAlign w:val="center"/>
          </w:tcPr>
          <w:p w14:paraId="04B7ADB1"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598" w:type="dxa"/>
            <w:vAlign w:val="center"/>
          </w:tcPr>
          <w:p w14:paraId="158F122E"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0.88 (0.31 to 2.83)</w:t>
            </w:r>
          </w:p>
        </w:tc>
        <w:tc>
          <w:tcPr>
            <w:tcW w:w="1598" w:type="dxa"/>
            <w:vAlign w:val="center"/>
          </w:tcPr>
          <w:p w14:paraId="2CB92F00"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1.29 (0.76 to 2.19)</w:t>
            </w:r>
          </w:p>
        </w:tc>
        <w:tc>
          <w:tcPr>
            <w:tcW w:w="1598" w:type="dxa"/>
            <w:vAlign w:val="center"/>
          </w:tcPr>
          <w:p w14:paraId="574CE6FE"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2.32 (1.24 to 4.42)</w:t>
            </w:r>
          </w:p>
        </w:tc>
        <w:tc>
          <w:tcPr>
            <w:tcW w:w="1598" w:type="dxa"/>
            <w:vAlign w:val="center"/>
          </w:tcPr>
          <w:p w14:paraId="3C468FDE"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1.71 (0.98 to 2.98)</w:t>
            </w:r>
          </w:p>
        </w:tc>
      </w:tr>
      <w:tr w:rsidR="00773007" w:rsidRPr="00EB75F0" w14:paraId="68052CE9" w14:textId="77777777" w:rsidTr="00C43E69">
        <w:trPr>
          <w:trHeight w:val="288"/>
        </w:trPr>
        <w:tc>
          <w:tcPr>
            <w:tcW w:w="1590" w:type="dxa"/>
            <w:vAlign w:val="center"/>
            <w:hideMark/>
          </w:tcPr>
          <w:p w14:paraId="6BAA63FB"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598" w:type="dxa"/>
            <w:vAlign w:val="center"/>
          </w:tcPr>
          <w:p w14:paraId="02CA8C99"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1.17 (0.72 to 1.9)</w:t>
            </w:r>
          </w:p>
        </w:tc>
        <w:tc>
          <w:tcPr>
            <w:tcW w:w="1744" w:type="dxa"/>
            <w:vAlign w:val="center"/>
          </w:tcPr>
          <w:p w14:paraId="2F80792A"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1.19 (0.65 to 2.18)</w:t>
            </w:r>
          </w:p>
        </w:tc>
        <w:tc>
          <w:tcPr>
            <w:tcW w:w="1598" w:type="dxa"/>
            <w:shd w:val="clear" w:color="auto" w:fill="C6C6C6"/>
            <w:noWrap/>
            <w:vAlign w:val="center"/>
          </w:tcPr>
          <w:p w14:paraId="6EB500D9"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p>
        </w:tc>
        <w:tc>
          <w:tcPr>
            <w:tcW w:w="1745" w:type="dxa"/>
            <w:shd w:val="clear" w:color="auto" w:fill="CFEDFF"/>
            <w:vAlign w:val="center"/>
          </w:tcPr>
          <w:p w14:paraId="30EE6557"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0.21 (0.09 to 0.45)</w:t>
            </w:r>
          </w:p>
        </w:tc>
        <w:tc>
          <w:tcPr>
            <w:tcW w:w="1598" w:type="dxa"/>
            <w:vAlign w:val="center"/>
          </w:tcPr>
          <w:p w14:paraId="44B292A5"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1.05 (0.36 to 3.39)</w:t>
            </w:r>
          </w:p>
        </w:tc>
        <w:tc>
          <w:tcPr>
            <w:tcW w:w="1598" w:type="dxa"/>
            <w:vAlign w:val="center"/>
          </w:tcPr>
          <w:p w14:paraId="11B0AE31"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1.53 (0.88 to 2.65)</w:t>
            </w:r>
          </w:p>
        </w:tc>
        <w:tc>
          <w:tcPr>
            <w:tcW w:w="1598" w:type="dxa"/>
            <w:vAlign w:val="center"/>
          </w:tcPr>
          <w:p w14:paraId="42175702"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598" w:type="dxa"/>
            <w:vAlign w:val="center"/>
          </w:tcPr>
          <w:p w14:paraId="1471ACF7"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r>
      <w:tr w:rsidR="00773007" w:rsidRPr="00EB75F0" w14:paraId="76481115" w14:textId="77777777" w:rsidTr="00C43E69">
        <w:trPr>
          <w:trHeight w:val="288"/>
        </w:trPr>
        <w:tc>
          <w:tcPr>
            <w:tcW w:w="1590" w:type="dxa"/>
            <w:vAlign w:val="center"/>
            <w:hideMark/>
          </w:tcPr>
          <w:p w14:paraId="2998D4CA" w14:textId="20B97616" w:rsidR="00773007" w:rsidRPr="00EB75F0" w:rsidRDefault="009A3ECD" w:rsidP="00C43E6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598" w:type="dxa"/>
            <w:vAlign w:val="center"/>
          </w:tcPr>
          <w:p w14:paraId="672823AB"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744" w:type="dxa"/>
            <w:vAlign w:val="center"/>
          </w:tcPr>
          <w:p w14:paraId="09ED529B"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598" w:type="dxa"/>
            <w:vAlign w:val="center"/>
          </w:tcPr>
          <w:p w14:paraId="7086C4F8"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745" w:type="dxa"/>
            <w:shd w:val="clear" w:color="auto" w:fill="C6C6C6"/>
            <w:noWrap/>
            <w:vAlign w:val="center"/>
          </w:tcPr>
          <w:p w14:paraId="7D3F54ED"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p>
        </w:tc>
        <w:tc>
          <w:tcPr>
            <w:tcW w:w="1598" w:type="dxa"/>
            <w:vAlign w:val="center"/>
          </w:tcPr>
          <w:p w14:paraId="01AA0B9A"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598" w:type="dxa"/>
            <w:vAlign w:val="center"/>
          </w:tcPr>
          <w:p w14:paraId="738BBE07"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598" w:type="dxa"/>
            <w:vAlign w:val="center"/>
          </w:tcPr>
          <w:p w14:paraId="5305FD64"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598" w:type="dxa"/>
            <w:vAlign w:val="center"/>
          </w:tcPr>
          <w:p w14:paraId="27D6CB75"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r>
      <w:tr w:rsidR="00773007" w:rsidRPr="00EB75F0" w14:paraId="5B88AD7D" w14:textId="77777777" w:rsidTr="00C43E69">
        <w:trPr>
          <w:trHeight w:val="288"/>
        </w:trPr>
        <w:tc>
          <w:tcPr>
            <w:tcW w:w="1590" w:type="dxa"/>
            <w:vAlign w:val="center"/>
            <w:hideMark/>
          </w:tcPr>
          <w:p w14:paraId="45C43AB4"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598" w:type="dxa"/>
            <w:vAlign w:val="center"/>
          </w:tcPr>
          <w:p w14:paraId="140CF0C6"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1.12 (0.36 to 3.12)</w:t>
            </w:r>
          </w:p>
        </w:tc>
        <w:tc>
          <w:tcPr>
            <w:tcW w:w="1744" w:type="dxa"/>
            <w:vAlign w:val="center"/>
          </w:tcPr>
          <w:p w14:paraId="4F7D8630"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1.14 (0.35 to 3.28)</w:t>
            </w:r>
          </w:p>
        </w:tc>
        <w:tc>
          <w:tcPr>
            <w:tcW w:w="1598" w:type="dxa"/>
            <w:vAlign w:val="center"/>
          </w:tcPr>
          <w:p w14:paraId="1D91CA5D"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0.96 (0.29 to 2.77)</w:t>
            </w:r>
          </w:p>
        </w:tc>
        <w:tc>
          <w:tcPr>
            <w:tcW w:w="1745" w:type="dxa"/>
            <w:shd w:val="clear" w:color="auto" w:fill="CFEDFF"/>
            <w:vAlign w:val="center"/>
          </w:tcPr>
          <w:p w14:paraId="7D0D0CFA"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598" w:type="dxa"/>
            <w:shd w:val="clear" w:color="auto" w:fill="C6C6C6"/>
            <w:noWrap/>
            <w:vAlign w:val="center"/>
          </w:tcPr>
          <w:p w14:paraId="78B7BFB0"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p>
        </w:tc>
        <w:tc>
          <w:tcPr>
            <w:tcW w:w="1598" w:type="dxa"/>
            <w:vAlign w:val="center"/>
          </w:tcPr>
          <w:p w14:paraId="3C41C04B"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1.46 (0.47 to 4.08)</w:t>
            </w:r>
          </w:p>
        </w:tc>
        <w:tc>
          <w:tcPr>
            <w:tcW w:w="1598" w:type="dxa"/>
            <w:vAlign w:val="center"/>
          </w:tcPr>
          <w:p w14:paraId="417AD2BD"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2.63 (0.75 to 8.38)</w:t>
            </w:r>
          </w:p>
        </w:tc>
        <w:tc>
          <w:tcPr>
            <w:tcW w:w="1598" w:type="dxa"/>
            <w:vAlign w:val="center"/>
          </w:tcPr>
          <w:p w14:paraId="1FF3802B"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1.94 (0.61 to 5.47)</w:t>
            </w:r>
          </w:p>
        </w:tc>
      </w:tr>
      <w:tr w:rsidR="00773007" w:rsidRPr="00EB75F0" w14:paraId="28B78DA7" w14:textId="77777777" w:rsidTr="00C43E69">
        <w:trPr>
          <w:trHeight w:val="288"/>
        </w:trPr>
        <w:tc>
          <w:tcPr>
            <w:tcW w:w="1590" w:type="dxa"/>
            <w:vAlign w:val="center"/>
            <w:hideMark/>
          </w:tcPr>
          <w:p w14:paraId="25747345"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598" w:type="dxa"/>
            <w:vAlign w:val="center"/>
          </w:tcPr>
          <w:p w14:paraId="7F76F641"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0.77 (0.47 to 1.23)</w:t>
            </w:r>
          </w:p>
        </w:tc>
        <w:tc>
          <w:tcPr>
            <w:tcW w:w="1744" w:type="dxa"/>
            <w:vAlign w:val="center"/>
          </w:tcPr>
          <w:p w14:paraId="11D213CD"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0.78 (0.46 to 1.32)</w:t>
            </w:r>
          </w:p>
        </w:tc>
        <w:tc>
          <w:tcPr>
            <w:tcW w:w="1598" w:type="dxa"/>
            <w:vAlign w:val="center"/>
          </w:tcPr>
          <w:p w14:paraId="434E6070"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0.65 (0.38 to 1.14)</w:t>
            </w:r>
          </w:p>
        </w:tc>
        <w:tc>
          <w:tcPr>
            <w:tcW w:w="1745" w:type="dxa"/>
            <w:shd w:val="clear" w:color="auto" w:fill="CFEDFF"/>
            <w:vAlign w:val="center"/>
          </w:tcPr>
          <w:p w14:paraId="30D66EAC"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0.14 (0.07 to 0.27)</w:t>
            </w:r>
          </w:p>
        </w:tc>
        <w:tc>
          <w:tcPr>
            <w:tcW w:w="1598" w:type="dxa"/>
            <w:vAlign w:val="center"/>
          </w:tcPr>
          <w:p w14:paraId="2D6088FD"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0.68 (0.25 to 2.15)</w:t>
            </w:r>
          </w:p>
        </w:tc>
        <w:tc>
          <w:tcPr>
            <w:tcW w:w="1598" w:type="dxa"/>
            <w:shd w:val="clear" w:color="auto" w:fill="C6C6C6"/>
            <w:noWrap/>
            <w:vAlign w:val="center"/>
          </w:tcPr>
          <w:p w14:paraId="6B7416D8"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p>
        </w:tc>
        <w:tc>
          <w:tcPr>
            <w:tcW w:w="1598" w:type="dxa"/>
            <w:vAlign w:val="center"/>
          </w:tcPr>
          <w:p w14:paraId="5F9D3A81" w14:textId="77777777" w:rsidR="00773007" w:rsidRPr="00EB75F0" w:rsidRDefault="00773007" w:rsidP="00C43E69">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1.8 (0.91 to 3.68)</w:t>
            </w:r>
          </w:p>
        </w:tc>
        <w:tc>
          <w:tcPr>
            <w:tcW w:w="1598" w:type="dxa"/>
            <w:vAlign w:val="center"/>
          </w:tcPr>
          <w:p w14:paraId="2DDA3F35" w14:textId="77777777" w:rsidR="00773007" w:rsidRPr="00EB75F0" w:rsidRDefault="00773007" w:rsidP="00C43E69">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1.33 (0.81 to 2.18)</w:t>
            </w:r>
          </w:p>
        </w:tc>
      </w:tr>
      <w:tr w:rsidR="00773007" w:rsidRPr="00EB75F0" w14:paraId="22A0EF06" w14:textId="77777777" w:rsidTr="00C43E69">
        <w:trPr>
          <w:trHeight w:val="288"/>
        </w:trPr>
        <w:tc>
          <w:tcPr>
            <w:tcW w:w="1590" w:type="dxa"/>
            <w:vAlign w:val="center"/>
            <w:hideMark/>
          </w:tcPr>
          <w:p w14:paraId="24C1F864" w14:textId="77777777" w:rsidR="00773007" w:rsidRPr="00EB75F0" w:rsidRDefault="00773007" w:rsidP="00C43E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598" w:type="dxa"/>
            <w:vAlign w:val="center"/>
          </w:tcPr>
          <w:p w14:paraId="4062DB10" w14:textId="77777777" w:rsidR="00773007" w:rsidRPr="00EB75F0" w:rsidRDefault="00773007" w:rsidP="00C43E6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744" w:type="dxa"/>
            <w:vAlign w:val="center"/>
          </w:tcPr>
          <w:p w14:paraId="2B7ABA46" w14:textId="77777777" w:rsidR="00773007" w:rsidRPr="00EB75F0" w:rsidRDefault="00773007" w:rsidP="00C43E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1598" w:type="dxa"/>
            <w:vAlign w:val="center"/>
          </w:tcPr>
          <w:p w14:paraId="1E48D185" w14:textId="77777777" w:rsidR="00773007" w:rsidRPr="00EB75F0" w:rsidRDefault="00773007" w:rsidP="00C43E6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745" w:type="dxa"/>
            <w:shd w:val="clear" w:color="auto" w:fill="CFEDFF"/>
            <w:vAlign w:val="center"/>
          </w:tcPr>
          <w:p w14:paraId="6A9A96BB" w14:textId="77777777" w:rsidR="00773007" w:rsidRPr="00EB75F0" w:rsidRDefault="00773007" w:rsidP="00C43E6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598" w:type="dxa"/>
            <w:vAlign w:val="center"/>
          </w:tcPr>
          <w:p w14:paraId="479585B6" w14:textId="77777777" w:rsidR="00773007" w:rsidRPr="00EB75F0" w:rsidRDefault="00773007" w:rsidP="00C43E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0.38 (0.12 to 1.33)</w:t>
            </w:r>
          </w:p>
        </w:tc>
        <w:tc>
          <w:tcPr>
            <w:tcW w:w="1598" w:type="dxa"/>
            <w:vAlign w:val="center"/>
          </w:tcPr>
          <w:p w14:paraId="4E3761AC" w14:textId="77777777" w:rsidR="00773007" w:rsidRPr="00EB75F0" w:rsidRDefault="00773007" w:rsidP="00C43E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0.56 (0.27 to 1.1)</w:t>
            </w:r>
          </w:p>
        </w:tc>
        <w:tc>
          <w:tcPr>
            <w:tcW w:w="1598" w:type="dxa"/>
            <w:shd w:val="clear" w:color="auto" w:fill="C6C6C6"/>
            <w:noWrap/>
            <w:vAlign w:val="center"/>
          </w:tcPr>
          <w:p w14:paraId="3DAAD30F" w14:textId="77777777" w:rsidR="00773007" w:rsidRPr="00EB75F0" w:rsidRDefault="00773007" w:rsidP="00C43E69">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598" w:type="dxa"/>
            <w:vAlign w:val="center"/>
          </w:tcPr>
          <w:p w14:paraId="5D6FBC8A" w14:textId="77777777" w:rsidR="00773007" w:rsidRPr="00EB75F0" w:rsidRDefault="00773007" w:rsidP="00C43E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0.74 (0.35 to 1.49)</w:t>
            </w:r>
          </w:p>
        </w:tc>
      </w:tr>
      <w:tr w:rsidR="00773007" w:rsidRPr="00EB75F0" w14:paraId="62A8BA96" w14:textId="77777777" w:rsidTr="00C43E69">
        <w:trPr>
          <w:trHeight w:val="288"/>
        </w:trPr>
        <w:tc>
          <w:tcPr>
            <w:tcW w:w="1590" w:type="dxa"/>
            <w:vAlign w:val="center"/>
            <w:hideMark/>
          </w:tcPr>
          <w:p w14:paraId="12FE7A72" w14:textId="77777777" w:rsidR="00773007" w:rsidRPr="00EB75F0" w:rsidRDefault="00773007" w:rsidP="00C43E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598" w:type="dxa"/>
            <w:vAlign w:val="center"/>
          </w:tcPr>
          <w:p w14:paraId="47AC22E8" w14:textId="77777777" w:rsidR="00773007" w:rsidRPr="00EB75F0" w:rsidRDefault="00773007" w:rsidP="00C43E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1744" w:type="dxa"/>
            <w:vAlign w:val="center"/>
          </w:tcPr>
          <w:p w14:paraId="31C400AA" w14:textId="77777777" w:rsidR="00773007" w:rsidRPr="00EB75F0" w:rsidRDefault="00773007" w:rsidP="00C43E6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0.59 (0.34 to 1.02)</w:t>
            </w:r>
          </w:p>
        </w:tc>
        <w:tc>
          <w:tcPr>
            <w:tcW w:w="1598" w:type="dxa"/>
            <w:vAlign w:val="center"/>
          </w:tcPr>
          <w:p w14:paraId="475A4031" w14:textId="77777777" w:rsidR="00773007" w:rsidRPr="00EB75F0" w:rsidRDefault="00773007" w:rsidP="00C43E6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745" w:type="dxa"/>
            <w:shd w:val="clear" w:color="auto" w:fill="CFEDFF"/>
            <w:vAlign w:val="center"/>
          </w:tcPr>
          <w:p w14:paraId="6C5D67BF" w14:textId="77777777" w:rsidR="00773007" w:rsidRPr="00EB75F0" w:rsidRDefault="00773007" w:rsidP="00C43E6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598" w:type="dxa"/>
            <w:vAlign w:val="center"/>
          </w:tcPr>
          <w:p w14:paraId="56620352" w14:textId="77777777" w:rsidR="00773007" w:rsidRPr="00EB75F0" w:rsidRDefault="00773007" w:rsidP="00C43E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0.51 (0.18 to 1.63)</w:t>
            </w:r>
          </w:p>
        </w:tc>
        <w:tc>
          <w:tcPr>
            <w:tcW w:w="1598" w:type="dxa"/>
            <w:vAlign w:val="center"/>
          </w:tcPr>
          <w:p w14:paraId="0926413A" w14:textId="77777777" w:rsidR="00773007" w:rsidRPr="00EB75F0" w:rsidRDefault="00773007" w:rsidP="00C43E69">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0.75 (0.46 to 1.24)</w:t>
            </w:r>
          </w:p>
        </w:tc>
        <w:tc>
          <w:tcPr>
            <w:tcW w:w="1598" w:type="dxa"/>
            <w:vAlign w:val="center"/>
          </w:tcPr>
          <w:p w14:paraId="1BA0F8C8" w14:textId="77777777" w:rsidR="00773007" w:rsidRPr="00EB75F0" w:rsidRDefault="00773007" w:rsidP="00C43E69">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1.36 (0.67 to 2.83)</w:t>
            </w:r>
          </w:p>
        </w:tc>
        <w:tc>
          <w:tcPr>
            <w:tcW w:w="1598" w:type="dxa"/>
            <w:shd w:val="clear" w:color="auto" w:fill="C6C6C6"/>
            <w:noWrap/>
            <w:vAlign w:val="center"/>
          </w:tcPr>
          <w:p w14:paraId="0974D8AA" w14:textId="77777777" w:rsidR="00773007" w:rsidRPr="00EB75F0" w:rsidRDefault="00773007" w:rsidP="00C43E69">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773007" w:rsidRPr="00EB75F0" w14:paraId="440C0A48" w14:textId="77777777" w:rsidTr="00C32B29">
        <w:trPr>
          <w:trHeight w:val="117"/>
        </w:trPr>
        <w:tc>
          <w:tcPr>
            <w:tcW w:w="14667" w:type="dxa"/>
            <w:gridSpan w:val="9"/>
          </w:tcPr>
          <w:p w14:paraId="41D27FD3" w14:textId="05F3F839" w:rsidR="00773007" w:rsidRPr="00EB75F0" w:rsidRDefault="00773007" w:rsidP="00773007">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OR, odds ratio;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eastAsia="Times New Roman" w:hAnsiTheme="majorHAnsi" w:cstheme="majorHAnsi"/>
                <w:color w:val="000000"/>
                <w:sz w:val="16"/>
                <w:szCs w:val="16"/>
                <w:lang w:eastAsia="zh-TW"/>
              </w:rPr>
              <w:t xml:space="preserve">, </w:t>
            </w:r>
            <w:proofErr w:type="spellStart"/>
            <w:r w:rsidRPr="00EB75F0">
              <w:rPr>
                <w:rFonts w:asciiTheme="majorHAnsi" w:hAnsiTheme="majorHAnsi" w:cstheme="majorHAnsi"/>
                <w:sz w:val="16"/>
                <w:szCs w:val="16"/>
              </w:rPr>
              <w:t>xanomeline</w:t>
            </w:r>
            <w:proofErr w:type="spellEnd"/>
            <w:r w:rsidRPr="00EB75F0">
              <w:rPr>
                <w:rFonts w:asciiTheme="majorHAnsi" w:hAnsiTheme="majorHAnsi" w:cstheme="majorHAnsi"/>
                <w:sz w:val="16"/>
                <w:szCs w:val="16"/>
              </w:rPr>
              <w:t>/</w:t>
            </w:r>
            <w:proofErr w:type="spellStart"/>
            <w:r w:rsidRPr="00EB75F0">
              <w:rPr>
                <w:rFonts w:asciiTheme="majorHAnsi" w:hAnsiTheme="majorHAnsi" w:cstheme="majorHAnsi"/>
                <w:sz w:val="16"/>
                <w:szCs w:val="16"/>
              </w:rPr>
              <w:t>trospium</w:t>
            </w:r>
            <w:proofErr w:type="spellEnd"/>
            <w:r w:rsidRPr="00EB75F0">
              <w:rPr>
                <w:rFonts w:asciiTheme="majorHAnsi" w:hAnsiTheme="majorHAnsi" w:cstheme="majorHAnsi"/>
                <w:sz w:val="16"/>
                <w:szCs w:val="16"/>
              </w:rPr>
              <w:t xml:space="preserve"> chloride</w:t>
            </w:r>
          </w:p>
          <w:p w14:paraId="36966E23" w14:textId="7B864818" w:rsidR="00773007" w:rsidRPr="00EB75F0" w:rsidRDefault="00773007" w:rsidP="00773007">
            <w:pPr>
              <w:keepNext/>
              <w:spacing w:before="0" w:after="0" w:line="240" w:lineRule="auto"/>
              <w:contextualSpacing/>
              <w:rPr>
                <w:rFonts w:ascii="Aptos Narrow" w:hAnsi="Aptos Narrow"/>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28A87E0D" w14:textId="77777777" w:rsidR="00037A70" w:rsidRPr="00EB75F0" w:rsidRDefault="00037A70">
      <w:pPr>
        <w:spacing w:before="0" w:after="200" w:line="276" w:lineRule="auto"/>
      </w:pPr>
    </w:p>
    <w:p w14:paraId="119B36AA" w14:textId="0411C8EE" w:rsidR="006277EB" w:rsidRPr="00EB75F0" w:rsidRDefault="00A06AE8" w:rsidP="00434B93">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40</w:t>
        </w:r>
      </w:fldSimple>
      <w:r w:rsidR="006277EB" w:rsidRPr="00EB75F0">
        <w:t xml:space="preserve">: </w:t>
      </w:r>
      <w:r w:rsidR="005955C3" w:rsidRPr="00EB75F0">
        <w:t xml:space="preserve">≥7% increase in weight </w:t>
      </w:r>
      <w:r w:rsidR="006277EB" w:rsidRPr="00EB75F0">
        <w:t xml:space="preserve">– League tables – random-effects model, sensitivity analysis excluding studies with predominantly Asian populations – OR (95% </w:t>
      </w:r>
      <w:proofErr w:type="spellStart"/>
      <w:r w:rsidR="006277EB" w:rsidRPr="00EB75F0">
        <w:t>CrI</w:t>
      </w:r>
      <w:proofErr w:type="spellEnd"/>
      <w:r w:rsidR="006277EB" w:rsidRPr="00EB75F0">
        <w:t>)</w:t>
      </w:r>
    </w:p>
    <w:tbl>
      <w:tblPr>
        <w:tblStyle w:val="Lumanitytable"/>
        <w:tblW w:w="14755" w:type="dxa"/>
        <w:tblLayout w:type="fixed"/>
        <w:tblLook w:val="04A0" w:firstRow="1" w:lastRow="0" w:firstColumn="1" w:lastColumn="0" w:noHBand="0" w:noVBand="1"/>
      </w:tblPr>
      <w:tblGrid>
        <w:gridCol w:w="1255"/>
        <w:gridCol w:w="1710"/>
        <w:gridCol w:w="1710"/>
        <w:gridCol w:w="1710"/>
        <w:gridCol w:w="1620"/>
        <w:gridCol w:w="1710"/>
        <w:gridCol w:w="1620"/>
        <w:gridCol w:w="1706"/>
        <w:gridCol w:w="1714"/>
      </w:tblGrid>
      <w:tr w:rsidR="006277EB" w:rsidRPr="00EB75F0" w14:paraId="27AAFE82" w14:textId="77777777" w:rsidTr="008870CF">
        <w:trPr>
          <w:cnfStyle w:val="100000000000" w:firstRow="1" w:lastRow="0" w:firstColumn="0" w:lastColumn="0" w:oddVBand="0" w:evenVBand="0" w:oddHBand="0" w:evenHBand="0" w:firstRowFirstColumn="0" w:firstRowLastColumn="0" w:lastRowFirstColumn="0" w:lastRowLastColumn="0"/>
          <w:trHeight w:val="288"/>
          <w:tblHeader/>
        </w:trPr>
        <w:tc>
          <w:tcPr>
            <w:tcW w:w="1255" w:type="dxa"/>
            <w:vAlign w:val="center"/>
            <w:hideMark/>
          </w:tcPr>
          <w:p w14:paraId="117D1949" w14:textId="77777777" w:rsidR="000704BB" w:rsidRPr="00EB75F0" w:rsidRDefault="000704BB" w:rsidP="009D6D28">
            <w:pPr>
              <w:pStyle w:val="TableText"/>
              <w:spacing w:beforeLines="20" w:before="48" w:afterLines="20" w:after="48"/>
              <w:rPr>
                <w:rFonts w:asciiTheme="majorHAnsi" w:hAnsiTheme="majorHAnsi" w:cstheme="majorHAnsi"/>
                <w:b w:val="0"/>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p w14:paraId="2EDE8A28" w14:textId="77777777" w:rsidR="009D6D28" w:rsidRPr="00EB75F0" w:rsidRDefault="009D6D28" w:rsidP="009D6D28">
            <w:pPr>
              <w:pStyle w:val="TableText"/>
              <w:spacing w:beforeLines="20" w:before="48" w:afterLines="20" w:after="48"/>
              <w:rPr>
                <w:rFonts w:asciiTheme="majorHAnsi" w:eastAsiaTheme="minorHAnsi" w:hAnsiTheme="majorHAnsi" w:cstheme="majorHAnsi"/>
                <w:color w:val="FFFFFF" w:themeColor="background1"/>
                <w:sz w:val="16"/>
                <w:szCs w:val="16"/>
              </w:rPr>
            </w:pPr>
          </w:p>
        </w:tc>
        <w:tc>
          <w:tcPr>
            <w:tcW w:w="1710" w:type="dxa"/>
            <w:vAlign w:val="center"/>
            <w:hideMark/>
          </w:tcPr>
          <w:p w14:paraId="2A66DC8D" w14:textId="77777777" w:rsidR="000704BB" w:rsidRPr="00EB75F0" w:rsidRDefault="000704BB" w:rsidP="009D6D2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710" w:type="dxa"/>
            <w:vAlign w:val="center"/>
            <w:hideMark/>
          </w:tcPr>
          <w:p w14:paraId="4727D3A8" w14:textId="77777777" w:rsidR="000704BB" w:rsidRPr="00EB75F0" w:rsidRDefault="000704BB" w:rsidP="009D6D28">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710" w:type="dxa"/>
            <w:vAlign w:val="center"/>
            <w:hideMark/>
          </w:tcPr>
          <w:p w14:paraId="5DEFA3FA" w14:textId="77777777" w:rsidR="000704BB" w:rsidRPr="00EB75F0" w:rsidRDefault="000704BB" w:rsidP="009D6D28">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620" w:type="dxa"/>
            <w:vAlign w:val="center"/>
            <w:hideMark/>
          </w:tcPr>
          <w:p w14:paraId="4D72A6C1" w14:textId="6988B30F" w:rsidR="000704BB" w:rsidRPr="00EB75F0" w:rsidRDefault="009A3ECD" w:rsidP="009D6D28">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710" w:type="dxa"/>
            <w:vAlign w:val="center"/>
            <w:hideMark/>
          </w:tcPr>
          <w:p w14:paraId="42741A65" w14:textId="77777777" w:rsidR="000704BB" w:rsidRPr="00EB75F0" w:rsidRDefault="000704BB" w:rsidP="009D6D28">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620" w:type="dxa"/>
            <w:vAlign w:val="center"/>
            <w:hideMark/>
          </w:tcPr>
          <w:p w14:paraId="7B257E30" w14:textId="77777777" w:rsidR="000704BB" w:rsidRPr="00EB75F0" w:rsidRDefault="000704BB" w:rsidP="009D6D2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706" w:type="dxa"/>
            <w:vAlign w:val="center"/>
            <w:hideMark/>
          </w:tcPr>
          <w:p w14:paraId="6866EE0C" w14:textId="77777777" w:rsidR="000704BB" w:rsidRPr="00EB75F0" w:rsidRDefault="000704BB" w:rsidP="009D6D2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714" w:type="dxa"/>
            <w:vAlign w:val="center"/>
            <w:hideMark/>
          </w:tcPr>
          <w:p w14:paraId="4FC730E1" w14:textId="77777777" w:rsidR="000704BB" w:rsidRPr="00EB75F0" w:rsidRDefault="000704BB" w:rsidP="009D6D2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0704BB" w:rsidRPr="00EB75F0" w14:paraId="79B9B119" w14:textId="77777777" w:rsidTr="008870CF">
        <w:trPr>
          <w:trHeight w:val="288"/>
        </w:trPr>
        <w:tc>
          <w:tcPr>
            <w:tcW w:w="1255" w:type="dxa"/>
            <w:vAlign w:val="center"/>
            <w:hideMark/>
          </w:tcPr>
          <w:p w14:paraId="65F281BD"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710" w:type="dxa"/>
            <w:vAlign w:val="center"/>
          </w:tcPr>
          <w:p w14:paraId="23681890"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2.62 (1.62 to 4.18)</w:t>
            </w:r>
          </w:p>
        </w:tc>
        <w:tc>
          <w:tcPr>
            <w:tcW w:w="1710" w:type="dxa"/>
            <w:vAlign w:val="center"/>
          </w:tcPr>
          <w:p w14:paraId="6B830B2D"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2.59 (1.47 to 4.56)</w:t>
            </w:r>
          </w:p>
        </w:tc>
        <w:tc>
          <w:tcPr>
            <w:tcW w:w="1710" w:type="dxa"/>
            <w:vAlign w:val="center"/>
          </w:tcPr>
          <w:p w14:paraId="1D50A666"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2.27 (1.27 to 4.21)</w:t>
            </w:r>
          </w:p>
        </w:tc>
        <w:tc>
          <w:tcPr>
            <w:tcW w:w="1620" w:type="dxa"/>
            <w:shd w:val="clear" w:color="auto" w:fill="CFEDFF"/>
            <w:vAlign w:val="center"/>
          </w:tcPr>
          <w:p w14:paraId="3A0C6402"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0.48 (0.22 to 1.06)</w:t>
            </w:r>
          </w:p>
        </w:tc>
        <w:tc>
          <w:tcPr>
            <w:tcW w:w="1710" w:type="dxa"/>
            <w:vAlign w:val="center"/>
          </w:tcPr>
          <w:p w14:paraId="0865691C"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2.4 (0.7 to 8.43)</w:t>
            </w:r>
          </w:p>
        </w:tc>
        <w:tc>
          <w:tcPr>
            <w:tcW w:w="1620" w:type="dxa"/>
            <w:vAlign w:val="center"/>
          </w:tcPr>
          <w:p w14:paraId="357E1C7B"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3.32 (2.15 to 5.05)</w:t>
            </w:r>
          </w:p>
        </w:tc>
        <w:tc>
          <w:tcPr>
            <w:tcW w:w="1706" w:type="dxa"/>
            <w:vAlign w:val="center"/>
          </w:tcPr>
          <w:p w14:paraId="42177532"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6.21 (3 to 14.07)</w:t>
            </w:r>
          </w:p>
        </w:tc>
        <w:tc>
          <w:tcPr>
            <w:tcW w:w="1714" w:type="dxa"/>
            <w:vAlign w:val="center"/>
          </w:tcPr>
          <w:p w14:paraId="18F7E931"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4.62 (2.98 to 7.72)</w:t>
            </w:r>
          </w:p>
        </w:tc>
      </w:tr>
      <w:tr w:rsidR="000704BB" w:rsidRPr="00EB75F0" w14:paraId="3ED9B5D3" w14:textId="77777777" w:rsidTr="008870CF">
        <w:trPr>
          <w:trHeight w:val="288"/>
        </w:trPr>
        <w:tc>
          <w:tcPr>
            <w:tcW w:w="1255" w:type="dxa"/>
            <w:vAlign w:val="center"/>
            <w:hideMark/>
          </w:tcPr>
          <w:p w14:paraId="63CC040A"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710" w:type="dxa"/>
            <w:shd w:val="clear" w:color="auto" w:fill="C6C6C6"/>
            <w:noWrap/>
            <w:vAlign w:val="center"/>
          </w:tcPr>
          <w:p w14:paraId="24C3EC7E"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p>
        </w:tc>
        <w:tc>
          <w:tcPr>
            <w:tcW w:w="1710" w:type="dxa"/>
            <w:vAlign w:val="center"/>
          </w:tcPr>
          <w:p w14:paraId="0B547717"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0.99 (0.5 to 2)</w:t>
            </w:r>
          </w:p>
        </w:tc>
        <w:tc>
          <w:tcPr>
            <w:tcW w:w="1710" w:type="dxa"/>
            <w:vAlign w:val="center"/>
          </w:tcPr>
          <w:p w14:paraId="4269749D"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0.86 (0.45 to 1.75)</w:t>
            </w:r>
          </w:p>
        </w:tc>
        <w:tc>
          <w:tcPr>
            <w:tcW w:w="1620" w:type="dxa"/>
            <w:shd w:val="clear" w:color="auto" w:fill="CFEDFF"/>
            <w:vAlign w:val="center"/>
          </w:tcPr>
          <w:p w14:paraId="62AB7AE8"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0.18 (0.07 to 0.46)</w:t>
            </w:r>
          </w:p>
        </w:tc>
        <w:tc>
          <w:tcPr>
            <w:tcW w:w="1710" w:type="dxa"/>
            <w:vAlign w:val="center"/>
          </w:tcPr>
          <w:p w14:paraId="6797083F"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0.91 (0.25 to 3.52)</w:t>
            </w:r>
          </w:p>
        </w:tc>
        <w:tc>
          <w:tcPr>
            <w:tcW w:w="1620" w:type="dxa"/>
            <w:vAlign w:val="center"/>
          </w:tcPr>
          <w:p w14:paraId="28243D4B"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1.27 (0.67 to 2.38)</w:t>
            </w:r>
          </w:p>
        </w:tc>
        <w:tc>
          <w:tcPr>
            <w:tcW w:w="1706" w:type="dxa"/>
            <w:vAlign w:val="center"/>
          </w:tcPr>
          <w:p w14:paraId="11502903"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2.39 (1.02 to 6.05)</w:t>
            </w:r>
          </w:p>
        </w:tc>
        <w:tc>
          <w:tcPr>
            <w:tcW w:w="1714" w:type="dxa"/>
            <w:vAlign w:val="center"/>
          </w:tcPr>
          <w:p w14:paraId="4B42057F"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1.77 (1.01 to 3.31)</w:t>
            </w:r>
          </w:p>
        </w:tc>
      </w:tr>
      <w:tr w:rsidR="000704BB" w:rsidRPr="00EB75F0" w14:paraId="14E0379D" w14:textId="77777777" w:rsidTr="008870CF">
        <w:trPr>
          <w:trHeight w:val="288"/>
        </w:trPr>
        <w:tc>
          <w:tcPr>
            <w:tcW w:w="1255" w:type="dxa"/>
            <w:vAlign w:val="center"/>
            <w:hideMark/>
          </w:tcPr>
          <w:p w14:paraId="41212D94"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710" w:type="dxa"/>
            <w:vAlign w:val="center"/>
          </w:tcPr>
          <w:p w14:paraId="30DE5D02"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1.01 (0.5 to 1.99)</w:t>
            </w:r>
          </w:p>
        </w:tc>
        <w:tc>
          <w:tcPr>
            <w:tcW w:w="1710" w:type="dxa"/>
            <w:shd w:val="clear" w:color="auto" w:fill="C6C6C6"/>
            <w:noWrap/>
            <w:vAlign w:val="center"/>
          </w:tcPr>
          <w:p w14:paraId="5DA2F230"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p>
        </w:tc>
        <w:tc>
          <w:tcPr>
            <w:tcW w:w="1710" w:type="dxa"/>
            <w:vAlign w:val="center"/>
          </w:tcPr>
          <w:p w14:paraId="4F31FAD2"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0.87 (0.39 to 2.03)</w:t>
            </w:r>
          </w:p>
        </w:tc>
        <w:tc>
          <w:tcPr>
            <w:tcW w:w="1620" w:type="dxa"/>
            <w:shd w:val="clear" w:color="auto" w:fill="CFEDFF"/>
            <w:vAlign w:val="center"/>
          </w:tcPr>
          <w:p w14:paraId="4B702CE5"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0.18 (0.07 to 0.49)</w:t>
            </w:r>
          </w:p>
        </w:tc>
        <w:tc>
          <w:tcPr>
            <w:tcW w:w="1710" w:type="dxa"/>
            <w:vAlign w:val="center"/>
          </w:tcPr>
          <w:p w14:paraId="29772888"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0.93 (0.24 to 3.64)</w:t>
            </w:r>
          </w:p>
        </w:tc>
        <w:tc>
          <w:tcPr>
            <w:tcW w:w="1620" w:type="dxa"/>
            <w:vAlign w:val="center"/>
          </w:tcPr>
          <w:p w14:paraId="5B5AACFD"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1.28 (0.63 to 2.56)</w:t>
            </w:r>
          </w:p>
        </w:tc>
        <w:tc>
          <w:tcPr>
            <w:tcW w:w="1706" w:type="dxa"/>
            <w:vAlign w:val="center"/>
          </w:tcPr>
          <w:p w14:paraId="40AB5FF8"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2.41 (1.09 to 5.6)</w:t>
            </w:r>
          </w:p>
        </w:tc>
        <w:tc>
          <w:tcPr>
            <w:tcW w:w="1714" w:type="dxa"/>
            <w:vAlign w:val="center"/>
          </w:tcPr>
          <w:p w14:paraId="098D82D1"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1.79 (0.89 to 3.81)</w:t>
            </w:r>
          </w:p>
        </w:tc>
      </w:tr>
      <w:tr w:rsidR="000704BB" w:rsidRPr="00EB75F0" w14:paraId="50582063" w14:textId="77777777" w:rsidTr="008870CF">
        <w:trPr>
          <w:trHeight w:val="288"/>
        </w:trPr>
        <w:tc>
          <w:tcPr>
            <w:tcW w:w="1255" w:type="dxa"/>
            <w:vAlign w:val="center"/>
            <w:hideMark/>
          </w:tcPr>
          <w:p w14:paraId="78C23189"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710" w:type="dxa"/>
            <w:vAlign w:val="center"/>
          </w:tcPr>
          <w:p w14:paraId="4CF35B1E"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1.16 (0.57 to 2.22)</w:t>
            </w:r>
          </w:p>
        </w:tc>
        <w:tc>
          <w:tcPr>
            <w:tcW w:w="1710" w:type="dxa"/>
            <w:vAlign w:val="center"/>
          </w:tcPr>
          <w:p w14:paraId="2EFB5B9A"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1.14 (0.49 to 2.55)</w:t>
            </w:r>
          </w:p>
        </w:tc>
        <w:tc>
          <w:tcPr>
            <w:tcW w:w="1710" w:type="dxa"/>
            <w:shd w:val="clear" w:color="auto" w:fill="C6C6C6"/>
            <w:noWrap/>
            <w:vAlign w:val="center"/>
          </w:tcPr>
          <w:p w14:paraId="7BF5E448"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shd w:val="clear" w:color="auto" w:fill="CFEDFF"/>
            <w:vAlign w:val="center"/>
          </w:tcPr>
          <w:p w14:paraId="234386FC"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0.21 (0.08 to 0.57)</w:t>
            </w:r>
          </w:p>
        </w:tc>
        <w:tc>
          <w:tcPr>
            <w:tcW w:w="1710" w:type="dxa"/>
            <w:vAlign w:val="center"/>
          </w:tcPr>
          <w:p w14:paraId="709E2984"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1.06 (0.26 to 4.17)</w:t>
            </w:r>
          </w:p>
        </w:tc>
        <w:tc>
          <w:tcPr>
            <w:tcW w:w="1620" w:type="dxa"/>
            <w:vAlign w:val="center"/>
          </w:tcPr>
          <w:p w14:paraId="7EABA117"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1.47 (0.68 to 2.96)</w:t>
            </w:r>
          </w:p>
        </w:tc>
        <w:tc>
          <w:tcPr>
            <w:tcW w:w="1706" w:type="dxa"/>
            <w:vAlign w:val="center"/>
          </w:tcPr>
          <w:p w14:paraId="194FDE2D"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2.76 (1.07 to 7.37)</w:t>
            </w:r>
          </w:p>
        </w:tc>
        <w:tc>
          <w:tcPr>
            <w:tcW w:w="1714" w:type="dxa"/>
            <w:vAlign w:val="center"/>
          </w:tcPr>
          <w:p w14:paraId="280B30B4"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2.04 (1.08 to 3.94)</w:t>
            </w:r>
          </w:p>
        </w:tc>
      </w:tr>
      <w:tr w:rsidR="000704BB" w:rsidRPr="00EB75F0" w14:paraId="7C6B332D" w14:textId="77777777" w:rsidTr="008870CF">
        <w:trPr>
          <w:trHeight w:val="288"/>
        </w:trPr>
        <w:tc>
          <w:tcPr>
            <w:tcW w:w="1255" w:type="dxa"/>
            <w:vAlign w:val="center"/>
            <w:hideMark/>
          </w:tcPr>
          <w:p w14:paraId="5FDF5C3E" w14:textId="3C4A277B" w:rsidR="000704BB" w:rsidRPr="00EB75F0" w:rsidRDefault="009A3ECD" w:rsidP="009D6D2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710" w:type="dxa"/>
            <w:vAlign w:val="center"/>
          </w:tcPr>
          <w:p w14:paraId="16E28E0B"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5.47 (2.19 to 13.51)</w:t>
            </w:r>
          </w:p>
        </w:tc>
        <w:tc>
          <w:tcPr>
            <w:tcW w:w="1710" w:type="dxa"/>
            <w:vAlign w:val="center"/>
          </w:tcPr>
          <w:p w14:paraId="0C6FF578"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5.45 (2.03 to 14.11)</w:t>
            </w:r>
          </w:p>
        </w:tc>
        <w:tc>
          <w:tcPr>
            <w:tcW w:w="1710" w:type="dxa"/>
            <w:vAlign w:val="center"/>
          </w:tcPr>
          <w:p w14:paraId="3E28BC49"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4.75 (1.76 to 12.93)</w:t>
            </w:r>
          </w:p>
        </w:tc>
        <w:tc>
          <w:tcPr>
            <w:tcW w:w="1620" w:type="dxa"/>
            <w:shd w:val="clear" w:color="auto" w:fill="C6C6C6"/>
            <w:noWrap/>
            <w:vAlign w:val="center"/>
          </w:tcPr>
          <w:p w14:paraId="3BCBFF22"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p>
        </w:tc>
        <w:tc>
          <w:tcPr>
            <w:tcW w:w="1710" w:type="dxa"/>
            <w:vAlign w:val="center"/>
          </w:tcPr>
          <w:p w14:paraId="1C078130"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5.07 (1.15 to 21.42)</w:t>
            </w:r>
          </w:p>
        </w:tc>
        <w:tc>
          <w:tcPr>
            <w:tcW w:w="1620" w:type="dxa"/>
            <w:vAlign w:val="center"/>
          </w:tcPr>
          <w:p w14:paraId="66F3CD00"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6.97 (2.8 to 16.56)</w:t>
            </w:r>
          </w:p>
        </w:tc>
        <w:tc>
          <w:tcPr>
            <w:tcW w:w="1706" w:type="dxa"/>
            <w:vAlign w:val="center"/>
          </w:tcPr>
          <w:p w14:paraId="320C6C8A"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13.1 (4.47 to 39.27)</w:t>
            </w:r>
          </w:p>
        </w:tc>
        <w:tc>
          <w:tcPr>
            <w:tcW w:w="1714" w:type="dxa"/>
            <w:vAlign w:val="center"/>
          </w:tcPr>
          <w:p w14:paraId="21ACC76C"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9.67 (3.96 to 24.46)</w:t>
            </w:r>
          </w:p>
        </w:tc>
      </w:tr>
      <w:tr w:rsidR="000704BB" w:rsidRPr="00EB75F0" w14:paraId="250E13BC" w14:textId="77777777" w:rsidTr="008870CF">
        <w:trPr>
          <w:trHeight w:val="288"/>
        </w:trPr>
        <w:tc>
          <w:tcPr>
            <w:tcW w:w="1255" w:type="dxa"/>
            <w:vAlign w:val="center"/>
            <w:hideMark/>
          </w:tcPr>
          <w:p w14:paraId="37974759"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710" w:type="dxa"/>
            <w:vAlign w:val="center"/>
          </w:tcPr>
          <w:p w14:paraId="419900DE"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1.1 (0.28 to 4.02)</w:t>
            </w:r>
          </w:p>
        </w:tc>
        <w:tc>
          <w:tcPr>
            <w:tcW w:w="1710" w:type="dxa"/>
            <w:vAlign w:val="center"/>
          </w:tcPr>
          <w:p w14:paraId="25C30ED4"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1.08 (0.27 to 4.14)</w:t>
            </w:r>
          </w:p>
        </w:tc>
        <w:tc>
          <w:tcPr>
            <w:tcW w:w="1710" w:type="dxa"/>
            <w:vAlign w:val="center"/>
          </w:tcPr>
          <w:p w14:paraId="471CAE1C"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0.94 (0.24 to 3.79)</w:t>
            </w:r>
          </w:p>
        </w:tc>
        <w:tc>
          <w:tcPr>
            <w:tcW w:w="1620" w:type="dxa"/>
            <w:shd w:val="clear" w:color="auto" w:fill="CFEDFF"/>
            <w:vAlign w:val="center"/>
          </w:tcPr>
          <w:p w14:paraId="325052DF"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0.2 (0.05 to 0.87)</w:t>
            </w:r>
          </w:p>
        </w:tc>
        <w:tc>
          <w:tcPr>
            <w:tcW w:w="1710" w:type="dxa"/>
            <w:shd w:val="clear" w:color="auto" w:fill="C6C6C6"/>
            <w:noWrap/>
            <w:vAlign w:val="center"/>
          </w:tcPr>
          <w:p w14:paraId="4E8801AA"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52B4A9A1"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1.39 (0.36 to 5.1)</w:t>
            </w:r>
          </w:p>
        </w:tc>
        <w:tc>
          <w:tcPr>
            <w:tcW w:w="1706" w:type="dxa"/>
            <w:vAlign w:val="center"/>
          </w:tcPr>
          <w:p w14:paraId="77DC5B47"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2.61 (0.6 to 11.32)</w:t>
            </w:r>
          </w:p>
        </w:tc>
        <w:tc>
          <w:tcPr>
            <w:tcW w:w="1714" w:type="dxa"/>
            <w:vAlign w:val="center"/>
          </w:tcPr>
          <w:p w14:paraId="5BA6B22B"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1.93 (0.51 to 7.37)</w:t>
            </w:r>
          </w:p>
        </w:tc>
      </w:tr>
      <w:tr w:rsidR="000704BB" w:rsidRPr="00EB75F0" w14:paraId="4348D9B3" w14:textId="77777777" w:rsidTr="008870CF">
        <w:trPr>
          <w:trHeight w:val="288"/>
        </w:trPr>
        <w:tc>
          <w:tcPr>
            <w:tcW w:w="1255" w:type="dxa"/>
            <w:vAlign w:val="center"/>
            <w:hideMark/>
          </w:tcPr>
          <w:p w14:paraId="2817CD4B"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710" w:type="dxa"/>
            <w:vAlign w:val="center"/>
          </w:tcPr>
          <w:p w14:paraId="342B805A"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0.79 (0.42 to 1.5)</w:t>
            </w:r>
          </w:p>
        </w:tc>
        <w:tc>
          <w:tcPr>
            <w:tcW w:w="1710" w:type="dxa"/>
            <w:vAlign w:val="center"/>
          </w:tcPr>
          <w:p w14:paraId="03E7C8D4"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0.78 (0.39 to 1.58)</w:t>
            </w:r>
          </w:p>
        </w:tc>
        <w:tc>
          <w:tcPr>
            <w:tcW w:w="1710" w:type="dxa"/>
            <w:vAlign w:val="center"/>
          </w:tcPr>
          <w:p w14:paraId="6E100F1B"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0.68 (0.34 to 1.47)</w:t>
            </w:r>
          </w:p>
        </w:tc>
        <w:tc>
          <w:tcPr>
            <w:tcW w:w="1620" w:type="dxa"/>
            <w:shd w:val="clear" w:color="auto" w:fill="CFEDFF"/>
            <w:vAlign w:val="center"/>
          </w:tcPr>
          <w:p w14:paraId="79207172"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0.14 (0.06 to 0.36)</w:t>
            </w:r>
          </w:p>
        </w:tc>
        <w:tc>
          <w:tcPr>
            <w:tcW w:w="1710" w:type="dxa"/>
            <w:vAlign w:val="center"/>
          </w:tcPr>
          <w:p w14:paraId="6CAD1F51"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0.72 (0.2 to 2.75)</w:t>
            </w:r>
          </w:p>
        </w:tc>
        <w:tc>
          <w:tcPr>
            <w:tcW w:w="1620" w:type="dxa"/>
            <w:shd w:val="clear" w:color="auto" w:fill="C6C6C6"/>
            <w:noWrap/>
            <w:vAlign w:val="center"/>
          </w:tcPr>
          <w:p w14:paraId="48975ED6"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p>
        </w:tc>
        <w:tc>
          <w:tcPr>
            <w:tcW w:w="1706" w:type="dxa"/>
            <w:vAlign w:val="center"/>
          </w:tcPr>
          <w:p w14:paraId="721E0DAF" w14:textId="77777777" w:rsidR="000704BB" w:rsidRPr="00EB75F0" w:rsidRDefault="000704BB"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1.87 (0.81 to 4.72)</w:t>
            </w:r>
          </w:p>
        </w:tc>
        <w:tc>
          <w:tcPr>
            <w:tcW w:w="1714" w:type="dxa"/>
            <w:vAlign w:val="center"/>
          </w:tcPr>
          <w:p w14:paraId="05FFD988" w14:textId="77777777" w:rsidR="000704BB" w:rsidRPr="00EB75F0" w:rsidRDefault="000704BB"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1.39 (0.76 to 2.76)</w:t>
            </w:r>
          </w:p>
        </w:tc>
      </w:tr>
      <w:tr w:rsidR="000704BB" w:rsidRPr="00EB75F0" w14:paraId="07B5F569" w14:textId="77777777" w:rsidTr="008870CF">
        <w:trPr>
          <w:trHeight w:val="288"/>
        </w:trPr>
        <w:tc>
          <w:tcPr>
            <w:tcW w:w="1255" w:type="dxa"/>
            <w:vAlign w:val="center"/>
            <w:hideMark/>
          </w:tcPr>
          <w:p w14:paraId="5CD470B5" w14:textId="77777777" w:rsidR="000704BB" w:rsidRPr="00EB75F0" w:rsidRDefault="000704BB"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710" w:type="dxa"/>
            <w:vAlign w:val="center"/>
          </w:tcPr>
          <w:p w14:paraId="5CF4B0EF" w14:textId="77777777" w:rsidR="000704BB" w:rsidRPr="00EB75F0" w:rsidRDefault="000704BB" w:rsidP="009D6D2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0.42 (0.17 to 0.98)</w:t>
            </w:r>
          </w:p>
        </w:tc>
        <w:tc>
          <w:tcPr>
            <w:tcW w:w="1710" w:type="dxa"/>
            <w:vAlign w:val="center"/>
          </w:tcPr>
          <w:p w14:paraId="3234B138" w14:textId="77777777" w:rsidR="000704BB" w:rsidRPr="00EB75F0" w:rsidRDefault="000704BB"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0.42 (0.18 to 0.92)</w:t>
            </w:r>
          </w:p>
        </w:tc>
        <w:tc>
          <w:tcPr>
            <w:tcW w:w="1710" w:type="dxa"/>
            <w:vAlign w:val="center"/>
          </w:tcPr>
          <w:p w14:paraId="2A7F7681" w14:textId="77777777" w:rsidR="000704BB" w:rsidRPr="00EB75F0" w:rsidRDefault="000704BB" w:rsidP="009D6D2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0.36 (0.14 to 0.94)</w:t>
            </w:r>
          </w:p>
        </w:tc>
        <w:tc>
          <w:tcPr>
            <w:tcW w:w="1620" w:type="dxa"/>
            <w:shd w:val="clear" w:color="auto" w:fill="CFEDFF"/>
            <w:vAlign w:val="center"/>
          </w:tcPr>
          <w:p w14:paraId="76F1FF70" w14:textId="77777777" w:rsidR="000704BB" w:rsidRPr="00EB75F0" w:rsidRDefault="000704BB" w:rsidP="009D6D2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0.08 (0.03 to 0.22)</w:t>
            </w:r>
          </w:p>
        </w:tc>
        <w:tc>
          <w:tcPr>
            <w:tcW w:w="1710" w:type="dxa"/>
            <w:vAlign w:val="center"/>
          </w:tcPr>
          <w:p w14:paraId="3CE15DF4" w14:textId="77777777" w:rsidR="000704BB" w:rsidRPr="00EB75F0" w:rsidRDefault="000704BB"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0.38 (0.09 to 1.66)</w:t>
            </w:r>
          </w:p>
        </w:tc>
        <w:tc>
          <w:tcPr>
            <w:tcW w:w="1620" w:type="dxa"/>
            <w:vAlign w:val="center"/>
          </w:tcPr>
          <w:p w14:paraId="2CDE33A2" w14:textId="77777777" w:rsidR="000704BB" w:rsidRPr="00EB75F0" w:rsidRDefault="000704BB"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0.53 (0.21 to 1.23)</w:t>
            </w:r>
          </w:p>
        </w:tc>
        <w:tc>
          <w:tcPr>
            <w:tcW w:w="1706" w:type="dxa"/>
            <w:shd w:val="clear" w:color="auto" w:fill="C6C6C6"/>
            <w:noWrap/>
            <w:vAlign w:val="center"/>
          </w:tcPr>
          <w:p w14:paraId="636F8718" w14:textId="77777777" w:rsidR="000704BB" w:rsidRPr="00EB75F0" w:rsidRDefault="000704BB" w:rsidP="009D6D28">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714" w:type="dxa"/>
            <w:vAlign w:val="center"/>
          </w:tcPr>
          <w:p w14:paraId="489E9B3B" w14:textId="77777777" w:rsidR="000704BB" w:rsidRPr="00EB75F0" w:rsidRDefault="000704BB"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0.74 (0.3 to 1.79)</w:t>
            </w:r>
          </w:p>
        </w:tc>
      </w:tr>
      <w:tr w:rsidR="000704BB" w:rsidRPr="00EB75F0" w14:paraId="4B7BC7D3" w14:textId="77777777" w:rsidTr="008870CF">
        <w:trPr>
          <w:trHeight w:val="288"/>
        </w:trPr>
        <w:tc>
          <w:tcPr>
            <w:tcW w:w="1255" w:type="dxa"/>
            <w:vAlign w:val="center"/>
            <w:hideMark/>
          </w:tcPr>
          <w:p w14:paraId="6A9481DA" w14:textId="77777777" w:rsidR="000704BB" w:rsidRPr="00EB75F0" w:rsidRDefault="000704BB"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710" w:type="dxa"/>
            <w:vAlign w:val="center"/>
          </w:tcPr>
          <w:p w14:paraId="5E4677B0" w14:textId="77777777" w:rsidR="000704BB" w:rsidRPr="00EB75F0" w:rsidRDefault="000704BB"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0.57 (0.3 to 0.99)</w:t>
            </w:r>
          </w:p>
        </w:tc>
        <w:tc>
          <w:tcPr>
            <w:tcW w:w="1710" w:type="dxa"/>
            <w:vAlign w:val="center"/>
          </w:tcPr>
          <w:p w14:paraId="506A7F91" w14:textId="77777777" w:rsidR="000704BB" w:rsidRPr="00EB75F0" w:rsidRDefault="000704BB" w:rsidP="009D6D2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0.56 (0.26 to 1.13)</w:t>
            </w:r>
          </w:p>
        </w:tc>
        <w:tc>
          <w:tcPr>
            <w:tcW w:w="1710" w:type="dxa"/>
            <w:vAlign w:val="center"/>
          </w:tcPr>
          <w:p w14:paraId="20ACB558" w14:textId="77777777" w:rsidR="000704BB" w:rsidRPr="00EB75F0" w:rsidRDefault="000704BB" w:rsidP="009D6D2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0.49 (0.25 to 0.93)</w:t>
            </w:r>
          </w:p>
        </w:tc>
        <w:tc>
          <w:tcPr>
            <w:tcW w:w="1620" w:type="dxa"/>
            <w:shd w:val="clear" w:color="auto" w:fill="CFEDFF"/>
            <w:vAlign w:val="center"/>
          </w:tcPr>
          <w:p w14:paraId="1CB5B861" w14:textId="77777777" w:rsidR="000704BB" w:rsidRPr="00EB75F0" w:rsidRDefault="000704BB" w:rsidP="009D6D2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color w:val="000000"/>
                <w:sz w:val="16"/>
                <w:szCs w:val="16"/>
              </w:rPr>
              <w:t>0.1 (0.04 to 0.25)</w:t>
            </w:r>
          </w:p>
        </w:tc>
        <w:tc>
          <w:tcPr>
            <w:tcW w:w="1710" w:type="dxa"/>
            <w:vAlign w:val="center"/>
          </w:tcPr>
          <w:p w14:paraId="026F18B0" w14:textId="77777777" w:rsidR="000704BB" w:rsidRPr="00EB75F0" w:rsidRDefault="000704BB"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0.52 (0.14 to 1.94)</w:t>
            </w:r>
          </w:p>
        </w:tc>
        <w:tc>
          <w:tcPr>
            <w:tcW w:w="1620" w:type="dxa"/>
            <w:vAlign w:val="center"/>
          </w:tcPr>
          <w:p w14:paraId="7B12DB4B" w14:textId="77777777" w:rsidR="000704BB" w:rsidRPr="00EB75F0" w:rsidRDefault="000704BB" w:rsidP="009D6D2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0.72 (0.36 to 1.31)</w:t>
            </w:r>
          </w:p>
        </w:tc>
        <w:tc>
          <w:tcPr>
            <w:tcW w:w="1706" w:type="dxa"/>
            <w:vAlign w:val="center"/>
          </w:tcPr>
          <w:p w14:paraId="1D73D7C4" w14:textId="77777777" w:rsidR="000704BB" w:rsidRPr="00EB75F0" w:rsidRDefault="000704BB"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1.35 (0.56 to 3.35)</w:t>
            </w:r>
          </w:p>
        </w:tc>
        <w:tc>
          <w:tcPr>
            <w:tcW w:w="1714" w:type="dxa"/>
            <w:shd w:val="clear" w:color="auto" w:fill="C6C6C6"/>
            <w:noWrap/>
            <w:vAlign w:val="center"/>
          </w:tcPr>
          <w:p w14:paraId="00294D01" w14:textId="77777777" w:rsidR="000704BB" w:rsidRPr="00EB75F0" w:rsidRDefault="000704BB" w:rsidP="009D6D28">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0704BB" w:rsidRPr="00EB75F0" w14:paraId="6AD9CA41" w14:textId="77777777" w:rsidTr="008870CF">
        <w:trPr>
          <w:trHeight w:val="103"/>
        </w:trPr>
        <w:tc>
          <w:tcPr>
            <w:tcW w:w="14755" w:type="dxa"/>
            <w:gridSpan w:val="9"/>
          </w:tcPr>
          <w:p w14:paraId="72306A5E" w14:textId="03D97C25" w:rsidR="009D6D28" w:rsidRPr="00EB75F0" w:rsidRDefault="009D6D28" w:rsidP="009D6D28">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OR, odds ratio;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eastAsia="Times New Roman" w:hAnsiTheme="majorHAnsi" w:cstheme="majorHAnsi"/>
                <w:color w:val="000000"/>
                <w:sz w:val="16"/>
                <w:szCs w:val="16"/>
                <w:lang w:eastAsia="zh-TW"/>
              </w:rPr>
              <w:t xml:space="preserve">, </w:t>
            </w:r>
            <w:proofErr w:type="spellStart"/>
            <w:r w:rsidRPr="00EB75F0">
              <w:rPr>
                <w:rFonts w:asciiTheme="majorHAnsi" w:hAnsiTheme="majorHAnsi" w:cstheme="majorHAnsi"/>
                <w:sz w:val="16"/>
                <w:szCs w:val="16"/>
              </w:rPr>
              <w:t>xanomeline</w:t>
            </w:r>
            <w:proofErr w:type="spellEnd"/>
            <w:r w:rsidRPr="00EB75F0">
              <w:rPr>
                <w:rFonts w:asciiTheme="majorHAnsi" w:hAnsiTheme="majorHAnsi" w:cstheme="majorHAnsi"/>
                <w:sz w:val="16"/>
                <w:szCs w:val="16"/>
              </w:rPr>
              <w:t>/</w:t>
            </w:r>
            <w:proofErr w:type="spellStart"/>
            <w:r w:rsidRPr="00EB75F0">
              <w:rPr>
                <w:rFonts w:asciiTheme="majorHAnsi" w:hAnsiTheme="majorHAnsi" w:cstheme="majorHAnsi"/>
                <w:sz w:val="16"/>
                <w:szCs w:val="16"/>
              </w:rPr>
              <w:t>trospium</w:t>
            </w:r>
            <w:proofErr w:type="spellEnd"/>
            <w:r w:rsidRPr="00EB75F0">
              <w:rPr>
                <w:rFonts w:asciiTheme="majorHAnsi" w:hAnsiTheme="majorHAnsi" w:cstheme="majorHAnsi"/>
                <w:sz w:val="16"/>
                <w:szCs w:val="16"/>
              </w:rPr>
              <w:t xml:space="preserve"> chloride</w:t>
            </w:r>
          </w:p>
          <w:p w14:paraId="029009EF" w14:textId="497C3E7B" w:rsidR="000704BB" w:rsidRPr="00EB75F0" w:rsidRDefault="009D6D28" w:rsidP="009D6D28">
            <w:pPr>
              <w:keepNext/>
              <w:spacing w:before="0" w:after="0" w:line="240" w:lineRule="auto"/>
              <w:contextualSpacing/>
              <w:rPr>
                <w:rFonts w:ascii="Aptos Narrow" w:hAnsi="Aptos Narrow"/>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114FE6BE" w14:textId="77777777" w:rsidR="006277EB" w:rsidRPr="00EB75F0" w:rsidRDefault="006277EB">
      <w:pPr>
        <w:spacing w:before="0" w:after="200" w:line="276" w:lineRule="auto"/>
      </w:pPr>
    </w:p>
    <w:p w14:paraId="07DCC620" w14:textId="0D877D26" w:rsidR="006277EB" w:rsidRPr="00EB75F0" w:rsidRDefault="00A06AE8" w:rsidP="00434B93">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41</w:t>
        </w:r>
      </w:fldSimple>
      <w:r w:rsidR="006277EB" w:rsidRPr="00EB75F0">
        <w:t xml:space="preserve">: </w:t>
      </w:r>
      <w:r w:rsidR="005955C3" w:rsidRPr="00EB75F0">
        <w:t xml:space="preserve">≥7% increase in weight </w:t>
      </w:r>
      <w:r w:rsidR="006277EB" w:rsidRPr="00EB75F0">
        <w:t xml:space="preserve">– League tables – random-effects model, sensitivity analysis </w:t>
      </w:r>
      <w:r w:rsidR="002405DF" w:rsidRPr="00EB75F0">
        <w:t>excluding studies with unclear weight gain threshold</w:t>
      </w:r>
      <w:r w:rsidR="006277EB" w:rsidRPr="00EB75F0">
        <w:t xml:space="preserve"> – OR (95% </w:t>
      </w:r>
      <w:proofErr w:type="spellStart"/>
      <w:r w:rsidR="006277EB" w:rsidRPr="00EB75F0">
        <w:t>CrI</w:t>
      </w:r>
      <w:proofErr w:type="spellEnd"/>
      <w:r w:rsidR="006277EB" w:rsidRPr="00EB75F0">
        <w:t>)</w:t>
      </w:r>
    </w:p>
    <w:tbl>
      <w:tblPr>
        <w:tblStyle w:val="Lumanitytable"/>
        <w:tblW w:w="14643" w:type="dxa"/>
        <w:tblLayout w:type="fixed"/>
        <w:tblLook w:val="04A0" w:firstRow="1" w:lastRow="0" w:firstColumn="1" w:lastColumn="0" w:noHBand="0" w:noVBand="1"/>
      </w:tblPr>
      <w:tblGrid>
        <w:gridCol w:w="1255"/>
        <w:gridCol w:w="1710"/>
        <w:gridCol w:w="1710"/>
        <w:gridCol w:w="1710"/>
        <w:gridCol w:w="1620"/>
        <w:gridCol w:w="1530"/>
        <w:gridCol w:w="1710"/>
        <w:gridCol w:w="1802"/>
        <w:gridCol w:w="1596"/>
      </w:tblGrid>
      <w:tr w:rsidR="006277EB" w:rsidRPr="00EB75F0" w14:paraId="36691F1D" w14:textId="77777777" w:rsidTr="006277EB">
        <w:trPr>
          <w:cnfStyle w:val="100000000000" w:firstRow="1" w:lastRow="0" w:firstColumn="0" w:lastColumn="0" w:oddVBand="0" w:evenVBand="0" w:oddHBand="0" w:evenHBand="0" w:firstRowFirstColumn="0" w:firstRowLastColumn="0" w:lastRowFirstColumn="0" w:lastRowLastColumn="0"/>
          <w:trHeight w:val="288"/>
          <w:tblHeader/>
        </w:trPr>
        <w:tc>
          <w:tcPr>
            <w:tcW w:w="1255" w:type="dxa"/>
            <w:vAlign w:val="center"/>
            <w:hideMark/>
          </w:tcPr>
          <w:p w14:paraId="5F6C9B0D" w14:textId="77777777" w:rsidR="009D6D28" w:rsidRPr="00EB75F0" w:rsidRDefault="009D6D28" w:rsidP="009D6D2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710" w:type="dxa"/>
            <w:vAlign w:val="center"/>
            <w:hideMark/>
          </w:tcPr>
          <w:p w14:paraId="64851E1B" w14:textId="77777777" w:rsidR="009D6D28" w:rsidRPr="00EB75F0" w:rsidRDefault="009D6D28" w:rsidP="009D6D2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710" w:type="dxa"/>
            <w:vAlign w:val="center"/>
            <w:hideMark/>
          </w:tcPr>
          <w:p w14:paraId="61E0F096" w14:textId="77777777" w:rsidR="009D6D28" w:rsidRPr="00EB75F0" w:rsidRDefault="009D6D28" w:rsidP="009D6D28">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710" w:type="dxa"/>
            <w:vAlign w:val="center"/>
            <w:hideMark/>
          </w:tcPr>
          <w:p w14:paraId="0D7A9139" w14:textId="77777777" w:rsidR="009D6D28" w:rsidRPr="00EB75F0" w:rsidRDefault="009D6D28" w:rsidP="009D6D28">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620" w:type="dxa"/>
            <w:vAlign w:val="center"/>
            <w:hideMark/>
          </w:tcPr>
          <w:p w14:paraId="3221EC4F" w14:textId="3E75C083" w:rsidR="009D6D28" w:rsidRPr="00EB75F0" w:rsidRDefault="009A3ECD" w:rsidP="009D6D28">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530" w:type="dxa"/>
            <w:vAlign w:val="center"/>
            <w:hideMark/>
          </w:tcPr>
          <w:p w14:paraId="5A7359CE" w14:textId="77777777" w:rsidR="009D6D28" w:rsidRPr="00EB75F0" w:rsidRDefault="009D6D28" w:rsidP="009D6D28">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710" w:type="dxa"/>
            <w:vAlign w:val="center"/>
            <w:hideMark/>
          </w:tcPr>
          <w:p w14:paraId="16491C24" w14:textId="77777777" w:rsidR="009D6D28" w:rsidRPr="00EB75F0" w:rsidRDefault="009D6D28" w:rsidP="009D6D2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802" w:type="dxa"/>
            <w:vAlign w:val="center"/>
            <w:hideMark/>
          </w:tcPr>
          <w:p w14:paraId="0DC93E90" w14:textId="77777777" w:rsidR="009D6D28" w:rsidRPr="00EB75F0" w:rsidRDefault="009D6D28" w:rsidP="009D6D2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596" w:type="dxa"/>
            <w:vAlign w:val="center"/>
            <w:hideMark/>
          </w:tcPr>
          <w:p w14:paraId="7C71D79A" w14:textId="77777777" w:rsidR="009D6D28" w:rsidRPr="00EB75F0" w:rsidRDefault="009D6D28" w:rsidP="009D6D28">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9D6D28" w:rsidRPr="00EB75F0" w14:paraId="081CD8BE" w14:textId="77777777" w:rsidTr="006277EB">
        <w:trPr>
          <w:trHeight w:val="288"/>
        </w:trPr>
        <w:tc>
          <w:tcPr>
            <w:tcW w:w="1255" w:type="dxa"/>
            <w:vAlign w:val="center"/>
            <w:hideMark/>
          </w:tcPr>
          <w:p w14:paraId="79DB7239"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710" w:type="dxa"/>
            <w:vAlign w:val="center"/>
          </w:tcPr>
          <w:p w14:paraId="72B9FAFA"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2.51 (1.5 to 4.11)</w:t>
            </w:r>
          </w:p>
        </w:tc>
        <w:tc>
          <w:tcPr>
            <w:tcW w:w="1710" w:type="dxa"/>
            <w:vAlign w:val="center"/>
          </w:tcPr>
          <w:p w14:paraId="63DE35D7"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2.99 (1.57 to 5.94)</w:t>
            </w:r>
          </w:p>
        </w:tc>
        <w:tc>
          <w:tcPr>
            <w:tcW w:w="1710" w:type="dxa"/>
            <w:vAlign w:val="center"/>
          </w:tcPr>
          <w:p w14:paraId="5EC45E08"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2.26 (1.17 to 4.54)</w:t>
            </w:r>
          </w:p>
        </w:tc>
        <w:tc>
          <w:tcPr>
            <w:tcW w:w="1620" w:type="dxa"/>
            <w:shd w:val="clear" w:color="auto" w:fill="CFEDFF"/>
            <w:vAlign w:val="center"/>
          </w:tcPr>
          <w:p w14:paraId="2E584C72"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0.49 (0.21 to 1.16)</w:t>
            </w:r>
          </w:p>
        </w:tc>
        <w:tc>
          <w:tcPr>
            <w:tcW w:w="1530" w:type="dxa"/>
            <w:vAlign w:val="center"/>
          </w:tcPr>
          <w:p w14:paraId="0C798EB4"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2.36 (0.63 to 9.66)</w:t>
            </w:r>
          </w:p>
        </w:tc>
        <w:tc>
          <w:tcPr>
            <w:tcW w:w="1710" w:type="dxa"/>
            <w:vAlign w:val="center"/>
          </w:tcPr>
          <w:p w14:paraId="2E644856"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3.07 (1.85 to 4.96)</w:t>
            </w:r>
          </w:p>
        </w:tc>
        <w:tc>
          <w:tcPr>
            <w:tcW w:w="1802" w:type="dxa"/>
            <w:vAlign w:val="center"/>
          </w:tcPr>
          <w:p w14:paraId="5837E6E1"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7.6 (2.35 to 33.68)</w:t>
            </w:r>
          </w:p>
        </w:tc>
        <w:tc>
          <w:tcPr>
            <w:tcW w:w="1596" w:type="dxa"/>
            <w:vAlign w:val="center"/>
          </w:tcPr>
          <w:p w14:paraId="73A12532"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4.51 (2.58 to 8.5)</w:t>
            </w:r>
          </w:p>
        </w:tc>
      </w:tr>
      <w:tr w:rsidR="009D6D28" w:rsidRPr="00EB75F0" w14:paraId="576C6E09" w14:textId="77777777" w:rsidTr="006277EB">
        <w:trPr>
          <w:trHeight w:val="288"/>
        </w:trPr>
        <w:tc>
          <w:tcPr>
            <w:tcW w:w="1255" w:type="dxa"/>
            <w:vAlign w:val="center"/>
            <w:hideMark/>
          </w:tcPr>
          <w:p w14:paraId="55B3A1F3"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710" w:type="dxa"/>
            <w:shd w:val="clear" w:color="auto" w:fill="C6C6C6"/>
            <w:noWrap/>
            <w:vAlign w:val="center"/>
          </w:tcPr>
          <w:p w14:paraId="6758D891"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p>
        </w:tc>
        <w:tc>
          <w:tcPr>
            <w:tcW w:w="1710" w:type="dxa"/>
            <w:vAlign w:val="center"/>
          </w:tcPr>
          <w:p w14:paraId="56792517"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1.19 (0.56 to 2.73)</w:t>
            </w:r>
          </w:p>
        </w:tc>
        <w:tc>
          <w:tcPr>
            <w:tcW w:w="1710" w:type="dxa"/>
            <w:vAlign w:val="center"/>
          </w:tcPr>
          <w:p w14:paraId="0090CB36"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 (0.44 to 1.95)</w:t>
            </w:r>
          </w:p>
        </w:tc>
        <w:tc>
          <w:tcPr>
            <w:tcW w:w="1620" w:type="dxa"/>
            <w:shd w:val="clear" w:color="auto" w:fill="CFEDFF"/>
            <w:vAlign w:val="center"/>
          </w:tcPr>
          <w:p w14:paraId="4DD080A7"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0.19 (0.07 to 0.54)</w:t>
            </w:r>
          </w:p>
        </w:tc>
        <w:tc>
          <w:tcPr>
            <w:tcW w:w="1530" w:type="dxa"/>
            <w:vAlign w:val="center"/>
          </w:tcPr>
          <w:p w14:paraId="52E45CB0"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(0.23 to 4.19)</w:t>
            </w:r>
          </w:p>
        </w:tc>
        <w:tc>
          <w:tcPr>
            <w:tcW w:w="1710" w:type="dxa"/>
            <w:vAlign w:val="center"/>
          </w:tcPr>
          <w:p w14:paraId="1DC49EF6"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1.23 (0.61 to 2.47)</w:t>
            </w:r>
          </w:p>
        </w:tc>
        <w:tc>
          <w:tcPr>
            <w:tcW w:w="1802" w:type="dxa"/>
            <w:vAlign w:val="center"/>
          </w:tcPr>
          <w:p w14:paraId="1B1300BC"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3.07 (0.85 to 14.64)</w:t>
            </w:r>
          </w:p>
        </w:tc>
        <w:tc>
          <w:tcPr>
            <w:tcW w:w="1596" w:type="dxa"/>
            <w:vAlign w:val="center"/>
          </w:tcPr>
          <w:p w14:paraId="430FFD12"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1.8 (0.96 to 3.66)</w:t>
            </w:r>
          </w:p>
        </w:tc>
      </w:tr>
      <w:tr w:rsidR="009D6D28" w:rsidRPr="00EB75F0" w14:paraId="7F43421F" w14:textId="77777777" w:rsidTr="006277EB">
        <w:trPr>
          <w:trHeight w:val="288"/>
        </w:trPr>
        <w:tc>
          <w:tcPr>
            <w:tcW w:w="1255" w:type="dxa"/>
            <w:vAlign w:val="center"/>
            <w:hideMark/>
          </w:tcPr>
          <w:p w14:paraId="75C62895"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710" w:type="dxa"/>
            <w:vAlign w:val="center"/>
          </w:tcPr>
          <w:p w14:paraId="4E0FC9C0"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0.84 (0.37 to 1.8)</w:t>
            </w:r>
          </w:p>
        </w:tc>
        <w:tc>
          <w:tcPr>
            <w:tcW w:w="1710" w:type="dxa"/>
            <w:shd w:val="clear" w:color="auto" w:fill="C6C6C6"/>
            <w:noWrap/>
            <w:vAlign w:val="center"/>
          </w:tcPr>
          <w:p w14:paraId="4EBB9AB3"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p>
        </w:tc>
        <w:tc>
          <w:tcPr>
            <w:tcW w:w="1710" w:type="dxa"/>
            <w:vAlign w:val="center"/>
          </w:tcPr>
          <w:p w14:paraId="0E2A979A"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0.75 (0.29 to 1.94)</w:t>
            </w:r>
          </w:p>
        </w:tc>
        <w:tc>
          <w:tcPr>
            <w:tcW w:w="1620" w:type="dxa"/>
            <w:shd w:val="clear" w:color="auto" w:fill="CFEDFF"/>
            <w:vAlign w:val="center"/>
          </w:tcPr>
          <w:p w14:paraId="1306A8DE"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0.16 (0.05 to 0.48)</w:t>
            </w:r>
          </w:p>
        </w:tc>
        <w:tc>
          <w:tcPr>
            <w:tcW w:w="1530" w:type="dxa"/>
            <w:vAlign w:val="center"/>
          </w:tcPr>
          <w:p w14:paraId="01890FCA"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0.79 (0.18 to 3.63)</w:t>
            </w:r>
          </w:p>
        </w:tc>
        <w:tc>
          <w:tcPr>
            <w:tcW w:w="1710" w:type="dxa"/>
            <w:vAlign w:val="center"/>
          </w:tcPr>
          <w:p w14:paraId="022F6246"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1.03 (0.44 to 2.28)</w:t>
            </w:r>
          </w:p>
        </w:tc>
        <w:tc>
          <w:tcPr>
            <w:tcW w:w="1802" w:type="dxa"/>
            <w:vAlign w:val="center"/>
          </w:tcPr>
          <w:p w14:paraId="6ED9B925"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2.56 (0.65 to 12.54)</w:t>
            </w:r>
          </w:p>
        </w:tc>
        <w:tc>
          <w:tcPr>
            <w:tcW w:w="1596" w:type="dxa"/>
            <w:vAlign w:val="center"/>
          </w:tcPr>
          <w:p w14:paraId="31A0C21B"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1.51 (0.63 to 3.69)</w:t>
            </w:r>
          </w:p>
        </w:tc>
      </w:tr>
      <w:tr w:rsidR="009D6D28" w:rsidRPr="00EB75F0" w14:paraId="6AFF5E68" w14:textId="77777777" w:rsidTr="006277EB">
        <w:trPr>
          <w:trHeight w:val="288"/>
        </w:trPr>
        <w:tc>
          <w:tcPr>
            <w:tcW w:w="1255" w:type="dxa"/>
            <w:vAlign w:val="center"/>
            <w:hideMark/>
          </w:tcPr>
          <w:p w14:paraId="524CA7EE"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710" w:type="dxa"/>
            <w:vAlign w:val="center"/>
          </w:tcPr>
          <w:p w14:paraId="61D33B49"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1.11 (0.51 to 2.29)</w:t>
            </w:r>
          </w:p>
        </w:tc>
        <w:tc>
          <w:tcPr>
            <w:tcW w:w="1710" w:type="dxa"/>
            <w:vAlign w:val="center"/>
          </w:tcPr>
          <w:p w14:paraId="7F9659F3"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1.33 (0.52 to 3.41)</w:t>
            </w:r>
          </w:p>
        </w:tc>
        <w:tc>
          <w:tcPr>
            <w:tcW w:w="1710" w:type="dxa"/>
            <w:shd w:val="clear" w:color="auto" w:fill="C6C6C6"/>
            <w:noWrap/>
            <w:vAlign w:val="center"/>
          </w:tcPr>
          <w:p w14:paraId="4605B7D6"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shd w:val="clear" w:color="auto" w:fill="CFEDFF"/>
            <w:vAlign w:val="center"/>
          </w:tcPr>
          <w:p w14:paraId="646A709F"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0.22 (0.07 to 0.65)</w:t>
            </w:r>
          </w:p>
        </w:tc>
        <w:tc>
          <w:tcPr>
            <w:tcW w:w="1530" w:type="dxa"/>
            <w:vAlign w:val="center"/>
          </w:tcPr>
          <w:p w14:paraId="626F6278"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1.05 (0.23 to 4.92)</w:t>
            </w:r>
          </w:p>
        </w:tc>
        <w:tc>
          <w:tcPr>
            <w:tcW w:w="1710" w:type="dxa"/>
            <w:vAlign w:val="center"/>
          </w:tcPr>
          <w:p w14:paraId="66218635"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1.37 (0.57 to 3.07)</w:t>
            </w:r>
          </w:p>
        </w:tc>
        <w:tc>
          <w:tcPr>
            <w:tcW w:w="1802" w:type="dxa"/>
            <w:vAlign w:val="center"/>
          </w:tcPr>
          <w:p w14:paraId="2F269FAF"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3.4 (0.85 to 17.03)</w:t>
            </w:r>
          </w:p>
        </w:tc>
        <w:tc>
          <w:tcPr>
            <w:tcW w:w="1596" w:type="dxa"/>
            <w:vAlign w:val="center"/>
          </w:tcPr>
          <w:p w14:paraId="77C8BCC9"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 (0.96 to 4.33)</w:t>
            </w:r>
          </w:p>
        </w:tc>
      </w:tr>
      <w:tr w:rsidR="009D6D28" w:rsidRPr="00EB75F0" w14:paraId="0762222B" w14:textId="77777777" w:rsidTr="006277EB">
        <w:trPr>
          <w:trHeight w:val="288"/>
        </w:trPr>
        <w:tc>
          <w:tcPr>
            <w:tcW w:w="1255" w:type="dxa"/>
            <w:vAlign w:val="center"/>
            <w:hideMark/>
          </w:tcPr>
          <w:p w14:paraId="61D5B17E" w14:textId="46673489" w:rsidR="009D6D28" w:rsidRPr="00EB75F0" w:rsidRDefault="009A3ECD" w:rsidP="009D6D2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710" w:type="dxa"/>
            <w:vAlign w:val="center"/>
          </w:tcPr>
          <w:p w14:paraId="5E071666"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5.16 (1.84 to 13.52)</w:t>
            </w:r>
          </w:p>
        </w:tc>
        <w:tc>
          <w:tcPr>
            <w:tcW w:w="1710" w:type="dxa"/>
            <w:vAlign w:val="center"/>
          </w:tcPr>
          <w:p w14:paraId="50F328E9"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6.15 (2.09 to 18.34)</w:t>
            </w:r>
          </w:p>
        </w:tc>
        <w:tc>
          <w:tcPr>
            <w:tcW w:w="1710" w:type="dxa"/>
            <w:vAlign w:val="center"/>
          </w:tcPr>
          <w:p w14:paraId="1B755507"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4.63 (1.55 to 13.75)</w:t>
            </w:r>
          </w:p>
        </w:tc>
        <w:tc>
          <w:tcPr>
            <w:tcW w:w="1620" w:type="dxa"/>
            <w:shd w:val="clear" w:color="auto" w:fill="C6C6C6"/>
            <w:noWrap/>
            <w:vAlign w:val="center"/>
          </w:tcPr>
          <w:p w14:paraId="7F4BB3F9"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p>
        </w:tc>
        <w:tc>
          <w:tcPr>
            <w:tcW w:w="1530" w:type="dxa"/>
            <w:vAlign w:val="center"/>
          </w:tcPr>
          <w:p w14:paraId="16444DC6"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4.88 (1 to 24.91)</w:t>
            </w:r>
          </w:p>
        </w:tc>
        <w:tc>
          <w:tcPr>
            <w:tcW w:w="1710" w:type="dxa"/>
            <w:vAlign w:val="center"/>
          </w:tcPr>
          <w:p w14:paraId="55685136"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6.32 (2.26 to 16.5)</w:t>
            </w:r>
          </w:p>
        </w:tc>
        <w:tc>
          <w:tcPr>
            <w:tcW w:w="1802" w:type="dxa"/>
            <w:vAlign w:val="center"/>
          </w:tcPr>
          <w:p w14:paraId="1E006BDF"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15.69 (3.67 to 85.48)</w:t>
            </w:r>
          </w:p>
        </w:tc>
        <w:tc>
          <w:tcPr>
            <w:tcW w:w="1596" w:type="dxa"/>
            <w:vAlign w:val="center"/>
          </w:tcPr>
          <w:p w14:paraId="11370908"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9.27 (3.3 to 26.96)</w:t>
            </w:r>
          </w:p>
        </w:tc>
      </w:tr>
      <w:tr w:rsidR="009D6D28" w:rsidRPr="00EB75F0" w14:paraId="0D995848" w14:textId="77777777" w:rsidTr="006277EB">
        <w:trPr>
          <w:trHeight w:val="288"/>
        </w:trPr>
        <w:tc>
          <w:tcPr>
            <w:tcW w:w="1255" w:type="dxa"/>
            <w:vAlign w:val="center"/>
            <w:hideMark/>
          </w:tcPr>
          <w:p w14:paraId="5AC5902E"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710" w:type="dxa"/>
            <w:vAlign w:val="center"/>
          </w:tcPr>
          <w:p w14:paraId="68391644"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1.06 (0.24 to 4.32)</w:t>
            </w:r>
          </w:p>
        </w:tc>
        <w:tc>
          <w:tcPr>
            <w:tcW w:w="1710" w:type="dxa"/>
            <w:vAlign w:val="center"/>
          </w:tcPr>
          <w:p w14:paraId="71181B92"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1.26 (0.28 to 5.68)</w:t>
            </w:r>
          </w:p>
        </w:tc>
        <w:tc>
          <w:tcPr>
            <w:tcW w:w="1710" w:type="dxa"/>
            <w:vAlign w:val="center"/>
          </w:tcPr>
          <w:p w14:paraId="44E6AD52"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0.95 (0.2 to 4.29)</w:t>
            </w:r>
          </w:p>
        </w:tc>
        <w:tc>
          <w:tcPr>
            <w:tcW w:w="1620" w:type="dxa"/>
            <w:shd w:val="clear" w:color="auto" w:fill="CFEDFF"/>
            <w:vAlign w:val="center"/>
          </w:tcPr>
          <w:p w14:paraId="6093F13D"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 (0.04 to 1)</w:t>
            </w:r>
          </w:p>
        </w:tc>
        <w:tc>
          <w:tcPr>
            <w:tcW w:w="1530" w:type="dxa"/>
            <w:shd w:val="clear" w:color="auto" w:fill="C6C6C6"/>
            <w:noWrap/>
            <w:vAlign w:val="center"/>
          </w:tcPr>
          <w:p w14:paraId="269A91D2"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p>
        </w:tc>
        <w:tc>
          <w:tcPr>
            <w:tcW w:w="1710" w:type="dxa"/>
            <w:vAlign w:val="center"/>
          </w:tcPr>
          <w:p w14:paraId="12D8E4E8"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1.31 (0.29 to 5.25)</w:t>
            </w:r>
          </w:p>
        </w:tc>
        <w:tc>
          <w:tcPr>
            <w:tcW w:w="1802" w:type="dxa"/>
            <w:vAlign w:val="center"/>
          </w:tcPr>
          <w:p w14:paraId="25D253ED"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3.29 (0.53 to 23.66)</w:t>
            </w:r>
          </w:p>
        </w:tc>
        <w:tc>
          <w:tcPr>
            <w:tcW w:w="1596" w:type="dxa"/>
            <w:vAlign w:val="center"/>
          </w:tcPr>
          <w:p w14:paraId="10EA750E"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1.91 (0.44 to 8.43)</w:t>
            </w:r>
          </w:p>
        </w:tc>
      </w:tr>
      <w:tr w:rsidR="009D6D28" w:rsidRPr="00EB75F0" w14:paraId="536742EE" w14:textId="77777777" w:rsidTr="006277EB">
        <w:trPr>
          <w:trHeight w:val="288"/>
        </w:trPr>
        <w:tc>
          <w:tcPr>
            <w:tcW w:w="1255" w:type="dxa"/>
            <w:vAlign w:val="center"/>
            <w:hideMark/>
          </w:tcPr>
          <w:p w14:paraId="4EDC6C7D"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710" w:type="dxa"/>
            <w:vAlign w:val="center"/>
          </w:tcPr>
          <w:p w14:paraId="793AE94C"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0.81 (0.41 to 1.64)</w:t>
            </w:r>
          </w:p>
        </w:tc>
        <w:tc>
          <w:tcPr>
            <w:tcW w:w="1710" w:type="dxa"/>
            <w:vAlign w:val="center"/>
          </w:tcPr>
          <w:p w14:paraId="64150C68"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0.97 (0.44 to 2.3)</w:t>
            </w:r>
          </w:p>
        </w:tc>
        <w:tc>
          <w:tcPr>
            <w:tcW w:w="1710" w:type="dxa"/>
            <w:vAlign w:val="center"/>
          </w:tcPr>
          <w:p w14:paraId="1689DF1B"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0.73 (0.33 to 1.76)</w:t>
            </w:r>
          </w:p>
        </w:tc>
        <w:tc>
          <w:tcPr>
            <w:tcW w:w="1620" w:type="dxa"/>
            <w:shd w:val="clear" w:color="auto" w:fill="CFEDFF"/>
            <w:vAlign w:val="center"/>
          </w:tcPr>
          <w:p w14:paraId="4240C2CF"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0.16 (0.06 to 0.44)</w:t>
            </w:r>
          </w:p>
        </w:tc>
        <w:tc>
          <w:tcPr>
            <w:tcW w:w="1530" w:type="dxa"/>
            <w:vAlign w:val="center"/>
          </w:tcPr>
          <w:p w14:paraId="497E5B49"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0.76 (0.19 to 3.46)</w:t>
            </w:r>
          </w:p>
        </w:tc>
        <w:tc>
          <w:tcPr>
            <w:tcW w:w="1710" w:type="dxa"/>
            <w:shd w:val="clear" w:color="auto" w:fill="C6C6C6"/>
            <w:noWrap/>
            <w:vAlign w:val="center"/>
          </w:tcPr>
          <w:p w14:paraId="0F80E26E"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p>
        </w:tc>
        <w:tc>
          <w:tcPr>
            <w:tcW w:w="1802" w:type="dxa"/>
            <w:vAlign w:val="center"/>
          </w:tcPr>
          <w:p w14:paraId="5E7B4072" w14:textId="77777777" w:rsidR="009D6D28" w:rsidRPr="00EB75F0" w:rsidRDefault="009D6D28" w:rsidP="009D6D2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2.5 (0.7 to 11.74)</w:t>
            </w:r>
          </w:p>
        </w:tc>
        <w:tc>
          <w:tcPr>
            <w:tcW w:w="1596" w:type="dxa"/>
            <w:vAlign w:val="center"/>
          </w:tcPr>
          <w:p w14:paraId="39642EE1" w14:textId="77777777" w:rsidR="009D6D28" w:rsidRPr="00EB75F0" w:rsidRDefault="009D6D28" w:rsidP="009D6D2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1.47 (0.7 to 3.36)</w:t>
            </w:r>
          </w:p>
        </w:tc>
      </w:tr>
      <w:tr w:rsidR="009D6D28" w:rsidRPr="00EB75F0" w14:paraId="68619428" w14:textId="77777777" w:rsidTr="006277EB">
        <w:trPr>
          <w:trHeight w:val="288"/>
        </w:trPr>
        <w:tc>
          <w:tcPr>
            <w:tcW w:w="1255" w:type="dxa"/>
            <w:vAlign w:val="center"/>
            <w:hideMark/>
          </w:tcPr>
          <w:p w14:paraId="3B7F9275" w14:textId="77777777" w:rsidR="009D6D28" w:rsidRPr="00EB75F0" w:rsidRDefault="009D6D28"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lastRenderedPageBreak/>
              <w:t>Quetiapine</w:t>
            </w:r>
          </w:p>
        </w:tc>
        <w:tc>
          <w:tcPr>
            <w:tcW w:w="1710" w:type="dxa"/>
            <w:vAlign w:val="center"/>
          </w:tcPr>
          <w:p w14:paraId="28225EDC" w14:textId="77777777" w:rsidR="009D6D28" w:rsidRPr="00EB75F0" w:rsidRDefault="009D6D28" w:rsidP="009D6D2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0.33 (0.07 to 1.18)</w:t>
            </w:r>
          </w:p>
        </w:tc>
        <w:tc>
          <w:tcPr>
            <w:tcW w:w="1710" w:type="dxa"/>
            <w:vAlign w:val="center"/>
          </w:tcPr>
          <w:p w14:paraId="499DD4EB" w14:textId="77777777" w:rsidR="009D6D28" w:rsidRPr="00EB75F0" w:rsidRDefault="009D6D28"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0.39 (0.08 to 1.54)</w:t>
            </w:r>
          </w:p>
        </w:tc>
        <w:tc>
          <w:tcPr>
            <w:tcW w:w="1710" w:type="dxa"/>
            <w:vAlign w:val="center"/>
          </w:tcPr>
          <w:p w14:paraId="46FE21A6" w14:textId="77777777" w:rsidR="009D6D28" w:rsidRPr="00EB75F0" w:rsidRDefault="009D6D28" w:rsidP="009D6D2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0.29 (0.06 to 1.18)</w:t>
            </w:r>
          </w:p>
        </w:tc>
        <w:tc>
          <w:tcPr>
            <w:tcW w:w="1620" w:type="dxa"/>
            <w:shd w:val="clear" w:color="auto" w:fill="CFEDFF"/>
            <w:vAlign w:val="center"/>
          </w:tcPr>
          <w:p w14:paraId="1E5DB4D3" w14:textId="77777777" w:rsidR="009D6D28" w:rsidRPr="00EB75F0" w:rsidRDefault="009D6D28" w:rsidP="009D6D2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0.06 (0.01 to 0.27)</w:t>
            </w:r>
          </w:p>
        </w:tc>
        <w:tc>
          <w:tcPr>
            <w:tcW w:w="1530" w:type="dxa"/>
            <w:vAlign w:val="center"/>
          </w:tcPr>
          <w:p w14:paraId="0BEEBC20" w14:textId="77777777" w:rsidR="009D6D28" w:rsidRPr="00EB75F0" w:rsidRDefault="009D6D28"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 (0.04 to 1.9)</w:t>
            </w:r>
          </w:p>
        </w:tc>
        <w:tc>
          <w:tcPr>
            <w:tcW w:w="1710" w:type="dxa"/>
            <w:vAlign w:val="center"/>
          </w:tcPr>
          <w:p w14:paraId="60B3D750" w14:textId="77777777" w:rsidR="009D6D28" w:rsidRPr="00EB75F0" w:rsidRDefault="009D6D28"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 (0.09 to 1.43)</w:t>
            </w:r>
          </w:p>
        </w:tc>
        <w:tc>
          <w:tcPr>
            <w:tcW w:w="1802" w:type="dxa"/>
            <w:shd w:val="clear" w:color="auto" w:fill="C6C6C6"/>
            <w:noWrap/>
            <w:vAlign w:val="center"/>
          </w:tcPr>
          <w:p w14:paraId="6E580109" w14:textId="77777777" w:rsidR="009D6D28" w:rsidRPr="00EB75F0" w:rsidRDefault="009D6D28" w:rsidP="009D6D28">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596" w:type="dxa"/>
            <w:vAlign w:val="center"/>
          </w:tcPr>
          <w:p w14:paraId="412CA277" w14:textId="77777777" w:rsidR="009D6D28" w:rsidRPr="00EB75F0" w:rsidRDefault="009D6D28"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0.59 (0.12 to 2.25)</w:t>
            </w:r>
          </w:p>
        </w:tc>
      </w:tr>
      <w:tr w:rsidR="009D6D28" w:rsidRPr="00EB75F0" w14:paraId="46027D8C" w14:textId="77777777" w:rsidTr="006277EB">
        <w:trPr>
          <w:trHeight w:val="288"/>
        </w:trPr>
        <w:tc>
          <w:tcPr>
            <w:tcW w:w="1255" w:type="dxa"/>
            <w:vAlign w:val="center"/>
            <w:hideMark/>
          </w:tcPr>
          <w:p w14:paraId="027DB613" w14:textId="77777777" w:rsidR="009D6D28" w:rsidRPr="00EB75F0" w:rsidRDefault="009D6D28"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710" w:type="dxa"/>
            <w:vAlign w:val="center"/>
          </w:tcPr>
          <w:p w14:paraId="2BBEADD4" w14:textId="77777777" w:rsidR="009D6D28" w:rsidRPr="00EB75F0" w:rsidRDefault="009D6D28"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0.56 (0.27 to 1.04)</w:t>
            </w:r>
          </w:p>
        </w:tc>
        <w:tc>
          <w:tcPr>
            <w:tcW w:w="1710" w:type="dxa"/>
            <w:vAlign w:val="center"/>
          </w:tcPr>
          <w:p w14:paraId="4D1F56F7" w14:textId="77777777" w:rsidR="009D6D28" w:rsidRPr="00EB75F0" w:rsidRDefault="009D6D28" w:rsidP="009D6D2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0.66 (0.27 to 1.59)</w:t>
            </w:r>
          </w:p>
        </w:tc>
        <w:tc>
          <w:tcPr>
            <w:tcW w:w="1710" w:type="dxa"/>
            <w:vAlign w:val="center"/>
          </w:tcPr>
          <w:p w14:paraId="46580E02" w14:textId="77777777" w:rsidR="009D6D28" w:rsidRPr="00EB75F0" w:rsidRDefault="009D6D28" w:rsidP="009D6D2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 (0.23 to 1.04)</w:t>
            </w:r>
          </w:p>
        </w:tc>
        <w:tc>
          <w:tcPr>
            <w:tcW w:w="1620" w:type="dxa"/>
            <w:shd w:val="clear" w:color="auto" w:fill="CFEDFF"/>
            <w:vAlign w:val="center"/>
          </w:tcPr>
          <w:p w14:paraId="3B1E391F" w14:textId="77777777" w:rsidR="009D6D28" w:rsidRPr="00EB75F0" w:rsidRDefault="009D6D28" w:rsidP="009D6D2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0.11 (0.04 to 0.3)</w:t>
            </w:r>
          </w:p>
        </w:tc>
        <w:tc>
          <w:tcPr>
            <w:tcW w:w="1530" w:type="dxa"/>
            <w:vAlign w:val="center"/>
          </w:tcPr>
          <w:p w14:paraId="11821E4D" w14:textId="77777777" w:rsidR="009D6D28" w:rsidRPr="00EB75F0" w:rsidRDefault="009D6D28"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0.52 (0.12 to 2.29)</w:t>
            </w:r>
          </w:p>
        </w:tc>
        <w:tc>
          <w:tcPr>
            <w:tcW w:w="1710" w:type="dxa"/>
            <w:vAlign w:val="center"/>
          </w:tcPr>
          <w:p w14:paraId="47D120C0" w14:textId="77777777" w:rsidR="009D6D28" w:rsidRPr="00EB75F0" w:rsidRDefault="009D6D28" w:rsidP="009D6D2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0.68 (0.3 to 1.43)</w:t>
            </w:r>
          </w:p>
        </w:tc>
        <w:tc>
          <w:tcPr>
            <w:tcW w:w="1802" w:type="dxa"/>
            <w:vAlign w:val="center"/>
          </w:tcPr>
          <w:p w14:paraId="3CE2491B" w14:textId="77777777" w:rsidR="009D6D28" w:rsidRPr="00EB75F0" w:rsidRDefault="009D6D28" w:rsidP="009D6D2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1.7 (0.44 to 8.13)</w:t>
            </w:r>
          </w:p>
        </w:tc>
        <w:tc>
          <w:tcPr>
            <w:tcW w:w="1596" w:type="dxa"/>
            <w:shd w:val="clear" w:color="auto" w:fill="C6C6C6"/>
            <w:noWrap/>
            <w:vAlign w:val="center"/>
          </w:tcPr>
          <w:p w14:paraId="501B651A" w14:textId="77777777" w:rsidR="009D6D28" w:rsidRPr="00EB75F0" w:rsidRDefault="009D6D28" w:rsidP="009D6D28">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9D6D28" w:rsidRPr="00EB75F0" w14:paraId="5AC4C979" w14:textId="77777777" w:rsidTr="00C32B29">
        <w:trPr>
          <w:trHeight w:val="103"/>
        </w:trPr>
        <w:tc>
          <w:tcPr>
            <w:tcW w:w="14643" w:type="dxa"/>
            <w:gridSpan w:val="9"/>
          </w:tcPr>
          <w:p w14:paraId="716FB4FF" w14:textId="00574889" w:rsidR="009D6D28" w:rsidRPr="00EB75F0" w:rsidRDefault="009D6D28" w:rsidP="009D6D28">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OR, odds ratio;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eastAsia="Times New Roman" w:hAnsiTheme="majorHAnsi" w:cstheme="majorHAnsi"/>
                <w:color w:val="000000"/>
                <w:sz w:val="16"/>
                <w:szCs w:val="16"/>
                <w:lang w:eastAsia="zh-TW"/>
              </w:rPr>
              <w:t xml:space="preserve">, </w:t>
            </w:r>
            <w:proofErr w:type="spellStart"/>
            <w:r w:rsidRPr="00EB75F0">
              <w:rPr>
                <w:rFonts w:asciiTheme="majorHAnsi" w:hAnsiTheme="majorHAnsi" w:cstheme="majorHAnsi"/>
                <w:sz w:val="16"/>
                <w:szCs w:val="16"/>
              </w:rPr>
              <w:t>xanomeline</w:t>
            </w:r>
            <w:proofErr w:type="spellEnd"/>
            <w:r w:rsidRPr="00EB75F0">
              <w:rPr>
                <w:rFonts w:asciiTheme="majorHAnsi" w:hAnsiTheme="majorHAnsi" w:cstheme="majorHAnsi"/>
                <w:sz w:val="16"/>
                <w:szCs w:val="16"/>
              </w:rPr>
              <w:t>/</w:t>
            </w:r>
            <w:proofErr w:type="spellStart"/>
            <w:r w:rsidRPr="00EB75F0">
              <w:rPr>
                <w:rFonts w:asciiTheme="majorHAnsi" w:hAnsiTheme="majorHAnsi" w:cstheme="majorHAnsi"/>
                <w:sz w:val="16"/>
                <w:szCs w:val="16"/>
              </w:rPr>
              <w:t>trospium</w:t>
            </w:r>
            <w:proofErr w:type="spellEnd"/>
            <w:r w:rsidRPr="00EB75F0">
              <w:rPr>
                <w:rFonts w:asciiTheme="majorHAnsi" w:hAnsiTheme="majorHAnsi" w:cstheme="majorHAnsi"/>
                <w:sz w:val="16"/>
                <w:szCs w:val="16"/>
              </w:rPr>
              <w:t xml:space="preserve"> chloride</w:t>
            </w:r>
          </w:p>
          <w:p w14:paraId="40C82F21" w14:textId="2F865E4D" w:rsidR="009D6D28" w:rsidRPr="00EB75F0" w:rsidRDefault="009D6D28" w:rsidP="009D6D28">
            <w:pPr>
              <w:keepNext/>
              <w:spacing w:before="0" w:after="0" w:line="240" w:lineRule="auto"/>
              <w:contextualSpacing/>
              <w:rPr>
                <w:rFonts w:ascii="Aptos Narrow" w:hAnsi="Aptos Narrow"/>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2940D174" w14:textId="77777777" w:rsidR="00037A70" w:rsidRPr="00EB75F0" w:rsidRDefault="00037A70">
      <w:pPr>
        <w:spacing w:before="0" w:after="200" w:line="276" w:lineRule="auto"/>
        <w:sectPr w:rsidR="00037A70" w:rsidRPr="00EB75F0" w:rsidSect="00037A70">
          <w:pgSz w:w="16838" w:h="11906" w:orient="landscape"/>
          <w:pgMar w:top="1134" w:right="1134" w:bottom="1134" w:left="1134" w:header="567" w:footer="567" w:gutter="0"/>
          <w:cols w:space="708"/>
          <w:docGrid w:linePitch="360"/>
        </w:sectPr>
      </w:pPr>
    </w:p>
    <w:p w14:paraId="66199E59" w14:textId="7DFAD673" w:rsidR="006D541A" w:rsidRDefault="006D541A">
      <w:pPr>
        <w:pStyle w:val="Heading3"/>
      </w:pPr>
      <w:r w:rsidRPr="006D541A">
        <w:lastRenderedPageBreak/>
        <w:t xml:space="preserve">Figure </w:t>
      </w:r>
      <w:r w:rsidR="005955C3">
        <w:t>S</w:t>
      </w:r>
      <w:fldSimple w:instr=" SEQ Figure \* ARABIC ">
        <w:r w:rsidR="004B2F28">
          <w:rPr>
            <w:noProof/>
          </w:rPr>
          <w:t>87</w:t>
        </w:r>
      </w:fldSimple>
      <w:r w:rsidR="005955C3">
        <w:t xml:space="preserve">: </w:t>
      </w:r>
      <w:r w:rsidR="005955C3" w:rsidRPr="00EB75F0">
        <w:t>≥7% increase in weight –</w:t>
      </w:r>
      <w:r w:rsidR="005955C3">
        <w:t xml:space="preserve"> C</w:t>
      </w:r>
      <w:r w:rsidR="005955C3" w:rsidRPr="007F6A73">
        <w:t>omparison-adjusted funnel plot</w:t>
      </w:r>
      <w:r w:rsidR="005955C3" w:rsidRPr="00EB75F0">
        <w:t xml:space="preserve"> </w:t>
      </w:r>
      <w:r w:rsidR="005955C3" w:rsidRPr="007F6A73">
        <w:t>–</w:t>
      </w:r>
      <w:r w:rsidR="005955C3">
        <w:t xml:space="preserve"> </w:t>
      </w:r>
      <w:r w:rsidR="005955C3" w:rsidRPr="00EB75F0">
        <w:t>random-effects model, base case network</w:t>
      </w:r>
      <w:r w:rsidR="005955C3" w:rsidRPr="007F6A73">
        <w:t xml:space="preserve"> </w:t>
      </w:r>
      <w:r>
        <w:rPr>
          <w:noProof/>
        </w:rPr>
        <w:drawing>
          <wp:inline distT="0" distB="0" distL="0" distR="0" wp14:anchorId="7514EE03" wp14:editId="6057B59D">
            <wp:extent cx="6120765" cy="3258317"/>
            <wp:effectExtent l="0" t="0" r="0" b="0"/>
            <wp:docPr id="101421525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8" cstate="print">
                      <a:extLst>
                        <a:ext uri="{28A0092B-C50C-407E-A947-70E740481C1C}">
                          <a14:useLocalDpi xmlns:a14="http://schemas.microsoft.com/office/drawing/2010/main"/>
                        </a:ext>
                      </a:extLst>
                    </a:blip>
                    <a:srcRect/>
                    <a:stretch>
                      <a:fillRect/>
                    </a:stretch>
                  </pic:blipFill>
                  <pic:spPr bwMode="auto">
                    <a:xfrm>
                      <a:off x="0" y="0"/>
                      <a:ext cx="6120765" cy="3258317"/>
                    </a:xfrm>
                    <a:prstGeom prst="rect">
                      <a:avLst/>
                    </a:prstGeom>
                    <a:noFill/>
                    <a:ln>
                      <a:noFill/>
                    </a:ln>
                    <a:extLst>
                      <a:ext uri="{53640926-AAD7-44D8-BBD7-CCE9431645EC}">
                        <a14:shadowObscured xmlns:a14="http://schemas.microsoft.com/office/drawing/2010/main"/>
                      </a:ext>
                    </a:extLst>
                  </pic:spPr>
                </pic:pic>
              </a:graphicData>
            </a:graphic>
          </wp:inline>
        </w:drawing>
      </w:r>
    </w:p>
    <w:p w14:paraId="46CB1767" w14:textId="306BCD02" w:rsidR="00AC1C26" w:rsidRDefault="00AC1C26" w:rsidP="00AC1C26">
      <w:pPr>
        <w:pStyle w:val="Heading3"/>
      </w:pPr>
      <w:r w:rsidRPr="006D541A">
        <w:t xml:space="preserve">Figure </w:t>
      </w:r>
      <w:r>
        <w:t>S</w:t>
      </w:r>
      <w:fldSimple w:instr=" SEQ Figure \* ARABIC ">
        <w:r w:rsidR="004B2F28">
          <w:rPr>
            <w:noProof/>
          </w:rPr>
          <w:t>88</w:t>
        </w:r>
      </w:fldSimple>
      <w:r>
        <w:t xml:space="preserve">: </w:t>
      </w:r>
      <w:r w:rsidRPr="00EB75F0">
        <w:t>≥7% increase in weight –</w:t>
      </w:r>
      <w:r>
        <w:t xml:space="preserve"> C</w:t>
      </w:r>
      <w:r w:rsidRPr="007F6A73">
        <w:t>omparison-adjusted funnel plot</w:t>
      </w:r>
      <w:r w:rsidRPr="00EB75F0">
        <w:t xml:space="preserve"> </w:t>
      </w:r>
      <w:r w:rsidRPr="007F6A73">
        <w:t>–</w:t>
      </w:r>
      <w:r>
        <w:t xml:space="preserve"> fixed</w:t>
      </w:r>
      <w:r w:rsidRPr="00EB75F0">
        <w:t>-effects model, base case network</w:t>
      </w:r>
      <w:r w:rsidRPr="007F6A73">
        <w:t xml:space="preserve"> </w:t>
      </w:r>
      <w:r>
        <w:rPr>
          <w:noProof/>
        </w:rPr>
        <w:drawing>
          <wp:inline distT="0" distB="0" distL="0" distR="0" wp14:anchorId="784DB4BD" wp14:editId="316B270D">
            <wp:extent cx="6120765" cy="3258317"/>
            <wp:effectExtent l="0" t="0" r="0" b="0"/>
            <wp:docPr id="111081155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11552" name="Picture 19"/>
                    <pic:cNvPicPr>
                      <a:picLocks noChangeAspect="1" noChangeArrowheads="1"/>
                    </pic:cNvPicPr>
                  </pic:nvPicPr>
                  <pic:blipFill rotWithShape="1">
                    <a:blip r:embed="rId109" cstate="print">
                      <a:extLst>
                        <a:ext uri="{28A0092B-C50C-407E-A947-70E740481C1C}">
                          <a14:useLocalDpi xmlns:a14="http://schemas.microsoft.com/office/drawing/2010/main"/>
                        </a:ext>
                      </a:extLst>
                    </a:blip>
                    <a:srcRect l="-4" t="11276" r="4"/>
                    <a:stretch>
                      <a:fillRect/>
                    </a:stretch>
                  </pic:blipFill>
                  <pic:spPr bwMode="auto">
                    <a:xfrm>
                      <a:off x="0" y="0"/>
                      <a:ext cx="6120765" cy="3258317"/>
                    </a:xfrm>
                    <a:prstGeom prst="rect">
                      <a:avLst/>
                    </a:prstGeom>
                    <a:noFill/>
                    <a:ln>
                      <a:noFill/>
                    </a:ln>
                    <a:extLst>
                      <a:ext uri="{53640926-AAD7-44D8-BBD7-CCE9431645EC}">
                        <a14:shadowObscured xmlns:a14="http://schemas.microsoft.com/office/drawing/2010/main"/>
                      </a:ext>
                    </a:extLst>
                  </pic:spPr>
                </pic:pic>
              </a:graphicData>
            </a:graphic>
          </wp:inline>
        </w:drawing>
      </w:r>
    </w:p>
    <w:p w14:paraId="38D03ECA" w14:textId="3702224D" w:rsidR="00AC1C26" w:rsidRDefault="00AC1C26" w:rsidP="00AC1C26">
      <w:pPr>
        <w:pStyle w:val="Heading3"/>
      </w:pPr>
      <w:r w:rsidRPr="006D541A">
        <w:lastRenderedPageBreak/>
        <w:t xml:space="preserve">Figure </w:t>
      </w:r>
      <w:r>
        <w:t>S</w:t>
      </w:r>
      <w:fldSimple w:instr=" SEQ Figure \* ARABIC ">
        <w:r w:rsidR="004B2F28">
          <w:rPr>
            <w:noProof/>
          </w:rPr>
          <w:t>89</w:t>
        </w:r>
      </w:fldSimple>
      <w:r>
        <w:t xml:space="preserve">: </w:t>
      </w:r>
      <w:r w:rsidRPr="00EB75F0">
        <w:t>≥7% increase in weight –</w:t>
      </w:r>
      <w:r>
        <w:t xml:space="preserve"> C</w:t>
      </w:r>
      <w:r w:rsidRPr="007F6A73">
        <w:t>omparison-adjusted funnel plot</w:t>
      </w:r>
      <w:r w:rsidRPr="00EB75F0">
        <w:t xml:space="preserve"> </w:t>
      </w:r>
      <w:r w:rsidRPr="007F6A73">
        <w:t>–</w:t>
      </w:r>
      <w:r>
        <w:t xml:space="preserve"> </w:t>
      </w:r>
      <w:r w:rsidRPr="00EB75F0">
        <w:t>random-effects model, sensitivity analysis excluding studies with predominantly Asian populations</w:t>
      </w:r>
      <w:r>
        <w:rPr>
          <w:noProof/>
        </w:rPr>
        <w:t xml:space="preserve"> </w:t>
      </w:r>
      <w:r>
        <w:rPr>
          <w:noProof/>
        </w:rPr>
        <w:drawing>
          <wp:inline distT="0" distB="0" distL="0" distR="0" wp14:anchorId="2805AD3E" wp14:editId="27C4CB35">
            <wp:extent cx="6120765" cy="3258317"/>
            <wp:effectExtent l="0" t="0" r="0" b="0"/>
            <wp:docPr id="61939589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95896" name="Picture 19"/>
                    <pic:cNvPicPr>
                      <a:picLocks noChangeAspect="1" noChangeArrowheads="1"/>
                    </pic:cNvPicPr>
                  </pic:nvPicPr>
                  <pic:blipFill rotWithShape="1">
                    <a:blip r:embed="rId110" cstate="print">
                      <a:extLst>
                        <a:ext uri="{28A0092B-C50C-407E-A947-70E740481C1C}">
                          <a14:useLocalDpi xmlns:a14="http://schemas.microsoft.com/office/drawing/2010/main"/>
                        </a:ext>
                      </a:extLst>
                    </a:blip>
                    <a:srcRect t="11276"/>
                    <a:stretch>
                      <a:fillRect/>
                    </a:stretch>
                  </pic:blipFill>
                  <pic:spPr bwMode="auto">
                    <a:xfrm>
                      <a:off x="0" y="0"/>
                      <a:ext cx="6120765" cy="3258317"/>
                    </a:xfrm>
                    <a:prstGeom prst="rect">
                      <a:avLst/>
                    </a:prstGeom>
                    <a:noFill/>
                    <a:ln>
                      <a:noFill/>
                    </a:ln>
                    <a:extLst>
                      <a:ext uri="{53640926-AAD7-44D8-BBD7-CCE9431645EC}">
                        <a14:shadowObscured xmlns:a14="http://schemas.microsoft.com/office/drawing/2010/main"/>
                      </a:ext>
                    </a:extLst>
                  </pic:spPr>
                </pic:pic>
              </a:graphicData>
            </a:graphic>
          </wp:inline>
        </w:drawing>
      </w:r>
    </w:p>
    <w:p w14:paraId="14ACDDF1" w14:textId="387F951B" w:rsidR="00AC1C26" w:rsidRDefault="00AC1C26">
      <w:pPr>
        <w:pStyle w:val="Heading3"/>
      </w:pPr>
      <w:r w:rsidRPr="006D541A">
        <w:t xml:space="preserve">Figure </w:t>
      </w:r>
      <w:r>
        <w:t>S</w:t>
      </w:r>
      <w:fldSimple w:instr=" SEQ Figure \* ARABIC ">
        <w:r w:rsidR="004B2F28">
          <w:rPr>
            <w:noProof/>
          </w:rPr>
          <w:t>90</w:t>
        </w:r>
      </w:fldSimple>
      <w:r>
        <w:t xml:space="preserve">: </w:t>
      </w:r>
      <w:r w:rsidRPr="00EB75F0">
        <w:t>≥7% increase in weight –</w:t>
      </w:r>
      <w:r>
        <w:t xml:space="preserve"> C</w:t>
      </w:r>
      <w:r w:rsidRPr="007F6A73">
        <w:t>omparison-adjusted funnel plot</w:t>
      </w:r>
      <w:r w:rsidRPr="00EB75F0">
        <w:t xml:space="preserve"> </w:t>
      </w:r>
      <w:r w:rsidRPr="007F6A73">
        <w:t>–</w:t>
      </w:r>
      <w:r>
        <w:t xml:space="preserve"> </w:t>
      </w:r>
      <w:r w:rsidRPr="00EB75F0">
        <w:t xml:space="preserve">random-effects model, sensitivity analysis excluding studies with outlier placebo effect size </w:t>
      </w:r>
      <w:r>
        <w:rPr>
          <w:noProof/>
        </w:rPr>
        <w:drawing>
          <wp:inline distT="0" distB="0" distL="0" distR="0" wp14:anchorId="423E8369" wp14:editId="1D433987">
            <wp:extent cx="6120765" cy="3258317"/>
            <wp:effectExtent l="0" t="0" r="0" b="0"/>
            <wp:docPr id="211120753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07531" name="Picture 19"/>
                    <pic:cNvPicPr>
                      <a:picLocks noChangeAspect="1" noChangeArrowheads="1"/>
                    </pic:cNvPicPr>
                  </pic:nvPicPr>
                  <pic:blipFill rotWithShape="1">
                    <a:blip r:embed="rId111" cstate="print">
                      <a:extLst>
                        <a:ext uri="{28A0092B-C50C-407E-A947-70E740481C1C}">
                          <a14:useLocalDpi xmlns:a14="http://schemas.microsoft.com/office/drawing/2010/main"/>
                        </a:ext>
                      </a:extLst>
                    </a:blip>
                    <a:srcRect t="11276"/>
                    <a:stretch>
                      <a:fillRect/>
                    </a:stretch>
                  </pic:blipFill>
                  <pic:spPr bwMode="auto">
                    <a:xfrm>
                      <a:off x="0" y="0"/>
                      <a:ext cx="6120765" cy="3258317"/>
                    </a:xfrm>
                    <a:prstGeom prst="rect">
                      <a:avLst/>
                    </a:prstGeom>
                    <a:noFill/>
                    <a:ln>
                      <a:noFill/>
                    </a:ln>
                    <a:extLst>
                      <a:ext uri="{53640926-AAD7-44D8-BBD7-CCE9431645EC}">
                        <a14:shadowObscured xmlns:a14="http://schemas.microsoft.com/office/drawing/2010/main"/>
                      </a:ext>
                    </a:extLst>
                  </pic:spPr>
                </pic:pic>
              </a:graphicData>
            </a:graphic>
          </wp:inline>
        </w:drawing>
      </w:r>
    </w:p>
    <w:p w14:paraId="635E28FE" w14:textId="40E28CC7" w:rsidR="00473390" w:rsidRPr="00541089" w:rsidRDefault="00473390">
      <w:pPr>
        <w:pStyle w:val="Heading2"/>
      </w:pPr>
      <w:r w:rsidRPr="00541089">
        <w:t>Sedation</w:t>
      </w:r>
    </w:p>
    <w:p w14:paraId="5A0230B0" w14:textId="2470079B" w:rsidR="00820A4C" w:rsidRPr="00EB75F0" w:rsidRDefault="00A06AE8" w:rsidP="00434B93">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42</w:t>
        </w:r>
      </w:fldSimple>
      <w:r w:rsidR="00820A4C" w:rsidRPr="00EB75F0">
        <w:t>: Sedation – comparison of NMA results from base case and sensitivity analyses</w:t>
      </w:r>
    </w:p>
    <w:tbl>
      <w:tblPr>
        <w:tblStyle w:val="Table"/>
        <w:tblW w:w="5006" w:type="pct"/>
        <w:tblInd w:w="-5"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930"/>
        <w:gridCol w:w="1924"/>
        <w:gridCol w:w="1953"/>
        <w:gridCol w:w="1926"/>
        <w:gridCol w:w="1907"/>
      </w:tblGrid>
      <w:tr w:rsidR="00820A4C" w:rsidRPr="00EB75F0" w14:paraId="2EF8E12F" w14:textId="77777777" w:rsidTr="002039DB">
        <w:trPr>
          <w:trHeight w:val="58"/>
        </w:trPr>
        <w:tc>
          <w:tcPr>
            <w:tcW w:w="1001" w:type="pct"/>
            <w:vMerge w:val="restart"/>
            <w:tcBorders>
              <w:top w:val="single" w:sz="4" w:space="0" w:color="000000"/>
              <w:left w:val="single" w:sz="4" w:space="0" w:color="000000"/>
              <w:bottom w:val="single" w:sz="4" w:space="0" w:color="000000"/>
              <w:right w:val="single" w:sz="4" w:space="0" w:color="000000"/>
            </w:tcBorders>
            <w:shd w:val="clear" w:color="auto" w:fill="001B2B"/>
            <w:vAlign w:val="center"/>
          </w:tcPr>
          <w:p w14:paraId="1DCEAF23" w14:textId="77777777" w:rsidR="00820A4C" w:rsidRPr="00EB75F0" w:rsidRDefault="00820A4C" w:rsidP="00C32B29">
            <w:pPr>
              <w:pStyle w:val="TableText"/>
              <w:keepNext/>
              <w:spacing w:before="48" w:after="48"/>
              <w:rPr>
                <w:color w:val="FFFFFF"/>
                <w:sz w:val="18"/>
              </w:rPr>
            </w:pPr>
            <w:r w:rsidRPr="00EB75F0">
              <w:rPr>
                <w:color w:val="FFFFFF"/>
                <w:sz w:val="18"/>
              </w:rPr>
              <w:lastRenderedPageBreak/>
              <w:t>Treatment</w:t>
            </w:r>
          </w:p>
        </w:tc>
        <w:tc>
          <w:tcPr>
            <w:tcW w:w="3999" w:type="pct"/>
            <w:gridSpan w:val="4"/>
            <w:tcBorders>
              <w:top w:val="single" w:sz="4" w:space="0" w:color="000000"/>
              <w:left w:val="single" w:sz="4" w:space="0" w:color="000000"/>
              <w:bottom w:val="single" w:sz="4" w:space="0" w:color="000000"/>
              <w:right w:val="single" w:sz="4" w:space="0" w:color="000000"/>
            </w:tcBorders>
            <w:shd w:val="clear" w:color="auto" w:fill="001B2B"/>
            <w:vAlign w:val="center"/>
          </w:tcPr>
          <w:p w14:paraId="1D21A663" w14:textId="77777777" w:rsidR="00820A4C" w:rsidRPr="00EB75F0" w:rsidRDefault="00820A4C" w:rsidP="00C32B29">
            <w:pPr>
              <w:pStyle w:val="TableText"/>
              <w:keepNext/>
              <w:spacing w:before="48" w:after="48"/>
              <w:rPr>
                <w:color w:val="FFFFFF"/>
                <w:sz w:val="18"/>
              </w:rPr>
            </w:pPr>
            <w:r w:rsidRPr="00EB75F0">
              <w:rPr>
                <w:color w:val="FFFFFF"/>
                <w:sz w:val="18"/>
              </w:rPr>
              <w:t xml:space="preserve">OR Treatment versus Placebo (95% </w:t>
            </w:r>
            <w:proofErr w:type="spellStart"/>
            <w:r w:rsidRPr="00EB75F0">
              <w:rPr>
                <w:color w:val="FFFFFF"/>
                <w:sz w:val="18"/>
              </w:rPr>
              <w:t>CrI</w:t>
            </w:r>
            <w:proofErr w:type="spellEnd"/>
            <w:r w:rsidRPr="00EB75F0">
              <w:rPr>
                <w:color w:val="FFFFFF"/>
                <w:sz w:val="18"/>
              </w:rPr>
              <w:t>)</w:t>
            </w:r>
          </w:p>
        </w:tc>
      </w:tr>
      <w:tr w:rsidR="00820A4C" w:rsidRPr="00EB75F0" w14:paraId="7BAE5E74" w14:textId="77777777" w:rsidTr="002039DB">
        <w:trPr>
          <w:trHeight w:val="58"/>
        </w:trPr>
        <w:tc>
          <w:tcPr>
            <w:tcW w:w="1001" w:type="pct"/>
            <w:vMerge/>
            <w:tcBorders>
              <w:top w:val="single" w:sz="4" w:space="0" w:color="000000"/>
              <w:left w:val="single" w:sz="4" w:space="0" w:color="000000"/>
              <w:bottom w:val="single" w:sz="4" w:space="0" w:color="000000"/>
              <w:right w:val="single" w:sz="4" w:space="0" w:color="000000"/>
            </w:tcBorders>
            <w:vAlign w:val="center"/>
          </w:tcPr>
          <w:p w14:paraId="1CE38AEA" w14:textId="77777777" w:rsidR="00820A4C" w:rsidRPr="00EB75F0" w:rsidRDefault="00820A4C" w:rsidP="00C32B29"/>
        </w:tc>
        <w:tc>
          <w:tcPr>
            <w:tcW w:w="2011"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6054E762" w14:textId="77777777" w:rsidR="00820A4C" w:rsidRPr="00EB75F0" w:rsidRDefault="00820A4C" w:rsidP="00C32B29">
            <w:pPr>
              <w:pStyle w:val="TableText"/>
              <w:keepNext/>
              <w:spacing w:before="48" w:after="48"/>
              <w:rPr>
                <w:sz w:val="18"/>
              </w:rPr>
            </w:pPr>
            <w:r w:rsidRPr="00EB75F0">
              <w:rPr>
                <w:sz w:val="18"/>
              </w:rPr>
              <w:t>Base case network</w:t>
            </w:r>
          </w:p>
        </w:tc>
        <w:tc>
          <w:tcPr>
            <w:tcW w:w="999"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343D732B" w14:textId="77777777" w:rsidR="00820A4C" w:rsidRPr="00EB75F0" w:rsidRDefault="00820A4C" w:rsidP="00C32B29">
            <w:pPr>
              <w:pStyle w:val="TableText"/>
              <w:keepNext/>
              <w:spacing w:before="48" w:after="48"/>
              <w:rPr>
                <w:sz w:val="18"/>
              </w:rPr>
            </w:pPr>
            <w:r w:rsidRPr="00EB75F0">
              <w:rPr>
                <w:sz w:val="18"/>
              </w:rPr>
              <w:t>Excluding studies with exclusively Asian populations</w:t>
            </w:r>
          </w:p>
        </w:tc>
        <w:tc>
          <w:tcPr>
            <w:tcW w:w="989" w:type="pct"/>
            <w:tcBorders>
              <w:top w:val="single" w:sz="4" w:space="0" w:color="000000"/>
              <w:left w:val="single" w:sz="4" w:space="0" w:color="000000"/>
              <w:bottom w:val="single" w:sz="4" w:space="0" w:color="000000"/>
              <w:right w:val="single" w:sz="4" w:space="0" w:color="000000"/>
            </w:tcBorders>
            <w:shd w:val="clear" w:color="auto" w:fill="D8D2BF"/>
          </w:tcPr>
          <w:p w14:paraId="347806EC" w14:textId="77777777" w:rsidR="00820A4C" w:rsidRPr="00EB75F0" w:rsidRDefault="00820A4C" w:rsidP="00C32B29">
            <w:pPr>
              <w:pStyle w:val="TableText"/>
              <w:keepNext/>
              <w:spacing w:before="48" w:after="48"/>
              <w:rPr>
                <w:sz w:val="18"/>
              </w:rPr>
            </w:pPr>
            <w:r w:rsidRPr="00EB75F0">
              <w:rPr>
                <w:sz w:val="18"/>
              </w:rPr>
              <w:t>Excluding studies with placebo effect outliers</w:t>
            </w:r>
          </w:p>
        </w:tc>
      </w:tr>
      <w:tr w:rsidR="00820A4C" w:rsidRPr="00EB75F0" w14:paraId="2741A665" w14:textId="77777777" w:rsidTr="002039DB">
        <w:trPr>
          <w:trHeight w:val="215"/>
        </w:trPr>
        <w:tc>
          <w:tcPr>
            <w:tcW w:w="1001" w:type="pct"/>
            <w:vMerge/>
            <w:tcBorders>
              <w:top w:val="single" w:sz="4" w:space="0" w:color="000000"/>
              <w:left w:val="single" w:sz="4" w:space="0" w:color="000000"/>
              <w:bottom w:val="single" w:sz="4" w:space="0" w:color="000000"/>
              <w:right w:val="single" w:sz="4" w:space="0" w:color="000000"/>
            </w:tcBorders>
            <w:vAlign w:val="center"/>
          </w:tcPr>
          <w:p w14:paraId="6B6A765C" w14:textId="77777777" w:rsidR="00820A4C" w:rsidRPr="00EB75F0" w:rsidRDefault="00820A4C" w:rsidP="00C32B29"/>
        </w:tc>
        <w:tc>
          <w:tcPr>
            <w:tcW w:w="998"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6E4B88C0" w14:textId="77777777" w:rsidR="00820A4C" w:rsidRPr="00EB75F0" w:rsidRDefault="00820A4C" w:rsidP="00C32B29">
            <w:pPr>
              <w:pStyle w:val="TableText"/>
              <w:spacing w:before="48" w:after="48"/>
              <w:rPr>
                <w:sz w:val="18"/>
              </w:rPr>
            </w:pPr>
            <w:r w:rsidRPr="00EB75F0">
              <w:rPr>
                <w:sz w:val="18"/>
              </w:rPr>
              <w:t>FE (DIC: 63.35)</w:t>
            </w:r>
          </w:p>
        </w:tc>
        <w:tc>
          <w:tcPr>
            <w:tcW w:w="1013"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62CA2C27" w14:textId="77777777" w:rsidR="00820A4C" w:rsidRPr="00EB75F0" w:rsidRDefault="00820A4C" w:rsidP="00C32B29">
            <w:pPr>
              <w:pStyle w:val="TableText"/>
              <w:spacing w:before="48" w:after="48"/>
              <w:rPr>
                <w:sz w:val="18"/>
              </w:rPr>
            </w:pPr>
            <w:r w:rsidRPr="00EB75F0">
              <w:rPr>
                <w:sz w:val="18"/>
              </w:rPr>
              <w:t>RE (DIC: 64.58)</w:t>
            </w:r>
          </w:p>
        </w:tc>
        <w:tc>
          <w:tcPr>
            <w:tcW w:w="999"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010CBE7F" w14:textId="77777777" w:rsidR="00820A4C" w:rsidRPr="00EB75F0" w:rsidRDefault="00820A4C" w:rsidP="00C32B29">
            <w:pPr>
              <w:pStyle w:val="TableText"/>
              <w:spacing w:before="48" w:after="48"/>
              <w:rPr>
                <w:sz w:val="18"/>
              </w:rPr>
            </w:pPr>
            <w:r w:rsidRPr="00EB75F0">
              <w:rPr>
                <w:sz w:val="18"/>
              </w:rPr>
              <w:t>RE (DIC: 62.35)</w:t>
            </w:r>
          </w:p>
        </w:tc>
        <w:tc>
          <w:tcPr>
            <w:tcW w:w="989" w:type="pct"/>
            <w:tcBorders>
              <w:top w:val="single" w:sz="4" w:space="0" w:color="000000"/>
              <w:left w:val="single" w:sz="4" w:space="0" w:color="000000"/>
              <w:bottom w:val="single" w:sz="4" w:space="0" w:color="000000"/>
              <w:right w:val="single" w:sz="4" w:space="0" w:color="000000"/>
            </w:tcBorders>
            <w:shd w:val="clear" w:color="auto" w:fill="D8D2BF"/>
          </w:tcPr>
          <w:p w14:paraId="60F4B7F2" w14:textId="77777777" w:rsidR="00820A4C" w:rsidRPr="00EB75F0" w:rsidRDefault="00820A4C" w:rsidP="00C32B29">
            <w:pPr>
              <w:pStyle w:val="TableText"/>
              <w:spacing w:before="48" w:after="48"/>
              <w:rPr>
                <w:sz w:val="18"/>
              </w:rPr>
            </w:pPr>
            <w:r w:rsidRPr="00EB75F0">
              <w:rPr>
                <w:sz w:val="18"/>
              </w:rPr>
              <w:t>RE (DIC: 56.68)</w:t>
            </w:r>
          </w:p>
        </w:tc>
      </w:tr>
      <w:tr w:rsidR="00820A4C" w:rsidRPr="00EB75F0" w14:paraId="3B7B5BE4"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1C9929B7" w14:textId="77777777" w:rsidR="00820A4C" w:rsidRPr="00EB75F0" w:rsidRDefault="00820A4C" w:rsidP="00C32B29">
            <w:pPr>
              <w:pStyle w:val="TableText"/>
              <w:spacing w:before="48" w:after="48"/>
              <w:rPr>
                <w:sz w:val="18"/>
              </w:rPr>
            </w:pPr>
            <w:r w:rsidRPr="00EB75F0">
              <w:rPr>
                <w:color w:val="000000"/>
                <w:sz w:val="18"/>
              </w:rPr>
              <w:t>Aripiprazole</w:t>
            </w:r>
          </w:p>
        </w:tc>
        <w:tc>
          <w:tcPr>
            <w:tcW w:w="998" w:type="pct"/>
            <w:tcBorders>
              <w:top w:val="single" w:sz="4" w:space="0" w:color="000000"/>
              <w:left w:val="single" w:sz="4" w:space="0" w:color="000000"/>
              <w:bottom w:val="single" w:sz="4" w:space="0" w:color="000000"/>
              <w:right w:val="single" w:sz="4" w:space="0" w:color="000000"/>
            </w:tcBorders>
            <w:vAlign w:val="center"/>
          </w:tcPr>
          <w:p w14:paraId="3AE20DB9" w14:textId="77777777" w:rsidR="00820A4C" w:rsidRPr="00EB75F0" w:rsidRDefault="00820A4C" w:rsidP="00C32B29">
            <w:pPr>
              <w:pStyle w:val="TableText"/>
              <w:spacing w:before="48" w:after="48"/>
              <w:rPr>
                <w:b/>
                <w:color w:val="000000"/>
                <w:sz w:val="18"/>
              </w:rPr>
            </w:pPr>
            <w:r w:rsidRPr="00EB75F0">
              <w:rPr>
                <w:b/>
                <w:color w:val="000000"/>
                <w:sz w:val="18"/>
              </w:rPr>
              <w:t>5.80 (1.17, 35.07)</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0D354D8C" w14:textId="77777777" w:rsidR="00820A4C" w:rsidRPr="00EB75F0" w:rsidRDefault="00820A4C" w:rsidP="00C32B29">
            <w:pPr>
              <w:pStyle w:val="TableText"/>
              <w:spacing w:before="48" w:after="48"/>
              <w:rPr>
                <w:b/>
                <w:color w:val="000000"/>
                <w:sz w:val="18"/>
              </w:rPr>
            </w:pPr>
            <w:r w:rsidRPr="00EB75F0">
              <w:rPr>
                <w:b/>
                <w:color w:val="000000"/>
                <w:sz w:val="18"/>
              </w:rPr>
              <w:t>6.39 (1.04, 59.52)</w:t>
            </w:r>
          </w:p>
        </w:tc>
        <w:tc>
          <w:tcPr>
            <w:tcW w:w="999" w:type="pct"/>
            <w:tcBorders>
              <w:top w:val="single" w:sz="4" w:space="0" w:color="000000"/>
              <w:left w:val="single" w:sz="4" w:space="0" w:color="000000"/>
              <w:bottom w:val="single" w:sz="4" w:space="0" w:color="000000"/>
              <w:right w:val="single" w:sz="4" w:space="0" w:color="000000"/>
            </w:tcBorders>
            <w:vAlign w:val="center"/>
          </w:tcPr>
          <w:p w14:paraId="50ECB772" w14:textId="77777777" w:rsidR="00820A4C" w:rsidRPr="00EB75F0" w:rsidRDefault="00820A4C" w:rsidP="00C32B29">
            <w:pPr>
              <w:pStyle w:val="TableText"/>
              <w:spacing w:before="48" w:after="48"/>
              <w:rPr>
                <w:b/>
                <w:color w:val="000000"/>
                <w:sz w:val="18"/>
              </w:rPr>
            </w:pPr>
            <w:r w:rsidRPr="00EB75F0">
              <w:rPr>
                <w:b/>
                <w:color w:val="000000"/>
                <w:sz w:val="18"/>
              </w:rPr>
              <w:t>6.95 (1.13, 67.40)</w:t>
            </w:r>
          </w:p>
        </w:tc>
        <w:tc>
          <w:tcPr>
            <w:tcW w:w="989" w:type="pct"/>
            <w:tcBorders>
              <w:top w:val="single" w:sz="4" w:space="0" w:color="000000"/>
              <w:left w:val="single" w:sz="4" w:space="0" w:color="000000"/>
              <w:bottom w:val="single" w:sz="4" w:space="0" w:color="000000"/>
              <w:right w:val="single" w:sz="4" w:space="0" w:color="000000"/>
            </w:tcBorders>
            <w:vAlign w:val="center"/>
          </w:tcPr>
          <w:p w14:paraId="2446641C" w14:textId="77777777" w:rsidR="00820A4C" w:rsidRPr="00EB75F0" w:rsidRDefault="00820A4C" w:rsidP="00C32B29">
            <w:pPr>
              <w:pStyle w:val="TableText"/>
              <w:spacing w:before="48" w:after="48"/>
              <w:rPr>
                <w:b/>
                <w:color w:val="000000"/>
                <w:sz w:val="18"/>
              </w:rPr>
            </w:pPr>
            <w:r w:rsidRPr="00EB75F0">
              <w:rPr>
                <w:b/>
                <w:color w:val="000000"/>
                <w:sz w:val="18"/>
              </w:rPr>
              <w:t>8.03 (1.01, 153.17)</w:t>
            </w:r>
          </w:p>
        </w:tc>
      </w:tr>
      <w:tr w:rsidR="00820A4C" w:rsidRPr="00EB75F0" w14:paraId="0CFB900C"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06810BE1" w14:textId="77777777" w:rsidR="00820A4C" w:rsidRPr="00EB75F0" w:rsidRDefault="00820A4C" w:rsidP="00C32B29">
            <w:pPr>
              <w:pStyle w:val="TableText"/>
              <w:spacing w:before="48" w:after="48"/>
              <w:rPr>
                <w:sz w:val="18"/>
              </w:rPr>
            </w:pPr>
            <w:proofErr w:type="spellStart"/>
            <w:r w:rsidRPr="00EB75F0">
              <w:rPr>
                <w:color w:val="000000"/>
                <w:sz w:val="18"/>
              </w:rPr>
              <w:t>Brexpiprazole</w:t>
            </w:r>
            <w:proofErr w:type="spellEnd"/>
          </w:p>
        </w:tc>
        <w:tc>
          <w:tcPr>
            <w:tcW w:w="998" w:type="pct"/>
            <w:tcBorders>
              <w:top w:val="single" w:sz="4" w:space="0" w:color="000000"/>
              <w:left w:val="single" w:sz="4" w:space="0" w:color="000000"/>
              <w:bottom w:val="single" w:sz="4" w:space="0" w:color="000000"/>
              <w:right w:val="single" w:sz="4" w:space="0" w:color="000000"/>
            </w:tcBorders>
            <w:vAlign w:val="center"/>
          </w:tcPr>
          <w:p w14:paraId="1FB1663F" w14:textId="77777777" w:rsidR="00820A4C" w:rsidRPr="00EB75F0" w:rsidRDefault="00820A4C" w:rsidP="00C32B29">
            <w:pPr>
              <w:pStyle w:val="TableText"/>
              <w:spacing w:before="48" w:after="48"/>
              <w:rPr>
                <w:color w:val="000000"/>
                <w:sz w:val="18"/>
              </w:rPr>
            </w:pPr>
            <w:r w:rsidRPr="00EB75F0">
              <w:rPr>
                <w:color w:val="000000"/>
                <w:sz w:val="18"/>
              </w:rPr>
              <w:t>2.06 (0.98, 4.48)</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73AC3881" w14:textId="77777777" w:rsidR="00820A4C" w:rsidRPr="00EB75F0" w:rsidRDefault="00820A4C" w:rsidP="00C32B29">
            <w:pPr>
              <w:pStyle w:val="TableText"/>
              <w:spacing w:before="48" w:after="48"/>
              <w:rPr>
                <w:color w:val="000000"/>
                <w:sz w:val="18"/>
              </w:rPr>
            </w:pPr>
            <w:r w:rsidRPr="00EB75F0">
              <w:rPr>
                <w:color w:val="000000"/>
                <w:sz w:val="18"/>
              </w:rPr>
              <w:t>2.25 (0.92, 6.82)</w:t>
            </w:r>
          </w:p>
        </w:tc>
        <w:tc>
          <w:tcPr>
            <w:tcW w:w="999" w:type="pct"/>
            <w:tcBorders>
              <w:top w:val="single" w:sz="4" w:space="0" w:color="000000"/>
              <w:left w:val="single" w:sz="4" w:space="0" w:color="000000"/>
              <w:bottom w:val="single" w:sz="4" w:space="0" w:color="000000"/>
              <w:right w:val="single" w:sz="4" w:space="0" w:color="000000"/>
            </w:tcBorders>
            <w:vAlign w:val="center"/>
          </w:tcPr>
          <w:p w14:paraId="3100A0DA" w14:textId="77777777" w:rsidR="00820A4C" w:rsidRPr="00EB75F0" w:rsidRDefault="00820A4C" w:rsidP="00C32B29">
            <w:pPr>
              <w:pStyle w:val="TableText"/>
              <w:spacing w:before="48" w:after="48"/>
              <w:rPr>
                <w:color w:val="000000"/>
                <w:sz w:val="18"/>
              </w:rPr>
            </w:pPr>
            <w:r w:rsidRPr="00EB75F0">
              <w:rPr>
                <w:color w:val="000000"/>
                <w:sz w:val="18"/>
              </w:rPr>
              <w:t>2.29 (0.92, 7.40)</w:t>
            </w:r>
          </w:p>
        </w:tc>
        <w:tc>
          <w:tcPr>
            <w:tcW w:w="989" w:type="pct"/>
            <w:tcBorders>
              <w:top w:val="single" w:sz="4" w:space="0" w:color="000000"/>
              <w:left w:val="single" w:sz="4" w:space="0" w:color="000000"/>
              <w:bottom w:val="single" w:sz="4" w:space="0" w:color="000000"/>
              <w:right w:val="single" w:sz="4" w:space="0" w:color="000000"/>
            </w:tcBorders>
            <w:vAlign w:val="center"/>
          </w:tcPr>
          <w:p w14:paraId="0027ABEF" w14:textId="77777777" w:rsidR="00820A4C" w:rsidRPr="00EB75F0" w:rsidRDefault="00820A4C" w:rsidP="00C32B29">
            <w:pPr>
              <w:pStyle w:val="TableText"/>
              <w:spacing w:before="48" w:after="48"/>
              <w:rPr>
                <w:color w:val="000000"/>
                <w:sz w:val="18"/>
              </w:rPr>
            </w:pPr>
            <w:r w:rsidRPr="00EB75F0">
              <w:rPr>
                <w:color w:val="000000"/>
                <w:sz w:val="18"/>
              </w:rPr>
              <w:t>2.60 (0.82, 13.07)</w:t>
            </w:r>
          </w:p>
        </w:tc>
      </w:tr>
      <w:tr w:rsidR="00820A4C" w:rsidRPr="00EB75F0" w14:paraId="279ACDF8"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29D1D3E2" w14:textId="77777777" w:rsidR="00820A4C" w:rsidRPr="00EB75F0" w:rsidRDefault="00820A4C" w:rsidP="00C32B29">
            <w:pPr>
              <w:pStyle w:val="TableText"/>
              <w:spacing w:before="48" w:after="48"/>
              <w:rPr>
                <w:sz w:val="18"/>
              </w:rPr>
            </w:pPr>
            <w:proofErr w:type="spellStart"/>
            <w:r w:rsidRPr="00EB75F0">
              <w:rPr>
                <w:color w:val="000000"/>
                <w:sz w:val="18"/>
              </w:rPr>
              <w:t>Cariprazine</w:t>
            </w:r>
            <w:proofErr w:type="spellEnd"/>
          </w:p>
        </w:tc>
        <w:tc>
          <w:tcPr>
            <w:tcW w:w="998" w:type="pct"/>
            <w:tcBorders>
              <w:top w:val="single" w:sz="4" w:space="0" w:color="000000"/>
              <w:left w:val="single" w:sz="4" w:space="0" w:color="000000"/>
              <w:bottom w:val="single" w:sz="4" w:space="0" w:color="000000"/>
              <w:right w:val="single" w:sz="4" w:space="0" w:color="000000"/>
            </w:tcBorders>
            <w:vAlign w:val="center"/>
          </w:tcPr>
          <w:p w14:paraId="71BA5DCE" w14:textId="77777777" w:rsidR="00820A4C" w:rsidRPr="00EB75F0" w:rsidRDefault="00820A4C" w:rsidP="00C32B29">
            <w:pPr>
              <w:pStyle w:val="TableText"/>
              <w:spacing w:before="48" w:after="48"/>
              <w:rPr>
                <w:color w:val="000000"/>
                <w:sz w:val="18"/>
              </w:rPr>
            </w:pPr>
            <w:r w:rsidRPr="00EB75F0">
              <w:rPr>
                <w:color w:val="000000"/>
                <w:sz w:val="18"/>
              </w:rPr>
              <w:t>1.07 (0.62, 1.88)</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15AD9B31" w14:textId="77777777" w:rsidR="00820A4C" w:rsidRPr="00EB75F0" w:rsidRDefault="00820A4C" w:rsidP="00C32B29">
            <w:pPr>
              <w:pStyle w:val="TableText"/>
              <w:spacing w:before="48" w:after="48"/>
              <w:rPr>
                <w:color w:val="000000"/>
                <w:sz w:val="18"/>
              </w:rPr>
            </w:pPr>
            <w:r w:rsidRPr="00EB75F0">
              <w:rPr>
                <w:color w:val="000000"/>
                <w:sz w:val="18"/>
              </w:rPr>
              <w:t>1.05 (0.42, 2.54)</w:t>
            </w:r>
          </w:p>
        </w:tc>
        <w:tc>
          <w:tcPr>
            <w:tcW w:w="999" w:type="pct"/>
            <w:tcBorders>
              <w:top w:val="single" w:sz="4" w:space="0" w:color="000000"/>
              <w:left w:val="single" w:sz="4" w:space="0" w:color="000000"/>
              <w:bottom w:val="single" w:sz="4" w:space="0" w:color="000000"/>
              <w:right w:val="single" w:sz="4" w:space="0" w:color="000000"/>
            </w:tcBorders>
            <w:vAlign w:val="center"/>
          </w:tcPr>
          <w:p w14:paraId="40275F86" w14:textId="77777777" w:rsidR="00820A4C" w:rsidRPr="00EB75F0" w:rsidRDefault="00820A4C" w:rsidP="00C32B29">
            <w:pPr>
              <w:pStyle w:val="TableText"/>
              <w:spacing w:before="48" w:after="48"/>
              <w:rPr>
                <w:color w:val="000000"/>
                <w:sz w:val="18"/>
              </w:rPr>
            </w:pPr>
            <w:r w:rsidRPr="00EB75F0">
              <w:rPr>
                <w:color w:val="000000"/>
                <w:sz w:val="18"/>
              </w:rPr>
              <w:t>1.08 (0.39, 2.81)</w:t>
            </w:r>
          </w:p>
        </w:tc>
        <w:tc>
          <w:tcPr>
            <w:tcW w:w="989" w:type="pct"/>
            <w:tcBorders>
              <w:top w:val="single" w:sz="4" w:space="0" w:color="000000"/>
              <w:left w:val="single" w:sz="4" w:space="0" w:color="000000"/>
              <w:bottom w:val="single" w:sz="4" w:space="0" w:color="000000"/>
              <w:right w:val="single" w:sz="4" w:space="0" w:color="000000"/>
            </w:tcBorders>
            <w:vAlign w:val="center"/>
          </w:tcPr>
          <w:p w14:paraId="41885E6A" w14:textId="77777777" w:rsidR="00820A4C" w:rsidRPr="00EB75F0" w:rsidRDefault="00820A4C" w:rsidP="00C32B29">
            <w:pPr>
              <w:pStyle w:val="TableText"/>
              <w:spacing w:before="48" w:after="48"/>
              <w:rPr>
                <w:color w:val="000000"/>
                <w:sz w:val="18"/>
              </w:rPr>
            </w:pPr>
            <w:r w:rsidRPr="00EB75F0">
              <w:rPr>
                <w:color w:val="000000"/>
                <w:sz w:val="18"/>
              </w:rPr>
              <w:t>1.35 (0.19, 8.17)</w:t>
            </w:r>
          </w:p>
        </w:tc>
      </w:tr>
      <w:tr w:rsidR="00820A4C" w:rsidRPr="00EB75F0" w14:paraId="23589921"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78DC652D" w14:textId="7C518573" w:rsidR="00820A4C" w:rsidRPr="00EB75F0" w:rsidRDefault="00EF2D91" w:rsidP="00C32B29">
            <w:pPr>
              <w:pStyle w:val="TableText"/>
              <w:spacing w:before="48" w:after="48"/>
              <w:rPr>
                <w:sz w:val="18"/>
              </w:rPr>
            </w:pPr>
            <w:proofErr w:type="spellStart"/>
            <w:r>
              <w:rPr>
                <w:color w:val="000000"/>
                <w:sz w:val="18"/>
              </w:rPr>
              <w:t>KarXT</w:t>
            </w:r>
            <w:proofErr w:type="spellEnd"/>
          </w:p>
        </w:tc>
        <w:tc>
          <w:tcPr>
            <w:tcW w:w="998" w:type="pct"/>
            <w:tcBorders>
              <w:top w:val="single" w:sz="4" w:space="0" w:color="000000"/>
              <w:left w:val="single" w:sz="4" w:space="0" w:color="000000"/>
              <w:bottom w:val="single" w:sz="4" w:space="0" w:color="000000"/>
              <w:right w:val="single" w:sz="4" w:space="0" w:color="000000"/>
            </w:tcBorders>
            <w:vAlign w:val="center"/>
          </w:tcPr>
          <w:p w14:paraId="3A22777E" w14:textId="77777777" w:rsidR="00820A4C" w:rsidRPr="00EB75F0" w:rsidRDefault="00820A4C" w:rsidP="00C32B29">
            <w:pPr>
              <w:pStyle w:val="TableText"/>
              <w:spacing w:before="48" w:after="48"/>
              <w:rPr>
                <w:color w:val="000000"/>
                <w:sz w:val="18"/>
              </w:rPr>
            </w:pPr>
            <w:r w:rsidRPr="00EB75F0">
              <w:rPr>
                <w:color w:val="000000"/>
                <w:sz w:val="18"/>
              </w:rPr>
              <w:t>1.00 (0.17, 5.83)</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574EF843" w14:textId="77777777" w:rsidR="00820A4C" w:rsidRPr="00EB75F0" w:rsidRDefault="00820A4C" w:rsidP="00C32B29">
            <w:pPr>
              <w:pStyle w:val="TableText"/>
              <w:spacing w:before="48" w:after="48"/>
              <w:rPr>
                <w:color w:val="000000"/>
                <w:sz w:val="18"/>
              </w:rPr>
            </w:pPr>
            <w:r w:rsidRPr="00EB75F0">
              <w:rPr>
                <w:color w:val="000000"/>
                <w:sz w:val="18"/>
              </w:rPr>
              <w:t>1.02 (0.14, 6.95)</w:t>
            </w:r>
          </w:p>
        </w:tc>
        <w:tc>
          <w:tcPr>
            <w:tcW w:w="999" w:type="pct"/>
            <w:tcBorders>
              <w:top w:val="single" w:sz="4" w:space="0" w:color="000000"/>
              <w:left w:val="single" w:sz="4" w:space="0" w:color="000000"/>
              <w:bottom w:val="single" w:sz="4" w:space="0" w:color="000000"/>
              <w:right w:val="single" w:sz="4" w:space="0" w:color="000000"/>
            </w:tcBorders>
            <w:vAlign w:val="center"/>
          </w:tcPr>
          <w:p w14:paraId="0B96F3DE" w14:textId="77777777" w:rsidR="00820A4C" w:rsidRPr="00EB75F0" w:rsidRDefault="00820A4C" w:rsidP="00C32B29">
            <w:pPr>
              <w:pStyle w:val="TableText"/>
              <w:spacing w:before="48" w:after="48"/>
              <w:rPr>
                <w:color w:val="000000"/>
                <w:sz w:val="18"/>
              </w:rPr>
            </w:pPr>
            <w:r w:rsidRPr="00EB75F0">
              <w:rPr>
                <w:color w:val="000000"/>
                <w:sz w:val="18"/>
              </w:rPr>
              <w:t>1.00 (0.14, 7.04)</w:t>
            </w:r>
          </w:p>
        </w:tc>
        <w:tc>
          <w:tcPr>
            <w:tcW w:w="989" w:type="pct"/>
            <w:tcBorders>
              <w:top w:val="single" w:sz="4" w:space="0" w:color="000000"/>
              <w:left w:val="single" w:sz="4" w:space="0" w:color="000000"/>
              <w:bottom w:val="single" w:sz="4" w:space="0" w:color="000000"/>
              <w:right w:val="single" w:sz="4" w:space="0" w:color="000000"/>
            </w:tcBorders>
            <w:vAlign w:val="center"/>
          </w:tcPr>
          <w:p w14:paraId="391630BD" w14:textId="77777777" w:rsidR="00820A4C" w:rsidRPr="00EB75F0" w:rsidRDefault="00820A4C" w:rsidP="00C32B29">
            <w:pPr>
              <w:pStyle w:val="TableText"/>
              <w:spacing w:before="48" w:after="48"/>
              <w:rPr>
                <w:color w:val="000000"/>
                <w:sz w:val="18"/>
              </w:rPr>
            </w:pPr>
            <w:r w:rsidRPr="00EB75F0">
              <w:rPr>
                <w:color w:val="000000"/>
                <w:sz w:val="18"/>
              </w:rPr>
              <w:t>0.99 (0.11, 9.18)</w:t>
            </w:r>
          </w:p>
        </w:tc>
      </w:tr>
      <w:tr w:rsidR="00820A4C" w:rsidRPr="00EB75F0" w14:paraId="4A7C89CB"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18F751FF" w14:textId="77777777" w:rsidR="00820A4C" w:rsidRPr="00EB75F0" w:rsidRDefault="00820A4C" w:rsidP="00C32B29">
            <w:pPr>
              <w:pStyle w:val="TableText"/>
              <w:spacing w:before="48" w:after="48"/>
              <w:rPr>
                <w:sz w:val="18"/>
              </w:rPr>
            </w:pPr>
            <w:proofErr w:type="spellStart"/>
            <w:r w:rsidRPr="00EB75F0">
              <w:rPr>
                <w:color w:val="000000"/>
                <w:sz w:val="18"/>
              </w:rPr>
              <w:t>Lumateperone</w:t>
            </w:r>
            <w:proofErr w:type="spellEnd"/>
          </w:p>
        </w:tc>
        <w:tc>
          <w:tcPr>
            <w:tcW w:w="998" w:type="pct"/>
            <w:tcBorders>
              <w:top w:val="single" w:sz="4" w:space="0" w:color="000000"/>
              <w:left w:val="single" w:sz="4" w:space="0" w:color="000000"/>
              <w:bottom w:val="single" w:sz="4" w:space="0" w:color="000000"/>
              <w:right w:val="single" w:sz="4" w:space="0" w:color="000000"/>
            </w:tcBorders>
            <w:vAlign w:val="center"/>
          </w:tcPr>
          <w:p w14:paraId="6311504B" w14:textId="77777777" w:rsidR="00820A4C" w:rsidRPr="00EB75F0" w:rsidRDefault="00820A4C" w:rsidP="00C32B29">
            <w:pPr>
              <w:pStyle w:val="TableText"/>
              <w:spacing w:before="48" w:after="48"/>
              <w:rPr>
                <w:b/>
                <w:color w:val="000000"/>
                <w:sz w:val="18"/>
              </w:rPr>
            </w:pPr>
            <w:r w:rsidRPr="00EB75F0">
              <w:rPr>
                <w:b/>
                <w:color w:val="000000"/>
                <w:sz w:val="18"/>
              </w:rPr>
              <w:t>2.63 (1.13, 6.65)</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2A4230FA" w14:textId="77777777" w:rsidR="00820A4C" w:rsidRPr="00EB75F0" w:rsidRDefault="00820A4C" w:rsidP="00C32B29">
            <w:pPr>
              <w:pStyle w:val="TableText"/>
              <w:spacing w:before="48" w:after="48"/>
              <w:rPr>
                <w:color w:val="000000"/>
                <w:sz w:val="18"/>
              </w:rPr>
            </w:pPr>
            <w:r w:rsidRPr="00EB75F0">
              <w:rPr>
                <w:color w:val="000000"/>
                <w:sz w:val="18"/>
              </w:rPr>
              <w:t>2.66 (0.67, 10.58)</w:t>
            </w:r>
          </w:p>
        </w:tc>
        <w:tc>
          <w:tcPr>
            <w:tcW w:w="999" w:type="pct"/>
            <w:tcBorders>
              <w:top w:val="single" w:sz="4" w:space="0" w:color="000000"/>
              <w:left w:val="single" w:sz="4" w:space="0" w:color="000000"/>
              <w:bottom w:val="single" w:sz="4" w:space="0" w:color="000000"/>
              <w:right w:val="single" w:sz="4" w:space="0" w:color="000000"/>
            </w:tcBorders>
            <w:vAlign w:val="center"/>
          </w:tcPr>
          <w:p w14:paraId="485DB798" w14:textId="77777777" w:rsidR="00820A4C" w:rsidRPr="00EB75F0" w:rsidRDefault="00820A4C" w:rsidP="00C32B29">
            <w:pPr>
              <w:pStyle w:val="TableText"/>
              <w:spacing w:before="48" w:after="48"/>
              <w:rPr>
                <w:color w:val="000000"/>
                <w:sz w:val="18"/>
              </w:rPr>
            </w:pPr>
            <w:r w:rsidRPr="00EB75F0">
              <w:rPr>
                <w:color w:val="000000"/>
                <w:sz w:val="18"/>
              </w:rPr>
              <w:t>2.64 (0.62, 11.59)</w:t>
            </w:r>
          </w:p>
        </w:tc>
        <w:tc>
          <w:tcPr>
            <w:tcW w:w="989" w:type="pct"/>
            <w:tcBorders>
              <w:top w:val="single" w:sz="4" w:space="0" w:color="000000"/>
              <w:left w:val="single" w:sz="4" w:space="0" w:color="000000"/>
              <w:bottom w:val="single" w:sz="4" w:space="0" w:color="000000"/>
              <w:right w:val="single" w:sz="4" w:space="0" w:color="000000"/>
            </w:tcBorders>
            <w:vAlign w:val="center"/>
          </w:tcPr>
          <w:p w14:paraId="4E5914B7" w14:textId="77777777" w:rsidR="00820A4C" w:rsidRPr="00EB75F0" w:rsidRDefault="00820A4C" w:rsidP="00C32B29">
            <w:pPr>
              <w:pStyle w:val="TableText"/>
              <w:spacing w:before="48" w:after="48"/>
              <w:rPr>
                <w:color w:val="000000"/>
                <w:sz w:val="18"/>
              </w:rPr>
            </w:pPr>
            <w:r w:rsidRPr="00EB75F0">
              <w:rPr>
                <w:color w:val="000000"/>
                <w:sz w:val="18"/>
              </w:rPr>
              <w:t>2.67 (0.34, 21.51)</w:t>
            </w:r>
          </w:p>
        </w:tc>
      </w:tr>
      <w:tr w:rsidR="00820A4C" w:rsidRPr="00EB75F0" w14:paraId="7967E92C"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26BF1E5E" w14:textId="77777777" w:rsidR="00820A4C" w:rsidRPr="00EB75F0" w:rsidRDefault="00820A4C" w:rsidP="00C32B29">
            <w:pPr>
              <w:pStyle w:val="TableText"/>
              <w:spacing w:before="48" w:after="48"/>
              <w:rPr>
                <w:sz w:val="18"/>
              </w:rPr>
            </w:pPr>
            <w:r w:rsidRPr="00EB75F0">
              <w:rPr>
                <w:color w:val="000000"/>
                <w:sz w:val="18"/>
              </w:rPr>
              <w:t>Olanzapine</w:t>
            </w:r>
          </w:p>
        </w:tc>
        <w:tc>
          <w:tcPr>
            <w:tcW w:w="998" w:type="pct"/>
            <w:tcBorders>
              <w:top w:val="single" w:sz="4" w:space="0" w:color="000000"/>
              <w:left w:val="single" w:sz="4" w:space="0" w:color="000000"/>
              <w:bottom w:val="single" w:sz="4" w:space="0" w:color="000000"/>
              <w:right w:val="single" w:sz="4" w:space="0" w:color="000000"/>
            </w:tcBorders>
            <w:vAlign w:val="center"/>
          </w:tcPr>
          <w:p w14:paraId="0CFCCC07" w14:textId="77777777" w:rsidR="00820A4C" w:rsidRPr="00EB75F0" w:rsidRDefault="00820A4C" w:rsidP="00C32B29">
            <w:pPr>
              <w:pStyle w:val="TableText"/>
              <w:spacing w:before="48" w:after="48"/>
              <w:rPr>
                <w:b/>
                <w:color w:val="000000"/>
                <w:sz w:val="18"/>
              </w:rPr>
            </w:pPr>
            <w:r w:rsidRPr="00EB75F0">
              <w:rPr>
                <w:b/>
                <w:color w:val="000000"/>
                <w:sz w:val="18"/>
              </w:rPr>
              <w:t>3.43 (1.71, 7.40)</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592BCDC8" w14:textId="77777777" w:rsidR="00820A4C" w:rsidRPr="00EB75F0" w:rsidRDefault="00820A4C" w:rsidP="00C32B29">
            <w:pPr>
              <w:pStyle w:val="TableText"/>
              <w:spacing w:before="48" w:after="48"/>
              <w:rPr>
                <w:b/>
                <w:color w:val="000000"/>
                <w:sz w:val="18"/>
              </w:rPr>
            </w:pPr>
            <w:r w:rsidRPr="00EB75F0">
              <w:rPr>
                <w:b/>
                <w:color w:val="000000"/>
                <w:sz w:val="18"/>
              </w:rPr>
              <w:t>3.49 (1.27, 10.28)</w:t>
            </w:r>
          </w:p>
        </w:tc>
        <w:tc>
          <w:tcPr>
            <w:tcW w:w="999" w:type="pct"/>
            <w:tcBorders>
              <w:top w:val="single" w:sz="4" w:space="0" w:color="000000"/>
              <w:left w:val="single" w:sz="4" w:space="0" w:color="000000"/>
              <w:bottom w:val="single" w:sz="4" w:space="0" w:color="000000"/>
              <w:right w:val="single" w:sz="4" w:space="0" w:color="000000"/>
            </w:tcBorders>
            <w:vAlign w:val="center"/>
          </w:tcPr>
          <w:p w14:paraId="00825610" w14:textId="77777777" w:rsidR="00820A4C" w:rsidRPr="00EB75F0" w:rsidRDefault="00820A4C" w:rsidP="00C32B29">
            <w:pPr>
              <w:pStyle w:val="TableText"/>
              <w:spacing w:before="48" w:after="48"/>
              <w:rPr>
                <w:b/>
                <w:color w:val="000000"/>
                <w:sz w:val="18"/>
              </w:rPr>
            </w:pPr>
            <w:r w:rsidRPr="00EB75F0">
              <w:rPr>
                <w:b/>
                <w:color w:val="000000"/>
                <w:sz w:val="18"/>
              </w:rPr>
              <w:t>3.44 (1.21, 11.17)</w:t>
            </w:r>
          </w:p>
        </w:tc>
        <w:tc>
          <w:tcPr>
            <w:tcW w:w="989" w:type="pct"/>
            <w:tcBorders>
              <w:top w:val="single" w:sz="4" w:space="0" w:color="000000"/>
              <w:left w:val="single" w:sz="4" w:space="0" w:color="000000"/>
              <w:bottom w:val="single" w:sz="4" w:space="0" w:color="000000"/>
              <w:right w:val="single" w:sz="4" w:space="0" w:color="000000"/>
            </w:tcBorders>
            <w:vAlign w:val="center"/>
          </w:tcPr>
          <w:p w14:paraId="232C6693" w14:textId="77777777" w:rsidR="00820A4C" w:rsidRPr="00EB75F0" w:rsidRDefault="00820A4C" w:rsidP="00C32B29">
            <w:pPr>
              <w:pStyle w:val="TableText"/>
              <w:spacing w:before="48" w:after="48"/>
              <w:rPr>
                <w:color w:val="000000"/>
                <w:sz w:val="18"/>
              </w:rPr>
            </w:pPr>
            <w:r w:rsidRPr="00EB75F0">
              <w:rPr>
                <w:color w:val="000000"/>
                <w:sz w:val="18"/>
              </w:rPr>
              <w:t>5.23 (0.62, 51.77)</w:t>
            </w:r>
          </w:p>
        </w:tc>
      </w:tr>
      <w:tr w:rsidR="00820A4C" w:rsidRPr="00EB75F0" w14:paraId="2E4359FC"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2269252D" w14:textId="77777777" w:rsidR="00820A4C" w:rsidRPr="00EB75F0" w:rsidRDefault="00820A4C" w:rsidP="00C32B29">
            <w:pPr>
              <w:pStyle w:val="TableText"/>
              <w:spacing w:before="48" w:after="48"/>
              <w:rPr>
                <w:sz w:val="18"/>
              </w:rPr>
            </w:pPr>
            <w:r w:rsidRPr="00EB75F0">
              <w:rPr>
                <w:color w:val="000000"/>
                <w:sz w:val="18"/>
              </w:rPr>
              <w:t>Quetiapine</w:t>
            </w:r>
          </w:p>
        </w:tc>
        <w:tc>
          <w:tcPr>
            <w:tcW w:w="998" w:type="pct"/>
            <w:tcBorders>
              <w:top w:val="single" w:sz="4" w:space="0" w:color="000000"/>
              <w:left w:val="single" w:sz="4" w:space="0" w:color="000000"/>
              <w:bottom w:val="single" w:sz="4" w:space="0" w:color="000000"/>
              <w:right w:val="single" w:sz="4" w:space="0" w:color="000000"/>
            </w:tcBorders>
            <w:vAlign w:val="center"/>
          </w:tcPr>
          <w:p w14:paraId="36C3E5AC" w14:textId="77777777" w:rsidR="00820A4C" w:rsidRPr="00EB75F0" w:rsidRDefault="00820A4C" w:rsidP="00C32B29">
            <w:pPr>
              <w:pStyle w:val="TableText"/>
              <w:spacing w:before="48" w:after="48"/>
              <w:rPr>
                <w:b/>
                <w:color w:val="000000"/>
                <w:sz w:val="18"/>
              </w:rPr>
            </w:pPr>
            <w:r w:rsidRPr="00EB75F0">
              <w:rPr>
                <w:b/>
                <w:color w:val="000000"/>
                <w:sz w:val="18"/>
              </w:rPr>
              <w:t>2.47 (1.33, 4.96)</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144EC56A" w14:textId="77777777" w:rsidR="00820A4C" w:rsidRPr="00EB75F0" w:rsidRDefault="00820A4C" w:rsidP="00C32B29">
            <w:pPr>
              <w:pStyle w:val="TableText"/>
              <w:spacing w:before="48" w:after="48"/>
              <w:rPr>
                <w:b/>
                <w:color w:val="000000"/>
                <w:sz w:val="18"/>
              </w:rPr>
            </w:pPr>
            <w:r w:rsidRPr="00EB75F0">
              <w:rPr>
                <w:b/>
                <w:color w:val="000000"/>
                <w:sz w:val="18"/>
              </w:rPr>
              <w:t>2.54 (1.00, 7.24)</w:t>
            </w:r>
          </w:p>
        </w:tc>
        <w:tc>
          <w:tcPr>
            <w:tcW w:w="999" w:type="pct"/>
            <w:tcBorders>
              <w:top w:val="single" w:sz="4" w:space="0" w:color="000000"/>
              <w:left w:val="single" w:sz="4" w:space="0" w:color="000000"/>
              <w:bottom w:val="single" w:sz="4" w:space="0" w:color="000000"/>
              <w:right w:val="single" w:sz="4" w:space="0" w:color="000000"/>
            </w:tcBorders>
            <w:vAlign w:val="center"/>
          </w:tcPr>
          <w:p w14:paraId="2CF82363" w14:textId="77777777" w:rsidR="00820A4C" w:rsidRPr="00EB75F0" w:rsidRDefault="00820A4C" w:rsidP="00C32B29">
            <w:pPr>
              <w:pStyle w:val="TableText"/>
              <w:spacing w:before="48" w:after="48"/>
              <w:rPr>
                <w:color w:val="000000"/>
                <w:sz w:val="18"/>
              </w:rPr>
            </w:pPr>
            <w:r w:rsidRPr="00EB75F0">
              <w:rPr>
                <w:color w:val="000000"/>
                <w:sz w:val="18"/>
              </w:rPr>
              <w:t>2.58 (0.97, 7.68)</w:t>
            </w:r>
          </w:p>
        </w:tc>
        <w:tc>
          <w:tcPr>
            <w:tcW w:w="989" w:type="pct"/>
            <w:tcBorders>
              <w:top w:val="single" w:sz="4" w:space="0" w:color="000000"/>
              <w:left w:val="single" w:sz="4" w:space="0" w:color="000000"/>
              <w:bottom w:val="single" w:sz="4" w:space="0" w:color="000000"/>
              <w:right w:val="single" w:sz="4" w:space="0" w:color="000000"/>
            </w:tcBorders>
            <w:vAlign w:val="center"/>
          </w:tcPr>
          <w:p w14:paraId="4672696D" w14:textId="77777777" w:rsidR="00820A4C" w:rsidRPr="00EB75F0" w:rsidRDefault="00820A4C" w:rsidP="00C32B29">
            <w:pPr>
              <w:pStyle w:val="TableText"/>
              <w:spacing w:before="48" w:after="48"/>
              <w:rPr>
                <w:color w:val="000000"/>
                <w:sz w:val="18"/>
              </w:rPr>
            </w:pPr>
            <w:r w:rsidRPr="00EB75F0">
              <w:rPr>
                <w:color w:val="000000"/>
                <w:sz w:val="18"/>
              </w:rPr>
              <w:t>3.25 (0.47, 25.71)</w:t>
            </w:r>
          </w:p>
        </w:tc>
      </w:tr>
      <w:tr w:rsidR="00820A4C" w:rsidRPr="00EB75F0" w14:paraId="73BDA664"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68DFD4C9" w14:textId="77777777" w:rsidR="00820A4C" w:rsidRPr="00EB75F0" w:rsidRDefault="00820A4C" w:rsidP="00C32B29">
            <w:pPr>
              <w:pStyle w:val="TableText"/>
              <w:spacing w:before="48" w:after="48"/>
              <w:rPr>
                <w:sz w:val="18"/>
              </w:rPr>
            </w:pPr>
            <w:r w:rsidRPr="00EB75F0">
              <w:rPr>
                <w:color w:val="000000"/>
                <w:sz w:val="18"/>
              </w:rPr>
              <w:t>Risperidone</w:t>
            </w:r>
          </w:p>
        </w:tc>
        <w:tc>
          <w:tcPr>
            <w:tcW w:w="998" w:type="pct"/>
            <w:tcBorders>
              <w:top w:val="single" w:sz="4" w:space="0" w:color="000000"/>
              <w:left w:val="single" w:sz="4" w:space="0" w:color="000000"/>
              <w:bottom w:val="single" w:sz="4" w:space="0" w:color="000000"/>
              <w:right w:val="single" w:sz="4" w:space="0" w:color="000000"/>
            </w:tcBorders>
            <w:vAlign w:val="center"/>
          </w:tcPr>
          <w:p w14:paraId="6DF324B8" w14:textId="77777777" w:rsidR="00820A4C" w:rsidRPr="00EB75F0" w:rsidRDefault="00820A4C" w:rsidP="00C32B29">
            <w:pPr>
              <w:pStyle w:val="TableText"/>
              <w:spacing w:before="48" w:after="48"/>
              <w:rPr>
                <w:b/>
                <w:color w:val="000000"/>
                <w:sz w:val="18"/>
              </w:rPr>
            </w:pPr>
            <w:r w:rsidRPr="00EB75F0">
              <w:rPr>
                <w:b/>
                <w:color w:val="000000"/>
                <w:sz w:val="18"/>
              </w:rPr>
              <w:t>2.18 (1.21, 3.93)</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23D490CB" w14:textId="77777777" w:rsidR="00820A4C" w:rsidRPr="00EB75F0" w:rsidRDefault="00820A4C" w:rsidP="00C32B29">
            <w:pPr>
              <w:pStyle w:val="TableText"/>
              <w:spacing w:before="48" w:after="48"/>
              <w:rPr>
                <w:color w:val="000000"/>
                <w:sz w:val="18"/>
              </w:rPr>
            </w:pPr>
            <w:r w:rsidRPr="00EB75F0">
              <w:rPr>
                <w:color w:val="000000"/>
                <w:sz w:val="18"/>
              </w:rPr>
              <w:t>2.10 (0.91, 4.61)</w:t>
            </w:r>
          </w:p>
        </w:tc>
        <w:tc>
          <w:tcPr>
            <w:tcW w:w="999" w:type="pct"/>
            <w:tcBorders>
              <w:top w:val="single" w:sz="4" w:space="0" w:color="000000"/>
              <w:left w:val="single" w:sz="4" w:space="0" w:color="000000"/>
              <w:bottom w:val="single" w:sz="4" w:space="0" w:color="000000"/>
              <w:right w:val="single" w:sz="4" w:space="0" w:color="000000"/>
            </w:tcBorders>
            <w:vAlign w:val="center"/>
          </w:tcPr>
          <w:p w14:paraId="2CC38F98" w14:textId="77777777" w:rsidR="00820A4C" w:rsidRPr="00EB75F0" w:rsidRDefault="00820A4C" w:rsidP="00C32B29">
            <w:pPr>
              <w:pStyle w:val="TableText"/>
              <w:spacing w:before="48" w:after="48"/>
              <w:rPr>
                <w:color w:val="000000"/>
                <w:sz w:val="18"/>
              </w:rPr>
            </w:pPr>
            <w:r w:rsidRPr="00EB75F0">
              <w:rPr>
                <w:color w:val="000000"/>
                <w:sz w:val="18"/>
              </w:rPr>
              <w:t>2.27 (0.87, 5.50)</w:t>
            </w:r>
          </w:p>
        </w:tc>
        <w:tc>
          <w:tcPr>
            <w:tcW w:w="989" w:type="pct"/>
            <w:tcBorders>
              <w:top w:val="single" w:sz="4" w:space="0" w:color="000000"/>
              <w:left w:val="single" w:sz="4" w:space="0" w:color="000000"/>
              <w:bottom w:val="single" w:sz="4" w:space="0" w:color="000000"/>
              <w:right w:val="single" w:sz="4" w:space="0" w:color="000000"/>
            </w:tcBorders>
            <w:vAlign w:val="center"/>
          </w:tcPr>
          <w:p w14:paraId="65687782" w14:textId="77777777" w:rsidR="00820A4C" w:rsidRPr="00EB75F0" w:rsidRDefault="00820A4C" w:rsidP="00C32B29">
            <w:pPr>
              <w:pStyle w:val="TableText"/>
              <w:spacing w:before="48" w:after="48"/>
              <w:rPr>
                <w:color w:val="000000"/>
                <w:sz w:val="18"/>
              </w:rPr>
            </w:pPr>
            <w:r w:rsidRPr="00EB75F0">
              <w:rPr>
                <w:color w:val="000000"/>
                <w:sz w:val="18"/>
              </w:rPr>
              <w:t>2.25 (0.65, 6.27)</w:t>
            </w:r>
          </w:p>
        </w:tc>
      </w:tr>
      <w:tr w:rsidR="00820A4C" w:rsidRPr="00EB75F0" w14:paraId="1246B05C"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shd w:val="clear" w:color="auto" w:fill="001B2B"/>
            <w:vAlign w:val="center"/>
          </w:tcPr>
          <w:p w14:paraId="4DA5474F" w14:textId="77777777" w:rsidR="00820A4C" w:rsidRPr="00EB75F0" w:rsidRDefault="00820A4C" w:rsidP="00C32B29">
            <w:pPr>
              <w:pStyle w:val="TableText"/>
              <w:spacing w:before="48" w:after="48"/>
              <w:rPr>
                <w:color w:val="FFFFFF"/>
                <w:sz w:val="18"/>
              </w:rPr>
            </w:pPr>
            <w:r w:rsidRPr="00EB75F0">
              <w:rPr>
                <w:color w:val="FFFFFF"/>
                <w:sz w:val="18"/>
              </w:rPr>
              <w:t>Comparator</w:t>
            </w:r>
          </w:p>
        </w:tc>
        <w:tc>
          <w:tcPr>
            <w:tcW w:w="3999" w:type="pct"/>
            <w:gridSpan w:val="4"/>
            <w:tcBorders>
              <w:top w:val="single" w:sz="4" w:space="0" w:color="000000"/>
              <w:left w:val="single" w:sz="4" w:space="0" w:color="000000"/>
              <w:bottom w:val="single" w:sz="4" w:space="0" w:color="000000"/>
              <w:right w:val="single" w:sz="4" w:space="0" w:color="000000"/>
            </w:tcBorders>
            <w:shd w:val="clear" w:color="auto" w:fill="001B2B"/>
            <w:vAlign w:val="center"/>
          </w:tcPr>
          <w:p w14:paraId="58AD7AA3" w14:textId="790280D7" w:rsidR="00820A4C" w:rsidRPr="00EB75F0" w:rsidRDefault="00820A4C" w:rsidP="00C32B29">
            <w:pPr>
              <w:pStyle w:val="TableText"/>
              <w:spacing w:before="48" w:after="48"/>
              <w:rPr>
                <w:color w:val="FFFFFF"/>
                <w:sz w:val="18"/>
              </w:rPr>
            </w:pPr>
            <w:r w:rsidRPr="00EB75F0">
              <w:rPr>
                <w:color w:val="FFFFFF"/>
                <w:sz w:val="18"/>
              </w:rPr>
              <w:t xml:space="preserve">OR </w:t>
            </w:r>
            <w:proofErr w:type="spellStart"/>
            <w:r w:rsidR="00EF2D91">
              <w:rPr>
                <w:color w:val="FFFFFF"/>
                <w:sz w:val="18"/>
              </w:rPr>
              <w:t>KarXT</w:t>
            </w:r>
            <w:proofErr w:type="spellEnd"/>
            <w:r w:rsidRPr="00EB75F0">
              <w:rPr>
                <w:color w:val="FFFFFF"/>
                <w:sz w:val="18"/>
              </w:rPr>
              <w:t xml:space="preserve"> vs Comparator (95% </w:t>
            </w:r>
            <w:proofErr w:type="spellStart"/>
            <w:r w:rsidRPr="00EB75F0">
              <w:rPr>
                <w:color w:val="FFFFFF"/>
                <w:sz w:val="18"/>
              </w:rPr>
              <w:t>CrI</w:t>
            </w:r>
            <w:proofErr w:type="spellEnd"/>
            <w:r w:rsidRPr="00EB75F0">
              <w:rPr>
                <w:color w:val="FFFFFF"/>
                <w:sz w:val="18"/>
              </w:rPr>
              <w:t>)</w:t>
            </w:r>
          </w:p>
        </w:tc>
      </w:tr>
      <w:tr w:rsidR="00820A4C" w:rsidRPr="00EB75F0" w14:paraId="038ECABA"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3CE8778A" w14:textId="77777777" w:rsidR="00820A4C" w:rsidRPr="00EB75F0" w:rsidRDefault="00820A4C" w:rsidP="00C32B29">
            <w:pPr>
              <w:pStyle w:val="TableText"/>
              <w:spacing w:before="48" w:after="48"/>
              <w:rPr>
                <w:sz w:val="18"/>
              </w:rPr>
            </w:pPr>
            <w:r w:rsidRPr="00EB75F0">
              <w:rPr>
                <w:color w:val="000000"/>
                <w:sz w:val="18"/>
              </w:rPr>
              <w:t>Aripiprazole</w:t>
            </w:r>
          </w:p>
        </w:tc>
        <w:tc>
          <w:tcPr>
            <w:tcW w:w="998" w:type="pct"/>
            <w:tcBorders>
              <w:top w:val="single" w:sz="4" w:space="0" w:color="000000"/>
              <w:left w:val="single" w:sz="4" w:space="0" w:color="000000"/>
              <w:bottom w:val="single" w:sz="4" w:space="0" w:color="000000"/>
              <w:right w:val="single" w:sz="4" w:space="0" w:color="000000"/>
            </w:tcBorders>
            <w:vAlign w:val="center"/>
          </w:tcPr>
          <w:p w14:paraId="3D3EB2DD" w14:textId="77777777" w:rsidR="00820A4C" w:rsidRPr="00EB75F0" w:rsidRDefault="00820A4C" w:rsidP="00C32B29">
            <w:pPr>
              <w:pStyle w:val="TableText"/>
              <w:spacing w:before="48" w:after="48"/>
              <w:rPr>
                <w:color w:val="000000"/>
                <w:sz w:val="18"/>
              </w:rPr>
            </w:pPr>
            <w:r w:rsidRPr="00EB75F0">
              <w:rPr>
                <w:color w:val="000000"/>
                <w:sz w:val="18"/>
              </w:rPr>
              <w:t>0.17 (0.01, 1.85)</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296097F0" w14:textId="77777777" w:rsidR="00820A4C" w:rsidRPr="00EB75F0" w:rsidRDefault="00820A4C" w:rsidP="00C32B29">
            <w:pPr>
              <w:pStyle w:val="TableText"/>
              <w:spacing w:before="48" w:after="48"/>
              <w:rPr>
                <w:color w:val="000000"/>
                <w:sz w:val="18"/>
              </w:rPr>
            </w:pPr>
            <w:r w:rsidRPr="00EB75F0">
              <w:rPr>
                <w:color w:val="000000"/>
                <w:sz w:val="18"/>
              </w:rPr>
              <w:t>0.16 (0.01, 2.06)</w:t>
            </w:r>
          </w:p>
        </w:tc>
        <w:tc>
          <w:tcPr>
            <w:tcW w:w="999" w:type="pct"/>
            <w:tcBorders>
              <w:top w:val="single" w:sz="4" w:space="0" w:color="000000"/>
              <w:left w:val="single" w:sz="4" w:space="0" w:color="000000"/>
              <w:bottom w:val="single" w:sz="4" w:space="0" w:color="000000"/>
              <w:right w:val="single" w:sz="4" w:space="0" w:color="000000"/>
            </w:tcBorders>
            <w:vAlign w:val="center"/>
          </w:tcPr>
          <w:p w14:paraId="79B188E2" w14:textId="77777777" w:rsidR="00820A4C" w:rsidRPr="00EB75F0" w:rsidRDefault="00820A4C" w:rsidP="00C32B29">
            <w:pPr>
              <w:pStyle w:val="TableText"/>
              <w:spacing w:before="48" w:after="48"/>
              <w:rPr>
                <w:color w:val="000000"/>
                <w:sz w:val="18"/>
              </w:rPr>
            </w:pPr>
            <w:r w:rsidRPr="00EB75F0">
              <w:rPr>
                <w:color w:val="000000"/>
                <w:sz w:val="18"/>
              </w:rPr>
              <w:t>0.14 (0.01, 2.02)</w:t>
            </w:r>
          </w:p>
        </w:tc>
        <w:tc>
          <w:tcPr>
            <w:tcW w:w="989" w:type="pct"/>
            <w:tcBorders>
              <w:top w:val="single" w:sz="4" w:space="0" w:color="000000"/>
              <w:left w:val="single" w:sz="4" w:space="0" w:color="000000"/>
              <w:bottom w:val="single" w:sz="4" w:space="0" w:color="000000"/>
              <w:right w:val="single" w:sz="4" w:space="0" w:color="000000"/>
            </w:tcBorders>
            <w:vAlign w:val="center"/>
          </w:tcPr>
          <w:p w14:paraId="2ADD36DF" w14:textId="77777777" w:rsidR="00820A4C" w:rsidRPr="00EB75F0" w:rsidRDefault="00820A4C" w:rsidP="00C32B29">
            <w:pPr>
              <w:pStyle w:val="TableText"/>
              <w:spacing w:before="48" w:after="48"/>
              <w:rPr>
                <w:color w:val="000000"/>
                <w:sz w:val="18"/>
              </w:rPr>
            </w:pPr>
            <w:r w:rsidRPr="00EB75F0">
              <w:rPr>
                <w:color w:val="000000"/>
                <w:sz w:val="18"/>
              </w:rPr>
              <w:t>0.12 (0.00, 2.44)</w:t>
            </w:r>
          </w:p>
        </w:tc>
      </w:tr>
      <w:tr w:rsidR="00820A4C" w:rsidRPr="00EB75F0" w14:paraId="3CCD7195"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18040083" w14:textId="77777777" w:rsidR="00820A4C" w:rsidRPr="00EB75F0" w:rsidRDefault="00820A4C" w:rsidP="00C32B29">
            <w:pPr>
              <w:pStyle w:val="TableText"/>
              <w:spacing w:before="48" w:after="48"/>
              <w:rPr>
                <w:sz w:val="18"/>
              </w:rPr>
            </w:pPr>
            <w:proofErr w:type="spellStart"/>
            <w:r w:rsidRPr="00EB75F0">
              <w:rPr>
                <w:color w:val="000000"/>
                <w:sz w:val="18"/>
              </w:rPr>
              <w:t>Brexpiprazole</w:t>
            </w:r>
            <w:proofErr w:type="spellEnd"/>
          </w:p>
        </w:tc>
        <w:tc>
          <w:tcPr>
            <w:tcW w:w="998" w:type="pct"/>
            <w:tcBorders>
              <w:top w:val="single" w:sz="4" w:space="0" w:color="000000"/>
              <w:left w:val="single" w:sz="4" w:space="0" w:color="000000"/>
              <w:bottom w:val="single" w:sz="4" w:space="0" w:color="000000"/>
              <w:right w:val="single" w:sz="4" w:space="0" w:color="000000"/>
            </w:tcBorders>
            <w:vAlign w:val="center"/>
          </w:tcPr>
          <w:p w14:paraId="6C946B3E" w14:textId="77777777" w:rsidR="00820A4C" w:rsidRPr="00EB75F0" w:rsidRDefault="00820A4C" w:rsidP="00C32B29">
            <w:pPr>
              <w:pStyle w:val="TableText"/>
              <w:spacing w:before="48" w:after="48"/>
              <w:rPr>
                <w:color w:val="000000"/>
                <w:sz w:val="18"/>
              </w:rPr>
            </w:pPr>
            <w:r w:rsidRPr="00EB75F0">
              <w:rPr>
                <w:color w:val="000000"/>
                <w:sz w:val="18"/>
              </w:rPr>
              <w:t>0.49 (0.07, 3.30)</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14E31892" w14:textId="77777777" w:rsidR="00820A4C" w:rsidRPr="00EB75F0" w:rsidRDefault="00820A4C" w:rsidP="00C32B29">
            <w:pPr>
              <w:pStyle w:val="TableText"/>
              <w:spacing w:before="48" w:after="48"/>
              <w:rPr>
                <w:color w:val="000000"/>
                <w:sz w:val="18"/>
              </w:rPr>
            </w:pPr>
            <w:r w:rsidRPr="00EB75F0">
              <w:rPr>
                <w:color w:val="000000"/>
                <w:sz w:val="18"/>
              </w:rPr>
              <w:t>0.45 (0.04, 3.75)</w:t>
            </w:r>
          </w:p>
        </w:tc>
        <w:tc>
          <w:tcPr>
            <w:tcW w:w="999" w:type="pct"/>
            <w:tcBorders>
              <w:top w:val="single" w:sz="4" w:space="0" w:color="000000"/>
              <w:left w:val="single" w:sz="4" w:space="0" w:color="000000"/>
              <w:bottom w:val="single" w:sz="4" w:space="0" w:color="000000"/>
              <w:right w:val="single" w:sz="4" w:space="0" w:color="000000"/>
            </w:tcBorders>
            <w:vAlign w:val="center"/>
          </w:tcPr>
          <w:p w14:paraId="67325401" w14:textId="77777777" w:rsidR="00820A4C" w:rsidRPr="00EB75F0" w:rsidRDefault="00820A4C" w:rsidP="00C32B29">
            <w:pPr>
              <w:pStyle w:val="TableText"/>
              <w:spacing w:before="48" w:after="48"/>
              <w:rPr>
                <w:color w:val="000000"/>
                <w:sz w:val="18"/>
              </w:rPr>
            </w:pPr>
            <w:r w:rsidRPr="00EB75F0">
              <w:rPr>
                <w:color w:val="000000"/>
                <w:sz w:val="18"/>
              </w:rPr>
              <w:t>0.43 (0.04, 3.66)</w:t>
            </w:r>
          </w:p>
        </w:tc>
        <w:tc>
          <w:tcPr>
            <w:tcW w:w="989" w:type="pct"/>
            <w:tcBorders>
              <w:top w:val="single" w:sz="4" w:space="0" w:color="000000"/>
              <w:left w:val="single" w:sz="4" w:space="0" w:color="000000"/>
              <w:bottom w:val="single" w:sz="4" w:space="0" w:color="000000"/>
              <w:right w:val="single" w:sz="4" w:space="0" w:color="000000"/>
            </w:tcBorders>
            <w:vAlign w:val="center"/>
          </w:tcPr>
          <w:p w14:paraId="10CDA8B2" w14:textId="77777777" w:rsidR="00820A4C" w:rsidRPr="00EB75F0" w:rsidRDefault="00820A4C" w:rsidP="00C32B29">
            <w:pPr>
              <w:pStyle w:val="TableText"/>
              <w:spacing w:before="48" w:after="48"/>
              <w:rPr>
                <w:color w:val="000000"/>
                <w:sz w:val="18"/>
              </w:rPr>
            </w:pPr>
            <w:r w:rsidRPr="00EB75F0">
              <w:rPr>
                <w:color w:val="000000"/>
                <w:sz w:val="18"/>
              </w:rPr>
              <w:t>0.37 (0.02, 4.60)</w:t>
            </w:r>
          </w:p>
        </w:tc>
      </w:tr>
      <w:tr w:rsidR="00820A4C" w:rsidRPr="00EB75F0" w14:paraId="5F6A0739"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308B2E75" w14:textId="77777777" w:rsidR="00820A4C" w:rsidRPr="00EB75F0" w:rsidRDefault="00820A4C" w:rsidP="00C32B29">
            <w:pPr>
              <w:pStyle w:val="TableText"/>
              <w:spacing w:before="48" w:after="48"/>
              <w:rPr>
                <w:sz w:val="18"/>
              </w:rPr>
            </w:pPr>
            <w:proofErr w:type="spellStart"/>
            <w:r w:rsidRPr="00EB75F0">
              <w:rPr>
                <w:color w:val="000000"/>
                <w:sz w:val="18"/>
              </w:rPr>
              <w:t>Cariprazine</w:t>
            </w:r>
            <w:proofErr w:type="spellEnd"/>
          </w:p>
        </w:tc>
        <w:tc>
          <w:tcPr>
            <w:tcW w:w="998" w:type="pct"/>
            <w:tcBorders>
              <w:top w:val="single" w:sz="4" w:space="0" w:color="000000"/>
              <w:left w:val="single" w:sz="4" w:space="0" w:color="000000"/>
              <w:bottom w:val="single" w:sz="4" w:space="0" w:color="000000"/>
              <w:right w:val="single" w:sz="4" w:space="0" w:color="000000"/>
            </w:tcBorders>
            <w:vAlign w:val="center"/>
          </w:tcPr>
          <w:p w14:paraId="6682035C" w14:textId="77777777" w:rsidR="00820A4C" w:rsidRPr="00EB75F0" w:rsidRDefault="00820A4C" w:rsidP="00C32B29">
            <w:pPr>
              <w:pStyle w:val="TableText"/>
              <w:spacing w:before="48" w:after="48"/>
              <w:rPr>
                <w:color w:val="000000"/>
                <w:sz w:val="18"/>
              </w:rPr>
            </w:pPr>
            <w:r w:rsidRPr="00EB75F0">
              <w:rPr>
                <w:color w:val="000000"/>
                <w:sz w:val="18"/>
              </w:rPr>
              <w:t>0.93 (0.15, 5.89)</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24C7DDDB" w14:textId="77777777" w:rsidR="00820A4C" w:rsidRPr="00EB75F0" w:rsidRDefault="00820A4C" w:rsidP="00C32B29">
            <w:pPr>
              <w:pStyle w:val="TableText"/>
              <w:spacing w:before="48" w:after="48"/>
              <w:rPr>
                <w:color w:val="000000"/>
                <w:sz w:val="18"/>
              </w:rPr>
            </w:pPr>
            <w:r w:rsidRPr="00EB75F0">
              <w:rPr>
                <w:color w:val="000000"/>
                <w:sz w:val="18"/>
              </w:rPr>
              <w:t>0.99 (0.11, 8.06)</w:t>
            </w:r>
          </w:p>
        </w:tc>
        <w:tc>
          <w:tcPr>
            <w:tcW w:w="999" w:type="pct"/>
            <w:tcBorders>
              <w:top w:val="single" w:sz="4" w:space="0" w:color="000000"/>
              <w:left w:val="single" w:sz="4" w:space="0" w:color="000000"/>
              <w:bottom w:val="single" w:sz="4" w:space="0" w:color="000000"/>
              <w:right w:val="single" w:sz="4" w:space="0" w:color="000000"/>
            </w:tcBorders>
            <w:vAlign w:val="center"/>
          </w:tcPr>
          <w:p w14:paraId="2296D096" w14:textId="77777777" w:rsidR="00820A4C" w:rsidRPr="00EB75F0" w:rsidRDefault="00820A4C" w:rsidP="00C32B29">
            <w:pPr>
              <w:pStyle w:val="TableText"/>
              <w:spacing w:before="48" w:after="48"/>
              <w:rPr>
                <w:color w:val="000000"/>
                <w:sz w:val="18"/>
              </w:rPr>
            </w:pPr>
            <w:r w:rsidRPr="00EB75F0">
              <w:rPr>
                <w:color w:val="000000"/>
                <w:sz w:val="18"/>
              </w:rPr>
              <w:t>0.93 (0.10, 8.53)</w:t>
            </w:r>
          </w:p>
        </w:tc>
        <w:tc>
          <w:tcPr>
            <w:tcW w:w="989" w:type="pct"/>
            <w:tcBorders>
              <w:top w:val="single" w:sz="4" w:space="0" w:color="000000"/>
              <w:left w:val="single" w:sz="4" w:space="0" w:color="000000"/>
              <w:bottom w:val="single" w:sz="4" w:space="0" w:color="000000"/>
              <w:right w:val="single" w:sz="4" w:space="0" w:color="000000"/>
            </w:tcBorders>
            <w:vAlign w:val="center"/>
          </w:tcPr>
          <w:p w14:paraId="0ECCBC8C" w14:textId="77777777" w:rsidR="00820A4C" w:rsidRPr="00EB75F0" w:rsidRDefault="00820A4C" w:rsidP="00C32B29">
            <w:pPr>
              <w:pStyle w:val="TableText"/>
              <w:spacing w:before="48" w:after="48"/>
              <w:rPr>
                <w:color w:val="000000"/>
                <w:sz w:val="18"/>
              </w:rPr>
            </w:pPr>
            <w:r w:rsidRPr="00EB75F0">
              <w:rPr>
                <w:color w:val="000000"/>
                <w:sz w:val="18"/>
              </w:rPr>
              <w:t>0.74 (0.05, 13.95)</w:t>
            </w:r>
          </w:p>
        </w:tc>
      </w:tr>
      <w:tr w:rsidR="00820A4C" w:rsidRPr="00EB75F0" w14:paraId="0069F36E"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01A3F0AD" w14:textId="77777777" w:rsidR="00820A4C" w:rsidRPr="00EB75F0" w:rsidRDefault="00820A4C" w:rsidP="00C32B29">
            <w:pPr>
              <w:pStyle w:val="TableText"/>
              <w:spacing w:before="48" w:after="48"/>
              <w:rPr>
                <w:sz w:val="18"/>
              </w:rPr>
            </w:pPr>
            <w:proofErr w:type="spellStart"/>
            <w:r w:rsidRPr="00EB75F0">
              <w:rPr>
                <w:color w:val="000000"/>
                <w:sz w:val="18"/>
              </w:rPr>
              <w:t>Lumateperone</w:t>
            </w:r>
            <w:proofErr w:type="spellEnd"/>
          </w:p>
        </w:tc>
        <w:tc>
          <w:tcPr>
            <w:tcW w:w="998" w:type="pct"/>
            <w:tcBorders>
              <w:top w:val="single" w:sz="4" w:space="0" w:color="000000"/>
              <w:left w:val="single" w:sz="4" w:space="0" w:color="000000"/>
              <w:bottom w:val="single" w:sz="4" w:space="0" w:color="000000"/>
              <w:right w:val="single" w:sz="4" w:space="0" w:color="000000"/>
            </w:tcBorders>
            <w:vAlign w:val="center"/>
          </w:tcPr>
          <w:p w14:paraId="0954BD98" w14:textId="77777777" w:rsidR="00820A4C" w:rsidRPr="00EB75F0" w:rsidRDefault="00820A4C" w:rsidP="00C32B29">
            <w:pPr>
              <w:pStyle w:val="TableText"/>
              <w:spacing w:before="48" w:after="48"/>
              <w:rPr>
                <w:color w:val="000000"/>
                <w:sz w:val="18"/>
              </w:rPr>
            </w:pPr>
            <w:r w:rsidRPr="00EB75F0">
              <w:rPr>
                <w:color w:val="000000"/>
                <w:sz w:val="18"/>
              </w:rPr>
              <w:t>0.38 (0.05, 2.67)</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12FA3229" w14:textId="77777777" w:rsidR="00820A4C" w:rsidRPr="00EB75F0" w:rsidRDefault="00820A4C" w:rsidP="00C32B29">
            <w:pPr>
              <w:pStyle w:val="TableText"/>
              <w:spacing w:before="48" w:after="48"/>
              <w:rPr>
                <w:color w:val="000000"/>
                <w:sz w:val="18"/>
              </w:rPr>
            </w:pPr>
            <w:r w:rsidRPr="00EB75F0">
              <w:rPr>
                <w:color w:val="000000"/>
                <w:sz w:val="18"/>
              </w:rPr>
              <w:t>0.39 (0.04, 3.99)</w:t>
            </w:r>
          </w:p>
        </w:tc>
        <w:tc>
          <w:tcPr>
            <w:tcW w:w="999" w:type="pct"/>
            <w:tcBorders>
              <w:top w:val="single" w:sz="4" w:space="0" w:color="000000"/>
              <w:left w:val="single" w:sz="4" w:space="0" w:color="000000"/>
              <w:bottom w:val="single" w:sz="4" w:space="0" w:color="000000"/>
              <w:right w:val="single" w:sz="4" w:space="0" w:color="000000"/>
            </w:tcBorders>
            <w:vAlign w:val="center"/>
          </w:tcPr>
          <w:p w14:paraId="236307E1" w14:textId="77777777" w:rsidR="00820A4C" w:rsidRPr="00EB75F0" w:rsidRDefault="00820A4C" w:rsidP="00C32B29">
            <w:pPr>
              <w:pStyle w:val="TableText"/>
              <w:spacing w:before="48" w:after="48"/>
              <w:rPr>
                <w:color w:val="000000"/>
                <w:sz w:val="18"/>
              </w:rPr>
            </w:pPr>
            <w:r w:rsidRPr="00EB75F0">
              <w:rPr>
                <w:color w:val="000000"/>
                <w:sz w:val="18"/>
              </w:rPr>
              <w:t>0.37 (0.03, 4.34)</w:t>
            </w:r>
          </w:p>
        </w:tc>
        <w:tc>
          <w:tcPr>
            <w:tcW w:w="989" w:type="pct"/>
            <w:tcBorders>
              <w:top w:val="single" w:sz="4" w:space="0" w:color="000000"/>
              <w:left w:val="single" w:sz="4" w:space="0" w:color="000000"/>
              <w:bottom w:val="single" w:sz="4" w:space="0" w:color="000000"/>
              <w:right w:val="single" w:sz="4" w:space="0" w:color="000000"/>
            </w:tcBorders>
            <w:vAlign w:val="center"/>
          </w:tcPr>
          <w:p w14:paraId="29320EAE" w14:textId="77777777" w:rsidR="00820A4C" w:rsidRPr="00EB75F0" w:rsidRDefault="00820A4C" w:rsidP="00C32B29">
            <w:pPr>
              <w:pStyle w:val="TableText"/>
              <w:spacing w:before="48" w:after="48"/>
              <w:rPr>
                <w:color w:val="000000"/>
                <w:sz w:val="18"/>
              </w:rPr>
            </w:pPr>
            <w:r w:rsidRPr="00EB75F0">
              <w:rPr>
                <w:color w:val="000000"/>
                <w:sz w:val="18"/>
              </w:rPr>
              <w:t>0.37 (0.02, 7.41)</w:t>
            </w:r>
          </w:p>
        </w:tc>
      </w:tr>
      <w:tr w:rsidR="00820A4C" w:rsidRPr="00EB75F0" w14:paraId="4A31038C"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7BAC865B" w14:textId="77777777" w:rsidR="00820A4C" w:rsidRPr="00EB75F0" w:rsidRDefault="00820A4C" w:rsidP="00C32B29">
            <w:pPr>
              <w:pStyle w:val="TableText"/>
              <w:spacing w:before="48" w:after="48"/>
              <w:rPr>
                <w:sz w:val="18"/>
              </w:rPr>
            </w:pPr>
            <w:r w:rsidRPr="00EB75F0">
              <w:rPr>
                <w:color w:val="000000"/>
                <w:sz w:val="18"/>
              </w:rPr>
              <w:t>Olanzapine</w:t>
            </w:r>
          </w:p>
        </w:tc>
        <w:tc>
          <w:tcPr>
            <w:tcW w:w="998" w:type="pct"/>
            <w:tcBorders>
              <w:top w:val="single" w:sz="4" w:space="0" w:color="000000"/>
              <w:left w:val="single" w:sz="4" w:space="0" w:color="000000"/>
              <w:bottom w:val="single" w:sz="4" w:space="0" w:color="000000"/>
              <w:right w:val="single" w:sz="4" w:space="0" w:color="000000"/>
            </w:tcBorders>
            <w:vAlign w:val="center"/>
          </w:tcPr>
          <w:p w14:paraId="24AB4CE2" w14:textId="77777777" w:rsidR="00820A4C" w:rsidRPr="00EB75F0" w:rsidRDefault="00820A4C" w:rsidP="00C32B29">
            <w:pPr>
              <w:pStyle w:val="TableText"/>
              <w:spacing w:before="48" w:after="48"/>
              <w:rPr>
                <w:color w:val="000000"/>
                <w:sz w:val="18"/>
              </w:rPr>
            </w:pPr>
            <w:r w:rsidRPr="00EB75F0">
              <w:rPr>
                <w:color w:val="000000"/>
                <w:sz w:val="18"/>
              </w:rPr>
              <w:t>0.29 (0.04, 1.94)</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5AB12F13" w14:textId="77777777" w:rsidR="00820A4C" w:rsidRPr="00EB75F0" w:rsidRDefault="00820A4C" w:rsidP="00C32B29">
            <w:pPr>
              <w:pStyle w:val="TableText"/>
              <w:spacing w:before="48" w:after="48"/>
              <w:rPr>
                <w:color w:val="000000"/>
                <w:sz w:val="18"/>
              </w:rPr>
            </w:pPr>
            <w:r w:rsidRPr="00EB75F0">
              <w:rPr>
                <w:color w:val="000000"/>
                <w:sz w:val="18"/>
              </w:rPr>
              <w:t>0.29 (0.03, 2.49)</w:t>
            </w:r>
          </w:p>
        </w:tc>
        <w:tc>
          <w:tcPr>
            <w:tcW w:w="999" w:type="pct"/>
            <w:tcBorders>
              <w:top w:val="single" w:sz="4" w:space="0" w:color="000000"/>
              <w:left w:val="single" w:sz="4" w:space="0" w:color="000000"/>
              <w:bottom w:val="single" w:sz="4" w:space="0" w:color="000000"/>
              <w:right w:val="single" w:sz="4" w:space="0" w:color="000000"/>
            </w:tcBorders>
            <w:vAlign w:val="center"/>
          </w:tcPr>
          <w:p w14:paraId="5A67D5DA" w14:textId="77777777" w:rsidR="00820A4C" w:rsidRPr="00EB75F0" w:rsidRDefault="00820A4C" w:rsidP="00C32B29">
            <w:pPr>
              <w:pStyle w:val="TableText"/>
              <w:spacing w:before="48" w:after="48"/>
              <w:rPr>
                <w:color w:val="000000"/>
                <w:sz w:val="18"/>
              </w:rPr>
            </w:pPr>
            <w:r w:rsidRPr="00EB75F0">
              <w:rPr>
                <w:color w:val="000000"/>
                <w:sz w:val="18"/>
              </w:rPr>
              <w:t>0.29 (0.03, 2.60)</w:t>
            </w:r>
          </w:p>
        </w:tc>
        <w:tc>
          <w:tcPr>
            <w:tcW w:w="989" w:type="pct"/>
            <w:tcBorders>
              <w:top w:val="single" w:sz="4" w:space="0" w:color="000000"/>
              <w:left w:val="single" w:sz="4" w:space="0" w:color="000000"/>
              <w:bottom w:val="single" w:sz="4" w:space="0" w:color="000000"/>
              <w:right w:val="single" w:sz="4" w:space="0" w:color="000000"/>
            </w:tcBorders>
            <w:vAlign w:val="center"/>
          </w:tcPr>
          <w:p w14:paraId="5C83DFE4" w14:textId="77777777" w:rsidR="00820A4C" w:rsidRPr="00EB75F0" w:rsidRDefault="00820A4C" w:rsidP="00C32B29">
            <w:pPr>
              <w:pStyle w:val="TableText"/>
              <w:spacing w:before="48" w:after="48"/>
              <w:rPr>
                <w:color w:val="000000"/>
                <w:sz w:val="18"/>
              </w:rPr>
            </w:pPr>
            <w:r w:rsidRPr="00EB75F0">
              <w:rPr>
                <w:color w:val="000000"/>
                <w:sz w:val="18"/>
              </w:rPr>
              <w:t>0.19 (0.01, 4.20)</w:t>
            </w:r>
          </w:p>
        </w:tc>
      </w:tr>
      <w:tr w:rsidR="00820A4C" w:rsidRPr="00EB75F0" w14:paraId="0F396F74"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5561E3E8" w14:textId="77777777" w:rsidR="00820A4C" w:rsidRPr="00EB75F0" w:rsidRDefault="00820A4C" w:rsidP="00C32B29">
            <w:pPr>
              <w:pStyle w:val="TableText"/>
              <w:spacing w:before="48" w:after="48"/>
              <w:rPr>
                <w:sz w:val="18"/>
              </w:rPr>
            </w:pPr>
            <w:r w:rsidRPr="00EB75F0">
              <w:rPr>
                <w:color w:val="000000"/>
                <w:sz w:val="18"/>
              </w:rPr>
              <w:t>Quetiapine</w:t>
            </w:r>
          </w:p>
        </w:tc>
        <w:tc>
          <w:tcPr>
            <w:tcW w:w="998" w:type="pct"/>
            <w:tcBorders>
              <w:top w:val="single" w:sz="4" w:space="0" w:color="000000"/>
              <w:left w:val="single" w:sz="4" w:space="0" w:color="000000"/>
              <w:bottom w:val="single" w:sz="4" w:space="0" w:color="000000"/>
              <w:right w:val="single" w:sz="4" w:space="0" w:color="000000"/>
            </w:tcBorders>
            <w:vAlign w:val="center"/>
          </w:tcPr>
          <w:p w14:paraId="27711127" w14:textId="77777777" w:rsidR="00820A4C" w:rsidRPr="00EB75F0" w:rsidRDefault="00820A4C" w:rsidP="00C32B29">
            <w:pPr>
              <w:pStyle w:val="TableText"/>
              <w:spacing w:before="48" w:after="48"/>
              <w:rPr>
                <w:color w:val="000000"/>
                <w:sz w:val="18"/>
              </w:rPr>
            </w:pPr>
            <w:r w:rsidRPr="00EB75F0">
              <w:rPr>
                <w:color w:val="000000"/>
                <w:sz w:val="18"/>
              </w:rPr>
              <w:t>0.40 (0.06, 2.63)</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37ABBECA" w14:textId="77777777" w:rsidR="00820A4C" w:rsidRPr="00EB75F0" w:rsidRDefault="00820A4C" w:rsidP="00C32B29">
            <w:pPr>
              <w:pStyle w:val="TableText"/>
              <w:spacing w:before="48" w:after="48"/>
              <w:rPr>
                <w:color w:val="000000"/>
                <w:sz w:val="18"/>
              </w:rPr>
            </w:pPr>
            <w:r w:rsidRPr="00EB75F0">
              <w:rPr>
                <w:color w:val="000000"/>
                <w:sz w:val="18"/>
              </w:rPr>
              <w:t>0.40 (0.04, 3.34)</w:t>
            </w:r>
          </w:p>
        </w:tc>
        <w:tc>
          <w:tcPr>
            <w:tcW w:w="999" w:type="pct"/>
            <w:tcBorders>
              <w:top w:val="single" w:sz="4" w:space="0" w:color="000000"/>
              <w:left w:val="single" w:sz="4" w:space="0" w:color="000000"/>
              <w:bottom w:val="single" w:sz="4" w:space="0" w:color="000000"/>
              <w:right w:val="single" w:sz="4" w:space="0" w:color="000000"/>
            </w:tcBorders>
            <w:vAlign w:val="center"/>
          </w:tcPr>
          <w:p w14:paraId="52C31902" w14:textId="77777777" w:rsidR="00820A4C" w:rsidRPr="00EB75F0" w:rsidRDefault="00820A4C" w:rsidP="00C32B29">
            <w:pPr>
              <w:pStyle w:val="TableText"/>
              <w:spacing w:before="48" w:after="48"/>
              <w:rPr>
                <w:color w:val="000000"/>
                <w:sz w:val="18"/>
              </w:rPr>
            </w:pPr>
            <w:r w:rsidRPr="00EB75F0">
              <w:rPr>
                <w:color w:val="000000"/>
                <w:sz w:val="18"/>
              </w:rPr>
              <w:t>0.38 (0.04, 3.43)</w:t>
            </w:r>
          </w:p>
        </w:tc>
        <w:tc>
          <w:tcPr>
            <w:tcW w:w="989" w:type="pct"/>
            <w:tcBorders>
              <w:top w:val="single" w:sz="4" w:space="0" w:color="000000"/>
              <w:left w:val="single" w:sz="4" w:space="0" w:color="000000"/>
              <w:bottom w:val="single" w:sz="4" w:space="0" w:color="000000"/>
              <w:right w:val="single" w:sz="4" w:space="0" w:color="000000"/>
            </w:tcBorders>
            <w:vAlign w:val="center"/>
          </w:tcPr>
          <w:p w14:paraId="21A34276" w14:textId="77777777" w:rsidR="00820A4C" w:rsidRPr="00EB75F0" w:rsidRDefault="00820A4C" w:rsidP="00C32B29">
            <w:pPr>
              <w:pStyle w:val="TableText"/>
              <w:spacing w:before="48" w:after="48"/>
              <w:rPr>
                <w:color w:val="000000"/>
                <w:sz w:val="18"/>
              </w:rPr>
            </w:pPr>
            <w:r w:rsidRPr="00EB75F0">
              <w:rPr>
                <w:color w:val="000000"/>
                <w:sz w:val="18"/>
              </w:rPr>
              <w:t>0.30 (0.02, 6.12)</w:t>
            </w:r>
          </w:p>
        </w:tc>
      </w:tr>
      <w:tr w:rsidR="00820A4C" w:rsidRPr="00EB75F0" w14:paraId="76DDB3F7"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29756CAA" w14:textId="77777777" w:rsidR="00820A4C" w:rsidRPr="00EB75F0" w:rsidRDefault="00820A4C" w:rsidP="00C32B29">
            <w:pPr>
              <w:pStyle w:val="TableText"/>
              <w:spacing w:before="48" w:after="48"/>
              <w:rPr>
                <w:sz w:val="18"/>
              </w:rPr>
            </w:pPr>
            <w:r w:rsidRPr="00EB75F0">
              <w:rPr>
                <w:color w:val="000000"/>
                <w:sz w:val="18"/>
              </w:rPr>
              <w:t>Risperidone</w:t>
            </w:r>
          </w:p>
        </w:tc>
        <w:tc>
          <w:tcPr>
            <w:tcW w:w="998" w:type="pct"/>
            <w:tcBorders>
              <w:top w:val="single" w:sz="4" w:space="0" w:color="000000"/>
              <w:left w:val="single" w:sz="4" w:space="0" w:color="000000"/>
              <w:bottom w:val="single" w:sz="4" w:space="0" w:color="000000"/>
              <w:right w:val="single" w:sz="4" w:space="0" w:color="000000"/>
            </w:tcBorders>
            <w:vAlign w:val="center"/>
          </w:tcPr>
          <w:p w14:paraId="18D68017" w14:textId="77777777" w:rsidR="00820A4C" w:rsidRPr="00EB75F0" w:rsidRDefault="00820A4C" w:rsidP="00C32B29">
            <w:pPr>
              <w:pStyle w:val="TableText"/>
              <w:spacing w:before="48" w:after="48"/>
              <w:rPr>
                <w:color w:val="000000"/>
                <w:sz w:val="18"/>
              </w:rPr>
            </w:pPr>
            <w:r w:rsidRPr="00EB75F0">
              <w:rPr>
                <w:color w:val="000000"/>
                <w:sz w:val="18"/>
              </w:rPr>
              <w:t>0.46 (0.07, 2.94)</w:t>
            </w:r>
          </w:p>
        </w:tc>
        <w:tc>
          <w:tcPr>
            <w:tcW w:w="1013" w:type="pct"/>
            <w:tcBorders>
              <w:top w:val="single" w:sz="4" w:space="0" w:color="000000"/>
              <w:left w:val="single" w:sz="4" w:space="0" w:color="000000"/>
              <w:bottom w:val="single" w:sz="4" w:space="0" w:color="000000"/>
              <w:right w:val="single" w:sz="4" w:space="0" w:color="000000"/>
            </w:tcBorders>
            <w:shd w:val="clear" w:color="auto" w:fill="FFFCCC"/>
            <w:vAlign w:val="center"/>
          </w:tcPr>
          <w:p w14:paraId="77FCAD05" w14:textId="77777777" w:rsidR="00820A4C" w:rsidRPr="00EB75F0" w:rsidRDefault="00820A4C" w:rsidP="00C32B29">
            <w:pPr>
              <w:pStyle w:val="TableText"/>
              <w:spacing w:before="48" w:after="48"/>
              <w:rPr>
                <w:color w:val="000000"/>
                <w:sz w:val="18"/>
              </w:rPr>
            </w:pPr>
            <w:r w:rsidRPr="00EB75F0">
              <w:rPr>
                <w:color w:val="000000"/>
                <w:sz w:val="18"/>
              </w:rPr>
              <w:t>0.49 (0.06, 4.11)</w:t>
            </w:r>
          </w:p>
        </w:tc>
        <w:tc>
          <w:tcPr>
            <w:tcW w:w="999" w:type="pct"/>
            <w:tcBorders>
              <w:top w:val="single" w:sz="4" w:space="0" w:color="000000"/>
              <w:left w:val="single" w:sz="4" w:space="0" w:color="000000"/>
              <w:bottom w:val="single" w:sz="4" w:space="0" w:color="000000"/>
              <w:right w:val="single" w:sz="4" w:space="0" w:color="000000"/>
            </w:tcBorders>
            <w:vAlign w:val="center"/>
          </w:tcPr>
          <w:p w14:paraId="3386A1A3" w14:textId="77777777" w:rsidR="00820A4C" w:rsidRPr="00EB75F0" w:rsidRDefault="00820A4C" w:rsidP="00C32B29">
            <w:pPr>
              <w:pStyle w:val="TableText"/>
              <w:spacing w:before="48" w:after="48"/>
              <w:rPr>
                <w:color w:val="000000"/>
                <w:sz w:val="18"/>
              </w:rPr>
            </w:pPr>
            <w:r w:rsidRPr="00EB75F0">
              <w:rPr>
                <w:color w:val="000000"/>
                <w:sz w:val="18"/>
              </w:rPr>
              <w:t>0.44 (0.05, 3.85)</w:t>
            </w:r>
          </w:p>
        </w:tc>
        <w:tc>
          <w:tcPr>
            <w:tcW w:w="989" w:type="pct"/>
            <w:tcBorders>
              <w:top w:val="single" w:sz="4" w:space="0" w:color="000000"/>
              <w:left w:val="single" w:sz="4" w:space="0" w:color="000000"/>
              <w:bottom w:val="single" w:sz="4" w:space="0" w:color="000000"/>
              <w:right w:val="single" w:sz="4" w:space="0" w:color="000000"/>
            </w:tcBorders>
            <w:vAlign w:val="center"/>
          </w:tcPr>
          <w:p w14:paraId="4EF3B7C4" w14:textId="77777777" w:rsidR="00820A4C" w:rsidRPr="00EB75F0" w:rsidRDefault="00820A4C" w:rsidP="00C32B29">
            <w:pPr>
              <w:pStyle w:val="TableText"/>
              <w:spacing w:before="48" w:after="48"/>
              <w:rPr>
                <w:color w:val="000000"/>
                <w:sz w:val="18"/>
              </w:rPr>
            </w:pPr>
            <w:r w:rsidRPr="00EB75F0">
              <w:rPr>
                <w:color w:val="000000"/>
                <w:sz w:val="18"/>
              </w:rPr>
              <w:t>0.44 (0.04, 5.93)</w:t>
            </w:r>
          </w:p>
        </w:tc>
      </w:tr>
      <w:tr w:rsidR="00820A4C" w:rsidRPr="00EB75F0" w14:paraId="74C19EB1" w14:textId="77777777" w:rsidTr="00BE7241">
        <w:trPr>
          <w:trHeight w:val="58"/>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324DFBCC" w14:textId="77777777" w:rsidR="00820A4C" w:rsidRPr="00EB75F0" w:rsidRDefault="00820A4C" w:rsidP="00C32B29">
            <w:pPr>
              <w:pStyle w:val="TableText"/>
              <w:spacing w:before="48" w:after="48"/>
              <w:rPr>
                <w:rFonts w:ascii="Aptos Narrow" w:hAnsi="Aptos Narrow"/>
                <w:color w:val="FFFFFF"/>
                <w:sz w:val="18"/>
              </w:rPr>
            </w:pPr>
            <w:r w:rsidRPr="00EB75F0">
              <w:rPr>
                <w:color w:val="FFFFFF"/>
                <w:sz w:val="18"/>
                <w:highlight w:val="black"/>
              </w:rPr>
              <w:t>Direct head-to-head meta-analyses</w:t>
            </w:r>
          </w:p>
        </w:tc>
      </w:tr>
      <w:tr w:rsidR="00820A4C" w:rsidRPr="00EB75F0" w14:paraId="4A85ED4B"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42F1E77C" w14:textId="77777777" w:rsidR="00820A4C" w:rsidRPr="00EB75F0" w:rsidRDefault="00820A4C" w:rsidP="00C32B29">
            <w:pPr>
              <w:pStyle w:val="TableText"/>
              <w:spacing w:before="48" w:after="48"/>
              <w:rPr>
                <w:color w:val="000000"/>
                <w:sz w:val="18"/>
              </w:rPr>
            </w:pPr>
            <w:r w:rsidRPr="00EB75F0">
              <w:rPr>
                <w:color w:val="000000"/>
                <w:sz w:val="18"/>
              </w:rPr>
              <w:t>Range of I</w:t>
            </w:r>
            <w:r w:rsidRPr="00EB75F0">
              <w:rPr>
                <w:color w:val="000000"/>
                <w:sz w:val="18"/>
                <w:vertAlign w:val="superscript"/>
              </w:rPr>
              <w:t>2</w:t>
            </w:r>
            <w:r w:rsidRPr="00EB75F0">
              <w:rPr>
                <w:color w:val="000000"/>
                <w:sz w:val="18"/>
              </w:rPr>
              <w:t xml:space="preserve"> values</w:t>
            </w:r>
          </w:p>
        </w:tc>
        <w:tc>
          <w:tcPr>
            <w:tcW w:w="2011" w:type="pct"/>
            <w:gridSpan w:val="2"/>
            <w:tcBorders>
              <w:top w:val="single" w:sz="4" w:space="0" w:color="000000"/>
              <w:left w:val="single" w:sz="4" w:space="0" w:color="000000"/>
              <w:bottom w:val="single" w:sz="4" w:space="0" w:color="000000"/>
              <w:right w:val="single" w:sz="4" w:space="0" w:color="000000"/>
            </w:tcBorders>
            <w:vAlign w:val="bottom"/>
          </w:tcPr>
          <w:p w14:paraId="554A4B33" w14:textId="77777777" w:rsidR="00820A4C" w:rsidRPr="00EB75F0" w:rsidRDefault="00820A4C" w:rsidP="00C32B29">
            <w:pPr>
              <w:pStyle w:val="TableText"/>
              <w:spacing w:before="48" w:after="48"/>
              <w:rPr>
                <w:color w:val="000000"/>
                <w:sz w:val="18"/>
              </w:rPr>
            </w:pPr>
            <w:r w:rsidRPr="00EB75F0">
              <w:rPr>
                <w:color w:val="000000"/>
                <w:sz w:val="18"/>
              </w:rPr>
              <w:t>0-24%</w:t>
            </w:r>
          </w:p>
        </w:tc>
        <w:tc>
          <w:tcPr>
            <w:tcW w:w="999" w:type="pct"/>
            <w:tcBorders>
              <w:top w:val="single" w:sz="4" w:space="0" w:color="000000"/>
              <w:left w:val="single" w:sz="4" w:space="0" w:color="000000"/>
              <w:bottom w:val="single" w:sz="4" w:space="0" w:color="000000"/>
              <w:right w:val="single" w:sz="4" w:space="0" w:color="000000"/>
            </w:tcBorders>
            <w:vAlign w:val="center"/>
          </w:tcPr>
          <w:p w14:paraId="1E33C47D" w14:textId="77777777" w:rsidR="00820A4C" w:rsidRPr="00EB75F0" w:rsidRDefault="00820A4C" w:rsidP="00C32B29">
            <w:pPr>
              <w:pStyle w:val="TableText"/>
              <w:spacing w:before="48" w:after="48"/>
              <w:rPr>
                <w:rFonts w:ascii="Aptos Narrow" w:hAnsi="Aptos Narrow"/>
                <w:color w:val="000000"/>
                <w:sz w:val="18"/>
              </w:rPr>
            </w:pPr>
            <w:r w:rsidRPr="00EB75F0">
              <w:rPr>
                <w:color w:val="000000"/>
                <w:sz w:val="18"/>
              </w:rPr>
              <w:t>0-24%</w:t>
            </w:r>
          </w:p>
        </w:tc>
        <w:tc>
          <w:tcPr>
            <w:tcW w:w="989" w:type="pct"/>
            <w:tcBorders>
              <w:top w:val="single" w:sz="4" w:space="0" w:color="000000"/>
              <w:left w:val="single" w:sz="4" w:space="0" w:color="000000"/>
              <w:bottom w:val="single" w:sz="4" w:space="0" w:color="000000"/>
              <w:right w:val="single" w:sz="4" w:space="0" w:color="000000"/>
            </w:tcBorders>
            <w:vAlign w:val="center"/>
          </w:tcPr>
          <w:p w14:paraId="4305A489" w14:textId="77777777" w:rsidR="00820A4C" w:rsidRPr="00EB75F0" w:rsidRDefault="00820A4C" w:rsidP="00C32B29">
            <w:pPr>
              <w:pStyle w:val="TableText"/>
              <w:spacing w:before="48" w:after="48"/>
              <w:rPr>
                <w:rFonts w:ascii="Aptos Narrow" w:hAnsi="Aptos Narrow"/>
                <w:color w:val="000000"/>
                <w:sz w:val="18"/>
              </w:rPr>
            </w:pPr>
            <w:r w:rsidRPr="00EB75F0">
              <w:rPr>
                <w:color w:val="000000"/>
                <w:sz w:val="18"/>
              </w:rPr>
              <w:t>0-8%</w:t>
            </w:r>
          </w:p>
        </w:tc>
      </w:tr>
      <w:tr w:rsidR="00820A4C" w:rsidRPr="00EB75F0" w14:paraId="3A32A67F" w14:textId="77777777" w:rsidTr="00BE7241">
        <w:trPr>
          <w:trHeight w:val="58"/>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0EED21B4" w14:textId="77777777" w:rsidR="00820A4C" w:rsidRPr="00EB75F0" w:rsidRDefault="00820A4C" w:rsidP="00C32B29">
            <w:pPr>
              <w:pStyle w:val="TableText"/>
              <w:spacing w:before="48" w:after="48"/>
              <w:rPr>
                <w:rFonts w:ascii="Aptos Narrow" w:hAnsi="Aptos Narrow"/>
                <w:color w:val="FFFFFF"/>
                <w:sz w:val="18"/>
              </w:rPr>
            </w:pPr>
            <w:r w:rsidRPr="00EB75F0">
              <w:rPr>
                <w:color w:val="FFFFFF"/>
                <w:sz w:val="18"/>
                <w:highlight w:val="black"/>
              </w:rPr>
              <w:t>Node-splitting analyses</w:t>
            </w:r>
          </w:p>
        </w:tc>
      </w:tr>
      <w:tr w:rsidR="00820A4C" w:rsidRPr="00EB75F0" w14:paraId="0BEC7CBE" w14:textId="77777777" w:rsidTr="002039DB">
        <w:trPr>
          <w:trHeight w:val="58"/>
        </w:trPr>
        <w:tc>
          <w:tcPr>
            <w:tcW w:w="1001" w:type="pct"/>
            <w:tcBorders>
              <w:top w:val="single" w:sz="4" w:space="0" w:color="000000"/>
              <w:left w:val="single" w:sz="4" w:space="0" w:color="000000"/>
              <w:bottom w:val="single" w:sz="4" w:space="0" w:color="000000"/>
              <w:right w:val="single" w:sz="4" w:space="0" w:color="000000"/>
            </w:tcBorders>
            <w:vAlign w:val="center"/>
          </w:tcPr>
          <w:p w14:paraId="442A2124" w14:textId="77777777" w:rsidR="00820A4C" w:rsidRPr="00EB75F0" w:rsidRDefault="00820A4C" w:rsidP="00C32B29">
            <w:pPr>
              <w:pStyle w:val="TableText"/>
              <w:spacing w:before="48" w:after="48"/>
              <w:rPr>
                <w:color w:val="000000"/>
                <w:sz w:val="18"/>
              </w:rPr>
            </w:pPr>
            <w:r w:rsidRPr="00EB75F0">
              <w:rPr>
                <w:color w:val="000000"/>
                <w:sz w:val="18"/>
              </w:rPr>
              <w:t>IF estimates suggesting inconsistency</w:t>
            </w:r>
          </w:p>
        </w:tc>
        <w:tc>
          <w:tcPr>
            <w:tcW w:w="2011" w:type="pct"/>
            <w:gridSpan w:val="2"/>
            <w:tcBorders>
              <w:top w:val="single" w:sz="4" w:space="0" w:color="000000"/>
              <w:left w:val="single" w:sz="4" w:space="0" w:color="000000"/>
              <w:bottom w:val="single" w:sz="4" w:space="0" w:color="000000"/>
              <w:right w:val="single" w:sz="4" w:space="0" w:color="000000"/>
            </w:tcBorders>
            <w:vAlign w:val="center"/>
          </w:tcPr>
          <w:p w14:paraId="1F46351A" w14:textId="77777777" w:rsidR="00820A4C" w:rsidRPr="00EB75F0" w:rsidRDefault="00820A4C" w:rsidP="00C32B29">
            <w:pPr>
              <w:pStyle w:val="TableText"/>
              <w:spacing w:before="48" w:after="48"/>
              <w:rPr>
                <w:color w:val="000000"/>
                <w:sz w:val="18"/>
              </w:rPr>
            </w:pPr>
            <w:r w:rsidRPr="00EB75F0">
              <w:rPr>
                <w:color w:val="000000"/>
                <w:sz w:val="18"/>
              </w:rPr>
              <w:t>-</w:t>
            </w:r>
          </w:p>
        </w:tc>
        <w:tc>
          <w:tcPr>
            <w:tcW w:w="999" w:type="pct"/>
            <w:tcBorders>
              <w:top w:val="single" w:sz="4" w:space="0" w:color="000000"/>
              <w:left w:val="single" w:sz="4" w:space="0" w:color="000000"/>
              <w:bottom w:val="single" w:sz="4" w:space="0" w:color="000000"/>
              <w:right w:val="single" w:sz="4" w:space="0" w:color="000000"/>
            </w:tcBorders>
            <w:vAlign w:val="center"/>
          </w:tcPr>
          <w:p w14:paraId="636FE3CF" w14:textId="77777777" w:rsidR="00820A4C" w:rsidRPr="00EB75F0" w:rsidRDefault="00820A4C" w:rsidP="00C32B29">
            <w:pPr>
              <w:pStyle w:val="TableText"/>
              <w:spacing w:before="48" w:after="48"/>
              <w:rPr>
                <w:color w:val="000000"/>
                <w:sz w:val="18"/>
              </w:rPr>
            </w:pPr>
            <w:r w:rsidRPr="00EB75F0">
              <w:rPr>
                <w:color w:val="000000"/>
                <w:sz w:val="18"/>
              </w:rPr>
              <w:t>-</w:t>
            </w:r>
          </w:p>
        </w:tc>
        <w:tc>
          <w:tcPr>
            <w:tcW w:w="989" w:type="pct"/>
            <w:tcBorders>
              <w:top w:val="single" w:sz="4" w:space="0" w:color="000000"/>
              <w:left w:val="single" w:sz="4" w:space="0" w:color="000000"/>
              <w:bottom w:val="single" w:sz="4" w:space="0" w:color="000000"/>
              <w:right w:val="single" w:sz="4" w:space="0" w:color="000000"/>
            </w:tcBorders>
            <w:vAlign w:val="center"/>
          </w:tcPr>
          <w:p w14:paraId="56837356" w14:textId="77777777" w:rsidR="00820A4C" w:rsidRPr="00EB75F0" w:rsidRDefault="00820A4C" w:rsidP="00C32B29">
            <w:pPr>
              <w:pStyle w:val="TableText"/>
              <w:spacing w:before="48" w:after="48"/>
              <w:rPr>
                <w:color w:val="000000"/>
                <w:sz w:val="18"/>
              </w:rPr>
            </w:pPr>
            <w:r w:rsidRPr="00EB75F0">
              <w:rPr>
                <w:color w:val="000000"/>
                <w:sz w:val="18"/>
              </w:rPr>
              <w:t>-</w:t>
            </w:r>
          </w:p>
        </w:tc>
      </w:tr>
      <w:tr w:rsidR="00820A4C" w:rsidRPr="00EB75F0" w14:paraId="6F148423" w14:textId="77777777" w:rsidTr="00BE7241">
        <w:trPr>
          <w:trHeight w:val="58"/>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A7A37FA" w14:textId="412C7F64" w:rsidR="00820A4C" w:rsidRPr="00EB75F0" w:rsidRDefault="00820A4C" w:rsidP="00C32B29">
            <w:pPr>
              <w:pStyle w:val="Legend"/>
              <w:spacing w:before="48" w:after="48"/>
              <w:rPr>
                <w:sz w:val="16"/>
              </w:rPr>
            </w:pPr>
            <w:r w:rsidRPr="00EB75F0">
              <w:rPr>
                <w:b/>
                <w:sz w:val="16"/>
              </w:rPr>
              <w:t>Key:</w:t>
            </w:r>
            <w:r w:rsidRPr="00EB75F0">
              <w:rPr>
                <w:sz w:val="16"/>
              </w:rPr>
              <w:t xml:space="preserve"> </w:t>
            </w:r>
            <w:proofErr w:type="spellStart"/>
            <w:r w:rsidRPr="00EB75F0">
              <w:rPr>
                <w:sz w:val="16"/>
              </w:rPr>
              <w:t>CrI</w:t>
            </w:r>
            <w:proofErr w:type="spellEnd"/>
            <w:r w:rsidRPr="00EB75F0">
              <w:rPr>
                <w:sz w:val="16"/>
              </w:rPr>
              <w:t>, credible interval; DIC, deviance information criterion; FE, fixed-effects; OR, odds ratio; RE, random-effects; IF, inconsistency factor</w:t>
            </w:r>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KarXT</w:t>
            </w:r>
            <w:proofErr w:type="spellEnd"/>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xanomeline</w:t>
            </w:r>
            <w:proofErr w:type="spellEnd"/>
            <w:r w:rsidR="00DB65DB" w:rsidRPr="00DB65DB">
              <w:rPr>
                <w:rFonts w:asciiTheme="majorHAnsi" w:hAnsiTheme="majorHAnsi" w:cstheme="majorHAnsi"/>
                <w:sz w:val="16"/>
              </w:rPr>
              <w:t>/</w:t>
            </w:r>
            <w:proofErr w:type="spellStart"/>
            <w:r w:rsidR="00DB65DB" w:rsidRPr="00DB65DB">
              <w:rPr>
                <w:rFonts w:asciiTheme="majorHAnsi" w:hAnsiTheme="majorHAnsi" w:cstheme="majorHAnsi"/>
                <w:sz w:val="16"/>
              </w:rPr>
              <w:t>trospium</w:t>
            </w:r>
            <w:proofErr w:type="spellEnd"/>
            <w:r w:rsidR="00DB65DB" w:rsidRPr="00DB65DB">
              <w:rPr>
                <w:rFonts w:asciiTheme="majorHAnsi" w:hAnsiTheme="majorHAnsi" w:cstheme="majorHAnsi"/>
                <w:sz w:val="16"/>
              </w:rPr>
              <w:t xml:space="preserve"> chloride</w:t>
            </w:r>
          </w:p>
          <w:p w14:paraId="0DC23915" w14:textId="77777777" w:rsidR="00820A4C" w:rsidRPr="00EB75F0" w:rsidRDefault="00820A4C" w:rsidP="00C32B29">
            <w:pPr>
              <w:pStyle w:val="TableText"/>
              <w:spacing w:before="48" w:after="48"/>
              <w:rPr>
                <w:rFonts w:ascii="Aptos Narrow" w:hAnsi="Aptos Narrow"/>
                <w:color w:val="000000"/>
                <w:sz w:val="18"/>
              </w:rPr>
            </w:pPr>
            <w:r w:rsidRPr="00EB75F0">
              <w:rPr>
                <w:b/>
                <w:sz w:val="16"/>
              </w:rPr>
              <w:t>Notes:</w:t>
            </w:r>
            <w:r w:rsidRPr="00EB75F0">
              <w:rPr>
                <w:sz w:val="16"/>
              </w:rPr>
              <w:t xml:space="preserve"> </w:t>
            </w:r>
            <w:r w:rsidRPr="00EB75F0">
              <w:rPr>
                <w:sz w:val="16"/>
                <w:shd w:val="clear" w:color="auto" w:fill="FFFCCC"/>
              </w:rPr>
              <w:t>Pale yellow highlight</w:t>
            </w:r>
            <w:r w:rsidRPr="00EB75F0">
              <w:rPr>
                <w:sz w:val="16"/>
              </w:rPr>
              <w:t xml:space="preserve"> indicates the base case model; statistically significant differences are highlighted in </w:t>
            </w:r>
            <w:r w:rsidRPr="00EB75F0">
              <w:rPr>
                <w:b/>
                <w:sz w:val="16"/>
              </w:rPr>
              <w:t>bold</w:t>
            </w:r>
            <w:r w:rsidRPr="00EB75F0">
              <w:rPr>
                <w:sz w:val="16"/>
              </w:rPr>
              <w:t>.</w:t>
            </w:r>
          </w:p>
        </w:tc>
      </w:tr>
    </w:tbl>
    <w:p w14:paraId="7A106C3A" w14:textId="0900BE63" w:rsidR="002039DB" w:rsidRDefault="002039DB" w:rsidP="002039DB">
      <w:pPr>
        <w:pStyle w:val="Heading3"/>
      </w:pPr>
      <w:r w:rsidRPr="007F6A73">
        <w:lastRenderedPageBreak/>
        <w:t xml:space="preserve">Figure </w:t>
      </w:r>
      <w:r>
        <w:t>S</w:t>
      </w:r>
      <w:fldSimple w:instr=" SEQ Figure \* ARABIC ">
        <w:r w:rsidR="004B2F28">
          <w:rPr>
            <w:noProof/>
          </w:rPr>
          <w:t>91</w:t>
        </w:r>
      </w:fldSimple>
      <w:r w:rsidRPr="007F6A73">
        <w:t xml:space="preserve">: </w:t>
      </w:r>
      <w:r>
        <w:t>Sedation</w:t>
      </w:r>
      <w:r w:rsidRPr="00EB75F0">
        <w:t xml:space="preserve"> –</w:t>
      </w:r>
      <w:r w:rsidRPr="00C228BD">
        <w:t xml:space="preserve"> </w:t>
      </w:r>
      <w:r>
        <w:t xml:space="preserve">distribution of potential effect modifiers by treatment node </w:t>
      </w:r>
      <w:r w:rsidRPr="007F6A73">
        <w:t>–</w:t>
      </w:r>
      <w:r>
        <w:t xml:space="preserve"> </w:t>
      </w:r>
      <w:r w:rsidRPr="00EB75F0">
        <w:t>base case network</w:t>
      </w:r>
      <w:r w:rsidRPr="007F6A73">
        <w:t xml:space="preserve"> </w:t>
      </w:r>
      <w:r w:rsidRPr="007F6A73">
        <w:rPr>
          <w:noProof/>
        </w:rPr>
        <w:drawing>
          <wp:inline distT="0" distB="0" distL="0" distR="0" wp14:anchorId="32F0FE6C" wp14:editId="62CCA80C">
            <wp:extent cx="6119495" cy="7420745"/>
            <wp:effectExtent l="0" t="0" r="0" b="8890"/>
            <wp:docPr id="1618568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68296" name="Picture 1"/>
                    <pic:cNvPicPr>
                      <a:picLocks noChangeAspect="1" noChangeArrowheads="1"/>
                    </pic:cNvPicPr>
                  </pic:nvPicPr>
                  <pic:blipFill>
                    <a:blip r:embed="rId112"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2ED635FC" w14:textId="18140AD6" w:rsidR="00820A4C" w:rsidRDefault="002039DB">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w:t>
      </w:r>
      <w:r w:rsidR="00880025">
        <w:rPr>
          <w:sz w:val="20"/>
        </w:rPr>
        <w:t xml:space="preserve">, except for </w:t>
      </w:r>
      <w:r w:rsidR="00880025" w:rsidRPr="009E25E6">
        <w:rPr>
          <w:sz w:val="20"/>
        </w:rPr>
        <w:t>mean PANSS total score. The p-value for the ANOVA F-test is 0</w:t>
      </w:r>
      <w:r w:rsidR="00677306">
        <w:rPr>
          <w:sz w:val="20"/>
        </w:rPr>
        <w:t>.56</w:t>
      </w:r>
      <w:r w:rsidR="00880025" w:rsidRPr="009E25E6">
        <w:rPr>
          <w:sz w:val="20"/>
        </w:rPr>
        <w:t>, 0.</w:t>
      </w:r>
      <w:r w:rsidR="00677306">
        <w:rPr>
          <w:sz w:val="20"/>
        </w:rPr>
        <w:t>69</w:t>
      </w:r>
      <w:r w:rsidR="00880025" w:rsidRPr="009E25E6">
        <w:rPr>
          <w:sz w:val="20"/>
        </w:rPr>
        <w:t>, 0.</w:t>
      </w:r>
      <w:r w:rsidR="0025048C">
        <w:rPr>
          <w:sz w:val="20"/>
        </w:rPr>
        <w:t>62</w:t>
      </w:r>
      <w:r w:rsidR="00880025" w:rsidRPr="009E25E6">
        <w:rPr>
          <w:sz w:val="20"/>
        </w:rPr>
        <w:t xml:space="preserve">, </w:t>
      </w:r>
      <w:r w:rsidR="00880025">
        <w:rPr>
          <w:sz w:val="20"/>
        </w:rPr>
        <w:t>0.</w:t>
      </w:r>
      <w:r w:rsidR="0025048C">
        <w:rPr>
          <w:sz w:val="20"/>
        </w:rPr>
        <w:t>13</w:t>
      </w:r>
      <w:r w:rsidR="00880025">
        <w:rPr>
          <w:sz w:val="20"/>
        </w:rPr>
        <w:t xml:space="preserve"> </w:t>
      </w:r>
      <w:r w:rsidR="00880025" w:rsidRPr="009E25E6">
        <w:rPr>
          <w:sz w:val="20"/>
        </w:rPr>
        <w:t>and 0.</w:t>
      </w:r>
      <w:r w:rsidR="0025048C">
        <w:rPr>
          <w:sz w:val="20"/>
        </w:rPr>
        <w:t>47</w:t>
      </w:r>
      <w:r w:rsidR="00880025" w:rsidRPr="009E25E6">
        <w:rPr>
          <w:sz w:val="20"/>
        </w:rPr>
        <w:t xml:space="preserve">, for </w:t>
      </w:r>
      <w:r w:rsidR="00880025">
        <w:rPr>
          <w:sz w:val="20"/>
        </w:rPr>
        <w:t xml:space="preserve">percentage male, </w:t>
      </w:r>
      <w:r w:rsidR="00880025" w:rsidRPr="009E25E6">
        <w:rPr>
          <w:sz w:val="20"/>
        </w:rPr>
        <w:t xml:space="preserve">mean age, </w:t>
      </w:r>
      <w:r w:rsidR="00880025">
        <w:rPr>
          <w:sz w:val="20"/>
        </w:rPr>
        <w:t>mean</w:t>
      </w:r>
      <w:r w:rsidR="00880025" w:rsidRPr="009E25E6">
        <w:rPr>
          <w:sz w:val="20"/>
        </w:rPr>
        <w:t xml:space="preserve"> </w:t>
      </w:r>
      <w:r w:rsidR="00880025">
        <w:rPr>
          <w:sz w:val="20"/>
        </w:rPr>
        <w:t xml:space="preserve">positive score at baseline, </w:t>
      </w:r>
      <w:r w:rsidR="00880025" w:rsidRPr="009E25E6">
        <w:rPr>
          <w:sz w:val="20"/>
        </w:rPr>
        <w:t>mean PANSS negative score, and mean CGI-S score at baseline, respectively.</w:t>
      </w:r>
      <w:r w:rsidR="00880025">
        <w:rPr>
          <w:sz w:val="20"/>
        </w:rPr>
        <w:t xml:space="preserve"> The Kruskal-Wallis rank sum test for </w:t>
      </w:r>
      <w:r w:rsidR="00677306" w:rsidRPr="009E25E6">
        <w:rPr>
          <w:sz w:val="20"/>
        </w:rPr>
        <w:t>mean PANSS total score</w:t>
      </w:r>
      <w:r w:rsidR="00677306">
        <w:rPr>
          <w:sz w:val="20"/>
        </w:rPr>
        <w:t xml:space="preserve"> </w:t>
      </w:r>
      <w:r w:rsidR="00880025">
        <w:rPr>
          <w:sz w:val="20"/>
        </w:rPr>
        <w:t>yielded a p-value of 0.2.</w:t>
      </w:r>
      <w:r w:rsidR="00880025" w:rsidRPr="009E25E6">
        <w:rPr>
          <w:sz w:val="20"/>
        </w:rPr>
        <w:t xml:space="preserve"> This indicates no significant difference between </w:t>
      </w:r>
      <w:r w:rsidR="00880025">
        <w:rPr>
          <w:sz w:val="20"/>
        </w:rPr>
        <w:t xml:space="preserve">treatment </w:t>
      </w:r>
      <w:r w:rsidR="00880025" w:rsidRPr="009E25E6">
        <w:rPr>
          <w:sz w:val="20"/>
        </w:rPr>
        <w:t>nodes</w:t>
      </w:r>
      <w:r w:rsidR="00880025">
        <w:rPr>
          <w:sz w:val="20"/>
        </w:rPr>
        <w:t xml:space="preserve">. </w:t>
      </w:r>
      <w:r w:rsidR="00880025" w:rsidRPr="009E25E6">
        <w:rPr>
          <w:sz w:val="20"/>
        </w:rPr>
        <w:t xml:space="preserve"> </w:t>
      </w:r>
    </w:p>
    <w:p w14:paraId="6AE1DA43" w14:textId="041B8323" w:rsidR="00DE3C0F" w:rsidRDefault="00DE3C0F" w:rsidP="00DE3C0F">
      <w:pPr>
        <w:pStyle w:val="Heading3"/>
      </w:pPr>
      <w:r w:rsidRPr="007F6A73">
        <w:lastRenderedPageBreak/>
        <w:t xml:space="preserve">Figure </w:t>
      </w:r>
      <w:r>
        <w:t>S</w:t>
      </w:r>
      <w:fldSimple w:instr=" SEQ Figure \* ARABIC ">
        <w:r w:rsidR="004B2F28">
          <w:rPr>
            <w:noProof/>
          </w:rPr>
          <w:t>92</w:t>
        </w:r>
      </w:fldSimple>
      <w:r w:rsidRPr="007F6A73">
        <w:t xml:space="preserve">: </w:t>
      </w:r>
      <w:r>
        <w:t>Sedation</w:t>
      </w:r>
      <w:r w:rsidRPr="00EB75F0">
        <w:t xml:space="preserve"> –</w:t>
      </w:r>
      <w:r w:rsidRPr="00C228BD">
        <w:t xml:space="preserve"> </w:t>
      </w:r>
      <w:r>
        <w:t xml:space="preserve">distribution of potential effect modifiers by treatment node </w:t>
      </w:r>
      <w:r w:rsidRPr="007F6A73">
        <w:t>–</w:t>
      </w:r>
      <w:r>
        <w:t xml:space="preserve"> </w:t>
      </w:r>
      <w:r w:rsidR="00407429" w:rsidRPr="00EB75F0">
        <w:t>sensitivity analysis excluding studies with predominantly Asian populations</w:t>
      </w:r>
      <w:r w:rsidR="00407429" w:rsidRPr="007F6A73">
        <w:rPr>
          <w:noProof/>
        </w:rPr>
        <w:t xml:space="preserve"> </w:t>
      </w:r>
      <w:r w:rsidRPr="007F6A73">
        <w:rPr>
          <w:noProof/>
        </w:rPr>
        <w:drawing>
          <wp:inline distT="0" distB="0" distL="0" distR="0" wp14:anchorId="2C177FB2" wp14:editId="3D3CDBE5">
            <wp:extent cx="6119495" cy="7420745"/>
            <wp:effectExtent l="0" t="0" r="0" b="8890"/>
            <wp:docPr id="465654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54891" name="Picture 1"/>
                    <pic:cNvPicPr>
                      <a:picLocks noChangeAspect="1" noChangeArrowheads="1"/>
                    </pic:cNvPicPr>
                  </pic:nvPicPr>
                  <pic:blipFill>
                    <a:blip r:embed="rId113"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2EEC0E56" w14:textId="77777777" w:rsidR="00DE3C0F" w:rsidRDefault="00DE3C0F" w:rsidP="00DE3C0F">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w:t>
      </w:r>
      <w:r>
        <w:rPr>
          <w:sz w:val="20"/>
        </w:rPr>
        <w:t xml:space="preserve">, except for </w:t>
      </w:r>
      <w:r w:rsidRPr="009E25E6">
        <w:rPr>
          <w:sz w:val="20"/>
        </w:rPr>
        <w:t>mean PANSS total score. The p-value for the ANOVA F-test is 0</w:t>
      </w:r>
      <w:r>
        <w:rPr>
          <w:sz w:val="20"/>
        </w:rPr>
        <w:t>.</w:t>
      </w:r>
      <w:r w:rsidR="00B2651A">
        <w:rPr>
          <w:sz w:val="20"/>
        </w:rPr>
        <w:t>31</w:t>
      </w:r>
      <w:r w:rsidRPr="009E25E6">
        <w:rPr>
          <w:sz w:val="20"/>
        </w:rPr>
        <w:t>, 0.</w:t>
      </w:r>
      <w:r w:rsidR="00552952">
        <w:rPr>
          <w:sz w:val="20"/>
        </w:rPr>
        <w:t>46</w:t>
      </w:r>
      <w:r w:rsidRPr="009E25E6">
        <w:rPr>
          <w:sz w:val="20"/>
        </w:rPr>
        <w:t>, 0.</w:t>
      </w:r>
      <w:r>
        <w:rPr>
          <w:sz w:val="20"/>
        </w:rPr>
        <w:t>62</w:t>
      </w:r>
      <w:r w:rsidRPr="009E25E6">
        <w:rPr>
          <w:sz w:val="20"/>
        </w:rPr>
        <w:t xml:space="preserve">, </w:t>
      </w:r>
      <w:r>
        <w:rPr>
          <w:sz w:val="20"/>
        </w:rPr>
        <w:t xml:space="preserve">0.13 </w:t>
      </w:r>
      <w:r w:rsidRPr="009E25E6">
        <w:rPr>
          <w:sz w:val="20"/>
        </w:rPr>
        <w:t>and 0.</w:t>
      </w:r>
      <w:r>
        <w:rPr>
          <w:sz w:val="20"/>
        </w:rPr>
        <w:t>47</w:t>
      </w:r>
      <w:r w:rsidRPr="009E25E6">
        <w:rPr>
          <w:sz w:val="20"/>
        </w:rPr>
        <w:t xml:space="preserve">, for </w:t>
      </w:r>
      <w:r>
        <w:rPr>
          <w:sz w:val="20"/>
        </w:rPr>
        <w:t xml:space="preserve">percentage male, </w:t>
      </w:r>
      <w:r w:rsidRPr="009E25E6">
        <w:rPr>
          <w:sz w:val="20"/>
        </w:rPr>
        <w:t xml:space="preserve">mean age, </w:t>
      </w:r>
      <w:r>
        <w:rPr>
          <w:sz w:val="20"/>
        </w:rPr>
        <w:t>mean</w:t>
      </w:r>
      <w:r w:rsidRPr="009E25E6">
        <w:rPr>
          <w:sz w:val="20"/>
        </w:rPr>
        <w:t xml:space="preserve"> </w:t>
      </w:r>
      <w:r>
        <w:rPr>
          <w:sz w:val="20"/>
        </w:rPr>
        <w:t xml:space="preserve">positive score at baseline, </w:t>
      </w:r>
      <w:r w:rsidRPr="009E25E6">
        <w:rPr>
          <w:sz w:val="20"/>
        </w:rPr>
        <w:t>mean PANSS negative score, and mean CGI-S score at baseline, respectively.</w:t>
      </w:r>
      <w:r>
        <w:rPr>
          <w:sz w:val="20"/>
        </w:rPr>
        <w:t xml:space="preserve"> The Kruskal-Wallis rank sum test for </w:t>
      </w:r>
      <w:r w:rsidRPr="009E25E6">
        <w:rPr>
          <w:sz w:val="20"/>
        </w:rPr>
        <w:t>mean PANSS total score</w:t>
      </w:r>
      <w:r>
        <w:rPr>
          <w:sz w:val="20"/>
        </w:rPr>
        <w:t xml:space="preserve"> yielded a p-value of 0.2.</w:t>
      </w:r>
      <w:r w:rsidRPr="009E25E6">
        <w:rPr>
          <w:sz w:val="20"/>
        </w:rPr>
        <w:t xml:space="preserve"> This indicates no significant difference between </w:t>
      </w:r>
      <w:r>
        <w:rPr>
          <w:sz w:val="20"/>
        </w:rPr>
        <w:t xml:space="preserve">treatment </w:t>
      </w:r>
      <w:r w:rsidRPr="009E25E6">
        <w:rPr>
          <w:sz w:val="20"/>
        </w:rPr>
        <w:t>nodes</w:t>
      </w:r>
      <w:r>
        <w:rPr>
          <w:sz w:val="20"/>
        </w:rPr>
        <w:t xml:space="preserve">. </w:t>
      </w:r>
      <w:r w:rsidRPr="009E25E6">
        <w:rPr>
          <w:sz w:val="20"/>
        </w:rPr>
        <w:t xml:space="preserve"> </w:t>
      </w:r>
    </w:p>
    <w:p w14:paraId="30EEBEED" w14:textId="26077320" w:rsidR="00A66F86" w:rsidRDefault="00A66F86" w:rsidP="00A66F86">
      <w:pPr>
        <w:pStyle w:val="Heading3"/>
      </w:pPr>
      <w:r w:rsidRPr="007F6A73">
        <w:lastRenderedPageBreak/>
        <w:t xml:space="preserve">Figure </w:t>
      </w:r>
      <w:r>
        <w:t>S</w:t>
      </w:r>
      <w:fldSimple w:instr=" SEQ Figure \* ARABIC ">
        <w:r w:rsidR="004B2F28">
          <w:rPr>
            <w:noProof/>
          </w:rPr>
          <w:t>93</w:t>
        </w:r>
      </w:fldSimple>
      <w:r w:rsidRPr="007F6A73">
        <w:t xml:space="preserve">: </w:t>
      </w:r>
      <w:r>
        <w:t>Sedation</w:t>
      </w:r>
      <w:r w:rsidRPr="00EB75F0">
        <w:t xml:space="preserve"> –</w:t>
      </w:r>
      <w:r w:rsidRPr="00C228BD">
        <w:t xml:space="preserve"> </w:t>
      </w:r>
      <w:r>
        <w:t xml:space="preserve">distribution of potential effect modifiers by treatment node </w:t>
      </w:r>
      <w:r w:rsidRPr="007F6A73">
        <w:t>–</w:t>
      </w:r>
      <w:r>
        <w:t xml:space="preserve"> </w:t>
      </w:r>
      <w:r w:rsidR="00C17F3C" w:rsidRPr="00EB75F0">
        <w:t xml:space="preserve">sensitivity analysis excluding studies with outlier placebo effect size </w:t>
      </w:r>
      <w:r w:rsidRPr="007F6A73">
        <w:rPr>
          <w:noProof/>
        </w:rPr>
        <w:drawing>
          <wp:inline distT="0" distB="0" distL="0" distR="0" wp14:anchorId="18DC84C7" wp14:editId="038FC31D">
            <wp:extent cx="6119495" cy="7420745"/>
            <wp:effectExtent l="0" t="0" r="0" b="8890"/>
            <wp:docPr id="349045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45494" name="Picture 1"/>
                    <pic:cNvPicPr>
                      <a:picLocks noChangeAspect="1" noChangeArrowheads="1"/>
                    </pic:cNvPicPr>
                  </pic:nvPicPr>
                  <pic:blipFill>
                    <a:blip r:embed="rId114"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49A44E9E" w14:textId="00C24C90" w:rsidR="00A66F86" w:rsidRPr="00EB75F0" w:rsidRDefault="00A66F86" w:rsidP="00DE3C0F">
      <w:pPr>
        <w:spacing w:before="0" w:after="200" w:line="276" w:lineRule="auto"/>
        <w:rPr>
          <w:b/>
        </w:rPr>
        <w:sectPr w:rsidR="00A66F86" w:rsidRPr="00EB75F0">
          <w:pgSz w:w="11906" w:h="16838"/>
          <w:pgMar w:top="1134" w:right="1134" w:bottom="1134" w:left="1134" w:header="567" w:footer="567" w:gutter="0"/>
          <w:cols w:space="708"/>
          <w:docGrid w:linePitch="360"/>
        </w:sectPr>
      </w:pPr>
      <w:r w:rsidRPr="009E25E6">
        <w:rPr>
          <w:sz w:val="20"/>
        </w:rPr>
        <w:t>The normality assumption of the ANOVA residuals for each potential effect modifier was confirmed by the Shapiro</w:t>
      </w:r>
      <w:r>
        <w:rPr>
          <w:sz w:val="20"/>
        </w:rPr>
        <w:t>-</w:t>
      </w:r>
      <w:r w:rsidRPr="009E25E6">
        <w:rPr>
          <w:sz w:val="20"/>
        </w:rPr>
        <w:t>Wilk normality test</w:t>
      </w:r>
      <w:r>
        <w:rPr>
          <w:sz w:val="20"/>
        </w:rPr>
        <w:t xml:space="preserve">, except for </w:t>
      </w:r>
      <w:r w:rsidRPr="009E25E6">
        <w:rPr>
          <w:sz w:val="20"/>
        </w:rPr>
        <w:t>mean PANSS total score. The p-value for the ANOVA F-test is 0</w:t>
      </w:r>
      <w:r>
        <w:rPr>
          <w:sz w:val="20"/>
        </w:rPr>
        <w:t>.</w:t>
      </w:r>
      <w:r w:rsidR="00BE02DC">
        <w:rPr>
          <w:sz w:val="20"/>
        </w:rPr>
        <w:t>49</w:t>
      </w:r>
      <w:r w:rsidRPr="009E25E6">
        <w:rPr>
          <w:sz w:val="20"/>
        </w:rPr>
        <w:t>, 0.</w:t>
      </w:r>
      <w:r w:rsidR="00BE02DC">
        <w:rPr>
          <w:sz w:val="20"/>
        </w:rPr>
        <w:t>67</w:t>
      </w:r>
      <w:r w:rsidRPr="009E25E6">
        <w:rPr>
          <w:sz w:val="20"/>
        </w:rPr>
        <w:t>, 0.</w:t>
      </w:r>
      <w:r w:rsidR="00BE02DC">
        <w:rPr>
          <w:sz w:val="20"/>
        </w:rPr>
        <w:t>58</w:t>
      </w:r>
      <w:r w:rsidRPr="009E25E6">
        <w:rPr>
          <w:sz w:val="20"/>
        </w:rPr>
        <w:t xml:space="preserve">, </w:t>
      </w:r>
      <w:r>
        <w:rPr>
          <w:sz w:val="20"/>
        </w:rPr>
        <w:t>0.1</w:t>
      </w:r>
      <w:r w:rsidR="00BE02DC">
        <w:rPr>
          <w:sz w:val="20"/>
        </w:rPr>
        <w:t>1</w:t>
      </w:r>
      <w:r>
        <w:rPr>
          <w:sz w:val="20"/>
        </w:rPr>
        <w:t xml:space="preserve"> </w:t>
      </w:r>
      <w:r w:rsidRPr="009E25E6">
        <w:rPr>
          <w:sz w:val="20"/>
        </w:rPr>
        <w:t>and 0.</w:t>
      </w:r>
      <w:r>
        <w:rPr>
          <w:sz w:val="20"/>
        </w:rPr>
        <w:t>4</w:t>
      </w:r>
      <w:r w:rsidR="00BE02DC">
        <w:rPr>
          <w:sz w:val="20"/>
        </w:rPr>
        <w:t>9</w:t>
      </w:r>
      <w:r w:rsidRPr="009E25E6">
        <w:rPr>
          <w:sz w:val="20"/>
        </w:rPr>
        <w:t xml:space="preserve">, for </w:t>
      </w:r>
      <w:r>
        <w:rPr>
          <w:sz w:val="20"/>
        </w:rPr>
        <w:t xml:space="preserve">percentage male, </w:t>
      </w:r>
      <w:r w:rsidRPr="009E25E6">
        <w:rPr>
          <w:sz w:val="20"/>
        </w:rPr>
        <w:t xml:space="preserve">mean age, </w:t>
      </w:r>
      <w:r>
        <w:rPr>
          <w:sz w:val="20"/>
        </w:rPr>
        <w:t>mean</w:t>
      </w:r>
      <w:r w:rsidRPr="009E25E6">
        <w:rPr>
          <w:sz w:val="20"/>
        </w:rPr>
        <w:t xml:space="preserve"> </w:t>
      </w:r>
      <w:r>
        <w:rPr>
          <w:sz w:val="20"/>
        </w:rPr>
        <w:t xml:space="preserve">positive score at baseline, </w:t>
      </w:r>
      <w:r w:rsidRPr="009E25E6">
        <w:rPr>
          <w:sz w:val="20"/>
        </w:rPr>
        <w:t>mean PANSS negative score, and mean CGI-S score at baseline, respectively.</w:t>
      </w:r>
      <w:r>
        <w:rPr>
          <w:sz w:val="20"/>
        </w:rPr>
        <w:t xml:space="preserve"> The Kruskal-Wallis rank sum test for </w:t>
      </w:r>
      <w:r w:rsidRPr="009E25E6">
        <w:rPr>
          <w:sz w:val="20"/>
        </w:rPr>
        <w:t>mean PANSS total score</w:t>
      </w:r>
      <w:r>
        <w:rPr>
          <w:sz w:val="20"/>
        </w:rPr>
        <w:t xml:space="preserve"> yielded a p-value of 0.2.</w:t>
      </w:r>
      <w:r w:rsidRPr="009E25E6">
        <w:rPr>
          <w:sz w:val="20"/>
        </w:rPr>
        <w:t xml:space="preserve"> This indicates no significant difference between </w:t>
      </w:r>
      <w:r>
        <w:rPr>
          <w:sz w:val="20"/>
        </w:rPr>
        <w:t xml:space="preserve">treatment </w:t>
      </w:r>
      <w:r w:rsidRPr="009E25E6">
        <w:rPr>
          <w:sz w:val="20"/>
        </w:rPr>
        <w:t>nodes</w:t>
      </w:r>
      <w:r>
        <w:rPr>
          <w:sz w:val="20"/>
        </w:rPr>
        <w:t>.</w:t>
      </w:r>
      <w:r w:rsidRPr="00EB75F0">
        <w:rPr>
          <w:b/>
        </w:rPr>
        <w:t xml:space="preserve"> </w:t>
      </w:r>
    </w:p>
    <w:p w14:paraId="76B26C4F" w14:textId="0490609B" w:rsidR="00103E51" w:rsidRPr="00EB75F0" w:rsidRDefault="00A06AE8" w:rsidP="00434B93">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43</w:t>
        </w:r>
      </w:fldSimple>
      <w:r w:rsidR="00BE02DC">
        <w:rPr>
          <w:noProof/>
        </w:rPr>
        <w:t xml:space="preserve">: </w:t>
      </w:r>
      <w:r w:rsidR="00103E51" w:rsidRPr="00EB75F0">
        <w:t xml:space="preserve">Sedation – League tables – random-effects model, base case network – OR (95% </w:t>
      </w:r>
      <w:proofErr w:type="spellStart"/>
      <w:r w:rsidR="00103E51" w:rsidRPr="00EB75F0">
        <w:t>CrI</w:t>
      </w:r>
      <w:proofErr w:type="spellEnd"/>
      <w:r w:rsidR="00103E51" w:rsidRPr="00EB75F0">
        <w:t>)</w:t>
      </w:r>
    </w:p>
    <w:tbl>
      <w:tblPr>
        <w:tblStyle w:val="Lumanitytable"/>
        <w:tblW w:w="14540" w:type="dxa"/>
        <w:tblLayout w:type="fixed"/>
        <w:tblLook w:val="04A0" w:firstRow="1" w:lastRow="0" w:firstColumn="1" w:lastColumn="0" w:noHBand="0" w:noVBand="1"/>
      </w:tblPr>
      <w:tblGrid>
        <w:gridCol w:w="1255"/>
        <w:gridCol w:w="1620"/>
        <w:gridCol w:w="1620"/>
        <w:gridCol w:w="1620"/>
        <w:gridCol w:w="1620"/>
        <w:gridCol w:w="1769"/>
        <w:gridCol w:w="1585"/>
        <w:gridCol w:w="1584"/>
        <w:gridCol w:w="1867"/>
      </w:tblGrid>
      <w:tr w:rsidR="00103E51" w:rsidRPr="00EB75F0" w14:paraId="370E58F1" w14:textId="77777777" w:rsidTr="00103E51">
        <w:trPr>
          <w:cnfStyle w:val="100000000000" w:firstRow="1" w:lastRow="0" w:firstColumn="0" w:lastColumn="0" w:oddVBand="0" w:evenVBand="0" w:oddHBand="0" w:evenHBand="0" w:firstRowFirstColumn="0" w:firstRowLastColumn="0" w:lastRowFirstColumn="0" w:lastRowLastColumn="0"/>
          <w:trHeight w:val="52"/>
        </w:trPr>
        <w:tc>
          <w:tcPr>
            <w:tcW w:w="1255" w:type="dxa"/>
            <w:vAlign w:val="center"/>
            <w:hideMark/>
          </w:tcPr>
          <w:p w14:paraId="0739F1DC" w14:textId="77777777" w:rsidR="004C33A1" w:rsidRPr="00EB75F0" w:rsidRDefault="004C33A1"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620" w:type="dxa"/>
            <w:hideMark/>
          </w:tcPr>
          <w:p w14:paraId="5500406A" w14:textId="77777777" w:rsidR="004C33A1" w:rsidRPr="00EB75F0" w:rsidRDefault="004C33A1"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620" w:type="dxa"/>
            <w:hideMark/>
          </w:tcPr>
          <w:p w14:paraId="05B404E4" w14:textId="77777777" w:rsidR="004C33A1" w:rsidRPr="00EB75F0" w:rsidRDefault="004C33A1"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620" w:type="dxa"/>
            <w:hideMark/>
          </w:tcPr>
          <w:p w14:paraId="662C6542" w14:textId="77777777" w:rsidR="004C33A1" w:rsidRPr="00EB75F0" w:rsidRDefault="004C33A1"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620" w:type="dxa"/>
            <w:hideMark/>
          </w:tcPr>
          <w:p w14:paraId="50358B4A" w14:textId="50DC8218" w:rsidR="004C33A1" w:rsidRPr="00EB75F0" w:rsidRDefault="009A3ECD"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769" w:type="dxa"/>
            <w:hideMark/>
          </w:tcPr>
          <w:p w14:paraId="312D6874" w14:textId="77777777" w:rsidR="004C33A1" w:rsidRPr="00EB75F0" w:rsidRDefault="004C33A1"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585" w:type="dxa"/>
            <w:hideMark/>
          </w:tcPr>
          <w:p w14:paraId="360D0A6D" w14:textId="77777777" w:rsidR="004C33A1" w:rsidRPr="00EB75F0" w:rsidRDefault="004C33A1"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584" w:type="dxa"/>
            <w:hideMark/>
          </w:tcPr>
          <w:p w14:paraId="2D55BABC" w14:textId="77777777" w:rsidR="004C33A1" w:rsidRPr="00EB75F0" w:rsidRDefault="004C33A1"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867" w:type="dxa"/>
            <w:hideMark/>
          </w:tcPr>
          <w:p w14:paraId="4CE98E8B" w14:textId="77777777" w:rsidR="004C33A1" w:rsidRPr="00EB75F0" w:rsidRDefault="004C33A1"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103E51" w:rsidRPr="00EB75F0" w14:paraId="366016B0" w14:textId="77777777" w:rsidTr="00103E51">
        <w:trPr>
          <w:trHeight w:val="288"/>
        </w:trPr>
        <w:tc>
          <w:tcPr>
            <w:tcW w:w="1255" w:type="dxa"/>
            <w:vAlign w:val="center"/>
            <w:hideMark/>
          </w:tcPr>
          <w:p w14:paraId="3C76E55A"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620" w:type="dxa"/>
            <w:vAlign w:val="center"/>
            <w:hideMark/>
          </w:tcPr>
          <w:p w14:paraId="38497255"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color w:val="000000"/>
                <w:sz w:val="16"/>
                <w:szCs w:val="16"/>
              </w:rPr>
              <w:t>6.39 (1.04, 59.52)</w:t>
            </w:r>
          </w:p>
        </w:tc>
        <w:tc>
          <w:tcPr>
            <w:tcW w:w="1620" w:type="dxa"/>
            <w:vAlign w:val="center"/>
            <w:hideMark/>
          </w:tcPr>
          <w:p w14:paraId="74B3E90A"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2.25 (0.92, 6.82)</w:t>
            </w:r>
          </w:p>
        </w:tc>
        <w:tc>
          <w:tcPr>
            <w:tcW w:w="1620" w:type="dxa"/>
            <w:vAlign w:val="center"/>
            <w:hideMark/>
          </w:tcPr>
          <w:p w14:paraId="35000D62"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1.05 (0.42, 2.54)</w:t>
            </w:r>
          </w:p>
        </w:tc>
        <w:tc>
          <w:tcPr>
            <w:tcW w:w="1620" w:type="dxa"/>
            <w:shd w:val="clear" w:color="auto" w:fill="CFEDFF"/>
            <w:vAlign w:val="center"/>
            <w:hideMark/>
          </w:tcPr>
          <w:p w14:paraId="5E0E400B"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1.02 (0.14, 6.95)</w:t>
            </w:r>
          </w:p>
        </w:tc>
        <w:tc>
          <w:tcPr>
            <w:tcW w:w="1769" w:type="dxa"/>
            <w:vAlign w:val="center"/>
            <w:hideMark/>
          </w:tcPr>
          <w:p w14:paraId="63BBBEDC"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2.66 (0.67, 10.58)</w:t>
            </w:r>
          </w:p>
        </w:tc>
        <w:tc>
          <w:tcPr>
            <w:tcW w:w="1585" w:type="dxa"/>
            <w:vAlign w:val="center"/>
            <w:hideMark/>
          </w:tcPr>
          <w:p w14:paraId="3495E819"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color w:val="000000"/>
                <w:sz w:val="16"/>
                <w:szCs w:val="16"/>
              </w:rPr>
              <w:t>3.49 (1.27, 10.28)</w:t>
            </w:r>
          </w:p>
        </w:tc>
        <w:tc>
          <w:tcPr>
            <w:tcW w:w="1584" w:type="dxa"/>
            <w:vAlign w:val="center"/>
            <w:hideMark/>
          </w:tcPr>
          <w:p w14:paraId="75F5C951"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color w:val="000000"/>
                <w:sz w:val="16"/>
                <w:szCs w:val="16"/>
              </w:rPr>
              <w:t>2.54 (1, 7.24)</w:t>
            </w:r>
          </w:p>
        </w:tc>
        <w:tc>
          <w:tcPr>
            <w:tcW w:w="1867" w:type="dxa"/>
            <w:vAlign w:val="center"/>
            <w:hideMark/>
          </w:tcPr>
          <w:p w14:paraId="71391824"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2.1 (0.91, 4.61)</w:t>
            </w:r>
          </w:p>
        </w:tc>
      </w:tr>
      <w:tr w:rsidR="00103E51" w:rsidRPr="00EB75F0" w14:paraId="7170B0AB" w14:textId="77777777" w:rsidTr="00103E51">
        <w:trPr>
          <w:trHeight w:val="288"/>
        </w:trPr>
        <w:tc>
          <w:tcPr>
            <w:tcW w:w="1255" w:type="dxa"/>
            <w:vAlign w:val="center"/>
            <w:hideMark/>
          </w:tcPr>
          <w:p w14:paraId="1F533049"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620" w:type="dxa"/>
            <w:shd w:val="clear" w:color="auto" w:fill="C6C6C6"/>
            <w:noWrap/>
            <w:vAlign w:val="center"/>
            <w:hideMark/>
          </w:tcPr>
          <w:p w14:paraId="55702BE5"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hideMark/>
          </w:tcPr>
          <w:p w14:paraId="4B50E60E"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0.35 (0.04, 2.14)</w:t>
            </w:r>
          </w:p>
        </w:tc>
        <w:tc>
          <w:tcPr>
            <w:tcW w:w="1620" w:type="dxa"/>
            <w:vAlign w:val="center"/>
            <w:hideMark/>
          </w:tcPr>
          <w:p w14:paraId="79967635"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0.16 (0.01, 1.18)</w:t>
            </w:r>
          </w:p>
        </w:tc>
        <w:tc>
          <w:tcPr>
            <w:tcW w:w="1620" w:type="dxa"/>
            <w:shd w:val="clear" w:color="auto" w:fill="CFEDFF"/>
            <w:vAlign w:val="center"/>
            <w:hideMark/>
          </w:tcPr>
          <w:p w14:paraId="1C41C844"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0.16 (0.01, 2.06)</w:t>
            </w:r>
          </w:p>
        </w:tc>
        <w:tc>
          <w:tcPr>
            <w:tcW w:w="1769" w:type="dxa"/>
            <w:vAlign w:val="center"/>
            <w:hideMark/>
          </w:tcPr>
          <w:p w14:paraId="22AC99AB"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0.42 (0.03, 3.73)</w:t>
            </w:r>
          </w:p>
        </w:tc>
        <w:tc>
          <w:tcPr>
            <w:tcW w:w="1585" w:type="dxa"/>
            <w:vAlign w:val="center"/>
            <w:hideMark/>
          </w:tcPr>
          <w:p w14:paraId="528FFB1A"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0.54 (0.05, 4.27)</w:t>
            </w:r>
          </w:p>
        </w:tc>
        <w:tc>
          <w:tcPr>
            <w:tcW w:w="1584" w:type="dxa"/>
            <w:vAlign w:val="center"/>
            <w:hideMark/>
          </w:tcPr>
          <w:p w14:paraId="78A1074F"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0.4 (0.04, 2.86)</w:t>
            </w:r>
          </w:p>
        </w:tc>
        <w:tc>
          <w:tcPr>
            <w:tcW w:w="1867" w:type="dxa"/>
            <w:vAlign w:val="center"/>
            <w:hideMark/>
          </w:tcPr>
          <w:p w14:paraId="54A24CFF"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0.33 (0.03, 2.31)</w:t>
            </w:r>
          </w:p>
        </w:tc>
      </w:tr>
      <w:tr w:rsidR="00103E51" w:rsidRPr="00EB75F0" w14:paraId="39F71AD1" w14:textId="77777777" w:rsidTr="00103E51">
        <w:trPr>
          <w:trHeight w:val="288"/>
        </w:trPr>
        <w:tc>
          <w:tcPr>
            <w:tcW w:w="1255" w:type="dxa"/>
            <w:vAlign w:val="center"/>
            <w:hideMark/>
          </w:tcPr>
          <w:p w14:paraId="0B368EC1"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620" w:type="dxa"/>
            <w:vAlign w:val="center"/>
            <w:hideMark/>
          </w:tcPr>
          <w:p w14:paraId="470F34B1"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2.88 (0.47, 22.94)</w:t>
            </w:r>
          </w:p>
        </w:tc>
        <w:tc>
          <w:tcPr>
            <w:tcW w:w="1620" w:type="dxa"/>
            <w:shd w:val="clear" w:color="auto" w:fill="C6C6C6"/>
            <w:noWrap/>
            <w:vAlign w:val="center"/>
            <w:hideMark/>
          </w:tcPr>
          <w:p w14:paraId="2D653515"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hideMark/>
          </w:tcPr>
          <w:p w14:paraId="1EB224BF"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0.47 (0.11, 1.59)</w:t>
            </w:r>
          </w:p>
        </w:tc>
        <w:tc>
          <w:tcPr>
            <w:tcW w:w="1620" w:type="dxa"/>
            <w:shd w:val="clear" w:color="auto" w:fill="CFEDFF"/>
            <w:vAlign w:val="center"/>
            <w:hideMark/>
          </w:tcPr>
          <w:p w14:paraId="33387D1E"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0.45 (0.04, 3.75)</w:t>
            </w:r>
          </w:p>
        </w:tc>
        <w:tc>
          <w:tcPr>
            <w:tcW w:w="1769" w:type="dxa"/>
            <w:vAlign w:val="center"/>
            <w:hideMark/>
          </w:tcPr>
          <w:p w14:paraId="1924B78D"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1.19 (0.19, 5.73)</w:t>
            </w:r>
          </w:p>
        </w:tc>
        <w:tc>
          <w:tcPr>
            <w:tcW w:w="1585" w:type="dxa"/>
            <w:vAlign w:val="center"/>
            <w:hideMark/>
          </w:tcPr>
          <w:p w14:paraId="30A252EC"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1.55 (0.34, 6.01)</w:t>
            </w:r>
          </w:p>
        </w:tc>
        <w:tc>
          <w:tcPr>
            <w:tcW w:w="1584" w:type="dxa"/>
            <w:vAlign w:val="center"/>
            <w:hideMark/>
          </w:tcPr>
          <w:p w14:paraId="5E53F223"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1.13 (0.32, 3.5)</w:t>
            </w:r>
          </w:p>
        </w:tc>
        <w:tc>
          <w:tcPr>
            <w:tcW w:w="1867" w:type="dxa"/>
            <w:vAlign w:val="center"/>
            <w:hideMark/>
          </w:tcPr>
          <w:p w14:paraId="557D10B7"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0.94 (0.22, 3.00)</w:t>
            </w:r>
          </w:p>
        </w:tc>
      </w:tr>
      <w:tr w:rsidR="00103E51" w:rsidRPr="00EB75F0" w14:paraId="3F30750A" w14:textId="77777777" w:rsidTr="00103E51">
        <w:trPr>
          <w:trHeight w:val="288"/>
        </w:trPr>
        <w:tc>
          <w:tcPr>
            <w:tcW w:w="1255" w:type="dxa"/>
            <w:vAlign w:val="center"/>
            <w:hideMark/>
          </w:tcPr>
          <w:p w14:paraId="57CC91B3"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620" w:type="dxa"/>
            <w:vAlign w:val="center"/>
            <w:hideMark/>
          </w:tcPr>
          <w:p w14:paraId="5DFE6EB2"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6.12 (0.85, 68.59)</w:t>
            </w:r>
          </w:p>
        </w:tc>
        <w:tc>
          <w:tcPr>
            <w:tcW w:w="1620" w:type="dxa"/>
            <w:vAlign w:val="center"/>
            <w:hideMark/>
          </w:tcPr>
          <w:p w14:paraId="04E9875F"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2.15 (0.63, 9.44)</w:t>
            </w:r>
          </w:p>
        </w:tc>
        <w:tc>
          <w:tcPr>
            <w:tcW w:w="1620" w:type="dxa"/>
            <w:shd w:val="clear" w:color="auto" w:fill="C6C6C6"/>
            <w:noWrap/>
            <w:vAlign w:val="center"/>
            <w:hideMark/>
          </w:tcPr>
          <w:p w14:paraId="0DFAFFC9"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shd w:val="clear" w:color="auto" w:fill="CFEDFF"/>
            <w:vAlign w:val="center"/>
            <w:hideMark/>
          </w:tcPr>
          <w:p w14:paraId="7133854D"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0.99 (0.11, 8.06)</w:t>
            </w:r>
          </w:p>
        </w:tc>
        <w:tc>
          <w:tcPr>
            <w:tcW w:w="1769" w:type="dxa"/>
            <w:vAlign w:val="center"/>
            <w:hideMark/>
          </w:tcPr>
          <w:p w14:paraId="608DDF85"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2.53 (0.49, 13.58)</w:t>
            </w:r>
          </w:p>
        </w:tc>
        <w:tc>
          <w:tcPr>
            <w:tcW w:w="1585" w:type="dxa"/>
            <w:vAlign w:val="center"/>
            <w:hideMark/>
          </w:tcPr>
          <w:p w14:paraId="3DC4D798"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3.33 (0.88, 13.98)</w:t>
            </w:r>
          </w:p>
        </w:tc>
        <w:tc>
          <w:tcPr>
            <w:tcW w:w="1584" w:type="dxa"/>
            <w:vAlign w:val="center"/>
            <w:hideMark/>
          </w:tcPr>
          <w:p w14:paraId="438FB9BC"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2.43 (0.69, 9.83)</w:t>
            </w:r>
          </w:p>
        </w:tc>
        <w:tc>
          <w:tcPr>
            <w:tcW w:w="1867" w:type="dxa"/>
            <w:vAlign w:val="center"/>
            <w:hideMark/>
          </w:tcPr>
          <w:p w14:paraId="7BD54120"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2.01 (0.7, 5.38)</w:t>
            </w:r>
          </w:p>
        </w:tc>
      </w:tr>
      <w:tr w:rsidR="00103E51" w:rsidRPr="00EB75F0" w14:paraId="45BB430A" w14:textId="77777777" w:rsidTr="00103E51">
        <w:trPr>
          <w:trHeight w:val="288"/>
        </w:trPr>
        <w:tc>
          <w:tcPr>
            <w:tcW w:w="1255" w:type="dxa"/>
            <w:vAlign w:val="center"/>
            <w:hideMark/>
          </w:tcPr>
          <w:p w14:paraId="4106E9C2" w14:textId="3677BDF1" w:rsidR="004C33A1" w:rsidRPr="00EB75F0" w:rsidRDefault="009A3ECD" w:rsidP="00103E51">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620" w:type="dxa"/>
            <w:vAlign w:val="center"/>
            <w:hideMark/>
          </w:tcPr>
          <w:p w14:paraId="41428B3F"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6.44 (0.49, 136.56)</w:t>
            </w:r>
          </w:p>
        </w:tc>
        <w:tc>
          <w:tcPr>
            <w:tcW w:w="1620" w:type="dxa"/>
            <w:vAlign w:val="center"/>
            <w:hideMark/>
          </w:tcPr>
          <w:p w14:paraId="30E4CC93"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2.23 (0.27, 22.29)</w:t>
            </w:r>
          </w:p>
        </w:tc>
        <w:tc>
          <w:tcPr>
            <w:tcW w:w="1620" w:type="dxa"/>
            <w:vAlign w:val="center"/>
            <w:hideMark/>
          </w:tcPr>
          <w:p w14:paraId="5488F154"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1.01 (0.12, 8.71)</w:t>
            </w:r>
          </w:p>
        </w:tc>
        <w:tc>
          <w:tcPr>
            <w:tcW w:w="1620" w:type="dxa"/>
            <w:shd w:val="clear" w:color="auto" w:fill="C6C6C6"/>
            <w:noWrap/>
            <w:vAlign w:val="center"/>
            <w:hideMark/>
          </w:tcPr>
          <w:p w14:paraId="249EF9C3"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p>
        </w:tc>
        <w:tc>
          <w:tcPr>
            <w:tcW w:w="1769" w:type="dxa"/>
            <w:vAlign w:val="center"/>
            <w:hideMark/>
          </w:tcPr>
          <w:p w14:paraId="01E063F1"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2.59 (0.25, 28.31)</w:t>
            </w:r>
          </w:p>
        </w:tc>
        <w:tc>
          <w:tcPr>
            <w:tcW w:w="1585" w:type="dxa"/>
            <w:vAlign w:val="center"/>
            <w:hideMark/>
          </w:tcPr>
          <w:p w14:paraId="1866CD93"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3.45 (0.4, 32.34)</w:t>
            </w:r>
          </w:p>
        </w:tc>
        <w:tc>
          <w:tcPr>
            <w:tcW w:w="1584" w:type="dxa"/>
            <w:vAlign w:val="center"/>
            <w:hideMark/>
          </w:tcPr>
          <w:p w14:paraId="3AE93CA6"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2.52 (0.3, 24.05)</w:t>
            </w:r>
          </w:p>
        </w:tc>
        <w:tc>
          <w:tcPr>
            <w:tcW w:w="1867" w:type="dxa"/>
            <w:vAlign w:val="center"/>
            <w:hideMark/>
          </w:tcPr>
          <w:p w14:paraId="20C87849"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2.03 (0.24, 17.47)</w:t>
            </w:r>
          </w:p>
        </w:tc>
      </w:tr>
      <w:tr w:rsidR="00103E51" w:rsidRPr="00EB75F0" w14:paraId="7DA4A200" w14:textId="77777777" w:rsidTr="00103E51">
        <w:trPr>
          <w:trHeight w:val="288"/>
        </w:trPr>
        <w:tc>
          <w:tcPr>
            <w:tcW w:w="1255" w:type="dxa"/>
            <w:vAlign w:val="center"/>
            <w:hideMark/>
          </w:tcPr>
          <w:p w14:paraId="3C07AB27"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620" w:type="dxa"/>
            <w:vAlign w:val="center"/>
            <w:hideMark/>
          </w:tcPr>
          <w:p w14:paraId="0D3DCCD0"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2.41 (0.27, 33.84)</w:t>
            </w:r>
          </w:p>
        </w:tc>
        <w:tc>
          <w:tcPr>
            <w:tcW w:w="1620" w:type="dxa"/>
            <w:vAlign w:val="center"/>
            <w:hideMark/>
          </w:tcPr>
          <w:p w14:paraId="16E712A5"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0.84 (0.17, 5.32)</w:t>
            </w:r>
          </w:p>
        </w:tc>
        <w:tc>
          <w:tcPr>
            <w:tcW w:w="1620" w:type="dxa"/>
            <w:vAlign w:val="center"/>
            <w:hideMark/>
          </w:tcPr>
          <w:p w14:paraId="39C2F791"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0.39 (0.07, 2.03)</w:t>
            </w:r>
          </w:p>
        </w:tc>
        <w:tc>
          <w:tcPr>
            <w:tcW w:w="1620" w:type="dxa"/>
            <w:shd w:val="clear" w:color="auto" w:fill="CFEDFF"/>
            <w:vAlign w:val="center"/>
            <w:hideMark/>
          </w:tcPr>
          <w:p w14:paraId="07A0554A"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0.39 (0.04, 3.99)</w:t>
            </w:r>
          </w:p>
        </w:tc>
        <w:tc>
          <w:tcPr>
            <w:tcW w:w="1769" w:type="dxa"/>
            <w:shd w:val="clear" w:color="auto" w:fill="C6C6C6"/>
            <w:noWrap/>
            <w:vAlign w:val="center"/>
            <w:hideMark/>
          </w:tcPr>
          <w:p w14:paraId="2CF4A2AB"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p>
        </w:tc>
        <w:tc>
          <w:tcPr>
            <w:tcW w:w="1585" w:type="dxa"/>
            <w:vAlign w:val="center"/>
            <w:hideMark/>
          </w:tcPr>
          <w:p w14:paraId="40114919"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1.32 (0.23, 7.54)</w:t>
            </w:r>
          </w:p>
        </w:tc>
        <w:tc>
          <w:tcPr>
            <w:tcW w:w="1584" w:type="dxa"/>
            <w:vAlign w:val="center"/>
            <w:hideMark/>
          </w:tcPr>
          <w:p w14:paraId="722E08CA"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0.96 (0.18, 5.73)</w:t>
            </w:r>
          </w:p>
        </w:tc>
        <w:tc>
          <w:tcPr>
            <w:tcW w:w="1867" w:type="dxa"/>
            <w:vAlign w:val="center"/>
            <w:hideMark/>
          </w:tcPr>
          <w:p w14:paraId="6B141CE0"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0.79 (0.15, 3.76)</w:t>
            </w:r>
          </w:p>
        </w:tc>
      </w:tr>
      <w:tr w:rsidR="00103E51" w:rsidRPr="00EB75F0" w14:paraId="799AC8DC" w14:textId="77777777" w:rsidTr="00103E51">
        <w:trPr>
          <w:trHeight w:val="288"/>
        </w:trPr>
        <w:tc>
          <w:tcPr>
            <w:tcW w:w="1255" w:type="dxa"/>
            <w:vAlign w:val="center"/>
            <w:hideMark/>
          </w:tcPr>
          <w:p w14:paraId="2FE7D81B"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620" w:type="dxa"/>
            <w:vAlign w:val="center"/>
            <w:hideMark/>
          </w:tcPr>
          <w:p w14:paraId="6C5A5242"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1.84 (0.23, 21.03)</w:t>
            </w:r>
          </w:p>
        </w:tc>
        <w:tc>
          <w:tcPr>
            <w:tcW w:w="1620" w:type="dxa"/>
            <w:vAlign w:val="center"/>
            <w:hideMark/>
          </w:tcPr>
          <w:p w14:paraId="60128EA2"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0.64 (0.17, 2.93)</w:t>
            </w:r>
          </w:p>
        </w:tc>
        <w:tc>
          <w:tcPr>
            <w:tcW w:w="1620" w:type="dxa"/>
            <w:vAlign w:val="center"/>
            <w:hideMark/>
          </w:tcPr>
          <w:p w14:paraId="42F6C2FB"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0.3 (0.07, 1.13)</w:t>
            </w:r>
          </w:p>
        </w:tc>
        <w:tc>
          <w:tcPr>
            <w:tcW w:w="1620" w:type="dxa"/>
            <w:shd w:val="clear" w:color="auto" w:fill="CFEDFF"/>
            <w:vAlign w:val="center"/>
            <w:hideMark/>
          </w:tcPr>
          <w:p w14:paraId="0FA2E0C4"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0.29 (0.03, 2.49)</w:t>
            </w:r>
          </w:p>
        </w:tc>
        <w:tc>
          <w:tcPr>
            <w:tcW w:w="1769" w:type="dxa"/>
            <w:vAlign w:val="center"/>
            <w:hideMark/>
          </w:tcPr>
          <w:p w14:paraId="769580EA"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0.76 (0.13, 4.26)</w:t>
            </w:r>
          </w:p>
        </w:tc>
        <w:tc>
          <w:tcPr>
            <w:tcW w:w="1585" w:type="dxa"/>
            <w:shd w:val="clear" w:color="auto" w:fill="C6C6C6"/>
            <w:noWrap/>
            <w:vAlign w:val="center"/>
            <w:hideMark/>
          </w:tcPr>
          <w:p w14:paraId="607F764F"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p>
        </w:tc>
        <w:tc>
          <w:tcPr>
            <w:tcW w:w="1584" w:type="dxa"/>
            <w:vAlign w:val="center"/>
            <w:hideMark/>
          </w:tcPr>
          <w:p w14:paraId="14EAA4B8"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0.72 (0.18, 3.18)</w:t>
            </w:r>
          </w:p>
        </w:tc>
        <w:tc>
          <w:tcPr>
            <w:tcW w:w="1867" w:type="dxa"/>
            <w:vAlign w:val="center"/>
            <w:hideMark/>
          </w:tcPr>
          <w:p w14:paraId="08BDEF87"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0.6 (0.15, 2.15)</w:t>
            </w:r>
          </w:p>
        </w:tc>
      </w:tr>
      <w:tr w:rsidR="00103E51" w:rsidRPr="00EB75F0" w14:paraId="7AFACFC4" w14:textId="77777777" w:rsidTr="00103E51">
        <w:trPr>
          <w:trHeight w:val="288"/>
        </w:trPr>
        <w:tc>
          <w:tcPr>
            <w:tcW w:w="1255" w:type="dxa"/>
            <w:vAlign w:val="center"/>
            <w:hideMark/>
          </w:tcPr>
          <w:p w14:paraId="42189051"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620" w:type="dxa"/>
            <w:vAlign w:val="center"/>
            <w:hideMark/>
          </w:tcPr>
          <w:p w14:paraId="43653896"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2.51 (0.35, 25.69)</w:t>
            </w:r>
          </w:p>
        </w:tc>
        <w:tc>
          <w:tcPr>
            <w:tcW w:w="1620" w:type="dxa"/>
            <w:vAlign w:val="center"/>
            <w:hideMark/>
          </w:tcPr>
          <w:p w14:paraId="1D389F12"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0.88 (0.29, 3.09)</w:t>
            </w:r>
          </w:p>
        </w:tc>
        <w:tc>
          <w:tcPr>
            <w:tcW w:w="1620" w:type="dxa"/>
            <w:vAlign w:val="center"/>
            <w:hideMark/>
          </w:tcPr>
          <w:p w14:paraId="203B4172"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0.41 (0.1, 1.46)</w:t>
            </w:r>
          </w:p>
        </w:tc>
        <w:tc>
          <w:tcPr>
            <w:tcW w:w="1620" w:type="dxa"/>
            <w:shd w:val="clear" w:color="auto" w:fill="CFEDFF"/>
            <w:vAlign w:val="center"/>
            <w:hideMark/>
          </w:tcPr>
          <w:p w14:paraId="1C4A65F8"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0.4 (0.04, 3.34)</w:t>
            </w:r>
          </w:p>
        </w:tc>
        <w:tc>
          <w:tcPr>
            <w:tcW w:w="1769" w:type="dxa"/>
            <w:vAlign w:val="center"/>
            <w:hideMark/>
          </w:tcPr>
          <w:p w14:paraId="6D368D5E"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1.05 (0.17, 5.45)</w:t>
            </w:r>
          </w:p>
        </w:tc>
        <w:tc>
          <w:tcPr>
            <w:tcW w:w="1585" w:type="dxa"/>
            <w:vAlign w:val="center"/>
            <w:hideMark/>
          </w:tcPr>
          <w:p w14:paraId="60DA4AC7"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1.38 (0.31, 5.62)</w:t>
            </w:r>
          </w:p>
        </w:tc>
        <w:tc>
          <w:tcPr>
            <w:tcW w:w="1584" w:type="dxa"/>
            <w:shd w:val="clear" w:color="auto" w:fill="C6C6C6"/>
            <w:noWrap/>
            <w:vAlign w:val="center"/>
            <w:hideMark/>
          </w:tcPr>
          <w:p w14:paraId="3173A968"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p>
        </w:tc>
        <w:tc>
          <w:tcPr>
            <w:tcW w:w="1867" w:type="dxa"/>
            <w:vAlign w:val="center"/>
            <w:hideMark/>
          </w:tcPr>
          <w:p w14:paraId="3D36D0F3"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0.83 (0.21, 2.7)</w:t>
            </w:r>
          </w:p>
        </w:tc>
      </w:tr>
      <w:tr w:rsidR="00103E51" w:rsidRPr="00EB75F0" w14:paraId="7C01CA5B" w14:textId="77777777" w:rsidTr="00103E51">
        <w:trPr>
          <w:trHeight w:val="288"/>
        </w:trPr>
        <w:tc>
          <w:tcPr>
            <w:tcW w:w="1255" w:type="dxa"/>
            <w:vAlign w:val="center"/>
            <w:hideMark/>
          </w:tcPr>
          <w:p w14:paraId="03019C13"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620" w:type="dxa"/>
            <w:vAlign w:val="center"/>
            <w:hideMark/>
          </w:tcPr>
          <w:p w14:paraId="6FCD40C4"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3.07 (0.43, 34.7)</w:t>
            </w:r>
          </w:p>
        </w:tc>
        <w:tc>
          <w:tcPr>
            <w:tcW w:w="1620" w:type="dxa"/>
            <w:vAlign w:val="center"/>
            <w:hideMark/>
          </w:tcPr>
          <w:p w14:paraId="303AA46E"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1.07 (0.33, 4.49)</w:t>
            </w:r>
          </w:p>
        </w:tc>
        <w:tc>
          <w:tcPr>
            <w:tcW w:w="1620" w:type="dxa"/>
            <w:vAlign w:val="center"/>
            <w:hideMark/>
          </w:tcPr>
          <w:p w14:paraId="54C2D8DD"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0.5 (0.19, 1.44)</w:t>
            </w:r>
          </w:p>
        </w:tc>
        <w:tc>
          <w:tcPr>
            <w:tcW w:w="1620" w:type="dxa"/>
            <w:shd w:val="clear" w:color="auto" w:fill="CFEDFF"/>
            <w:vAlign w:val="center"/>
            <w:hideMark/>
          </w:tcPr>
          <w:p w14:paraId="52068C5F" w14:textId="77777777" w:rsidR="004C33A1" w:rsidRPr="00EB75F0" w:rsidRDefault="004C33A1" w:rsidP="00103E51">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color w:val="000000"/>
                <w:sz w:val="16"/>
                <w:szCs w:val="16"/>
              </w:rPr>
              <w:t>0.49 (0.06, 4.11)</w:t>
            </w:r>
          </w:p>
        </w:tc>
        <w:tc>
          <w:tcPr>
            <w:tcW w:w="1769" w:type="dxa"/>
            <w:vAlign w:val="center"/>
            <w:hideMark/>
          </w:tcPr>
          <w:p w14:paraId="6043FC8A"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1.26 (0.27, 6.77)</w:t>
            </w:r>
          </w:p>
        </w:tc>
        <w:tc>
          <w:tcPr>
            <w:tcW w:w="1585" w:type="dxa"/>
            <w:vAlign w:val="center"/>
            <w:hideMark/>
          </w:tcPr>
          <w:p w14:paraId="2B3C26C8"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1.67 (0.46, 6.8)</w:t>
            </w:r>
          </w:p>
        </w:tc>
        <w:tc>
          <w:tcPr>
            <w:tcW w:w="1584" w:type="dxa"/>
            <w:vAlign w:val="center"/>
            <w:hideMark/>
          </w:tcPr>
          <w:p w14:paraId="3DA888AB"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color w:val="000000"/>
                <w:sz w:val="16"/>
                <w:szCs w:val="16"/>
              </w:rPr>
              <w:t>1.21 (0.37, 4.8)</w:t>
            </w:r>
          </w:p>
        </w:tc>
        <w:tc>
          <w:tcPr>
            <w:tcW w:w="1867" w:type="dxa"/>
            <w:shd w:val="clear" w:color="auto" w:fill="C6C6C6"/>
            <w:noWrap/>
            <w:vAlign w:val="center"/>
            <w:hideMark/>
          </w:tcPr>
          <w:p w14:paraId="058FE2F0" w14:textId="77777777" w:rsidR="004C33A1" w:rsidRPr="00EB75F0" w:rsidRDefault="004C33A1" w:rsidP="00103E51">
            <w:pPr>
              <w:spacing w:before="0" w:after="0" w:line="240" w:lineRule="auto"/>
              <w:contextualSpacing/>
              <w:rPr>
                <w:rFonts w:asciiTheme="majorHAnsi" w:eastAsia="Times New Roman" w:hAnsiTheme="majorHAnsi" w:cstheme="majorHAnsi"/>
                <w:color w:val="000000"/>
                <w:sz w:val="16"/>
                <w:szCs w:val="16"/>
                <w:lang w:eastAsia="zh-TW"/>
              </w:rPr>
            </w:pPr>
          </w:p>
        </w:tc>
      </w:tr>
      <w:tr w:rsidR="004C33A1" w:rsidRPr="00EB75F0" w14:paraId="2EA67226" w14:textId="77777777" w:rsidTr="00103E51">
        <w:trPr>
          <w:trHeight w:val="176"/>
        </w:trPr>
        <w:tc>
          <w:tcPr>
            <w:tcW w:w="14540" w:type="dxa"/>
            <w:gridSpan w:val="9"/>
          </w:tcPr>
          <w:p w14:paraId="422B561D" w14:textId="2ABE9D9E" w:rsidR="00103E51" w:rsidRPr="00EB75F0" w:rsidRDefault="00103E51" w:rsidP="00103E51">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OR, odds ratio;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eastAsia="Times New Roman" w:hAnsiTheme="majorHAnsi" w:cstheme="majorHAnsi"/>
                <w:color w:val="000000"/>
                <w:sz w:val="16"/>
                <w:szCs w:val="16"/>
                <w:lang w:eastAsia="zh-TW"/>
              </w:rPr>
              <w:t xml:space="preserve">, </w:t>
            </w:r>
            <w:proofErr w:type="spellStart"/>
            <w:r w:rsidRPr="00EB75F0">
              <w:rPr>
                <w:rFonts w:asciiTheme="majorHAnsi" w:hAnsiTheme="majorHAnsi" w:cstheme="majorHAnsi"/>
                <w:sz w:val="16"/>
                <w:szCs w:val="16"/>
              </w:rPr>
              <w:t>xanomeline</w:t>
            </w:r>
            <w:proofErr w:type="spellEnd"/>
            <w:r w:rsidRPr="00EB75F0">
              <w:rPr>
                <w:rFonts w:asciiTheme="majorHAnsi" w:hAnsiTheme="majorHAnsi" w:cstheme="majorHAnsi"/>
                <w:sz w:val="16"/>
                <w:szCs w:val="16"/>
              </w:rPr>
              <w:t>/</w:t>
            </w:r>
            <w:proofErr w:type="spellStart"/>
            <w:r w:rsidRPr="00EB75F0">
              <w:rPr>
                <w:rFonts w:asciiTheme="majorHAnsi" w:hAnsiTheme="majorHAnsi" w:cstheme="majorHAnsi"/>
                <w:sz w:val="16"/>
                <w:szCs w:val="16"/>
              </w:rPr>
              <w:t>trospium</w:t>
            </w:r>
            <w:proofErr w:type="spellEnd"/>
            <w:r w:rsidRPr="00EB75F0">
              <w:rPr>
                <w:rFonts w:asciiTheme="majorHAnsi" w:hAnsiTheme="majorHAnsi" w:cstheme="majorHAnsi"/>
                <w:sz w:val="16"/>
                <w:szCs w:val="16"/>
              </w:rPr>
              <w:t xml:space="preserve"> chloride</w:t>
            </w:r>
          </w:p>
          <w:p w14:paraId="4B26E831" w14:textId="6DB192C8" w:rsidR="004C33A1" w:rsidRPr="00EB75F0" w:rsidRDefault="00103E51" w:rsidP="00103E51">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4D657E1F" w14:textId="77777777" w:rsidR="00663944" w:rsidRPr="00EB75F0" w:rsidRDefault="00663944">
      <w:pPr>
        <w:spacing w:before="0" w:after="200" w:line="276" w:lineRule="auto"/>
        <w:rPr>
          <w:b/>
        </w:rPr>
      </w:pPr>
    </w:p>
    <w:p w14:paraId="0E86B08E" w14:textId="70A41950" w:rsidR="007D340F" w:rsidRPr="00EB75F0" w:rsidRDefault="00A06AE8" w:rsidP="00434B93">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44</w:t>
        </w:r>
      </w:fldSimple>
      <w:r w:rsidR="007D340F" w:rsidRPr="00EB75F0">
        <w:t xml:space="preserve">: Sedation – League tables – fixed-effects model, base case network – OR (95% </w:t>
      </w:r>
      <w:proofErr w:type="spellStart"/>
      <w:r w:rsidR="007D340F" w:rsidRPr="00EB75F0">
        <w:t>CrI</w:t>
      </w:r>
      <w:proofErr w:type="spellEnd"/>
      <w:r w:rsidR="007D340F" w:rsidRPr="00EB75F0">
        <w:t>)</w:t>
      </w:r>
    </w:p>
    <w:tbl>
      <w:tblPr>
        <w:tblStyle w:val="Lumanitytable"/>
        <w:tblW w:w="14522" w:type="dxa"/>
        <w:tblLayout w:type="fixed"/>
        <w:tblLook w:val="04A0" w:firstRow="1" w:lastRow="0" w:firstColumn="1" w:lastColumn="0" w:noHBand="0" w:noVBand="1"/>
      </w:tblPr>
      <w:tblGrid>
        <w:gridCol w:w="1255"/>
        <w:gridCol w:w="1620"/>
        <w:gridCol w:w="1530"/>
        <w:gridCol w:w="1620"/>
        <w:gridCol w:w="1620"/>
        <w:gridCol w:w="1620"/>
        <w:gridCol w:w="1620"/>
        <w:gridCol w:w="1800"/>
        <w:gridCol w:w="1837"/>
      </w:tblGrid>
      <w:tr w:rsidR="004403DE" w:rsidRPr="00EB75F0" w14:paraId="02682218" w14:textId="77777777" w:rsidTr="004403DE">
        <w:trPr>
          <w:cnfStyle w:val="100000000000" w:firstRow="1" w:lastRow="0" w:firstColumn="0" w:lastColumn="0" w:oddVBand="0" w:evenVBand="0" w:oddHBand="0" w:evenHBand="0" w:firstRowFirstColumn="0" w:firstRowLastColumn="0" w:lastRowFirstColumn="0" w:lastRowLastColumn="0"/>
          <w:trHeight w:val="288"/>
          <w:tblHeader/>
        </w:trPr>
        <w:tc>
          <w:tcPr>
            <w:tcW w:w="1255" w:type="dxa"/>
            <w:vAlign w:val="center"/>
            <w:hideMark/>
          </w:tcPr>
          <w:p w14:paraId="3FD9B17A" w14:textId="77777777" w:rsidR="00193714" w:rsidRPr="00EB75F0" w:rsidRDefault="00193714" w:rsidP="004403D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620" w:type="dxa"/>
            <w:vAlign w:val="center"/>
            <w:hideMark/>
          </w:tcPr>
          <w:p w14:paraId="1D7A7AA0" w14:textId="77777777" w:rsidR="00193714" w:rsidRPr="00EB75F0" w:rsidRDefault="00193714" w:rsidP="004403D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530" w:type="dxa"/>
            <w:vAlign w:val="center"/>
            <w:hideMark/>
          </w:tcPr>
          <w:p w14:paraId="7EBF15C7" w14:textId="77777777" w:rsidR="00193714" w:rsidRPr="00EB75F0" w:rsidRDefault="00193714" w:rsidP="004403D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620" w:type="dxa"/>
            <w:vAlign w:val="center"/>
            <w:hideMark/>
          </w:tcPr>
          <w:p w14:paraId="03B36257" w14:textId="77777777" w:rsidR="00193714" w:rsidRPr="00EB75F0" w:rsidRDefault="00193714" w:rsidP="004403D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620" w:type="dxa"/>
            <w:vAlign w:val="center"/>
            <w:hideMark/>
          </w:tcPr>
          <w:p w14:paraId="13D05E94" w14:textId="5059016F" w:rsidR="00193714" w:rsidRPr="00EB75F0" w:rsidRDefault="009A3ECD" w:rsidP="004403D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620" w:type="dxa"/>
            <w:vAlign w:val="center"/>
            <w:hideMark/>
          </w:tcPr>
          <w:p w14:paraId="3BC9055E" w14:textId="77777777" w:rsidR="00193714" w:rsidRPr="00EB75F0" w:rsidRDefault="00193714" w:rsidP="004403D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620" w:type="dxa"/>
            <w:vAlign w:val="center"/>
            <w:hideMark/>
          </w:tcPr>
          <w:p w14:paraId="29DFCA6E" w14:textId="77777777" w:rsidR="00193714" w:rsidRPr="00EB75F0" w:rsidRDefault="00193714" w:rsidP="004403D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800" w:type="dxa"/>
            <w:vAlign w:val="center"/>
            <w:hideMark/>
          </w:tcPr>
          <w:p w14:paraId="0965AB4A" w14:textId="77777777" w:rsidR="00193714" w:rsidRPr="00EB75F0" w:rsidRDefault="00193714" w:rsidP="004403D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837" w:type="dxa"/>
            <w:vAlign w:val="center"/>
            <w:hideMark/>
          </w:tcPr>
          <w:p w14:paraId="1C68FABF" w14:textId="77777777" w:rsidR="00193714" w:rsidRPr="00EB75F0" w:rsidRDefault="00193714" w:rsidP="004403D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193714" w:rsidRPr="00EB75F0" w14:paraId="24F76602" w14:textId="77777777" w:rsidTr="004403DE">
        <w:trPr>
          <w:trHeight w:val="288"/>
        </w:trPr>
        <w:tc>
          <w:tcPr>
            <w:tcW w:w="1255" w:type="dxa"/>
            <w:vAlign w:val="center"/>
            <w:hideMark/>
          </w:tcPr>
          <w:p w14:paraId="6FF0A8BD"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620" w:type="dxa"/>
            <w:vAlign w:val="center"/>
          </w:tcPr>
          <w:p w14:paraId="7E865970"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5.8 (1.17 to 35.07)</w:t>
            </w:r>
          </w:p>
        </w:tc>
        <w:tc>
          <w:tcPr>
            <w:tcW w:w="1530" w:type="dxa"/>
            <w:vAlign w:val="center"/>
          </w:tcPr>
          <w:p w14:paraId="03221B7F"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2.06 (0.98 to 4.48)</w:t>
            </w:r>
          </w:p>
        </w:tc>
        <w:tc>
          <w:tcPr>
            <w:tcW w:w="1620" w:type="dxa"/>
            <w:vAlign w:val="center"/>
          </w:tcPr>
          <w:p w14:paraId="4E8589B6"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1.07 (0.62 to 1.88)</w:t>
            </w:r>
          </w:p>
        </w:tc>
        <w:tc>
          <w:tcPr>
            <w:tcW w:w="1620" w:type="dxa"/>
            <w:shd w:val="clear" w:color="auto" w:fill="CFEDFF"/>
            <w:vAlign w:val="center"/>
          </w:tcPr>
          <w:p w14:paraId="7400FC42"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 (0.17 to 5.83)</w:t>
            </w:r>
          </w:p>
        </w:tc>
        <w:tc>
          <w:tcPr>
            <w:tcW w:w="1620" w:type="dxa"/>
            <w:vAlign w:val="center"/>
          </w:tcPr>
          <w:p w14:paraId="64DA6B75"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2.63 (1.13 to 6.65)</w:t>
            </w:r>
          </w:p>
        </w:tc>
        <w:tc>
          <w:tcPr>
            <w:tcW w:w="1620" w:type="dxa"/>
            <w:vAlign w:val="center"/>
          </w:tcPr>
          <w:p w14:paraId="2A594E88"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3.43 (1.71 to 7.4)</w:t>
            </w:r>
          </w:p>
        </w:tc>
        <w:tc>
          <w:tcPr>
            <w:tcW w:w="1800" w:type="dxa"/>
            <w:vAlign w:val="center"/>
          </w:tcPr>
          <w:p w14:paraId="3F2687E1"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2.47 (1.33 to 4.96)</w:t>
            </w:r>
          </w:p>
        </w:tc>
        <w:tc>
          <w:tcPr>
            <w:tcW w:w="1837" w:type="dxa"/>
            <w:vAlign w:val="center"/>
          </w:tcPr>
          <w:p w14:paraId="44379FB9"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2.18 (1.21 to 3.93)</w:t>
            </w:r>
          </w:p>
        </w:tc>
      </w:tr>
      <w:tr w:rsidR="00193714" w:rsidRPr="00EB75F0" w14:paraId="1C34A87A" w14:textId="77777777" w:rsidTr="004403DE">
        <w:trPr>
          <w:trHeight w:val="288"/>
        </w:trPr>
        <w:tc>
          <w:tcPr>
            <w:tcW w:w="1255" w:type="dxa"/>
            <w:vAlign w:val="center"/>
            <w:hideMark/>
          </w:tcPr>
          <w:p w14:paraId="4211207C"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620" w:type="dxa"/>
            <w:shd w:val="clear" w:color="auto" w:fill="C6C6C6"/>
            <w:noWrap/>
            <w:vAlign w:val="center"/>
          </w:tcPr>
          <w:p w14:paraId="26181302"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p>
        </w:tc>
        <w:tc>
          <w:tcPr>
            <w:tcW w:w="1530" w:type="dxa"/>
            <w:vAlign w:val="center"/>
          </w:tcPr>
          <w:p w14:paraId="049E0507"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0.35 (0.06 to 1.83)</w:t>
            </w:r>
          </w:p>
        </w:tc>
        <w:tc>
          <w:tcPr>
            <w:tcW w:w="1620" w:type="dxa"/>
            <w:vAlign w:val="center"/>
          </w:tcPr>
          <w:p w14:paraId="3D339417"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0.19 (0.03 to 1.01)</w:t>
            </w:r>
          </w:p>
        </w:tc>
        <w:tc>
          <w:tcPr>
            <w:tcW w:w="1620" w:type="dxa"/>
            <w:shd w:val="clear" w:color="auto" w:fill="CFEDFF"/>
            <w:vAlign w:val="center"/>
          </w:tcPr>
          <w:p w14:paraId="7EC5192F"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0.17 (0.01 to 1.85)</w:t>
            </w:r>
          </w:p>
        </w:tc>
        <w:tc>
          <w:tcPr>
            <w:tcW w:w="1620" w:type="dxa"/>
            <w:vAlign w:val="center"/>
          </w:tcPr>
          <w:p w14:paraId="6A641051"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0.46 (0.06 to 2.89)</w:t>
            </w:r>
          </w:p>
        </w:tc>
        <w:tc>
          <w:tcPr>
            <w:tcW w:w="1620" w:type="dxa"/>
            <w:vAlign w:val="center"/>
          </w:tcPr>
          <w:p w14:paraId="1BD2D12A"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0.59 (0.09 to 3.5)</w:t>
            </w:r>
          </w:p>
        </w:tc>
        <w:tc>
          <w:tcPr>
            <w:tcW w:w="1800" w:type="dxa"/>
            <w:vAlign w:val="center"/>
          </w:tcPr>
          <w:p w14:paraId="01AEF4A7"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0.43 (0.07 to 2.36)</w:t>
            </w:r>
          </w:p>
        </w:tc>
        <w:tc>
          <w:tcPr>
            <w:tcW w:w="1837" w:type="dxa"/>
            <w:vAlign w:val="center"/>
          </w:tcPr>
          <w:p w14:paraId="2FEC6D95"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0.38 (0.06 to 2.07)</w:t>
            </w:r>
          </w:p>
        </w:tc>
      </w:tr>
      <w:tr w:rsidR="00193714" w:rsidRPr="00EB75F0" w14:paraId="205CE2E1" w14:textId="77777777" w:rsidTr="004403DE">
        <w:trPr>
          <w:trHeight w:val="288"/>
        </w:trPr>
        <w:tc>
          <w:tcPr>
            <w:tcW w:w="1255" w:type="dxa"/>
            <w:vAlign w:val="center"/>
            <w:hideMark/>
          </w:tcPr>
          <w:p w14:paraId="2B301568"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620" w:type="dxa"/>
            <w:vAlign w:val="center"/>
          </w:tcPr>
          <w:p w14:paraId="6EB1FC63"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2.83 (0.55 to 16.95)</w:t>
            </w:r>
          </w:p>
        </w:tc>
        <w:tc>
          <w:tcPr>
            <w:tcW w:w="1530" w:type="dxa"/>
            <w:shd w:val="clear" w:color="auto" w:fill="C6C6C6"/>
            <w:noWrap/>
            <w:vAlign w:val="center"/>
          </w:tcPr>
          <w:p w14:paraId="3D2C585A"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69464E3C"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0.52 (0.2 to 1.32)</w:t>
            </w:r>
          </w:p>
        </w:tc>
        <w:tc>
          <w:tcPr>
            <w:tcW w:w="1620" w:type="dxa"/>
            <w:shd w:val="clear" w:color="auto" w:fill="CFEDFF"/>
            <w:vAlign w:val="center"/>
          </w:tcPr>
          <w:p w14:paraId="49342FF5"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0.49 (0.07 to 3.3)</w:t>
            </w:r>
          </w:p>
        </w:tc>
        <w:tc>
          <w:tcPr>
            <w:tcW w:w="1620" w:type="dxa"/>
            <w:vAlign w:val="center"/>
          </w:tcPr>
          <w:p w14:paraId="7220B3E0"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1.28 (0.41 to 4.17)</w:t>
            </w:r>
          </w:p>
        </w:tc>
        <w:tc>
          <w:tcPr>
            <w:tcW w:w="1620" w:type="dxa"/>
            <w:vAlign w:val="center"/>
          </w:tcPr>
          <w:p w14:paraId="6BA18B76"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1.67 (0.59 to 4.84)</w:t>
            </w:r>
          </w:p>
        </w:tc>
        <w:tc>
          <w:tcPr>
            <w:tcW w:w="1800" w:type="dxa"/>
            <w:vAlign w:val="center"/>
          </w:tcPr>
          <w:p w14:paraId="2F702E12"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 (0.52 to 2.81)</w:t>
            </w:r>
          </w:p>
        </w:tc>
        <w:tc>
          <w:tcPr>
            <w:tcW w:w="1837" w:type="dxa"/>
            <w:vAlign w:val="center"/>
          </w:tcPr>
          <w:p w14:paraId="7DA43A48"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1.06 (0.4 to 2.73)</w:t>
            </w:r>
          </w:p>
        </w:tc>
      </w:tr>
      <w:tr w:rsidR="00193714" w:rsidRPr="00EB75F0" w14:paraId="40309BDC" w14:textId="77777777" w:rsidTr="004403DE">
        <w:trPr>
          <w:trHeight w:val="288"/>
        </w:trPr>
        <w:tc>
          <w:tcPr>
            <w:tcW w:w="1255" w:type="dxa"/>
            <w:vAlign w:val="center"/>
            <w:hideMark/>
          </w:tcPr>
          <w:p w14:paraId="26789BFE"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620" w:type="dxa"/>
            <w:vAlign w:val="center"/>
          </w:tcPr>
          <w:p w14:paraId="7C053955"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5.39 (0.99 to 35.5)</w:t>
            </w:r>
          </w:p>
        </w:tc>
        <w:tc>
          <w:tcPr>
            <w:tcW w:w="1530" w:type="dxa"/>
            <w:vAlign w:val="center"/>
          </w:tcPr>
          <w:p w14:paraId="6F757ED1"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1.92 (0.76 to 4.92)</w:t>
            </w:r>
          </w:p>
        </w:tc>
        <w:tc>
          <w:tcPr>
            <w:tcW w:w="1620" w:type="dxa"/>
            <w:shd w:val="clear" w:color="auto" w:fill="C6C6C6"/>
            <w:noWrap/>
            <w:vAlign w:val="center"/>
          </w:tcPr>
          <w:p w14:paraId="098F0B65"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shd w:val="clear" w:color="auto" w:fill="CFEDFF"/>
            <w:vAlign w:val="center"/>
          </w:tcPr>
          <w:p w14:paraId="4FB4D1B8"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0.93 (0.15 to 5.89)</w:t>
            </w:r>
          </w:p>
        </w:tc>
        <w:tc>
          <w:tcPr>
            <w:tcW w:w="1620" w:type="dxa"/>
            <w:vAlign w:val="center"/>
          </w:tcPr>
          <w:p w14:paraId="66DE6A3D"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2.46 (0.89 to 7.14)</w:t>
            </w:r>
          </w:p>
        </w:tc>
        <w:tc>
          <w:tcPr>
            <w:tcW w:w="1620" w:type="dxa"/>
            <w:vAlign w:val="center"/>
          </w:tcPr>
          <w:p w14:paraId="7D9EA3A9"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3.2 (1.31 to 8.21)</w:t>
            </w:r>
          </w:p>
        </w:tc>
        <w:tc>
          <w:tcPr>
            <w:tcW w:w="1800" w:type="dxa"/>
            <w:vAlign w:val="center"/>
          </w:tcPr>
          <w:p w14:paraId="49F9941D"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2.31 (1 to 5.56)</w:t>
            </w:r>
          </w:p>
        </w:tc>
        <w:tc>
          <w:tcPr>
            <w:tcW w:w="1837" w:type="dxa"/>
            <w:vAlign w:val="center"/>
          </w:tcPr>
          <w:p w14:paraId="06B3F0FC"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2.03 (1.13 to 3.64)</w:t>
            </w:r>
          </w:p>
        </w:tc>
      </w:tr>
      <w:tr w:rsidR="00193714" w:rsidRPr="00EB75F0" w14:paraId="03CFB076" w14:textId="77777777" w:rsidTr="004403DE">
        <w:trPr>
          <w:trHeight w:val="288"/>
        </w:trPr>
        <w:tc>
          <w:tcPr>
            <w:tcW w:w="1255" w:type="dxa"/>
            <w:vAlign w:val="center"/>
            <w:hideMark/>
          </w:tcPr>
          <w:p w14:paraId="23D81620" w14:textId="0198E60E" w:rsidR="00193714" w:rsidRPr="00EB75F0" w:rsidRDefault="009A3ECD" w:rsidP="004403D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620" w:type="dxa"/>
            <w:vAlign w:val="center"/>
          </w:tcPr>
          <w:p w14:paraId="33D57CE1"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5.84 (0.54 to 70.51)</w:t>
            </w:r>
          </w:p>
        </w:tc>
        <w:tc>
          <w:tcPr>
            <w:tcW w:w="1530" w:type="dxa"/>
            <w:vAlign w:val="center"/>
          </w:tcPr>
          <w:p w14:paraId="20248082"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2.05 (0.3 to 14.01)</w:t>
            </w:r>
          </w:p>
        </w:tc>
        <w:tc>
          <w:tcPr>
            <w:tcW w:w="1620" w:type="dxa"/>
            <w:vAlign w:val="center"/>
          </w:tcPr>
          <w:p w14:paraId="3362BA9E"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1.07 (0.17 to 6.82)</w:t>
            </w:r>
          </w:p>
        </w:tc>
        <w:tc>
          <w:tcPr>
            <w:tcW w:w="1620" w:type="dxa"/>
            <w:shd w:val="clear" w:color="auto" w:fill="C6C6C6"/>
            <w:noWrap/>
            <w:vAlign w:val="center"/>
          </w:tcPr>
          <w:p w14:paraId="6D9E0C7F"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635260D1"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2.64 (0.37 to 19.2)</w:t>
            </w:r>
          </w:p>
        </w:tc>
        <w:tc>
          <w:tcPr>
            <w:tcW w:w="1620" w:type="dxa"/>
            <w:vAlign w:val="center"/>
          </w:tcPr>
          <w:p w14:paraId="6A59155A"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3.44 (0.52 to 23.25)</w:t>
            </w:r>
          </w:p>
        </w:tc>
        <w:tc>
          <w:tcPr>
            <w:tcW w:w="1800" w:type="dxa"/>
            <w:vAlign w:val="center"/>
          </w:tcPr>
          <w:p w14:paraId="76951F51"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2.49 (0.38 to 16.3)</w:t>
            </w:r>
          </w:p>
        </w:tc>
        <w:tc>
          <w:tcPr>
            <w:tcW w:w="1837" w:type="dxa"/>
            <w:vAlign w:val="center"/>
          </w:tcPr>
          <w:p w14:paraId="51DF6FC5"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2.17 (0.34 to 14.01)</w:t>
            </w:r>
          </w:p>
        </w:tc>
      </w:tr>
      <w:tr w:rsidR="00193714" w:rsidRPr="00EB75F0" w14:paraId="5DB80534" w14:textId="77777777" w:rsidTr="004403DE">
        <w:trPr>
          <w:trHeight w:val="288"/>
        </w:trPr>
        <w:tc>
          <w:tcPr>
            <w:tcW w:w="1255" w:type="dxa"/>
            <w:vAlign w:val="center"/>
            <w:hideMark/>
          </w:tcPr>
          <w:p w14:paraId="51B154D1"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620" w:type="dxa"/>
            <w:vAlign w:val="center"/>
          </w:tcPr>
          <w:p w14:paraId="1B0FA760"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2.19 (0.35 to 15.76)</w:t>
            </w:r>
          </w:p>
        </w:tc>
        <w:tc>
          <w:tcPr>
            <w:tcW w:w="1530" w:type="dxa"/>
            <w:vAlign w:val="center"/>
          </w:tcPr>
          <w:p w14:paraId="4294D25C"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0.78 (0.24 to 2.46)</w:t>
            </w:r>
          </w:p>
        </w:tc>
        <w:tc>
          <w:tcPr>
            <w:tcW w:w="1620" w:type="dxa"/>
            <w:vAlign w:val="center"/>
          </w:tcPr>
          <w:p w14:paraId="6256EE02"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0.41 (0.14 to 1.12)</w:t>
            </w:r>
          </w:p>
        </w:tc>
        <w:tc>
          <w:tcPr>
            <w:tcW w:w="1620" w:type="dxa"/>
            <w:shd w:val="clear" w:color="auto" w:fill="CFEDFF"/>
            <w:vAlign w:val="center"/>
          </w:tcPr>
          <w:p w14:paraId="3BF5B3B8"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0.38 (0.05 to 2.67)</w:t>
            </w:r>
          </w:p>
        </w:tc>
        <w:tc>
          <w:tcPr>
            <w:tcW w:w="1620" w:type="dxa"/>
            <w:shd w:val="clear" w:color="auto" w:fill="C6C6C6"/>
            <w:noWrap/>
            <w:vAlign w:val="center"/>
          </w:tcPr>
          <w:p w14:paraId="5BFC7062"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7E7057EF"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 (0.41 to 4.06)</w:t>
            </w:r>
          </w:p>
        </w:tc>
        <w:tc>
          <w:tcPr>
            <w:tcW w:w="1800" w:type="dxa"/>
            <w:vAlign w:val="center"/>
          </w:tcPr>
          <w:p w14:paraId="36EA6116"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(0.31 to 2.82)</w:t>
            </w:r>
          </w:p>
        </w:tc>
        <w:tc>
          <w:tcPr>
            <w:tcW w:w="1837" w:type="dxa"/>
            <w:vAlign w:val="center"/>
          </w:tcPr>
          <w:p w14:paraId="589B6D2C"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0.82 (0.28 to 2.32)</w:t>
            </w:r>
          </w:p>
        </w:tc>
      </w:tr>
      <w:tr w:rsidR="00193714" w:rsidRPr="00EB75F0" w14:paraId="5BC24AC4" w14:textId="77777777" w:rsidTr="004403DE">
        <w:trPr>
          <w:trHeight w:val="288"/>
        </w:trPr>
        <w:tc>
          <w:tcPr>
            <w:tcW w:w="1255" w:type="dxa"/>
            <w:vAlign w:val="center"/>
            <w:hideMark/>
          </w:tcPr>
          <w:p w14:paraId="77AC7C05"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620" w:type="dxa"/>
            <w:vAlign w:val="center"/>
          </w:tcPr>
          <w:p w14:paraId="2F1ECDBE"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1.68 (0.29 to 11.64)</w:t>
            </w:r>
          </w:p>
        </w:tc>
        <w:tc>
          <w:tcPr>
            <w:tcW w:w="1530" w:type="dxa"/>
            <w:vAlign w:val="center"/>
          </w:tcPr>
          <w:p w14:paraId="4BC7CAAA"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 (0.21 to 1.69)</w:t>
            </w:r>
          </w:p>
        </w:tc>
        <w:tc>
          <w:tcPr>
            <w:tcW w:w="1620" w:type="dxa"/>
            <w:vAlign w:val="center"/>
          </w:tcPr>
          <w:p w14:paraId="4AB6B107"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0.31 (0.12 to 0.76)</w:t>
            </w:r>
          </w:p>
        </w:tc>
        <w:tc>
          <w:tcPr>
            <w:tcW w:w="1620" w:type="dxa"/>
            <w:shd w:val="clear" w:color="auto" w:fill="CFEDFF"/>
            <w:vAlign w:val="center"/>
          </w:tcPr>
          <w:p w14:paraId="5DB22824"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0.29 (0.04 to 1.94)</w:t>
            </w:r>
          </w:p>
        </w:tc>
        <w:tc>
          <w:tcPr>
            <w:tcW w:w="1620" w:type="dxa"/>
            <w:vAlign w:val="center"/>
          </w:tcPr>
          <w:p w14:paraId="16BADBAD"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0.77 (0.25 to 2.43)</w:t>
            </w:r>
          </w:p>
        </w:tc>
        <w:tc>
          <w:tcPr>
            <w:tcW w:w="1620" w:type="dxa"/>
            <w:shd w:val="clear" w:color="auto" w:fill="C6C6C6"/>
            <w:noWrap/>
            <w:vAlign w:val="center"/>
          </w:tcPr>
          <w:p w14:paraId="198A3339"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p>
        </w:tc>
        <w:tc>
          <w:tcPr>
            <w:tcW w:w="1800" w:type="dxa"/>
            <w:vAlign w:val="center"/>
          </w:tcPr>
          <w:p w14:paraId="65DBCE19" w14:textId="77777777" w:rsidR="00193714" w:rsidRPr="00EB75F0" w:rsidRDefault="00193714" w:rsidP="004403D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0.72 (0.27 to 1.91)</w:t>
            </w:r>
          </w:p>
        </w:tc>
        <w:tc>
          <w:tcPr>
            <w:tcW w:w="1837" w:type="dxa"/>
            <w:vAlign w:val="center"/>
          </w:tcPr>
          <w:p w14:paraId="3C7E7E5B" w14:textId="77777777" w:rsidR="00193714" w:rsidRPr="00EB75F0" w:rsidRDefault="00193714" w:rsidP="004403D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0.63 (0.24 to 1.58)</w:t>
            </w:r>
          </w:p>
        </w:tc>
      </w:tr>
      <w:tr w:rsidR="00193714" w:rsidRPr="00EB75F0" w14:paraId="731222C0" w14:textId="77777777" w:rsidTr="004403DE">
        <w:trPr>
          <w:trHeight w:val="288"/>
        </w:trPr>
        <w:tc>
          <w:tcPr>
            <w:tcW w:w="1255" w:type="dxa"/>
            <w:vAlign w:val="center"/>
            <w:hideMark/>
          </w:tcPr>
          <w:p w14:paraId="47BB15A6" w14:textId="77777777" w:rsidR="00193714" w:rsidRPr="00EB75F0" w:rsidRDefault="00193714" w:rsidP="004403D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620" w:type="dxa"/>
            <w:vAlign w:val="center"/>
          </w:tcPr>
          <w:p w14:paraId="6F3A4FFA" w14:textId="77777777" w:rsidR="00193714" w:rsidRPr="00EB75F0" w:rsidRDefault="00193714" w:rsidP="004403D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2.33 (0.42 to 15.13)</w:t>
            </w:r>
          </w:p>
        </w:tc>
        <w:tc>
          <w:tcPr>
            <w:tcW w:w="1530" w:type="dxa"/>
            <w:vAlign w:val="center"/>
          </w:tcPr>
          <w:p w14:paraId="2B1B1F62" w14:textId="77777777" w:rsidR="00193714" w:rsidRPr="00EB75F0" w:rsidRDefault="00193714" w:rsidP="004403D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0.83 (0.36 to 1.91)</w:t>
            </w:r>
          </w:p>
        </w:tc>
        <w:tc>
          <w:tcPr>
            <w:tcW w:w="1620" w:type="dxa"/>
            <w:vAlign w:val="center"/>
          </w:tcPr>
          <w:p w14:paraId="4A8FCC4A" w14:textId="77777777" w:rsidR="00193714" w:rsidRPr="00EB75F0" w:rsidRDefault="00193714" w:rsidP="004403D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0.43 (0.18 to 1)</w:t>
            </w:r>
          </w:p>
        </w:tc>
        <w:tc>
          <w:tcPr>
            <w:tcW w:w="1620" w:type="dxa"/>
            <w:shd w:val="clear" w:color="auto" w:fill="CFEDFF"/>
            <w:vAlign w:val="center"/>
          </w:tcPr>
          <w:p w14:paraId="099D1CFC" w14:textId="77777777" w:rsidR="00193714" w:rsidRPr="00EB75F0" w:rsidRDefault="00193714" w:rsidP="004403D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 (0.06 to 2.63)</w:t>
            </w:r>
          </w:p>
        </w:tc>
        <w:tc>
          <w:tcPr>
            <w:tcW w:w="1620" w:type="dxa"/>
            <w:vAlign w:val="center"/>
          </w:tcPr>
          <w:p w14:paraId="6B6DAAD0" w14:textId="77777777" w:rsidR="00193714" w:rsidRPr="00EB75F0" w:rsidRDefault="00193714" w:rsidP="004403D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1.07 (0.35 to 3.2)</w:t>
            </w:r>
          </w:p>
        </w:tc>
        <w:tc>
          <w:tcPr>
            <w:tcW w:w="1620" w:type="dxa"/>
            <w:vAlign w:val="center"/>
          </w:tcPr>
          <w:p w14:paraId="693EE166" w14:textId="77777777" w:rsidR="00193714" w:rsidRPr="00EB75F0" w:rsidRDefault="00193714" w:rsidP="004403D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1.38 (0.52 to 3.75)</w:t>
            </w:r>
          </w:p>
        </w:tc>
        <w:tc>
          <w:tcPr>
            <w:tcW w:w="1800" w:type="dxa"/>
            <w:shd w:val="clear" w:color="auto" w:fill="C6C6C6"/>
            <w:noWrap/>
            <w:vAlign w:val="center"/>
          </w:tcPr>
          <w:p w14:paraId="2C59FF5D" w14:textId="77777777" w:rsidR="00193714" w:rsidRPr="00EB75F0" w:rsidRDefault="00193714" w:rsidP="004403DE">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837" w:type="dxa"/>
            <w:vAlign w:val="center"/>
          </w:tcPr>
          <w:p w14:paraId="13A66F8D" w14:textId="77777777" w:rsidR="00193714" w:rsidRPr="00EB75F0" w:rsidRDefault="00193714" w:rsidP="004403D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(0.36 to 2.08)</w:t>
            </w:r>
          </w:p>
        </w:tc>
      </w:tr>
      <w:tr w:rsidR="00193714" w:rsidRPr="00EB75F0" w14:paraId="3A1BDA0D" w14:textId="77777777" w:rsidTr="004403DE">
        <w:trPr>
          <w:trHeight w:val="288"/>
        </w:trPr>
        <w:tc>
          <w:tcPr>
            <w:tcW w:w="1255" w:type="dxa"/>
            <w:vAlign w:val="center"/>
            <w:hideMark/>
          </w:tcPr>
          <w:p w14:paraId="19CC183D" w14:textId="77777777" w:rsidR="00193714" w:rsidRPr="00EB75F0" w:rsidRDefault="00193714" w:rsidP="004403D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620" w:type="dxa"/>
            <w:vAlign w:val="center"/>
          </w:tcPr>
          <w:p w14:paraId="45CA92A2" w14:textId="77777777" w:rsidR="00193714" w:rsidRPr="00EB75F0" w:rsidRDefault="00193714" w:rsidP="004403D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2.66 (0.48 to 17.73)</w:t>
            </w:r>
          </w:p>
        </w:tc>
        <w:tc>
          <w:tcPr>
            <w:tcW w:w="1530" w:type="dxa"/>
            <w:vAlign w:val="center"/>
          </w:tcPr>
          <w:p w14:paraId="07682CB8" w14:textId="77777777" w:rsidR="00193714" w:rsidRPr="00EB75F0" w:rsidRDefault="00193714" w:rsidP="004403D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0.94 (0.37 to 2.51)</w:t>
            </w:r>
          </w:p>
        </w:tc>
        <w:tc>
          <w:tcPr>
            <w:tcW w:w="1620" w:type="dxa"/>
            <w:vAlign w:val="center"/>
          </w:tcPr>
          <w:p w14:paraId="4288367B" w14:textId="77777777" w:rsidR="00193714" w:rsidRPr="00EB75F0" w:rsidRDefault="00193714" w:rsidP="004403D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0.49 (0.27 to 0.89)</w:t>
            </w:r>
          </w:p>
        </w:tc>
        <w:tc>
          <w:tcPr>
            <w:tcW w:w="1620" w:type="dxa"/>
            <w:shd w:val="clear" w:color="auto" w:fill="CFEDFF"/>
            <w:vAlign w:val="center"/>
          </w:tcPr>
          <w:p w14:paraId="7E9EE9E4" w14:textId="77777777" w:rsidR="00193714" w:rsidRPr="00EB75F0" w:rsidRDefault="00193714" w:rsidP="004403D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0.46 (0.07 to 2.94)</w:t>
            </w:r>
          </w:p>
        </w:tc>
        <w:tc>
          <w:tcPr>
            <w:tcW w:w="1620" w:type="dxa"/>
            <w:vAlign w:val="center"/>
          </w:tcPr>
          <w:p w14:paraId="317FCE88" w14:textId="77777777" w:rsidR="00193714" w:rsidRPr="00EB75F0" w:rsidRDefault="00193714" w:rsidP="004403D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1.21 (0.43 to 3.59)</w:t>
            </w:r>
          </w:p>
        </w:tc>
        <w:tc>
          <w:tcPr>
            <w:tcW w:w="1620" w:type="dxa"/>
            <w:vAlign w:val="center"/>
          </w:tcPr>
          <w:p w14:paraId="0F23173E" w14:textId="77777777" w:rsidR="00193714" w:rsidRPr="00EB75F0" w:rsidRDefault="00193714" w:rsidP="004403D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1.58 (0.63 to 4.13)</w:t>
            </w:r>
          </w:p>
        </w:tc>
        <w:tc>
          <w:tcPr>
            <w:tcW w:w="1800" w:type="dxa"/>
            <w:vAlign w:val="center"/>
          </w:tcPr>
          <w:p w14:paraId="503F6536" w14:textId="77777777" w:rsidR="00193714" w:rsidRPr="00EB75F0" w:rsidRDefault="00193714" w:rsidP="004403D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1.14 (0.48 to 2.82)</w:t>
            </w:r>
          </w:p>
        </w:tc>
        <w:tc>
          <w:tcPr>
            <w:tcW w:w="1837" w:type="dxa"/>
            <w:shd w:val="clear" w:color="auto" w:fill="C6C6C6"/>
            <w:noWrap/>
            <w:vAlign w:val="center"/>
          </w:tcPr>
          <w:p w14:paraId="2B1AB198" w14:textId="77777777" w:rsidR="00193714" w:rsidRPr="00EB75F0" w:rsidRDefault="00193714" w:rsidP="004403DE">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193714" w:rsidRPr="00EB75F0" w14:paraId="5E5B5837" w14:textId="77777777" w:rsidTr="004403DE">
        <w:trPr>
          <w:trHeight w:val="288"/>
        </w:trPr>
        <w:tc>
          <w:tcPr>
            <w:tcW w:w="14522" w:type="dxa"/>
            <w:gridSpan w:val="9"/>
            <w:vAlign w:val="center"/>
          </w:tcPr>
          <w:p w14:paraId="4DE55E48" w14:textId="61BE5BAF" w:rsidR="00193714" w:rsidRPr="00EB75F0" w:rsidRDefault="00193714" w:rsidP="004403DE">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OR, odds ratio;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eastAsia="Times New Roman" w:hAnsiTheme="majorHAnsi" w:cstheme="majorHAnsi"/>
                <w:color w:val="000000"/>
                <w:sz w:val="16"/>
                <w:szCs w:val="16"/>
                <w:lang w:eastAsia="zh-TW"/>
              </w:rPr>
              <w:t xml:space="preserve">, </w:t>
            </w:r>
            <w:proofErr w:type="spellStart"/>
            <w:r w:rsidRPr="00EB75F0">
              <w:rPr>
                <w:rFonts w:asciiTheme="majorHAnsi" w:hAnsiTheme="majorHAnsi" w:cstheme="majorHAnsi"/>
                <w:sz w:val="16"/>
                <w:szCs w:val="16"/>
              </w:rPr>
              <w:t>xanomeline</w:t>
            </w:r>
            <w:proofErr w:type="spellEnd"/>
            <w:r w:rsidRPr="00EB75F0">
              <w:rPr>
                <w:rFonts w:asciiTheme="majorHAnsi" w:hAnsiTheme="majorHAnsi" w:cstheme="majorHAnsi"/>
                <w:sz w:val="16"/>
                <w:szCs w:val="16"/>
              </w:rPr>
              <w:t>/</w:t>
            </w:r>
            <w:proofErr w:type="spellStart"/>
            <w:r w:rsidRPr="00EB75F0">
              <w:rPr>
                <w:rFonts w:asciiTheme="majorHAnsi" w:hAnsiTheme="majorHAnsi" w:cstheme="majorHAnsi"/>
                <w:sz w:val="16"/>
                <w:szCs w:val="16"/>
              </w:rPr>
              <w:t>trospium</w:t>
            </w:r>
            <w:proofErr w:type="spellEnd"/>
            <w:r w:rsidRPr="00EB75F0">
              <w:rPr>
                <w:rFonts w:asciiTheme="majorHAnsi" w:hAnsiTheme="majorHAnsi" w:cstheme="majorHAnsi"/>
                <w:sz w:val="16"/>
                <w:szCs w:val="16"/>
              </w:rPr>
              <w:t xml:space="preserve"> chloride</w:t>
            </w:r>
          </w:p>
          <w:p w14:paraId="0C1009F9" w14:textId="5ED0360B" w:rsidR="00193714" w:rsidRPr="00EB75F0" w:rsidRDefault="00193714" w:rsidP="004403DE">
            <w:pPr>
              <w:keepNext/>
              <w:spacing w:before="0" w:after="0" w:line="240" w:lineRule="auto"/>
              <w:contextualSpacing/>
              <w:rPr>
                <w:rFonts w:asciiTheme="majorHAnsi"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414906C9" w14:textId="77777777" w:rsidR="00663944" w:rsidRPr="00EB75F0" w:rsidRDefault="00663944">
      <w:pPr>
        <w:spacing w:before="0" w:after="200" w:line="276" w:lineRule="auto"/>
        <w:rPr>
          <w:b/>
        </w:rPr>
      </w:pPr>
    </w:p>
    <w:p w14:paraId="244CCA81" w14:textId="7276C834" w:rsidR="00437A4E" w:rsidRPr="00EB75F0" w:rsidRDefault="00A06AE8" w:rsidP="00434B93">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45</w:t>
        </w:r>
      </w:fldSimple>
      <w:r w:rsidR="00437A4E" w:rsidRPr="00EB75F0">
        <w:t xml:space="preserve">: Sedation – League tables – random-effects model, sensitivity analysis excluding studies with predominantly Asian populations – OR (95% </w:t>
      </w:r>
      <w:proofErr w:type="spellStart"/>
      <w:r w:rsidR="00437A4E" w:rsidRPr="00EB75F0">
        <w:t>CrI</w:t>
      </w:r>
      <w:proofErr w:type="spellEnd"/>
      <w:r w:rsidR="00437A4E" w:rsidRPr="00EB75F0">
        <w:t>)</w:t>
      </w:r>
    </w:p>
    <w:tbl>
      <w:tblPr>
        <w:tblStyle w:val="Lumanitytable"/>
        <w:tblW w:w="14516" w:type="dxa"/>
        <w:tblLayout w:type="fixed"/>
        <w:tblLook w:val="04A0" w:firstRow="1" w:lastRow="0" w:firstColumn="1" w:lastColumn="0" w:noHBand="0" w:noVBand="1"/>
      </w:tblPr>
      <w:tblGrid>
        <w:gridCol w:w="1345"/>
        <w:gridCol w:w="1810"/>
        <w:gridCol w:w="1700"/>
        <w:gridCol w:w="1607"/>
        <w:gridCol w:w="1633"/>
        <w:gridCol w:w="1620"/>
        <w:gridCol w:w="1637"/>
        <w:gridCol w:w="1582"/>
        <w:gridCol w:w="1582"/>
      </w:tblGrid>
      <w:tr w:rsidR="00437A4E" w:rsidRPr="00EB75F0" w14:paraId="53278028" w14:textId="77777777" w:rsidTr="00437A4E">
        <w:trPr>
          <w:cnfStyle w:val="100000000000" w:firstRow="1" w:lastRow="0" w:firstColumn="0" w:lastColumn="0" w:oddVBand="0" w:evenVBand="0" w:oddHBand="0" w:evenHBand="0" w:firstRowFirstColumn="0" w:firstRowLastColumn="0" w:lastRowFirstColumn="0" w:lastRowLastColumn="0"/>
          <w:trHeight w:val="288"/>
          <w:tblHeader/>
        </w:trPr>
        <w:tc>
          <w:tcPr>
            <w:tcW w:w="1345" w:type="dxa"/>
            <w:vAlign w:val="center"/>
            <w:hideMark/>
          </w:tcPr>
          <w:p w14:paraId="178E6DD8" w14:textId="77777777" w:rsidR="000D4B7C" w:rsidRPr="00EB75F0" w:rsidRDefault="000D4B7C" w:rsidP="00437A4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810" w:type="dxa"/>
            <w:vAlign w:val="center"/>
            <w:hideMark/>
          </w:tcPr>
          <w:p w14:paraId="4E18B429" w14:textId="77777777" w:rsidR="000D4B7C" w:rsidRPr="00EB75F0" w:rsidRDefault="000D4B7C" w:rsidP="00437A4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700" w:type="dxa"/>
            <w:vAlign w:val="center"/>
            <w:hideMark/>
          </w:tcPr>
          <w:p w14:paraId="24C467AE" w14:textId="77777777" w:rsidR="000D4B7C" w:rsidRPr="00EB75F0" w:rsidRDefault="000D4B7C" w:rsidP="00437A4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607" w:type="dxa"/>
            <w:vAlign w:val="center"/>
            <w:hideMark/>
          </w:tcPr>
          <w:p w14:paraId="1DCA4F70" w14:textId="77777777" w:rsidR="000D4B7C" w:rsidRPr="00EB75F0" w:rsidRDefault="000D4B7C" w:rsidP="00437A4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633" w:type="dxa"/>
            <w:vAlign w:val="center"/>
            <w:hideMark/>
          </w:tcPr>
          <w:p w14:paraId="75562B44" w14:textId="74B637C2" w:rsidR="000D4B7C" w:rsidRPr="00EB75F0" w:rsidRDefault="009A3ECD" w:rsidP="00437A4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620" w:type="dxa"/>
            <w:vAlign w:val="center"/>
            <w:hideMark/>
          </w:tcPr>
          <w:p w14:paraId="05C6B6A9" w14:textId="77777777" w:rsidR="000D4B7C" w:rsidRPr="00EB75F0" w:rsidRDefault="000D4B7C" w:rsidP="00437A4E">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637" w:type="dxa"/>
            <w:vAlign w:val="center"/>
            <w:hideMark/>
          </w:tcPr>
          <w:p w14:paraId="335A14B0" w14:textId="77777777" w:rsidR="000D4B7C" w:rsidRPr="00EB75F0" w:rsidRDefault="000D4B7C" w:rsidP="00437A4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582" w:type="dxa"/>
            <w:vAlign w:val="center"/>
            <w:hideMark/>
          </w:tcPr>
          <w:p w14:paraId="21D86C9F" w14:textId="77777777" w:rsidR="000D4B7C" w:rsidRPr="00EB75F0" w:rsidRDefault="000D4B7C" w:rsidP="00437A4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582" w:type="dxa"/>
            <w:vAlign w:val="center"/>
            <w:hideMark/>
          </w:tcPr>
          <w:p w14:paraId="06CBCA96" w14:textId="77777777" w:rsidR="000D4B7C" w:rsidRPr="00EB75F0" w:rsidRDefault="000D4B7C" w:rsidP="00437A4E">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437A4E" w:rsidRPr="00EB75F0" w14:paraId="79736342" w14:textId="77777777" w:rsidTr="00437A4E">
        <w:trPr>
          <w:trHeight w:val="288"/>
        </w:trPr>
        <w:tc>
          <w:tcPr>
            <w:tcW w:w="1345" w:type="dxa"/>
            <w:vAlign w:val="center"/>
            <w:hideMark/>
          </w:tcPr>
          <w:p w14:paraId="2D6C6A0E"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810" w:type="dxa"/>
            <w:vAlign w:val="center"/>
          </w:tcPr>
          <w:p w14:paraId="332D67AA" w14:textId="77777777" w:rsidR="000D4B7C" w:rsidRPr="00EB75F0" w:rsidRDefault="000D4B7C" w:rsidP="00437A4E">
            <w:pPr>
              <w:spacing w:before="0" w:after="0" w:line="240" w:lineRule="auto"/>
              <w:contextualSpacing/>
              <w:rPr>
                <w:rFonts w:asciiTheme="majorHAnsi" w:eastAsia="Times New Roman" w:hAnsiTheme="majorHAnsi" w:cstheme="majorHAnsi"/>
                <w:b/>
                <w:color w:val="000000"/>
                <w:sz w:val="16"/>
                <w:szCs w:val="16"/>
                <w:lang w:eastAsia="zh-TW"/>
              </w:rPr>
            </w:pPr>
            <w:r w:rsidRPr="00EB75F0">
              <w:rPr>
                <w:rFonts w:asciiTheme="majorHAnsi" w:hAnsiTheme="majorHAnsi" w:cstheme="majorHAnsi"/>
                <w:b/>
                <w:sz w:val="16"/>
                <w:szCs w:val="16"/>
              </w:rPr>
              <w:t>6.95 (1.13 to 67.4)</w:t>
            </w:r>
          </w:p>
        </w:tc>
        <w:tc>
          <w:tcPr>
            <w:tcW w:w="1700" w:type="dxa"/>
            <w:vAlign w:val="center"/>
          </w:tcPr>
          <w:p w14:paraId="6FEEB0A8"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2.29 (0.92 to 7.4)</w:t>
            </w:r>
          </w:p>
        </w:tc>
        <w:tc>
          <w:tcPr>
            <w:tcW w:w="1607" w:type="dxa"/>
            <w:vAlign w:val="center"/>
          </w:tcPr>
          <w:p w14:paraId="32FC1D4F"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1.08 (0.39 to 2.81)</w:t>
            </w:r>
          </w:p>
        </w:tc>
        <w:tc>
          <w:tcPr>
            <w:tcW w:w="1633" w:type="dxa"/>
            <w:shd w:val="clear" w:color="auto" w:fill="CFEDFF"/>
            <w:vAlign w:val="center"/>
          </w:tcPr>
          <w:p w14:paraId="0CFD3858"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 (0.14 to 7.04)</w:t>
            </w:r>
          </w:p>
        </w:tc>
        <w:tc>
          <w:tcPr>
            <w:tcW w:w="1620" w:type="dxa"/>
            <w:vAlign w:val="center"/>
          </w:tcPr>
          <w:p w14:paraId="696736DF"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2.64 (0.62 to 11.59)</w:t>
            </w:r>
          </w:p>
        </w:tc>
        <w:tc>
          <w:tcPr>
            <w:tcW w:w="1637" w:type="dxa"/>
            <w:vAlign w:val="center"/>
          </w:tcPr>
          <w:p w14:paraId="37B0FDFA"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3.44 (1.21 to 11.17)</w:t>
            </w:r>
          </w:p>
        </w:tc>
        <w:tc>
          <w:tcPr>
            <w:tcW w:w="1582" w:type="dxa"/>
            <w:vAlign w:val="center"/>
          </w:tcPr>
          <w:p w14:paraId="1C0C280E"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2.58 (0.97 to 7.68)</w:t>
            </w:r>
          </w:p>
        </w:tc>
        <w:tc>
          <w:tcPr>
            <w:tcW w:w="1582" w:type="dxa"/>
            <w:vAlign w:val="center"/>
          </w:tcPr>
          <w:p w14:paraId="19695876"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2.27 (0.87 to 5.5)</w:t>
            </w:r>
          </w:p>
        </w:tc>
      </w:tr>
      <w:tr w:rsidR="00437A4E" w:rsidRPr="00EB75F0" w14:paraId="5B839103" w14:textId="77777777" w:rsidTr="00437A4E">
        <w:trPr>
          <w:trHeight w:val="288"/>
        </w:trPr>
        <w:tc>
          <w:tcPr>
            <w:tcW w:w="1345" w:type="dxa"/>
            <w:vAlign w:val="center"/>
            <w:hideMark/>
          </w:tcPr>
          <w:p w14:paraId="5AB3C440"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810" w:type="dxa"/>
            <w:shd w:val="clear" w:color="auto" w:fill="C6C6C6"/>
            <w:noWrap/>
            <w:vAlign w:val="center"/>
          </w:tcPr>
          <w:p w14:paraId="3D7CAD08"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p>
        </w:tc>
        <w:tc>
          <w:tcPr>
            <w:tcW w:w="1700" w:type="dxa"/>
            <w:vAlign w:val="center"/>
          </w:tcPr>
          <w:p w14:paraId="7306E751"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0.33 (0.04 to 2.1)</w:t>
            </w:r>
          </w:p>
        </w:tc>
        <w:tc>
          <w:tcPr>
            <w:tcW w:w="1607" w:type="dxa"/>
            <w:vAlign w:val="center"/>
          </w:tcPr>
          <w:p w14:paraId="6AE4FF57"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0.15 (0.01 to 1.2)</w:t>
            </w:r>
          </w:p>
        </w:tc>
        <w:tc>
          <w:tcPr>
            <w:tcW w:w="1633" w:type="dxa"/>
            <w:shd w:val="clear" w:color="auto" w:fill="CFEDFF"/>
            <w:vAlign w:val="center"/>
          </w:tcPr>
          <w:p w14:paraId="6E24A29D"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0.14 (0.01 to 2.02)</w:t>
            </w:r>
          </w:p>
        </w:tc>
        <w:tc>
          <w:tcPr>
            <w:tcW w:w="1620" w:type="dxa"/>
            <w:vAlign w:val="center"/>
          </w:tcPr>
          <w:p w14:paraId="0E7F648A"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0.38 (0.02 to 3.79)</w:t>
            </w:r>
          </w:p>
        </w:tc>
        <w:tc>
          <w:tcPr>
            <w:tcW w:w="1637" w:type="dxa"/>
            <w:vAlign w:val="center"/>
          </w:tcPr>
          <w:p w14:paraId="4840AD37"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 (0.04 to 4.11)</w:t>
            </w:r>
          </w:p>
        </w:tc>
        <w:tc>
          <w:tcPr>
            <w:tcW w:w="1582" w:type="dxa"/>
            <w:vAlign w:val="center"/>
          </w:tcPr>
          <w:p w14:paraId="744201D3"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0.37 (0.03 to 2.75)</w:t>
            </w:r>
          </w:p>
        </w:tc>
        <w:tc>
          <w:tcPr>
            <w:tcW w:w="1582" w:type="dxa"/>
            <w:vAlign w:val="center"/>
          </w:tcPr>
          <w:p w14:paraId="234CFC9B"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0.33 (0.03 to 2.41)</w:t>
            </w:r>
          </w:p>
        </w:tc>
      </w:tr>
      <w:tr w:rsidR="00437A4E" w:rsidRPr="00EB75F0" w14:paraId="053CA4F8" w14:textId="77777777" w:rsidTr="00437A4E">
        <w:trPr>
          <w:trHeight w:val="288"/>
        </w:trPr>
        <w:tc>
          <w:tcPr>
            <w:tcW w:w="1345" w:type="dxa"/>
            <w:vAlign w:val="center"/>
            <w:hideMark/>
          </w:tcPr>
          <w:p w14:paraId="615EFD99"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810" w:type="dxa"/>
            <w:vAlign w:val="center"/>
          </w:tcPr>
          <w:p w14:paraId="1433CACC"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3.02 (0.48 to 24.02)</w:t>
            </w:r>
          </w:p>
        </w:tc>
        <w:tc>
          <w:tcPr>
            <w:tcW w:w="1700" w:type="dxa"/>
            <w:shd w:val="clear" w:color="auto" w:fill="C6C6C6"/>
            <w:noWrap/>
            <w:vAlign w:val="center"/>
          </w:tcPr>
          <w:p w14:paraId="21F7C363"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p>
        </w:tc>
        <w:tc>
          <w:tcPr>
            <w:tcW w:w="1607" w:type="dxa"/>
            <w:vAlign w:val="center"/>
          </w:tcPr>
          <w:p w14:paraId="390F672F"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0.47 (0.1 to 1.68)</w:t>
            </w:r>
          </w:p>
        </w:tc>
        <w:tc>
          <w:tcPr>
            <w:tcW w:w="1633" w:type="dxa"/>
            <w:shd w:val="clear" w:color="auto" w:fill="CFEDFF"/>
            <w:vAlign w:val="center"/>
          </w:tcPr>
          <w:p w14:paraId="1EF65516"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0.43 (0.04 to 3.66)</w:t>
            </w:r>
          </w:p>
        </w:tc>
        <w:tc>
          <w:tcPr>
            <w:tcW w:w="1620" w:type="dxa"/>
            <w:vAlign w:val="center"/>
          </w:tcPr>
          <w:p w14:paraId="6B2AECC1"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1.16 (0.17 to 6.18)</w:t>
            </w:r>
          </w:p>
        </w:tc>
        <w:tc>
          <w:tcPr>
            <w:tcW w:w="1637" w:type="dxa"/>
            <w:vAlign w:val="center"/>
          </w:tcPr>
          <w:p w14:paraId="68C9980E"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1.52 (0.31 to 6.2)</w:t>
            </w:r>
          </w:p>
        </w:tc>
        <w:tc>
          <w:tcPr>
            <w:tcW w:w="1582" w:type="dxa"/>
            <w:vAlign w:val="center"/>
          </w:tcPr>
          <w:p w14:paraId="18DB3950"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1.12 (0.29 to 3.62)</w:t>
            </w:r>
          </w:p>
        </w:tc>
        <w:tc>
          <w:tcPr>
            <w:tcW w:w="1582" w:type="dxa"/>
            <w:vAlign w:val="center"/>
          </w:tcPr>
          <w:p w14:paraId="2D327EF1"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0.99 (0.21 to 3.43)</w:t>
            </w:r>
          </w:p>
        </w:tc>
      </w:tr>
      <w:tr w:rsidR="00437A4E" w:rsidRPr="00EB75F0" w14:paraId="4831FC45" w14:textId="77777777" w:rsidTr="00437A4E">
        <w:trPr>
          <w:trHeight w:val="288"/>
        </w:trPr>
        <w:tc>
          <w:tcPr>
            <w:tcW w:w="1345" w:type="dxa"/>
            <w:vAlign w:val="center"/>
            <w:hideMark/>
          </w:tcPr>
          <w:p w14:paraId="0291612A"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810" w:type="dxa"/>
            <w:vAlign w:val="center"/>
          </w:tcPr>
          <w:p w14:paraId="1E493C09"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6.45 (0.83 to 77.45)</w:t>
            </w:r>
          </w:p>
        </w:tc>
        <w:tc>
          <w:tcPr>
            <w:tcW w:w="1700" w:type="dxa"/>
            <w:vAlign w:val="center"/>
          </w:tcPr>
          <w:p w14:paraId="7A90EC73"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2.11 (0.59 to 10.28)</w:t>
            </w:r>
          </w:p>
        </w:tc>
        <w:tc>
          <w:tcPr>
            <w:tcW w:w="1607" w:type="dxa"/>
            <w:shd w:val="clear" w:color="auto" w:fill="C6C6C6"/>
            <w:noWrap/>
            <w:vAlign w:val="center"/>
          </w:tcPr>
          <w:p w14:paraId="24CBFE0D"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p>
        </w:tc>
        <w:tc>
          <w:tcPr>
            <w:tcW w:w="1633" w:type="dxa"/>
            <w:shd w:val="clear" w:color="auto" w:fill="CFEDFF"/>
            <w:vAlign w:val="center"/>
          </w:tcPr>
          <w:p w14:paraId="40DDFF61"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0.93 (0.1 to 8.53)</w:t>
            </w:r>
          </w:p>
        </w:tc>
        <w:tc>
          <w:tcPr>
            <w:tcW w:w="1620" w:type="dxa"/>
            <w:vAlign w:val="center"/>
          </w:tcPr>
          <w:p w14:paraId="1F9B1118"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2.46 (0.43 to 14.97)</w:t>
            </w:r>
          </w:p>
        </w:tc>
        <w:tc>
          <w:tcPr>
            <w:tcW w:w="1637" w:type="dxa"/>
            <w:vAlign w:val="center"/>
          </w:tcPr>
          <w:p w14:paraId="1AEB8BEE"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3.2 (0.79 to 14.97)</w:t>
            </w:r>
          </w:p>
        </w:tc>
        <w:tc>
          <w:tcPr>
            <w:tcW w:w="1582" w:type="dxa"/>
            <w:vAlign w:val="center"/>
          </w:tcPr>
          <w:p w14:paraId="5963E481"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2.38 (0.62 to 10.69)</w:t>
            </w:r>
          </w:p>
        </w:tc>
        <w:tc>
          <w:tcPr>
            <w:tcW w:w="1582" w:type="dxa"/>
            <w:vAlign w:val="center"/>
          </w:tcPr>
          <w:p w14:paraId="684207CC"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2.12 (0.67 to 6.22)</w:t>
            </w:r>
          </w:p>
        </w:tc>
      </w:tr>
      <w:tr w:rsidR="00437A4E" w:rsidRPr="00EB75F0" w14:paraId="1624AD19" w14:textId="77777777" w:rsidTr="00437A4E">
        <w:trPr>
          <w:trHeight w:val="288"/>
        </w:trPr>
        <w:tc>
          <w:tcPr>
            <w:tcW w:w="1345" w:type="dxa"/>
            <w:vAlign w:val="center"/>
            <w:hideMark/>
          </w:tcPr>
          <w:p w14:paraId="40A7B0C4" w14:textId="0D85FFAC" w:rsidR="000D4B7C" w:rsidRPr="00EB75F0" w:rsidRDefault="009A3ECD" w:rsidP="00437A4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810" w:type="dxa"/>
            <w:vAlign w:val="center"/>
          </w:tcPr>
          <w:p w14:paraId="7C3536E7"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7.03 (0.49 to 144)</w:t>
            </w:r>
          </w:p>
        </w:tc>
        <w:tc>
          <w:tcPr>
            <w:tcW w:w="1700" w:type="dxa"/>
            <w:vAlign w:val="center"/>
          </w:tcPr>
          <w:p w14:paraId="208824BF"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2.35 (0.27 to 23.72)</w:t>
            </w:r>
          </w:p>
        </w:tc>
        <w:tc>
          <w:tcPr>
            <w:tcW w:w="1607" w:type="dxa"/>
            <w:vAlign w:val="center"/>
          </w:tcPr>
          <w:p w14:paraId="21F66B5C"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1.08 (0.12 to 9.85)</w:t>
            </w:r>
          </w:p>
        </w:tc>
        <w:tc>
          <w:tcPr>
            <w:tcW w:w="1633" w:type="dxa"/>
            <w:shd w:val="clear" w:color="auto" w:fill="C6C6C6"/>
            <w:noWrap/>
            <w:vAlign w:val="center"/>
          </w:tcPr>
          <w:p w14:paraId="05817634"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52A04AD5"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2.7 (0.23 to 32.42)</w:t>
            </w:r>
          </w:p>
        </w:tc>
        <w:tc>
          <w:tcPr>
            <w:tcW w:w="1637" w:type="dxa"/>
            <w:vAlign w:val="center"/>
          </w:tcPr>
          <w:p w14:paraId="6A63B215"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3.46 (0.38 to 34.9)</w:t>
            </w:r>
          </w:p>
        </w:tc>
        <w:tc>
          <w:tcPr>
            <w:tcW w:w="1582" w:type="dxa"/>
            <w:vAlign w:val="center"/>
          </w:tcPr>
          <w:p w14:paraId="0DB3AE44"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2.61 (0.29 to 25.31)</w:t>
            </w:r>
          </w:p>
        </w:tc>
        <w:tc>
          <w:tcPr>
            <w:tcW w:w="1582" w:type="dxa"/>
            <w:vAlign w:val="center"/>
          </w:tcPr>
          <w:p w14:paraId="413129FD"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2.26 (0.26 to 19.69)</w:t>
            </w:r>
          </w:p>
        </w:tc>
      </w:tr>
      <w:tr w:rsidR="00437A4E" w:rsidRPr="00EB75F0" w14:paraId="14E81AFE" w14:textId="77777777" w:rsidTr="00437A4E">
        <w:trPr>
          <w:trHeight w:val="288"/>
        </w:trPr>
        <w:tc>
          <w:tcPr>
            <w:tcW w:w="1345" w:type="dxa"/>
            <w:vAlign w:val="center"/>
            <w:hideMark/>
          </w:tcPr>
          <w:p w14:paraId="181157EC"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810" w:type="dxa"/>
            <w:vAlign w:val="center"/>
          </w:tcPr>
          <w:p w14:paraId="6C66C948"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2.63 (0.26 to 40.44)</w:t>
            </w:r>
          </w:p>
        </w:tc>
        <w:tc>
          <w:tcPr>
            <w:tcW w:w="1700" w:type="dxa"/>
            <w:vAlign w:val="center"/>
          </w:tcPr>
          <w:p w14:paraId="3E44B31C"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0.86 (0.16 to 6.06)</w:t>
            </w:r>
          </w:p>
        </w:tc>
        <w:tc>
          <w:tcPr>
            <w:tcW w:w="1607" w:type="dxa"/>
            <w:vAlign w:val="center"/>
          </w:tcPr>
          <w:p w14:paraId="6C981EFF"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0.41 (0.07 to 2.31)</w:t>
            </w:r>
          </w:p>
        </w:tc>
        <w:tc>
          <w:tcPr>
            <w:tcW w:w="1633" w:type="dxa"/>
            <w:shd w:val="clear" w:color="auto" w:fill="CFEDFF"/>
            <w:vAlign w:val="center"/>
          </w:tcPr>
          <w:p w14:paraId="22EA1712"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0.37 (0.03 to 4.34)</w:t>
            </w:r>
          </w:p>
        </w:tc>
        <w:tc>
          <w:tcPr>
            <w:tcW w:w="1620" w:type="dxa"/>
            <w:shd w:val="clear" w:color="auto" w:fill="C6C6C6"/>
            <w:noWrap/>
            <w:vAlign w:val="center"/>
          </w:tcPr>
          <w:p w14:paraId="0983DFE4"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p>
        </w:tc>
        <w:tc>
          <w:tcPr>
            <w:tcW w:w="1637" w:type="dxa"/>
            <w:vAlign w:val="center"/>
          </w:tcPr>
          <w:p w14:paraId="2330D2D8"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1.31 (0.21 to 8.65)</w:t>
            </w:r>
          </w:p>
        </w:tc>
        <w:tc>
          <w:tcPr>
            <w:tcW w:w="1582" w:type="dxa"/>
            <w:vAlign w:val="center"/>
          </w:tcPr>
          <w:p w14:paraId="231577F8"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0.97 (0.17 to 6.23)</w:t>
            </w:r>
          </w:p>
        </w:tc>
        <w:tc>
          <w:tcPr>
            <w:tcW w:w="1582" w:type="dxa"/>
            <w:vAlign w:val="center"/>
          </w:tcPr>
          <w:p w14:paraId="09A83439"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0.86 (0.15 to 4.54)</w:t>
            </w:r>
          </w:p>
        </w:tc>
      </w:tr>
      <w:tr w:rsidR="00437A4E" w:rsidRPr="00EB75F0" w14:paraId="79F28C85" w14:textId="77777777" w:rsidTr="00437A4E">
        <w:trPr>
          <w:trHeight w:val="288"/>
        </w:trPr>
        <w:tc>
          <w:tcPr>
            <w:tcW w:w="1345" w:type="dxa"/>
            <w:vAlign w:val="center"/>
            <w:hideMark/>
          </w:tcPr>
          <w:p w14:paraId="2760432A"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810" w:type="dxa"/>
            <w:vAlign w:val="center"/>
          </w:tcPr>
          <w:p w14:paraId="32FD6146"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1.98 (0.24 to 24.75)</w:t>
            </w:r>
          </w:p>
        </w:tc>
        <w:tc>
          <w:tcPr>
            <w:tcW w:w="1700" w:type="dxa"/>
            <w:vAlign w:val="center"/>
          </w:tcPr>
          <w:p w14:paraId="3D898B0E"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0.66 (0.16 to 3.28)</w:t>
            </w:r>
          </w:p>
        </w:tc>
        <w:tc>
          <w:tcPr>
            <w:tcW w:w="1607" w:type="dxa"/>
            <w:vAlign w:val="center"/>
          </w:tcPr>
          <w:p w14:paraId="60A85CA5"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0.31 (0.07 to 1.26)</w:t>
            </w:r>
          </w:p>
        </w:tc>
        <w:tc>
          <w:tcPr>
            <w:tcW w:w="1633" w:type="dxa"/>
            <w:shd w:val="clear" w:color="auto" w:fill="CFEDFF"/>
            <w:vAlign w:val="center"/>
          </w:tcPr>
          <w:p w14:paraId="35F70780"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0.29 (0.03 to 2.6)</w:t>
            </w:r>
          </w:p>
        </w:tc>
        <w:tc>
          <w:tcPr>
            <w:tcW w:w="1620" w:type="dxa"/>
            <w:vAlign w:val="center"/>
          </w:tcPr>
          <w:p w14:paraId="60E78001"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0.76 (0.12 to 4.87)</w:t>
            </w:r>
          </w:p>
        </w:tc>
        <w:tc>
          <w:tcPr>
            <w:tcW w:w="1637" w:type="dxa"/>
            <w:shd w:val="clear" w:color="auto" w:fill="C6C6C6"/>
            <w:noWrap/>
            <w:vAlign w:val="center"/>
          </w:tcPr>
          <w:p w14:paraId="2C26A3A5"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p>
        </w:tc>
        <w:tc>
          <w:tcPr>
            <w:tcW w:w="1582" w:type="dxa"/>
            <w:vAlign w:val="center"/>
          </w:tcPr>
          <w:p w14:paraId="6160BF64" w14:textId="77777777" w:rsidR="000D4B7C" w:rsidRPr="00EB75F0" w:rsidRDefault="000D4B7C" w:rsidP="00437A4E">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0.74 (0.17 to 3.41)</w:t>
            </w:r>
          </w:p>
        </w:tc>
        <w:tc>
          <w:tcPr>
            <w:tcW w:w="1582" w:type="dxa"/>
            <w:vAlign w:val="center"/>
          </w:tcPr>
          <w:p w14:paraId="579B3FFC" w14:textId="77777777" w:rsidR="000D4B7C" w:rsidRPr="00EB75F0" w:rsidRDefault="000D4B7C" w:rsidP="00437A4E">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0.66 (0.14 to 2.54)</w:t>
            </w:r>
          </w:p>
        </w:tc>
      </w:tr>
      <w:tr w:rsidR="00437A4E" w:rsidRPr="00EB75F0" w14:paraId="5F3E3F6F" w14:textId="77777777" w:rsidTr="00437A4E">
        <w:trPr>
          <w:trHeight w:val="288"/>
        </w:trPr>
        <w:tc>
          <w:tcPr>
            <w:tcW w:w="1345" w:type="dxa"/>
            <w:vAlign w:val="center"/>
            <w:hideMark/>
          </w:tcPr>
          <w:p w14:paraId="6905D2AF" w14:textId="77777777" w:rsidR="000D4B7C" w:rsidRPr="00EB75F0" w:rsidRDefault="000D4B7C" w:rsidP="00437A4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810" w:type="dxa"/>
            <w:vAlign w:val="center"/>
          </w:tcPr>
          <w:p w14:paraId="1F7073E5" w14:textId="77777777" w:rsidR="000D4B7C" w:rsidRPr="00EB75F0" w:rsidRDefault="000D4B7C" w:rsidP="00437A4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2.7 (0.36 to 29.18)</w:t>
            </w:r>
          </w:p>
        </w:tc>
        <w:tc>
          <w:tcPr>
            <w:tcW w:w="1700" w:type="dxa"/>
            <w:vAlign w:val="center"/>
          </w:tcPr>
          <w:p w14:paraId="381AD662" w14:textId="77777777" w:rsidR="000D4B7C" w:rsidRPr="00EB75F0" w:rsidRDefault="000D4B7C" w:rsidP="00437A4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(0.28 to 3.41)</w:t>
            </w:r>
          </w:p>
        </w:tc>
        <w:tc>
          <w:tcPr>
            <w:tcW w:w="1607" w:type="dxa"/>
            <w:vAlign w:val="center"/>
          </w:tcPr>
          <w:p w14:paraId="789F3E4C" w14:textId="77777777" w:rsidR="000D4B7C" w:rsidRPr="00EB75F0" w:rsidRDefault="000D4B7C" w:rsidP="00437A4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0.42 (0.09 to 1.62)</w:t>
            </w:r>
          </w:p>
        </w:tc>
        <w:tc>
          <w:tcPr>
            <w:tcW w:w="1633" w:type="dxa"/>
            <w:shd w:val="clear" w:color="auto" w:fill="CFEDFF"/>
            <w:vAlign w:val="center"/>
          </w:tcPr>
          <w:p w14:paraId="1025DB81" w14:textId="77777777" w:rsidR="000D4B7C" w:rsidRPr="00EB75F0" w:rsidRDefault="000D4B7C" w:rsidP="00437A4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0.38 (0.04 to 3.43)</w:t>
            </w:r>
          </w:p>
        </w:tc>
        <w:tc>
          <w:tcPr>
            <w:tcW w:w="1620" w:type="dxa"/>
            <w:vAlign w:val="center"/>
          </w:tcPr>
          <w:p w14:paraId="17629AF0" w14:textId="77777777" w:rsidR="000D4B7C" w:rsidRPr="00EB75F0" w:rsidRDefault="000D4B7C" w:rsidP="00437A4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1.03 (0.16 to 5.92)</w:t>
            </w:r>
          </w:p>
        </w:tc>
        <w:tc>
          <w:tcPr>
            <w:tcW w:w="1637" w:type="dxa"/>
            <w:vAlign w:val="center"/>
          </w:tcPr>
          <w:p w14:paraId="3CDEB012" w14:textId="77777777" w:rsidR="000D4B7C" w:rsidRPr="00EB75F0" w:rsidRDefault="000D4B7C" w:rsidP="00437A4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1.35 (0.29 to 5.94)</w:t>
            </w:r>
          </w:p>
        </w:tc>
        <w:tc>
          <w:tcPr>
            <w:tcW w:w="1582" w:type="dxa"/>
            <w:shd w:val="clear" w:color="auto" w:fill="C6C6C6"/>
            <w:noWrap/>
            <w:vAlign w:val="center"/>
          </w:tcPr>
          <w:p w14:paraId="461575EF" w14:textId="77777777" w:rsidR="000D4B7C" w:rsidRPr="00EB75F0" w:rsidRDefault="000D4B7C" w:rsidP="00437A4E">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582" w:type="dxa"/>
            <w:vAlign w:val="center"/>
          </w:tcPr>
          <w:p w14:paraId="405A3208" w14:textId="77777777" w:rsidR="000D4B7C" w:rsidRPr="00EB75F0" w:rsidRDefault="000D4B7C" w:rsidP="00437A4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0.88 (0.2 to 3.21)</w:t>
            </w:r>
          </w:p>
        </w:tc>
      </w:tr>
      <w:tr w:rsidR="00437A4E" w:rsidRPr="00EB75F0" w14:paraId="022177B5" w14:textId="77777777" w:rsidTr="00437A4E">
        <w:trPr>
          <w:trHeight w:val="288"/>
        </w:trPr>
        <w:tc>
          <w:tcPr>
            <w:tcW w:w="1345" w:type="dxa"/>
            <w:vAlign w:val="center"/>
            <w:hideMark/>
          </w:tcPr>
          <w:p w14:paraId="7214800E" w14:textId="77777777" w:rsidR="000D4B7C" w:rsidRPr="00EB75F0" w:rsidRDefault="000D4B7C" w:rsidP="00437A4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810" w:type="dxa"/>
            <w:vAlign w:val="center"/>
          </w:tcPr>
          <w:p w14:paraId="17818729" w14:textId="77777777" w:rsidR="000D4B7C" w:rsidRPr="00EB75F0" w:rsidRDefault="000D4B7C" w:rsidP="00437A4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3.06 (0.41 to 35.42)</w:t>
            </w:r>
          </w:p>
        </w:tc>
        <w:tc>
          <w:tcPr>
            <w:tcW w:w="1700" w:type="dxa"/>
            <w:vAlign w:val="center"/>
          </w:tcPr>
          <w:p w14:paraId="5F2ADCED" w14:textId="77777777" w:rsidR="000D4B7C" w:rsidRPr="00EB75F0" w:rsidRDefault="000D4B7C" w:rsidP="00437A4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1.01 (0.29 to 4.74)</w:t>
            </w:r>
          </w:p>
        </w:tc>
        <w:tc>
          <w:tcPr>
            <w:tcW w:w="1607" w:type="dxa"/>
            <w:vAlign w:val="center"/>
          </w:tcPr>
          <w:p w14:paraId="0A6A504F" w14:textId="77777777" w:rsidR="000D4B7C" w:rsidRPr="00EB75F0" w:rsidRDefault="000D4B7C" w:rsidP="00437A4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0.47 (0.16 to 1.5)</w:t>
            </w:r>
          </w:p>
        </w:tc>
        <w:tc>
          <w:tcPr>
            <w:tcW w:w="1633" w:type="dxa"/>
            <w:shd w:val="clear" w:color="auto" w:fill="CFEDFF"/>
            <w:vAlign w:val="center"/>
          </w:tcPr>
          <w:p w14:paraId="2B97A2DE" w14:textId="77777777" w:rsidR="000D4B7C" w:rsidRPr="00EB75F0" w:rsidRDefault="000D4B7C" w:rsidP="00437A4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0.44 (0.05 to 3.85)</w:t>
            </w:r>
          </w:p>
        </w:tc>
        <w:tc>
          <w:tcPr>
            <w:tcW w:w="1620" w:type="dxa"/>
            <w:vAlign w:val="center"/>
          </w:tcPr>
          <w:p w14:paraId="734FF304" w14:textId="77777777" w:rsidR="000D4B7C" w:rsidRPr="00EB75F0" w:rsidRDefault="000D4B7C" w:rsidP="00437A4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1.16 (0.22 to 6.87)</w:t>
            </w:r>
          </w:p>
        </w:tc>
        <w:tc>
          <w:tcPr>
            <w:tcW w:w="1637" w:type="dxa"/>
            <w:vAlign w:val="center"/>
          </w:tcPr>
          <w:p w14:paraId="5D2ACE85" w14:textId="77777777" w:rsidR="000D4B7C" w:rsidRPr="00EB75F0" w:rsidRDefault="000D4B7C" w:rsidP="00437A4E">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1.52 (0.39 to 7.09)</w:t>
            </w:r>
          </w:p>
        </w:tc>
        <w:tc>
          <w:tcPr>
            <w:tcW w:w="1582" w:type="dxa"/>
            <w:vAlign w:val="center"/>
          </w:tcPr>
          <w:p w14:paraId="4E41BE13" w14:textId="77777777" w:rsidR="000D4B7C" w:rsidRPr="00EB75F0" w:rsidRDefault="000D4B7C" w:rsidP="00437A4E">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1.14 (0.31 to 4.95)</w:t>
            </w:r>
          </w:p>
        </w:tc>
        <w:tc>
          <w:tcPr>
            <w:tcW w:w="1582" w:type="dxa"/>
            <w:shd w:val="clear" w:color="auto" w:fill="C6C6C6"/>
            <w:noWrap/>
            <w:vAlign w:val="center"/>
          </w:tcPr>
          <w:p w14:paraId="4B25BF1C" w14:textId="77777777" w:rsidR="000D4B7C" w:rsidRPr="00EB75F0" w:rsidRDefault="000D4B7C" w:rsidP="00437A4E">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437A4E" w:rsidRPr="00EB75F0" w14:paraId="6FC1B52A" w14:textId="77777777" w:rsidTr="00437A4E">
        <w:trPr>
          <w:trHeight w:val="288"/>
        </w:trPr>
        <w:tc>
          <w:tcPr>
            <w:tcW w:w="14516" w:type="dxa"/>
            <w:gridSpan w:val="9"/>
            <w:vAlign w:val="center"/>
          </w:tcPr>
          <w:p w14:paraId="1B68205E" w14:textId="68AE1611" w:rsidR="00437A4E" w:rsidRPr="00EB75F0" w:rsidRDefault="00437A4E" w:rsidP="00437A4E">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OR, odds ratio;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eastAsia="Times New Roman" w:hAnsiTheme="majorHAnsi" w:cstheme="majorHAnsi"/>
                <w:color w:val="000000"/>
                <w:sz w:val="16"/>
                <w:szCs w:val="16"/>
                <w:lang w:eastAsia="zh-TW"/>
              </w:rPr>
              <w:t xml:space="preserve">, </w:t>
            </w:r>
            <w:proofErr w:type="spellStart"/>
            <w:r w:rsidRPr="00EB75F0">
              <w:rPr>
                <w:rFonts w:asciiTheme="majorHAnsi" w:hAnsiTheme="majorHAnsi" w:cstheme="majorHAnsi"/>
                <w:sz w:val="16"/>
                <w:szCs w:val="16"/>
              </w:rPr>
              <w:t>xanomeline</w:t>
            </w:r>
            <w:proofErr w:type="spellEnd"/>
            <w:r w:rsidRPr="00EB75F0">
              <w:rPr>
                <w:rFonts w:asciiTheme="majorHAnsi" w:hAnsiTheme="majorHAnsi" w:cstheme="majorHAnsi"/>
                <w:sz w:val="16"/>
                <w:szCs w:val="16"/>
              </w:rPr>
              <w:t>/</w:t>
            </w:r>
            <w:proofErr w:type="spellStart"/>
            <w:r w:rsidRPr="00EB75F0">
              <w:rPr>
                <w:rFonts w:asciiTheme="majorHAnsi" w:hAnsiTheme="majorHAnsi" w:cstheme="majorHAnsi"/>
                <w:sz w:val="16"/>
                <w:szCs w:val="16"/>
              </w:rPr>
              <w:t>trospium</w:t>
            </w:r>
            <w:proofErr w:type="spellEnd"/>
            <w:r w:rsidRPr="00EB75F0">
              <w:rPr>
                <w:rFonts w:asciiTheme="majorHAnsi" w:hAnsiTheme="majorHAnsi" w:cstheme="majorHAnsi"/>
                <w:sz w:val="16"/>
                <w:szCs w:val="16"/>
              </w:rPr>
              <w:t xml:space="preserve"> chloride</w:t>
            </w:r>
          </w:p>
          <w:p w14:paraId="429F2E58" w14:textId="799166EF" w:rsidR="00437A4E" w:rsidRPr="00EB75F0" w:rsidRDefault="00437A4E" w:rsidP="00437A4E">
            <w:pPr>
              <w:keepNext/>
              <w:spacing w:before="0" w:after="0" w:line="240" w:lineRule="auto"/>
              <w:contextualSpacing/>
              <w:rPr>
                <w:rFonts w:asciiTheme="majorHAnsi"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3E09A81D" w14:textId="77777777" w:rsidR="001A6D75" w:rsidRPr="00EB75F0" w:rsidRDefault="001A6D75">
      <w:pPr>
        <w:spacing w:before="0" w:after="200" w:line="276" w:lineRule="auto"/>
        <w:rPr>
          <w:b/>
        </w:rPr>
      </w:pPr>
    </w:p>
    <w:p w14:paraId="14E94340" w14:textId="57701ABB" w:rsidR="004E0B0B" w:rsidRPr="00EB75F0" w:rsidRDefault="00A06AE8" w:rsidP="00434B93">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46</w:t>
        </w:r>
      </w:fldSimple>
      <w:r w:rsidR="004E0B0B" w:rsidRPr="00EB75F0">
        <w:t xml:space="preserve">: Sedation – League tables – random-effects model, sensitivity analysis excluding studies with outlier placebo effect size – OR (95% </w:t>
      </w:r>
      <w:proofErr w:type="spellStart"/>
      <w:r w:rsidR="004E0B0B" w:rsidRPr="00EB75F0">
        <w:t>CrI</w:t>
      </w:r>
      <w:proofErr w:type="spellEnd"/>
      <w:r w:rsidR="004E0B0B" w:rsidRPr="00EB75F0">
        <w:t>)</w:t>
      </w:r>
    </w:p>
    <w:tbl>
      <w:tblPr>
        <w:tblStyle w:val="Lumanitytable"/>
        <w:tblW w:w="14575" w:type="dxa"/>
        <w:tblLayout w:type="fixed"/>
        <w:tblLook w:val="04A0" w:firstRow="1" w:lastRow="0" w:firstColumn="1" w:lastColumn="0" w:noHBand="0" w:noVBand="1"/>
      </w:tblPr>
      <w:tblGrid>
        <w:gridCol w:w="1255"/>
        <w:gridCol w:w="1800"/>
        <w:gridCol w:w="1620"/>
        <w:gridCol w:w="1620"/>
        <w:gridCol w:w="1620"/>
        <w:gridCol w:w="1620"/>
        <w:gridCol w:w="1787"/>
        <w:gridCol w:w="1633"/>
        <w:gridCol w:w="1620"/>
      </w:tblGrid>
      <w:tr w:rsidR="004E0B0B" w:rsidRPr="00EB75F0" w14:paraId="579A06F5" w14:textId="77777777" w:rsidTr="004E0B0B">
        <w:trPr>
          <w:cnfStyle w:val="100000000000" w:firstRow="1" w:lastRow="0" w:firstColumn="0" w:lastColumn="0" w:oddVBand="0" w:evenVBand="0" w:oddHBand="0" w:evenHBand="0" w:firstRowFirstColumn="0" w:firstRowLastColumn="0" w:lastRowFirstColumn="0" w:lastRowLastColumn="0"/>
          <w:trHeight w:val="288"/>
          <w:tblHeader/>
        </w:trPr>
        <w:tc>
          <w:tcPr>
            <w:tcW w:w="1255" w:type="dxa"/>
            <w:vAlign w:val="center"/>
            <w:hideMark/>
          </w:tcPr>
          <w:p w14:paraId="661B80B0" w14:textId="77777777" w:rsidR="004E0B0B" w:rsidRPr="00EB75F0" w:rsidRDefault="004E0B0B" w:rsidP="004E0B0B">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800" w:type="dxa"/>
            <w:vAlign w:val="center"/>
            <w:hideMark/>
          </w:tcPr>
          <w:p w14:paraId="4824DF77" w14:textId="77777777" w:rsidR="004E0B0B" w:rsidRPr="00EB75F0" w:rsidRDefault="004E0B0B" w:rsidP="004E0B0B">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620" w:type="dxa"/>
            <w:vAlign w:val="center"/>
            <w:hideMark/>
          </w:tcPr>
          <w:p w14:paraId="499DB7EA" w14:textId="77777777" w:rsidR="004E0B0B" w:rsidRPr="00EB75F0" w:rsidRDefault="004E0B0B" w:rsidP="004E0B0B">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620" w:type="dxa"/>
            <w:vAlign w:val="center"/>
            <w:hideMark/>
          </w:tcPr>
          <w:p w14:paraId="42A56420" w14:textId="77777777" w:rsidR="004E0B0B" w:rsidRPr="00EB75F0" w:rsidRDefault="004E0B0B" w:rsidP="004E0B0B">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620" w:type="dxa"/>
            <w:vAlign w:val="center"/>
            <w:hideMark/>
          </w:tcPr>
          <w:p w14:paraId="5DFEEA7A" w14:textId="5A26DA14" w:rsidR="004E0B0B" w:rsidRPr="00EB75F0" w:rsidRDefault="009A3ECD" w:rsidP="004E0B0B">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620" w:type="dxa"/>
            <w:vAlign w:val="center"/>
            <w:hideMark/>
          </w:tcPr>
          <w:p w14:paraId="177635C5" w14:textId="77777777" w:rsidR="004E0B0B" w:rsidRPr="00EB75F0" w:rsidRDefault="004E0B0B" w:rsidP="004E0B0B">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787" w:type="dxa"/>
            <w:vAlign w:val="center"/>
            <w:hideMark/>
          </w:tcPr>
          <w:p w14:paraId="2CF98C2D" w14:textId="77777777" w:rsidR="004E0B0B" w:rsidRPr="00EB75F0" w:rsidRDefault="004E0B0B" w:rsidP="004E0B0B">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633" w:type="dxa"/>
            <w:vAlign w:val="center"/>
            <w:hideMark/>
          </w:tcPr>
          <w:p w14:paraId="7C836A5E" w14:textId="77777777" w:rsidR="004E0B0B" w:rsidRPr="00EB75F0" w:rsidRDefault="004E0B0B" w:rsidP="004E0B0B">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620" w:type="dxa"/>
            <w:vAlign w:val="center"/>
            <w:hideMark/>
          </w:tcPr>
          <w:p w14:paraId="5894980D" w14:textId="77777777" w:rsidR="004E0B0B" w:rsidRPr="00EB75F0" w:rsidRDefault="004E0B0B" w:rsidP="004E0B0B">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4E0B0B" w:rsidRPr="00EB75F0" w14:paraId="090EFA19" w14:textId="77777777" w:rsidTr="004E0B0B">
        <w:trPr>
          <w:trHeight w:val="288"/>
        </w:trPr>
        <w:tc>
          <w:tcPr>
            <w:tcW w:w="1255" w:type="dxa"/>
            <w:vAlign w:val="center"/>
            <w:hideMark/>
          </w:tcPr>
          <w:p w14:paraId="4B09D5D8"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800" w:type="dxa"/>
            <w:vAlign w:val="center"/>
          </w:tcPr>
          <w:p w14:paraId="535DAE70"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8.03 (1.01 to 153.17)</w:t>
            </w:r>
          </w:p>
        </w:tc>
        <w:tc>
          <w:tcPr>
            <w:tcW w:w="1620" w:type="dxa"/>
            <w:vAlign w:val="center"/>
          </w:tcPr>
          <w:p w14:paraId="4BF9D8E7"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2.6 (0.82 to 13.07)</w:t>
            </w:r>
          </w:p>
        </w:tc>
        <w:tc>
          <w:tcPr>
            <w:tcW w:w="1620" w:type="dxa"/>
            <w:vAlign w:val="center"/>
          </w:tcPr>
          <w:p w14:paraId="4B02E411"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1.35 (0.19 to 8.17)</w:t>
            </w:r>
          </w:p>
        </w:tc>
        <w:tc>
          <w:tcPr>
            <w:tcW w:w="1620" w:type="dxa"/>
            <w:shd w:val="clear" w:color="auto" w:fill="CFEDFF"/>
            <w:vAlign w:val="center"/>
          </w:tcPr>
          <w:p w14:paraId="48F44B53"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0.99 (0.11 to 9.18)</w:t>
            </w:r>
          </w:p>
        </w:tc>
        <w:tc>
          <w:tcPr>
            <w:tcW w:w="1620" w:type="dxa"/>
            <w:vAlign w:val="center"/>
          </w:tcPr>
          <w:p w14:paraId="5EFA7F40"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2.67 (0.34 to 21.51)</w:t>
            </w:r>
          </w:p>
        </w:tc>
        <w:tc>
          <w:tcPr>
            <w:tcW w:w="1787" w:type="dxa"/>
            <w:vAlign w:val="center"/>
          </w:tcPr>
          <w:p w14:paraId="4AF09AC2"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5.23 (0.62 to 51.77)</w:t>
            </w:r>
          </w:p>
        </w:tc>
        <w:tc>
          <w:tcPr>
            <w:tcW w:w="1633" w:type="dxa"/>
            <w:vAlign w:val="center"/>
          </w:tcPr>
          <w:p w14:paraId="0B6DDC85"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3.25 (0.47 to 25.71)</w:t>
            </w:r>
          </w:p>
        </w:tc>
        <w:tc>
          <w:tcPr>
            <w:tcW w:w="1620" w:type="dxa"/>
            <w:vAlign w:val="center"/>
          </w:tcPr>
          <w:p w14:paraId="10B19E34"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2.25 (0.65 to 6.27)</w:t>
            </w:r>
          </w:p>
        </w:tc>
      </w:tr>
      <w:tr w:rsidR="004E0B0B" w:rsidRPr="00EB75F0" w14:paraId="6881E30A" w14:textId="77777777" w:rsidTr="004E0B0B">
        <w:trPr>
          <w:trHeight w:val="288"/>
        </w:trPr>
        <w:tc>
          <w:tcPr>
            <w:tcW w:w="1255" w:type="dxa"/>
            <w:vAlign w:val="center"/>
            <w:hideMark/>
          </w:tcPr>
          <w:p w14:paraId="1E9D5651"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800" w:type="dxa"/>
            <w:shd w:val="clear" w:color="auto" w:fill="C6C6C6"/>
            <w:noWrap/>
            <w:vAlign w:val="center"/>
          </w:tcPr>
          <w:p w14:paraId="150534F9"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03CDFC3E"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0.33 (0.02 to 2.68)</w:t>
            </w:r>
          </w:p>
        </w:tc>
        <w:tc>
          <w:tcPr>
            <w:tcW w:w="1620" w:type="dxa"/>
            <w:vAlign w:val="center"/>
          </w:tcPr>
          <w:p w14:paraId="10528A74"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0.17 (0 to 2.19)</w:t>
            </w:r>
          </w:p>
        </w:tc>
        <w:tc>
          <w:tcPr>
            <w:tcW w:w="1620" w:type="dxa"/>
            <w:shd w:val="clear" w:color="auto" w:fill="CFEDFF"/>
            <w:vAlign w:val="center"/>
          </w:tcPr>
          <w:p w14:paraId="499632E5"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0.12 (0 to 2.44)</w:t>
            </w:r>
          </w:p>
        </w:tc>
        <w:tc>
          <w:tcPr>
            <w:tcW w:w="1620" w:type="dxa"/>
            <w:vAlign w:val="center"/>
          </w:tcPr>
          <w:p w14:paraId="222B6238"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0.34 (0.01 to 5.21)</w:t>
            </w:r>
          </w:p>
        </w:tc>
        <w:tc>
          <w:tcPr>
            <w:tcW w:w="1787" w:type="dxa"/>
            <w:vAlign w:val="center"/>
          </w:tcPr>
          <w:p w14:paraId="7563CED0"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0.65 (0.02 to 11.27)</w:t>
            </w:r>
          </w:p>
        </w:tc>
        <w:tc>
          <w:tcPr>
            <w:tcW w:w="1633" w:type="dxa"/>
            <w:vAlign w:val="center"/>
          </w:tcPr>
          <w:p w14:paraId="110204EA"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0.4 (0.01 to 5.4)</w:t>
            </w:r>
          </w:p>
        </w:tc>
        <w:tc>
          <w:tcPr>
            <w:tcW w:w="1620" w:type="dxa"/>
            <w:vAlign w:val="center"/>
          </w:tcPr>
          <w:p w14:paraId="15834885"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0.28 (0.01 to 2.58)</w:t>
            </w:r>
          </w:p>
        </w:tc>
      </w:tr>
      <w:tr w:rsidR="004E0B0B" w:rsidRPr="00EB75F0" w14:paraId="6969F59D" w14:textId="77777777" w:rsidTr="004E0B0B">
        <w:trPr>
          <w:trHeight w:val="288"/>
        </w:trPr>
        <w:tc>
          <w:tcPr>
            <w:tcW w:w="1255" w:type="dxa"/>
            <w:vAlign w:val="center"/>
            <w:hideMark/>
          </w:tcPr>
          <w:p w14:paraId="59EFF6D5"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800" w:type="dxa"/>
            <w:vAlign w:val="center"/>
          </w:tcPr>
          <w:p w14:paraId="65DD4169"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3.07 (0.37 to 40.49)</w:t>
            </w:r>
          </w:p>
        </w:tc>
        <w:tc>
          <w:tcPr>
            <w:tcW w:w="1620" w:type="dxa"/>
            <w:shd w:val="clear" w:color="auto" w:fill="C6C6C6"/>
            <w:noWrap/>
            <w:vAlign w:val="center"/>
          </w:tcPr>
          <w:p w14:paraId="742358E5"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0B163DC9"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0.52 (0.04 to 3.78)</w:t>
            </w:r>
          </w:p>
        </w:tc>
        <w:tc>
          <w:tcPr>
            <w:tcW w:w="1620" w:type="dxa"/>
            <w:shd w:val="clear" w:color="auto" w:fill="CFEDFF"/>
            <w:vAlign w:val="center"/>
          </w:tcPr>
          <w:p w14:paraId="6F4CED68"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0.37 (0.02 to 4.6)</w:t>
            </w:r>
          </w:p>
        </w:tc>
        <w:tc>
          <w:tcPr>
            <w:tcW w:w="1620" w:type="dxa"/>
            <w:vAlign w:val="center"/>
          </w:tcPr>
          <w:p w14:paraId="753CA11E"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1.05 (0.07 to 9.42)</w:t>
            </w:r>
          </w:p>
        </w:tc>
        <w:tc>
          <w:tcPr>
            <w:tcW w:w="1787" w:type="dxa"/>
            <w:vAlign w:val="center"/>
          </w:tcPr>
          <w:p w14:paraId="31FE034C"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2.04 (0.13 to 21.48)</w:t>
            </w:r>
          </w:p>
        </w:tc>
        <w:tc>
          <w:tcPr>
            <w:tcW w:w="1633" w:type="dxa"/>
            <w:vAlign w:val="center"/>
          </w:tcPr>
          <w:p w14:paraId="78D136C6"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1.24 (0.15 to 7.88)</w:t>
            </w:r>
          </w:p>
        </w:tc>
        <w:tc>
          <w:tcPr>
            <w:tcW w:w="1620" w:type="dxa"/>
            <w:vAlign w:val="center"/>
          </w:tcPr>
          <w:p w14:paraId="0D2F44AA"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0.88 (0.1 to 3.83)</w:t>
            </w:r>
          </w:p>
        </w:tc>
      </w:tr>
      <w:tr w:rsidR="004E0B0B" w:rsidRPr="00EB75F0" w14:paraId="63578251" w14:textId="77777777" w:rsidTr="004E0B0B">
        <w:trPr>
          <w:trHeight w:val="288"/>
        </w:trPr>
        <w:tc>
          <w:tcPr>
            <w:tcW w:w="1255" w:type="dxa"/>
            <w:vAlign w:val="center"/>
            <w:hideMark/>
          </w:tcPr>
          <w:p w14:paraId="2100694B"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800" w:type="dxa"/>
            <w:vAlign w:val="center"/>
          </w:tcPr>
          <w:p w14:paraId="27D4333F"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5.99 (0.46 to 242.29)</w:t>
            </w:r>
          </w:p>
        </w:tc>
        <w:tc>
          <w:tcPr>
            <w:tcW w:w="1620" w:type="dxa"/>
            <w:vAlign w:val="center"/>
          </w:tcPr>
          <w:p w14:paraId="12BEB8ED"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1.91 (0.26 to 27.62)</w:t>
            </w:r>
          </w:p>
        </w:tc>
        <w:tc>
          <w:tcPr>
            <w:tcW w:w="1620" w:type="dxa"/>
            <w:shd w:val="clear" w:color="auto" w:fill="C6C6C6"/>
            <w:noWrap/>
            <w:vAlign w:val="center"/>
          </w:tcPr>
          <w:p w14:paraId="39C9290D"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shd w:val="clear" w:color="auto" w:fill="CFEDFF"/>
            <w:vAlign w:val="center"/>
          </w:tcPr>
          <w:p w14:paraId="7538A01A"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0.74 (0.05 to 13.95)</w:t>
            </w:r>
          </w:p>
        </w:tc>
        <w:tc>
          <w:tcPr>
            <w:tcW w:w="1620" w:type="dxa"/>
            <w:vAlign w:val="center"/>
          </w:tcPr>
          <w:p w14:paraId="1862F11F"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1.99 (0.14 to 34.26)</w:t>
            </w:r>
          </w:p>
        </w:tc>
        <w:tc>
          <w:tcPr>
            <w:tcW w:w="1787" w:type="dxa"/>
            <w:vAlign w:val="center"/>
          </w:tcPr>
          <w:p w14:paraId="26C8E67D"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3.94 (0.24 to 80.04)</w:t>
            </w:r>
          </w:p>
        </w:tc>
        <w:tc>
          <w:tcPr>
            <w:tcW w:w="1633" w:type="dxa"/>
            <w:vAlign w:val="center"/>
          </w:tcPr>
          <w:p w14:paraId="043F140B"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2.42 (0.19 to 42.23)</w:t>
            </w:r>
          </w:p>
        </w:tc>
        <w:tc>
          <w:tcPr>
            <w:tcW w:w="1620" w:type="dxa"/>
            <w:vAlign w:val="center"/>
          </w:tcPr>
          <w:p w14:paraId="02F09A2E"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1.71 (0.25 to 10.02)</w:t>
            </w:r>
          </w:p>
        </w:tc>
      </w:tr>
      <w:tr w:rsidR="004E0B0B" w:rsidRPr="00EB75F0" w14:paraId="7F675603" w14:textId="77777777" w:rsidTr="004E0B0B">
        <w:trPr>
          <w:trHeight w:val="288"/>
        </w:trPr>
        <w:tc>
          <w:tcPr>
            <w:tcW w:w="1255" w:type="dxa"/>
            <w:vAlign w:val="center"/>
            <w:hideMark/>
          </w:tcPr>
          <w:p w14:paraId="2F2F52B1" w14:textId="1F8929D4" w:rsidR="004E0B0B" w:rsidRPr="00EB75F0" w:rsidRDefault="009A3ECD" w:rsidP="004E0B0B">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800" w:type="dxa"/>
            <w:vAlign w:val="center"/>
          </w:tcPr>
          <w:p w14:paraId="4584250B"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8.35 (0.41 to 330.87)</w:t>
            </w:r>
          </w:p>
        </w:tc>
        <w:tc>
          <w:tcPr>
            <w:tcW w:w="1620" w:type="dxa"/>
            <w:vAlign w:val="center"/>
          </w:tcPr>
          <w:p w14:paraId="798E018A"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2.69 (0.22 to 41.86)</w:t>
            </w:r>
          </w:p>
        </w:tc>
        <w:tc>
          <w:tcPr>
            <w:tcW w:w="1620" w:type="dxa"/>
            <w:vAlign w:val="center"/>
          </w:tcPr>
          <w:p w14:paraId="57DE1693"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1.36 (0.07 to 21.87)</w:t>
            </w:r>
          </w:p>
        </w:tc>
        <w:tc>
          <w:tcPr>
            <w:tcW w:w="1620" w:type="dxa"/>
            <w:shd w:val="clear" w:color="auto" w:fill="C6C6C6"/>
            <w:noWrap/>
            <w:vAlign w:val="center"/>
          </w:tcPr>
          <w:p w14:paraId="7E14E096"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01F8DCDF"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2.7 (0.13 to 54.05)</w:t>
            </w:r>
          </w:p>
        </w:tc>
        <w:tc>
          <w:tcPr>
            <w:tcW w:w="1787" w:type="dxa"/>
            <w:vAlign w:val="center"/>
          </w:tcPr>
          <w:p w14:paraId="433E0C96"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5.33 (0.24 to 119.65)</w:t>
            </w:r>
          </w:p>
        </w:tc>
        <w:tc>
          <w:tcPr>
            <w:tcW w:w="1633" w:type="dxa"/>
            <w:vAlign w:val="center"/>
          </w:tcPr>
          <w:p w14:paraId="3E75AB77"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3.32 (0.16 to 66.63)</w:t>
            </w:r>
          </w:p>
        </w:tc>
        <w:tc>
          <w:tcPr>
            <w:tcW w:w="1620" w:type="dxa"/>
            <w:vAlign w:val="center"/>
          </w:tcPr>
          <w:p w14:paraId="433FBDF6"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2.26 (0.17 to 25.01)</w:t>
            </w:r>
          </w:p>
        </w:tc>
      </w:tr>
      <w:tr w:rsidR="004E0B0B" w:rsidRPr="00EB75F0" w14:paraId="147029A6" w14:textId="77777777" w:rsidTr="004E0B0B">
        <w:trPr>
          <w:trHeight w:val="288"/>
        </w:trPr>
        <w:tc>
          <w:tcPr>
            <w:tcW w:w="1255" w:type="dxa"/>
            <w:vAlign w:val="center"/>
            <w:hideMark/>
          </w:tcPr>
          <w:p w14:paraId="3A5BB484"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800" w:type="dxa"/>
            <w:vAlign w:val="center"/>
          </w:tcPr>
          <w:p w14:paraId="6B28F681"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2.96 (0.19 to 120.87)</w:t>
            </w:r>
          </w:p>
        </w:tc>
        <w:tc>
          <w:tcPr>
            <w:tcW w:w="1620" w:type="dxa"/>
            <w:vAlign w:val="center"/>
          </w:tcPr>
          <w:p w14:paraId="1D85A8CE"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0.95 (0.11 to 15.23)</w:t>
            </w:r>
          </w:p>
        </w:tc>
        <w:tc>
          <w:tcPr>
            <w:tcW w:w="1620" w:type="dxa"/>
            <w:vAlign w:val="center"/>
          </w:tcPr>
          <w:p w14:paraId="2BA996B7"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 (0.03 to 7.26)</w:t>
            </w:r>
          </w:p>
        </w:tc>
        <w:tc>
          <w:tcPr>
            <w:tcW w:w="1620" w:type="dxa"/>
            <w:shd w:val="clear" w:color="auto" w:fill="CFEDFF"/>
            <w:vAlign w:val="center"/>
          </w:tcPr>
          <w:p w14:paraId="2407C6F2"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0.37 (0.02 to 7.41)</w:t>
            </w:r>
          </w:p>
        </w:tc>
        <w:tc>
          <w:tcPr>
            <w:tcW w:w="1620" w:type="dxa"/>
            <w:shd w:val="clear" w:color="auto" w:fill="C6C6C6"/>
            <w:noWrap/>
            <w:vAlign w:val="center"/>
          </w:tcPr>
          <w:p w14:paraId="5967EAEF"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p>
        </w:tc>
        <w:tc>
          <w:tcPr>
            <w:tcW w:w="1787" w:type="dxa"/>
            <w:vAlign w:val="center"/>
          </w:tcPr>
          <w:p w14:paraId="02ACB56F"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1.96 (0.11 to 41.37)</w:t>
            </w:r>
          </w:p>
        </w:tc>
        <w:tc>
          <w:tcPr>
            <w:tcW w:w="1633" w:type="dxa"/>
            <w:vAlign w:val="center"/>
          </w:tcPr>
          <w:p w14:paraId="36B9184D"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1.21 (0.07 to 24.81)</w:t>
            </w:r>
          </w:p>
        </w:tc>
        <w:tc>
          <w:tcPr>
            <w:tcW w:w="1620" w:type="dxa"/>
            <w:vAlign w:val="center"/>
          </w:tcPr>
          <w:p w14:paraId="75E6058F"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0.85 (0.07 to 7.48)</w:t>
            </w:r>
          </w:p>
        </w:tc>
      </w:tr>
      <w:tr w:rsidR="004E0B0B" w:rsidRPr="00EB75F0" w14:paraId="5FE443FA" w14:textId="77777777" w:rsidTr="004E0B0B">
        <w:trPr>
          <w:trHeight w:val="288"/>
        </w:trPr>
        <w:tc>
          <w:tcPr>
            <w:tcW w:w="1255" w:type="dxa"/>
            <w:vAlign w:val="center"/>
            <w:hideMark/>
          </w:tcPr>
          <w:p w14:paraId="2DFA91F5"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800" w:type="dxa"/>
            <w:vAlign w:val="center"/>
          </w:tcPr>
          <w:p w14:paraId="00BE36E1"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1.53 (0.09 to 60.98)</w:t>
            </w:r>
          </w:p>
        </w:tc>
        <w:tc>
          <w:tcPr>
            <w:tcW w:w="1620" w:type="dxa"/>
            <w:vAlign w:val="center"/>
          </w:tcPr>
          <w:p w14:paraId="1C4C052C"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0.49 (0.05 to 7.88)</w:t>
            </w:r>
          </w:p>
        </w:tc>
        <w:tc>
          <w:tcPr>
            <w:tcW w:w="1620" w:type="dxa"/>
            <w:vAlign w:val="center"/>
          </w:tcPr>
          <w:p w14:paraId="2B6F1BA3"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0.25 (0.01 to 4.23)</w:t>
            </w:r>
          </w:p>
        </w:tc>
        <w:tc>
          <w:tcPr>
            <w:tcW w:w="1620" w:type="dxa"/>
            <w:shd w:val="clear" w:color="auto" w:fill="CFEDFF"/>
            <w:vAlign w:val="center"/>
          </w:tcPr>
          <w:p w14:paraId="60841976"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0.19 (0.01 to 4.2)</w:t>
            </w:r>
          </w:p>
        </w:tc>
        <w:tc>
          <w:tcPr>
            <w:tcW w:w="1620" w:type="dxa"/>
            <w:vAlign w:val="center"/>
          </w:tcPr>
          <w:p w14:paraId="46D1B2E0"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0.51 (0.02 to 9.5)</w:t>
            </w:r>
          </w:p>
        </w:tc>
        <w:tc>
          <w:tcPr>
            <w:tcW w:w="1787" w:type="dxa"/>
            <w:shd w:val="clear" w:color="auto" w:fill="C6C6C6"/>
            <w:noWrap/>
            <w:vAlign w:val="center"/>
          </w:tcPr>
          <w:p w14:paraId="75C805DA"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p>
        </w:tc>
        <w:tc>
          <w:tcPr>
            <w:tcW w:w="1633" w:type="dxa"/>
            <w:vAlign w:val="center"/>
          </w:tcPr>
          <w:p w14:paraId="15956B2B" w14:textId="77777777" w:rsidR="004E0B0B" w:rsidRPr="00EB75F0" w:rsidRDefault="004E0B0B" w:rsidP="004E0B0B">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0.62 (0.03 to 12.27)</w:t>
            </w:r>
          </w:p>
        </w:tc>
        <w:tc>
          <w:tcPr>
            <w:tcW w:w="1620" w:type="dxa"/>
            <w:vAlign w:val="center"/>
          </w:tcPr>
          <w:p w14:paraId="203D048C" w14:textId="77777777" w:rsidR="004E0B0B" w:rsidRPr="00EB75F0" w:rsidRDefault="004E0B0B" w:rsidP="004E0B0B">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0.43 (0.03 to 4.34)</w:t>
            </w:r>
          </w:p>
        </w:tc>
      </w:tr>
      <w:tr w:rsidR="004E0B0B" w:rsidRPr="00EB75F0" w14:paraId="5BEC1DDE" w14:textId="77777777" w:rsidTr="004E0B0B">
        <w:trPr>
          <w:trHeight w:val="288"/>
        </w:trPr>
        <w:tc>
          <w:tcPr>
            <w:tcW w:w="1255" w:type="dxa"/>
            <w:vAlign w:val="center"/>
            <w:hideMark/>
          </w:tcPr>
          <w:p w14:paraId="5310B4D9" w14:textId="77777777" w:rsidR="004E0B0B" w:rsidRPr="00EB75F0" w:rsidRDefault="004E0B0B" w:rsidP="004E0B0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lastRenderedPageBreak/>
              <w:t>Quetiapine</w:t>
            </w:r>
          </w:p>
        </w:tc>
        <w:tc>
          <w:tcPr>
            <w:tcW w:w="1800" w:type="dxa"/>
            <w:vAlign w:val="center"/>
          </w:tcPr>
          <w:p w14:paraId="42F6B94E" w14:textId="77777777" w:rsidR="004E0B0B" w:rsidRPr="00EB75F0" w:rsidRDefault="004E0B0B" w:rsidP="004E0B0B">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2.49 (0.19 to 73.56)</w:t>
            </w:r>
          </w:p>
        </w:tc>
        <w:tc>
          <w:tcPr>
            <w:tcW w:w="1620" w:type="dxa"/>
            <w:vAlign w:val="center"/>
          </w:tcPr>
          <w:p w14:paraId="0E2FC253" w14:textId="77777777" w:rsidR="004E0B0B" w:rsidRPr="00EB75F0" w:rsidRDefault="004E0B0B" w:rsidP="004E0B0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 (0.13 to 6.7)</w:t>
            </w:r>
          </w:p>
        </w:tc>
        <w:tc>
          <w:tcPr>
            <w:tcW w:w="1620" w:type="dxa"/>
            <w:vAlign w:val="center"/>
          </w:tcPr>
          <w:p w14:paraId="593EAD96" w14:textId="77777777" w:rsidR="004E0B0B" w:rsidRPr="00EB75F0" w:rsidRDefault="004E0B0B" w:rsidP="004E0B0B">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0.41 (0.02 to 5.34)</w:t>
            </w:r>
          </w:p>
        </w:tc>
        <w:tc>
          <w:tcPr>
            <w:tcW w:w="1620" w:type="dxa"/>
            <w:shd w:val="clear" w:color="auto" w:fill="CFEDFF"/>
            <w:vAlign w:val="center"/>
          </w:tcPr>
          <w:p w14:paraId="54963F9D" w14:textId="77777777" w:rsidR="004E0B0B" w:rsidRPr="00EB75F0" w:rsidRDefault="004E0B0B" w:rsidP="004E0B0B">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 (0.02 to 6.12)</w:t>
            </w:r>
          </w:p>
        </w:tc>
        <w:tc>
          <w:tcPr>
            <w:tcW w:w="1620" w:type="dxa"/>
            <w:vAlign w:val="center"/>
          </w:tcPr>
          <w:p w14:paraId="231347FF" w14:textId="77777777" w:rsidR="004E0B0B" w:rsidRPr="00EB75F0" w:rsidRDefault="004E0B0B" w:rsidP="004E0B0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0.83 (0.04 to 13.72)</w:t>
            </w:r>
          </w:p>
        </w:tc>
        <w:tc>
          <w:tcPr>
            <w:tcW w:w="1787" w:type="dxa"/>
            <w:vAlign w:val="center"/>
          </w:tcPr>
          <w:p w14:paraId="35BDD2EF" w14:textId="77777777" w:rsidR="004E0B0B" w:rsidRPr="00EB75F0" w:rsidRDefault="004E0B0B" w:rsidP="004E0B0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1.62 (0.08 to 30.77)</w:t>
            </w:r>
          </w:p>
        </w:tc>
        <w:tc>
          <w:tcPr>
            <w:tcW w:w="1633" w:type="dxa"/>
            <w:shd w:val="clear" w:color="auto" w:fill="C6C6C6"/>
            <w:noWrap/>
            <w:vAlign w:val="center"/>
          </w:tcPr>
          <w:p w14:paraId="4E51F7BC" w14:textId="77777777" w:rsidR="004E0B0B" w:rsidRPr="00EB75F0" w:rsidRDefault="004E0B0B" w:rsidP="004E0B0B">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3999CA21" w14:textId="77777777" w:rsidR="004E0B0B" w:rsidRPr="00EB75F0" w:rsidRDefault="004E0B0B" w:rsidP="004E0B0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 (0.06 to 5.65)</w:t>
            </w:r>
          </w:p>
        </w:tc>
      </w:tr>
      <w:tr w:rsidR="004E0B0B" w:rsidRPr="00EB75F0" w14:paraId="5F3E04A2" w14:textId="77777777" w:rsidTr="004E0B0B">
        <w:trPr>
          <w:trHeight w:val="288"/>
        </w:trPr>
        <w:tc>
          <w:tcPr>
            <w:tcW w:w="1255" w:type="dxa"/>
            <w:vAlign w:val="center"/>
            <w:hideMark/>
          </w:tcPr>
          <w:p w14:paraId="0C42AB3D" w14:textId="77777777" w:rsidR="004E0B0B" w:rsidRPr="00EB75F0" w:rsidRDefault="004E0B0B" w:rsidP="004E0B0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800" w:type="dxa"/>
            <w:vAlign w:val="center"/>
          </w:tcPr>
          <w:p w14:paraId="74AFF19D" w14:textId="77777777" w:rsidR="004E0B0B" w:rsidRPr="00EB75F0" w:rsidRDefault="004E0B0B" w:rsidP="004E0B0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3.59 (0.39 to 97.29)</w:t>
            </w:r>
          </w:p>
        </w:tc>
        <w:tc>
          <w:tcPr>
            <w:tcW w:w="1620" w:type="dxa"/>
            <w:vAlign w:val="center"/>
          </w:tcPr>
          <w:p w14:paraId="1CD5058E" w14:textId="77777777" w:rsidR="004E0B0B" w:rsidRPr="00EB75F0" w:rsidRDefault="004E0B0B" w:rsidP="004E0B0B">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1.14 (0.26 to 9.64)</w:t>
            </w:r>
          </w:p>
        </w:tc>
        <w:tc>
          <w:tcPr>
            <w:tcW w:w="1620" w:type="dxa"/>
            <w:vAlign w:val="center"/>
          </w:tcPr>
          <w:p w14:paraId="3342D342" w14:textId="77777777" w:rsidR="004E0B0B" w:rsidRPr="00EB75F0" w:rsidRDefault="004E0B0B" w:rsidP="004E0B0B">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0.59 (0.1 to 3.98)</w:t>
            </w:r>
          </w:p>
        </w:tc>
        <w:tc>
          <w:tcPr>
            <w:tcW w:w="1620" w:type="dxa"/>
            <w:shd w:val="clear" w:color="auto" w:fill="CFEDFF"/>
            <w:vAlign w:val="center"/>
          </w:tcPr>
          <w:p w14:paraId="25AF4712" w14:textId="77777777" w:rsidR="004E0B0B" w:rsidRPr="00EB75F0" w:rsidRDefault="004E0B0B" w:rsidP="004E0B0B">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0.44 (0.04 to 5.93)</w:t>
            </w:r>
          </w:p>
        </w:tc>
        <w:tc>
          <w:tcPr>
            <w:tcW w:w="1620" w:type="dxa"/>
            <w:vAlign w:val="center"/>
          </w:tcPr>
          <w:p w14:paraId="50464AF0" w14:textId="77777777" w:rsidR="004E0B0B" w:rsidRPr="00EB75F0" w:rsidRDefault="004E0B0B" w:rsidP="004E0B0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1.17 (0.13 to 14.04)</w:t>
            </w:r>
          </w:p>
        </w:tc>
        <w:tc>
          <w:tcPr>
            <w:tcW w:w="1787" w:type="dxa"/>
            <w:vAlign w:val="center"/>
          </w:tcPr>
          <w:p w14:paraId="33B5CB61" w14:textId="77777777" w:rsidR="004E0B0B" w:rsidRPr="00EB75F0" w:rsidRDefault="004E0B0B" w:rsidP="004E0B0B">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2.31 (0.23 to 34.26)</w:t>
            </w:r>
          </w:p>
        </w:tc>
        <w:tc>
          <w:tcPr>
            <w:tcW w:w="1633" w:type="dxa"/>
            <w:vAlign w:val="center"/>
          </w:tcPr>
          <w:p w14:paraId="60481B2F" w14:textId="77777777" w:rsidR="004E0B0B" w:rsidRPr="00EB75F0" w:rsidRDefault="004E0B0B" w:rsidP="004E0B0B">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1.44 (0.18 to 17.85)</w:t>
            </w:r>
          </w:p>
        </w:tc>
        <w:tc>
          <w:tcPr>
            <w:tcW w:w="1620" w:type="dxa"/>
            <w:shd w:val="clear" w:color="auto" w:fill="C6C6C6"/>
            <w:noWrap/>
            <w:vAlign w:val="center"/>
          </w:tcPr>
          <w:p w14:paraId="4947B6D6" w14:textId="77777777" w:rsidR="004E0B0B" w:rsidRPr="00EB75F0" w:rsidRDefault="004E0B0B" w:rsidP="004E0B0B">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4E0B0B" w:rsidRPr="00EB75F0" w14:paraId="4440DF57" w14:textId="77777777" w:rsidTr="004E0B0B">
        <w:trPr>
          <w:trHeight w:val="127"/>
        </w:trPr>
        <w:tc>
          <w:tcPr>
            <w:tcW w:w="14575" w:type="dxa"/>
            <w:gridSpan w:val="9"/>
          </w:tcPr>
          <w:p w14:paraId="054BEEFE" w14:textId="6C166774" w:rsidR="004E0B0B" w:rsidRPr="00EB75F0" w:rsidRDefault="004E0B0B" w:rsidP="004E0B0B">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OR, odds ratio;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eastAsia="Times New Roman" w:hAnsiTheme="majorHAnsi" w:cstheme="majorHAnsi"/>
                <w:color w:val="000000"/>
                <w:sz w:val="16"/>
                <w:szCs w:val="16"/>
                <w:lang w:eastAsia="zh-TW"/>
              </w:rPr>
              <w:t xml:space="preserve">, </w:t>
            </w:r>
            <w:proofErr w:type="spellStart"/>
            <w:r w:rsidRPr="00EB75F0">
              <w:rPr>
                <w:rFonts w:asciiTheme="majorHAnsi" w:hAnsiTheme="majorHAnsi" w:cstheme="majorHAnsi"/>
                <w:sz w:val="16"/>
                <w:szCs w:val="16"/>
              </w:rPr>
              <w:t>xanomeline</w:t>
            </w:r>
            <w:proofErr w:type="spellEnd"/>
            <w:r w:rsidRPr="00EB75F0">
              <w:rPr>
                <w:rFonts w:asciiTheme="majorHAnsi" w:hAnsiTheme="majorHAnsi" w:cstheme="majorHAnsi"/>
                <w:sz w:val="16"/>
                <w:szCs w:val="16"/>
              </w:rPr>
              <w:t>/</w:t>
            </w:r>
            <w:proofErr w:type="spellStart"/>
            <w:r w:rsidRPr="00EB75F0">
              <w:rPr>
                <w:rFonts w:asciiTheme="majorHAnsi" w:hAnsiTheme="majorHAnsi" w:cstheme="majorHAnsi"/>
                <w:sz w:val="16"/>
                <w:szCs w:val="16"/>
              </w:rPr>
              <w:t>trospium</w:t>
            </w:r>
            <w:proofErr w:type="spellEnd"/>
            <w:r w:rsidRPr="00EB75F0">
              <w:rPr>
                <w:rFonts w:asciiTheme="majorHAnsi" w:hAnsiTheme="majorHAnsi" w:cstheme="majorHAnsi"/>
                <w:sz w:val="16"/>
                <w:szCs w:val="16"/>
              </w:rPr>
              <w:t xml:space="preserve"> chloride</w:t>
            </w:r>
          </w:p>
          <w:p w14:paraId="696AE0D9" w14:textId="328BCB3F" w:rsidR="004E0B0B" w:rsidRPr="00EB75F0" w:rsidRDefault="004E0B0B" w:rsidP="004E0B0B">
            <w:pPr>
              <w:keepNext/>
              <w:spacing w:before="0" w:after="0" w:line="240" w:lineRule="auto"/>
              <w:contextualSpacing/>
              <w:rPr>
                <w:rFonts w:ascii="Aptos Narrow" w:hAnsi="Aptos Narrow"/>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1F21D60F" w14:textId="77777777" w:rsidR="00663944" w:rsidRPr="00EB75F0" w:rsidRDefault="00663944">
      <w:pPr>
        <w:spacing w:before="0" w:after="200" w:line="276" w:lineRule="auto"/>
        <w:rPr>
          <w:b/>
        </w:rPr>
        <w:sectPr w:rsidR="00663944" w:rsidRPr="00EB75F0" w:rsidSect="00663944">
          <w:pgSz w:w="16838" w:h="11906" w:orient="landscape"/>
          <w:pgMar w:top="1134" w:right="1134" w:bottom="1134" w:left="1134" w:header="567" w:footer="567" w:gutter="0"/>
          <w:cols w:space="708"/>
          <w:docGrid w:linePitch="360"/>
        </w:sectPr>
      </w:pPr>
    </w:p>
    <w:p w14:paraId="483190D5" w14:textId="3AC0C328" w:rsidR="00293D21" w:rsidRDefault="00293D21">
      <w:pPr>
        <w:pStyle w:val="Heading3"/>
      </w:pPr>
      <w:bookmarkStart w:id="96" w:name="_Ref213857422"/>
      <w:bookmarkStart w:id="97" w:name="_Ref14307878"/>
      <w:bookmarkStart w:id="98" w:name="_Ref14170253"/>
      <w:r w:rsidRPr="00293D21">
        <w:lastRenderedPageBreak/>
        <w:t xml:space="preserve">Figure </w:t>
      </w:r>
      <w:r>
        <w:t>S</w:t>
      </w:r>
      <w:fldSimple w:instr=" SEQ Figure \* ARABIC ">
        <w:r w:rsidR="004B2F28">
          <w:rPr>
            <w:noProof/>
          </w:rPr>
          <w:t>94</w:t>
        </w:r>
      </w:fldSimple>
      <w:r>
        <w:t xml:space="preserve">: Sedation </w:t>
      </w:r>
      <w:r w:rsidRPr="00EB75F0">
        <w:t>–</w:t>
      </w:r>
      <w:r>
        <w:t xml:space="preserve"> C</w:t>
      </w:r>
      <w:r w:rsidRPr="007F6A73">
        <w:t>omparison-adjusted funnel plot</w:t>
      </w:r>
      <w:r w:rsidRPr="00EB75F0">
        <w:t xml:space="preserve"> </w:t>
      </w:r>
      <w:r w:rsidRPr="007F6A73">
        <w:t>–</w:t>
      </w:r>
      <w:r>
        <w:t xml:space="preserve"> </w:t>
      </w:r>
      <w:r w:rsidRPr="00EB75F0">
        <w:t>random-effects model, base case network</w:t>
      </w:r>
      <w:r w:rsidRPr="007F6A73">
        <w:t xml:space="preserve"> </w:t>
      </w:r>
      <w:r>
        <w:rPr>
          <w:noProof/>
        </w:rPr>
        <w:drawing>
          <wp:inline distT="0" distB="0" distL="0" distR="0" wp14:anchorId="5A7174AD" wp14:editId="5999FD1A">
            <wp:extent cx="6120765" cy="3268366"/>
            <wp:effectExtent l="0" t="0" r="0" b="8255"/>
            <wp:docPr id="150631588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5" cstate="print">
                      <a:extLst>
                        <a:ext uri="{28A0092B-C50C-407E-A947-70E740481C1C}">
                          <a14:useLocalDpi xmlns:a14="http://schemas.microsoft.com/office/drawing/2010/main"/>
                        </a:ext>
                      </a:extLst>
                    </a:blip>
                    <a:srcRect/>
                    <a:stretch>
                      <a:fillRect/>
                    </a:stretch>
                  </pic:blipFill>
                  <pic:spPr bwMode="auto">
                    <a:xfrm>
                      <a:off x="0" y="0"/>
                      <a:ext cx="6120765" cy="3268366"/>
                    </a:xfrm>
                    <a:prstGeom prst="rect">
                      <a:avLst/>
                    </a:prstGeom>
                    <a:noFill/>
                    <a:ln>
                      <a:noFill/>
                    </a:ln>
                    <a:extLst>
                      <a:ext uri="{53640926-AAD7-44D8-BBD7-CCE9431645EC}">
                        <a14:shadowObscured xmlns:a14="http://schemas.microsoft.com/office/drawing/2010/main"/>
                      </a:ext>
                    </a:extLst>
                  </pic:spPr>
                </pic:pic>
              </a:graphicData>
            </a:graphic>
          </wp:inline>
        </w:drawing>
      </w:r>
    </w:p>
    <w:p w14:paraId="456FD26D" w14:textId="55289115" w:rsidR="007C3340" w:rsidRDefault="007C3340" w:rsidP="007C3340">
      <w:pPr>
        <w:pStyle w:val="Heading3"/>
      </w:pPr>
      <w:r w:rsidRPr="00293D21">
        <w:t xml:space="preserve">Figure </w:t>
      </w:r>
      <w:r>
        <w:t>S</w:t>
      </w:r>
      <w:fldSimple w:instr=" SEQ Figure \* ARABIC ">
        <w:r w:rsidR="004B2F28">
          <w:rPr>
            <w:noProof/>
          </w:rPr>
          <w:t>95</w:t>
        </w:r>
      </w:fldSimple>
      <w:r>
        <w:t xml:space="preserve">: Sedation </w:t>
      </w:r>
      <w:r w:rsidRPr="00EB75F0">
        <w:t>–</w:t>
      </w:r>
      <w:r>
        <w:t xml:space="preserve"> C</w:t>
      </w:r>
      <w:r w:rsidRPr="007F6A73">
        <w:t>omparison-adjusted funnel plot</w:t>
      </w:r>
      <w:r w:rsidRPr="00EB75F0">
        <w:t xml:space="preserve"> </w:t>
      </w:r>
      <w:r w:rsidRPr="007F6A73">
        <w:t>–</w:t>
      </w:r>
      <w:r>
        <w:t xml:space="preserve"> fixed</w:t>
      </w:r>
      <w:r w:rsidRPr="00EB75F0">
        <w:t>-effects model, base case network</w:t>
      </w:r>
      <w:r w:rsidRPr="007F6A73">
        <w:t xml:space="preserve"> </w:t>
      </w:r>
      <w:r>
        <w:rPr>
          <w:noProof/>
        </w:rPr>
        <w:drawing>
          <wp:inline distT="0" distB="0" distL="0" distR="0" wp14:anchorId="6DE869ED" wp14:editId="432DB724">
            <wp:extent cx="6120765" cy="3268366"/>
            <wp:effectExtent l="0" t="0" r="0" b="8255"/>
            <wp:docPr id="18468746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74629" name="Picture 21"/>
                    <pic:cNvPicPr>
                      <a:picLocks noChangeAspect="1" noChangeArrowheads="1"/>
                    </pic:cNvPicPr>
                  </pic:nvPicPr>
                  <pic:blipFill rotWithShape="1">
                    <a:blip r:embed="rId116" cstate="print">
                      <a:extLst>
                        <a:ext uri="{28A0092B-C50C-407E-A947-70E740481C1C}">
                          <a14:useLocalDpi xmlns:a14="http://schemas.microsoft.com/office/drawing/2010/main"/>
                        </a:ext>
                      </a:extLst>
                    </a:blip>
                    <a:srcRect t="11005"/>
                    <a:stretch>
                      <a:fillRect/>
                    </a:stretch>
                  </pic:blipFill>
                  <pic:spPr bwMode="auto">
                    <a:xfrm>
                      <a:off x="0" y="0"/>
                      <a:ext cx="6120765" cy="3268366"/>
                    </a:xfrm>
                    <a:prstGeom prst="rect">
                      <a:avLst/>
                    </a:prstGeom>
                    <a:noFill/>
                    <a:ln>
                      <a:noFill/>
                    </a:ln>
                    <a:extLst>
                      <a:ext uri="{53640926-AAD7-44D8-BBD7-CCE9431645EC}">
                        <a14:shadowObscured xmlns:a14="http://schemas.microsoft.com/office/drawing/2010/main"/>
                      </a:ext>
                    </a:extLst>
                  </pic:spPr>
                </pic:pic>
              </a:graphicData>
            </a:graphic>
          </wp:inline>
        </w:drawing>
      </w:r>
    </w:p>
    <w:p w14:paraId="62A3F684" w14:textId="378944E5" w:rsidR="007C3340" w:rsidRDefault="007C3340" w:rsidP="007C3340">
      <w:pPr>
        <w:pStyle w:val="Heading3"/>
      </w:pPr>
      <w:r w:rsidRPr="00293D21">
        <w:lastRenderedPageBreak/>
        <w:t xml:space="preserve">Figure </w:t>
      </w:r>
      <w:r>
        <w:t>S</w:t>
      </w:r>
      <w:fldSimple w:instr=" SEQ Figure \* ARABIC ">
        <w:r w:rsidR="004B2F28">
          <w:rPr>
            <w:noProof/>
          </w:rPr>
          <w:t>96</w:t>
        </w:r>
      </w:fldSimple>
      <w:r>
        <w:t xml:space="preserve">: Sedation </w:t>
      </w:r>
      <w:r w:rsidRPr="00EB75F0">
        <w:t>–</w:t>
      </w:r>
      <w:r>
        <w:t xml:space="preserve"> C</w:t>
      </w:r>
      <w:r w:rsidRPr="007F6A73">
        <w:t>omparison-adjusted funnel plot</w:t>
      </w:r>
      <w:r w:rsidRPr="00EB75F0">
        <w:t xml:space="preserve"> </w:t>
      </w:r>
      <w:r w:rsidRPr="007F6A73">
        <w:t>–</w:t>
      </w:r>
      <w:r>
        <w:t xml:space="preserve"> </w:t>
      </w:r>
      <w:r w:rsidRPr="00EB75F0">
        <w:t>random-effects model</w:t>
      </w:r>
      <w:r w:rsidR="00576DE9" w:rsidRPr="00EB75F0">
        <w:t>, sensitivity analysis excluding studies with predominantly Asian populations</w:t>
      </w:r>
      <w:r w:rsidR="00576DE9">
        <w:rPr>
          <w:noProof/>
        </w:rPr>
        <w:t xml:space="preserve"> </w:t>
      </w:r>
      <w:r>
        <w:rPr>
          <w:noProof/>
        </w:rPr>
        <w:drawing>
          <wp:inline distT="0" distB="0" distL="0" distR="0" wp14:anchorId="473520B0" wp14:editId="10E07111">
            <wp:extent cx="6120765" cy="3268366"/>
            <wp:effectExtent l="0" t="0" r="0" b="8255"/>
            <wp:docPr id="156202754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27546" name="Picture 21"/>
                    <pic:cNvPicPr>
                      <a:picLocks noChangeAspect="1" noChangeArrowheads="1"/>
                    </pic:cNvPicPr>
                  </pic:nvPicPr>
                  <pic:blipFill rotWithShape="1">
                    <a:blip r:embed="rId117" cstate="print">
                      <a:extLst>
                        <a:ext uri="{28A0092B-C50C-407E-A947-70E740481C1C}">
                          <a14:useLocalDpi xmlns:a14="http://schemas.microsoft.com/office/drawing/2010/main"/>
                        </a:ext>
                      </a:extLst>
                    </a:blip>
                    <a:srcRect l="-1" t="11005" r="1"/>
                    <a:stretch>
                      <a:fillRect/>
                    </a:stretch>
                  </pic:blipFill>
                  <pic:spPr bwMode="auto">
                    <a:xfrm>
                      <a:off x="0" y="0"/>
                      <a:ext cx="6120765" cy="3268366"/>
                    </a:xfrm>
                    <a:prstGeom prst="rect">
                      <a:avLst/>
                    </a:prstGeom>
                    <a:noFill/>
                    <a:ln>
                      <a:noFill/>
                    </a:ln>
                    <a:extLst>
                      <a:ext uri="{53640926-AAD7-44D8-BBD7-CCE9431645EC}">
                        <a14:shadowObscured xmlns:a14="http://schemas.microsoft.com/office/drawing/2010/main"/>
                      </a:ext>
                    </a:extLst>
                  </pic:spPr>
                </pic:pic>
              </a:graphicData>
            </a:graphic>
          </wp:inline>
        </w:drawing>
      </w:r>
    </w:p>
    <w:p w14:paraId="29192A13" w14:textId="03D87582" w:rsidR="007C3340" w:rsidRDefault="007C3340">
      <w:pPr>
        <w:pStyle w:val="Heading3"/>
      </w:pPr>
      <w:r w:rsidRPr="00293D21">
        <w:t xml:space="preserve">Figure </w:t>
      </w:r>
      <w:r>
        <w:t>S</w:t>
      </w:r>
      <w:fldSimple w:instr=" SEQ Figure \* ARABIC ">
        <w:r w:rsidR="004B2F28">
          <w:rPr>
            <w:noProof/>
          </w:rPr>
          <w:t>97</w:t>
        </w:r>
      </w:fldSimple>
      <w:r>
        <w:t xml:space="preserve">: Sedation </w:t>
      </w:r>
      <w:r w:rsidRPr="00EB75F0">
        <w:t>–</w:t>
      </w:r>
      <w:r>
        <w:t xml:space="preserve"> C</w:t>
      </w:r>
      <w:r w:rsidRPr="007F6A73">
        <w:t>omparison-adjusted funnel plot</w:t>
      </w:r>
      <w:r w:rsidRPr="00EB75F0">
        <w:t xml:space="preserve"> </w:t>
      </w:r>
      <w:r w:rsidRPr="007F6A73">
        <w:t>–</w:t>
      </w:r>
      <w:r>
        <w:t xml:space="preserve"> </w:t>
      </w:r>
      <w:r w:rsidRPr="00EB75F0">
        <w:t xml:space="preserve">random-effects model, </w:t>
      </w:r>
      <w:r w:rsidR="00576DE9" w:rsidRPr="00EB75F0">
        <w:t xml:space="preserve">sensitivity analysis excluding studies with outlier placebo effect size </w:t>
      </w:r>
      <w:r>
        <w:rPr>
          <w:noProof/>
        </w:rPr>
        <w:drawing>
          <wp:inline distT="0" distB="0" distL="0" distR="0" wp14:anchorId="223B5B95" wp14:editId="6E26BDE3">
            <wp:extent cx="6120765" cy="3268366"/>
            <wp:effectExtent l="0" t="0" r="0" b="8255"/>
            <wp:docPr id="83815656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156569" name="Picture 21"/>
                    <pic:cNvPicPr>
                      <a:picLocks noChangeAspect="1" noChangeArrowheads="1"/>
                    </pic:cNvPicPr>
                  </pic:nvPicPr>
                  <pic:blipFill rotWithShape="1">
                    <a:blip r:embed="rId118" cstate="print">
                      <a:extLst>
                        <a:ext uri="{28A0092B-C50C-407E-A947-70E740481C1C}">
                          <a14:useLocalDpi xmlns:a14="http://schemas.microsoft.com/office/drawing/2010/main"/>
                        </a:ext>
                      </a:extLst>
                    </a:blip>
                    <a:srcRect l="-1" t="11005" r="1"/>
                    <a:stretch>
                      <a:fillRect/>
                    </a:stretch>
                  </pic:blipFill>
                  <pic:spPr bwMode="auto">
                    <a:xfrm>
                      <a:off x="0" y="0"/>
                      <a:ext cx="6120765" cy="3268366"/>
                    </a:xfrm>
                    <a:prstGeom prst="rect">
                      <a:avLst/>
                    </a:prstGeom>
                    <a:noFill/>
                    <a:ln>
                      <a:noFill/>
                    </a:ln>
                    <a:extLst>
                      <a:ext uri="{53640926-AAD7-44D8-BBD7-CCE9431645EC}">
                        <a14:shadowObscured xmlns:a14="http://schemas.microsoft.com/office/drawing/2010/main"/>
                      </a:ext>
                    </a:extLst>
                  </pic:spPr>
                </pic:pic>
              </a:graphicData>
            </a:graphic>
          </wp:inline>
        </w:drawing>
      </w:r>
    </w:p>
    <w:p w14:paraId="4E3F789F" w14:textId="52A1F001" w:rsidR="00473390" w:rsidRPr="00541089" w:rsidRDefault="00473390">
      <w:pPr>
        <w:pStyle w:val="Heading2"/>
      </w:pPr>
      <w:r w:rsidRPr="00541089">
        <w:t>Somnolence</w:t>
      </w:r>
      <w:bookmarkEnd w:id="96"/>
    </w:p>
    <w:bookmarkEnd w:id="97"/>
    <w:bookmarkEnd w:id="98"/>
    <w:p w14:paraId="7B9A26B2" w14:textId="5714FD9D" w:rsidR="00103E51" w:rsidRPr="00EB75F0" w:rsidRDefault="00A06AE8" w:rsidP="00434B93">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47</w:t>
        </w:r>
      </w:fldSimple>
      <w:r w:rsidR="00103E51" w:rsidRPr="00EB75F0">
        <w:t>: Somnolence – comparison of NMA results from base case and sensitivity analyses</w:t>
      </w:r>
    </w:p>
    <w:tbl>
      <w:tblPr>
        <w:tblStyle w:val="Table"/>
        <w:tblW w:w="5006" w:type="pct"/>
        <w:tblInd w:w="-5" w:type="dxa"/>
        <w:tblBorders>
          <w:top w:val="single" w:sz="4" w:space="0" w:color="000000"/>
          <w:left w:val="single" w:sz="4" w:space="0" w:color="000000"/>
          <w:bottom w:val="single" w:sz="4" w:space="0" w:color="000000"/>
          <w:right w:val="single" w:sz="4" w:space="0" w:color="000000"/>
        </w:tblBorders>
        <w:tblCellMar>
          <w:left w:w="28" w:type="dxa"/>
          <w:right w:w="28" w:type="dxa"/>
        </w:tblCellMar>
        <w:tblLook w:val="04A0" w:firstRow="1" w:lastRow="0" w:firstColumn="1" w:lastColumn="0" w:noHBand="0" w:noVBand="1"/>
      </w:tblPr>
      <w:tblGrid>
        <w:gridCol w:w="1933"/>
        <w:gridCol w:w="1924"/>
        <w:gridCol w:w="1926"/>
        <w:gridCol w:w="27"/>
        <w:gridCol w:w="1899"/>
        <w:gridCol w:w="15"/>
        <w:gridCol w:w="1916"/>
      </w:tblGrid>
      <w:tr w:rsidR="00103E51" w:rsidRPr="00EB75F0" w14:paraId="6784CCD6" w14:textId="77777777" w:rsidTr="001A6E4F">
        <w:trPr>
          <w:trHeight w:val="58"/>
        </w:trPr>
        <w:tc>
          <w:tcPr>
            <w:tcW w:w="1002" w:type="pct"/>
            <w:vMerge w:val="restart"/>
            <w:tcBorders>
              <w:top w:val="single" w:sz="4" w:space="0" w:color="000000"/>
              <w:left w:val="single" w:sz="4" w:space="0" w:color="000000"/>
              <w:bottom w:val="single" w:sz="4" w:space="0" w:color="000000"/>
              <w:right w:val="single" w:sz="4" w:space="0" w:color="000000"/>
            </w:tcBorders>
            <w:shd w:val="clear" w:color="auto" w:fill="001B2B"/>
            <w:vAlign w:val="center"/>
          </w:tcPr>
          <w:p w14:paraId="7ADD96B5" w14:textId="77777777" w:rsidR="00103E51" w:rsidRPr="00EB75F0" w:rsidRDefault="00103E51" w:rsidP="00C32B29">
            <w:pPr>
              <w:pStyle w:val="TableText"/>
              <w:spacing w:before="48" w:after="48"/>
              <w:rPr>
                <w:color w:val="FFFFFF"/>
                <w:sz w:val="18"/>
              </w:rPr>
            </w:pPr>
            <w:r w:rsidRPr="00EB75F0">
              <w:rPr>
                <w:color w:val="FFFFFF"/>
                <w:sz w:val="18"/>
              </w:rPr>
              <w:t>Treatment</w:t>
            </w:r>
          </w:p>
        </w:tc>
        <w:tc>
          <w:tcPr>
            <w:tcW w:w="3998" w:type="pct"/>
            <w:gridSpan w:val="6"/>
            <w:tcBorders>
              <w:top w:val="single" w:sz="4" w:space="0" w:color="000000"/>
              <w:left w:val="single" w:sz="4" w:space="0" w:color="000000"/>
              <w:bottom w:val="single" w:sz="4" w:space="0" w:color="000000"/>
              <w:right w:val="single" w:sz="4" w:space="0" w:color="000000"/>
            </w:tcBorders>
            <w:shd w:val="clear" w:color="auto" w:fill="001B2B"/>
            <w:vAlign w:val="center"/>
          </w:tcPr>
          <w:p w14:paraId="21EBA0CE" w14:textId="77777777" w:rsidR="00103E51" w:rsidRPr="00EB75F0" w:rsidRDefault="00103E51" w:rsidP="00C32B29">
            <w:pPr>
              <w:pStyle w:val="TableText"/>
              <w:spacing w:before="48" w:after="48"/>
              <w:rPr>
                <w:color w:val="FFFFFF"/>
                <w:sz w:val="18"/>
              </w:rPr>
            </w:pPr>
            <w:r w:rsidRPr="00EB75F0">
              <w:rPr>
                <w:color w:val="FFFFFF"/>
                <w:sz w:val="18"/>
              </w:rPr>
              <w:t xml:space="preserve">OR Treatment versus Placebo (95% </w:t>
            </w:r>
            <w:proofErr w:type="spellStart"/>
            <w:r w:rsidRPr="00EB75F0">
              <w:rPr>
                <w:color w:val="FFFFFF"/>
                <w:sz w:val="18"/>
              </w:rPr>
              <w:t>CrI</w:t>
            </w:r>
            <w:proofErr w:type="spellEnd"/>
            <w:r w:rsidRPr="00EB75F0">
              <w:rPr>
                <w:color w:val="FFFFFF"/>
                <w:sz w:val="18"/>
              </w:rPr>
              <w:t>)</w:t>
            </w:r>
          </w:p>
        </w:tc>
      </w:tr>
      <w:tr w:rsidR="00103E51" w:rsidRPr="00EB75F0" w14:paraId="3436B7D7" w14:textId="77777777" w:rsidTr="001A6E4F">
        <w:trPr>
          <w:trHeight w:val="58"/>
        </w:trPr>
        <w:tc>
          <w:tcPr>
            <w:tcW w:w="1002" w:type="pct"/>
            <w:vMerge/>
            <w:tcBorders>
              <w:top w:val="single" w:sz="4" w:space="0" w:color="000000"/>
              <w:left w:val="single" w:sz="4" w:space="0" w:color="000000"/>
              <w:bottom w:val="single" w:sz="4" w:space="0" w:color="000000"/>
              <w:right w:val="single" w:sz="4" w:space="0" w:color="000000"/>
            </w:tcBorders>
            <w:vAlign w:val="center"/>
          </w:tcPr>
          <w:p w14:paraId="6CB30AF3" w14:textId="77777777" w:rsidR="00103E51" w:rsidRPr="00EB75F0" w:rsidRDefault="00103E51" w:rsidP="00C32B29"/>
        </w:tc>
        <w:tc>
          <w:tcPr>
            <w:tcW w:w="1997"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2BB80AFC" w14:textId="77777777" w:rsidR="00103E51" w:rsidRPr="00EB75F0" w:rsidRDefault="00103E51" w:rsidP="00C32B29">
            <w:pPr>
              <w:pStyle w:val="TableText"/>
              <w:spacing w:before="48" w:after="48"/>
              <w:rPr>
                <w:sz w:val="18"/>
              </w:rPr>
            </w:pPr>
            <w:r w:rsidRPr="00EB75F0">
              <w:rPr>
                <w:sz w:val="18"/>
              </w:rPr>
              <w:t>Base case network</w:t>
            </w:r>
          </w:p>
        </w:tc>
        <w:tc>
          <w:tcPr>
            <w:tcW w:w="999"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4E8A1F04" w14:textId="77777777" w:rsidR="00103E51" w:rsidRPr="00EB75F0" w:rsidRDefault="00103E51" w:rsidP="00C32B29">
            <w:pPr>
              <w:pStyle w:val="TableText"/>
              <w:spacing w:before="48" w:after="48"/>
              <w:rPr>
                <w:sz w:val="18"/>
              </w:rPr>
            </w:pPr>
            <w:r w:rsidRPr="00EB75F0">
              <w:rPr>
                <w:sz w:val="18"/>
              </w:rPr>
              <w:t>Excluding studies with predominantly Asian populations</w:t>
            </w:r>
          </w:p>
        </w:tc>
        <w:tc>
          <w:tcPr>
            <w:tcW w:w="1003" w:type="pct"/>
            <w:gridSpan w:val="2"/>
            <w:tcBorders>
              <w:top w:val="single" w:sz="4" w:space="0" w:color="000000"/>
              <w:left w:val="single" w:sz="4" w:space="0" w:color="000000"/>
              <w:bottom w:val="single" w:sz="4" w:space="0" w:color="000000"/>
              <w:right w:val="single" w:sz="4" w:space="0" w:color="000000"/>
            </w:tcBorders>
            <w:shd w:val="clear" w:color="auto" w:fill="D8D2BF"/>
          </w:tcPr>
          <w:p w14:paraId="23D4C282" w14:textId="77777777" w:rsidR="00103E51" w:rsidRPr="00EB75F0" w:rsidRDefault="00103E51" w:rsidP="00C32B29">
            <w:pPr>
              <w:pStyle w:val="TableText"/>
              <w:spacing w:before="48" w:after="48"/>
              <w:rPr>
                <w:sz w:val="18"/>
              </w:rPr>
            </w:pPr>
            <w:r w:rsidRPr="00EB75F0">
              <w:rPr>
                <w:sz w:val="18"/>
              </w:rPr>
              <w:t>Excluding studies with placebo effect outliers</w:t>
            </w:r>
          </w:p>
        </w:tc>
      </w:tr>
      <w:tr w:rsidR="00103E51" w:rsidRPr="00EB75F0" w14:paraId="621F6106" w14:textId="77777777" w:rsidTr="001A6E4F">
        <w:trPr>
          <w:trHeight w:val="215"/>
        </w:trPr>
        <w:tc>
          <w:tcPr>
            <w:tcW w:w="1002" w:type="pct"/>
            <w:vMerge/>
            <w:tcBorders>
              <w:top w:val="single" w:sz="4" w:space="0" w:color="000000"/>
              <w:left w:val="single" w:sz="4" w:space="0" w:color="000000"/>
              <w:bottom w:val="single" w:sz="4" w:space="0" w:color="000000"/>
              <w:right w:val="single" w:sz="4" w:space="0" w:color="000000"/>
            </w:tcBorders>
            <w:vAlign w:val="center"/>
          </w:tcPr>
          <w:p w14:paraId="323778F1" w14:textId="77777777" w:rsidR="00103E51" w:rsidRPr="00EB75F0" w:rsidRDefault="00103E51" w:rsidP="00C32B29"/>
        </w:tc>
        <w:tc>
          <w:tcPr>
            <w:tcW w:w="998"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1527741E" w14:textId="77777777" w:rsidR="00103E51" w:rsidRPr="00EB75F0" w:rsidRDefault="00103E51" w:rsidP="00C32B29">
            <w:pPr>
              <w:pStyle w:val="TableText"/>
              <w:spacing w:before="48" w:after="48"/>
              <w:rPr>
                <w:sz w:val="18"/>
              </w:rPr>
            </w:pPr>
            <w:r w:rsidRPr="00EB75F0">
              <w:rPr>
                <w:sz w:val="18"/>
              </w:rPr>
              <w:t>FE (DIC: 103.13)</w:t>
            </w:r>
          </w:p>
        </w:tc>
        <w:tc>
          <w:tcPr>
            <w:tcW w:w="999" w:type="pct"/>
            <w:tcBorders>
              <w:top w:val="single" w:sz="4" w:space="0" w:color="000000"/>
              <w:left w:val="single" w:sz="4" w:space="0" w:color="000000"/>
              <w:bottom w:val="single" w:sz="4" w:space="0" w:color="000000"/>
              <w:right w:val="single" w:sz="4" w:space="0" w:color="000000"/>
            </w:tcBorders>
            <w:shd w:val="clear" w:color="auto" w:fill="D8D2BF"/>
            <w:vAlign w:val="center"/>
          </w:tcPr>
          <w:p w14:paraId="259E7014" w14:textId="77777777" w:rsidR="00103E51" w:rsidRPr="00EB75F0" w:rsidRDefault="00103E51" w:rsidP="00C32B29">
            <w:pPr>
              <w:pStyle w:val="TableText"/>
              <w:spacing w:before="48" w:after="48"/>
              <w:rPr>
                <w:sz w:val="18"/>
              </w:rPr>
            </w:pPr>
            <w:r w:rsidRPr="00EB75F0">
              <w:rPr>
                <w:sz w:val="18"/>
              </w:rPr>
              <w:t>RE (DIC: 104.64)</w:t>
            </w:r>
          </w:p>
        </w:tc>
        <w:tc>
          <w:tcPr>
            <w:tcW w:w="999" w:type="pct"/>
            <w:gridSpan w:val="2"/>
            <w:tcBorders>
              <w:top w:val="single" w:sz="4" w:space="0" w:color="000000"/>
              <w:left w:val="single" w:sz="4" w:space="0" w:color="000000"/>
              <w:bottom w:val="single" w:sz="4" w:space="0" w:color="000000"/>
              <w:right w:val="single" w:sz="4" w:space="0" w:color="000000"/>
            </w:tcBorders>
            <w:shd w:val="clear" w:color="auto" w:fill="D8D2BF"/>
            <w:vAlign w:val="center"/>
          </w:tcPr>
          <w:p w14:paraId="4A3E6630" w14:textId="77777777" w:rsidR="00103E51" w:rsidRPr="00EB75F0" w:rsidRDefault="00103E51" w:rsidP="00C32B29">
            <w:pPr>
              <w:pStyle w:val="TableText"/>
              <w:spacing w:before="48" w:after="48"/>
              <w:rPr>
                <w:sz w:val="18"/>
              </w:rPr>
            </w:pPr>
            <w:r w:rsidRPr="00EB75F0">
              <w:rPr>
                <w:sz w:val="18"/>
              </w:rPr>
              <w:t>RE (DIC: 96.08)</w:t>
            </w:r>
          </w:p>
        </w:tc>
        <w:tc>
          <w:tcPr>
            <w:tcW w:w="1003" w:type="pct"/>
            <w:gridSpan w:val="2"/>
            <w:tcBorders>
              <w:top w:val="single" w:sz="4" w:space="0" w:color="000000"/>
              <w:left w:val="single" w:sz="4" w:space="0" w:color="000000"/>
              <w:bottom w:val="single" w:sz="4" w:space="0" w:color="000000"/>
              <w:right w:val="single" w:sz="4" w:space="0" w:color="000000"/>
            </w:tcBorders>
            <w:shd w:val="clear" w:color="auto" w:fill="D8D2BF"/>
          </w:tcPr>
          <w:p w14:paraId="56E31EBF" w14:textId="77777777" w:rsidR="00103E51" w:rsidRPr="00EB75F0" w:rsidRDefault="00103E51" w:rsidP="00C32B29">
            <w:pPr>
              <w:pStyle w:val="TableText"/>
              <w:spacing w:before="48" w:after="48"/>
              <w:rPr>
                <w:sz w:val="18"/>
              </w:rPr>
            </w:pPr>
            <w:r w:rsidRPr="00EB75F0">
              <w:rPr>
                <w:sz w:val="18"/>
              </w:rPr>
              <w:t>RE (DIC: 96.21)</w:t>
            </w:r>
          </w:p>
        </w:tc>
      </w:tr>
      <w:tr w:rsidR="00103E51" w:rsidRPr="00EB75F0" w14:paraId="795678C3"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68DA02A3" w14:textId="77777777" w:rsidR="00103E51" w:rsidRPr="00EB75F0" w:rsidRDefault="00103E51" w:rsidP="00C32B29">
            <w:pPr>
              <w:pStyle w:val="TableText"/>
              <w:spacing w:before="48" w:after="48"/>
              <w:rPr>
                <w:sz w:val="18"/>
              </w:rPr>
            </w:pPr>
            <w:r w:rsidRPr="00EB75F0">
              <w:rPr>
                <w:color w:val="000000"/>
                <w:sz w:val="18"/>
              </w:rPr>
              <w:t>Aripiprazole</w:t>
            </w:r>
          </w:p>
        </w:tc>
        <w:tc>
          <w:tcPr>
            <w:tcW w:w="998" w:type="pct"/>
            <w:tcBorders>
              <w:top w:val="single" w:sz="4" w:space="0" w:color="000000"/>
              <w:left w:val="single" w:sz="4" w:space="0" w:color="000000"/>
              <w:bottom w:val="single" w:sz="4" w:space="0" w:color="000000"/>
              <w:right w:val="single" w:sz="4" w:space="0" w:color="000000"/>
            </w:tcBorders>
          </w:tcPr>
          <w:p w14:paraId="0EA410CB" w14:textId="77777777" w:rsidR="00103E51" w:rsidRPr="00EB75F0" w:rsidRDefault="00103E51" w:rsidP="00C32B29">
            <w:pPr>
              <w:pStyle w:val="TableText"/>
              <w:spacing w:before="48" w:after="48"/>
              <w:rPr>
                <w:b/>
                <w:color w:val="000000"/>
                <w:sz w:val="18"/>
              </w:rPr>
            </w:pPr>
            <w:r w:rsidRPr="00EB75F0">
              <w:rPr>
                <w:sz w:val="18"/>
              </w:rPr>
              <w:t>1.29 (0.82, 2.05)</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4724EC99" w14:textId="77777777" w:rsidR="00103E51" w:rsidRPr="00EB75F0" w:rsidRDefault="00103E51" w:rsidP="00C32B29">
            <w:pPr>
              <w:pStyle w:val="TableText"/>
              <w:spacing w:before="48" w:after="48"/>
              <w:rPr>
                <w:b/>
                <w:color w:val="000000"/>
                <w:sz w:val="18"/>
              </w:rPr>
            </w:pPr>
            <w:r w:rsidRPr="00EB75F0">
              <w:rPr>
                <w:sz w:val="18"/>
              </w:rPr>
              <w:t>1.28 (0.74, 2.20)</w:t>
            </w:r>
          </w:p>
        </w:tc>
        <w:tc>
          <w:tcPr>
            <w:tcW w:w="999" w:type="pct"/>
            <w:gridSpan w:val="2"/>
            <w:tcBorders>
              <w:top w:val="single" w:sz="4" w:space="0" w:color="000000"/>
              <w:left w:val="single" w:sz="4" w:space="0" w:color="000000"/>
              <w:bottom w:val="single" w:sz="4" w:space="0" w:color="000000"/>
              <w:right w:val="single" w:sz="4" w:space="0" w:color="000000"/>
            </w:tcBorders>
          </w:tcPr>
          <w:p w14:paraId="6E9593E7" w14:textId="77777777" w:rsidR="00103E51" w:rsidRPr="00EB75F0" w:rsidRDefault="00103E51" w:rsidP="00C32B29">
            <w:pPr>
              <w:pStyle w:val="TableText"/>
              <w:spacing w:before="48" w:after="48"/>
              <w:rPr>
                <w:b/>
                <w:color w:val="000000"/>
                <w:sz w:val="18"/>
              </w:rPr>
            </w:pPr>
            <w:r w:rsidRPr="00EB75F0">
              <w:rPr>
                <w:sz w:val="18"/>
              </w:rPr>
              <w:t>1.31 (0.75, 2.28)</w:t>
            </w:r>
          </w:p>
        </w:tc>
        <w:tc>
          <w:tcPr>
            <w:tcW w:w="1003" w:type="pct"/>
            <w:gridSpan w:val="2"/>
            <w:tcBorders>
              <w:top w:val="single" w:sz="4" w:space="0" w:color="000000"/>
              <w:left w:val="single" w:sz="4" w:space="0" w:color="000000"/>
              <w:bottom w:val="single" w:sz="4" w:space="0" w:color="000000"/>
              <w:right w:val="single" w:sz="4" w:space="0" w:color="000000"/>
            </w:tcBorders>
          </w:tcPr>
          <w:p w14:paraId="7B57FB74" w14:textId="77777777" w:rsidR="00103E51" w:rsidRPr="00EB75F0" w:rsidRDefault="00103E51" w:rsidP="00C32B29">
            <w:pPr>
              <w:pStyle w:val="TableText"/>
              <w:spacing w:before="48" w:after="48"/>
              <w:rPr>
                <w:b/>
                <w:color w:val="000000"/>
                <w:sz w:val="18"/>
              </w:rPr>
            </w:pPr>
            <w:r w:rsidRPr="00EB75F0">
              <w:rPr>
                <w:sz w:val="18"/>
              </w:rPr>
              <w:t>1.49 (0.66, 3.35)</w:t>
            </w:r>
          </w:p>
        </w:tc>
      </w:tr>
      <w:tr w:rsidR="00103E51" w:rsidRPr="00EB75F0" w14:paraId="1A8A8153"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0563D923" w14:textId="77777777" w:rsidR="00103E51" w:rsidRPr="00EB75F0" w:rsidRDefault="00103E51" w:rsidP="00C32B29">
            <w:pPr>
              <w:pStyle w:val="TableText"/>
              <w:spacing w:before="48" w:after="48"/>
              <w:rPr>
                <w:sz w:val="18"/>
              </w:rPr>
            </w:pPr>
            <w:proofErr w:type="spellStart"/>
            <w:r w:rsidRPr="00EB75F0">
              <w:rPr>
                <w:color w:val="000000"/>
                <w:sz w:val="18"/>
              </w:rPr>
              <w:t>Brexpiprazole</w:t>
            </w:r>
            <w:proofErr w:type="spellEnd"/>
          </w:p>
        </w:tc>
        <w:tc>
          <w:tcPr>
            <w:tcW w:w="998" w:type="pct"/>
            <w:tcBorders>
              <w:top w:val="single" w:sz="4" w:space="0" w:color="000000"/>
              <w:left w:val="single" w:sz="4" w:space="0" w:color="000000"/>
              <w:bottom w:val="single" w:sz="4" w:space="0" w:color="000000"/>
              <w:right w:val="single" w:sz="4" w:space="0" w:color="000000"/>
            </w:tcBorders>
          </w:tcPr>
          <w:p w14:paraId="628DD6C6" w14:textId="77777777" w:rsidR="00103E51" w:rsidRPr="00EB75F0" w:rsidRDefault="00103E51" w:rsidP="00C32B29">
            <w:pPr>
              <w:pStyle w:val="TableText"/>
              <w:spacing w:before="48" w:after="48"/>
              <w:rPr>
                <w:color w:val="000000"/>
                <w:sz w:val="18"/>
              </w:rPr>
            </w:pPr>
            <w:r w:rsidRPr="00EB75F0">
              <w:rPr>
                <w:sz w:val="18"/>
              </w:rPr>
              <w:t>0.98 (0.55, 1.73)</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76755992" w14:textId="77777777" w:rsidR="00103E51" w:rsidRPr="00EB75F0" w:rsidRDefault="00103E51" w:rsidP="00C32B29">
            <w:pPr>
              <w:pStyle w:val="TableText"/>
              <w:spacing w:before="48" w:after="48"/>
              <w:rPr>
                <w:color w:val="000000"/>
                <w:sz w:val="18"/>
              </w:rPr>
            </w:pPr>
            <w:r w:rsidRPr="00EB75F0">
              <w:rPr>
                <w:sz w:val="18"/>
              </w:rPr>
              <w:t>1.00 (0.53, 1.92)</w:t>
            </w:r>
          </w:p>
        </w:tc>
        <w:tc>
          <w:tcPr>
            <w:tcW w:w="999" w:type="pct"/>
            <w:gridSpan w:val="2"/>
            <w:tcBorders>
              <w:top w:val="single" w:sz="4" w:space="0" w:color="000000"/>
              <w:left w:val="single" w:sz="4" w:space="0" w:color="000000"/>
              <w:bottom w:val="single" w:sz="4" w:space="0" w:color="000000"/>
              <w:right w:val="single" w:sz="4" w:space="0" w:color="000000"/>
            </w:tcBorders>
          </w:tcPr>
          <w:p w14:paraId="0EFA289C" w14:textId="77777777" w:rsidR="00103E51" w:rsidRPr="00EB75F0" w:rsidRDefault="00103E51" w:rsidP="00C32B29">
            <w:pPr>
              <w:pStyle w:val="TableText"/>
              <w:spacing w:before="48" w:after="48"/>
              <w:rPr>
                <w:color w:val="000000"/>
                <w:sz w:val="18"/>
              </w:rPr>
            </w:pPr>
            <w:r w:rsidRPr="00EB75F0">
              <w:rPr>
                <w:sz w:val="18"/>
              </w:rPr>
              <w:t>0.99 (0.52, 1.88)</w:t>
            </w:r>
          </w:p>
        </w:tc>
        <w:tc>
          <w:tcPr>
            <w:tcW w:w="1003" w:type="pct"/>
            <w:gridSpan w:val="2"/>
            <w:tcBorders>
              <w:top w:val="single" w:sz="4" w:space="0" w:color="000000"/>
              <w:left w:val="single" w:sz="4" w:space="0" w:color="000000"/>
              <w:bottom w:val="single" w:sz="4" w:space="0" w:color="000000"/>
              <w:right w:val="single" w:sz="4" w:space="0" w:color="000000"/>
            </w:tcBorders>
          </w:tcPr>
          <w:p w14:paraId="2DF491CF" w14:textId="77777777" w:rsidR="00103E51" w:rsidRPr="00EB75F0" w:rsidRDefault="00103E51" w:rsidP="00C32B29">
            <w:pPr>
              <w:pStyle w:val="TableText"/>
              <w:spacing w:before="48" w:after="48"/>
              <w:rPr>
                <w:color w:val="000000"/>
                <w:sz w:val="18"/>
              </w:rPr>
            </w:pPr>
            <w:r w:rsidRPr="00EB75F0">
              <w:rPr>
                <w:sz w:val="18"/>
              </w:rPr>
              <w:t>1.03 (0.54, 2.09)</w:t>
            </w:r>
          </w:p>
        </w:tc>
      </w:tr>
      <w:tr w:rsidR="00103E51" w:rsidRPr="00EB75F0" w14:paraId="4DBD7F22"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4E901FCC" w14:textId="77777777" w:rsidR="00103E51" w:rsidRPr="00EB75F0" w:rsidRDefault="00103E51" w:rsidP="00C32B29">
            <w:pPr>
              <w:pStyle w:val="TableText"/>
              <w:spacing w:before="48" w:after="48"/>
              <w:rPr>
                <w:sz w:val="18"/>
              </w:rPr>
            </w:pPr>
            <w:proofErr w:type="spellStart"/>
            <w:r w:rsidRPr="00EB75F0">
              <w:rPr>
                <w:color w:val="000000"/>
                <w:sz w:val="18"/>
              </w:rPr>
              <w:t>Cariprazine</w:t>
            </w:r>
            <w:proofErr w:type="spellEnd"/>
          </w:p>
        </w:tc>
        <w:tc>
          <w:tcPr>
            <w:tcW w:w="998" w:type="pct"/>
            <w:tcBorders>
              <w:top w:val="single" w:sz="4" w:space="0" w:color="000000"/>
              <w:left w:val="single" w:sz="4" w:space="0" w:color="000000"/>
              <w:bottom w:val="single" w:sz="4" w:space="0" w:color="000000"/>
              <w:right w:val="single" w:sz="4" w:space="0" w:color="000000"/>
            </w:tcBorders>
          </w:tcPr>
          <w:p w14:paraId="0A20BC5D" w14:textId="77777777" w:rsidR="00103E51" w:rsidRPr="00EB75F0" w:rsidRDefault="00103E51" w:rsidP="00C32B29">
            <w:pPr>
              <w:pStyle w:val="TableText"/>
              <w:spacing w:before="48" w:after="48"/>
              <w:rPr>
                <w:color w:val="000000"/>
                <w:sz w:val="18"/>
              </w:rPr>
            </w:pPr>
            <w:r w:rsidRPr="00EB75F0">
              <w:rPr>
                <w:sz w:val="18"/>
              </w:rPr>
              <w:t>1.00 (0.25, 4.30)</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24E6FACD" w14:textId="77777777" w:rsidR="00103E51" w:rsidRPr="00EB75F0" w:rsidRDefault="00103E51" w:rsidP="00C32B29">
            <w:pPr>
              <w:pStyle w:val="TableText"/>
              <w:spacing w:before="48" w:after="48"/>
              <w:rPr>
                <w:color w:val="000000"/>
                <w:sz w:val="18"/>
              </w:rPr>
            </w:pPr>
            <w:r w:rsidRPr="00EB75F0">
              <w:rPr>
                <w:sz w:val="18"/>
              </w:rPr>
              <w:t>0.98 (0.22, 4.63)</w:t>
            </w:r>
          </w:p>
        </w:tc>
        <w:tc>
          <w:tcPr>
            <w:tcW w:w="999" w:type="pct"/>
            <w:gridSpan w:val="2"/>
            <w:tcBorders>
              <w:top w:val="single" w:sz="4" w:space="0" w:color="000000"/>
              <w:left w:val="single" w:sz="4" w:space="0" w:color="000000"/>
              <w:bottom w:val="single" w:sz="4" w:space="0" w:color="000000"/>
              <w:right w:val="single" w:sz="4" w:space="0" w:color="000000"/>
            </w:tcBorders>
          </w:tcPr>
          <w:p w14:paraId="4C305B18" w14:textId="77777777" w:rsidR="00103E51" w:rsidRPr="00EB75F0" w:rsidRDefault="00103E51" w:rsidP="00C32B29">
            <w:pPr>
              <w:pStyle w:val="TableText"/>
              <w:spacing w:before="48" w:after="48"/>
              <w:rPr>
                <w:color w:val="000000"/>
                <w:sz w:val="18"/>
              </w:rPr>
            </w:pPr>
            <w:r w:rsidRPr="00EB75F0">
              <w:rPr>
                <w:sz w:val="18"/>
              </w:rPr>
              <w:t>NA</w:t>
            </w:r>
          </w:p>
        </w:tc>
        <w:tc>
          <w:tcPr>
            <w:tcW w:w="1003" w:type="pct"/>
            <w:gridSpan w:val="2"/>
            <w:tcBorders>
              <w:top w:val="single" w:sz="4" w:space="0" w:color="000000"/>
              <w:left w:val="single" w:sz="4" w:space="0" w:color="000000"/>
              <w:bottom w:val="single" w:sz="4" w:space="0" w:color="000000"/>
              <w:right w:val="single" w:sz="4" w:space="0" w:color="000000"/>
            </w:tcBorders>
          </w:tcPr>
          <w:p w14:paraId="762392A3" w14:textId="77777777" w:rsidR="00103E51" w:rsidRPr="00EB75F0" w:rsidRDefault="00103E51" w:rsidP="00C32B29">
            <w:pPr>
              <w:pStyle w:val="TableText"/>
              <w:spacing w:before="48" w:after="48"/>
              <w:rPr>
                <w:color w:val="000000"/>
                <w:sz w:val="18"/>
              </w:rPr>
            </w:pPr>
            <w:r w:rsidRPr="00EB75F0">
              <w:rPr>
                <w:sz w:val="18"/>
              </w:rPr>
              <w:t>0.98 (0.20, 4.99)</w:t>
            </w:r>
          </w:p>
        </w:tc>
      </w:tr>
      <w:tr w:rsidR="00103E51" w:rsidRPr="00EB75F0" w14:paraId="1FB02353"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79C3285E" w14:textId="0B18EE36" w:rsidR="00103E51" w:rsidRPr="00EB75F0" w:rsidRDefault="00EF2D91" w:rsidP="00C32B29">
            <w:pPr>
              <w:pStyle w:val="TableText"/>
              <w:spacing w:before="48" w:after="48"/>
              <w:rPr>
                <w:sz w:val="18"/>
              </w:rPr>
            </w:pPr>
            <w:proofErr w:type="spellStart"/>
            <w:r>
              <w:rPr>
                <w:color w:val="000000"/>
                <w:sz w:val="18"/>
              </w:rPr>
              <w:t>KarXT</w:t>
            </w:r>
            <w:proofErr w:type="spellEnd"/>
          </w:p>
        </w:tc>
        <w:tc>
          <w:tcPr>
            <w:tcW w:w="998" w:type="pct"/>
            <w:tcBorders>
              <w:top w:val="single" w:sz="4" w:space="0" w:color="000000"/>
              <w:left w:val="single" w:sz="4" w:space="0" w:color="000000"/>
              <w:bottom w:val="single" w:sz="4" w:space="0" w:color="000000"/>
              <w:right w:val="single" w:sz="4" w:space="0" w:color="000000"/>
            </w:tcBorders>
          </w:tcPr>
          <w:p w14:paraId="4EF0A95D" w14:textId="77777777" w:rsidR="00103E51" w:rsidRPr="00EB75F0" w:rsidRDefault="00103E51" w:rsidP="00C32B29">
            <w:pPr>
              <w:pStyle w:val="TableText"/>
              <w:spacing w:before="48" w:after="48"/>
              <w:rPr>
                <w:color w:val="000000"/>
                <w:sz w:val="18"/>
              </w:rPr>
            </w:pPr>
            <w:r w:rsidRPr="00EB75F0">
              <w:rPr>
                <w:sz w:val="18"/>
              </w:rPr>
              <w:t>1.49 (0.63, 3.73)</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019E4183" w14:textId="77777777" w:rsidR="00103E51" w:rsidRPr="00EB75F0" w:rsidRDefault="00103E51" w:rsidP="00C32B29">
            <w:pPr>
              <w:pStyle w:val="TableText"/>
              <w:spacing w:before="48" w:after="48"/>
              <w:rPr>
                <w:color w:val="000000"/>
                <w:sz w:val="18"/>
              </w:rPr>
            </w:pPr>
            <w:r w:rsidRPr="00EB75F0">
              <w:rPr>
                <w:sz w:val="18"/>
              </w:rPr>
              <w:t>1.49 (0.61, 4.15)</w:t>
            </w:r>
          </w:p>
        </w:tc>
        <w:tc>
          <w:tcPr>
            <w:tcW w:w="999" w:type="pct"/>
            <w:gridSpan w:val="2"/>
            <w:tcBorders>
              <w:top w:val="single" w:sz="4" w:space="0" w:color="000000"/>
              <w:left w:val="single" w:sz="4" w:space="0" w:color="000000"/>
              <w:bottom w:val="single" w:sz="4" w:space="0" w:color="000000"/>
              <w:right w:val="single" w:sz="4" w:space="0" w:color="000000"/>
            </w:tcBorders>
          </w:tcPr>
          <w:p w14:paraId="2F43E135" w14:textId="77777777" w:rsidR="00103E51" w:rsidRPr="00EB75F0" w:rsidRDefault="00103E51" w:rsidP="00C32B29">
            <w:pPr>
              <w:pStyle w:val="TableText"/>
              <w:spacing w:before="48" w:after="48"/>
              <w:rPr>
                <w:color w:val="000000"/>
                <w:sz w:val="18"/>
              </w:rPr>
            </w:pPr>
            <w:r w:rsidRPr="00EB75F0">
              <w:rPr>
                <w:sz w:val="18"/>
              </w:rPr>
              <w:t>1.52 (0.63, 4.15)</w:t>
            </w:r>
          </w:p>
        </w:tc>
        <w:tc>
          <w:tcPr>
            <w:tcW w:w="1003" w:type="pct"/>
            <w:gridSpan w:val="2"/>
            <w:tcBorders>
              <w:top w:val="single" w:sz="4" w:space="0" w:color="000000"/>
              <w:left w:val="single" w:sz="4" w:space="0" w:color="000000"/>
              <w:bottom w:val="single" w:sz="4" w:space="0" w:color="000000"/>
              <w:right w:val="single" w:sz="4" w:space="0" w:color="000000"/>
            </w:tcBorders>
          </w:tcPr>
          <w:p w14:paraId="5A2384F2" w14:textId="77777777" w:rsidR="00103E51" w:rsidRPr="00EB75F0" w:rsidRDefault="00103E51" w:rsidP="00C32B29">
            <w:pPr>
              <w:pStyle w:val="TableText"/>
              <w:spacing w:before="48" w:after="48"/>
              <w:rPr>
                <w:color w:val="000000"/>
                <w:sz w:val="18"/>
              </w:rPr>
            </w:pPr>
            <w:r w:rsidRPr="00EB75F0">
              <w:rPr>
                <w:sz w:val="18"/>
              </w:rPr>
              <w:t>1.56 (0.59, 4.46)</w:t>
            </w:r>
          </w:p>
        </w:tc>
      </w:tr>
      <w:tr w:rsidR="00103E51" w:rsidRPr="00EB75F0" w14:paraId="720576DC"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4347FC6C" w14:textId="77777777" w:rsidR="00103E51" w:rsidRPr="00EB75F0" w:rsidRDefault="00103E51" w:rsidP="00C32B29">
            <w:pPr>
              <w:pStyle w:val="TableText"/>
              <w:spacing w:before="48" w:after="48"/>
              <w:rPr>
                <w:sz w:val="18"/>
              </w:rPr>
            </w:pPr>
            <w:proofErr w:type="spellStart"/>
            <w:r w:rsidRPr="00EB75F0">
              <w:rPr>
                <w:color w:val="000000"/>
                <w:sz w:val="18"/>
              </w:rPr>
              <w:t>Lumateperone</w:t>
            </w:r>
            <w:proofErr w:type="spellEnd"/>
          </w:p>
        </w:tc>
        <w:tc>
          <w:tcPr>
            <w:tcW w:w="998" w:type="pct"/>
            <w:tcBorders>
              <w:top w:val="single" w:sz="4" w:space="0" w:color="000000"/>
              <w:left w:val="single" w:sz="4" w:space="0" w:color="000000"/>
              <w:bottom w:val="single" w:sz="4" w:space="0" w:color="000000"/>
              <w:right w:val="single" w:sz="4" w:space="0" w:color="000000"/>
            </w:tcBorders>
          </w:tcPr>
          <w:p w14:paraId="3BAB89D6" w14:textId="77777777" w:rsidR="00103E51" w:rsidRPr="00EB75F0" w:rsidRDefault="00103E51" w:rsidP="00C32B29">
            <w:pPr>
              <w:pStyle w:val="TableText"/>
              <w:spacing w:before="48" w:after="48"/>
              <w:rPr>
                <w:b/>
                <w:color w:val="000000"/>
                <w:sz w:val="18"/>
              </w:rPr>
            </w:pPr>
            <w:r w:rsidRPr="00EB75F0">
              <w:rPr>
                <w:b/>
                <w:sz w:val="18"/>
              </w:rPr>
              <w:t>5.31 (2.21, 14.85)</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3ED39EF9" w14:textId="77777777" w:rsidR="00103E51" w:rsidRPr="00EB75F0" w:rsidRDefault="00103E51" w:rsidP="00C32B29">
            <w:pPr>
              <w:pStyle w:val="TableText"/>
              <w:spacing w:before="48" w:after="48"/>
              <w:rPr>
                <w:color w:val="000000"/>
                <w:sz w:val="18"/>
              </w:rPr>
            </w:pPr>
            <w:r w:rsidRPr="00EB75F0">
              <w:rPr>
                <w:b/>
                <w:sz w:val="18"/>
              </w:rPr>
              <w:t>5.28 (1.88, 16.81)</w:t>
            </w:r>
          </w:p>
        </w:tc>
        <w:tc>
          <w:tcPr>
            <w:tcW w:w="999" w:type="pct"/>
            <w:gridSpan w:val="2"/>
            <w:tcBorders>
              <w:top w:val="single" w:sz="4" w:space="0" w:color="000000"/>
              <w:left w:val="single" w:sz="4" w:space="0" w:color="000000"/>
              <w:bottom w:val="single" w:sz="4" w:space="0" w:color="000000"/>
              <w:right w:val="single" w:sz="4" w:space="0" w:color="000000"/>
            </w:tcBorders>
          </w:tcPr>
          <w:p w14:paraId="57869431" w14:textId="77777777" w:rsidR="00103E51" w:rsidRPr="00EB75F0" w:rsidRDefault="00103E51" w:rsidP="00C32B29">
            <w:pPr>
              <w:pStyle w:val="TableText"/>
              <w:spacing w:before="48" w:after="48"/>
              <w:rPr>
                <w:b/>
                <w:color w:val="000000"/>
                <w:sz w:val="18"/>
              </w:rPr>
            </w:pPr>
            <w:r w:rsidRPr="00EB75F0">
              <w:rPr>
                <w:b/>
                <w:sz w:val="18"/>
              </w:rPr>
              <w:t>5.40 (1.84, 17.05)</w:t>
            </w:r>
          </w:p>
        </w:tc>
        <w:tc>
          <w:tcPr>
            <w:tcW w:w="1003" w:type="pct"/>
            <w:gridSpan w:val="2"/>
            <w:tcBorders>
              <w:top w:val="single" w:sz="4" w:space="0" w:color="000000"/>
              <w:left w:val="single" w:sz="4" w:space="0" w:color="000000"/>
              <w:bottom w:val="single" w:sz="4" w:space="0" w:color="000000"/>
              <w:right w:val="single" w:sz="4" w:space="0" w:color="000000"/>
            </w:tcBorders>
          </w:tcPr>
          <w:p w14:paraId="60EFFE8E" w14:textId="77777777" w:rsidR="00103E51" w:rsidRPr="00EB75F0" w:rsidRDefault="00103E51" w:rsidP="00C32B29">
            <w:pPr>
              <w:pStyle w:val="TableText"/>
              <w:spacing w:before="48" w:after="48"/>
              <w:rPr>
                <w:b/>
                <w:color w:val="000000"/>
                <w:sz w:val="18"/>
              </w:rPr>
            </w:pPr>
            <w:r w:rsidRPr="00EB75F0">
              <w:rPr>
                <w:b/>
                <w:sz w:val="18"/>
              </w:rPr>
              <w:t>5.22 (1.68, 18.49)</w:t>
            </w:r>
          </w:p>
        </w:tc>
      </w:tr>
      <w:tr w:rsidR="00103E51" w:rsidRPr="00EB75F0" w14:paraId="54B651B5"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56ADB7A1" w14:textId="77777777" w:rsidR="00103E51" w:rsidRPr="00EB75F0" w:rsidRDefault="00103E51" w:rsidP="00C32B29">
            <w:pPr>
              <w:pStyle w:val="TableText"/>
              <w:spacing w:before="48" w:after="48"/>
              <w:rPr>
                <w:sz w:val="18"/>
              </w:rPr>
            </w:pPr>
            <w:r w:rsidRPr="00EB75F0">
              <w:rPr>
                <w:color w:val="000000"/>
                <w:sz w:val="18"/>
              </w:rPr>
              <w:t>Olanzapine</w:t>
            </w:r>
          </w:p>
        </w:tc>
        <w:tc>
          <w:tcPr>
            <w:tcW w:w="998" w:type="pct"/>
            <w:tcBorders>
              <w:top w:val="single" w:sz="4" w:space="0" w:color="000000"/>
              <w:left w:val="single" w:sz="4" w:space="0" w:color="000000"/>
              <w:bottom w:val="single" w:sz="4" w:space="0" w:color="000000"/>
              <w:right w:val="single" w:sz="4" w:space="0" w:color="000000"/>
            </w:tcBorders>
          </w:tcPr>
          <w:p w14:paraId="616A6FEE" w14:textId="77777777" w:rsidR="00103E51" w:rsidRPr="00EB75F0" w:rsidRDefault="00103E51" w:rsidP="00C32B29">
            <w:pPr>
              <w:pStyle w:val="TableText"/>
              <w:spacing w:before="48" w:after="48"/>
              <w:rPr>
                <w:b/>
                <w:color w:val="000000"/>
                <w:sz w:val="18"/>
              </w:rPr>
            </w:pPr>
            <w:r w:rsidRPr="00EB75F0">
              <w:rPr>
                <w:b/>
                <w:sz w:val="18"/>
              </w:rPr>
              <w:t>3.55 (2.44, 5.28)</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4B54F280" w14:textId="77777777" w:rsidR="00103E51" w:rsidRPr="00EB75F0" w:rsidRDefault="00103E51" w:rsidP="00C32B29">
            <w:pPr>
              <w:pStyle w:val="TableText"/>
              <w:spacing w:before="48" w:after="48"/>
              <w:rPr>
                <w:b/>
                <w:color w:val="000000"/>
                <w:sz w:val="18"/>
              </w:rPr>
            </w:pPr>
            <w:r w:rsidRPr="00EB75F0">
              <w:rPr>
                <w:b/>
                <w:sz w:val="18"/>
              </w:rPr>
              <w:t>3.64 (2.41, 5.83)</w:t>
            </w:r>
          </w:p>
        </w:tc>
        <w:tc>
          <w:tcPr>
            <w:tcW w:w="999" w:type="pct"/>
            <w:gridSpan w:val="2"/>
            <w:tcBorders>
              <w:top w:val="single" w:sz="4" w:space="0" w:color="000000"/>
              <w:left w:val="single" w:sz="4" w:space="0" w:color="000000"/>
              <w:bottom w:val="single" w:sz="4" w:space="0" w:color="000000"/>
              <w:right w:val="single" w:sz="4" w:space="0" w:color="000000"/>
            </w:tcBorders>
          </w:tcPr>
          <w:p w14:paraId="14E7E7B4" w14:textId="77777777" w:rsidR="00103E51" w:rsidRPr="00EB75F0" w:rsidRDefault="00103E51" w:rsidP="00C32B29">
            <w:pPr>
              <w:pStyle w:val="TableText"/>
              <w:spacing w:before="48" w:after="48"/>
              <w:rPr>
                <w:b/>
                <w:color w:val="000000"/>
                <w:sz w:val="18"/>
              </w:rPr>
            </w:pPr>
            <w:r w:rsidRPr="00EB75F0">
              <w:rPr>
                <w:b/>
                <w:sz w:val="18"/>
              </w:rPr>
              <w:t>3.62 (2.37, 5.89)</w:t>
            </w:r>
          </w:p>
        </w:tc>
        <w:tc>
          <w:tcPr>
            <w:tcW w:w="1003" w:type="pct"/>
            <w:gridSpan w:val="2"/>
            <w:tcBorders>
              <w:top w:val="single" w:sz="4" w:space="0" w:color="000000"/>
              <w:left w:val="single" w:sz="4" w:space="0" w:color="000000"/>
              <w:bottom w:val="single" w:sz="4" w:space="0" w:color="000000"/>
              <w:right w:val="single" w:sz="4" w:space="0" w:color="000000"/>
            </w:tcBorders>
          </w:tcPr>
          <w:p w14:paraId="1FB097A5" w14:textId="77777777" w:rsidR="00103E51" w:rsidRPr="00EB75F0" w:rsidRDefault="00103E51" w:rsidP="00C32B29">
            <w:pPr>
              <w:pStyle w:val="TableText"/>
              <w:spacing w:before="48" w:after="48"/>
              <w:rPr>
                <w:b/>
                <w:color w:val="000000"/>
                <w:sz w:val="18"/>
              </w:rPr>
            </w:pPr>
            <w:r w:rsidRPr="00EB75F0">
              <w:rPr>
                <w:b/>
                <w:sz w:val="18"/>
              </w:rPr>
              <w:t>4.18 (2.50, 7.54)</w:t>
            </w:r>
          </w:p>
        </w:tc>
      </w:tr>
      <w:tr w:rsidR="00103E51" w:rsidRPr="00EB75F0" w14:paraId="7FADD7F0"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71697281" w14:textId="77777777" w:rsidR="00103E51" w:rsidRPr="00EB75F0" w:rsidRDefault="00103E51" w:rsidP="00C32B29">
            <w:pPr>
              <w:pStyle w:val="TableText"/>
              <w:spacing w:before="48" w:after="48"/>
              <w:rPr>
                <w:sz w:val="18"/>
              </w:rPr>
            </w:pPr>
            <w:r w:rsidRPr="00EB75F0">
              <w:rPr>
                <w:color w:val="000000"/>
                <w:sz w:val="18"/>
              </w:rPr>
              <w:t>Quetiapine</w:t>
            </w:r>
          </w:p>
        </w:tc>
        <w:tc>
          <w:tcPr>
            <w:tcW w:w="998" w:type="pct"/>
            <w:tcBorders>
              <w:top w:val="single" w:sz="4" w:space="0" w:color="000000"/>
              <w:left w:val="single" w:sz="4" w:space="0" w:color="000000"/>
              <w:bottom w:val="single" w:sz="4" w:space="0" w:color="000000"/>
              <w:right w:val="single" w:sz="4" w:space="0" w:color="000000"/>
            </w:tcBorders>
          </w:tcPr>
          <w:p w14:paraId="755AB253" w14:textId="77777777" w:rsidR="00103E51" w:rsidRPr="00EB75F0" w:rsidRDefault="00103E51" w:rsidP="00C32B29">
            <w:pPr>
              <w:pStyle w:val="TableText"/>
              <w:spacing w:before="48" w:after="48"/>
              <w:rPr>
                <w:b/>
                <w:color w:val="000000"/>
                <w:sz w:val="18"/>
              </w:rPr>
            </w:pPr>
            <w:r w:rsidRPr="00EB75F0">
              <w:rPr>
                <w:b/>
                <w:sz w:val="18"/>
              </w:rPr>
              <w:t>4.95 (3.02, 8.43)</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337816E9" w14:textId="77777777" w:rsidR="00103E51" w:rsidRPr="00EB75F0" w:rsidRDefault="00103E51" w:rsidP="00C32B29">
            <w:pPr>
              <w:pStyle w:val="TableText"/>
              <w:spacing w:before="48" w:after="48"/>
              <w:rPr>
                <w:b/>
                <w:color w:val="000000"/>
                <w:sz w:val="18"/>
              </w:rPr>
            </w:pPr>
            <w:r w:rsidRPr="00EB75F0">
              <w:rPr>
                <w:b/>
                <w:sz w:val="18"/>
              </w:rPr>
              <w:t>4.98 (2.85, 9.16)</w:t>
            </w:r>
          </w:p>
        </w:tc>
        <w:tc>
          <w:tcPr>
            <w:tcW w:w="999" w:type="pct"/>
            <w:gridSpan w:val="2"/>
            <w:tcBorders>
              <w:top w:val="single" w:sz="4" w:space="0" w:color="000000"/>
              <w:left w:val="single" w:sz="4" w:space="0" w:color="000000"/>
              <w:bottom w:val="single" w:sz="4" w:space="0" w:color="000000"/>
              <w:right w:val="single" w:sz="4" w:space="0" w:color="000000"/>
            </w:tcBorders>
          </w:tcPr>
          <w:p w14:paraId="2113ACC2" w14:textId="77777777" w:rsidR="00103E51" w:rsidRPr="00EB75F0" w:rsidRDefault="00103E51" w:rsidP="00C32B29">
            <w:pPr>
              <w:pStyle w:val="TableText"/>
              <w:spacing w:before="48" w:after="48"/>
              <w:rPr>
                <w:b/>
                <w:color w:val="000000"/>
                <w:sz w:val="18"/>
              </w:rPr>
            </w:pPr>
            <w:r w:rsidRPr="00EB75F0">
              <w:rPr>
                <w:b/>
                <w:sz w:val="18"/>
              </w:rPr>
              <w:t>5.00 (2.83, 9.13)</w:t>
            </w:r>
          </w:p>
        </w:tc>
        <w:tc>
          <w:tcPr>
            <w:tcW w:w="1003" w:type="pct"/>
            <w:gridSpan w:val="2"/>
            <w:tcBorders>
              <w:top w:val="single" w:sz="4" w:space="0" w:color="000000"/>
              <w:left w:val="single" w:sz="4" w:space="0" w:color="000000"/>
              <w:bottom w:val="single" w:sz="4" w:space="0" w:color="000000"/>
              <w:right w:val="single" w:sz="4" w:space="0" w:color="000000"/>
            </w:tcBorders>
          </w:tcPr>
          <w:p w14:paraId="0AD7463A" w14:textId="77777777" w:rsidR="00103E51" w:rsidRPr="00EB75F0" w:rsidRDefault="00103E51" w:rsidP="00C32B29">
            <w:pPr>
              <w:pStyle w:val="TableText"/>
              <w:spacing w:before="48" w:after="48"/>
              <w:rPr>
                <w:b/>
                <w:color w:val="000000"/>
                <w:sz w:val="18"/>
              </w:rPr>
            </w:pPr>
            <w:r w:rsidRPr="00EB75F0">
              <w:rPr>
                <w:b/>
                <w:sz w:val="18"/>
              </w:rPr>
              <w:t>5.07 (2.73, 10.16)</w:t>
            </w:r>
          </w:p>
        </w:tc>
      </w:tr>
      <w:tr w:rsidR="00103E51" w:rsidRPr="00EB75F0" w14:paraId="7CB211C6"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4B420D38" w14:textId="77777777" w:rsidR="00103E51" w:rsidRPr="00EB75F0" w:rsidRDefault="00103E51" w:rsidP="00C32B29">
            <w:pPr>
              <w:pStyle w:val="TableText"/>
              <w:spacing w:before="48" w:after="48"/>
              <w:rPr>
                <w:sz w:val="18"/>
              </w:rPr>
            </w:pPr>
            <w:r w:rsidRPr="00EB75F0">
              <w:rPr>
                <w:color w:val="000000"/>
                <w:sz w:val="18"/>
              </w:rPr>
              <w:t>Risperidone</w:t>
            </w:r>
          </w:p>
        </w:tc>
        <w:tc>
          <w:tcPr>
            <w:tcW w:w="998" w:type="pct"/>
            <w:tcBorders>
              <w:top w:val="single" w:sz="4" w:space="0" w:color="000000"/>
              <w:left w:val="single" w:sz="4" w:space="0" w:color="000000"/>
              <w:bottom w:val="single" w:sz="4" w:space="0" w:color="000000"/>
              <w:right w:val="single" w:sz="4" w:space="0" w:color="000000"/>
            </w:tcBorders>
          </w:tcPr>
          <w:p w14:paraId="40020113" w14:textId="77777777" w:rsidR="00103E51" w:rsidRPr="00EB75F0" w:rsidRDefault="00103E51" w:rsidP="00C32B29">
            <w:pPr>
              <w:pStyle w:val="TableText"/>
              <w:spacing w:before="48" w:after="48"/>
              <w:rPr>
                <w:b/>
                <w:color w:val="000000"/>
                <w:sz w:val="18"/>
              </w:rPr>
            </w:pPr>
            <w:r w:rsidRPr="00EB75F0">
              <w:rPr>
                <w:sz w:val="18"/>
              </w:rPr>
              <w:t>1.37 (0.82, 2.30)</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27F006AD" w14:textId="77777777" w:rsidR="00103E51" w:rsidRPr="00EB75F0" w:rsidRDefault="00103E51" w:rsidP="00C32B29">
            <w:pPr>
              <w:pStyle w:val="TableText"/>
              <w:spacing w:before="48" w:after="48"/>
              <w:rPr>
                <w:color w:val="000000"/>
                <w:sz w:val="18"/>
              </w:rPr>
            </w:pPr>
            <w:r w:rsidRPr="00EB75F0">
              <w:rPr>
                <w:sz w:val="18"/>
              </w:rPr>
              <w:t>1.33 (0.74, 2.36)</w:t>
            </w:r>
          </w:p>
        </w:tc>
        <w:tc>
          <w:tcPr>
            <w:tcW w:w="999" w:type="pct"/>
            <w:gridSpan w:val="2"/>
            <w:tcBorders>
              <w:top w:val="single" w:sz="4" w:space="0" w:color="000000"/>
              <w:left w:val="single" w:sz="4" w:space="0" w:color="000000"/>
              <w:bottom w:val="single" w:sz="4" w:space="0" w:color="000000"/>
              <w:right w:val="single" w:sz="4" w:space="0" w:color="000000"/>
            </w:tcBorders>
          </w:tcPr>
          <w:p w14:paraId="3E3CED58" w14:textId="77777777" w:rsidR="00103E51" w:rsidRPr="00EB75F0" w:rsidRDefault="00103E51" w:rsidP="00C32B29">
            <w:pPr>
              <w:pStyle w:val="TableText"/>
              <w:spacing w:before="48" w:after="48"/>
              <w:rPr>
                <w:color w:val="000000"/>
                <w:sz w:val="18"/>
              </w:rPr>
            </w:pPr>
            <w:r w:rsidRPr="00EB75F0">
              <w:rPr>
                <w:sz w:val="18"/>
              </w:rPr>
              <w:t>1.53 (0.83, 2.80)</w:t>
            </w:r>
          </w:p>
        </w:tc>
        <w:tc>
          <w:tcPr>
            <w:tcW w:w="1003" w:type="pct"/>
            <w:gridSpan w:val="2"/>
            <w:tcBorders>
              <w:top w:val="single" w:sz="4" w:space="0" w:color="000000"/>
              <w:left w:val="single" w:sz="4" w:space="0" w:color="000000"/>
              <w:bottom w:val="single" w:sz="4" w:space="0" w:color="000000"/>
              <w:right w:val="single" w:sz="4" w:space="0" w:color="000000"/>
            </w:tcBorders>
          </w:tcPr>
          <w:p w14:paraId="426A2249" w14:textId="77777777" w:rsidR="00103E51" w:rsidRPr="00EB75F0" w:rsidRDefault="00103E51" w:rsidP="00C32B29">
            <w:pPr>
              <w:pStyle w:val="TableText"/>
              <w:spacing w:before="48" w:after="48"/>
              <w:rPr>
                <w:color w:val="000000"/>
                <w:sz w:val="18"/>
              </w:rPr>
            </w:pPr>
            <w:r w:rsidRPr="00EB75F0">
              <w:rPr>
                <w:sz w:val="18"/>
              </w:rPr>
              <w:t>1.19 (0.40, 3.21)</w:t>
            </w:r>
          </w:p>
        </w:tc>
      </w:tr>
      <w:tr w:rsidR="00103E51" w:rsidRPr="00EB75F0" w14:paraId="07FBDEDB"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shd w:val="clear" w:color="auto" w:fill="001B2B"/>
            <w:vAlign w:val="center"/>
          </w:tcPr>
          <w:p w14:paraId="5660CF2A" w14:textId="77777777" w:rsidR="00103E51" w:rsidRPr="00EB75F0" w:rsidRDefault="00103E51" w:rsidP="00C32B29">
            <w:pPr>
              <w:pStyle w:val="TableText"/>
              <w:spacing w:before="48" w:after="48"/>
              <w:rPr>
                <w:color w:val="FFFFFF"/>
                <w:sz w:val="18"/>
              </w:rPr>
            </w:pPr>
            <w:r w:rsidRPr="00EB75F0">
              <w:rPr>
                <w:color w:val="FFFFFF"/>
                <w:sz w:val="18"/>
              </w:rPr>
              <w:t>Comparator</w:t>
            </w:r>
          </w:p>
        </w:tc>
        <w:tc>
          <w:tcPr>
            <w:tcW w:w="3998" w:type="pct"/>
            <w:gridSpan w:val="6"/>
            <w:tcBorders>
              <w:top w:val="single" w:sz="4" w:space="0" w:color="000000"/>
              <w:left w:val="single" w:sz="4" w:space="0" w:color="000000"/>
              <w:bottom w:val="single" w:sz="4" w:space="0" w:color="000000"/>
              <w:right w:val="single" w:sz="4" w:space="0" w:color="000000"/>
            </w:tcBorders>
            <w:shd w:val="clear" w:color="auto" w:fill="001B2B"/>
            <w:vAlign w:val="center"/>
          </w:tcPr>
          <w:p w14:paraId="5AF8705F" w14:textId="3AD1E752" w:rsidR="00103E51" w:rsidRPr="00EB75F0" w:rsidRDefault="00103E51" w:rsidP="00C32B29">
            <w:pPr>
              <w:pStyle w:val="TableText"/>
              <w:spacing w:before="48" w:after="48"/>
              <w:rPr>
                <w:color w:val="FFFFFF"/>
                <w:sz w:val="18"/>
              </w:rPr>
            </w:pPr>
            <w:r w:rsidRPr="00EB75F0">
              <w:rPr>
                <w:color w:val="FFFFFF"/>
                <w:sz w:val="18"/>
              </w:rPr>
              <w:t xml:space="preserve">OR </w:t>
            </w:r>
            <w:proofErr w:type="spellStart"/>
            <w:r w:rsidR="00EF2D91">
              <w:rPr>
                <w:color w:val="FFFFFF"/>
                <w:sz w:val="18"/>
              </w:rPr>
              <w:t>KarXT</w:t>
            </w:r>
            <w:proofErr w:type="spellEnd"/>
            <w:r w:rsidRPr="00EB75F0">
              <w:rPr>
                <w:color w:val="FFFFFF"/>
                <w:sz w:val="18"/>
              </w:rPr>
              <w:t xml:space="preserve"> vs Comparator (95% </w:t>
            </w:r>
            <w:proofErr w:type="spellStart"/>
            <w:r w:rsidRPr="00EB75F0">
              <w:rPr>
                <w:color w:val="FFFFFF"/>
                <w:sz w:val="18"/>
              </w:rPr>
              <w:t>CrI</w:t>
            </w:r>
            <w:proofErr w:type="spellEnd"/>
            <w:r w:rsidRPr="00EB75F0">
              <w:rPr>
                <w:color w:val="FFFFFF"/>
                <w:sz w:val="18"/>
              </w:rPr>
              <w:t>)</w:t>
            </w:r>
          </w:p>
        </w:tc>
      </w:tr>
      <w:tr w:rsidR="00103E51" w:rsidRPr="00EB75F0" w14:paraId="00D5F98C"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64A13213" w14:textId="77777777" w:rsidR="00103E51" w:rsidRPr="00EB75F0" w:rsidRDefault="00103E51" w:rsidP="00C32B29">
            <w:pPr>
              <w:pStyle w:val="TableText"/>
              <w:spacing w:before="48" w:after="48"/>
              <w:rPr>
                <w:sz w:val="18"/>
              </w:rPr>
            </w:pPr>
            <w:r w:rsidRPr="00EB75F0">
              <w:rPr>
                <w:color w:val="000000"/>
                <w:sz w:val="18"/>
              </w:rPr>
              <w:t>Aripiprazole</w:t>
            </w:r>
          </w:p>
        </w:tc>
        <w:tc>
          <w:tcPr>
            <w:tcW w:w="998" w:type="pct"/>
            <w:tcBorders>
              <w:top w:val="single" w:sz="4" w:space="0" w:color="000000"/>
              <w:left w:val="single" w:sz="4" w:space="0" w:color="000000"/>
              <w:bottom w:val="single" w:sz="4" w:space="0" w:color="000000"/>
              <w:right w:val="single" w:sz="4" w:space="0" w:color="000000"/>
            </w:tcBorders>
          </w:tcPr>
          <w:p w14:paraId="170AFDCA" w14:textId="77777777" w:rsidR="00103E51" w:rsidRPr="00EB75F0" w:rsidRDefault="00103E51" w:rsidP="00C32B29">
            <w:pPr>
              <w:pStyle w:val="TableText"/>
              <w:spacing w:before="48" w:after="48"/>
              <w:rPr>
                <w:color w:val="000000"/>
                <w:sz w:val="18"/>
              </w:rPr>
            </w:pPr>
            <w:r w:rsidRPr="00EB75F0">
              <w:rPr>
                <w:sz w:val="18"/>
              </w:rPr>
              <w:t>1.16 (0.44, 3.21)</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1BB6DDAA" w14:textId="77777777" w:rsidR="00103E51" w:rsidRPr="00EB75F0" w:rsidRDefault="00103E51" w:rsidP="00C32B29">
            <w:pPr>
              <w:pStyle w:val="TableText"/>
              <w:spacing w:before="48" w:after="48"/>
              <w:rPr>
                <w:color w:val="000000"/>
                <w:sz w:val="18"/>
              </w:rPr>
            </w:pPr>
            <w:r w:rsidRPr="00EB75F0">
              <w:rPr>
                <w:sz w:val="18"/>
              </w:rPr>
              <w:t>1.17 (0.41, 3.63)</w:t>
            </w:r>
          </w:p>
        </w:tc>
        <w:tc>
          <w:tcPr>
            <w:tcW w:w="999" w:type="pct"/>
            <w:gridSpan w:val="2"/>
            <w:tcBorders>
              <w:top w:val="single" w:sz="4" w:space="0" w:color="000000"/>
              <w:left w:val="single" w:sz="4" w:space="0" w:color="000000"/>
              <w:bottom w:val="single" w:sz="4" w:space="0" w:color="000000"/>
              <w:right w:val="single" w:sz="4" w:space="0" w:color="000000"/>
            </w:tcBorders>
          </w:tcPr>
          <w:p w14:paraId="51628DD6" w14:textId="77777777" w:rsidR="00103E51" w:rsidRPr="00EB75F0" w:rsidRDefault="00103E51" w:rsidP="00C32B29">
            <w:pPr>
              <w:pStyle w:val="TableText"/>
              <w:spacing w:before="48" w:after="48"/>
              <w:rPr>
                <w:color w:val="000000"/>
                <w:sz w:val="18"/>
              </w:rPr>
            </w:pPr>
            <w:r w:rsidRPr="00EB75F0">
              <w:rPr>
                <w:sz w:val="18"/>
              </w:rPr>
              <w:t>1.16 (0.40, 3.70)</w:t>
            </w:r>
          </w:p>
        </w:tc>
        <w:tc>
          <w:tcPr>
            <w:tcW w:w="1003" w:type="pct"/>
            <w:gridSpan w:val="2"/>
            <w:tcBorders>
              <w:top w:val="single" w:sz="4" w:space="0" w:color="000000"/>
              <w:left w:val="single" w:sz="4" w:space="0" w:color="000000"/>
              <w:bottom w:val="single" w:sz="4" w:space="0" w:color="000000"/>
              <w:right w:val="single" w:sz="4" w:space="0" w:color="000000"/>
            </w:tcBorders>
          </w:tcPr>
          <w:p w14:paraId="4CE824BB" w14:textId="77777777" w:rsidR="00103E51" w:rsidRPr="00EB75F0" w:rsidRDefault="00103E51" w:rsidP="00C32B29">
            <w:pPr>
              <w:pStyle w:val="TableText"/>
              <w:spacing w:before="48" w:after="48"/>
              <w:rPr>
                <w:color w:val="000000"/>
                <w:sz w:val="18"/>
              </w:rPr>
            </w:pPr>
            <w:r w:rsidRPr="00EB75F0">
              <w:rPr>
                <w:sz w:val="18"/>
              </w:rPr>
              <w:t>1.05 (0.30, 4.01)</w:t>
            </w:r>
          </w:p>
        </w:tc>
      </w:tr>
      <w:tr w:rsidR="00103E51" w:rsidRPr="00EB75F0" w14:paraId="7B49CE8B"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2BD31AA5" w14:textId="77777777" w:rsidR="00103E51" w:rsidRPr="00EB75F0" w:rsidRDefault="00103E51" w:rsidP="00C32B29">
            <w:pPr>
              <w:pStyle w:val="TableText"/>
              <w:spacing w:before="48" w:after="48"/>
              <w:rPr>
                <w:sz w:val="18"/>
              </w:rPr>
            </w:pPr>
            <w:proofErr w:type="spellStart"/>
            <w:r w:rsidRPr="00EB75F0">
              <w:rPr>
                <w:color w:val="000000"/>
                <w:sz w:val="18"/>
              </w:rPr>
              <w:t>Brexpiprazole</w:t>
            </w:r>
            <w:proofErr w:type="spellEnd"/>
          </w:p>
        </w:tc>
        <w:tc>
          <w:tcPr>
            <w:tcW w:w="998" w:type="pct"/>
            <w:tcBorders>
              <w:top w:val="single" w:sz="4" w:space="0" w:color="000000"/>
              <w:left w:val="single" w:sz="4" w:space="0" w:color="000000"/>
              <w:bottom w:val="single" w:sz="4" w:space="0" w:color="000000"/>
              <w:right w:val="single" w:sz="4" w:space="0" w:color="000000"/>
            </w:tcBorders>
          </w:tcPr>
          <w:p w14:paraId="5CB1FAEA" w14:textId="77777777" w:rsidR="00103E51" w:rsidRPr="00EB75F0" w:rsidRDefault="00103E51" w:rsidP="00C32B29">
            <w:pPr>
              <w:pStyle w:val="TableText"/>
              <w:spacing w:before="48" w:after="48"/>
              <w:rPr>
                <w:color w:val="000000"/>
                <w:sz w:val="18"/>
              </w:rPr>
            </w:pPr>
            <w:r w:rsidRPr="00EB75F0">
              <w:rPr>
                <w:sz w:val="18"/>
              </w:rPr>
              <w:t>1.54 (0.54, 4.46)</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32F3D995" w14:textId="77777777" w:rsidR="00103E51" w:rsidRPr="00EB75F0" w:rsidRDefault="00103E51" w:rsidP="00C32B29">
            <w:pPr>
              <w:pStyle w:val="TableText"/>
              <w:spacing w:before="48" w:after="48"/>
              <w:rPr>
                <w:color w:val="000000"/>
                <w:sz w:val="18"/>
              </w:rPr>
            </w:pPr>
            <w:r w:rsidRPr="00EB75F0">
              <w:rPr>
                <w:sz w:val="18"/>
              </w:rPr>
              <w:t>1.50 (0.49, 4.91)</w:t>
            </w:r>
          </w:p>
        </w:tc>
        <w:tc>
          <w:tcPr>
            <w:tcW w:w="999" w:type="pct"/>
            <w:gridSpan w:val="2"/>
            <w:tcBorders>
              <w:top w:val="single" w:sz="4" w:space="0" w:color="000000"/>
              <w:left w:val="single" w:sz="4" w:space="0" w:color="000000"/>
              <w:bottom w:val="single" w:sz="4" w:space="0" w:color="000000"/>
              <w:right w:val="single" w:sz="4" w:space="0" w:color="000000"/>
            </w:tcBorders>
          </w:tcPr>
          <w:p w14:paraId="4FEF00F2" w14:textId="77777777" w:rsidR="00103E51" w:rsidRPr="00EB75F0" w:rsidRDefault="00103E51" w:rsidP="00C32B29">
            <w:pPr>
              <w:pStyle w:val="TableText"/>
              <w:spacing w:before="48" w:after="48"/>
              <w:rPr>
                <w:color w:val="000000"/>
                <w:sz w:val="18"/>
              </w:rPr>
            </w:pPr>
            <w:r w:rsidRPr="00EB75F0">
              <w:rPr>
                <w:sz w:val="18"/>
              </w:rPr>
              <w:t>1.54 (0.52, 5.22)</w:t>
            </w:r>
          </w:p>
        </w:tc>
        <w:tc>
          <w:tcPr>
            <w:tcW w:w="1003" w:type="pct"/>
            <w:gridSpan w:val="2"/>
            <w:tcBorders>
              <w:top w:val="single" w:sz="4" w:space="0" w:color="000000"/>
              <w:left w:val="single" w:sz="4" w:space="0" w:color="000000"/>
              <w:bottom w:val="single" w:sz="4" w:space="0" w:color="000000"/>
              <w:right w:val="single" w:sz="4" w:space="0" w:color="000000"/>
            </w:tcBorders>
          </w:tcPr>
          <w:p w14:paraId="1F041942" w14:textId="77777777" w:rsidR="00103E51" w:rsidRPr="00EB75F0" w:rsidRDefault="00103E51" w:rsidP="00C32B29">
            <w:pPr>
              <w:pStyle w:val="TableText"/>
              <w:spacing w:before="48" w:after="48"/>
              <w:rPr>
                <w:color w:val="000000"/>
                <w:sz w:val="18"/>
              </w:rPr>
            </w:pPr>
            <w:r w:rsidRPr="00EB75F0">
              <w:rPr>
                <w:sz w:val="18"/>
              </w:rPr>
              <w:t>1.51 (0.45, 5.18)</w:t>
            </w:r>
          </w:p>
        </w:tc>
      </w:tr>
      <w:tr w:rsidR="00103E51" w:rsidRPr="00EB75F0" w14:paraId="62E97D38"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598594F8" w14:textId="77777777" w:rsidR="00103E51" w:rsidRPr="00EB75F0" w:rsidRDefault="00103E51" w:rsidP="00C32B29">
            <w:pPr>
              <w:pStyle w:val="TableText"/>
              <w:spacing w:before="48" w:after="48"/>
              <w:rPr>
                <w:sz w:val="18"/>
              </w:rPr>
            </w:pPr>
            <w:proofErr w:type="spellStart"/>
            <w:r w:rsidRPr="00EB75F0">
              <w:rPr>
                <w:color w:val="000000"/>
                <w:sz w:val="18"/>
              </w:rPr>
              <w:t>Cariprazine</w:t>
            </w:r>
            <w:proofErr w:type="spellEnd"/>
          </w:p>
        </w:tc>
        <w:tc>
          <w:tcPr>
            <w:tcW w:w="998" w:type="pct"/>
            <w:tcBorders>
              <w:top w:val="single" w:sz="4" w:space="0" w:color="000000"/>
              <w:left w:val="single" w:sz="4" w:space="0" w:color="000000"/>
              <w:bottom w:val="single" w:sz="4" w:space="0" w:color="000000"/>
              <w:right w:val="single" w:sz="4" w:space="0" w:color="000000"/>
            </w:tcBorders>
          </w:tcPr>
          <w:p w14:paraId="74B0CC47" w14:textId="77777777" w:rsidR="00103E51" w:rsidRPr="00EB75F0" w:rsidRDefault="00103E51" w:rsidP="00C32B29">
            <w:pPr>
              <w:pStyle w:val="TableText"/>
              <w:spacing w:before="48" w:after="48"/>
              <w:rPr>
                <w:color w:val="000000"/>
                <w:sz w:val="18"/>
              </w:rPr>
            </w:pPr>
            <w:r w:rsidRPr="00EB75F0">
              <w:rPr>
                <w:sz w:val="18"/>
              </w:rPr>
              <w:t>1.50 (0.28, 7.85)</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3D99A5FF" w14:textId="77777777" w:rsidR="00103E51" w:rsidRPr="00EB75F0" w:rsidRDefault="00103E51" w:rsidP="00C32B29">
            <w:pPr>
              <w:pStyle w:val="TableText"/>
              <w:spacing w:before="48" w:after="48"/>
              <w:rPr>
                <w:color w:val="000000"/>
                <w:sz w:val="18"/>
              </w:rPr>
            </w:pPr>
            <w:r w:rsidRPr="00EB75F0">
              <w:rPr>
                <w:sz w:val="18"/>
              </w:rPr>
              <w:t>1.54 (0.26, 9.02)</w:t>
            </w:r>
          </w:p>
        </w:tc>
        <w:tc>
          <w:tcPr>
            <w:tcW w:w="999" w:type="pct"/>
            <w:gridSpan w:val="2"/>
            <w:tcBorders>
              <w:top w:val="single" w:sz="4" w:space="0" w:color="000000"/>
              <w:left w:val="single" w:sz="4" w:space="0" w:color="000000"/>
              <w:bottom w:val="single" w:sz="4" w:space="0" w:color="000000"/>
              <w:right w:val="single" w:sz="4" w:space="0" w:color="000000"/>
            </w:tcBorders>
          </w:tcPr>
          <w:p w14:paraId="4A81F82F" w14:textId="77777777" w:rsidR="00103E51" w:rsidRPr="00EB75F0" w:rsidRDefault="00103E51" w:rsidP="00C32B29">
            <w:pPr>
              <w:pStyle w:val="TableText"/>
              <w:spacing w:before="48" w:after="48"/>
              <w:rPr>
                <w:color w:val="000000"/>
                <w:sz w:val="18"/>
              </w:rPr>
            </w:pPr>
            <w:r w:rsidRPr="00EB75F0">
              <w:rPr>
                <w:sz w:val="18"/>
              </w:rPr>
              <w:t>NA</w:t>
            </w:r>
          </w:p>
        </w:tc>
        <w:tc>
          <w:tcPr>
            <w:tcW w:w="1003" w:type="pct"/>
            <w:gridSpan w:val="2"/>
            <w:tcBorders>
              <w:top w:val="single" w:sz="4" w:space="0" w:color="000000"/>
              <w:left w:val="single" w:sz="4" w:space="0" w:color="000000"/>
              <w:bottom w:val="single" w:sz="4" w:space="0" w:color="000000"/>
              <w:right w:val="single" w:sz="4" w:space="0" w:color="000000"/>
            </w:tcBorders>
          </w:tcPr>
          <w:p w14:paraId="771B0707" w14:textId="77777777" w:rsidR="00103E51" w:rsidRPr="00EB75F0" w:rsidRDefault="00103E51" w:rsidP="00C32B29">
            <w:pPr>
              <w:pStyle w:val="TableText"/>
              <w:spacing w:before="48" w:after="48"/>
              <w:rPr>
                <w:color w:val="000000"/>
                <w:sz w:val="18"/>
              </w:rPr>
            </w:pPr>
            <w:r w:rsidRPr="00EB75F0">
              <w:rPr>
                <w:sz w:val="18"/>
              </w:rPr>
              <w:t>1.62 (0.23, 10.76)</w:t>
            </w:r>
          </w:p>
        </w:tc>
      </w:tr>
      <w:tr w:rsidR="00103E51" w:rsidRPr="00EB75F0" w14:paraId="3FDD9634"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3275B9EA" w14:textId="77777777" w:rsidR="00103E51" w:rsidRPr="00EB75F0" w:rsidRDefault="00103E51" w:rsidP="00C32B29">
            <w:pPr>
              <w:pStyle w:val="TableText"/>
              <w:spacing w:before="48" w:after="48"/>
              <w:rPr>
                <w:sz w:val="18"/>
              </w:rPr>
            </w:pPr>
            <w:proofErr w:type="spellStart"/>
            <w:r w:rsidRPr="00EB75F0">
              <w:rPr>
                <w:color w:val="000000"/>
                <w:sz w:val="18"/>
              </w:rPr>
              <w:t>Lumateperone</w:t>
            </w:r>
            <w:proofErr w:type="spellEnd"/>
          </w:p>
        </w:tc>
        <w:tc>
          <w:tcPr>
            <w:tcW w:w="998" w:type="pct"/>
            <w:tcBorders>
              <w:top w:val="single" w:sz="4" w:space="0" w:color="000000"/>
              <w:left w:val="single" w:sz="4" w:space="0" w:color="000000"/>
              <w:bottom w:val="single" w:sz="4" w:space="0" w:color="000000"/>
              <w:right w:val="single" w:sz="4" w:space="0" w:color="000000"/>
            </w:tcBorders>
          </w:tcPr>
          <w:p w14:paraId="696A276A" w14:textId="77777777" w:rsidR="00103E51" w:rsidRPr="00EB75F0" w:rsidRDefault="00103E51" w:rsidP="00C32B29">
            <w:pPr>
              <w:pStyle w:val="TableText"/>
              <w:spacing w:before="48" w:after="48"/>
              <w:rPr>
                <w:b/>
                <w:color w:val="000000"/>
                <w:sz w:val="18"/>
              </w:rPr>
            </w:pPr>
            <w:r w:rsidRPr="00EB75F0">
              <w:rPr>
                <w:b/>
                <w:sz w:val="18"/>
              </w:rPr>
              <w:t>0.28 (0.07, 0.99)</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2876EC72" w14:textId="77777777" w:rsidR="00103E51" w:rsidRPr="00EB75F0" w:rsidRDefault="00103E51" w:rsidP="00C32B29">
            <w:pPr>
              <w:pStyle w:val="TableText"/>
              <w:spacing w:before="48" w:after="48"/>
              <w:rPr>
                <w:color w:val="000000"/>
                <w:sz w:val="18"/>
              </w:rPr>
            </w:pPr>
            <w:r w:rsidRPr="00EB75F0">
              <w:rPr>
                <w:sz w:val="18"/>
              </w:rPr>
              <w:t>0.28 (0.07, 1.22)</w:t>
            </w:r>
          </w:p>
        </w:tc>
        <w:tc>
          <w:tcPr>
            <w:tcW w:w="999" w:type="pct"/>
            <w:gridSpan w:val="2"/>
            <w:tcBorders>
              <w:top w:val="single" w:sz="4" w:space="0" w:color="000000"/>
              <w:left w:val="single" w:sz="4" w:space="0" w:color="000000"/>
              <w:bottom w:val="single" w:sz="4" w:space="0" w:color="000000"/>
              <w:right w:val="single" w:sz="4" w:space="0" w:color="000000"/>
            </w:tcBorders>
          </w:tcPr>
          <w:p w14:paraId="75598A35" w14:textId="77777777" w:rsidR="00103E51" w:rsidRPr="00EB75F0" w:rsidRDefault="00103E51" w:rsidP="00C32B29">
            <w:pPr>
              <w:pStyle w:val="TableText"/>
              <w:spacing w:before="48" w:after="48"/>
              <w:rPr>
                <w:color w:val="000000"/>
                <w:sz w:val="18"/>
              </w:rPr>
            </w:pPr>
            <w:r w:rsidRPr="00EB75F0">
              <w:rPr>
                <w:sz w:val="18"/>
              </w:rPr>
              <w:t>0.28 (0.07, 1.23)</w:t>
            </w:r>
          </w:p>
        </w:tc>
        <w:tc>
          <w:tcPr>
            <w:tcW w:w="1003" w:type="pct"/>
            <w:gridSpan w:val="2"/>
            <w:tcBorders>
              <w:top w:val="single" w:sz="4" w:space="0" w:color="000000"/>
              <w:left w:val="single" w:sz="4" w:space="0" w:color="000000"/>
              <w:bottom w:val="single" w:sz="4" w:space="0" w:color="000000"/>
              <w:right w:val="single" w:sz="4" w:space="0" w:color="000000"/>
            </w:tcBorders>
          </w:tcPr>
          <w:p w14:paraId="07180752" w14:textId="77777777" w:rsidR="00103E51" w:rsidRPr="00EB75F0" w:rsidRDefault="00103E51" w:rsidP="00C32B29">
            <w:pPr>
              <w:pStyle w:val="TableText"/>
              <w:spacing w:before="48" w:after="48"/>
              <w:rPr>
                <w:color w:val="000000"/>
                <w:sz w:val="18"/>
              </w:rPr>
            </w:pPr>
            <w:r w:rsidRPr="00EB75F0">
              <w:rPr>
                <w:sz w:val="18"/>
              </w:rPr>
              <w:t>0.30 (0.06, 1.44)</w:t>
            </w:r>
          </w:p>
        </w:tc>
      </w:tr>
      <w:tr w:rsidR="00103E51" w:rsidRPr="00EB75F0" w14:paraId="4F94339D"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32D81252" w14:textId="77777777" w:rsidR="00103E51" w:rsidRPr="00EB75F0" w:rsidRDefault="00103E51" w:rsidP="00C32B29">
            <w:pPr>
              <w:pStyle w:val="TableText"/>
              <w:spacing w:before="48" w:after="48"/>
              <w:rPr>
                <w:sz w:val="18"/>
              </w:rPr>
            </w:pPr>
            <w:r w:rsidRPr="00EB75F0">
              <w:rPr>
                <w:color w:val="000000"/>
                <w:sz w:val="18"/>
              </w:rPr>
              <w:t>Olanzapine</w:t>
            </w:r>
          </w:p>
        </w:tc>
        <w:tc>
          <w:tcPr>
            <w:tcW w:w="998" w:type="pct"/>
            <w:tcBorders>
              <w:top w:val="single" w:sz="4" w:space="0" w:color="000000"/>
              <w:left w:val="single" w:sz="4" w:space="0" w:color="000000"/>
              <w:bottom w:val="single" w:sz="4" w:space="0" w:color="000000"/>
              <w:right w:val="single" w:sz="4" w:space="0" w:color="000000"/>
            </w:tcBorders>
          </w:tcPr>
          <w:p w14:paraId="2643ADEE" w14:textId="77777777" w:rsidR="00103E51" w:rsidRPr="00EB75F0" w:rsidRDefault="00103E51" w:rsidP="00C32B29">
            <w:pPr>
              <w:pStyle w:val="TableText"/>
              <w:spacing w:before="48" w:after="48"/>
              <w:rPr>
                <w:color w:val="000000"/>
                <w:sz w:val="18"/>
              </w:rPr>
            </w:pPr>
            <w:r w:rsidRPr="00EB75F0">
              <w:rPr>
                <w:sz w:val="18"/>
              </w:rPr>
              <w:t>0.42 (0.16, 1.13)</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0D744AA5" w14:textId="77777777" w:rsidR="00103E51" w:rsidRPr="00EB75F0" w:rsidRDefault="00103E51" w:rsidP="00C32B29">
            <w:pPr>
              <w:pStyle w:val="TableText"/>
              <w:spacing w:before="48" w:after="48"/>
              <w:rPr>
                <w:color w:val="000000"/>
                <w:sz w:val="18"/>
              </w:rPr>
            </w:pPr>
            <w:r w:rsidRPr="00EB75F0">
              <w:rPr>
                <w:sz w:val="18"/>
              </w:rPr>
              <w:t>0.41 (0.15, 1.18)</w:t>
            </w:r>
          </w:p>
        </w:tc>
        <w:tc>
          <w:tcPr>
            <w:tcW w:w="999" w:type="pct"/>
            <w:gridSpan w:val="2"/>
            <w:tcBorders>
              <w:top w:val="single" w:sz="4" w:space="0" w:color="000000"/>
              <w:left w:val="single" w:sz="4" w:space="0" w:color="000000"/>
              <w:bottom w:val="single" w:sz="4" w:space="0" w:color="000000"/>
              <w:right w:val="single" w:sz="4" w:space="0" w:color="000000"/>
            </w:tcBorders>
          </w:tcPr>
          <w:p w14:paraId="416064D9" w14:textId="77777777" w:rsidR="00103E51" w:rsidRPr="00EB75F0" w:rsidRDefault="00103E51" w:rsidP="00C32B29">
            <w:pPr>
              <w:pStyle w:val="TableText"/>
              <w:spacing w:before="48" w:after="48"/>
              <w:rPr>
                <w:color w:val="000000"/>
                <w:sz w:val="18"/>
              </w:rPr>
            </w:pPr>
            <w:r w:rsidRPr="00EB75F0">
              <w:rPr>
                <w:sz w:val="18"/>
              </w:rPr>
              <w:t>0.42 (0.15, 1.22)</w:t>
            </w:r>
          </w:p>
        </w:tc>
        <w:tc>
          <w:tcPr>
            <w:tcW w:w="1003" w:type="pct"/>
            <w:gridSpan w:val="2"/>
            <w:tcBorders>
              <w:top w:val="single" w:sz="4" w:space="0" w:color="000000"/>
              <w:left w:val="single" w:sz="4" w:space="0" w:color="000000"/>
              <w:bottom w:val="single" w:sz="4" w:space="0" w:color="000000"/>
              <w:right w:val="single" w:sz="4" w:space="0" w:color="000000"/>
            </w:tcBorders>
          </w:tcPr>
          <w:p w14:paraId="2A09A88F" w14:textId="77777777" w:rsidR="00103E51" w:rsidRPr="00EB75F0" w:rsidRDefault="00103E51" w:rsidP="00C32B29">
            <w:pPr>
              <w:pStyle w:val="TableText"/>
              <w:spacing w:before="48" w:after="48"/>
              <w:rPr>
                <w:color w:val="000000"/>
                <w:sz w:val="18"/>
              </w:rPr>
            </w:pPr>
            <w:r w:rsidRPr="00EB75F0">
              <w:rPr>
                <w:sz w:val="18"/>
              </w:rPr>
              <w:t>0.38 (0.12, 1.17)</w:t>
            </w:r>
          </w:p>
        </w:tc>
      </w:tr>
      <w:tr w:rsidR="00103E51" w:rsidRPr="00EB75F0" w14:paraId="179AB8E6"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038CFAAF" w14:textId="77777777" w:rsidR="00103E51" w:rsidRPr="00EB75F0" w:rsidRDefault="00103E51" w:rsidP="00C32B29">
            <w:pPr>
              <w:pStyle w:val="TableText"/>
              <w:spacing w:before="48" w:after="48"/>
              <w:rPr>
                <w:sz w:val="18"/>
              </w:rPr>
            </w:pPr>
            <w:r w:rsidRPr="00EB75F0">
              <w:rPr>
                <w:color w:val="000000"/>
                <w:sz w:val="18"/>
              </w:rPr>
              <w:t>Quetiapine</w:t>
            </w:r>
          </w:p>
        </w:tc>
        <w:tc>
          <w:tcPr>
            <w:tcW w:w="998" w:type="pct"/>
            <w:tcBorders>
              <w:top w:val="single" w:sz="4" w:space="0" w:color="000000"/>
              <w:left w:val="single" w:sz="4" w:space="0" w:color="000000"/>
              <w:bottom w:val="single" w:sz="4" w:space="0" w:color="000000"/>
              <w:right w:val="single" w:sz="4" w:space="0" w:color="000000"/>
            </w:tcBorders>
          </w:tcPr>
          <w:p w14:paraId="5279CD96" w14:textId="77777777" w:rsidR="00103E51" w:rsidRPr="00EB75F0" w:rsidRDefault="00103E51" w:rsidP="00C32B29">
            <w:pPr>
              <w:pStyle w:val="TableText"/>
              <w:spacing w:before="48" w:after="48"/>
              <w:rPr>
                <w:b/>
                <w:color w:val="000000"/>
                <w:sz w:val="18"/>
              </w:rPr>
            </w:pPr>
            <w:r w:rsidRPr="00EB75F0">
              <w:rPr>
                <w:b/>
                <w:sz w:val="18"/>
              </w:rPr>
              <w:t>0.30 (0.11, 0.86)</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25D0CE4F" w14:textId="77777777" w:rsidR="00103E51" w:rsidRPr="00EB75F0" w:rsidRDefault="00103E51" w:rsidP="00C32B29">
            <w:pPr>
              <w:pStyle w:val="TableText"/>
              <w:spacing w:before="48" w:after="48"/>
              <w:rPr>
                <w:b/>
                <w:color w:val="000000"/>
                <w:sz w:val="18"/>
              </w:rPr>
            </w:pPr>
            <w:r w:rsidRPr="00EB75F0">
              <w:rPr>
                <w:b/>
                <w:sz w:val="18"/>
              </w:rPr>
              <w:t>0.30 (0.10, 0.96)</w:t>
            </w:r>
          </w:p>
        </w:tc>
        <w:tc>
          <w:tcPr>
            <w:tcW w:w="999" w:type="pct"/>
            <w:gridSpan w:val="2"/>
            <w:tcBorders>
              <w:top w:val="single" w:sz="4" w:space="0" w:color="000000"/>
              <w:left w:val="single" w:sz="4" w:space="0" w:color="000000"/>
              <w:bottom w:val="single" w:sz="4" w:space="0" w:color="000000"/>
              <w:right w:val="single" w:sz="4" w:space="0" w:color="000000"/>
            </w:tcBorders>
          </w:tcPr>
          <w:p w14:paraId="568765DE" w14:textId="77777777" w:rsidR="00103E51" w:rsidRPr="00EB75F0" w:rsidRDefault="00103E51" w:rsidP="00C32B29">
            <w:pPr>
              <w:pStyle w:val="TableText"/>
              <w:spacing w:before="48" w:after="48"/>
              <w:rPr>
                <w:b/>
                <w:color w:val="000000"/>
                <w:sz w:val="18"/>
              </w:rPr>
            </w:pPr>
            <w:r w:rsidRPr="00EB75F0">
              <w:rPr>
                <w:b/>
                <w:sz w:val="18"/>
              </w:rPr>
              <w:t>0.30 (0.10, 0.97)</w:t>
            </w:r>
          </w:p>
        </w:tc>
        <w:tc>
          <w:tcPr>
            <w:tcW w:w="1003" w:type="pct"/>
            <w:gridSpan w:val="2"/>
            <w:tcBorders>
              <w:top w:val="single" w:sz="4" w:space="0" w:color="000000"/>
              <w:left w:val="single" w:sz="4" w:space="0" w:color="000000"/>
              <w:bottom w:val="single" w:sz="4" w:space="0" w:color="000000"/>
              <w:right w:val="single" w:sz="4" w:space="0" w:color="000000"/>
            </w:tcBorders>
          </w:tcPr>
          <w:p w14:paraId="235BE631" w14:textId="77777777" w:rsidR="00103E51" w:rsidRPr="00EB75F0" w:rsidRDefault="00103E51" w:rsidP="00C32B29">
            <w:pPr>
              <w:pStyle w:val="TableText"/>
              <w:spacing w:before="48" w:after="48"/>
              <w:rPr>
                <w:color w:val="000000"/>
                <w:sz w:val="18"/>
              </w:rPr>
            </w:pPr>
            <w:r w:rsidRPr="00EB75F0">
              <w:rPr>
                <w:sz w:val="18"/>
              </w:rPr>
              <w:t>0.31 (0.09, 1.04)</w:t>
            </w:r>
          </w:p>
        </w:tc>
      </w:tr>
      <w:tr w:rsidR="00103E51" w:rsidRPr="00EB75F0" w14:paraId="308D715C"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25B413E4" w14:textId="77777777" w:rsidR="00103E51" w:rsidRPr="00EB75F0" w:rsidRDefault="00103E51" w:rsidP="00C32B29">
            <w:pPr>
              <w:pStyle w:val="TableText"/>
              <w:spacing w:before="48" w:after="48"/>
              <w:rPr>
                <w:sz w:val="18"/>
              </w:rPr>
            </w:pPr>
            <w:r w:rsidRPr="00EB75F0">
              <w:rPr>
                <w:color w:val="000000"/>
                <w:sz w:val="18"/>
              </w:rPr>
              <w:t>Risperidone</w:t>
            </w:r>
          </w:p>
        </w:tc>
        <w:tc>
          <w:tcPr>
            <w:tcW w:w="998" w:type="pct"/>
            <w:tcBorders>
              <w:top w:val="single" w:sz="4" w:space="0" w:color="000000"/>
              <w:left w:val="single" w:sz="4" w:space="0" w:color="000000"/>
              <w:bottom w:val="single" w:sz="4" w:space="0" w:color="000000"/>
              <w:right w:val="single" w:sz="4" w:space="0" w:color="000000"/>
            </w:tcBorders>
          </w:tcPr>
          <w:p w14:paraId="086BDE7C" w14:textId="77777777" w:rsidR="00103E51" w:rsidRPr="00EB75F0" w:rsidRDefault="00103E51" w:rsidP="00C32B29">
            <w:pPr>
              <w:pStyle w:val="TableText"/>
              <w:spacing w:before="48" w:after="48"/>
              <w:rPr>
                <w:color w:val="000000"/>
                <w:sz w:val="18"/>
              </w:rPr>
            </w:pPr>
            <w:r w:rsidRPr="00EB75F0">
              <w:rPr>
                <w:sz w:val="18"/>
              </w:rPr>
              <w:t>1.09 (0.40, 3.11)</w:t>
            </w:r>
          </w:p>
        </w:tc>
        <w:tc>
          <w:tcPr>
            <w:tcW w:w="999" w:type="pct"/>
            <w:tcBorders>
              <w:top w:val="single" w:sz="4" w:space="0" w:color="000000"/>
              <w:left w:val="single" w:sz="4" w:space="0" w:color="000000"/>
              <w:bottom w:val="single" w:sz="4" w:space="0" w:color="000000"/>
              <w:right w:val="single" w:sz="4" w:space="0" w:color="000000"/>
            </w:tcBorders>
            <w:shd w:val="clear" w:color="auto" w:fill="FFFCCC"/>
          </w:tcPr>
          <w:p w14:paraId="2D42E78E" w14:textId="77777777" w:rsidR="00103E51" w:rsidRPr="00EB75F0" w:rsidRDefault="00103E51" w:rsidP="00C32B29">
            <w:pPr>
              <w:pStyle w:val="TableText"/>
              <w:spacing w:before="48" w:after="48"/>
              <w:rPr>
                <w:color w:val="000000"/>
                <w:sz w:val="18"/>
              </w:rPr>
            </w:pPr>
            <w:r w:rsidRPr="00EB75F0">
              <w:rPr>
                <w:sz w:val="18"/>
              </w:rPr>
              <w:t>1.12 (0.39, 3.65)</w:t>
            </w:r>
          </w:p>
        </w:tc>
        <w:tc>
          <w:tcPr>
            <w:tcW w:w="999" w:type="pct"/>
            <w:gridSpan w:val="2"/>
            <w:tcBorders>
              <w:top w:val="single" w:sz="4" w:space="0" w:color="000000"/>
              <w:left w:val="single" w:sz="4" w:space="0" w:color="000000"/>
              <w:bottom w:val="single" w:sz="4" w:space="0" w:color="000000"/>
              <w:right w:val="single" w:sz="4" w:space="0" w:color="000000"/>
            </w:tcBorders>
          </w:tcPr>
          <w:p w14:paraId="7ABA0860" w14:textId="77777777" w:rsidR="00103E51" w:rsidRPr="00EB75F0" w:rsidRDefault="00103E51" w:rsidP="00C32B29">
            <w:pPr>
              <w:pStyle w:val="TableText"/>
              <w:spacing w:before="48" w:after="48"/>
              <w:rPr>
                <w:color w:val="000000"/>
                <w:sz w:val="18"/>
              </w:rPr>
            </w:pPr>
            <w:r w:rsidRPr="00EB75F0">
              <w:rPr>
                <w:sz w:val="18"/>
              </w:rPr>
              <w:t>1.01 (0.34, 3.25)</w:t>
            </w:r>
          </w:p>
        </w:tc>
        <w:tc>
          <w:tcPr>
            <w:tcW w:w="1003" w:type="pct"/>
            <w:gridSpan w:val="2"/>
            <w:tcBorders>
              <w:top w:val="single" w:sz="4" w:space="0" w:color="000000"/>
              <w:left w:val="single" w:sz="4" w:space="0" w:color="000000"/>
              <w:bottom w:val="single" w:sz="4" w:space="0" w:color="000000"/>
              <w:right w:val="single" w:sz="4" w:space="0" w:color="000000"/>
            </w:tcBorders>
          </w:tcPr>
          <w:p w14:paraId="4DE04A41" w14:textId="77777777" w:rsidR="00103E51" w:rsidRPr="00EB75F0" w:rsidRDefault="00103E51" w:rsidP="00C32B29">
            <w:pPr>
              <w:pStyle w:val="TableText"/>
              <w:spacing w:before="48" w:after="48"/>
              <w:rPr>
                <w:color w:val="000000"/>
                <w:sz w:val="18"/>
              </w:rPr>
            </w:pPr>
            <w:r w:rsidRPr="00EB75F0">
              <w:rPr>
                <w:sz w:val="18"/>
              </w:rPr>
              <w:t>1.34 (0.33, 6.00)</w:t>
            </w:r>
          </w:p>
        </w:tc>
      </w:tr>
      <w:tr w:rsidR="00103E51" w:rsidRPr="00EB75F0" w14:paraId="436AE0C3" w14:textId="77777777" w:rsidTr="00BE7241">
        <w:trPr>
          <w:trHeight w:val="58"/>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0000"/>
            <w:vAlign w:val="center"/>
          </w:tcPr>
          <w:p w14:paraId="3D42B6C8" w14:textId="77777777" w:rsidR="00103E51" w:rsidRPr="00EB75F0" w:rsidRDefault="00103E51" w:rsidP="00C32B29">
            <w:pPr>
              <w:pStyle w:val="TableText"/>
              <w:spacing w:before="48" w:after="48"/>
              <w:rPr>
                <w:rFonts w:ascii="Aptos Narrow" w:hAnsi="Aptos Narrow"/>
                <w:color w:val="FFFFFF"/>
                <w:sz w:val="18"/>
              </w:rPr>
            </w:pPr>
            <w:r w:rsidRPr="00EB75F0">
              <w:rPr>
                <w:color w:val="FFFFFF"/>
                <w:sz w:val="18"/>
                <w:highlight w:val="black"/>
              </w:rPr>
              <w:t>Direct head-to-head meta-analyses</w:t>
            </w:r>
          </w:p>
        </w:tc>
      </w:tr>
      <w:tr w:rsidR="00103E51" w:rsidRPr="00EB75F0" w14:paraId="0FAF661F"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763D64F7" w14:textId="77777777" w:rsidR="00103E51" w:rsidRPr="00EB75F0" w:rsidRDefault="00103E51" w:rsidP="00C32B29">
            <w:pPr>
              <w:pStyle w:val="TableText"/>
              <w:spacing w:before="48" w:after="48"/>
              <w:rPr>
                <w:color w:val="000000"/>
                <w:sz w:val="18"/>
              </w:rPr>
            </w:pPr>
            <w:r w:rsidRPr="00EB75F0">
              <w:rPr>
                <w:color w:val="000000"/>
                <w:sz w:val="18"/>
              </w:rPr>
              <w:t>Range of I</w:t>
            </w:r>
            <w:r w:rsidRPr="00EB75F0">
              <w:rPr>
                <w:color w:val="000000"/>
                <w:sz w:val="18"/>
                <w:vertAlign w:val="superscript"/>
              </w:rPr>
              <w:t>2</w:t>
            </w:r>
            <w:r w:rsidRPr="00EB75F0">
              <w:rPr>
                <w:color w:val="000000"/>
                <w:sz w:val="18"/>
              </w:rPr>
              <w:t xml:space="preserve"> values</w:t>
            </w:r>
          </w:p>
        </w:tc>
        <w:tc>
          <w:tcPr>
            <w:tcW w:w="2011" w:type="pct"/>
            <w:gridSpan w:val="3"/>
            <w:tcBorders>
              <w:top w:val="single" w:sz="4" w:space="0" w:color="000000"/>
              <w:left w:val="single" w:sz="4" w:space="0" w:color="000000"/>
              <w:bottom w:val="single" w:sz="4" w:space="0" w:color="000000"/>
              <w:right w:val="single" w:sz="4" w:space="0" w:color="000000"/>
            </w:tcBorders>
            <w:vAlign w:val="bottom"/>
          </w:tcPr>
          <w:p w14:paraId="2C57468D" w14:textId="75CFECDC" w:rsidR="00103E51" w:rsidRPr="00EB75F0" w:rsidRDefault="00103E51" w:rsidP="00C32B29">
            <w:pPr>
              <w:pStyle w:val="TableText"/>
              <w:spacing w:before="48" w:after="48"/>
              <w:rPr>
                <w:color w:val="000000"/>
                <w:sz w:val="18"/>
              </w:rPr>
            </w:pPr>
            <w:r w:rsidRPr="00EB75F0">
              <w:rPr>
                <w:color w:val="000000"/>
                <w:sz w:val="18"/>
              </w:rPr>
              <w:t xml:space="preserve">0-57%, </w:t>
            </w:r>
            <w:r w:rsidR="002A62EC" w:rsidRPr="00EB75F0">
              <w:rPr>
                <w:color w:val="000000"/>
                <w:sz w:val="18"/>
              </w:rPr>
              <w:t>substantial</w:t>
            </w:r>
            <w:r w:rsidRPr="00EB75F0">
              <w:rPr>
                <w:color w:val="000000"/>
                <w:sz w:val="18"/>
              </w:rPr>
              <w:t xml:space="preserve"> heterogeneity between studies for quetiapine versus placebo (57%)</w:t>
            </w:r>
          </w:p>
        </w:tc>
        <w:tc>
          <w:tcPr>
            <w:tcW w:w="993" w:type="pct"/>
            <w:gridSpan w:val="2"/>
            <w:tcBorders>
              <w:top w:val="single" w:sz="4" w:space="0" w:color="000000"/>
              <w:left w:val="single" w:sz="4" w:space="0" w:color="000000"/>
              <w:bottom w:val="single" w:sz="4" w:space="0" w:color="000000"/>
              <w:right w:val="single" w:sz="4" w:space="0" w:color="000000"/>
            </w:tcBorders>
            <w:vAlign w:val="bottom"/>
          </w:tcPr>
          <w:p w14:paraId="2B3A5B94" w14:textId="4F9CC9F8" w:rsidR="00103E51" w:rsidRPr="00EB75F0" w:rsidRDefault="00103E51" w:rsidP="00C32B29">
            <w:pPr>
              <w:pStyle w:val="TableText"/>
              <w:spacing w:before="48" w:after="48"/>
              <w:rPr>
                <w:rFonts w:ascii="Aptos Narrow" w:hAnsi="Aptos Narrow"/>
                <w:color w:val="000000"/>
                <w:sz w:val="18"/>
              </w:rPr>
            </w:pPr>
            <w:r w:rsidRPr="00EB75F0">
              <w:rPr>
                <w:color w:val="000000"/>
                <w:sz w:val="18"/>
              </w:rPr>
              <w:t xml:space="preserve">0-57%, </w:t>
            </w:r>
            <w:r w:rsidR="002A62EC" w:rsidRPr="00EB75F0">
              <w:rPr>
                <w:color w:val="000000"/>
                <w:sz w:val="18"/>
              </w:rPr>
              <w:t>substantial</w:t>
            </w:r>
            <w:r w:rsidRPr="00EB75F0">
              <w:rPr>
                <w:color w:val="000000"/>
                <w:sz w:val="18"/>
              </w:rPr>
              <w:t xml:space="preserve"> heterogeneity between studies for quetiapine versus placebo (57%)</w:t>
            </w:r>
          </w:p>
        </w:tc>
        <w:tc>
          <w:tcPr>
            <w:tcW w:w="995" w:type="pct"/>
            <w:tcBorders>
              <w:top w:val="single" w:sz="4" w:space="0" w:color="000000"/>
              <w:left w:val="single" w:sz="4" w:space="0" w:color="000000"/>
              <w:bottom w:val="single" w:sz="4" w:space="0" w:color="000000"/>
              <w:right w:val="single" w:sz="4" w:space="0" w:color="000000"/>
            </w:tcBorders>
            <w:vAlign w:val="center"/>
          </w:tcPr>
          <w:p w14:paraId="78D7F3C3" w14:textId="6B899266" w:rsidR="00103E51" w:rsidRPr="00EB75F0" w:rsidRDefault="00103E51" w:rsidP="00C32B29">
            <w:pPr>
              <w:pStyle w:val="TableText"/>
              <w:spacing w:before="48" w:after="48"/>
              <w:rPr>
                <w:rFonts w:ascii="Aptos Narrow" w:hAnsi="Aptos Narrow"/>
                <w:color w:val="000000"/>
                <w:sz w:val="18"/>
              </w:rPr>
            </w:pPr>
            <w:r w:rsidRPr="00EB75F0">
              <w:rPr>
                <w:color w:val="000000"/>
                <w:sz w:val="18"/>
              </w:rPr>
              <w:t xml:space="preserve">0-57%, </w:t>
            </w:r>
            <w:r w:rsidR="002A62EC" w:rsidRPr="00EB75F0">
              <w:rPr>
                <w:color w:val="000000"/>
                <w:sz w:val="18"/>
              </w:rPr>
              <w:t>substantial</w:t>
            </w:r>
            <w:r w:rsidRPr="00EB75F0">
              <w:rPr>
                <w:color w:val="000000"/>
                <w:sz w:val="18"/>
              </w:rPr>
              <w:t xml:space="preserve"> heterogeneity between studies for quetiapine versus placebo (57%)</w:t>
            </w:r>
          </w:p>
        </w:tc>
      </w:tr>
      <w:tr w:rsidR="00103E51" w:rsidRPr="00EB75F0" w14:paraId="6C34F636" w14:textId="77777777" w:rsidTr="00BE7241">
        <w:trPr>
          <w:trHeight w:val="58"/>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0000"/>
            <w:vAlign w:val="center"/>
          </w:tcPr>
          <w:p w14:paraId="56ED647D" w14:textId="77777777" w:rsidR="00103E51" w:rsidRPr="00EB75F0" w:rsidRDefault="00103E51" w:rsidP="00C32B29">
            <w:pPr>
              <w:pStyle w:val="TableText"/>
              <w:spacing w:before="48" w:after="48"/>
              <w:rPr>
                <w:rFonts w:ascii="Aptos Narrow" w:hAnsi="Aptos Narrow"/>
                <w:color w:val="FFFFFF"/>
                <w:sz w:val="18"/>
              </w:rPr>
            </w:pPr>
            <w:r w:rsidRPr="00EB75F0">
              <w:rPr>
                <w:color w:val="FFFFFF"/>
                <w:sz w:val="18"/>
                <w:highlight w:val="black"/>
              </w:rPr>
              <w:t>Node-splitting analyses</w:t>
            </w:r>
          </w:p>
        </w:tc>
      </w:tr>
      <w:tr w:rsidR="00103E51" w:rsidRPr="00EB75F0" w14:paraId="1F8A6C46" w14:textId="77777777" w:rsidTr="001A6E4F">
        <w:trPr>
          <w:trHeight w:val="58"/>
        </w:trPr>
        <w:tc>
          <w:tcPr>
            <w:tcW w:w="1002" w:type="pct"/>
            <w:tcBorders>
              <w:top w:val="single" w:sz="4" w:space="0" w:color="000000"/>
              <w:left w:val="single" w:sz="4" w:space="0" w:color="000000"/>
              <w:bottom w:val="single" w:sz="4" w:space="0" w:color="000000"/>
              <w:right w:val="single" w:sz="4" w:space="0" w:color="000000"/>
            </w:tcBorders>
            <w:vAlign w:val="center"/>
          </w:tcPr>
          <w:p w14:paraId="46D6578C" w14:textId="77777777" w:rsidR="00103E51" w:rsidRPr="00EB75F0" w:rsidRDefault="00103E51" w:rsidP="00C32B29">
            <w:pPr>
              <w:pStyle w:val="TableText"/>
              <w:spacing w:before="48" w:after="48"/>
              <w:rPr>
                <w:color w:val="000000"/>
                <w:sz w:val="18"/>
              </w:rPr>
            </w:pPr>
            <w:r w:rsidRPr="00EB75F0">
              <w:rPr>
                <w:color w:val="000000"/>
                <w:sz w:val="18"/>
              </w:rPr>
              <w:t>IF estimates suggesting inconsistency</w:t>
            </w:r>
          </w:p>
        </w:tc>
        <w:tc>
          <w:tcPr>
            <w:tcW w:w="2011" w:type="pct"/>
            <w:gridSpan w:val="3"/>
            <w:tcBorders>
              <w:top w:val="single" w:sz="4" w:space="0" w:color="000000"/>
              <w:left w:val="single" w:sz="4" w:space="0" w:color="000000"/>
              <w:bottom w:val="single" w:sz="4" w:space="0" w:color="000000"/>
              <w:right w:val="single" w:sz="4" w:space="0" w:color="000000"/>
            </w:tcBorders>
          </w:tcPr>
          <w:p w14:paraId="27E97F49" w14:textId="77777777" w:rsidR="00103E51" w:rsidRPr="00EB75F0" w:rsidRDefault="00103E51" w:rsidP="00C32B29">
            <w:pPr>
              <w:pStyle w:val="TableText"/>
              <w:spacing w:before="48" w:after="48"/>
              <w:rPr>
                <w:color w:val="000000"/>
                <w:sz w:val="18"/>
              </w:rPr>
            </w:pPr>
            <w:proofErr w:type="spellStart"/>
            <w:r w:rsidRPr="00EB75F0">
              <w:rPr>
                <w:color w:val="000000"/>
                <w:sz w:val="18"/>
              </w:rPr>
              <w:t>Brexpiprazole</w:t>
            </w:r>
            <w:proofErr w:type="spellEnd"/>
            <w:r w:rsidRPr="00EB75F0">
              <w:rPr>
                <w:color w:val="000000"/>
                <w:sz w:val="18"/>
              </w:rPr>
              <w:t xml:space="preserve"> versus aripiprazole IF: 5.60 × 10</w:t>
            </w:r>
            <w:r w:rsidRPr="00EB75F0">
              <w:rPr>
                <w:color w:val="000000"/>
                <w:sz w:val="18"/>
                <w:vertAlign w:val="superscript"/>
              </w:rPr>
              <w:t>19</w:t>
            </w:r>
            <w:r w:rsidRPr="00EB75F0">
              <w:rPr>
                <w:color w:val="000000"/>
                <w:sz w:val="18"/>
              </w:rPr>
              <w:t xml:space="preserve"> (95% </w:t>
            </w:r>
            <w:proofErr w:type="spellStart"/>
            <w:r w:rsidRPr="00EB75F0">
              <w:rPr>
                <w:color w:val="000000"/>
                <w:sz w:val="18"/>
              </w:rPr>
              <w:t>CrI</w:t>
            </w:r>
            <w:proofErr w:type="spellEnd"/>
            <w:r w:rsidRPr="00EB75F0">
              <w:rPr>
                <w:color w:val="000000"/>
                <w:sz w:val="18"/>
              </w:rPr>
              <w:t xml:space="preserve"> 5.12, 6.12 × 10</w:t>
            </w:r>
            <w:r w:rsidRPr="00EB75F0">
              <w:rPr>
                <w:color w:val="000000"/>
                <w:sz w:val="18"/>
                <w:vertAlign w:val="superscript"/>
              </w:rPr>
              <w:t>38</w:t>
            </w:r>
            <w:r w:rsidRPr="00EB75F0">
              <w:rPr>
                <w:color w:val="000000"/>
                <w:sz w:val="18"/>
              </w:rPr>
              <w:t>)</w:t>
            </w:r>
          </w:p>
        </w:tc>
        <w:tc>
          <w:tcPr>
            <w:tcW w:w="993" w:type="pct"/>
            <w:gridSpan w:val="2"/>
            <w:tcBorders>
              <w:top w:val="single" w:sz="4" w:space="0" w:color="000000"/>
              <w:left w:val="single" w:sz="4" w:space="0" w:color="000000"/>
              <w:bottom w:val="single" w:sz="4" w:space="0" w:color="000000"/>
              <w:right w:val="single" w:sz="4" w:space="0" w:color="000000"/>
            </w:tcBorders>
            <w:vAlign w:val="center"/>
          </w:tcPr>
          <w:p w14:paraId="43C4DCCD" w14:textId="77777777" w:rsidR="00103E51" w:rsidRPr="00EB75F0" w:rsidRDefault="00103E51" w:rsidP="00C32B29">
            <w:pPr>
              <w:pStyle w:val="TableText"/>
              <w:spacing w:before="48" w:after="48"/>
              <w:rPr>
                <w:color w:val="000000"/>
                <w:sz w:val="18"/>
              </w:rPr>
            </w:pPr>
            <w:proofErr w:type="spellStart"/>
            <w:r w:rsidRPr="00EB75F0">
              <w:rPr>
                <w:color w:val="000000"/>
                <w:sz w:val="18"/>
              </w:rPr>
              <w:t>Brexpiprazole</w:t>
            </w:r>
            <w:proofErr w:type="spellEnd"/>
            <w:r w:rsidRPr="00EB75F0">
              <w:rPr>
                <w:color w:val="000000"/>
                <w:sz w:val="18"/>
              </w:rPr>
              <w:t xml:space="preserve"> versus aripiprazole IF: 6.80 x 10</w:t>
            </w:r>
            <w:r w:rsidRPr="00EB75F0">
              <w:rPr>
                <w:color w:val="000000"/>
                <w:sz w:val="18"/>
                <w:vertAlign w:val="superscript"/>
              </w:rPr>
              <w:t>28</w:t>
            </w:r>
            <w:r w:rsidRPr="00EB75F0">
              <w:rPr>
                <w:color w:val="000000"/>
                <w:sz w:val="18"/>
              </w:rPr>
              <w:t xml:space="preserve"> (95% </w:t>
            </w:r>
            <w:proofErr w:type="spellStart"/>
            <w:r w:rsidRPr="00EB75F0">
              <w:rPr>
                <w:color w:val="000000"/>
                <w:sz w:val="18"/>
              </w:rPr>
              <w:t>CrI</w:t>
            </w:r>
            <w:proofErr w:type="spellEnd"/>
            <w:r w:rsidRPr="00EB75F0">
              <w:rPr>
                <w:color w:val="000000"/>
                <w:sz w:val="18"/>
              </w:rPr>
              <w:t xml:space="preserve"> 1.23 x 10</w:t>
            </w:r>
            <w:r w:rsidRPr="00EB75F0">
              <w:rPr>
                <w:color w:val="000000"/>
                <w:sz w:val="18"/>
                <w:vertAlign w:val="superscript"/>
              </w:rPr>
              <w:t>12</w:t>
            </w:r>
            <w:r w:rsidRPr="00EB75F0">
              <w:rPr>
                <w:color w:val="000000"/>
                <w:sz w:val="18"/>
              </w:rPr>
              <w:t>, 3.76 × 10</w:t>
            </w:r>
            <w:r w:rsidRPr="00EB75F0">
              <w:rPr>
                <w:color w:val="000000"/>
                <w:sz w:val="18"/>
                <w:vertAlign w:val="superscript"/>
              </w:rPr>
              <w:t>45</w:t>
            </w:r>
            <w:r w:rsidRPr="00EB75F0">
              <w:rPr>
                <w:color w:val="000000"/>
                <w:sz w:val="18"/>
              </w:rPr>
              <w:t>)</w:t>
            </w:r>
          </w:p>
        </w:tc>
        <w:tc>
          <w:tcPr>
            <w:tcW w:w="995" w:type="pct"/>
            <w:tcBorders>
              <w:top w:val="single" w:sz="4" w:space="0" w:color="000000"/>
              <w:left w:val="single" w:sz="4" w:space="0" w:color="000000"/>
              <w:bottom w:val="single" w:sz="4" w:space="0" w:color="000000"/>
              <w:right w:val="single" w:sz="4" w:space="0" w:color="000000"/>
            </w:tcBorders>
            <w:vAlign w:val="center"/>
          </w:tcPr>
          <w:p w14:paraId="725770AC" w14:textId="77777777" w:rsidR="00103E51" w:rsidRPr="00EB75F0" w:rsidRDefault="00103E51" w:rsidP="00C32B29">
            <w:pPr>
              <w:pStyle w:val="TableText"/>
              <w:spacing w:before="48" w:after="48"/>
              <w:rPr>
                <w:color w:val="000000"/>
                <w:sz w:val="18"/>
              </w:rPr>
            </w:pPr>
            <w:proofErr w:type="spellStart"/>
            <w:r w:rsidRPr="00EB75F0">
              <w:rPr>
                <w:color w:val="000000"/>
                <w:sz w:val="18"/>
              </w:rPr>
              <w:t>Brexpiprazole</w:t>
            </w:r>
            <w:proofErr w:type="spellEnd"/>
            <w:r w:rsidRPr="00EB75F0">
              <w:rPr>
                <w:color w:val="000000"/>
                <w:sz w:val="18"/>
              </w:rPr>
              <w:t xml:space="preserve"> versus aripiprazole IF: 7.83 x 10</w:t>
            </w:r>
            <w:r w:rsidRPr="00EB75F0">
              <w:rPr>
                <w:color w:val="000000"/>
                <w:sz w:val="18"/>
                <w:vertAlign w:val="superscript"/>
              </w:rPr>
              <w:t>11</w:t>
            </w:r>
            <w:r w:rsidRPr="00EB75F0">
              <w:rPr>
                <w:color w:val="000000"/>
                <w:sz w:val="18"/>
              </w:rPr>
              <w:t xml:space="preserve"> (95% </w:t>
            </w:r>
            <w:proofErr w:type="spellStart"/>
            <w:r w:rsidRPr="00EB75F0">
              <w:rPr>
                <w:color w:val="000000"/>
                <w:sz w:val="18"/>
              </w:rPr>
              <w:t>CrI</w:t>
            </w:r>
            <w:proofErr w:type="spellEnd"/>
            <w:r w:rsidRPr="00EB75F0">
              <w:rPr>
                <w:color w:val="000000"/>
                <w:sz w:val="18"/>
              </w:rPr>
              <w:t xml:space="preserve"> 0, 1.16 × 10</w:t>
            </w:r>
            <w:r w:rsidRPr="00EB75F0">
              <w:rPr>
                <w:color w:val="000000"/>
                <w:sz w:val="18"/>
                <w:vertAlign w:val="superscript"/>
              </w:rPr>
              <w:t>28</w:t>
            </w:r>
            <w:r w:rsidRPr="00EB75F0">
              <w:rPr>
                <w:color w:val="000000"/>
                <w:sz w:val="18"/>
              </w:rPr>
              <w:t>)</w:t>
            </w:r>
          </w:p>
        </w:tc>
      </w:tr>
      <w:tr w:rsidR="00103E51" w:rsidRPr="00EB75F0" w14:paraId="693B80DA" w14:textId="77777777" w:rsidTr="00BE7241">
        <w:trPr>
          <w:trHeight w:val="58"/>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1C688197" w14:textId="631FE921" w:rsidR="00103E51" w:rsidRPr="00EB75F0" w:rsidRDefault="00103E51" w:rsidP="00C32B29">
            <w:pPr>
              <w:pStyle w:val="Legend"/>
              <w:spacing w:before="48" w:after="48"/>
              <w:rPr>
                <w:sz w:val="16"/>
              </w:rPr>
            </w:pPr>
            <w:r w:rsidRPr="00EB75F0">
              <w:rPr>
                <w:b/>
                <w:sz w:val="16"/>
              </w:rPr>
              <w:t>Key:</w:t>
            </w:r>
            <w:r w:rsidRPr="00EB75F0">
              <w:rPr>
                <w:sz w:val="16"/>
              </w:rPr>
              <w:t xml:space="preserve"> </w:t>
            </w:r>
            <w:proofErr w:type="spellStart"/>
            <w:r w:rsidRPr="00EB75F0">
              <w:rPr>
                <w:sz w:val="16"/>
              </w:rPr>
              <w:t>CrI</w:t>
            </w:r>
            <w:proofErr w:type="spellEnd"/>
            <w:r w:rsidRPr="00EB75F0">
              <w:rPr>
                <w:sz w:val="16"/>
              </w:rPr>
              <w:t>, credible interval; DIC, deviance information criterion; FE, fixed-effects; OR, odds ratio; RE, random-effects; IF, inconsistency factor</w:t>
            </w:r>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KarXT</w:t>
            </w:r>
            <w:proofErr w:type="spellEnd"/>
            <w:r w:rsidR="00DB65DB" w:rsidRPr="00DB65DB">
              <w:rPr>
                <w:rFonts w:asciiTheme="majorHAnsi" w:hAnsiTheme="majorHAnsi" w:cstheme="majorHAnsi"/>
                <w:sz w:val="16"/>
              </w:rPr>
              <w:t xml:space="preserve">, </w:t>
            </w:r>
            <w:proofErr w:type="spellStart"/>
            <w:r w:rsidR="00DB65DB" w:rsidRPr="00DB65DB">
              <w:rPr>
                <w:rFonts w:asciiTheme="majorHAnsi" w:hAnsiTheme="majorHAnsi" w:cstheme="majorHAnsi"/>
                <w:sz w:val="16"/>
              </w:rPr>
              <w:t>xanomeline</w:t>
            </w:r>
            <w:proofErr w:type="spellEnd"/>
            <w:r w:rsidR="00DB65DB" w:rsidRPr="00DB65DB">
              <w:rPr>
                <w:rFonts w:asciiTheme="majorHAnsi" w:hAnsiTheme="majorHAnsi" w:cstheme="majorHAnsi"/>
                <w:sz w:val="16"/>
              </w:rPr>
              <w:t>/</w:t>
            </w:r>
            <w:proofErr w:type="spellStart"/>
            <w:r w:rsidR="00DB65DB" w:rsidRPr="00DB65DB">
              <w:rPr>
                <w:rFonts w:asciiTheme="majorHAnsi" w:hAnsiTheme="majorHAnsi" w:cstheme="majorHAnsi"/>
                <w:sz w:val="16"/>
              </w:rPr>
              <w:t>trospium</w:t>
            </w:r>
            <w:proofErr w:type="spellEnd"/>
            <w:r w:rsidR="00DB65DB" w:rsidRPr="00DB65DB">
              <w:rPr>
                <w:rFonts w:asciiTheme="majorHAnsi" w:hAnsiTheme="majorHAnsi" w:cstheme="majorHAnsi"/>
                <w:sz w:val="16"/>
              </w:rPr>
              <w:t xml:space="preserve"> chloride</w:t>
            </w:r>
          </w:p>
          <w:p w14:paraId="70402E42" w14:textId="77777777" w:rsidR="00103E51" w:rsidRPr="00EB75F0" w:rsidRDefault="00103E51" w:rsidP="00C32B29">
            <w:pPr>
              <w:pStyle w:val="TableText"/>
              <w:spacing w:before="48" w:after="48"/>
              <w:rPr>
                <w:rFonts w:ascii="Aptos Narrow" w:hAnsi="Aptos Narrow"/>
                <w:color w:val="000000"/>
                <w:sz w:val="18"/>
              </w:rPr>
            </w:pPr>
            <w:r w:rsidRPr="00EB75F0">
              <w:rPr>
                <w:b/>
                <w:sz w:val="16"/>
              </w:rPr>
              <w:t>Notes:</w:t>
            </w:r>
            <w:r w:rsidRPr="00EB75F0">
              <w:rPr>
                <w:sz w:val="16"/>
              </w:rPr>
              <w:t xml:space="preserve"> </w:t>
            </w:r>
            <w:r w:rsidRPr="00EB75F0">
              <w:rPr>
                <w:sz w:val="16"/>
                <w:shd w:val="clear" w:color="auto" w:fill="FFFCCC"/>
              </w:rPr>
              <w:t>Pale yellow highlight</w:t>
            </w:r>
            <w:r w:rsidRPr="00EB75F0">
              <w:rPr>
                <w:sz w:val="16"/>
              </w:rPr>
              <w:t xml:space="preserve"> indicates the base case model; statistically significant differences are highlighted in </w:t>
            </w:r>
            <w:r w:rsidRPr="00EB75F0">
              <w:rPr>
                <w:b/>
                <w:sz w:val="16"/>
              </w:rPr>
              <w:t>bold</w:t>
            </w:r>
            <w:r w:rsidRPr="00EB75F0">
              <w:rPr>
                <w:sz w:val="16"/>
              </w:rPr>
              <w:t>.</w:t>
            </w:r>
          </w:p>
        </w:tc>
      </w:tr>
    </w:tbl>
    <w:p w14:paraId="235D33D5" w14:textId="3EC33381" w:rsidR="001A6E4F" w:rsidRDefault="001A6E4F" w:rsidP="001A6E4F">
      <w:pPr>
        <w:pStyle w:val="Heading3"/>
      </w:pPr>
      <w:r w:rsidRPr="007F6A73">
        <w:lastRenderedPageBreak/>
        <w:t xml:space="preserve">Figure </w:t>
      </w:r>
      <w:r>
        <w:t>S</w:t>
      </w:r>
      <w:fldSimple w:instr=" SEQ Figure \* ARABIC ">
        <w:r w:rsidR="004B2F28">
          <w:rPr>
            <w:noProof/>
          </w:rPr>
          <w:t>98</w:t>
        </w:r>
      </w:fldSimple>
      <w:r w:rsidRPr="007F6A73">
        <w:t xml:space="preserve">: </w:t>
      </w:r>
      <w:r>
        <w:t>Somnolence</w:t>
      </w:r>
      <w:r w:rsidRPr="00EB75F0">
        <w:t xml:space="preserve"> –</w:t>
      </w:r>
      <w:r w:rsidRPr="00C228BD">
        <w:t xml:space="preserve"> </w:t>
      </w:r>
      <w:r>
        <w:t xml:space="preserve">distribution of potential effect modifiers by treatment node </w:t>
      </w:r>
      <w:r w:rsidRPr="007F6A73">
        <w:t>–</w:t>
      </w:r>
      <w:r>
        <w:t xml:space="preserve"> </w:t>
      </w:r>
      <w:r w:rsidRPr="00EB75F0">
        <w:t>base case network</w:t>
      </w:r>
      <w:r w:rsidRPr="007F6A73">
        <w:t xml:space="preserve"> </w:t>
      </w:r>
      <w:r w:rsidRPr="007F6A73">
        <w:rPr>
          <w:noProof/>
        </w:rPr>
        <w:drawing>
          <wp:inline distT="0" distB="0" distL="0" distR="0" wp14:anchorId="3CAA91B3" wp14:editId="10E91A13">
            <wp:extent cx="6119495" cy="7420745"/>
            <wp:effectExtent l="0" t="0" r="0" b="8890"/>
            <wp:docPr id="305724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24035" name="Picture 1"/>
                    <pic:cNvPicPr>
                      <a:picLocks noChangeAspect="1" noChangeArrowheads="1"/>
                    </pic:cNvPicPr>
                  </pic:nvPicPr>
                  <pic:blipFill>
                    <a:blip r:embed="rId119"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34051C02" w14:textId="558AA409" w:rsidR="00204334" w:rsidRPr="009E25E6" w:rsidRDefault="00204334" w:rsidP="00204334">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w:t>
      </w:r>
      <w:r>
        <w:rPr>
          <w:sz w:val="20"/>
        </w:rPr>
        <w:t>51</w:t>
      </w:r>
      <w:r w:rsidRPr="009E25E6">
        <w:rPr>
          <w:sz w:val="20"/>
        </w:rPr>
        <w:t>, 0</w:t>
      </w:r>
      <w:r>
        <w:rPr>
          <w:sz w:val="20"/>
        </w:rPr>
        <w:t>.14</w:t>
      </w:r>
      <w:r w:rsidRPr="009E25E6">
        <w:rPr>
          <w:sz w:val="20"/>
        </w:rPr>
        <w:t>, 0.</w:t>
      </w:r>
      <w:r>
        <w:rPr>
          <w:sz w:val="20"/>
        </w:rPr>
        <w:t>12</w:t>
      </w:r>
      <w:r w:rsidRPr="009E25E6">
        <w:rPr>
          <w:sz w:val="20"/>
        </w:rPr>
        <w:t>, 0</w:t>
      </w:r>
      <w:r>
        <w:rPr>
          <w:sz w:val="20"/>
        </w:rPr>
        <w:t>.84</w:t>
      </w:r>
      <w:r w:rsidRPr="009E25E6">
        <w:rPr>
          <w:sz w:val="20"/>
        </w:rPr>
        <w:t>, 0.</w:t>
      </w:r>
      <w:r>
        <w:rPr>
          <w:sz w:val="20"/>
        </w:rPr>
        <w:t>27</w:t>
      </w:r>
      <w:r w:rsidRPr="009E25E6">
        <w:rPr>
          <w:sz w:val="20"/>
        </w:rPr>
        <w:t>, and 0.</w:t>
      </w:r>
      <w:r>
        <w:rPr>
          <w:sz w:val="20"/>
        </w:rPr>
        <w:t>45</w:t>
      </w:r>
      <w:r w:rsidRPr="009E25E6">
        <w:rPr>
          <w:sz w:val="20"/>
        </w:rPr>
        <w:t xml:space="preserve">, for percentage male, mean age, mean PANSS total score, mean PANSS positive score, mean PANSS negative score, and mean CGI-S score at baseline, respectively. This indicates no significant difference between </w:t>
      </w:r>
      <w:r>
        <w:rPr>
          <w:sz w:val="20"/>
        </w:rPr>
        <w:t xml:space="preserve">treatment </w:t>
      </w:r>
      <w:r w:rsidRPr="009E25E6">
        <w:rPr>
          <w:sz w:val="20"/>
        </w:rPr>
        <w:t>nodes</w:t>
      </w:r>
      <w:r>
        <w:rPr>
          <w:sz w:val="20"/>
        </w:rPr>
        <w:t>.</w:t>
      </w:r>
    </w:p>
    <w:p w14:paraId="03BC5B0E" w14:textId="77777777" w:rsidR="00A1591B" w:rsidRDefault="00A1591B">
      <w:pPr>
        <w:pStyle w:val="Legend"/>
        <w:spacing w:before="48" w:after="48"/>
        <w:rPr>
          <w:sz w:val="22"/>
        </w:rPr>
      </w:pPr>
    </w:p>
    <w:p w14:paraId="6BFDCAD0" w14:textId="3384003E" w:rsidR="008E2CC3" w:rsidRDefault="008E2CC3" w:rsidP="008E2CC3">
      <w:pPr>
        <w:pStyle w:val="Heading3"/>
      </w:pPr>
      <w:r w:rsidRPr="007F6A73">
        <w:lastRenderedPageBreak/>
        <w:t xml:space="preserve">Figure </w:t>
      </w:r>
      <w:r>
        <w:t>S</w:t>
      </w:r>
      <w:fldSimple w:instr=" SEQ Figure \* ARABIC ">
        <w:r w:rsidR="004B2F28">
          <w:rPr>
            <w:noProof/>
          </w:rPr>
          <w:t>99</w:t>
        </w:r>
      </w:fldSimple>
      <w:r w:rsidRPr="007F6A73">
        <w:t xml:space="preserve">: </w:t>
      </w:r>
      <w:r>
        <w:t>Somnolence</w:t>
      </w:r>
      <w:r w:rsidRPr="00EB75F0">
        <w:t xml:space="preserve"> –</w:t>
      </w:r>
      <w:r w:rsidRPr="00C228BD">
        <w:t xml:space="preserve"> </w:t>
      </w:r>
      <w:r>
        <w:t xml:space="preserve">distribution of potential effect modifiers by treatment node </w:t>
      </w:r>
      <w:r w:rsidRPr="007F6A73">
        <w:t>–</w:t>
      </w:r>
      <w:r>
        <w:t xml:space="preserve"> </w:t>
      </w:r>
      <w:r w:rsidR="002E0A8B" w:rsidRPr="00EB75F0">
        <w:t>sensitivity analysis excluding studies with predominantly Asian populations</w:t>
      </w:r>
      <w:r w:rsidR="002E0A8B" w:rsidRPr="007F6A73">
        <w:rPr>
          <w:noProof/>
        </w:rPr>
        <w:t xml:space="preserve"> </w:t>
      </w:r>
      <w:r w:rsidRPr="007F6A73">
        <w:rPr>
          <w:noProof/>
        </w:rPr>
        <w:drawing>
          <wp:inline distT="0" distB="0" distL="0" distR="0" wp14:anchorId="6535CE7C" wp14:editId="2729FD59">
            <wp:extent cx="6119495" cy="7420745"/>
            <wp:effectExtent l="0" t="0" r="0" b="8890"/>
            <wp:docPr id="795009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09703" name="Picture 1"/>
                    <pic:cNvPicPr>
                      <a:picLocks noChangeAspect="1" noChangeArrowheads="1"/>
                    </pic:cNvPicPr>
                  </pic:nvPicPr>
                  <pic:blipFill>
                    <a:blip r:embed="rId120"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025A81E5" w14:textId="1CF8807B" w:rsidR="008E2CC3" w:rsidRPr="009E25E6" w:rsidRDefault="008E2CC3" w:rsidP="008E2CC3">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w:t>
      </w:r>
      <w:r w:rsidR="00593521">
        <w:rPr>
          <w:sz w:val="20"/>
        </w:rPr>
        <w:t>36</w:t>
      </w:r>
      <w:r w:rsidRPr="009E25E6">
        <w:rPr>
          <w:sz w:val="20"/>
        </w:rPr>
        <w:t>, 0</w:t>
      </w:r>
      <w:r>
        <w:rPr>
          <w:sz w:val="20"/>
        </w:rPr>
        <w:t>.1</w:t>
      </w:r>
      <w:r w:rsidR="00593521">
        <w:rPr>
          <w:sz w:val="20"/>
        </w:rPr>
        <w:t>1</w:t>
      </w:r>
      <w:r w:rsidRPr="009E25E6">
        <w:rPr>
          <w:sz w:val="20"/>
        </w:rPr>
        <w:t>, 0.</w:t>
      </w:r>
      <w:r>
        <w:rPr>
          <w:sz w:val="20"/>
        </w:rPr>
        <w:t>12</w:t>
      </w:r>
      <w:r w:rsidRPr="009E25E6">
        <w:rPr>
          <w:sz w:val="20"/>
        </w:rPr>
        <w:t>, 0</w:t>
      </w:r>
      <w:r>
        <w:rPr>
          <w:sz w:val="20"/>
        </w:rPr>
        <w:t>.84</w:t>
      </w:r>
      <w:r w:rsidRPr="009E25E6">
        <w:rPr>
          <w:sz w:val="20"/>
        </w:rPr>
        <w:t>, 0.</w:t>
      </w:r>
      <w:r>
        <w:rPr>
          <w:sz w:val="20"/>
        </w:rPr>
        <w:t>27</w:t>
      </w:r>
      <w:r w:rsidRPr="009E25E6">
        <w:rPr>
          <w:sz w:val="20"/>
        </w:rPr>
        <w:t>, and 0.</w:t>
      </w:r>
      <w:r>
        <w:rPr>
          <w:sz w:val="20"/>
        </w:rPr>
        <w:t>45</w:t>
      </w:r>
      <w:r w:rsidRPr="009E25E6">
        <w:rPr>
          <w:sz w:val="20"/>
        </w:rPr>
        <w:t xml:space="preserve">, for percentage male, mean age, mean PANSS total score, mean PANSS positive score, mean PANSS negative score, and mean CGI-S score at baseline, respectively. This indicates no significant difference between </w:t>
      </w:r>
      <w:r>
        <w:rPr>
          <w:sz w:val="20"/>
        </w:rPr>
        <w:t xml:space="preserve">treatment </w:t>
      </w:r>
      <w:r w:rsidRPr="009E25E6">
        <w:rPr>
          <w:sz w:val="20"/>
        </w:rPr>
        <w:t>nodes</w:t>
      </w:r>
      <w:r>
        <w:rPr>
          <w:sz w:val="20"/>
        </w:rPr>
        <w:t>.</w:t>
      </w:r>
    </w:p>
    <w:p w14:paraId="37B76188" w14:textId="77777777" w:rsidR="008E2CC3" w:rsidRDefault="008E2CC3">
      <w:pPr>
        <w:pStyle w:val="Legend"/>
        <w:spacing w:before="48" w:after="48"/>
        <w:rPr>
          <w:sz w:val="22"/>
        </w:rPr>
      </w:pPr>
    </w:p>
    <w:p w14:paraId="1125643E" w14:textId="32DF8AC8" w:rsidR="00593521" w:rsidRDefault="00593521" w:rsidP="00593521">
      <w:pPr>
        <w:pStyle w:val="Heading3"/>
      </w:pPr>
      <w:r w:rsidRPr="007F6A73">
        <w:lastRenderedPageBreak/>
        <w:t xml:space="preserve">Figure </w:t>
      </w:r>
      <w:r>
        <w:t>S</w:t>
      </w:r>
      <w:fldSimple w:instr=" SEQ Figure \* ARABIC ">
        <w:r w:rsidR="004B2F28">
          <w:rPr>
            <w:noProof/>
          </w:rPr>
          <w:t>100</w:t>
        </w:r>
      </w:fldSimple>
      <w:r w:rsidRPr="007F6A73">
        <w:t xml:space="preserve">: </w:t>
      </w:r>
      <w:r>
        <w:t>Somnolence</w:t>
      </w:r>
      <w:r w:rsidRPr="00EB75F0">
        <w:t xml:space="preserve"> –</w:t>
      </w:r>
      <w:r w:rsidRPr="00C228BD">
        <w:t xml:space="preserve"> </w:t>
      </w:r>
      <w:r>
        <w:t xml:space="preserve">distribution of potential effect modifiers by treatment node </w:t>
      </w:r>
      <w:r w:rsidRPr="007F6A73">
        <w:t>–</w:t>
      </w:r>
      <w:r>
        <w:t xml:space="preserve"> </w:t>
      </w:r>
      <w:r w:rsidR="003D33C3" w:rsidRPr="00EB75F0">
        <w:t xml:space="preserve">sensitivity analysis excluding studies with outlier placebo effect size </w:t>
      </w:r>
      <w:r w:rsidRPr="007F6A73">
        <w:rPr>
          <w:noProof/>
        </w:rPr>
        <w:drawing>
          <wp:inline distT="0" distB="0" distL="0" distR="0" wp14:anchorId="64970888" wp14:editId="399F165F">
            <wp:extent cx="6119495" cy="7420745"/>
            <wp:effectExtent l="0" t="0" r="0" b="8890"/>
            <wp:docPr id="1981593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593423" name="Picture 1"/>
                    <pic:cNvPicPr>
                      <a:picLocks noChangeAspect="1" noChangeArrowheads="1"/>
                    </pic:cNvPicPr>
                  </pic:nvPicPr>
                  <pic:blipFill>
                    <a:blip r:embed="rId121" cstate="print">
                      <a:extLst>
                        <a:ext uri="{28A0092B-C50C-407E-A947-70E740481C1C}">
                          <a14:useLocalDpi xmlns:a14="http://schemas.microsoft.com/office/drawing/2010/main"/>
                        </a:ext>
                      </a:extLst>
                    </a:blip>
                    <a:srcRect/>
                    <a:stretch>
                      <a:fillRect/>
                    </a:stretch>
                  </pic:blipFill>
                  <pic:spPr bwMode="auto">
                    <a:xfrm>
                      <a:off x="0" y="0"/>
                      <a:ext cx="6119495" cy="7420745"/>
                    </a:xfrm>
                    <a:prstGeom prst="rect">
                      <a:avLst/>
                    </a:prstGeom>
                    <a:noFill/>
                    <a:ln>
                      <a:noFill/>
                    </a:ln>
                    <a:extLst>
                      <a:ext uri="{53640926-AAD7-44D8-BBD7-CCE9431645EC}">
                        <a14:shadowObscured xmlns:a14="http://schemas.microsoft.com/office/drawing/2010/main"/>
                      </a:ext>
                    </a:extLst>
                  </pic:spPr>
                </pic:pic>
              </a:graphicData>
            </a:graphic>
          </wp:inline>
        </w:drawing>
      </w:r>
    </w:p>
    <w:p w14:paraId="62835D16" w14:textId="191CB802" w:rsidR="00593521" w:rsidRPr="009E25E6" w:rsidRDefault="00593521" w:rsidP="00593521">
      <w:pPr>
        <w:spacing w:before="0" w:after="200" w:line="276" w:lineRule="auto"/>
        <w:rPr>
          <w:sz w:val="20"/>
        </w:rPr>
      </w:pPr>
      <w:r w:rsidRPr="009E25E6">
        <w:rPr>
          <w:sz w:val="20"/>
        </w:rPr>
        <w:t>The normality assumption of the ANOVA residuals for each potential effect modifier was confirmed by the Shapiro</w:t>
      </w:r>
      <w:r>
        <w:rPr>
          <w:sz w:val="20"/>
        </w:rPr>
        <w:t>-</w:t>
      </w:r>
      <w:r w:rsidRPr="009E25E6">
        <w:rPr>
          <w:sz w:val="20"/>
        </w:rPr>
        <w:t>Wilk normality test. The p-value for the ANOVA F-test is 0.</w:t>
      </w:r>
      <w:r w:rsidR="00191D56">
        <w:rPr>
          <w:sz w:val="20"/>
        </w:rPr>
        <w:t>44</w:t>
      </w:r>
      <w:r w:rsidRPr="009E25E6">
        <w:rPr>
          <w:sz w:val="20"/>
        </w:rPr>
        <w:t>, 0</w:t>
      </w:r>
      <w:r>
        <w:rPr>
          <w:sz w:val="20"/>
        </w:rPr>
        <w:t>.1</w:t>
      </w:r>
      <w:r w:rsidR="00191D56">
        <w:rPr>
          <w:sz w:val="20"/>
        </w:rPr>
        <w:t>6</w:t>
      </w:r>
      <w:r w:rsidRPr="009E25E6">
        <w:rPr>
          <w:sz w:val="20"/>
        </w:rPr>
        <w:t>, 0.</w:t>
      </w:r>
      <w:r w:rsidR="00191D56">
        <w:rPr>
          <w:sz w:val="20"/>
        </w:rPr>
        <w:t>23</w:t>
      </w:r>
      <w:r w:rsidRPr="009E25E6">
        <w:rPr>
          <w:sz w:val="20"/>
        </w:rPr>
        <w:t>, 0</w:t>
      </w:r>
      <w:r>
        <w:rPr>
          <w:sz w:val="20"/>
        </w:rPr>
        <w:t>.</w:t>
      </w:r>
      <w:r w:rsidR="00191D56">
        <w:rPr>
          <w:sz w:val="20"/>
        </w:rPr>
        <w:t>92</w:t>
      </w:r>
      <w:r w:rsidRPr="009E25E6">
        <w:rPr>
          <w:sz w:val="20"/>
        </w:rPr>
        <w:t>, 0.</w:t>
      </w:r>
      <w:r w:rsidR="00191D56">
        <w:rPr>
          <w:sz w:val="20"/>
        </w:rPr>
        <w:t>32</w:t>
      </w:r>
      <w:r w:rsidRPr="009E25E6">
        <w:rPr>
          <w:sz w:val="20"/>
        </w:rPr>
        <w:t>, and 0.</w:t>
      </w:r>
      <w:r w:rsidR="00191D56">
        <w:rPr>
          <w:sz w:val="20"/>
        </w:rPr>
        <w:t>57</w:t>
      </w:r>
      <w:r w:rsidRPr="009E25E6">
        <w:rPr>
          <w:sz w:val="20"/>
        </w:rPr>
        <w:t xml:space="preserve">, for percentage male, mean age, mean PANSS total score, mean PANSS positive score, mean PANSS negative score, and mean CGI-S score at baseline, respectively. This indicates no significant difference between </w:t>
      </w:r>
      <w:r>
        <w:rPr>
          <w:sz w:val="20"/>
        </w:rPr>
        <w:t xml:space="preserve">treatment </w:t>
      </w:r>
      <w:r w:rsidRPr="009E25E6">
        <w:rPr>
          <w:sz w:val="20"/>
        </w:rPr>
        <w:t>nodes</w:t>
      </w:r>
      <w:r>
        <w:rPr>
          <w:sz w:val="20"/>
        </w:rPr>
        <w:t>.</w:t>
      </w:r>
    </w:p>
    <w:p w14:paraId="03EF3A32" w14:textId="77777777" w:rsidR="00593521" w:rsidRPr="00EB75F0" w:rsidRDefault="00593521">
      <w:pPr>
        <w:pStyle w:val="Legend"/>
        <w:spacing w:before="48" w:after="48"/>
        <w:rPr>
          <w:sz w:val="22"/>
        </w:rPr>
        <w:sectPr w:rsidR="00593521" w:rsidRPr="00EB75F0">
          <w:pgSz w:w="11906" w:h="16838"/>
          <w:pgMar w:top="1134" w:right="1134" w:bottom="1134" w:left="1134" w:header="567" w:footer="567" w:gutter="0"/>
          <w:cols w:space="708"/>
          <w:docGrid w:linePitch="360"/>
        </w:sectPr>
      </w:pPr>
    </w:p>
    <w:p w14:paraId="0BF76AF4" w14:textId="5EBB1E8E" w:rsidR="00EF35F6" w:rsidRPr="00EB75F0" w:rsidRDefault="00A06AE8" w:rsidP="00434B93">
      <w:pPr>
        <w:pStyle w:val="Heading3"/>
      </w:pPr>
      <w:r w:rsidRPr="00EB75F0">
        <w:lastRenderedPageBreak/>
        <w:t>Table S</w:t>
      </w:r>
      <w:fldSimple w:instr=" STYLEREF 1 \s ">
        <w:r w:rsidR="004B2F28">
          <w:rPr>
            <w:noProof/>
          </w:rPr>
          <w:t>13</w:t>
        </w:r>
      </w:fldSimple>
      <w:r w:rsidR="00EE288E" w:rsidRPr="00EB75F0">
        <w:noBreakHyphen/>
      </w:r>
      <w:fldSimple w:instr=" SEQ Table \* ARABIC \s 1 ">
        <w:r w:rsidR="004B2F28">
          <w:rPr>
            <w:noProof/>
          </w:rPr>
          <w:t>48</w:t>
        </w:r>
      </w:fldSimple>
      <w:r w:rsidR="00EF35F6" w:rsidRPr="00EB75F0">
        <w:t xml:space="preserve">: </w:t>
      </w:r>
      <w:r w:rsidR="004E0B0B" w:rsidRPr="00EB75F0">
        <w:t>Somnolence</w:t>
      </w:r>
      <w:r w:rsidR="00E41928" w:rsidRPr="00EB75F0">
        <w:t xml:space="preserve"> – League tables – random-effects model, base case network – OR (95% </w:t>
      </w:r>
      <w:proofErr w:type="spellStart"/>
      <w:r w:rsidR="00E41928" w:rsidRPr="00EB75F0">
        <w:t>CrI</w:t>
      </w:r>
      <w:proofErr w:type="spellEnd"/>
      <w:r w:rsidR="00E41928" w:rsidRPr="00EB75F0">
        <w:t>)</w:t>
      </w:r>
    </w:p>
    <w:tbl>
      <w:tblPr>
        <w:tblStyle w:val="Lumanitytable"/>
        <w:tblW w:w="14646" w:type="dxa"/>
        <w:tblLayout w:type="fixed"/>
        <w:tblLook w:val="04A0" w:firstRow="1" w:lastRow="0" w:firstColumn="1" w:lastColumn="0" w:noHBand="0" w:noVBand="1"/>
      </w:tblPr>
      <w:tblGrid>
        <w:gridCol w:w="2046"/>
        <w:gridCol w:w="1643"/>
        <w:gridCol w:w="1643"/>
        <w:gridCol w:w="1506"/>
        <w:gridCol w:w="1617"/>
        <w:gridCol w:w="1532"/>
        <w:gridCol w:w="1506"/>
        <w:gridCol w:w="1506"/>
        <w:gridCol w:w="1647"/>
      </w:tblGrid>
      <w:tr w:rsidR="00B709F6" w:rsidRPr="00EB75F0" w14:paraId="50A92E8D" w14:textId="77777777" w:rsidTr="00E71660">
        <w:trPr>
          <w:cnfStyle w:val="100000000000" w:firstRow="1" w:lastRow="0" w:firstColumn="0" w:lastColumn="0" w:oddVBand="0" w:evenVBand="0" w:oddHBand="0" w:evenHBand="0" w:firstRowFirstColumn="0" w:firstRowLastColumn="0" w:lastRowFirstColumn="0" w:lastRowLastColumn="0"/>
          <w:trHeight w:val="288"/>
          <w:tblHeader/>
        </w:trPr>
        <w:tc>
          <w:tcPr>
            <w:tcW w:w="2046" w:type="dxa"/>
            <w:vAlign w:val="center"/>
            <w:hideMark/>
          </w:tcPr>
          <w:p w14:paraId="2DE46FD6" w14:textId="77777777" w:rsidR="00B709F6" w:rsidRPr="00EB75F0" w:rsidRDefault="00B709F6" w:rsidP="00E71660">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643" w:type="dxa"/>
            <w:vAlign w:val="center"/>
            <w:hideMark/>
          </w:tcPr>
          <w:p w14:paraId="2FA33704" w14:textId="77777777" w:rsidR="00B709F6" w:rsidRPr="00EB75F0" w:rsidRDefault="00B709F6" w:rsidP="00E71660">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643" w:type="dxa"/>
            <w:vAlign w:val="center"/>
            <w:hideMark/>
          </w:tcPr>
          <w:p w14:paraId="238258DD" w14:textId="77777777" w:rsidR="00B709F6" w:rsidRPr="00EB75F0" w:rsidRDefault="00B709F6" w:rsidP="00E71660">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506" w:type="dxa"/>
            <w:vAlign w:val="center"/>
            <w:hideMark/>
          </w:tcPr>
          <w:p w14:paraId="5A97E9E7" w14:textId="77777777" w:rsidR="00B709F6" w:rsidRPr="00EB75F0" w:rsidRDefault="00B709F6" w:rsidP="00E71660">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617" w:type="dxa"/>
            <w:vAlign w:val="center"/>
            <w:hideMark/>
          </w:tcPr>
          <w:p w14:paraId="10F53809" w14:textId="3800FE56" w:rsidR="00B709F6" w:rsidRPr="00EB75F0" w:rsidRDefault="009A3ECD" w:rsidP="00E71660">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532" w:type="dxa"/>
            <w:vAlign w:val="center"/>
            <w:hideMark/>
          </w:tcPr>
          <w:p w14:paraId="2A736113" w14:textId="77777777" w:rsidR="00B709F6" w:rsidRPr="00EB75F0" w:rsidRDefault="00B709F6" w:rsidP="00E71660">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506" w:type="dxa"/>
            <w:vAlign w:val="center"/>
            <w:hideMark/>
          </w:tcPr>
          <w:p w14:paraId="275FEB66" w14:textId="77777777" w:rsidR="00B709F6" w:rsidRPr="00EB75F0" w:rsidRDefault="00B709F6" w:rsidP="00E71660">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506" w:type="dxa"/>
            <w:vAlign w:val="center"/>
            <w:hideMark/>
          </w:tcPr>
          <w:p w14:paraId="25D66533" w14:textId="77777777" w:rsidR="00B709F6" w:rsidRPr="00EB75F0" w:rsidRDefault="00B709F6" w:rsidP="00E71660">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647" w:type="dxa"/>
            <w:vAlign w:val="center"/>
            <w:hideMark/>
          </w:tcPr>
          <w:p w14:paraId="2CF51166" w14:textId="77777777" w:rsidR="00B709F6" w:rsidRPr="00EB75F0" w:rsidRDefault="00B709F6" w:rsidP="00E71660">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E71660" w:rsidRPr="00EB75F0" w14:paraId="318EDE9A" w14:textId="77777777" w:rsidTr="00E71660">
        <w:trPr>
          <w:trHeight w:val="288"/>
        </w:trPr>
        <w:tc>
          <w:tcPr>
            <w:tcW w:w="2046" w:type="dxa"/>
            <w:vAlign w:val="center"/>
            <w:hideMark/>
          </w:tcPr>
          <w:p w14:paraId="056BAF6B"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643" w:type="dxa"/>
            <w:vAlign w:val="center"/>
          </w:tcPr>
          <w:p w14:paraId="0F354755"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1.28 (0.74, 2.2)</w:t>
            </w:r>
          </w:p>
        </w:tc>
        <w:tc>
          <w:tcPr>
            <w:tcW w:w="1643" w:type="dxa"/>
            <w:vAlign w:val="center"/>
          </w:tcPr>
          <w:p w14:paraId="09FE48D8"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 (0.53, 1.92)</w:t>
            </w:r>
          </w:p>
        </w:tc>
        <w:tc>
          <w:tcPr>
            <w:tcW w:w="1506" w:type="dxa"/>
            <w:vAlign w:val="center"/>
          </w:tcPr>
          <w:p w14:paraId="7B3D4C73"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0.98 (0.22, 4.63)</w:t>
            </w:r>
          </w:p>
        </w:tc>
        <w:tc>
          <w:tcPr>
            <w:tcW w:w="1617" w:type="dxa"/>
            <w:shd w:val="clear" w:color="auto" w:fill="CFEDFF"/>
            <w:vAlign w:val="center"/>
          </w:tcPr>
          <w:p w14:paraId="79AACAA4"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1.49 (0.61, 4.15)</w:t>
            </w:r>
          </w:p>
        </w:tc>
        <w:tc>
          <w:tcPr>
            <w:tcW w:w="1532" w:type="dxa"/>
            <w:vAlign w:val="center"/>
          </w:tcPr>
          <w:p w14:paraId="282CE0F4"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5.28 (1.88, 16.81)</w:t>
            </w:r>
          </w:p>
        </w:tc>
        <w:tc>
          <w:tcPr>
            <w:tcW w:w="1506" w:type="dxa"/>
            <w:vAlign w:val="center"/>
          </w:tcPr>
          <w:p w14:paraId="5CBEAF5B"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3.64 (2.41, 5.83)</w:t>
            </w:r>
          </w:p>
        </w:tc>
        <w:tc>
          <w:tcPr>
            <w:tcW w:w="1506" w:type="dxa"/>
            <w:vAlign w:val="center"/>
          </w:tcPr>
          <w:p w14:paraId="1A5A112D"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4.98 (2.85, 9.16)</w:t>
            </w:r>
          </w:p>
        </w:tc>
        <w:tc>
          <w:tcPr>
            <w:tcW w:w="1647" w:type="dxa"/>
            <w:vAlign w:val="center"/>
          </w:tcPr>
          <w:p w14:paraId="0C519A08"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1.33 (0.74, 2.36)</w:t>
            </w:r>
          </w:p>
        </w:tc>
      </w:tr>
      <w:tr w:rsidR="00E71660" w:rsidRPr="00EB75F0" w14:paraId="73BB566E" w14:textId="77777777" w:rsidTr="00E71660">
        <w:trPr>
          <w:trHeight w:val="288"/>
        </w:trPr>
        <w:tc>
          <w:tcPr>
            <w:tcW w:w="2046" w:type="dxa"/>
            <w:vAlign w:val="center"/>
            <w:hideMark/>
          </w:tcPr>
          <w:p w14:paraId="50FE8E8A"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643" w:type="dxa"/>
            <w:shd w:val="clear" w:color="auto" w:fill="C6C6C6"/>
            <w:noWrap/>
            <w:vAlign w:val="center"/>
          </w:tcPr>
          <w:p w14:paraId="50AF20BE"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p>
        </w:tc>
        <w:tc>
          <w:tcPr>
            <w:tcW w:w="1643" w:type="dxa"/>
            <w:vAlign w:val="center"/>
          </w:tcPr>
          <w:p w14:paraId="69880657"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0.78 (0.35, 1.83)</w:t>
            </w:r>
          </w:p>
        </w:tc>
        <w:tc>
          <w:tcPr>
            <w:tcW w:w="1506" w:type="dxa"/>
            <w:vAlign w:val="center"/>
          </w:tcPr>
          <w:p w14:paraId="22683856"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0.77 (0.16, 3.99)</w:t>
            </w:r>
          </w:p>
        </w:tc>
        <w:tc>
          <w:tcPr>
            <w:tcW w:w="1617" w:type="dxa"/>
            <w:shd w:val="clear" w:color="auto" w:fill="CFEDFF"/>
            <w:vAlign w:val="center"/>
          </w:tcPr>
          <w:p w14:paraId="1345F0F8"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1.17 (0.41, 3.63)</w:t>
            </w:r>
          </w:p>
        </w:tc>
        <w:tc>
          <w:tcPr>
            <w:tcW w:w="1532" w:type="dxa"/>
            <w:vAlign w:val="center"/>
          </w:tcPr>
          <w:p w14:paraId="7D3A16A2"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4.15 (1.33, 14.9)</w:t>
            </w:r>
          </w:p>
        </w:tc>
        <w:tc>
          <w:tcPr>
            <w:tcW w:w="1506" w:type="dxa"/>
            <w:vAlign w:val="center"/>
          </w:tcPr>
          <w:p w14:paraId="38833C10"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2.86 (1.47, 6)</w:t>
            </w:r>
          </w:p>
        </w:tc>
        <w:tc>
          <w:tcPr>
            <w:tcW w:w="1506" w:type="dxa"/>
            <w:vAlign w:val="center"/>
          </w:tcPr>
          <w:p w14:paraId="1DA40B5B"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3.92 (1.79, 8.95)</w:t>
            </w:r>
          </w:p>
        </w:tc>
        <w:tc>
          <w:tcPr>
            <w:tcW w:w="1647" w:type="dxa"/>
            <w:vAlign w:val="center"/>
          </w:tcPr>
          <w:p w14:paraId="395457DC"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1.04 (0.52, 2.04)</w:t>
            </w:r>
          </w:p>
        </w:tc>
      </w:tr>
      <w:tr w:rsidR="00E71660" w:rsidRPr="00EB75F0" w14:paraId="6F9E96B8" w14:textId="77777777" w:rsidTr="00E71660">
        <w:trPr>
          <w:trHeight w:val="288"/>
        </w:trPr>
        <w:tc>
          <w:tcPr>
            <w:tcW w:w="2046" w:type="dxa"/>
            <w:vAlign w:val="center"/>
            <w:hideMark/>
          </w:tcPr>
          <w:p w14:paraId="74EFAD0C"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643" w:type="dxa"/>
            <w:vAlign w:val="center"/>
          </w:tcPr>
          <w:p w14:paraId="29CEA590"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1.29 (0.55, 2.89)</w:t>
            </w:r>
          </w:p>
        </w:tc>
        <w:tc>
          <w:tcPr>
            <w:tcW w:w="1643" w:type="dxa"/>
            <w:shd w:val="clear" w:color="auto" w:fill="C6C6C6"/>
            <w:noWrap/>
            <w:vAlign w:val="center"/>
          </w:tcPr>
          <w:p w14:paraId="77B2570E"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p>
        </w:tc>
        <w:tc>
          <w:tcPr>
            <w:tcW w:w="1506" w:type="dxa"/>
            <w:vAlign w:val="center"/>
          </w:tcPr>
          <w:p w14:paraId="0FC2BACF"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 (0.19, 5.12)</w:t>
            </w:r>
          </w:p>
        </w:tc>
        <w:tc>
          <w:tcPr>
            <w:tcW w:w="1617" w:type="dxa"/>
            <w:shd w:val="clear" w:color="auto" w:fill="CFEDFF"/>
            <w:vAlign w:val="center"/>
          </w:tcPr>
          <w:p w14:paraId="3C856174"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 (0.49, 4.91)</w:t>
            </w:r>
          </w:p>
        </w:tc>
        <w:tc>
          <w:tcPr>
            <w:tcW w:w="1532" w:type="dxa"/>
            <w:vAlign w:val="center"/>
          </w:tcPr>
          <w:p w14:paraId="63F87934"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5.34 (1.56, 19.92)</w:t>
            </w:r>
          </w:p>
        </w:tc>
        <w:tc>
          <w:tcPr>
            <w:tcW w:w="1506" w:type="dxa"/>
            <w:vAlign w:val="center"/>
          </w:tcPr>
          <w:p w14:paraId="4E4EA678"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3.67 (1.71, 8.06)</w:t>
            </w:r>
          </w:p>
        </w:tc>
        <w:tc>
          <w:tcPr>
            <w:tcW w:w="1506" w:type="dxa"/>
            <w:vAlign w:val="center"/>
          </w:tcPr>
          <w:p w14:paraId="3A55169F"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5.02 (2.36, 10.47)</w:t>
            </w:r>
          </w:p>
        </w:tc>
        <w:tc>
          <w:tcPr>
            <w:tcW w:w="1647" w:type="dxa"/>
            <w:vAlign w:val="center"/>
          </w:tcPr>
          <w:p w14:paraId="6D51A11C"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1.33 (0.55, 3.08)</w:t>
            </w:r>
          </w:p>
        </w:tc>
      </w:tr>
      <w:tr w:rsidR="00E71660" w:rsidRPr="00EB75F0" w14:paraId="054874F2" w14:textId="77777777" w:rsidTr="00E71660">
        <w:trPr>
          <w:trHeight w:val="288"/>
        </w:trPr>
        <w:tc>
          <w:tcPr>
            <w:tcW w:w="2046" w:type="dxa"/>
            <w:vAlign w:val="center"/>
            <w:hideMark/>
          </w:tcPr>
          <w:p w14:paraId="3209123F"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643" w:type="dxa"/>
            <w:vAlign w:val="center"/>
          </w:tcPr>
          <w:p w14:paraId="210DC90A"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1.29 (0.25, 6.08)</w:t>
            </w:r>
          </w:p>
        </w:tc>
        <w:tc>
          <w:tcPr>
            <w:tcW w:w="1643" w:type="dxa"/>
            <w:vAlign w:val="center"/>
          </w:tcPr>
          <w:p w14:paraId="28E6496B"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 (0.2, 5.17)</w:t>
            </w:r>
          </w:p>
        </w:tc>
        <w:tc>
          <w:tcPr>
            <w:tcW w:w="1506" w:type="dxa"/>
            <w:shd w:val="clear" w:color="auto" w:fill="C6C6C6"/>
            <w:noWrap/>
            <w:vAlign w:val="center"/>
          </w:tcPr>
          <w:p w14:paraId="259B5DF9"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p>
        </w:tc>
        <w:tc>
          <w:tcPr>
            <w:tcW w:w="1617" w:type="dxa"/>
            <w:shd w:val="clear" w:color="auto" w:fill="CFEDFF"/>
            <w:vAlign w:val="center"/>
          </w:tcPr>
          <w:p w14:paraId="5470D39A"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1.54 (0.26, 9.02)</w:t>
            </w:r>
          </w:p>
        </w:tc>
        <w:tc>
          <w:tcPr>
            <w:tcW w:w="1532" w:type="dxa"/>
            <w:vAlign w:val="center"/>
          </w:tcPr>
          <w:p w14:paraId="077292FD"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5.42 (0.82, 34.83)</w:t>
            </w:r>
          </w:p>
        </w:tc>
        <w:tc>
          <w:tcPr>
            <w:tcW w:w="1506" w:type="dxa"/>
            <w:vAlign w:val="center"/>
          </w:tcPr>
          <w:p w14:paraId="517DB7CB"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3.72 (0.75, 17.84)</w:t>
            </w:r>
          </w:p>
        </w:tc>
        <w:tc>
          <w:tcPr>
            <w:tcW w:w="1506" w:type="dxa"/>
            <w:vAlign w:val="center"/>
          </w:tcPr>
          <w:p w14:paraId="5F00D650"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5.08 (0.99, 25.44)</w:t>
            </w:r>
          </w:p>
        </w:tc>
        <w:tc>
          <w:tcPr>
            <w:tcW w:w="1647" w:type="dxa"/>
            <w:vAlign w:val="center"/>
          </w:tcPr>
          <w:p w14:paraId="3E2AA6A9"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1.33 (0.28, 6.08)</w:t>
            </w:r>
          </w:p>
        </w:tc>
      </w:tr>
      <w:tr w:rsidR="00E71660" w:rsidRPr="00EB75F0" w14:paraId="071E95EF" w14:textId="77777777" w:rsidTr="00E71660">
        <w:trPr>
          <w:trHeight w:val="288"/>
        </w:trPr>
        <w:tc>
          <w:tcPr>
            <w:tcW w:w="2046" w:type="dxa"/>
            <w:vAlign w:val="center"/>
            <w:hideMark/>
          </w:tcPr>
          <w:p w14:paraId="47BB0955" w14:textId="192A09E7" w:rsidR="00B709F6" w:rsidRPr="00EB75F0" w:rsidRDefault="009A3ECD" w:rsidP="00E71660">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643" w:type="dxa"/>
            <w:vAlign w:val="center"/>
          </w:tcPr>
          <w:p w14:paraId="6D61DC2A"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0.85 (0.28, 2.44)</w:t>
            </w:r>
          </w:p>
        </w:tc>
        <w:tc>
          <w:tcPr>
            <w:tcW w:w="1643" w:type="dxa"/>
            <w:vAlign w:val="center"/>
          </w:tcPr>
          <w:p w14:paraId="5E4832BD"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0.67 (0.2, 2.04)</w:t>
            </w:r>
          </w:p>
        </w:tc>
        <w:tc>
          <w:tcPr>
            <w:tcW w:w="1506" w:type="dxa"/>
            <w:vAlign w:val="center"/>
          </w:tcPr>
          <w:p w14:paraId="12CF63B1"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0.65 (0.11, 3.86)</w:t>
            </w:r>
          </w:p>
        </w:tc>
        <w:tc>
          <w:tcPr>
            <w:tcW w:w="1617" w:type="dxa"/>
            <w:shd w:val="clear" w:color="auto" w:fill="C6C6C6"/>
            <w:noWrap/>
            <w:vAlign w:val="center"/>
          </w:tcPr>
          <w:p w14:paraId="39302769"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p>
        </w:tc>
        <w:tc>
          <w:tcPr>
            <w:tcW w:w="1532" w:type="dxa"/>
            <w:vAlign w:val="center"/>
          </w:tcPr>
          <w:p w14:paraId="0764C422"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3.57 (0.82, 14.73)</w:t>
            </w:r>
          </w:p>
        </w:tc>
        <w:tc>
          <w:tcPr>
            <w:tcW w:w="1506" w:type="dxa"/>
            <w:vAlign w:val="center"/>
          </w:tcPr>
          <w:p w14:paraId="3FC50FCA"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2.46 (0.85, 6.54)</w:t>
            </w:r>
          </w:p>
        </w:tc>
        <w:tc>
          <w:tcPr>
            <w:tcW w:w="1506" w:type="dxa"/>
            <w:vAlign w:val="center"/>
          </w:tcPr>
          <w:p w14:paraId="05FB7E25"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3.37 (1.04, 9.75)</w:t>
            </w:r>
          </w:p>
        </w:tc>
        <w:tc>
          <w:tcPr>
            <w:tcW w:w="1647" w:type="dxa"/>
            <w:vAlign w:val="center"/>
          </w:tcPr>
          <w:p w14:paraId="1C23090A"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0.89 (0.27, 2.58)</w:t>
            </w:r>
          </w:p>
        </w:tc>
      </w:tr>
      <w:tr w:rsidR="00E71660" w:rsidRPr="00EB75F0" w14:paraId="7A9982C3" w14:textId="77777777" w:rsidTr="00E71660">
        <w:trPr>
          <w:trHeight w:val="288"/>
        </w:trPr>
        <w:tc>
          <w:tcPr>
            <w:tcW w:w="2046" w:type="dxa"/>
            <w:vAlign w:val="center"/>
            <w:hideMark/>
          </w:tcPr>
          <w:p w14:paraId="3B6AA85F"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643" w:type="dxa"/>
            <w:vAlign w:val="center"/>
          </w:tcPr>
          <w:p w14:paraId="05CA2759"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0.24 (0.07, 0.75)</w:t>
            </w:r>
          </w:p>
        </w:tc>
        <w:tc>
          <w:tcPr>
            <w:tcW w:w="1643" w:type="dxa"/>
            <w:vAlign w:val="center"/>
          </w:tcPr>
          <w:p w14:paraId="375424D9"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0.19 (0.05, 0.64)</w:t>
            </w:r>
          </w:p>
        </w:tc>
        <w:tc>
          <w:tcPr>
            <w:tcW w:w="1506" w:type="dxa"/>
            <w:vAlign w:val="center"/>
          </w:tcPr>
          <w:p w14:paraId="3216766B"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0.18 (0.03, 1.22)</w:t>
            </w:r>
          </w:p>
        </w:tc>
        <w:tc>
          <w:tcPr>
            <w:tcW w:w="1617" w:type="dxa"/>
            <w:shd w:val="clear" w:color="auto" w:fill="CFEDFF"/>
            <w:vAlign w:val="center"/>
          </w:tcPr>
          <w:p w14:paraId="22C9BBB1"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0.28 (0.07, 1.22)</w:t>
            </w:r>
          </w:p>
        </w:tc>
        <w:tc>
          <w:tcPr>
            <w:tcW w:w="1532" w:type="dxa"/>
            <w:shd w:val="clear" w:color="auto" w:fill="C6C6C6"/>
            <w:noWrap/>
            <w:vAlign w:val="center"/>
          </w:tcPr>
          <w:p w14:paraId="30324075"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p>
        </w:tc>
        <w:tc>
          <w:tcPr>
            <w:tcW w:w="1506" w:type="dxa"/>
            <w:vAlign w:val="center"/>
          </w:tcPr>
          <w:p w14:paraId="12DF831A"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0.69 (0.2, 2.18)</w:t>
            </w:r>
          </w:p>
        </w:tc>
        <w:tc>
          <w:tcPr>
            <w:tcW w:w="1506" w:type="dxa"/>
            <w:vAlign w:val="center"/>
          </w:tcPr>
          <w:p w14:paraId="23B53192"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(0.26, 3.06)</w:t>
            </w:r>
          </w:p>
        </w:tc>
        <w:tc>
          <w:tcPr>
            <w:tcW w:w="1647" w:type="dxa"/>
            <w:vAlign w:val="center"/>
          </w:tcPr>
          <w:p w14:paraId="793B7F8F"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0.25 (0.07, 0.81)</w:t>
            </w:r>
          </w:p>
        </w:tc>
      </w:tr>
      <w:tr w:rsidR="00E71660" w:rsidRPr="00EB75F0" w14:paraId="099BE0BE" w14:textId="77777777" w:rsidTr="00E71660">
        <w:trPr>
          <w:trHeight w:val="288"/>
        </w:trPr>
        <w:tc>
          <w:tcPr>
            <w:tcW w:w="2046" w:type="dxa"/>
            <w:vAlign w:val="center"/>
            <w:hideMark/>
          </w:tcPr>
          <w:p w14:paraId="6E3A6FBE"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643" w:type="dxa"/>
            <w:vAlign w:val="center"/>
          </w:tcPr>
          <w:p w14:paraId="52DDC46F"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0.35 (0.17, 0.68)</w:t>
            </w:r>
          </w:p>
        </w:tc>
        <w:tc>
          <w:tcPr>
            <w:tcW w:w="1643" w:type="dxa"/>
            <w:vAlign w:val="center"/>
          </w:tcPr>
          <w:p w14:paraId="20C5AC45"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0.27 (0.12, 0.58)</w:t>
            </w:r>
          </w:p>
        </w:tc>
        <w:tc>
          <w:tcPr>
            <w:tcW w:w="1506" w:type="dxa"/>
            <w:vAlign w:val="center"/>
          </w:tcPr>
          <w:p w14:paraId="5A6E93A7"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0.27 (0.06, 1.33)</w:t>
            </w:r>
          </w:p>
        </w:tc>
        <w:tc>
          <w:tcPr>
            <w:tcW w:w="1617" w:type="dxa"/>
            <w:shd w:val="clear" w:color="auto" w:fill="CFEDFF"/>
            <w:vAlign w:val="center"/>
          </w:tcPr>
          <w:p w14:paraId="5F235D89"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0.41 (0.15, 1.18)</w:t>
            </w:r>
          </w:p>
        </w:tc>
        <w:tc>
          <w:tcPr>
            <w:tcW w:w="1532" w:type="dxa"/>
            <w:vAlign w:val="center"/>
          </w:tcPr>
          <w:p w14:paraId="6AC831E0"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1.45 (0.46, 4.98)</w:t>
            </w:r>
          </w:p>
        </w:tc>
        <w:tc>
          <w:tcPr>
            <w:tcW w:w="1506" w:type="dxa"/>
            <w:shd w:val="clear" w:color="auto" w:fill="C6C6C6"/>
            <w:noWrap/>
            <w:vAlign w:val="center"/>
          </w:tcPr>
          <w:p w14:paraId="1D2E47CD"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p>
        </w:tc>
        <w:tc>
          <w:tcPr>
            <w:tcW w:w="1506" w:type="dxa"/>
            <w:vAlign w:val="center"/>
          </w:tcPr>
          <w:p w14:paraId="13854CD5" w14:textId="77777777" w:rsidR="00B709F6" w:rsidRPr="00EB75F0" w:rsidRDefault="00B709F6" w:rsidP="00E71660">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1.37 (0.66, 2.84)</w:t>
            </w:r>
          </w:p>
        </w:tc>
        <w:tc>
          <w:tcPr>
            <w:tcW w:w="1647" w:type="dxa"/>
            <w:vAlign w:val="center"/>
          </w:tcPr>
          <w:p w14:paraId="7BE1342F" w14:textId="77777777" w:rsidR="00B709F6" w:rsidRPr="00EB75F0" w:rsidRDefault="00B709F6" w:rsidP="00E71660">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0.37 (0.17, 0.73)</w:t>
            </w:r>
          </w:p>
        </w:tc>
      </w:tr>
      <w:tr w:rsidR="00E71660" w:rsidRPr="00EB75F0" w14:paraId="13D32D3F" w14:textId="77777777" w:rsidTr="00E71660">
        <w:trPr>
          <w:trHeight w:val="288"/>
        </w:trPr>
        <w:tc>
          <w:tcPr>
            <w:tcW w:w="2046" w:type="dxa"/>
            <w:vAlign w:val="center"/>
            <w:hideMark/>
          </w:tcPr>
          <w:p w14:paraId="3C09A1A1" w14:textId="77777777" w:rsidR="00B709F6" w:rsidRPr="00EB75F0" w:rsidRDefault="00B709F6" w:rsidP="00E7166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643" w:type="dxa"/>
            <w:vAlign w:val="center"/>
          </w:tcPr>
          <w:p w14:paraId="588A77B3" w14:textId="77777777" w:rsidR="00B709F6" w:rsidRPr="00EB75F0" w:rsidRDefault="00B709F6" w:rsidP="00E7166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0.26 (0.11, 0.56)</w:t>
            </w:r>
          </w:p>
        </w:tc>
        <w:tc>
          <w:tcPr>
            <w:tcW w:w="1643" w:type="dxa"/>
            <w:vAlign w:val="center"/>
          </w:tcPr>
          <w:p w14:paraId="531F028A" w14:textId="77777777" w:rsidR="00B709F6" w:rsidRPr="00EB75F0" w:rsidRDefault="00B709F6" w:rsidP="00E7166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 (0.1, 0.42)</w:t>
            </w:r>
          </w:p>
        </w:tc>
        <w:tc>
          <w:tcPr>
            <w:tcW w:w="1506" w:type="dxa"/>
            <w:vAlign w:val="center"/>
          </w:tcPr>
          <w:p w14:paraId="67B15347" w14:textId="77777777" w:rsidR="00B709F6" w:rsidRPr="00EB75F0" w:rsidRDefault="00B709F6" w:rsidP="00E7166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 (0.04, 1.01)</w:t>
            </w:r>
          </w:p>
        </w:tc>
        <w:tc>
          <w:tcPr>
            <w:tcW w:w="1617" w:type="dxa"/>
            <w:shd w:val="clear" w:color="auto" w:fill="CFEDFF"/>
            <w:vAlign w:val="center"/>
          </w:tcPr>
          <w:p w14:paraId="18D4C142" w14:textId="77777777" w:rsidR="00B709F6" w:rsidRPr="00EB75F0" w:rsidRDefault="00B709F6" w:rsidP="00E7166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 (0.1, 0.96)</w:t>
            </w:r>
          </w:p>
        </w:tc>
        <w:tc>
          <w:tcPr>
            <w:tcW w:w="1532" w:type="dxa"/>
            <w:vAlign w:val="center"/>
          </w:tcPr>
          <w:p w14:paraId="3506BB1F" w14:textId="77777777" w:rsidR="00B709F6" w:rsidRPr="00EB75F0" w:rsidRDefault="00B709F6" w:rsidP="00E7166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1.06 (0.33, 3.83)</w:t>
            </w:r>
          </w:p>
        </w:tc>
        <w:tc>
          <w:tcPr>
            <w:tcW w:w="1506" w:type="dxa"/>
            <w:vAlign w:val="center"/>
          </w:tcPr>
          <w:p w14:paraId="5E456C4D" w14:textId="77777777" w:rsidR="00B709F6" w:rsidRPr="00EB75F0" w:rsidRDefault="00B709F6" w:rsidP="00E7166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0.73 (0.35, 1.52)</w:t>
            </w:r>
          </w:p>
        </w:tc>
        <w:tc>
          <w:tcPr>
            <w:tcW w:w="1506" w:type="dxa"/>
            <w:shd w:val="clear" w:color="auto" w:fill="C6C6C6"/>
            <w:noWrap/>
            <w:vAlign w:val="center"/>
          </w:tcPr>
          <w:p w14:paraId="2858B039" w14:textId="77777777" w:rsidR="00B709F6" w:rsidRPr="00EB75F0" w:rsidRDefault="00B709F6" w:rsidP="00E71660">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647" w:type="dxa"/>
            <w:vAlign w:val="center"/>
          </w:tcPr>
          <w:p w14:paraId="6D6D43E9" w14:textId="77777777" w:rsidR="00B709F6" w:rsidRPr="00EB75F0" w:rsidRDefault="00B709F6" w:rsidP="00E7166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0.27 (0.12, 0.59)</w:t>
            </w:r>
          </w:p>
        </w:tc>
      </w:tr>
      <w:tr w:rsidR="00E71660" w:rsidRPr="00EB75F0" w14:paraId="28124B8F" w14:textId="77777777" w:rsidTr="00E71660">
        <w:trPr>
          <w:trHeight w:val="288"/>
        </w:trPr>
        <w:tc>
          <w:tcPr>
            <w:tcW w:w="2046" w:type="dxa"/>
            <w:vAlign w:val="center"/>
            <w:hideMark/>
          </w:tcPr>
          <w:p w14:paraId="277B7712" w14:textId="77777777" w:rsidR="00B709F6" w:rsidRPr="00EB75F0" w:rsidRDefault="00B709F6" w:rsidP="00E7166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643" w:type="dxa"/>
            <w:vAlign w:val="center"/>
          </w:tcPr>
          <w:p w14:paraId="4693B552" w14:textId="77777777" w:rsidR="00B709F6" w:rsidRPr="00EB75F0" w:rsidRDefault="00B709F6" w:rsidP="00E7166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0.96 (0.49, 1.93)</w:t>
            </w:r>
          </w:p>
        </w:tc>
        <w:tc>
          <w:tcPr>
            <w:tcW w:w="1643" w:type="dxa"/>
            <w:vAlign w:val="center"/>
          </w:tcPr>
          <w:p w14:paraId="2B9FE514" w14:textId="77777777" w:rsidR="00B709F6" w:rsidRPr="00EB75F0" w:rsidRDefault="00B709F6" w:rsidP="00E7166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0.75 (0.32, 1.81)</w:t>
            </w:r>
          </w:p>
        </w:tc>
        <w:tc>
          <w:tcPr>
            <w:tcW w:w="1506" w:type="dxa"/>
            <w:vAlign w:val="center"/>
          </w:tcPr>
          <w:p w14:paraId="30240563" w14:textId="77777777" w:rsidR="00B709F6" w:rsidRPr="00EB75F0" w:rsidRDefault="00B709F6" w:rsidP="00E7166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0.75 (0.16, 3.56)</w:t>
            </w:r>
          </w:p>
        </w:tc>
        <w:tc>
          <w:tcPr>
            <w:tcW w:w="1617" w:type="dxa"/>
            <w:shd w:val="clear" w:color="auto" w:fill="CFEDFF"/>
            <w:vAlign w:val="center"/>
          </w:tcPr>
          <w:p w14:paraId="70EF67A0" w14:textId="77777777" w:rsidR="00B709F6" w:rsidRPr="00EB75F0" w:rsidRDefault="00B709F6" w:rsidP="00E7166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1.12 (0.39, 3.65)</w:t>
            </w:r>
          </w:p>
        </w:tc>
        <w:tc>
          <w:tcPr>
            <w:tcW w:w="1532" w:type="dxa"/>
            <w:vAlign w:val="center"/>
          </w:tcPr>
          <w:p w14:paraId="2B675BF6" w14:textId="77777777" w:rsidR="00B709F6" w:rsidRPr="00EB75F0" w:rsidRDefault="00B709F6" w:rsidP="00E7166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 (1.24, 14.77)</w:t>
            </w:r>
          </w:p>
        </w:tc>
        <w:tc>
          <w:tcPr>
            <w:tcW w:w="1506" w:type="dxa"/>
            <w:vAlign w:val="center"/>
          </w:tcPr>
          <w:p w14:paraId="373FC981" w14:textId="77777777" w:rsidR="00B709F6" w:rsidRPr="00EB75F0" w:rsidRDefault="00B709F6" w:rsidP="00E7166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2.73 (1.37, 5.87)</w:t>
            </w:r>
          </w:p>
        </w:tc>
        <w:tc>
          <w:tcPr>
            <w:tcW w:w="1506" w:type="dxa"/>
            <w:vAlign w:val="center"/>
          </w:tcPr>
          <w:p w14:paraId="25222B3D" w14:textId="77777777" w:rsidR="00B709F6" w:rsidRPr="00EB75F0" w:rsidRDefault="00B709F6" w:rsidP="00E71660">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3.76 (1.7, 8.66)</w:t>
            </w:r>
          </w:p>
        </w:tc>
        <w:tc>
          <w:tcPr>
            <w:tcW w:w="1647" w:type="dxa"/>
            <w:shd w:val="clear" w:color="auto" w:fill="C6C6C6"/>
            <w:noWrap/>
            <w:vAlign w:val="center"/>
          </w:tcPr>
          <w:p w14:paraId="2AE180AE" w14:textId="77777777" w:rsidR="00B709F6" w:rsidRPr="00EB75F0" w:rsidRDefault="00B709F6" w:rsidP="00E71660">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B709F6" w:rsidRPr="00EB75F0" w14:paraId="3F327A38" w14:textId="77777777" w:rsidTr="00E71660">
        <w:trPr>
          <w:trHeight w:val="288"/>
        </w:trPr>
        <w:tc>
          <w:tcPr>
            <w:tcW w:w="14646" w:type="dxa"/>
            <w:gridSpan w:val="9"/>
            <w:vAlign w:val="center"/>
          </w:tcPr>
          <w:p w14:paraId="7746BD86" w14:textId="7CCAA287" w:rsidR="00E71660" w:rsidRPr="00EB75F0" w:rsidRDefault="00E71660" w:rsidP="00E71660">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OR, odds ratio;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eastAsia="Times New Roman" w:hAnsiTheme="majorHAnsi" w:cstheme="majorHAnsi"/>
                <w:color w:val="000000"/>
                <w:sz w:val="16"/>
                <w:szCs w:val="16"/>
                <w:lang w:eastAsia="zh-TW"/>
              </w:rPr>
              <w:t xml:space="preserve">, </w:t>
            </w:r>
            <w:proofErr w:type="spellStart"/>
            <w:r w:rsidRPr="00EB75F0">
              <w:rPr>
                <w:rFonts w:asciiTheme="majorHAnsi" w:hAnsiTheme="majorHAnsi" w:cstheme="majorHAnsi"/>
                <w:sz w:val="16"/>
                <w:szCs w:val="16"/>
              </w:rPr>
              <w:t>xanomeline</w:t>
            </w:r>
            <w:proofErr w:type="spellEnd"/>
            <w:r w:rsidRPr="00EB75F0">
              <w:rPr>
                <w:rFonts w:asciiTheme="majorHAnsi" w:hAnsiTheme="majorHAnsi" w:cstheme="majorHAnsi"/>
                <w:sz w:val="16"/>
                <w:szCs w:val="16"/>
              </w:rPr>
              <w:t>/</w:t>
            </w:r>
            <w:proofErr w:type="spellStart"/>
            <w:r w:rsidRPr="00EB75F0">
              <w:rPr>
                <w:rFonts w:asciiTheme="majorHAnsi" w:hAnsiTheme="majorHAnsi" w:cstheme="majorHAnsi"/>
                <w:sz w:val="16"/>
                <w:szCs w:val="16"/>
              </w:rPr>
              <w:t>trospium</w:t>
            </w:r>
            <w:proofErr w:type="spellEnd"/>
            <w:r w:rsidRPr="00EB75F0">
              <w:rPr>
                <w:rFonts w:asciiTheme="majorHAnsi" w:hAnsiTheme="majorHAnsi" w:cstheme="majorHAnsi"/>
                <w:sz w:val="16"/>
                <w:szCs w:val="16"/>
              </w:rPr>
              <w:t xml:space="preserve"> chloride</w:t>
            </w:r>
          </w:p>
          <w:p w14:paraId="778EDFF4" w14:textId="04CA1D6B" w:rsidR="00B709F6" w:rsidRPr="00EB75F0" w:rsidRDefault="00E71660" w:rsidP="00E71660">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6B36DE72" w14:textId="77777777" w:rsidR="00A1591B" w:rsidRPr="00EB75F0" w:rsidRDefault="00A1591B">
      <w:pPr>
        <w:pStyle w:val="Legend"/>
        <w:spacing w:before="48" w:after="48"/>
        <w:rPr>
          <w:sz w:val="22"/>
        </w:rPr>
      </w:pPr>
    </w:p>
    <w:p w14:paraId="3D195A5B" w14:textId="77777777" w:rsidR="00A1591B" w:rsidRPr="00EB75F0" w:rsidRDefault="00A1591B">
      <w:pPr>
        <w:pStyle w:val="Legend"/>
        <w:spacing w:before="48" w:after="48"/>
        <w:rPr>
          <w:sz w:val="22"/>
        </w:rPr>
      </w:pPr>
    </w:p>
    <w:p w14:paraId="476DA911" w14:textId="20EE67FD" w:rsidR="00CA23AC" w:rsidRPr="00EB75F0" w:rsidRDefault="00A06AE8" w:rsidP="00434B93">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49</w:t>
        </w:r>
      </w:fldSimple>
      <w:r w:rsidR="00CA23AC" w:rsidRPr="00EB75F0">
        <w:t xml:space="preserve">: Somnolence – League tables – fixed-effects model, base case network – OR (95% </w:t>
      </w:r>
      <w:proofErr w:type="spellStart"/>
      <w:r w:rsidR="00CA23AC" w:rsidRPr="00EB75F0">
        <w:t>CrI</w:t>
      </w:r>
      <w:proofErr w:type="spellEnd"/>
      <w:r w:rsidR="00CA23AC" w:rsidRPr="00EB75F0">
        <w:t>)</w:t>
      </w:r>
    </w:p>
    <w:tbl>
      <w:tblPr>
        <w:tblStyle w:val="Lumanitytable"/>
        <w:tblW w:w="14665" w:type="dxa"/>
        <w:tblLayout w:type="fixed"/>
        <w:tblLook w:val="04A0" w:firstRow="1" w:lastRow="0" w:firstColumn="1" w:lastColumn="0" w:noHBand="0" w:noVBand="1"/>
      </w:tblPr>
      <w:tblGrid>
        <w:gridCol w:w="1255"/>
        <w:gridCol w:w="1620"/>
        <w:gridCol w:w="1620"/>
        <w:gridCol w:w="1620"/>
        <w:gridCol w:w="1631"/>
        <w:gridCol w:w="1653"/>
        <w:gridCol w:w="1756"/>
        <w:gridCol w:w="1620"/>
        <w:gridCol w:w="1890"/>
      </w:tblGrid>
      <w:tr w:rsidR="00D15A66" w:rsidRPr="00EB75F0" w14:paraId="2D954B29" w14:textId="77777777" w:rsidTr="007C40EF">
        <w:trPr>
          <w:cnfStyle w:val="100000000000" w:firstRow="1" w:lastRow="0" w:firstColumn="0" w:lastColumn="0" w:oddVBand="0" w:evenVBand="0" w:oddHBand="0" w:evenHBand="0" w:firstRowFirstColumn="0" w:firstRowLastColumn="0" w:lastRowFirstColumn="0" w:lastRowLastColumn="0"/>
          <w:trHeight w:val="288"/>
          <w:tblHeader/>
        </w:trPr>
        <w:tc>
          <w:tcPr>
            <w:tcW w:w="1255" w:type="dxa"/>
            <w:vAlign w:val="center"/>
            <w:hideMark/>
          </w:tcPr>
          <w:p w14:paraId="5F2CA2FB" w14:textId="77777777" w:rsidR="00EA50A0" w:rsidRPr="00EB75F0" w:rsidRDefault="00EA50A0" w:rsidP="007C40EF">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620" w:type="dxa"/>
            <w:vAlign w:val="center"/>
            <w:hideMark/>
          </w:tcPr>
          <w:p w14:paraId="4E756973" w14:textId="77777777" w:rsidR="00EA50A0" w:rsidRPr="00EB75F0" w:rsidRDefault="00EA50A0" w:rsidP="007C40EF">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620" w:type="dxa"/>
            <w:vAlign w:val="center"/>
            <w:hideMark/>
          </w:tcPr>
          <w:p w14:paraId="095B3AB2" w14:textId="77777777" w:rsidR="00EA50A0" w:rsidRPr="00EB75F0" w:rsidRDefault="00EA50A0" w:rsidP="007C40EF">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620" w:type="dxa"/>
            <w:vAlign w:val="center"/>
            <w:hideMark/>
          </w:tcPr>
          <w:p w14:paraId="0BE770F2" w14:textId="77777777" w:rsidR="00EA50A0" w:rsidRPr="00EB75F0" w:rsidRDefault="00EA50A0" w:rsidP="007C40EF">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Cariprazine</w:t>
            </w:r>
            <w:proofErr w:type="spellEnd"/>
          </w:p>
        </w:tc>
        <w:tc>
          <w:tcPr>
            <w:tcW w:w="1631" w:type="dxa"/>
            <w:vAlign w:val="center"/>
            <w:hideMark/>
          </w:tcPr>
          <w:p w14:paraId="48E4A2D2" w14:textId="58D73576" w:rsidR="00EA50A0" w:rsidRPr="00EB75F0" w:rsidRDefault="009A3ECD" w:rsidP="007C40EF">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653" w:type="dxa"/>
            <w:vAlign w:val="center"/>
            <w:hideMark/>
          </w:tcPr>
          <w:p w14:paraId="064720E5" w14:textId="77777777" w:rsidR="00EA50A0" w:rsidRPr="00EB75F0" w:rsidRDefault="00EA50A0" w:rsidP="007C40EF">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756" w:type="dxa"/>
            <w:vAlign w:val="center"/>
            <w:hideMark/>
          </w:tcPr>
          <w:p w14:paraId="71C5930E" w14:textId="77777777" w:rsidR="00EA50A0" w:rsidRPr="00EB75F0" w:rsidRDefault="00EA50A0" w:rsidP="007C40EF">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620" w:type="dxa"/>
            <w:vAlign w:val="center"/>
            <w:hideMark/>
          </w:tcPr>
          <w:p w14:paraId="43A7842F" w14:textId="77777777" w:rsidR="00EA50A0" w:rsidRPr="00EB75F0" w:rsidRDefault="00EA50A0" w:rsidP="007C40EF">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890" w:type="dxa"/>
            <w:vAlign w:val="center"/>
            <w:hideMark/>
          </w:tcPr>
          <w:p w14:paraId="0C86E1E8" w14:textId="77777777" w:rsidR="00EA50A0" w:rsidRPr="00EB75F0" w:rsidRDefault="00EA50A0" w:rsidP="007C40EF">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D15A66" w:rsidRPr="00EB75F0" w14:paraId="7A13093D" w14:textId="77777777" w:rsidTr="007C40EF">
        <w:trPr>
          <w:trHeight w:val="288"/>
        </w:trPr>
        <w:tc>
          <w:tcPr>
            <w:tcW w:w="1255" w:type="dxa"/>
            <w:vAlign w:val="center"/>
            <w:hideMark/>
          </w:tcPr>
          <w:p w14:paraId="5371417B"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620" w:type="dxa"/>
            <w:vAlign w:val="center"/>
          </w:tcPr>
          <w:p w14:paraId="3AE9E081"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1.29 (0.82 to 2.05)</w:t>
            </w:r>
          </w:p>
        </w:tc>
        <w:tc>
          <w:tcPr>
            <w:tcW w:w="1620" w:type="dxa"/>
            <w:vAlign w:val="center"/>
          </w:tcPr>
          <w:p w14:paraId="39568004"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0.98 (0.55 to 1.73)</w:t>
            </w:r>
          </w:p>
        </w:tc>
        <w:tc>
          <w:tcPr>
            <w:tcW w:w="1620" w:type="dxa"/>
            <w:vAlign w:val="center"/>
          </w:tcPr>
          <w:p w14:paraId="4679FA69"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 (0.25 to 4.3)</w:t>
            </w:r>
          </w:p>
        </w:tc>
        <w:tc>
          <w:tcPr>
            <w:tcW w:w="1631" w:type="dxa"/>
            <w:shd w:val="clear" w:color="auto" w:fill="CFEDFF"/>
            <w:vAlign w:val="center"/>
          </w:tcPr>
          <w:p w14:paraId="508869A2"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1.49 (0.63 to 3.73)</w:t>
            </w:r>
          </w:p>
        </w:tc>
        <w:tc>
          <w:tcPr>
            <w:tcW w:w="1653" w:type="dxa"/>
            <w:vAlign w:val="center"/>
          </w:tcPr>
          <w:p w14:paraId="1C493D60"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5.31 (2.21 to 14.85)</w:t>
            </w:r>
          </w:p>
        </w:tc>
        <w:tc>
          <w:tcPr>
            <w:tcW w:w="1756" w:type="dxa"/>
            <w:vAlign w:val="center"/>
          </w:tcPr>
          <w:p w14:paraId="40C45754"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3.55 (2.44 to 5.28)</w:t>
            </w:r>
          </w:p>
        </w:tc>
        <w:tc>
          <w:tcPr>
            <w:tcW w:w="1620" w:type="dxa"/>
            <w:vAlign w:val="center"/>
          </w:tcPr>
          <w:p w14:paraId="475707FC"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4.95 (3.02 to 8.43)</w:t>
            </w:r>
          </w:p>
        </w:tc>
        <w:tc>
          <w:tcPr>
            <w:tcW w:w="1890" w:type="dxa"/>
            <w:vAlign w:val="center"/>
          </w:tcPr>
          <w:p w14:paraId="70DA198C"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1.37 (0.82 to 2.3)</w:t>
            </w:r>
          </w:p>
        </w:tc>
      </w:tr>
      <w:tr w:rsidR="00D15A66" w:rsidRPr="00EB75F0" w14:paraId="5FFD006F" w14:textId="77777777" w:rsidTr="007C40EF">
        <w:trPr>
          <w:trHeight w:val="288"/>
        </w:trPr>
        <w:tc>
          <w:tcPr>
            <w:tcW w:w="1255" w:type="dxa"/>
            <w:vAlign w:val="center"/>
            <w:hideMark/>
          </w:tcPr>
          <w:p w14:paraId="47567341"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620" w:type="dxa"/>
            <w:shd w:val="clear" w:color="auto" w:fill="C6C6C6"/>
            <w:noWrap/>
            <w:vAlign w:val="center"/>
          </w:tcPr>
          <w:p w14:paraId="5A905576"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6E2B6954"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0.76 (0.37 to 1.54)</w:t>
            </w:r>
          </w:p>
        </w:tc>
        <w:tc>
          <w:tcPr>
            <w:tcW w:w="1620" w:type="dxa"/>
            <w:vAlign w:val="center"/>
          </w:tcPr>
          <w:p w14:paraId="1274B713"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0.77 (0.18 to 3.51)</w:t>
            </w:r>
          </w:p>
        </w:tc>
        <w:tc>
          <w:tcPr>
            <w:tcW w:w="1631" w:type="dxa"/>
            <w:shd w:val="clear" w:color="auto" w:fill="CFEDFF"/>
            <w:vAlign w:val="center"/>
          </w:tcPr>
          <w:p w14:paraId="22A01B9C"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1.16 (0.44 to 3.21)</w:t>
            </w:r>
          </w:p>
        </w:tc>
        <w:tc>
          <w:tcPr>
            <w:tcW w:w="1653" w:type="dxa"/>
            <w:vAlign w:val="center"/>
          </w:tcPr>
          <w:p w14:paraId="735002FD"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4.14 (1.52 to 12.8)</w:t>
            </w:r>
          </w:p>
        </w:tc>
        <w:tc>
          <w:tcPr>
            <w:tcW w:w="1756" w:type="dxa"/>
            <w:vAlign w:val="center"/>
          </w:tcPr>
          <w:p w14:paraId="5F8FA383"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2.76 (1.52 to 5.03)</w:t>
            </w:r>
          </w:p>
        </w:tc>
        <w:tc>
          <w:tcPr>
            <w:tcW w:w="1620" w:type="dxa"/>
            <w:vAlign w:val="center"/>
          </w:tcPr>
          <w:p w14:paraId="2480BF52"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3.85 (1.97 to 7.67)</w:t>
            </w:r>
          </w:p>
        </w:tc>
        <w:tc>
          <w:tcPr>
            <w:tcW w:w="1890" w:type="dxa"/>
            <w:vAlign w:val="center"/>
          </w:tcPr>
          <w:p w14:paraId="7A386163"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1.06 (0.6 to 1.87)</w:t>
            </w:r>
          </w:p>
        </w:tc>
      </w:tr>
      <w:tr w:rsidR="00D15A66" w:rsidRPr="00EB75F0" w14:paraId="325BDC7A" w14:textId="77777777" w:rsidTr="007C40EF">
        <w:trPr>
          <w:trHeight w:val="288"/>
        </w:trPr>
        <w:tc>
          <w:tcPr>
            <w:tcW w:w="1255" w:type="dxa"/>
            <w:vAlign w:val="center"/>
            <w:hideMark/>
          </w:tcPr>
          <w:p w14:paraId="08068AB4"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620" w:type="dxa"/>
            <w:vAlign w:val="center"/>
          </w:tcPr>
          <w:p w14:paraId="7E03CFD6"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1.32 (0.65 to 2.72)</w:t>
            </w:r>
          </w:p>
        </w:tc>
        <w:tc>
          <w:tcPr>
            <w:tcW w:w="1620" w:type="dxa"/>
            <w:shd w:val="clear" w:color="auto" w:fill="C6C6C6"/>
            <w:noWrap/>
            <w:vAlign w:val="center"/>
          </w:tcPr>
          <w:p w14:paraId="73494AA3"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5DC13FD5"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1.02 (0.23 to 4.91)</w:t>
            </w:r>
          </w:p>
        </w:tc>
        <w:tc>
          <w:tcPr>
            <w:tcW w:w="1631" w:type="dxa"/>
            <w:shd w:val="clear" w:color="auto" w:fill="CFEDFF"/>
            <w:vAlign w:val="center"/>
          </w:tcPr>
          <w:p w14:paraId="59BAA884"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1.54 (0.54 to 4.46)</w:t>
            </w:r>
          </w:p>
        </w:tc>
        <w:tc>
          <w:tcPr>
            <w:tcW w:w="1653" w:type="dxa"/>
            <w:vAlign w:val="center"/>
          </w:tcPr>
          <w:p w14:paraId="68DFBD7F"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5.48 (1.9 to 17.47)</w:t>
            </w:r>
          </w:p>
        </w:tc>
        <w:tc>
          <w:tcPr>
            <w:tcW w:w="1756" w:type="dxa"/>
            <w:vAlign w:val="center"/>
          </w:tcPr>
          <w:p w14:paraId="6A75A067"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3.64 (1.83 to 7.3)</w:t>
            </w:r>
          </w:p>
        </w:tc>
        <w:tc>
          <w:tcPr>
            <w:tcW w:w="1620" w:type="dxa"/>
            <w:vAlign w:val="center"/>
          </w:tcPr>
          <w:p w14:paraId="3D978581"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5.08 (2.73 to 9.74)</w:t>
            </w:r>
          </w:p>
        </w:tc>
        <w:tc>
          <w:tcPr>
            <w:tcW w:w="1890" w:type="dxa"/>
            <w:vAlign w:val="center"/>
          </w:tcPr>
          <w:p w14:paraId="78E989E4"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1.41 (0.65 to 3.01)</w:t>
            </w:r>
          </w:p>
        </w:tc>
      </w:tr>
      <w:tr w:rsidR="00D15A66" w:rsidRPr="00EB75F0" w14:paraId="4B2D3AC3" w14:textId="77777777" w:rsidTr="007C40EF">
        <w:trPr>
          <w:trHeight w:val="288"/>
        </w:trPr>
        <w:tc>
          <w:tcPr>
            <w:tcW w:w="1255" w:type="dxa"/>
            <w:vAlign w:val="center"/>
            <w:hideMark/>
          </w:tcPr>
          <w:p w14:paraId="0925F67C"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620" w:type="dxa"/>
            <w:vAlign w:val="center"/>
          </w:tcPr>
          <w:p w14:paraId="106DB570"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1.29 (0.29 to 5.48)</w:t>
            </w:r>
          </w:p>
        </w:tc>
        <w:tc>
          <w:tcPr>
            <w:tcW w:w="1620" w:type="dxa"/>
            <w:vAlign w:val="center"/>
          </w:tcPr>
          <w:p w14:paraId="5BD63A9D"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0.98 (0.2 to 4.41)</w:t>
            </w:r>
          </w:p>
        </w:tc>
        <w:tc>
          <w:tcPr>
            <w:tcW w:w="1620" w:type="dxa"/>
            <w:shd w:val="clear" w:color="auto" w:fill="C6C6C6"/>
            <w:noWrap/>
            <w:vAlign w:val="center"/>
          </w:tcPr>
          <w:p w14:paraId="44938A54"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p>
        </w:tc>
        <w:tc>
          <w:tcPr>
            <w:tcW w:w="1631" w:type="dxa"/>
            <w:shd w:val="clear" w:color="auto" w:fill="CFEDFF"/>
            <w:vAlign w:val="center"/>
          </w:tcPr>
          <w:p w14:paraId="6B2E8491"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 (0.28 to 7.85)</w:t>
            </w:r>
          </w:p>
        </w:tc>
        <w:tc>
          <w:tcPr>
            <w:tcW w:w="1653" w:type="dxa"/>
            <w:vAlign w:val="center"/>
          </w:tcPr>
          <w:p w14:paraId="72A09686"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5.4 (0.98 to 29.56)</w:t>
            </w:r>
          </w:p>
        </w:tc>
        <w:tc>
          <w:tcPr>
            <w:tcW w:w="1756" w:type="dxa"/>
            <w:vAlign w:val="center"/>
          </w:tcPr>
          <w:p w14:paraId="15BB8998"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3.56 (0.79 to 14.87)</w:t>
            </w:r>
          </w:p>
        </w:tc>
        <w:tc>
          <w:tcPr>
            <w:tcW w:w="1620" w:type="dxa"/>
            <w:vAlign w:val="center"/>
          </w:tcPr>
          <w:p w14:paraId="569A49E2"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5 (1.06 to 21.94)</w:t>
            </w:r>
          </w:p>
        </w:tc>
        <w:tc>
          <w:tcPr>
            <w:tcW w:w="1890" w:type="dxa"/>
            <w:vAlign w:val="center"/>
          </w:tcPr>
          <w:p w14:paraId="78114FBF"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1.38 (0.31 to 5.65)</w:t>
            </w:r>
          </w:p>
        </w:tc>
      </w:tr>
      <w:tr w:rsidR="00D15A66" w:rsidRPr="00EB75F0" w14:paraId="12A12656" w14:textId="77777777" w:rsidTr="007C40EF">
        <w:trPr>
          <w:trHeight w:val="288"/>
        </w:trPr>
        <w:tc>
          <w:tcPr>
            <w:tcW w:w="1255" w:type="dxa"/>
            <w:vAlign w:val="center"/>
            <w:hideMark/>
          </w:tcPr>
          <w:p w14:paraId="213425BB" w14:textId="532AD46C" w:rsidR="00EA50A0" w:rsidRPr="00EB75F0" w:rsidRDefault="009A3ECD" w:rsidP="007C40EF">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620" w:type="dxa"/>
            <w:vAlign w:val="center"/>
          </w:tcPr>
          <w:p w14:paraId="68983712"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0.86 (0.31 to 2.29)</w:t>
            </w:r>
          </w:p>
        </w:tc>
        <w:tc>
          <w:tcPr>
            <w:tcW w:w="1620" w:type="dxa"/>
            <w:vAlign w:val="center"/>
          </w:tcPr>
          <w:p w14:paraId="328599F6"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0.65 (0.22 to 1.85)</w:t>
            </w:r>
          </w:p>
        </w:tc>
        <w:tc>
          <w:tcPr>
            <w:tcW w:w="1620" w:type="dxa"/>
            <w:vAlign w:val="center"/>
          </w:tcPr>
          <w:p w14:paraId="4A7045D6"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0.67 (0.13 to 3.59)</w:t>
            </w:r>
          </w:p>
        </w:tc>
        <w:tc>
          <w:tcPr>
            <w:tcW w:w="1631" w:type="dxa"/>
            <w:shd w:val="clear" w:color="auto" w:fill="C6C6C6"/>
            <w:noWrap/>
            <w:vAlign w:val="center"/>
          </w:tcPr>
          <w:p w14:paraId="503409EB"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p>
        </w:tc>
        <w:tc>
          <w:tcPr>
            <w:tcW w:w="1653" w:type="dxa"/>
            <w:vAlign w:val="center"/>
          </w:tcPr>
          <w:p w14:paraId="776D5AC7"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3.57 (1.01 to 13.64)</w:t>
            </w:r>
          </w:p>
        </w:tc>
        <w:tc>
          <w:tcPr>
            <w:tcW w:w="1756" w:type="dxa"/>
            <w:vAlign w:val="center"/>
          </w:tcPr>
          <w:p w14:paraId="39407F67"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2.38 (0.88 to 6.16)</w:t>
            </w:r>
          </w:p>
        </w:tc>
        <w:tc>
          <w:tcPr>
            <w:tcW w:w="1620" w:type="dxa"/>
            <w:vAlign w:val="center"/>
          </w:tcPr>
          <w:p w14:paraId="7A6456AD"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3.32 (1.17 to 9.22)</w:t>
            </w:r>
          </w:p>
        </w:tc>
        <w:tc>
          <w:tcPr>
            <w:tcW w:w="1890" w:type="dxa"/>
            <w:vAlign w:val="center"/>
          </w:tcPr>
          <w:p w14:paraId="765E16E4"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0.91 (0.32 to 2.53)</w:t>
            </w:r>
          </w:p>
        </w:tc>
      </w:tr>
      <w:tr w:rsidR="00D15A66" w:rsidRPr="00EB75F0" w14:paraId="3012FF60" w14:textId="77777777" w:rsidTr="007C40EF">
        <w:trPr>
          <w:trHeight w:val="288"/>
        </w:trPr>
        <w:tc>
          <w:tcPr>
            <w:tcW w:w="1255" w:type="dxa"/>
            <w:vAlign w:val="center"/>
            <w:hideMark/>
          </w:tcPr>
          <w:p w14:paraId="4B486E4F"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620" w:type="dxa"/>
            <w:vAlign w:val="center"/>
          </w:tcPr>
          <w:p w14:paraId="34BCA7F7"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0.24 (0.08 to 0.66)</w:t>
            </w:r>
          </w:p>
        </w:tc>
        <w:tc>
          <w:tcPr>
            <w:tcW w:w="1620" w:type="dxa"/>
            <w:vAlign w:val="center"/>
          </w:tcPr>
          <w:p w14:paraId="44846B59"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0.18 (0.06 to 0.53)</w:t>
            </w:r>
          </w:p>
        </w:tc>
        <w:tc>
          <w:tcPr>
            <w:tcW w:w="1620" w:type="dxa"/>
            <w:vAlign w:val="center"/>
          </w:tcPr>
          <w:p w14:paraId="27170D26"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0.19 (0.03 to 1.02)</w:t>
            </w:r>
          </w:p>
        </w:tc>
        <w:tc>
          <w:tcPr>
            <w:tcW w:w="1631" w:type="dxa"/>
            <w:shd w:val="clear" w:color="auto" w:fill="CFEDFF"/>
            <w:vAlign w:val="center"/>
          </w:tcPr>
          <w:p w14:paraId="3A604026"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0.28 (0.07 to 0.99)</w:t>
            </w:r>
          </w:p>
        </w:tc>
        <w:tc>
          <w:tcPr>
            <w:tcW w:w="1653" w:type="dxa"/>
            <w:shd w:val="clear" w:color="auto" w:fill="C6C6C6"/>
            <w:noWrap/>
            <w:vAlign w:val="center"/>
          </w:tcPr>
          <w:p w14:paraId="1989C760"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p>
        </w:tc>
        <w:tc>
          <w:tcPr>
            <w:tcW w:w="1756" w:type="dxa"/>
            <w:vAlign w:val="center"/>
          </w:tcPr>
          <w:p w14:paraId="55B271FC"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0.67 (0.22 to 1.74)</w:t>
            </w:r>
          </w:p>
        </w:tc>
        <w:tc>
          <w:tcPr>
            <w:tcW w:w="1620" w:type="dxa"/>
            <w:vAlign w:val="center"/>
          </w:tcPr>
          <w:p w14:paraId="39CBAEA8"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0.93 (0.3 to 2.6)</w:t>
            </w:r>
          </w:p>
        </w:tc>
        <w:tc>
          <w:tcPr>
            <w:tcW w:w="1890" w:type="dxa"/>
            <w:vAlign w:val="center"/>
          </w:tcPr>
          <w:p w14:paraId="55F84244"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0.26 (0.08 to 0.72)</w:t>
            </w:r>
          </w:p>
        </w:tc>
      </w:tr>
      <w:tr w:rsidR="00D15A66" w:rsidRPr="00EB75F0" w14:paraId="5FBCBE56" w14:textId="77777777" w:rsidTr="007C40EF">
        <w:trPr>
          <w:trHeight w:val="288"/>
        </w:trPr>
        <w:tc>
          <w:tcPr>
            <w:tcW w:w="1255" w:type="dxa"/>
            <w:vAlign w:val="center"/>
            <w:hideMark/>
          </w:tcPr>
          <w:p w14:paraId="63DBC317"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620" w:type="dxa"/>
            <w:vAlign w:val="center"/>
          </w:tcPr>
          <w:p w14:paraId="00D8328F"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0.36 (0.2 to 0.66)</w:t>
            </w:r>
          </w:p>
        </w:tc>
        <w:tc>
          <w:tcPr>
            <w:tcW w:w="1620" w:type="dxa"/>
            <w:vAlign w:val="center"/>
          </w:tcPr>
          <w:p w14:paraId="01184C54"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0.27 (0.14 to 0.55)</w:t>
            </w:r>
          </w:p>
        </w:tc>
        <w:tc>
          <w:tcPr>
            <w:tcW w:w="1620" w:type="dxa"/>
            <w:vAlign w:val="center"/>
          </w:tcPr>
          <w:p w14:paraId="1C34E4B9"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0.28 (0.07 to 1.26)</w:t>
            </w:r>
          </w:p>
        </w:tc>
        <w:tc>
          <w:tcPr>
            <w:tcW w:w="1631" w:type="dxa"/>
            <w:shd w:val="clear" w:color="auto" w:fill="CFEDFF"/>
            <w:vAlign w:val="center"/>
          </w:tcPr>
          <w:p w14:paraId="343740A5"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0.42 (0.16 to 1.13)</w:t>
            </w:r>
          </w:p>
        </w:tc>
        <w:tc>
          <w:tcPr>
            <w:tcW w:w="1653" w:type="dxa"/>
            <w:vAlign w:val="center"/>
          </w:tcPr>
          <w:p w14:paraId="46B7C44F"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1.49 (0.57 to 4.48)</w:t>
            </w:r>
          </w:p>
        </w:tc>
        <w:tc>
          <w:tcPr>
            <w:tcW w:w="1756" w:type="dxa"/>
            <w:shd w:val="clear" w:color="auto" w:fill="C6C6C6"/>
            <w:noWrap/>
            <w:vAlign w:val="center"/>
          </w:tcPr>
          <w:p w14:paraId="12F2DC09"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p>
        </w:tc>
        <w:tc>
          <w:tcPr>
            <w:tcW w:w="1620" w:type="dxa"/>
            <w:vAlign w:val="center"/>
          </w:tcPr>
          <w:p w14:paraId="09F01273" w14:textId="77777777" w:rsidR="00EA50A0" w:rsidRPr="00EB75F0" w:rsidRDefault="00EA50A0" w:rsidP="007C40EF">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 (0.74 to 2.69)</w:t>
            </w:r>
          </w:p>
        </w:tc>
        <w:tc>
          <w:tcPr>
            <w:tcW w:w="1890" w:type="dxa"/>
            <w:vAlign w:val="center"/>
          </w:tcPr>
          <w:p w14:paraId="5A007CB3" w14:textId="77777777" w:rsidR="00EA50A0" w:rsidRPr="00EB75F0" w:rsidRDefault="00EA50A0" w:rsidP="007C40EF">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0.39 (0.2 to 0.73)</w:t>
            </w:r>
          </w:p>
        </w:tc>
      </w:tr>
      <w:tr w:rsidR="00D15A66" w:rsidRPr="00EB75F0" w14:paraId="6E9B10B5" w14:textId="77777777" w:rsidTr="007C40EF">
        <w:trPr>
          <w:trHeight w:val="288"/>
        </w:trPr>
        <w:tc>
          <w:tcPr>
            <w:tcW w:w="1255" w:type="dxa"/>
            <w:vAlign w:val="center"/>
            <w:hideMark/>
          </w:tcPr>
          <w:p w14:paraId="66DEC4E1" w14:textId="77777777" w:rsidR="00EA50A0" w:rsidRPr="00EB75F0" w:rsidRDefault="00EA50A0" w:rsidP="007C40E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620" w:type="dxa"/>
            <w:vAlign w:val="center"/>
          </w:tcPr>
          <w:p w14:paraId="0B33CB33" w14:textId="77777777" w:rsidR="00EA50A0" w:rsidRPr="00EB75F0" w:rsidRDefault="00EA50A0" w:rsidP="007C40E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0.26 (0.13 to 0.51)</w:t>
            </w:r>
          </w:p>
        </w:tc>
        <w:tc>
          <w:tcPr>
            <w:tcW w:w="1620" w:type="dxa"/>
            <w:vAlign w:val="center"/>
          </w:tcPr>
          <w:p w14:paraId="5D0726BD" w14:textId="77777777" w:rsidR="00EA50A0" w:rsidRPr="00EB75F0" w:rsidRDefault="00EA50A0" w:rsidP="007C40E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 (0.1 to 0.37)</w:t>
            </w:r>
          </w:p>
        </w:tc>
        <w:tc>
          <w:tcPr>
            <w:tcW w:w="1620" w:type="dxa"/>
            <w:vAlign w:val="center"/>
          </w:tcPr>
          <w:p w14:paraId="7665F7E0" w14:textId="77777777" w:rsidR="00EA50A0" w:rsidRPr="00EB75F0" w:rsidRDefault="00EA50A0" w:rsidP="007C40E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 (0.05 to 0.94)</w:t>
            </w:r>
          </w:p>
        </w:tc>
        <w:tc>
          <w:tcPr>
            <w:tcW w:w="1631" w:type="dxa"/>
            <w:shd w:val="clear" w:color="auto" w:fill="CFEDFF"/>
            <w:vAlign w:val="center"/>
          </w:tcPr>
          <w:p w14:paraId="40E336B3" w14:textId="77777777" w:rsidR="00EA50A0" w:rsidRPr="00EB75F0" w:rsidRDefault="00EA50A0" w:rsidP="007C40E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 (0.11 to 0.86)</w:t>
            </w:r>
          </w:p>
        </w:tc>
        <w:tc>
          <w:tcPr>
            <w:tcW w:w="1653" w:type="dxa"/>
            <w:vAlign w:val="center"/>
          </w:tcPr>
          <w:p w14:paraId="67B64146" w14:textId="77777777" w:rsidR="00EA50A0" w:rsidRPr="00EB75F0" w:rsidRDefault="00EA50A0" w:rsidP="007C40E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1.07 (0.38 to 3.35)</w:t>
            </w:r>
          </w:p>
        </w:tc>
        <w:tc>
          <w:tcPr>
            <w:tcW w:w="1756" w:type="dxa"/>
            <w:vAlign w:val="center"/>
          </w:tcPr>
          <w:p w14:paraId="55F308DF" w14:textId="77777777" w:rsidR="00EA50A0" w:rsidRPr="00EB75F0" w:rsidRDefault="00EA50A0" w:rsidP="007C40E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0.72 (0.37 to 1.35)</w:t>
            </w:r>
          </w:p>
        </w:tc>
        <w:tc>
          <w:tcPr>
            <w:tcW w:w="1620" w:type="dxa"/>
            <w:shd w:val="clear" w:color="auto" w:fill="C6C6C6"/>
            <w:noWrap/>
            <w:vAlign w:val="center"/>
          </w:tcPr>
          <w:p w14:paraId="67A8492C" w14:textId="77777777" w:rsidR="00EA50A0" w:rsidRPr="00EB75F0" w:rsidRDefault="00EA50A0" w:rsidP="007C40EF">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890" w:type="dxa"/>
            <w:vAlign w:val="center"/>
          </w:tcPr>
          <w:p w14:paraId="3E0C07FB" w14:textId="77777777" w:rsidR="00EA50A0" w:rsidRPr="00EB75F0" w:rsidRDefault="00EA50A0" w:rsidP="007C40E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0.28 (0.13 to 0.57)</w:t>
            </w:r>
          </w:p>
        </w:tc>
      </w:tr>
      <w:tr w:rsidR="00D15A66" w:rsidRPr="00EB75F0" w14:paraId="1209124E" w14:textId="77777777" w:rsidTr="007C40EF">
        <w:trPr>
          <w:trHeight w:val="288"/>
        </w:trPr>
        <w:tc>
          <w:tcPr>
            <w:tcW w:w="1255" w:type="dxa"/>
            <w:vAlign w:val="center"/>
            <w:hideMark/>
          </w:tcPr>
          <w:p w14:paraId="4DDCD881" w14:textId="77777777" w:rsidR="00EA50A0" w:rsidRPr="00EB75F0" w:rsidRDefault="00EA50A0" w:rsidP="007C40E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620" w:type="dxa"/>
            <w:vAlign w:val="center"/>
          </w:tcPr>
          <w:p w14:paraId="2C6AA44E" w14:textId="77777777" w:rsidR="00EA50A0" w:rsidRPr="00EB75F0" w:rsidRDefault="00EA50A0" w:rsidP="007C40EF">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0.94 (0.53 to 1.67)</w:t>
            </w:r>
          </w:p>
        </w:tc>
        <w:tc>
          <w:tcPr>
            <w:tcW w:w="1620" w:type="dxa"/>
            <w:vAlign w:val="center"/>
          </w:tcPr>
          <w:p w14:paraId="122E1D34" w14:textId="77777777" w:rsidR="00EA50A0" w:rsidRPr="00EB75F0" w:rsidRDefault="00EA50A0" w:rsidP="007C40E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0.71 (0.33 to 1.53)</w:t>
            </w:r>
          </w:p>
        </w:tc>
        <w:tc>
          <w:tcPr>
            <w:tcW w:w="1620" w:type="dxa"/>
            <w:vAlign w:val="center"/>
          </w:tcPr>
          <w:p w14:paraId="0E2317B4" w14:textId="77777777" w:rsidR="00EA50A0" w:rsidRPr="00EB75F0" w:rsidRDefault="00EA50A0" w:rsidP="007C40E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0.73 (0.18 to 3.2)</w:t>
            </w:r>
          </w:p>
        </w:tc>
        <w:tc>
          <w:tcPr>
            <w:tcW w:w="1631" w:type="dxa"/>
            <w:shd w:val="clear" w:color="auto" w:fill="CFEDFF"/>
            <w:vAlign w:val="center"/>
          </w:tcPr>
          <w:p w14:paraId="735116A0" w14:textId="77777777" w:rsidR="00EA50A0" w:rsidRPr="00EB75F0" w:rsidRDefault="00EA50A0" w:rsidP="007C40E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1.09 (0.4 to 3.11)</w:t>
            </w:r>
          </w:p>
        </w:tc>
        <w:tc>
          <w:tcPr>
            <w:tcW w:w="1653" w:type="dxa"/>
            <w:vAlign w:val="center"/>
          </w:tcPr>
          <w:p w14:paraId="08DDE7D9" w14:textId="77777777" w:rsidR="00EA50A0" w:rsidRPr="00EB75F0" w:rsidRDefault="00EA50A0" w:rsidP="007C40E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3.89 (1.39 to 12.25)</w:t>
            </w:r>
          </w:p>
        </w:tc>
        <w:tc>
          <w:tcPr>
            <w:tcW w:w="1756" w:type="dxa"/>
            <w:vAlign w:val="center"/>
          </w:tcPr>
          <w:p w14:paraId="44141CB7" w14:textId="77777777" w:rsidR="00EA50A0" w:rsidRPr="00EB75F0" w:rsidRDefault="00EA50A0" w:rsidP="007C40E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2.59 (1.37 to 4.96)</w:t>
            </w:r>
          </w:p>
        </w:tc>
        <w:tc>
          <w:tcPr>
            <w:tcW w:w="1620" w:type="dxa"/>
            <w:vAlign w:val="center"/>
          </w:tcPr>
          <w:p w14:paraId="529E6AC0" w14:textId="77777777" w:rsidR="00EA50A0" w:rsidRPr="00EB75F0" w:rsidRDefault="00EA50A0" w:rsidP="007C40EF">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3.62 (1.77 to 7.55)</w:t>
            </w:r>
          </w:p>
        </w:tc>
        <w:tc>
          <w:tcPr>
            <w:tcW w:w="1890" w:type="dxa"/>
            <w:shd w:val="clear" w:color="auto" w:fill="C6C6C6"/>
            <w:noWrap/>
            <w:vAlign w:val="center"/>
          </w:tcPr>
          <w:p w14:paraId="22723286" w14:textId="77777777" w:rsidR="00EA50A0" w:rsidRPr="00EB75F0" w:rsidRDefault="00EA50A0" w:rsidP="007C40EF">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D15A66" w:rsidRPr="00EB75F0" w14:paraId="56A698D8" w14:textId="77777777" w:rsidTr="007C40EF">
        <w:trPr>
          <w:trHeight w:val="115"/>
        </w:trPr>
        <w:tc>
          <w:tcPr>
            <w:tcW w:w="14665" w:type="dxa"/>
            <w:gridSpan w:val="9"/>
            <w:vAlign w:val="center"/>
          </w:tcPr>
          <w:p w14:paraId="76A33913" w14:textId="2D2403EF" w:rsidR="00D15A66" w:rsidRPr="00EB75F0" w:rsidRDefault="00D15A66" w:rsidP="00D15A66">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OR, odds ratio;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eastAsia="Times New Roman" w:hAnsiTheme="majorHAnsi" w:cstheme="majorHAnsi"/>
                <w:color w:val="000000"/>
                <w:sz w:val="16"/>
                <w:szCs w:val="16"/>
                <w:lang w:eastAsia="zh-TW"/>
              </w:rPr>
              <w:t xml:space="preserve">, </w:t>
            </w:r>
            <w:proofErr w:type="spellStart"/>
            <w:r w:rsidRPr="00EB75F0">
              <w:rPr>
                <w:rFonts w:asciiTheme="majorHAnsi" w:hAnsiTheme="majorHAnsi" w:cstheme="majorHAnsi"/>
                <w:sz w:val="16"/>
                <w:szCs w:val="16"/>
              </w:rPr>
              <w:t>xanomeline</w:t>
            </w:r>
            <w:proofErr w:type="spellEnd"/>
            <w:r w:rsidRPr="00EB75F0">
              <w:rPr>
                <w:rFonts w:asciiTheme="majorHAnsi" w:hAnsiTheme="majorHAnsi" w:cstheme="majorHAnsi"/>
                <w:sz w:val="16"/>
                <w:szCs w:val="16"/>
              </w:rPr>
              <w:t>/</w:t>
            </w:r>
            <w:proofErr w:type="spellStart"/>
            <w:r w:rsidRPr="00EB75F0">
              <w:rPr>
                <w:rFonts w:asciiTheme="majorHAnsi" w:hAnsiTheme="majorHAnsi" w:cstheme="majorHAnsi"/>
                <w:sz w:val="16"/>
                <w:szCs w:val="16"/>
              </w:rPr>
              <w:t>trospium</w:t>
            </w:r>
            <w:proofErr w:type="spellEnd"/>
            <w:r w:rsidRPr="00EB75F0">
              <w:rPr>
                <w:rFonts w:asciiTheme="majorHAnsi" w:hAnsiTheme="majorHAnsi" w:cstheme="majorHAnsi"/>
                <w:sz w:val="16"/>
                <w:szCs w:val="16"/>
              </w:rPr>
              <w:t xml:space="preserve"> chloride</w:t>
            </w:r>
          </w:p>
          <w:p w14:paraId="16E7D36C" w14:textId="59B7B35A" w:rsidR="00D15A66" w:rsidRPr="00EB75F0" w:rsidRDefault="00D15A66" w:rsidP="00D15A66">
            <w:pPr>
              <w:keepNext/>
              <w:spacing w:before="0" w:after="0" w:line="240" w:lineRule="auto"/>
              <w:contextualSpacing/>
              <w:rPr>
                <w:rFonts w:ascii="Aptos Narrow" w:hAnsi="Aptos Narrow"/>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39AC926D" w14:textId="77777777" w:rsidR="00A1591B" w:rsidRPr="00EB75F0" w:rsidRDefault="00A1591B">
      <w:pPr>
        <w:pStyle w:val="Legend"/>
        <w:spacing w:before="48" w:after="48"/>
        <w:rPr>
          <w:sz w:val="22"/>
        </w:rPr>
      </w:pPr>
    </w:p>
    <w:p w14:paraId="159F9AA4" w14:textId="79681664" w:rsidR="003625DC" w:rsidRPr="00EB75F0" w:rsidRDefault="00A06AE8" w:rsidP="004C5A6A">
      <w:pPr>
        <w:pStyle w:val="Heading3"/>
      </w:pPr>
      <w:r w:rsidRPr="00EB75F0">
        <w:t>Table S</w:t>
      </w:r>
      <w:fldSimple w:instr=" STYLEREF 1 \s ">
        <w:r w:rsidR="004B2F28">
          <w:rPr>
            <w:noProof/>
          </w:rPr>
          <w:t>13</w:t>
        </w:r>
      </w:fldSimple>
      <w:r w:rsidR="00EE288E" w:rsidRPr="00EB75F0">
        <w:noBreakHyphen/>
      </w:r>
      <w:fldSimple w:instr=" SEQ Table \* ARABIC \s 1 ">
        <w:r w:rsidR="004B2F28">
          <w:rPr>
            <w:noProof/>
          </w:rPr>
          <w:t>50</w:t>
        </w:r>
      </w:fldSimple>
      <w:r w:rsidR="003625DC" w:rsidRPr="00EB75F0">
        <w:t xml:space="preserve">: Somnolence – League tables – random-effects model, sensitivity analysis excluding studies with predominantly Asian populations – OR (95% </w:t>
      </w:r>
      <w:proofErr w:type="spellStart"/>
      <w:r w:rsidR="003625DC" w:rsidRPr="00EB75F0">
        <w:t>CrI</w:t>
      </w:r>
      <w:proofErr w:type="spellEnd"/>
      <w:r w:rsidR="003625DC" w:rsidRPr="00EB75F0">
        <w:t>)</w:t>
      </w:r>
    </w:p>
    <w:tbl>
      <w:tblPr>
        <w:tblStyle w:val="Lumanitytable"/>
        <w:tblW w:w="14637" w:type="dxa"/>
        <w:tblLayout w:type="fixed"/>
        <w:tblLook w:val="04A0" w:firstRow="1" w:lastRow="0" w:firstColumn="1" w:lastColumn="0" w:noHBand="0" w:noVBand="1"/>
      </w:tblPr>
      <w:tblGrid>
        <w:gridCol w:w="1781"/>
        <w:gridCol w:w="1790"/>
        <w:gridCol w:w="1953"/>
        <w:gridCol w:w="1627"/>
        <w:gridCol w:w="2116"/>
        <w:gridCol w:w="1790"/>
        <w:gridCol w:w="1790"/>
        <w:gridCol w:w="1790"/>
      </w:tblGrid>
      <w:tr w:rsidR="00944690" w:rsidRPr="00EB75F0" w14:paraId="13BE741A" w14:textId="77777777" w:rsidTr="00C216F5">
        <w:trPr>
          <w:cnfStyle w:val="100000000000" w:firstRow="1" w:lastRow="0" w:firstColumn="0" w:lastColumn="0" w:oddVBand="0" w:evenVBand="0" w:oddHBand="0" w:evenHBand="0" w:firstRowFirstColumn="0" w:firstRowLastColumn="0" w:lastRowFirstColumn="0" w:lastRowLastColumn="0"/>
          <w:trHeight w:val="288"/>
          <w:tblHeader/>
        </w:trPr>
        <w:tc>
          <w:tcPr>
            <w:tcW w:w="1781" w:type="dxa"/>
            <w:vAlign w:val="center"/>
            <w:hideMark/>
          </w:tcPr>
          <w:p w14:paraId="4018FB76" w14:textId="77777777" w:rsidR="00944690" w:rsidRPr="00EB75F0" w:rsidRDefault="00944690" w:rsidP="00C216F5">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790" w:type="dxa"/>
            <w:vAlign w:val="center"/>
            <w:hideMark/>
          </w:tcPr>
          <w:p w14:paraId="1973B7DC" w14:textId="77777777" w:rsidR="00944690" w:rsidRPr="00EB75F0" w:rsidRDefault="00944690" w:rsidP="00C216F5">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953" w:type="dxa"/>
            <w:vAlign w:val="center"/>
            <w:hideMark/>
          </w:tcPr>
          <w:p w14:paraId="07612C2C" w14:textId="77777777" w:rsidR="00944690" w:rsidRPr="00EB75F0" w:rsidRDefault="00944690" w:rsidP="00C216F5">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627" w:type="dxa"/>
            <w:vAlign w:val="center"/>
            <w:hideMark/>
          </w:tcPr>
          <w:p w14:paraId="35E83EC5" w14:textId="77686121" w:rsidR="00944690" w:rsidRPr="00EB75F0" w:rsidRDefault="009A3ECD" w:rsidP="00C216F5">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2116" w:type="dxa"/>
            <w:vAlign w:val="center"/>
            <w:hideMark/>
          </w:tcPr>
          <w:p w14:paraId="29BCDA8B" w14:textId="77777777" w:rsidR="00944690" w:rsidRPr="00EB75F0" w:rsidRDefault="00944690" w:rsidP="00C216F5">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790" w:type="dxa"/>
            <w:vAlign w:val="center"/>
            <w:hideMark/>
          </w:tcPr>
          <w:p w14:paraId="4D18CB34" w14:textId="77777777" w:rsidR="00944690" w:rsidRPr="00EB75F0" w:rsidRDefault="00944690" w:rsidP="00C216F5">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790" w:type="dxa"/>
            <w:vAlign w:val="center"/>
            <w:hideMark/>
          </w:tcPr>
          <w:p w14:paraId="4B387962" w14:textId="77777777" w:rsidR="00944690" w:rsidRPr="00EB75F0" w:rsidRDefault="00944690" w:rsidP="00C216F5">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790" w:type="dxa"/>
            <w:vAlign w:val="center"/>
            <w:hideMark/>
          </w:tcPr>
          <w:p w14:paraId="5095893B" w14:textId="77777777" w:rsidR="00944690" w:rsidRPr="00EB75F0" w:rsidRDefault="00944690" w:rsidP="00C216F5">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944690" w:rsidRPr="00EB75F0" w14:paraId="37F37B12" w14:textId="77777777" w:rsidTr="00C216F5">
        <w:trPr>
          <w:trHeight w:val="288"/>
        </w:trPr>
        <w:tc>
          <w:tcPr>
            <w:tcW w:w="1781" w:type="dxa"/>
            <w:vAlign w:val="center"/>
            <w:hideMark/>
          </w:tcPr>
          <w:p w14:paraId="0C78D0DB"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790" w:type="dxa"/>
            <w:vAlign w:val="center"/>
          </w:tcPr>
          <w:p w14:paraId="11F11902"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1.31 (0.75 to 2.28)</w:t>
            </w:r>
          </w:p>
        </w:tc>
        <w:tc>
          <w:tcPr>
            <w:tcW w:w="1953" w:type="dxa"/>
            <w:vAlign w:val="center"/>
          </w:tcPr>
          <w:p w14:paraId="69592516"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0.99 (0.52 to 1.88)</w:t>
            </w:r>
          </w:p>
        </w:tc>
        <w:tc>
          <w:tcPr>
            <w:tcW w:w="1627" w:type="dxa"/>
            <w:shd w:val="clear" w:color="auto" w:fill="CFEDFF"/>
            <w:vAlign w:val="center"/>
          </w:tcPr>
          <w:p w14:paraId="1BF0A226"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1.52 (0.63 to 4.15)</w:t>
            </w:r>
          </w:p>
        </w:tc>
        <w:tc>
          <w:tcPr>
            <w:tcW w:w="2116" w:type="dxa"/>
            <w:vAlign w:val="center"/>
          </w:tcPr>
          <w:p w14:paraId="79894785"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790" w:type="dxa"/>
            <w:vAlign w:val="center"/>
          </w:tcPr>
          <w:p w14:paraId="2289B09B"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790" w:type="dxa"/>
            <w:vAlign w:val="center"/>
          </w:tcPr>
          <w:p w14:paraId="1748E461"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790" w:type="dxa"/>
            <w:vAlign w:val="center"/>
          </w:tcPr>
          <w:p w14:paraId="626E2E4F"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1.53 (0.83 to 2.8)</w:t>
            </w:r>
          </w:p>
        </w:tc>
      </w:tr>
      <w:tr w:rsidR="00944690" w:rsidRPr="00EB75F0" w14:paraId="6F883052" w14:textId="77777777" w:rsidTr="00C216F5">
        <w:trPr>
          <w:trHeight w:val="288"/>
        </w:trPr>
        <w:tc>
          <w:tcPr>
            <w:tcW w:w="1781" w:type="dxa"/>
            <w:vAlign w:val="center"/>
            <w:hideMark/>
          </w:tcPr>
          <w:p w14:paraId="12C52A5F"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790" w:type="dxa"/>
            <w:shd w:val="clear" w:color="auto" w:fill="C6C6C6"/>
            <w:noWrap/>
            <w:vAlign w:val="center"/>
          </w:tcPr>
          <w:p w14:paraId="30F74745"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p>
        </w:tc>
        <w:tc>
          <w:tcPr>
            <w:tcW w:w="1953" w:type="dxa"/>
            <w:vAlign w:val="center"/>
          </w:tcPr>
          <w:p w14:paraId="1975E3DB"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0.75 (0.33 to 1.74)</w:t>
            </w:r>
          </w:p>
        </w:tc>
        <w:tc>
          <w:tcPr>
            <w:tcW w:w="1627" w:type="dxa"/>
            <w:shd w:val="clear" w:color="auto" w:fill="CFEDFF"/>
            <w:vAlign w:val="center"/>
          </w:tcPr>
          <w:p w14:paraId="5AB30E77"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1.16 (0.4 to 3.7)</w:t>
            </w:r>
          </w:p>
        </w:tc>
        <w:tc>
          <w:tcPr>
            <w:tcW w:w="2116" w:type="dxa"/>
            <w:vAlign w:val="center"/>
          </w:tcPr>
          <w:p w14:paraId="223ED721"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1790" w:type="dxa"/>
            <w:vAlign w:val="center"/>
          </w:tcPr>
          <w:p w14:paraId="5FCFD60B"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1790" w:type="dxa"/>
            <w:vAlign w:val="center"/>
          </w:tcPr>
          <w:p w14:paraId="435341A8"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1790" w:type="dxa"/>
            <w:vAlign w:val="center"/>
          </w:tcPr>
          <w:p w14:paraId="6C0AA5D1"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1.16 (0.59 to 2.3)</w:t>
            </w:r>
          </w:p>
        </w:tc>
      </w:tr>
      <w:tr w:rsidR="00944690" w:rsidRPr="00EB75F0" w14:paraId="423BE562" w14:textId="77777777" w:rsidTr="00C216F5">
        <w:trPr>
          <w:trHeight w:val="288"/>
        </w:trPr>
        <w:tc>
          <w:tcPr>
            <w:tcW w:w="1781" w:type="dxa"/>
            <w:vAlign w:val="center"/>
            <w:hideMark/>
          </w:tcPr>
          <w:p w14:paraId="56B29B1F"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790" w:type="dxa"/>
            <w:vAlign w:val="center"/>
          </w:tcPr>
          <w:p w14:paraId="1CF5CC4E"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1.33 (0.57 to 3.03)</w:t>
            </w:r>
          </w:p>
        </w:tc>
        <w:tc>
          <w:tcPr>
            <w:tcW w:w="1953" w:type="dxa"/>
            <w:shd w:val="clear" w:color="auto" w:fill="C6C6C6"/>
            <w:noWrap/>
            <w:vAlign w:val="center"/>
          </w:tcPr>
          <w:p w14:paraId="1CAB9039"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p>
        </w:tc>
        <w:tc>
          <w:tcPr>
            <w:tcW w:w="1627" w:type="dxa"/>
            <w:shd w:val="clear" w:color="auto" w:fill="CFEDFF"/>
            <w:vAlign w:val="center"/>
          </w:tcPr>
          <w:p w14:paraId="7CC8A3E9"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1.54 (0.52 to 5.22)</w:t>
            </w:r>
          </w:p>
        </w:tc>
        <w:tc>
          <w:tcPr>
            <w:tcW w:w="2116" w:type="dxa"/>
            <w:vAlign w:val="center"/>
          </w:tcPr>
          <w:p w14:paraId="38450D3E"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790" w:type="dxa"/>
            <w:vAlign w:val="center"/>
          </w:tcPr>
          <w:p w14:paraId="4C19D711"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790" w:type="dxa"/>
            <w:vAlign w:val="center"/>
          </w:tcPr>
          <w:p w14:paraId="165C9553"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1790" w:type="dxa"/>
            <w:vAlign w:val="center"/>
          </w:tcPr>
          <w:p w14:paraId="78D94513"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1.54 (0.63 to 3.77)</w:t>
            </w:r>
          </w:p>
        </w:tc>
      </w:tr>
      <w:tr w:rsidR="00944690" w:rsidRPr="00EB75F0" w14:paraId="6BB159E8" w14:textId="77777777" w:rsidTr="00C216F5">
        <w:trPr>
          <w:trHeight w:val="288"/>
        </w:trPr>
        <w:tc>
          <w:tcPr>
            <w:tcW w:w="1781" w:type="dxa"/>
            <w:vAlign w:val="center"/>
            <w:hideMark/>
          </w:tcPr>
          <w:p w14:paraId="0EDBC7A2" w14:textId="7A631C3B" w:rsidR="00944690" w:rsidRPr="00EB75F0" w:rsidRDefault="009A3ECD" w:rsidP="00C216F5">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790" w:type="dxa"/>
            <w:vAlign w:val="center"/>
          </w:tcPr>
          <w:p w14:paraId="20863BF7"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0.86 (0.27 to 2.48)</w:t>
            </w:r>
          </w:p>
        </w:tc>
        <w:tc>
          <w:tcPr>
            <w:tcW w:w="1953" w:type="dxa"/>
            <w:vAlign w:val="center"/>
          </w:tcPr>
          <w:p w14:paraId="58B7295A"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0.65 (0.19 to 1.93)</w:t>
            </w:r>
          </w:p>
        </w:tc>
        <w:tc>
          <w:tcPr>
            <w:tcW w:w="1627" w:type="dxa"/>
            <w:shd w:val="clear" w:color="auto" w:fill="C6C6C6"/>
            <w:noWrap/>
            <w:vAlign w:val="center"/>
          </w:tcPr>
          <w:p w14:paraId="05BA4B7F"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p>
        </w:tc>
        <w:tc>
          <w:tcPr>
            <w:tcW w:w="2116" w:type="dxa"/>
            <w:vAlign w:val="center"/>
          </w:tcPr>
          <w:p w14:paraId="56EF0CE5"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3.54 (0.81 to 15.11)</w:t>
            </w:r>
          </w:p>
        </w:tc>
        <w:tc>
          <w:tcPr>
            <w:tcW w:w="1790" w:type="dxa"/>
            <w:vAlign w:val="center"/>
          </w:tcPr>
          <w:p w14:paraId="2BCE8B27"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2.36 (0.82 to 6.66)</w:t>
            </w:r>
          </w:p>
        </w:tc>
        <w:tc>
          <w:tcPr>
            <w:tcW w:w="1790" w:type="dxa"/>
            <w:vAlign w:val="center"/>
          </w:tcPr>
          <w:p w14:paraId="2DBD2877"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790" w:type="dxa"/>
            <w:vAlign w:val="center"/>
          </w:tcPr>
          <w:p w14:paraId="4CC63A24"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0.99 (0.31 to 2.92)</w:t>
            </w:r>
          </w:p>
        </w:tc>
      </w:tr>
      <w:tr w:rsidR="00944690" w:rsidRPr="00EB75F0" w14:paraId="05A3B88A" w14:textId="77777777" w:rsidTr="00C216F5">
        <w:trPr>
          <w:trHeight w:val="288"/>
        </w:trPr>
        <w:tc>
          <w:tcPr>
            <w:tcW w:w="1781" w:type="dxa"/>
            <w:vAlign w:val="center"/>
            <w:hideMark/>
          </w:tcPr>
          <w:p w14:paraId="0DD30987"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790" w:type="dxa"/>
            <w:vAlign w:val="center"/>
          </w:tcPr>
          <w:p w14:paraId="7421376A"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1953" w:type="dxa"/>
            <w:vAlign w:val="center"/>
          </w:tcPr>
          <w:p w14:paraId="3957C044"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1627" w:type="dxa"/>
            <w:shd w:val="clear" w:color="auto" w:fill="CFEDFF"/>
            <w:vAlign w:val="center"/>
          </w:tcPr>
          <w:p w14:paraId="7677B3C3"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0.28 (0.07 to 1.23)</w:t>
            </w:r>
          </w:p>
        </w:tc>
        <w:tc>
          <w:tcPr>
            <w:tcW w:w="2116" w:type="dxa"/>
            <w:shd w:val="clear" w:color="auto" w:fill="C6C6C6"/>
            <w:noWrap/>
            <w:vAlign w:val="center"/>
          </w:tcPr>
          <w:p w14:paraId="69382F7B"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p>
        </w:tc>
        <w:tc>
          <w:tcPr>
            <w:tcW w:w="1790" w:type="dxa"/>
            <w:vAlign w:val="center"/>
          </w:tcPr>
          <w:p w14:paraId="2B827466"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0.67 (0.2 to 2.21)</w:t>
            </w:r>
          </w:p>
        </w:tc>
        <w:tc>
          <w:tcPr>
            <w:tcW w:w="1790" w:type="dxa"/>
            <w:vAlign w:val="center"/>
          </w:tcPr>
          <w:p w14:paraId="46B84A6A"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0.93 (0.26 to 3.22)</w:t>
            </w:r>
          </w:p>
        </w:tc>
        <w:tc>
          <w:tcPr>
            <w:tcW w:w="1790" w:type="dxa"/>
            <w:vAlign w:val="center"/>
          </w:tcPr>
          <w:p w14:paraId="270BAAC9"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r>
      <w:tr w:rsidR="00944690" w:rsidRPr="00EB75F0" w14:paraId="356932A7" w14:textId="77777777" w:rsidTr="00C216F5">
        <w:trPr>
          <w:trHeight w:val="288"/>
        </w:trPr>
        <w:tc>
          <w:tcPr>
            <w:tcW w:w="1781" w:type="dxa"/>
            <w:vAlign w:val="center"/>
            <w:hideMark/>
          </w:tcPr>
          <w:p w14:paraId="74EB3F9A"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790" w:type="dxa"/>
            <w:vAlign w:val="center"/>
          </w:tcPr>
          <w:p w14:paraId="7FF3DCFE"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1953" w:type="dxa"/>
            <w:vAlign w:val="center"/>
          </w:tcPr>
          <w:p w14:paraId="49720BC3"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627" w:type="dxa"/>
            <w:shd w:val="clear" w:color="auto" w:fill="CFEDFF"/>
            <w:vAlign w:val="center"/>
          </w:tcPr>
          <w:p w14:paraId="373A0BAF"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0.42 (0.15 to 1.22)</w:t>
            </w:r>
          </w:p>
        </w:tc>
        <w:tc>
          <w:tcPr>
            <w:tcW w:w="2116" w:type="dxa"/>
            <w:vAlign w:val="center"/>
          </w:tcPr>
          <w:p w14:paraId="48DF1C3B"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1.48 (0.45 to 5.07)</w:t>
            </w:r>
          </w:p>
        </w:tc>
        <w:tc>
          <w:tcPr>
            <w:tcW w:w="1790" w:type="dxa"/>
            <w:shd w:val="clear" w:color="auto" w:fill="C6C6C6"/>
            <w:noWrap/>
            <w:vAlign w:val="center"/>
          </w:tcPr>
          <w:p w14:paraId="324ACD3D"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p>
        </w:tc>
        <w:tc>
          <w:tcPr>
            <w:tcW w:w="1790" w:type="dxa"/>
            <w:vAlign w:val="center"/>
          </w:tcPr>
          <w:p w14:paraId="7AB073C6" w14:textId="77777777" w:rsidR="00944690" w:rsidRPr="00EB75F0" w:rsidRDefault="00944690" w:rsidP="00C216F5">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1.38 (0.66 to 2.79)</w:t>
            </w:r>
          </w:p>
        </w:tc>
        <w:tc>
          <w:tcPr>
            <w:tcW w:w="1790" w:type="dxa"/>
            <w:vAlign w:val="center"/>
          </w:tcPr>
          <w:p w14:paraId="5E56723B" w14:textId="77777777" w:rsidR="00944690" w:rsidRPr="00EB75F0" w:rsidRDefault="00944690" w:rsidP="00C216F5">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0.42 (0.19 to 0.87)</w:t>
            </w:r>
          </w:p>
        </w:tc>
      </w:tr>
      <w:tr w:rsidR="00944690" w:rsidRPr="00EB75F0" w14:paraId="15056A43" w14:textId="77777777" w:rsidTr="00C216F5">
        <w:trPr>
          <w:trHeight w:val="288"/>
        </w:trPr>
        <w:tc>
          <w:tcPr>
            <w:tcW w:w="1781" w:type="dxa"/>
            <w:vAlign w:val="center"/>
            <w:hideMark/>
          </w:tcPr>
          <w:p w14:paraId="1FC8F5C1" w14:textId="77777777" w:rsidR="00944690" w:rsidRPr="00EB75F0" w:rsidRDefault="00944690" w:rsidP="00C216F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Quetiapine</w:t>
            </w:r>
          </w:p>
        </w:tc>
        <w:tc>
          <w:tcPr>
            <w:tcW w:w="1790" w:type="dxa"/>
            <w:vAlign w:val="center"/>
          </w:tcPr>
          <w:p w14:paraId="7B88B2B8" w14:textId="77777777" w:rsidR="00944690" w:rsidRPr="00EB75F0" w:rsidRDefault="00944690" w:rsidP="00C216F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953" w:type="dxa"/>
            <w:vAlign w:val="center"/>
          </w:tcPr>
          <w:p w14:paraId="463D333B" w14:textId="77777777" w:rsidR="00944690" w:rsidRPr="00EB75F0" w:rsidRDefault="00944690" w:rsidP="00C216F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1627" w:type="dxa"/>
            <w:shd w:val="clear" w:color="auto" w:fill="CFEDFF"/>
            <w:vAlign w:val="center"/>
          </w:tcPr>
          <w:p w14:paraId="34E337F9" w14:textId="77777777" w:rsidR="00944690" w:rsidRPr="00EB75F0" w:rsidRDefault="00944690" w:rsidP="00C216F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2116" w:type="dxa"/>
            <w:vAlign w:val="center"/>
          </w:tcPr>
          <w:p w14:paraId="0BE7279F" w14:textId="77777777" w:rsidR="00944690" w:rsidRPr="00EB75F0" w:rsidRDefault="00944690" w:rsidP="00C216F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1.08 (0.31 to 3.85)</w:t>
            </w:r>
          </w:p>
        </w:tc>
        <w:tc>
          <w:tcPr>
            <w:tcW w:w="1790" w:type="dxa"/>
            <w:vAlign w:val="center"/>
          </w:tcPr>
          <w:p w14:paraId="3DE7C246" w14:textId="77777777" w:rsidR="00944690" w:rsidRPr="00EB75F0" w:rsidRDefault="00944690" w:rsidP="00C216F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0.72 (0.36 to 1.52)</w:t>
            </w:r>
          </w:p>
        </w:tc>
        <w:tc>
          <w:tcPr>
            <w:tcW w:w="1790" w:type="dxa"/>
            <w:shd w:val="clear" w:color="auto" w:fill="C6C6C6"/>
            <w:noWrap/>
            <w:vAlign w:val="center"/>
          </w:tcPr>
          <w:p w14:paraId="7F14C427" w14:textId="77777777" w:rsidR="00944690" w:rsidRPr="00EB75F0" w:rsidRDefault="00944690" w:rsidP="00C216F5">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790" w:type="dxa"/>
            <w:vAlign w:val="center"/>
          </w:tcPr>
          <w:p w14:paraId="5AB60C5E" w14:textId="77777777" w:rsidR="00944690" w:rsidRPr="00EB75F0" w:rsidRDefault="00944690" w:rsidP="00C216F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r>
      <w:tr w:rsidR="00944690" w:rsidRPr="00EB75F0" w14:paraId="44505747" w14:textId="77777777" w:rsidTr="00C216F5">
        <w:trPr>
          <w:trHeight w:val="288"/>
        </w:trPr>
        <w:tc>
          <w:tcPr>
            <w:tcW w:w="1781" w:type="dxa"/>
            <w:vAlign w:val="center"/>
            <w:hideMark/>
          </w:tcPr>
          <w:p w14:paraId="0BCA4656" w14:textId="77777777" w:rsidR="00944690" w:rsidRPr="00EB75F0" w:rsidRDefault="00944690" w:rsidP="00C216F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790" w:type="dxa"/>
            <w:vAlign w:val="center"/>
          </w:tcPr>
          <w:p w14:paraId="69F91B58" w14:textId="77777777" w:rsidR="00944690" w:rsidRPr="00EB75F0" w:rsidRDefault="00944690" w:rsidP="00C216F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0.87 (0.43 to 1.71)</w:t>
            </w:r>
          </w:p>
        </w:tc>
        <w:tc>
          <w:tcPr>
            <w:tcW w:w="1953" w:type="dxa"/>
            <w:vAlign w:val="center"/>
          </w:tcPr>
          <w:p w14:paraId="149AF176" w14:textId="77777777" w:rsidR="00944690" w:rsidRPr="00EB75F0" w:rsidRDefault="00944690" w:rsidP="00C216F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0.65 (0.27 to 1.58)</w:t>
            </w:r>
          </w:p>
        </w:tc>
        <w:tc>
          <w:tcPr>
            <w:tcW w:w="1627" w:type="dxa"/>
            <w:shd w:val="clear" w:color="auto" w:fill="CFEDFF"/>
            <w:vAlign w:val="center"/>
          </w:tcPr>
          <w:p w14:paraId="172E0453" w14:textId="77777777" w:rsidR="00944690" w:rsidRPr="00EB75F0" w:rsidRDefault="00944690" w:rsidP="00C216F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1.01 (0.34 to 3.25)</w:t>
            </w:r>
          </w:p>
        </w:tc>
        <w:tc>
          <w:tcPr>
            <w:tcW w:w="2116" w:type="dxa"/>
            <w:vAlign w:val="center"/>
          </w:tcPr>
          <w:p w14:paraId="5B68B06E" w14:textId="77777777" w:rsidR="00944690" w:rsidRPr="00EB75F0" w:rsidRDefault="00944690" w:rsidP="00C216F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1790" w:type="dxa"/>
            <w:vAlign w:val="center"/>
          </w:tcPr>
          <w:p w14:paraId="5A45425A" w14:textId="77777777" w:rsidR="00944690" w:rsidRPr="00EB75F0" w:rsidRDefault="00944690" w:rsidP="00C216F5">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790" w:type="dxa"/>
            <w:vAlign w:val="center"/>
          </w:tcPr>
          <w:p w14:paraId="2E0F6118" w14:textId="77777777" w:rsidR="00944690" w:rsidRPr="00EB75F0" w:rsidRDefault="00944690" w:rsidP="00C216F5">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1790" w:type="dxa"/>
            <w:shd w:val="clear" w:color="auto" w:fill="C6C6C6"/>
            <w:noWrap/>
            <w:vAlign w:val="center"/>
          </w:tcPr>
          <w:p w14:paraId="1F0CACDD" w14:textId="77777777" w:rsidR="00944690" w:rsidRPr="00EB75F0" w:rsidRDefault="00944690" w:rsidP="00C216F5">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944690" w:rsidRPr="00EB75F0" w14:paraId="393FE495" w14:textId="77777777" w:rsidTr="00C32B29">
        <w:trPr>
          <w:trHeight w:val="97"/>
        </w:trPr>
        <w:tc>
          <w:tcPr>
            <w:tcW w:w="14637" w:type="dxa"/>
            <w:gridSpan w:val="8"/>
          </w:tcPr>
          <w:p w14:paraId="237AA847" w14:textId="473EFD58" w:rsidR="00C216F5" w:rsidRPr="00EB75F0" w:rsidRDefault="00C216F5" w:rsidP="00C216F5">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OR, odds ratio;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eastAsia="Times New Roman" w:hAnsiTheme="majorHAnsi" w:cstheme="majorHAnsi"/>
                <w:color w:val="000000"/>
                <w:sz w:val="16"/>
                <w:szCs w:val="16"/>
                <w:lang w:eastAsia="zh-TW"/>
              </w:rPr>
              <w:t xml:space="preserve">, </w:t>
            </w:r>
            <w:proofErr w:type="spellStart"/>
            <w:r w:rsidRPr="00EB75F0">
              <w:rPr>
                <w:rFonts w:asciiTheme="majorHAnsi" w:hAnsiTheme="majorHAnsi" w:cstheme="majorHAnsi"/>
                <w:sz w:val="16"/>
                <w:szCs w:val="16"/>
              </w:rPr>
              <w:t>xanomeline</w:t>
            </w:r>
            <w:proofErr w:type="spellEnd"/>
            <w:r w:rsidRPr="00EB75F0">
              <w:rPr>
                <w:rFonts w:asciiTheme="majorHAnsi" w:hAnsiTheme="majorHAnsi" w:cstheme="majorHAnsi"/>
                <w:sz w:val="16"/>
                <w:szCs w:val="16"/>
              </w:rPr>
              <w:t>/</w:t>
            </w:r>
            <w:proofErr w:type="spellStart"/>
            <w:r w:rsidRPr="00EB75F0">
              <w:rPr>
                <w:rFonts w:asciiTheme="majorHAnsi" w:hAnsiTheme="majorHAnsi" w:cstheme="majorHAnsi"/>
                <w:sz w:val="16"/>
                <w:szCs w:val="16"/>
              </w:rPr>
              <w:t>trospium</w:t>
            </w:r>
            <w:proofErr w:type="spellEnd"/>
            <w:r w:rsidRPr="00EB75F0">
              <w:rPr>
                <w:rFonts w:asciiTheme="majorHAnsi" w:hAnsiTheme="majorHAnsi" w:cstheme="majorHAnsi"/>
                <w:sz w:val="16"/>
                <w:szCs w:val="16"/>
              </w:rPr>
              <w:t xml:space="preserve"> chloride</w:t>
            </w:r>
          </w:p>
          <w:p w14:paraId="5BF74C88" w14:textId="5689E0D3" w:rsidR="00944690" w:rsidRPr="00EB75F0" w:rsidRDefault="00C216F5" w:rsidP="00C216F5">
            <w:pPr>
              <w:keepNext/>
              <w:spacing w:before="0" w:after="0" w:line="240" w:lineRule="auto"/>
              <w:contextualSpacing/>
              <w:rPr>
                <w:rFonts w:ascii="Aptos Narrow" w:hAnsi="Aptos Narrow"/>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6442DA2A" w14:textId="77777777" w:rsidR="00A1591B" w:rsidRPr="00EB75F0" w:rsidRDefault="00A1591B">
      <w:pPr>
        <w:pStyle w:val="Legend"/>
        <w:spacing w:before="48" w:after="48"/>
        <w:rPr>
          <w:sz w:val="22"/>
        </w:rPr>
      </w:pPr>
    </w:p>
    <w:p w14:paraId="051427AD" w14:textId="77777777" w:rsidR="00A1591B" w:rsidRPr="00EB75F0" w:rsidRDefault="00A1591B">
      <w:pPr>
        <w:pStyle w:val="Legend"/>
        <w:spacing w:before="48" w:after="48"/>
        <w:rPr>
          <w:sz w:val="22"/>
        </w:rPr>
      </w:pPr>
    </w:p>
    <w:p w14:paraId="0B95B32E" w14:textId="4DEF655B" w:rsidR="0084596B" w:rsidRPr="00EB75F0" w:rsidRDefault="00A06AE8" w:rsidP="004C5A6A">
      <w:pPr>
        <w:pStyle w:val="Heading3"/>
      </w:pPr>
      <w:bookmarkStart w:id="99" w:name="_Ref214011022"/>
      <w:r w:rsidRPr="00EB75F0">
        <w:t>Table S</w:t>
      </w:r>
      <w:fldSimple w:instr=" STYLEREF 1 \s ">
        <w:r w:rsidR="004B2F28">
          <w:rPr>
            <w:noProof/>
          </w:rPr>
          <w:t>13</w:t>
        </w:r>
      </w:fldSimple>
      <w:r w:rsidR="00EE288E" w:rsidRPr="00EB75F0">
        <w:noBreakHyphen/>
      </w:r>
      <w:fldSimple w:instr=" SEQ Table \* ARABIC \s 1 ">
        <w:r w:rsidR="004B2F28">
          <w:rPr>
            <w:noProof/>
          </w:rPr>
          <w:t>51</w:t>
        </w:r>
      </w:fldSimple>
      <w:bookmarkEnd w:id="99"/>
      <w:r w:rsidR="0084596B" w:rsidRPr="00EB75F0">
        <w:t xml:space="preserve">: Somnolence – League tables – random-effects model, sensitivity analysis excluding studies with outlier placebo effect size – OR (95% </w:t>
      </w:r>
      <w:proofErr w:type="spellStart"/>
      <w:r w:rsidR="0084596B" w:rsidRPr="00EB75F0">
        <w:t>CrI</w:t>
      </w:r>
      <w:proofErr w:type="spellEnd"/>
      <w:r w:rsidR="0084596B" w:rsidRPr="00EB75F0">
        <w:t>)</w:t>
      </w:r>
    </w:p>
    <w:tbl>
      <w:tblPr>
        <w:tblStyle w:val="Lumanitytable"/>
        <w:tblW w:w="14620" w:type="dxa"/>
        <w:tblLayout w:type="fixed"/>
        <w:tblLook w:val="04A0" w:firstRow="1" w:lastRow="0" w:firstColumn="1" w:lastColumn="0" w:noHBand="0" w:noVBand="1"/>
      </w:tblPr>
      <w:tblGrid>
        <w:gridCol w:w="1255"/>
        <w:gridCol w:w="1620"/>
        <w:gridCol w:w="1710"/>
        <w:gridCol w:w="1530"/>
        <w:gridCol w:w="1776"/>
        <w:gridCol w:w="1644"/>
        <w:gridCol w:w="1710"/>
        <w:gridCol w:w="1766"/>
        <w:gridCol w:w="1609"/>
      </w:tblGrid>
      <w:tr w:rsidR="002E1DF8" w:rsidRPr="00EB75F0" w14:paraId="7B398E6D" w14:textId="77777777" w:rsidTr="002E1DF8">
        <w:trPr>
          <w:cnfStyle w:val="100000000000" w:firstRow="1" w:lastRow="0" w:firstColumn="0" w:lastColumn="0" w:oddVBand="0" w:evenVBand="0" w:oddHBand="0" w:evenHBand="0" w:firstRowFirstColumn="0" w:firstRowLastColumn="0" w:lastRowFirstColumn="0" w:lastRowLastColumn="0"/>
          <w:trHeight w:val="35"/>
          <w:tblHeader/>
        </w:trPr>
        <w:tc>
          <w:tcPr>
            <w:tcW w:w="1255" w:type="dxa"/>
            <w:vAlign w:val="center"/>
            <w:hideMark/>
          </w:tcPr>
          <w:p w14:paraId="03CD3268" w14:textId="77777777" w:rsidR="00C654A2" w:rsidRPr="00EB75F0" w:rsidRDefault="00C654A2"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hAnsiTheme="majorHAnsi" w:cstheme="majorHAnsi"/>
                <w:color w:val="FFFFFF" w:themeColor="background1"/>
                <w:sz w:val="16"/>
                <w:szCs w:val="16"/>
              </w:rPr>
              <w:t>Treatment (column versus row)</w:t>
            </w:r>
          </w:p>
        </w:tc>
        <w:tc>
          <w:tcPr>
            <w:tcW w:w="1620" w:type="dxa"/>
            <w:hideMark/>
          </w:tcPr>
          <w:p w14:paraId="72136145" w14:textId="77777777" w:rsidR="00C654A2" w:rsidRPr="00EB75F0" w:rsidRDefault="00C654A2"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Aripiprazole</w:t>
            </w:r>
          </w:p>
        </w:tc>
        <w:tc>
          <w:tcPr>
            <w:tcW w:w="1710" w:type="dxa"/>
            <w:hideMark/>
          </w:tcPr>
          <w:p w14:paraId="6C879BAF" w14:textId="77777777" w:rsidR="00C654A2" w:rsidRPr="00EB75F0" w:rsidRDefault="00C654A2"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Brexpiprazole</w:t>
            </w:r>
            <w:proofErr w:type="spellEnd"/>
          </w:p>
        </w:tc>
        <w:tc>
          <w:tcPr>
            <w:tcW w:w="1530" w:type="dxa"/>
          </w:tcPr>
          <w:p w14:paraId="296C8016" w14:textId="77777777" w:rsidR="00C654A2" w:rsidRPr="00EB75F0" w:rsidRDefault="00C654A2"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Clozapine</w:t>
            </w:r>
          </w:p>
        </w:tc>
        <w:tc>
          <w:tcPr>
            <w:tcW w:w="1776" w:type="dxa"/>
            <w:hideMark/>
          </w:tcPr>
          <w:p w14:paraId="427A9B0B" w14:textId="0282DFEA" w:rsidR="00C654A2" w:rsidRPr="00EB75F0" w:rsidRDefault="009A3ECD"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KarXT</w:t>
            </w:r>
            <w:proofErr w:type="spellEnd"/>
          </w:p>
        </w:tc>
        <w:tc>
          <w:tcPr>
            <w:tcW w:w="1644" w:type="dxa"/>
            <w:hideMark/>
          </w:tcPr>
          <w:p w14:paraId="749AC0AC" w14:textId="77777777" w:rsidR="00C654A2" w:rsidRPr="00EB75F0" w:rsidRDefault="00C654A2" w:rsidP="00C32B29">
            <w:pPr>
              <w:pStyle w:val="TableText"/>
              <w:spacing w:beforeLines="20" w:before="48" w:afterLines="20" w:after="48"/>
              <w:rPr>
                <w:rFonts w:asciiTheme="majorHAnsi" w:eastAsiaTheme="minorHAnsi" w:hAnsiTheme="majorHAnsi" w:cstheme="majorHAnsi"/>
                <w:color w:val="FFFFFF" w:themeColor="background1"/>
                <w:sz w:val="16"/>
                <w:szCs w:val="16"/>
              </w:rPr>
            </w:pPr>
            <w:proofErr w:type="spellStart"/>
            <w:r w:rsidRPr="00EB75F0">
              <w:rPr>
                <w:rFonts w:asciiTheme="majorHAnsi" w:eastAsiaTheme="minorHAnsi" w:hAnsiTheme="majorHAnsi" w:cstheme="majorHAnsi"/>
                <w:color w:val="FFFFFF" w:themeColor="background1"/>
                <w:sz w:val="16"/>
                <w:szCs w:val="16"/>
              </w:rPr>
              <w:t>Lumateperone</w:t>
            </w:r>
            <w:proofErr w:type="spellEnd"/>
          </w:p>
        </w:tc>
        <w:tc>
          <w:tcPr>
            <w:tcW w:w="1710" w:type="dxa"/>
            <w:hideMark/>
          </w:tcPr>
          <w:p w14:paraId="6FDE71DB" w14:textId="77777777" w:rsidR="00C654A2" w:rsidRPr="00EB75F0" w:rsidRDefault="00C654A2"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Olanzapine</w:t>
            </w:r>
          </w:p>
        </w:tc>
        <w:tc>
          <w:tcPr>
            <w:tcW w:w="1766" w:type="dxa"/>
            <w:hideMark/>
          </w:tcPr>
          <w:p w14:paraId="43C2C3A3" w14:textId="77777777" w:rsidR="00C654A2" w:rsidRPr="00EB75F0" w:rsidRDefault="00C654A2"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Quetiapine</w:t>
            </w:r>
          </w:p>
        </w:tc>
        <w:tc>
          <w:tcPr>
            <w:tcW w:w="1609" w:type="dxa"/>
            <w:hideMark/>
          </w:tcPr>
          <w:p w14:paraId="21D81F68" w14:textId="77777777" w:rsidR="00C654A2" w:rsidRPr="00EB75F0" w:rsidRDefault="00C654A2" w:rsidP="00C32B29">
            <w:pPr>
              <w:pStyle w:val="TableText"/>
              <w:spacing w:beforeLines="20" w:before="48" w:afterLines="20" w:after="48"/>
              <w:rPr>
                <w:rFonts w:asciiTheme="majorHAnsi" w:eastAsiaTheme="minorHAnsi" w:hAnsiTheme="majorHAnsi" w:cstheme="majorHAnsi"/>
                <w:color w:val="FFFFFF" w:themeColor="background1"/>
                <w:sz w:val="16"/>
                <w:szCs w:val="16"/>
              </w:rPr>
            </w:pPr>
            <w:r w:rsidRPr="00EB75F0">
              <w:rPr>
                <w:rFonts w:asciiTheme="majorHAnsi" w:eastAsiaTheme="minorHAnsi" w:hAnsiTheme="majorHAnsi" w:cstheme="majorHAnsi"/>
                <w:color w:val="FFFFFF" w:themeColor="background1"/>
                <w:sz w:val="16"/>
                <w:szCs w:val="16"/>
              </w:rPr>
              <w:t>Risperidone</w:t>
            </w:r>
          </w:p>
        </w:tc>
      </w:tr>
      <w:tr w:rsidR="00C654A2" w:rsidRPr="00EB75F0" w14:paraId="3A58EFA0" w14:textId="77777777" w:rsidTr="002E1DF8">
        <w:trPr>
          <w:trHeight w:val="288"/>
        </w:trPr>
        <w:tc>
          <w:tcPr>
            <w:tcW w:w="1255" w:type="dxa"/>
            <w:vAlign w:val="center"/>
            <w:hideMark/>
          </w:tcPr>
          <w:p w14:paraId="6A19EDE5"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Placebo</w:t>
            </w:r>
          </w:p>
        </w:tc>
        <w:tc>
          <w:tcPr>
            <w:tcW w:w="1620" w:type="dxa"/>
            <w:vAlign w:val="center"/>
          </w:tcPr>
          <w:p w14:paraId="7FC86598"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1.49 (0.66 to 3.35)</w:t>
            </w:r>
          </w:p>
        </w:tc>
        <w:tc>
          <w:tcPr>
            <w:tcW w:w="1710" w:type="dxa"/>
            <w:vAlign w:val="center"/>
          </w:tcPr>
          <w:p w14:paraId="45EE7EA4"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1.03 (0.54 to 2.09)</w:t>
            </w:r>
          </w:p>
        </w:tc>
        <w:tc>
          <w:tcPr>
            <w:tcW w:w="1530" w:type="dxa"/>
            <w:vAlign w:val="center"/>
          </w:tcPr>
          <w:p w14:paraId="697D2E52"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0.98 (0.2 to 4.99)</w:t>
            </w:r>
          </w:p>
        </w:tc>
        <w:tc>
          <w:tcPr>
            <w:tcW w:w="1776" w:type="dxa"/>
            <w:shd w:val="clear" w:color="auto" w:fill="CFEDFF"/>
            <w:vAlign w:val="center"/>
          </w:tcPr>
          <w:p w14:paraId="0266EA57"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1.56 (0.59 to 4.46)</w:t>
            </w:r>
          </w:p>
        </w:tc>
        <w:tc>
          <w:tcPr>
            <w:tcW w:w="1644" w:type="dxa"/>
            <w:vAlign w:val="center"/>
          </w:tcPr>
          <w:p w14:paraId="4138CA52"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710" w:type="dxa"/>
            <w:vAlign w:val="center"/>
          </w:tcPr>
          <w:p w14:paraId="3AB686E8"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766" w:type="dxa"/>
            <w:vAlign w:val="center"/>
          </w:tcPr>
          <w:p w14:paraId="076237F8"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0.89 (0.61 to 1.32)</w:t>
            </w:r>
          </w:p>
        </w:tc>
        <w:tc>
          <w:tcPr>
            <w:tcW w:w="1609" w:type="dxa"/>
            <w:vAlign w:val="center"/>
          </w:tcPr>
          <w:p w14:paraId="5E09D5B9"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1.19 (0.4 to 3.21)</w:t>
            </w:r>
          </w:p>
        </w:tc>
      </w:tr>
      <w:tr w:rsidR="00C654A2" w:rsidRPr="00EB75F0" w14:paraId="04DE5EF0" w14:textId="77777777" w:rsidTr="002E1DF8">
        <w:trPr>
          <w:trHeight w:val="288"/>
        </w:trPr>
        <w:tc>
          <w:tcPr>
            <w:tcW w:w="1255" w:type="dxa"/>
            <w:vAlign w:val="center"/>
            <w:hideMark/>
          </w:tcPr>
          <w:p w14:paraId="00EDA9AA"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Aripiprazole</w:t>
            </w:r>
          </w:p>
        </w:tc>
        <w:tc>
          <w:tcPr>
            <w:tcW w:w="1620" w:type="dxa"/>
            <w:shd w:val="clear" w:color="auto" w:fill="C6C6C6"/>
            <w:noWrap/>
            <w:vAlign w:val="center"/>
          </w:tcPr>
          <w:p w14:paraId="38929EBF"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p>
        </w:tc>
        <w:tc>
          <w:tcPr>
            <w:tcW w:w="1710" w:type="dxa"/>
            <w:vAlign w:val="center"/>
          </w:tcPr>
          <w:p w14:paraId="6BE0E3DF"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0.69 (0.26 to 2.01)</w:t>
            </w:r>
          </w:p>
        </w:tc>
        <w:tc>
          <w:tcPr>
            <w:tcW w:w="1530" w:type="dxa"/>
            <w:vAlign w:val="center"/>
          </w:tcPr>
          <w:p w14:paraId="2D92C930"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0.65 (0.11 to 4.11)</w:t>
            </w:r>
          </w:p>
        </w:tc>
        <w:tc>
          <w:tcPr>
            <w:tcW w:w="1776" w:type="dxa"/>
            <w:shd w:val="clear" w:color="auto" w:fill="CFEDFF"/>
            <w:vAlign w:val="center"/>
          </w:tcPr>
          <w:p w14:paraId="733D14EB"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1.05 (0.3 to 4.01)</w:t>
            </w:r>
          </w:p>
        </w:tc>
        <w:tc>
          <w:tcPr>
            <w:tcW w:w="1644" w:type="dxa"/>
            <w:vAlign w:val="center"/>
          </w:tcPr>
          <w:p w14:paraId="09587D73"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3.46 (0.89 to 15.69)</w:t>
            </w:r>
          </w:p>
        </w:tc>
        <w:tc>
          <w:tcPr>
            <w:tcW w:w="1710" w:type="dxa"/>
            <w:vAlign w:val="center"/>
          </w:tcPr>
          <w:p w14:paraId="22D164D8"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1766" w:type="dxa"/>
            <w:vAlign w:val="center"/>
          </w:tcPr>
          <w:p w14:paraId="5616718F"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b/>
                <w:bCs/>
                <w:sz w:val="16"/>
                <w:szCs w:val="16"/>
              </w:rPr>
              <w:t>0.89 (0.61 to 1.32)</w:t>
            </w:r>
          </w:p>
        </w:tc>
        <w:tc>
          <w:tcPr>
            <w:tcW w:w="1609" w:type="dxa"/>
            <w:vAlign w:val="center"/>
          </w:tcPr>
          <w:p w14:paraId="360F528B"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0.79 (0.21 to 2.86)</w:t>
            </w:r>
          </w:p>
        </w:tc>
      </w:tr>
      <w:tr w:rsidR="00C654A2" w:rsidRPr="00EB75F0" w14:paraId="50D267F3" w14:textId="77777777" w:rsidTr="002E1DF8">
        <w:trPr>
          <w:trHeight w:val="288"/>
        </w:trPr>
        <w:tc>
          <w:tcPr>
            <w:tcW w:w="1255" w:type="dxa"/>
            <w:vAlign w:val="center"/>
            <w:hideMark/>
          </w:tcPr>
          <w:p w14:paraId="61ECD8C1"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Brexpiprazole</w:t>
            </w:r>
            <w:proofErr w:type="spellEnd"/>
          </w:p>
        </w:tc>
        <w:tc>
          <w:tcPr>
            <w:tcW w:w="1620" w:type="dxa"/>
            <w:vAlign w:val="center"/>
          </w:tcPr>
          <w:p w14:paraId="56444D76"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1.46 (0.5 to 3.86)</w:t>
            </w:r>
          </w:p>
        </w:tc>
        <w:tc>
          <w:tcPr>
            <w:tcW w:w="1710" w:type="dxa"/>
            <w:shd w:val="clear" w:color="auto" w:fill="C6C6C6"/>
            <w:noWrap/>
            <w:vAlign w:val="center"/>
          </w:tcPr>
          <w:p w14:paraId="155C908C"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p>
        </w:tc>
        <w:tc>
          <w:tcPr>
            <w:tcW w:w="1530" w:type="dxa"/>
            <w:vAlign w:val="center"/>
          </w:tcPr>
          <w:p w14:paraId="1B21F4D2"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0.95 (0.17 to 5.38)</w:t>
            </w:r>
          </w:p>
        </w:tc>
        <w:tc>
          <w:tcPr>
            <w:tcW w:w="1776" w:type="dxa"/>
            <w:shd w:val="clear" w:color="auto" w:fill="CFEDFF"/>
            <w:vAlign w:val="center"/>
          </w:tcPr>
          <w:p w14:paraId="00B9EB58"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1.51 (0.45 to 5.18)</w:t>
            </w:r>
          </w:p>
        </w:tc>
        <w:tc>
          <w:tcPr>
            <w:tcW w:w="1644" w:type="dxa"/>
            <w:vAlign w:val="center"/>
          </w:tcPr>
          <w:p w14:paraId="77863448"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710" w:type="dxa"/>
            <w:vAlign w:val="center"/>
          </w:tcPr>
          <w:p w14:paraId="72909987"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766" w:type="dxa"/>
            <w:vAlign w:val="center"/>
          </w:tcPr>
          <w:p w14:paraId="305EC0A9"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0.89 (0.61 to 1.32)</w:t>
            </w:r>
          </w:p>
        </w:tc>
        <w:tc>
          <w:tcPr>
            <w:tcW w:w="1609" w:type="dxa"/>
            <w:vAlign w:val="center"/>
          </w:tcPr>
          <w:p w14:paraId="3E11ED89"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1.14 (0.31 to 3.76)</w:t>
            </w:r>
          </w:p>
        </w:tc>
      </w:tr>
      <w:tr w:rsidR="00C654A2" w:rsidRPr="00EB75F0" w14:paraId="781CD671" w14:textId="77777777" w:rsidTr="002E1DF8">
        <w:trPr>
          <w:trHeight w:val="288"/>
        </w:trPr>
        <w:tc>
          <w:tcPr>
            <w:tcW w:w="1255" w:type="dxa"/>
            <w:vAlign w:val="center"/>
            <w:hideMark/>
          </w:tcPr>
          <w:p w14:paraId="32EAC48C"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Cariprazine</w:t>
            </w:r>
            <w:proofErr w:type="spellEnd"/>
          </w:p>
        </w:tc>
        <w:tc>
          <w:tcPr>
            <w:tcW w:w="1620" w:type="dxa"/>
            <w:vAlign w:val="center"/>
          </w:tcPr>
          <w:p w14:paraId="7382FE95"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1.53 (0.24 to 8.9)</w:t>
            </w:r>
          </w:p>
        </w:tc>
        <w:tc>
          <w:tcPr>
            <w:tcW w:w="1710" w:type="dxa"/>
            <w:vAlign w:val="center"/>
          </w:tcPr>
          <w:p w14:paraId="036D7E2A"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1.06 (0.19 to 5.98)</w:t>
            </w:r>
          </w:p>
        </w:tc>
        <w:tc>
          <w:tcPr>
            <w:tcW w:w="1530" w:type="dxa"/>
            <w:vAlign w:val="center"/>
          </w:tcPr>
          <w:p w14:paraId="1A8DB141"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p>
        </w:tc>
        <w:tc>
          <w:tcPr>
            <w:tcW w:w="1776" w:type="dxa"/>
            <w:shd w:val="clear" w:color="auto" w:fill="CFEDFF"/>
            <w:vAlign w:val="center"/>
          </w:tcPr>
          <w:p w14:paraId="48D5D398"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1.62 (0.23 to 10.76)</w:t>
            </w:r>
          </w:p>
        </w:tc>
        <w:tc>
          <w:tcPr>
            <w:tcW w:w="1644" w:type="dxa"/>
            <w:vAlign w:val="center"/>
          </w:tcPr>
          <w:p w14:paraId="4E2344E9"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5.42 (0.75 to 41.34)</w:t>
            </w:r>
          </w:p>
        </w:tc>
        <w:tc>
          <w:tcPr>
            <w:tcW w:w="1710" w:type="dxa"/>
            <w:vAlign w:val="center"/>
          </w:tcPr>
          <w:p w14:paraId="3A177E8E"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4.31 (0.78 to 23.33)</w:t>
            </w:r>
          </w:p>
        </w:tc>
        <w:tc>
          <w:tcPr>
            <w:tcW w:w="1766" w:type="dxa"/>
            <w:vAlign w:val="center"/>
          </w:tcPr>
          <w:p w14:paraId="325ED43F"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5.21 (0.92 to 28.56)</w:t>
            </w:r>
          </w:p>
        </w:tc>
        <w:tc>
          <w:tcPr>
            <w:tcW w:w="1609" w:type="dxa"/>
            <w:vAlign w:val="center"/>
          </w:tcPr>
          <w:p w14:paraId="7B013360"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1.21 (0.2 to 6.16)</w:t>
            </w:r>
          </w:p>
        </w:tc>
      </w:tr>
      <w:tr w:rsidR="00C654A2" w:rsidRPr="00EB75F0" w14:paraId="7B8833E8" w14:textId="77777777" w:rsidTr="002E1DF8">
        <w:trPr>
          <w:trHeight w:val="288"/>
        </w:trPr>
        <w:tc>
          <w:tcPr>
            <w:tcW w:w="1255" w:type="dxa"/>
            <w:vAlign w:val="center"/>
            <w:hideMark/>
          </w:tcPr>
          <w:p w14:paraId="055BB4E6" w14:textId="71D4BEA4" w:rsidR="00C654A2" w:rsidRPr="00EB75F0" w:rsidRDefault="009A3ECD" w:rsidP="002E1DF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KarXT</w:t>
            </w:r>
            <w:proofErr w:type="spellEnd"/>
          </w:p>
        </w:tc>
        <w:tc>
          <w:tcPr>
            <w:tcW w:w="1620" w:type="dxa"/>
            <w:vAlign w:val="center"/>
          </w:tcPr>
          <w:p w14:paraId="2A379B2C"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0.95 (0.25 to 3.33)</w:t>
            </w:r>
          </w:p>
        </w:tc>
        <w:tc>
          <w:tcPr>
            <w:tcW w:w="1710" w:type="dxa"/>
            <w:vAlign w:val="center"/>
          </w:tcPr>
          <w:p w14:paraId="3248A2A1"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0.66 (0.19 to 2.2)</w:t>
            </w:r>
          </w:p>
        </w:tc>
        <w:tc>
          <w:tcPr>
            <w:tcW w:w="1530" w:type="dxa"/>
            <w:vAlign w:val="center"/>
          </w:tcPr>
          <w:p w14:paraId="2793C472"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0.62 (0.09 to 4.26)</w:t>
            </w:r>
          </w:p>
        </w:tc>
        <w:tc>
          <w:tcPr>
            <w:tcW w:w="1776" w:type="dxa"/>
            <w:shd w:val="clear" w:color="auto" w:fill="C6C6C6"/>
            <w:noWrap/>
            <w:vAlign w:val="center"/>
          </w:tcPr>
          <w:p w14:paraId="6AE4079A"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p>
        </w:tc>
        <w:tc>
          <w:tcPr>
            <w:tcW w:w="1644" w:type="dxa"/>
            <w:vAlign w:val="center"/>
          </w:tcPr>
          <w:p w14:paraId="49049602"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3.36 (0.69 to 16.47)</w:t>
            </w:r>
          </w:p>
        </w:tc>
        <w:tc>
          <w:tcPr>
            <w:tcW w:w="1710" w:type="dxa"/>
            <w:vAlign w:val="center"/>
          </w:tcPr>
          <w:p w14:paraId="4FFB9654"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2.66 (0.85 to 8.47)</w:t>
            </w:r>
          </w:p>
        </w:tc>
        <w:tc>
          <w:tcPr>
            <w:tcW w:w="1766" w:type="dxa"/>
            <w:vAlign w:val="center"/>
          </w:tcPr>
          <w:p w14:paraId="01C2F8EC"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3.25 (0.96 to 10.59)</w:t>
            </w:r>
          </w:p>
        </w:tc>
        <w:tc>
          <w:tcPr>
            <w:tcW w:w="1609" w:type="dxa"/>
            <w:vAlign w:val="center"/>
          </w:tcPr>
          <w:p w14:paraId="2FD4387F"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0.75 (0.17 to 3.05)</w:t>
            </w:r>
          </w:p>
        </w:tc>
      </w:tr>
      <w:tr w:rsidR="00C654A2" w:rsidRPr="00EB75F0" w14:paraId="12526CD5" w14:textId="77777777" w:rsidTr="002E1DF8">
        <w:trPr>
          <w:trHeight w:val="288"/>
        </w:trPr>
        <w:tc>
          <w:tcPr>
            <w:tcW w:w="1255" w:type="dxa"/>
            <w:vAlign w:val="center"/>
            <w:hideMark/>
          </w:tcPr>
          <w:p w14:paraId="333C3EF9"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proofErr w:type="spellStart"/>
            <w:r w:rsidRPr="00EB75F0">
              <w:rPr>
                <w:rFonts w:asciiTheme="majorHAnsi" w:eastAsia="Times New Roman" w:hAnsiTheme="majorHAnsi" w:cstheme="majorHAnsi"/>
                <w:color w:val="000000"/>
                <w:sz w:val="16"/>
                <w:szCs w:val="16"/>
                <w:lang w:eastAsia="zh-TW"/>
              </w:rPr>
              <w:t>Lumateperone</w:t>
            </w:r>
            <w:proofErr w:type="spellEnd"/>
          </w:p>
        </w:tc>
        <w:tc>
          <w:tcPr>
            <w:tcW w:w="1620" w:type="dxa"/>
            <w:vAlign w:val="center"/>
          </w:tcPr>
          <w:p w14:paraId="29489B51"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0.29 (0.06 to 1.12)</w:t>
            </w:r>
          </w:p>
        </w:tc>
        <w:tc>
          <w:tcPr>
            <w:tcW w:w="1710" w:type="dxa"/>
            <w:vAlign w:val="center"/>
          </w:tcPr>
          <w:p w14:paraId="617B497E"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 (0.05 to 0.77)</w:t>
            </w:r>
          </w:p>
        </w:tc>
        <w:tc>
          <w:tcPr>
            <w:tcW w:w="1530" w:type="dxa"/>
            <w:vAlign w:val="center"/>
          </w:tcPr>
          <w:p w14:paraId="51BF4329"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0.18 (0.02 to 1.33)</w:t>
            </w:r>
          </w:p>
        </w:tc>
        <w:tc>
          <w:tcPr>
            <w:tcW w:w="1776" w:type="dxa"/>
            <w:shd w:val="clear" w:color="auto" w:fill="CFEDFF"/>
            <w:vAlign w:val="center"/>
          </w:tcPr>
          <w:p w14:paraId="31805450"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 (0.06 to 1.44)</w:t>
            </w:r>
          </w:p>
        </w:tc>
        <w:tc>
          <w:tcPr>
            <w:tcW w:w="1644" w:type="dxa"/>
            <w:shd w:val="clear" w:color="auto" w:fill="C6C6C6"/>
            <w:noWrap/>
            <w:vAlign w:val="center"/>
          </w:tcPr>
          <w:p w14:paraId="232F416E"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p>
        </w:tc>
        <w:tc>
          <w:tcPr>
            <w:tcW w:w="1710" w:type="dxa"/>
            <w:vAlign w:val="center"/>
          </w:tcPr>
          <w:p w14:paraId="66EDCD8F"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 (0.21 to 2.94)</w:t>
            </w:r>
          </w:p>
        </w:tc>
        <w:tc>
          <w:tcPr>
            <w:tcW w:w="1766" w:type="dxa"/>
            <w:vAlign w:val="center"/>
          </w:tcPr>
          <w:p w14:paraId="4BF3D46B"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0.97 (0.24 to 3.62)</w:t>
            </w:r>
          </w:p>
        </w:tc>
        <w:tc>
          <w:tcPr>
            <w:tcW w:w="1609" w:type="dxa"/>
            <w:vAlign w:val="center"/>
          </w:tcPr>
          <w:p w14:paraId="6428F52B"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0.22 (0.04 to 1.04)</w:t>
            </w:r>
          </w:p>
        </w:tc>
      </w:tr>
      <w:tr w:rsidR="00C654A2" w:rsidRPr="00EB75F0" w14:paraId="2BD348F8" w14:textId="77777777" w:rsidTr="002E1DF8">
        <w:trPr>
          <w:trHeight w:val="288"/>
        </w:trPr>
        <w:tc>
          <w:tcPr>
            <w:tcW w:w="1255" w:type="dxa"/>
            <w:vAlign w:val="center"/>
            <w:hideMark/>
          </w:tcPr>
          <w:p w14:paraId="7F25E4AB"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Olanzapine</w:t>
            </w:r>
          </w:p>
        </w:tc>
        <w:tc>
          <w:tcPr>
            <w:tcW w:w="1620" w:type="dxa"/>
            <w:vAlign w:val="center"/>
          </w:tcPr>
          <w:p w14:paraId="6BC26449"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0.36 (0.13 to 0.9)</w:t>
            </w:r>
          </w:p>
        </w:tc>
        <w:tc>
          <w:tcPr>
            <w:tcW w:w="1710" w:type="dxa"/>
            <w:vAlign w:val="center"/>
          </w:tcPr>
          <w:p w14:paraId="1B8E4194"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0.25 (0.1 to 0.59)</w:t>
            </w:r>
          </w:p>
        </w:tc>
        <w:tc>
          <w:tcPr>
            <w:tcW w:w="1530" w:type="dxa"/>
            <w:vAlign w:val="center"/>
          </w:tcPr>
          <w:p w14:paraId="3B768463"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0.23 (0.04 to 1.27)</w:t>
            </w:r>
          </w:p>
        </w:tc>
        <w:tc>
          <w:tcPr>
            <w:tcW w:w="1776" w:type="dxa"/>
            <w:shd w:val="clear" w:color="auto" w:fill="CFEDFF"/>
            <w:vAlign w:val="center"/>
          </w:tcPr>
          <w:p w14:paraId="4CC19797"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0.38 (0.12 to 1.17)</w:t>
            </w:r>
          </w:p>
        </w:tc>
        <w:tc>
          <w:tcPr>
            <w:tcW w:w="1644" w:type="dxa"/>
            <w:vAlign w:val="center"/>
          </w:tcPr>
          <w:p w14:paraId="39E15C97"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1.25 (0.34 to 4.77)</w:t>
            </w:r>
          </w:p>
        </w:tc>
        <w:tc>
          <w:tcPr>
            <w:tcW w:w="1710" w:type="dxa"/>
            <w:shd w:val="clear" w:color="auto" w:fill="C6C6C6"/>
            <w:noWrap/>
            <w:vAlign w:val="center"/>
          </w:tcPr>
          <w:p w14:paraId="15A9D371"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p>
        </w:tc>
        <w:tc>
          <w:tcPr>
            <w:tcW w:w="1766" w:type="dxa"/>
            <w:vAlign w:val="center"/>
          </w:tcPr>
          <w:p w14:paraId="2F214D93" w14:textId="77777777" w:rsidR="00C654A2" w:rsidRPr="00EB75F0" w:rsidRDefault="00C654A2" w:rsidP="002E1DF8">
            <w:pPr>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1.21 (0.51 to 2.91)</w:t>
            </w:r>
          </w:p>
        </w:tc>
        <w:tc>
          <w:tcPr>
            <w:tcW w:w="1609" w:type="dxa"/>
            <w:vAlign w:val="center"/>
          </w:tcPr>
          <w:p w14:paraId="2BA9CABC" w14:textId="77777777" w:rsidR="00C654A2" w:rsidRPr="00EB75F0" w:rsidRDefault="00C654A2" w:rsidP="002E1DF8">
            <w:pPr>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0.28 (0.08 to 0.85)</w:t>
            </w:r>
          </w:p>
        </w:tc>
      </w:tr>
      <w:tr w:rsidR="00C654A2" w:rsidRPr="00EB75F0" w14:paraId="7E741A22" w14:textId="77777777" w:rsidTr="002E1DF8">
        <w:trPr>
          <w:trHeight w:val="288"/>
        </w:trPr>
        <w:tc>
          <w:tcPr>
            <w:tcW w:w="1255" w:type="dxa"/>
            <w:vAlign w:val="center"/>
            <w:hideMark/>
          </w:tcPr>
          <w:p w14:paraId="63A30E2F" w14:textId="77777777" w:rsidR="00C654A2" w:rsidRPr="00EB75F0" w:rsidRDefault="00C654A2" w:rsidP="002E1DF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lastRenderedPageBreak/>
              <w:t>Quetiapine</w:t>
            </w:r>
          </w:p>
        </w:tc>
        <w:tc>
          <w:tcPr>
            <w:tcW w:w="1620" w:type="dxa"/>
            <w:vAlign w:val="center"/>
          </w:tcPr>
          <w:p w14:paraId="016414D8" w14:textId="77777777" w:rsidR="00C654A2" w:rsidRPr="00EB75F0" w:rsidRDefault="00C654A2" w:rsidP="002E1DF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0.29 (0.1 to 0.8)</w:t>
            </w:r>
          </w:p>
        </w:tc>
        <w:tc>
          <w:tcPr>
            <w:tcW w:w="1710" w:type="dxa"/>
            <w:vAlign w:val="center"/>
          </w:tcPr>
          <w:p w14:paraId="778047EE" w14:textId="77777777" w:rsidR="00C654A2" w:rsidRPr="00EB75F0" w:rsidRDefault="00C654A2" w:rsidP="002E1DF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0.2 (0.09 to 0.46)</w:t>
            </w:r>
          </w:p>
        </w:tc>
        <w:tc>
          <w:tcPr>
            <w:tcW w:w="1530" w:type="dxa"/>
            <w:vAlign w:val="center"/>
          </w:tcPr>
          <w:p w14:paraId="0F546EC6" w14:textId="77777777" w:rsidR="00C654A2" w:rsidRPr="00EB75F0" w:rsidRDefault="00C654A2" w:rsidP="002E1DF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0.19 (0.04 to 1.09)</w:t>
            </w:r>
          </w:p>
        </w:tc>
        <w:tc>
          <w:tcPr>
            <w:tcW w:w="1776" w:type="dxa"/>
            <w:shd w:val="clear" w:color="auto" w:fill="CFEDFF"/>
            <w:vAlign w:val="center"/>
          </w:tcPr>
          <w:p w14:paraId="352A63F1" w14:textId="77777777" w:rsidR="00C654A2" w:rsidRPr="00EB75F0" w:rsidRDefault="00C654A2" w:rsidP="002E1DF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0.31 (0.09 to 1.04)</w:t>
            </w:r>
          </w:p>
        </w:tc>
        <w:tc>
          <w:tcPr>
            <w:tcW w:w="1644" w:type="dxa"/>
            <w:vAlign w:val="center"/>
          </w:tcPr>
          <w:p w14:paraId="3648EF5D" w14:textId="77777777" w:rsidR="00C654A2" w:rsidRPr="00EB75F0" w:rsidRDefault="00C654A2" w:rsidP="002E1DF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1.03 (0.28 to 4.15)</w:t>
            </w:r>
          </w:p>
        </w:tc>
        <w:tc>
          <w:tcPr>
            <w:tcW w:w="1710" w:type="dxa"/>
            <w:vAlign w:val="center"/>
          </w:tcPr>
          <w:p w14:paraId="2713A252" w14:textId="77777777" w:rsidR="00C654A2" w:rsidRPr="00EB75F0" w:rsidRDefault="00C654A2" w:rsidP="002E1DF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0.83 (0.34 to 1.97)</w:t>
            </w:r>
          </w:p>
        </w:tc>
        <w:tc>
          <w:tcPr>
            <w:tcW w:w="1766" w:type="dxa"/>
            <w:shd w:val="clear" w:color="auto" w:fill="C6C6C6"/>
            <w:noWrap/>
            <w:vAlign w:val="center"/>
          </w:tcPr>
          <w:p w14:paraId="3746EDF8" w14:textId="77777777" w:rsidR="00C654A2" w:rsidRPr="00EB75F0" w:rsidRDefault="00C654A2" w:rsidP="002E1DF8">
            <w:pPr>
              <w:keepNext/>
              <w:spacing w:before="0" w:after="0" w:line="240" w:lineRule="auto"/>
              <w:contextualSpacing/>
              <w:rPr>
                <w:rFonts w:asciiTheme="majorHAnsi" w:eastAsia="Times New Roman" w:hAnsiTheme="majorHAnsi" w:cstheme="majorHAnsi"/>
                <w:color w:val="000000"/>
                <w:sz w:val="16"/>
                <w:szCs w:val="16"/>
                <w:lang w:eastAsia="zh-TW"/>
              </w:rPr>
            </w:pPr>
          </w:p>
        </w:tc>
        <w:tc>
          <w:tcPr>
            <w:tcW w:w="1609" w:type="dxa"/>
            <w:vAlign w:val="center"/>
          </w:tcPr>
          <w:p w14:paraId="37241631" w14:textId="77777777" w:rsidR="00C654A2" w:rsidRPr="00EB75F0" w:rsidRDefault="00C654A2" w:rsidP="002E1DF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0.23 (0.06 to 0.75)</w:t>
            </w:r>
          </w:p>
        </w:tc>
      </w:tr>
      <w:tr w:rsidR="00C654A2" w:rsidRPr="00EB75F0" w14:paraId="2EAF9E24" w14:textId="77777777" w:rsidTr="002E1DF8">
        <w:trPr>
          <w:trHeight w:val="288"/>
        </w:trPr>
        <w:tc>
          <w:tcPr>
            <w:tcW w:w="1255" w:type="dxa"/>
            <w:vAlign w:val="center"/>
            <w:hideMark/>
          </w:tcPr>
          <w:p w14:paraId="471B7D5E" w14:textId="77777777" w:rsidR="00C654A2" w:rsidRPr="00EB75F0" w:rsidRDefault="00C654A2" w:rsidP="002E1DF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eastAsia="Times New Roman" w:hAnsiTheme="majorHAnsi" w:cstheme="majorHAnsi"/>
                <w:color w:val="000000"/>
                <w:sz w:val="16"/>
                <w:szCs w:val="16"/>
                <w:lang w:eastAsia="zh-TW"/>
              </w:rPr>
              <w:t>Risperidone</w:t>
            </w:r>
          </w:p>
        </w:tc>
        <w:tc>
          <w:tcPr>
            <w:tcW w:w="1620" w:type="dxa"/>
            <w:vAlign w:val="center"/>
          </w:tcPr>
          <w:p w14:paraId="04A55219" w14:textId="77777777" w:rsidR="00C654A2" w:rsidRPr="00EB75F0" w:rsidRDefault="00C654A2" w:rsidP="002E1DF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1.27 (0.35 to 4.73)</w:t>
            </w:r>
          </w:p>
        </w:tc>
        <w:tc>
          <w:tcPr>
            <w:tcW w:w="1710" w:type="dxa"/>
            <w:vAlign w:val="center"/>
          </w:tcPr>
          <w:p w14:paraId="554B3F7B" w14:textId="77777777" w:rsidR="00C654A2" w:rsidRPr="00EB75F0" w:rsidRDefault="00C654A2" w:rsidP="002E1DF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0.88 (0.27 to 3.23)</w:t>
            </w:r>
          </w:p>
        </w:tc>
        <w:tc>
          <w:tcPr>
            <w:tcW w:w="1530" w:type="dxa"/>
            <w:vAlign w:val="center"/>
          </w:tcPr>
          <w:p w14:paraId="42CF2694" w14:textId="77777777" w:rsidR="00C654A2" w:rsidRPr="00EB75F0" w:rsidRDefault="00C654A2" w:rsidP="002E1DF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0.83 (0.16 to 5.05)</w:t>
            </w:r>
          </w:p>
        </w:tc>
        <w:tc>
          <w:tcPr>
            <w:tcW w:w="1776" w:type="dxa"/>
            <w:shd w:val="clear" w:color="auto" w:fill="CFEDFF"/>
            <w:vAlign w:val="center"/>
          </w:tcPr>
          <w:p w14:paraId="2007CDE4" w14:textId="77777777" w:rsidR="00C654A2" w:rsidRPr="00EB75F0" w:rsidRDefault="00C654A2" w:rsidP="002E1DF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sz w:val="16"/>
                <w:szCs w:val="16"/>
              </w:rPr>
              <w:t>1.34 (0.33 to 6)</w:t>
            </w:r>
          </w:p>
        </w:tc>
        <w:tc>
          <w:tcPr>
            <w:tcW w:w="1644" w:type="dxa"/>
            <w:vAlign w:val="center"/>
          </w:tcPr>
          <w:p w14:paraId="66725A4D" w14:textId="77777777" w:rsidR="00C654A2" w:rsidRPr="00EB75F0" w:rsidRDefault="00C654A2" w:rsidP="002E1DF8">
            <w:pPr>
              <w:keepNext/>
              <w:spacing w:before="0" w:after="0" w:line="240" w:lineRule="auto"/>
              <w:contextualSpacing/>
              <w:rPr>
                <w:rFonts w:asciiTheme="majorHAnsi" w:eastAsia="Times New Roman" w:hAnsiTheme="majorHAnsi" w:cstheme="majorHAnsi"/>
                <w:color w:val="000000"/>
                <w:sz w:val="16"/>
                <w:szCs w:val="16"/>
                <w:lang w:eastAsia="zh-TW"/>
              </w:rPr>
            </w:pPr>
            <w:r w:rsidRPr="00EB75F0">
              <w:rPr>
                <w:rFonts w:asciiTheme="majorHAnsi" w:hAnsiTheme="majorHAnsi" w:cstheme="majorHAnsi"/>
                <w:sz w:val="16"/>
                <w:szCs w:val="16"/>
              </w:rPr>
              <w:t>4.51 (0.96 to 23.61)</w:t>
            </w:r>
          </w:p>
        </w:tc>
        <w:tc>
          <w:tcPr>
            <w:tcW w:w="1710" w:type="dxa"/>
            <w:vAlign w:val="center"/>
          </w:tcPr>
          <w:p w14:paraId="4BFF17D6" w14:textId="77777777" w:rsidR="00C654A2" w:rsidRPr="00EB75F0" w:rsidRDefault="00C654A2" w:rsidP="002E1DF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3.58 (1.17 to 12.46)</w:t>
            </w:r>
          </w:p>
        </w:tc>
        <w:tc>
          <w:tcPr>
            <w:tcW w:w="1766" w:type="dxa"/>
            <w:vAlign w:val="center"/>
          </w:tcPr>
          <w:p w14:paraId="14423ABF" w14:textId="77777777" w:rsidR="00C654A2" w:rsidRPr="00EB75F0" w:rsidRDefault="00C654A2" w:rsidP="002E1DF8">
            <w:pPr>
              <w:keepNext/>
              <w:spacing w:before="0" w:after="0" w:line="240" w:lineRule="auto"/>
              <w:contextualSpacing/>
              <w:rPr>
                <w:rFonts w:asciiTheme="majorHAnsi" w:eastAsia="Times New Roman" w:hAnsiTheme="majorHAnsi" w:cstheme="majorHAnsi"/>
                <w:b/>
                <w:bCs/>
                <w:color w:val="000000"/>
                <w:sz w:val="16"/>
                <w:szCs w:val="16"/>
                <w:lang w:eastAsia="zh-TW"/>
              </w:rPr>
            </w:pPr>
            <w:r w:rsidRPr="00EB75F0">
              <w:rPr>
                <w:rFonts w:asciiTheme="majorHAnsi" w:hAnsiTheme="majorHAnsi" w:cstheme="majorHAnsi"/>
                <w:b/>
                <w:bCs/>
                <w:sz w:val="16"/>
                <w:szCs w:val="16"/>
              </w:rPr>
              <w:t>4.34 (1.33 to 15.68)</w:t>
            </w:r>
          </w:p>
        </w:tc>
        <w:tc>
          <w:tcPr>
            <w:tcW w:w="1609" w:type="dxa"/>
            <w:shd w:val="clear" w:color="auto" w:fill="C6C6C6"/>
            <w:noWrap/>
            <w:vAlign w:val="center"/>
          </w:tcPr>
          <w:p w14:paraId="4BD4683C" w14:textId="77777777" w:rsidR="00C654A2" w:rsidRPr="00EB75F0" w:rsidRDefault="00C654A2" w:rsidP="002E1DF8">
            <w:pPr>
              <w:keepNext/>
              <w:spacing w:before="0" w:after="0" w:line="240" w:lineRule="auto"/>
              <w:contextualSpacing/>
              <w:rPr>
                <w:rFonts w:asciiTheme="majorHAnsi" w:eastAsia="Times New Roman" w:hAnsiTheme="majorHAnsi" w:cstheme="majorHAnsi"/>
                <w:color w:val="000000"/>
                <w:sz w:val="16"/>
                <w:szCs w:val="16"/>
                <w:lang w:eastAsia="zh-TW"/>
              </w:rPr>
            </w:pPr>
          </w:p>
        </w:tc>
      </w:tr>
      <w:tr w:rsidR="002E1DF8" w:rsidRPr="00EB75F0" w14:paraId="12515A0A" w14:textId="77777777" w:rsidTr="00C32B29">
        <w:trPr>
          <w:trHeight w:val="120"/>
        </w:trPr>
        <w:tc>
          <w:tcPr>
            <w:tcW w:w="14620" w:type="dxa"/>
            <w:gridSpan w:val="9"/>
          </w:tcPr>
          <w:p w14:paraId="2305361E" w14:textId="09A280FC" w:rsidR="002E1DF8" w:rsidRPr="00EB75F0" w:rsidRDefault="002E1DF8" w:rsidP="002E1DF8">
            <w:pPr>
              <w:pStyle w:val="Legend"/>
              <w:spacing w:beforeLines="20" w:before="48" w:afterLines="20" w:after="48"/>
              <w:rPr>
                <w:rFonts w:asciiTheme="majorHAnsi" w:hAnsiTheme="majorHAnsi" w:cstheme="majorHAnsi"/>
                <w:sz w:val="16"/>
                <w:szCs w:val="16"/>
              </w:rPr>
            </w:pPr>
            <w:r w:rsidRPr="00EB75F0">
              <w:rPr>
                <w:rFonts w:asciiTheme="majorHAnsi" w:hAnsiTheme="majorHAnsi" w:cstheme="majorHAnsi"/>
                <w:b/>
                <w:bCs/>
                <w:sz w:val="16"/>
                <w:szCs w:val="16"/>
              </w:rPr>
              <w:t>Key:</w:t>
            </w:r>
            <w:r w:rsidRPr="00EB75F0">
              <w:rPr>
                <w:rFonts w:asciiTheme="majorHAnsi" w:hAnsiTheme="majorHAnsi" w:cstheme="majorHAnsi"/>
                <w:sz w:val="16"/>
                <w:szCs w:val="16"/>
              </w:rPr>
              <w:t xml:space="preserve"> </w:t>
            </w:r>
            <w:proofErr w:type="spellStart"/>
            <w:r w:rsidRPr="00EB75F0">
              <w:rPr>
                <w:rFonts w:asciiTheme="majorHAnsi" w:hAnsiTheme="majorHAnsi" w:cstheme="majorHAnsi"/>
                <w:sz w:val="16"/>
                <w:szCs w:val="16"/>
              </w:rPr>
              <w:t>CrI</w:t>
            </w:r>
            <w:proofErr w:type="spellEnd"/>
            <w:r w:rsidRPr="00EB75F0">
              <w:rPr>
                <w:rFonts w:asciiTheme="majorHAnsi" w:hAnsiTheme="majorHAnsi" w:cstheme="majorHAnsi"/>
                <w:sz w:val="16"/>
                <w:szCs w:val="16"/>
              </w:rPr>
              <w:t xml:space="preserve">, credible interval; OR, odds ratio;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eastAsia="Times New Roman" w:hAnsiTheme="majorHAnsi" w:cstheme="majorHAnsi"/>
                <w:color w:val="000000"/>
                <w:sz w:val="16"/>
                <w:szCs w:val="16"/>
                <w:lang w:eastAsia="zh-TW"/>
              </w:rPr>
              <w:t xml:space="preserve">, </w:t>
            </w:r>
            <w:proofErr w:type="spellStart"/>
            <w:r w:rsidRPr="00EB75F0">
              <w:rPr>
                <w:rFonts w:asciiTheme="majorHAnsi" w:hAnsiTheme="majorHAnsi" w:cstheme="majorHAnsi"/>
                <w:sz w:val="16"/>
                <w:szCs w:val="16"/>
              </w:rPr>
              <w:t>xanomeline</w:t>
            </w:r>
            <w:proofErr w:type="spellEnd"/>
            <w:r w:rsidRPr="00EB75F0">
              <w:rPr>
                <w:rFonts w:asciiTheme="majorHAnsi" w:hAnsiTheme="majorHAnsi" w:cstheme="majorHAnsi"/>
                <w:sz w:val="16"/>
                <w:szCs w:val="16"/>
              </w:rPr>
              <w:t>/</w:t>
            </w:r>
            <w:proofErr w:type="spellStart"/>
            <w:r w:rsidRPr="00EB75F0">
              <w:rPr>
                <w:rFonts w:asciiTheme="majorHAnsi" w:hAnsiTheme="majorHAnsi" w:cstheme="majorHAnsi"/>
                <w:sz w:val="16"/>
                <w:szCs w:val="16"/>
              </w:rPr>
              <w:t>trospium</w:t>
            </w:r>
            <w:proofErr w:type="spellEnd"/>
            <w:r w:rsidRPr="00EB75F0">
              <w:rPr>
                <w:rFonts w:asciiTheme="majorHAnsi" w:hAnsiTheme="majorHAnsi" w:cstheme="majorHAnsi"/>
                <w:sz w:val="16"/>
                <w:szCs w:val="16"/>
              </w:rPr>
              <w:t xml:space="preserve"> chloride</w:t>
            </w:r>
          </w:p>
          <w:p w14:paraId="2B846CDE" w14:textId="3A3B0137" w:rsidR="002E1DF8" w:rsidRPr="00EB75F0" w:rsidRDefault="002E1DF8" w:rsidP="002E1DF8">
            <w:pPr>
              <w:keepNext/>
              <w:spacing w:before="0" w:after="0" w:line="240" w:lineRule="auto"/>
              <w:contextualSpacing/>
              <w:rPr>
                <w:rFonts w:ascii="Aptos Narrow" w:hAnsi="Aptos Narrow"/>
                <w:color w:val="000000"/>
                <w:sz w:val="16"/>
                <w:szCs w:val="16"/>
                <w:lang w:eastAsia="zh-TW"/>
              </w:rPr>
            </w:pPr>
            <w:r w:rsidRPr="00EB75F0">
              <w:rPr>
                <w:rFonts w:asciiTheme="majorHAnsi" w:hAnsiTheme="majorHAnsi" w:cstheme="majorHAnsi"/>
                <w:b/>
                <w:bCs/>
                <w:sz w:val="16"/>
                <w:szCs w:val="16"/>
              </w:rPr>
              <w:t>Notes:</w:t>
            </w:r>
            <w:r w:rsidRPr="00EB75F0">
              <w:rPr>
                <w:rFonts w:asciiTheme="majorHAnsi" w:hAnsiTheme="majorHAnsi" w:cstheme="majorHAnsi"/>
                <w:sz w:val="16"/>
                <w:szCs w:val="16"/>
              </w:rPr>
              <w:t xml:space="preserve"> </w:t>
            </w:r>
            <w:r w:rsidRPr="00EB75F0">
              <w:rPr>
                <w:rFonts w:asciiTheme="majorHAnsi" w:hAnsiTheme="majorHAnsi" w:cstheme="majorHAnsi"/>
                <w:sz w:val="16"/>
                <w:szCs w:val="16"/>
                <w:shd w:val="clear" w:color="auto" w:fill="CFEDFF" w:themeFill="accent2" w:themeFillTint="1A"/>
              </w:rPr>
              <w:t>Blue shaded cells</w:t>
            </w:r>
            <w:r w:rsidRPr="00EB75F0">
              <w:rPr>
                <w:rFonts w:asciiTheme="majorHAnsi" w:hAnsiTheme="majorHAnsi" w:cstheme="majorHAnsi"/>
                <w:sz w:val="16"/>
                <w:szCs w:val="16"/>
              </w:rPr>
              <w:t xml:space="preserve"> highlight </w:t>
            </w:r>
            <w:proofErr w:type="spellStart"/>
            <w:r w:rsidR="009A3ECD" w:rsidRPr="00EB75F0">
              <w:rPr>
                <w:rFonts w:asciiTheme="majorHAnsi" w:eastAsia="Times New Roman" w:hAnsiTheme="majorHAnsi" w:cstheme="majorHAnsi"/>
                <w:color w:val="000000"/>
                <w:sz w:val="16"/>
                <w:szCs w:val="16"/>
                <w:lang w:eastAsia="zh-TW"/>
              </w:rPr>
              <w:t>KarXT</w:t>
            </w:r>
            <w:proofErr w:type="spellEnd"/>
            <w:r w:rsidRPr="00EB75F0">
              <w:rPr>
                <w:rFonts w:asciiTheme="majorHAnsi" w:hAnsiTheme="majorHAnsi" w:cstheme="majorHAnsi"/>
                <w:sz w:val="16"/>
                <w:szCs w:val="16"/>
              </w:rPr>
              <w:t xml:space="preserve"> versus comparator treatment results. </w:t>
            </w:r>
            <w:r w:rsidRPr="00EB75F0">
              <w:rPr>
                <w:rFonts w:asciiTheme="majorHAnsi" w:hAnsiTheme="majorHAnsi" w:cstheme="majorHAnsi"/>
                <w:b/>
                <w:bCs/>
                <w:sz w:val="16"/>
                <w:szCs w:val="16"/>
              </w:rPr>
              <w:t>Bold text</w:t>
            </w:r>
            <w:r w:rsidRPr="00EB75F0">
              <w:rPr>
                <w:rFonts w:asciiTheme="majorHAnsi" w:hAnsiTheme="majorHAnsi" w:cstheme="majorHAnsi"/>
                <w:sz w:val="16"/>
                <w:szCs w:val="16"/>
              </w:rPr>
              <w:t xml:space="preserve"> indicates statistically significant differences.</w:t>
            </w:r>
          </w:p>
        </w:tc>
      </w:tr>
    </w:tbl>
    <w:p w14:paraId="55B82E3F" w14:textId="77777777" w:rsidR="00A1591B" w:rsidRPr="00EB75F0" w:rsidRDefault="00A1591B">
      <w:pPr>
        <w:pStyle w:val="Legend"/>
        <w:spacing w:before="48" w:after="48"/>
        <w:rPr>
          <w:sz w:val="22"/>
        </w:rPr>
      </w:pPr>
    </w:p>
    <w:p w14:paraId="3516A59A" w14:textId="77777777" w:rsidR="00A1591B" w:rsidRPr="00EB75F0" w:rsidRDefault="00A1591B">
      <w:pPr>
        <w:pStyle w:val="Legend"/>
        <w:spacing w:before="48" w:after="48"/>
        <w:rPr>
          <w:sz w:val="22"/>
        </w:rPr>
        <w:sectPr w:rsidR="00A1591B" w:rsidRPr="00EB75F0" w:rsidSect="00A1591B">
          <w:pgSz w:w="16838" w:h="11906" w:orient="landscape"/>
          <w:pgMar w:top="1134" w:right="1134" w:bottom="1134" w:left="1134" w:header="567" w:footer="567" w:gutter="0"/>
          <w:cols w:space="708"/>
          <w:docGrid w:linePitch="360"/>
        </w:sectPr>
      </w:pPr>
    </w:p>
    <w:p w14:paraId="288785C0" w14:textId="2F28905F" w:rsidR="000F20E1" w:rsidRDefault="000F20E1">
      <w:pPr>
        <w:pStyle w:val="Heading3"/>
      </w:pPr>
      <w:r w:rsidRPr="000F20E1">
        <w:lastRenderedPageBreak/>
        <w:t xml:space="preserve">Figure </w:t>
      </w:r>
      <w:r w:rsidR="00C87303">
        <w:t>S</w:t>
      </w:r>
      <w:fldSimple w:instr=" SEQ Figure \* ARABIC ">
        <w:r w:rsidR="004B2F28">
          <w:rPr>
            <w:noProof/>
          </w:rPr>
          <w:t>101</w:t>
        </w:r>
      </w:fldSimple>
      <w:r>
        <w:t xml:space="preserve">: Somnolence </w:t>
      </w:r>
      <w:r w:rsidRPr="00EB75F0">
        <w:t>–</w:t>
      </w:r>
      <w:r>
        <w:t xml:space="preserve"> C</w:t>
      </w:r>
      <w:r w:rsidRPr="007F6A73">
        <w:t>omparison-adjusted funnel plot</w:t>
      </w:r>
      <w:r w:rsidRPr="00EB75F0">
        <w:t xml:space="preserve"> </w:t>
      </w:r>
      <w:r w:rsidRPr="007F6A73">
        <w:t>–</w:t>
      </w:r>
      <w:r>
        <w:t xml:space="preserve"> </w:t>
      </w:r>
      <w:r w:rsidRPr="00EB75F0">
        <w:t>random-effects model, base case network</w:t>
      </w:r>
      <w:r w:rsidRPr="007F6A73">
        <w:t xml:space="preserve"> </w:t>
      </w:r>
      <w:r>
        <w:rPr>
          <w:noProof/>
        </w:rPr>
        <w:drawing>
          <wp:inline distT="0" distB="0" distL="0" distR="0" wp14:anchorId="336DB7D2" wp14:editId="194CFD53">
            <wp:extent cx="6120765" cy="3258318"/>
            <wp:effectExtent l="0" t="0" r="0" b="0"/>
            <wp:docPr id="7469646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2" cstate="print">
                      <a:extLst>
                        <a:ext uri="{28A0092B-C50C-407E-A947-70E740481C1C}">
                          <a14:useLocalDpi xmlns:a14="http://schemas.microsoft.com/office/drawing/2010/main"/>
                        </a:ext>
                      </a:extLst>
                    </a:blip>
                    <a:srcRect/>
                    <a:stretch>
                      <a:fillRect/>
                    </a:stretch>
                  </pic:blipFill>
                  <pic:spPr bwMode="auto">
                    <a:xfrm>
                      <a:off x="0" y="0"/>
                      <a:ext cx="6120765" cy="3258318"/>
                    </a:xfrm>
                    <a:prstGeom prst="rect">
                      <a:avLst/>
                    </a:prstGeom>
                    <a:noFill/>
                    <a:ln>
                      <a:noFill/>
                    </a:ln>
                    <a:extLst>
                      <a:ext uri="{53640926-AAD7-44D8-BBD7-CCE9431645EC}">
                        <a14:shadowObscured xmlns:a14="http://schemas.microsoft.com/office/drawing/2010/main"/>
                      </a:ext>
                    </a:extLst>
                  </pic:spPr>
                </pic:pic>
              </a:graphicData>
            </a:graphic>
          </wp:inline>
        </w:drawing>
      </w:r>
    </w:p>
    <w:p w14:paraId="4DD16063" w14:textId="5C6B6954" w:rsidR="00343043" w:rsidRDefault="00343043" w:rsidP="00343043">
      <w:pPr>
        <w:pStyle w:val="Heading3"/>
      </w:pPr>
      <w:r w:rsidRPr="000F20E1">
        <w:t xml:space="preserve">Figure </w:t>
      </w:r>
      <w:r w:rsidR="00C87303">
        <w:t>S</w:t>
      </w:r>
      <w:fldSimple w:instr=" SEQ Figure \* ARABIC ">
        <w:r w:rsidR="004B2F28">
          <w:rPr>
            <w:noProof/>
          </w:rPr>
          <w:t>102</w:t>
        </w:r>
      </w:fldSimple>
      <w:r>
        <w:t xml:space="preserve">: Somnolence </w:t>
      </w:r>
      <w:r w:rsidRPr="00EB75F0">
        <w:t>–</w:t>
      </w:r>
      <w:r>
        <w:t xml:space="preserve"> C</w:t>
      </w:r>
      <w:r w:rsidRPr="007F6A73">
        <w:t>omparison-adjusted funnel plot</w:t>
      </w:r>
      <w:r w:rsidRPr="00EB75F0">
        <w:t xml:space="preserve"> </w:t>
      </w:r>
      <w:r w:rsidRPr="007F6A73">
        <w:t>–</w:t>
      </w:r>
      <w:r>
        <w:t xml:space="preserve"> fixed</w:t>
      </w:r>
      <w:r w:rsidRPr="00EB75F0">
        <w:t>-effects model, base case network</w:t>
      </w:r>
      <w:r w:rsidRPr="007F6A73">
        <w:t xml:space="preserve"> </w:t>
      </w:r>
      <w:r>
        <w:rPr>
          <w:noProof/>
        </w:rPr>
        <w:drawing>
          <wp:inline distT="0" distB="0" distL="0" distR="0" wp14:anchorId="746B98A4" wp14:editId="30665170">
            <wp:extent cx="6120765" cy="3258318"/>
            <wp:effectExtent l="0" t="0" r="0" b="0"/>
            <wp:docPr id="172579738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97382" name="Picture 23"/>
                    <pic:cNvPicPr>
                      <a:picLocks noChangeAspect="1" noChangeArrowheads="1"/>
                    </pic:cNvPicPr>
                  </pic:nvPicPr>
                  <pic:blipFill rotWithShape="1">
                    <a:blip r:embed="rId123" cstate="print">
                      <a:extLst>
                        <a:ext uri="{28A0092B-C50C-407E-A947-70E740481C1C}">
                          <a14:useLocalDpi xmlns:a14="http://schemas.microsoft.com/office/drawing/2010/main"/>
                        </a:ext>
                      </a:extLst>
                    </a:blip>
                    <a:srcRect t="11276"/>
                    <a:stretch>
                      <a:fillRect/>
                    </a:stretch>
                  </pic:blipFill>
                  <pic:spPr bwMode="auto">
                    <a:xfrm>
                      <a:off x="0" y="0"/>
                      <a:ext cx="6120765" cy="3258318"/>
                    </a:xfrm>
                    <a:prstGeom prst="rect">
                      <a:avLst/>
                    </a:prstGeom>
                    <a:noFill/>
                    <a:ln>
                      <a:noFill/>
                    </a:ln>
                    <a:extLst>
                      <a:ext uri="{53640926-AAD7-44D8-BBD7-CCE9431645EC}">
                        <a14:shadowObscured xmlns:a14="http://schemas.microsoft.com/office/drawing/2010/main"/>
                      </a:ext>
                    </a:extLst>
                  </pic:spPr>
                </pic:pic>
              </a:graphicData>
            </a:graphic>
          </wp:inline>
        </w:drawing>
      </w:r>
    </w:p>
    <w:p w14:paraId="4C9A5AB7" w14:textId="097497A3" w:rsidR="00343043" w:rsidRDefault="00343043" w:rsidP="00343043">
      <w:pPr>
        <w:pStyle w:val="Heading3"/>
      </w:pPr>
      <w:r w:rsidRPr="000F20E1">
        <w:lastRenderedPageBreak/>
        <w:t xml:space="preserve">Figure </w:t>
      </w:r>
      <w:r w:rsidR="00C87303">
        <w:t>S</w:t>
      </w:r>
      <w:fldSimple w:instr=" SEQ Figure \* ARABIC ">
        <w:r w:rsidR="004B2F28">
          <w:rPr>
            <w:noProof/>
          </w:rPr>
          <w:t>103</w:t>
        </w:r>
      </w:fldSimple>
      <w:r>
        <w:t xml:space="preserve">: Somnolence </w:t>
      </w:r>
      <w:r w:rsidRPr="00EB75F0">
        <w:t>–</w:t>
      </w:r>
      <w:r>
        <w:t xml:space="preserve"> C</w:t>
      </w:r>
      <w:r w:rsidRPr="007F6A73">
        <w:t>omparison-adjusted funnel plot</w:t>
      </w:r>
      <w:r w:rsidRPr="00EB75F0">
        <w:t xml:space="preserve"> </w:t>
      </w:r>
      <w:r w:rsidRPr="007F6A73">
        <w:t>–</w:t>
      </w:r>
      <w:r>
        <w:t xml:space="preserve"> </w:t>
      </w:r>
      <w:r w:rsidRPr="00EB75F0">
        <w:t>random-effects model,</w:t>
      </w:r>
      <w:r>
        <w:t xml:space="preserve"> </w:t>
      </w:r>
      <w:r w:rsidRPr="00EB75F0">
        <w:t>sensitivity analysis excluding studies with predominantly Asian populations</w:t>
      </w:r>
      <w:r w:rsidRPr="007F6A73">
        <w:t xml:space="preserve"> </w:t>
      </w:r>
      <w:r>
        <w:rPr>
          <w:noProof/>
        </w:rPr>
        <w:drawing>
          <wp:inline distT="0" distB="0" distL="0" distR="0" wp14:anchorId="5896F28D" wp14:editId="46555781">
            <wp:extent cx="6120765" cy="3258318"/>
            <wp:effectExtent l="0" t="0" r="0" b="0"/>
            <wp:docPr id="31665053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50534" name="Picture 23"/>
                    <pic:cNvPicPr>
                      <a:picLocks noChangeAspect="1" noChangeArrowheads="1"/>
                    </pic:cNvPicPr>
                  </pic:nvPicPr>
                  <pic:blipFill rotWithShape="1">
                    <a:blip r:embed="rId124" cstate="print">
                      <a:extLst>
                        <a:ext uri="{28A0092B-C50C-407E-A947-70E740481C1C}">
                          <a14:useLocalDpi xmlns:a14="http://schemas.microsoft.com/office/drawing/2010/main"/>
                        </a:ext>
                      </a:extLst>
                    </a:blip>
                    <a:srcRect l="-4" t="11276" r="4"/>
                    <a:stretch>
                      <a:fillRect/>
                    </a:stretch>
                  </pic:blipFill>
                  <pic:spPr bwMode="auto">
                    <a:xfrm>
                      <a:off x="0" y="0"/>
                      <a:ext cx="6120765" cy="3258318"/>
                    </a:xfrm>
                    <a:prstGeom prst="rect">
                      <a:avLst/>
                    </a:prstGeom>
                    <a:noFill/>
                    <a:ln>
                      <a:noFill/>
                    </a:ln>
                    <a:extLst>
                      <a:ext uri="{53640926-AAD7-44D8-BBD7-CCE9431645EC}">
                        <a14:shadowObscured xmlns:a14="http://schemas.microsoft.com/office/drawing/2010/main"/>
                      </a:ext>
                    </a:extLst>
                  </pic:spPr>
                </pic:pic>
              </a:graphicData>
            </a:graphic>
          </wp:inline>
        </w:drawing>
      </w:r>
    </w:p>
    <w:p w14:paraId="117843E5" w14:textId="243CD68F" w:rsidR="00343043" w:rsidRDefault="00343043">
      <w:pPr>
        <w:pStyle w:val="Heading3"/>
      </w:pPr>
      <w:bookmarkStart w:id="100" w:name="_Ref231992890"/>
      <w:r w:rsidRPr="000F20E1">
        <w:t xml:space="preserve">Figure </w:t>
      </w:r>
      <w:r w:rsidR="00C87303">
        <w:t>S</w:t>
      </w:r>
      <w:fldSimple w:instr=" SEQ Figure \* ARABIC ">
        <w:r w:rsidR="004B2F28">
          <w:rPr>
            <w:noProof/>
          </w:rPr>
          <w:t>104</w:t>
        </w:r>
      </w:fldSimple>
      <w:bookmarkEnd w:id="100"/>
      <w:r>
        <w:t xml:space="preserve">: Somnolence </w:t>
      </w:r>
      <w:r w:rsidRPr="00EB75F0">
        <w:t>–</w:t>
      </w:r>
      <w:r>
        <w:t xml:space="preserve"> C</w:t>
      </w:r>
      <w:r w:rsidRPr="007F6A73">
        <w:t>omparison-adjusted funnel plot</w:t>
      </w:r>
      <w:r w:rsidRPr="00EB75F0">
        <w:t xml:space="preserve"> </w:t>
      </w:r>
      <w:r w:rsidRPr="007F6A73">
        <w:t>–</w:t>
      </w:r>
      <w:r>
        <w:t xml:space="preserve"> </w:t>
      </w:r>
      <w:r w:rsidRPr="00EB75F0">
        <w:t xml:space="preserve">random-effects model, sensitivity analysis excluding studies with outlier placebo effect size </w:t>
      </w:r>
      <w:r>
        <w:rPr>
          <w:noProof/>
        </w:rPr>
        <w:drawing>
          <wp:inline distT="0" distB="0" distL="0" distR="0" wp14:anchorId="08C20598" wp14:editId="2D185E5C">
            <wp:extent cx="6120765" cy="3258318"/>
            <wp:effectExtent l="0" t="0" r="0" b="0"/>
            <wp:docPr id="129001524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015245" name="Picture 23"/>
                    <pic:cNvPicPr>
                      <a:picLocks noChangeAspect="1" noChangeArrowheads="1"/>
                    </pic:cNvPicPr>
                  </pic:nvPicPr>
                  <pic:blipFill rotWithShape="1">
                    <a:blip r:embed="rId125" cstate="print">
                      <a:extLst>
                        <a:ext uri="{28A0092B-C50C-407E-A947-70E740481C1C}">
                          <a14:useLocalDpi xmlns:a14="http://schemas.microsoft.com/office/drawing/2010/main"/>
                        </a:ext>
                      </a:extLst>
                    </a:blip>
                    <a:srcRect l="-4" t="11276" r="4"/>
                    <a:stretch>
                      <a:fillRect/>
                    </a:stretch>
                  </pic:blipFill>
                  <pic:spPr bwMode="auto">
                    <a:xfrm>
                      <a:off x="0" y="0"/>
                      <a:ext cx="6120765" cy="3258318"/>
                    </a:xfrm>
                    <a:prstGeom prst="rect">
                      <a:avLst/>
                    </a:prstGeom>
                    <a:noFill/>
                    <a:ln>
                      <a:noFill/>
                    </a:ln>
                    <a:extLst>
                      <a:ext uri="{53640926-AAD7-44D8-BBD7-CCE9431645EC}">
                        <a14:shadowObscured xmlns:a14="http://schemas.microsoft.com/office/drawing/2010/main"/>
                      </a:ext>
                    </a:extLst>
                  </pic:spPr>
                </pic:pic>
              </a:graphicData>
            </a:graphic>
          </wp:inline>
        </w:drawing>
      </w:r>
    </w:p>
    <w:p w14:paraId="28809F20" w14:textId="77777777" w:rsidR="00574898" w:rsidRDefault="00574898">
      <w:pPr>
        <w:spacing w:before="0" w:after="0" w:line="240" w:lineRule="auto"/>
        <w:rPr>
          <w:b/>
          <w:sz w:val="24"/>
        </w:rPr>
      </w:pPr>
      <w:r>
        <w:rPr>
          <w:b/>
          <w:sz w:val="24"/>
        </w:rPr>
        <w:br w:type="page"/>
      </w:r>
    </w:p>
    <w:p w14:paraId="206E13D4" w14:textId="3F8D3D97" w:rsidR="009446D0" w:rsidRPr="00EB75F0" w:rsidRDefault="0084596B">
      <w:pPr>
        <w:pStyle w:val="Heading1"/>
        <w:rPr>
          <w:b/>
          <w:color w:val="001B2B"/>
          <w:sz w:val="24"/>
        </w:rPr>
      </w:pPr>
      <w:r w:rsidRPr="00EB75F0">
        <w:rPr>
          <w:b/>
          <w:color w:val="001B2B"/>
          <w:sz w:val="24"/>
        </w:rPr>
        <w:lastRenderedPageBreak/>
        <w:t>References</w:t>
      </w:r>
    </w:p>
    <w:p w14:paraId="3B2BEA85" w14:textId="77777777" w:rsidR="00452EF4" w:rsidRPr="00452EF4" w:rsidRDefault="0031308D" w:rsidP="00452EF4">
      <w:pPr>
        <w:pStyle w:val="EndNoteBibliography"/>
        <w:spacing w:after="0"/>
        <w:rPr>
          <w:noProof/>
        </w:rPr>
      </w:pPr>
      <w:r w:rsidRPr="00EB75F0">
        <w:fldChar w:fldCharType="begin"/>
      </w:r>
      <w:r w:rsidRPr="00EB75F0">
        <w:instrText xml:space="preserve"> ADDIN EN.REFLIST </w:instrText>
      </w:r>
      <w:r w:rsidRPr="00EB75F0">
        <w:fldChar w:fldCharType="separate"/>
      </w:r>
      <w:r w:rsidR="00452EF4" w:rsidRPr="00452EF4">
        <w:rPr>
          <w:noProof/>
        </w:rPr>
        <w:t>1.</w:t>
      </w:r>
      <w:r w:rsidR="00452EF4" w:rsidRPr="00452EF4">
        <w:rPr>
          <w:noProof/>
        </w:rPr>
        <w:tab/>
        <w:t xml:space="preserve">Robinson DG GJ, John M, Petrides G, Hassoun Y, Zhang JP, Lopez L, Braga RJ, Sevy SM, Addington J, Kellner CH. A randomized comparison of aripiprazole and risperidone for the acute treatment of first-episode schizophrenia and related disorders: 3-month outcomes. </w:t>
      </w:r>
      <w:r w:rsidR="00452EF4" w:rsidRPr="00452EF4">
        <w:rPr>
          <w:i/>
          <w:noProof/>
        </w:rPr>
        <w:t>Schizophr Bull</w:t>
      </w:r>
      <w:r w:rsidR="00452EF4" w:rsidRPr="00452EF4">
        <w:rPr>
          <w:noProof/>
        </w:rPr>
        <w:t>. 2015; 41(6):1227–36.</w:t>
      </w:r>
    </w:p>
    <w:p w14:paraId="4D4427F1" w14:textId="77777777" w:rsidR="00452EF4" w:rsidRPr="00452EF4" w:rsidRDefault="00452EF4" w:rsidP="00452EF4">
      <w:pPr>
        <w:pStyle w:val="EndNoteBibliography"/>
        <w:spacing w:after="0"/>
        <w:rPr>
          <w:noProof/>
        </w:rPr>
      </w:pPr>
      <w:r w:rsidRPr="00452EF4">
        <w:rPr>
          <w:noProof/>
        </w:rPr>
        <w:t>2.</w:t>
      </w:r>
      <w:r w:rsidRPr="00452EF4">
        <w:rPr>
          <w:noProof/>
        </w:rPr>
        <w:tab/>
        <w:t xml:space="preserve">Bernardo M, Parellada E, Lomeña F, et al. Double-blind olanzapine vs. haloperidol D2 dopamine receptor blockade in schizophrenic patients: a baseline-endpoint [123I] IBZM SPECT study. </w:t>
      </w:r>
      <w:r w:rsidRPr="00452EF4">
        <w:rPr>
          <w:i/>
          <w:noProof/>
        </w:rPr>
        <w:t>Psychiatry Research: Neuroimaging</w:t>
      </w:r>
      <w:r w:rsidRPr="00452EF4">
        <w:rPr>
          <w:noProof/>
        </w:rPr>
        <w:t>. 2001; 107(2):87–97.</w:t>
      </w:r>
    </w:p>
    <w:p w14:paraId="562A98FF" w14:textId="77777777" w:rsidR="00452EF4" w:rsidRPr="00452EF4" w:rsidRDefault="00452EF4" w:rsidP="00452EF4">
      <w:pPr>
        <w:pStyle w:val="EndNoteBibliography"/>
        <w:spacing w:after="0"/>
        <w:rPr>
          <w:noProof/>
        </w:rPr>
      </w:pPr>
      <w:r w:rsidRPr="00452EF4">
        <w:rPr>
          <w:noProof/>
        </w:rPr>
        <w:t>3.</w:t>
      </w:r>
      <w:r w:rsidRPr="00452EF4">
        <w:rPr>
          <w:noProof/>
        </w:rPr>
        <w:tab/>
        <w:t xml:space="preserve">Kang D, Zhang F, Yang Y, et al. Probiotic supplements reduce antipsychotic-induced metabolic disturbances in drug-naïve first-episode schizophrenia. </w:t>
      </w:r>
      <w:r w:rsidRPr="00452EF4">
        <w:rPr>
          <w:i/>
          <w:noProof/>
        </w:rPr>
        <w:t>medRxiv</w:t>
      </w:r>
      <w:r w:rsidRPr="00452EF4">
        <w:rPr>
          <w:noProof/>
        </w:rPr>
        <w:t>. 2021:2021.02. 16.21251872.</w:t>
      </w:r>
    </w:p>
    <w:p w14:paraId="1CF53525" w14:textId="77777777" w:rsidR="00452EF4" w:rsidRPr="00452EF4" w:rsidRDefault="00452EF4" w:rsidP="00452EF4">
      <w:pPr>
        <w:pStyle w:val="EndNoteBibliography"/>
        <w:spacing w:after="0"/>
        <w:rPr>
          <w:noProof/>
        </w:rPr>
      </w:pPr>
      <w:r w:rsidRPr="00452EF4">
        <w:rPr>
          <w:noProof/>
        </w:rPr>
        <w:t>4.</w:t>
      </w:r>
      <w:r w:rsidRPr="00452EF4">
        <w:rPr>
          <w:noProof/>
        </w:rPr>
        <w:tab/>
        <w:t xml:space="preserve">Grootens K, Van Veelen N, Peuskens J, et al. Ziprasidone vs olanzapine in recent-onset schizophrenia and schizoaffective disorder: results of an 8-week double-blind randomized controlled trial. </w:t>
      </w:r>
      <w:r w:rsidRPr="00452EF4">
        <w:rPr>
          <w:i/>
          <w:noProof/>
        </w:rPr>
        <w:t>Schizophrenia bulletin</w:t>
      </w:r>
      <w:r w:rsidRPr="00452EF4">
        <w:rPr>
          <w:noProof/>
        </w:rPr>
        <w:t>. 2011; 37(2):352–61.</w:t>
      </w:r>
    </w:p>
    <w:p w14:paraId="122B36B1" w14:textId="77777777" w:rsidR="00452EF4" w:rsidRPr="00452EF4" w:rsidRDefault="00452EF4" w:rsidP="00452EF4">
      <w:pPr>
        <w:pStyle w:val="EndNoteBibliography"/>
        <w:spacing w:after="0"/>
        <w:rPr>
          <w:noProof/>
        </w:rPr>
      </w:pPr>
      <w:r w:rsidRPr="00452EF4">
        <w:rPr>
          <w:noProof/>
        </w:rPr>
        <w:t>5.</w:t>
      </w:r>
      <w:r w:rsidRPr="00452EF4">
        <w:rPr>
          <w:noProof/>
        </w:rPr>
        <w:tab/>
        <w:t xml:space="preserve">Zhang Y, Shi H, Yang G, et al. Associations between expression of indoleamine 2, 3-dioxygenase enzyme and inflammatory cytokines in patients with first-episode drug-naive Schizophrenia. </w:t>
      </w:r>
      <w:r w:rsidRPr="00452EF4">
        <w:rPr>
          <w:i/>
          <w:noProof/>
        </w:rPr>
        <w:t>Translational Psychiatry</w:t>
      </w:r>
      <w:r w:rsidRPr="00452EF4">
        <w:rPr>
          <w:noProof/>
        </w:rPr>
        <w:t>. 2021; 11(1):595.</w:t>
      </w:r>
    </w:p>
    <w:p w14:paraId="5A25D09B" w14:textId="77777777" w:rsidR="00452EF4" w:rsidRPr="00452EF4" w:rsidRDefault="00452EF4" w:rsidP="00452EF4">
      <w:pPr>
        <w:pStyle w:val="EndNoteBibliography"/>
        <w:spacing w:after="0"/>
        <w:rPr>
          <w:noProof/>
        </w:rPr>
      </w:pPr>
      <w:r w:rsidRPr="00452EF4">
        <w:rPr>
          <w:noProof/>
        </w:rPr>
        <w:t>6.</w:t>
      </w:r>
      <w:r w:rsidRPr="00452EF4">
        <w:rPr>
          <w:noProof/>
        </w:rPr>
        <w:tab/>
        <w:t xml:space="preserve">Wang D-M, Chen D-C, Xiu M-H, et al. A double-blind, randomized controlled study of the effects of celecoxib on clinical symptoms and cognitive impairment in patients with drug-naïve first episode schizophrenia: pharmacogenetic impact of cyclooxygenase-2 functional polymorphisms. </w:t>
      </w:r>
      <w:r w:rsidRPr="00452EF4">
        <w:rPr>
          <w:i/>
          <w:noProof/>
        </w:rPr>
        <w:t>Neuropsychopharmacology</w:t>
      </w:r>
      <w:r w:rsidRPr="00452EF4">
        <w:rPr>
          <w:noProof/>
        </w:rPr>
        <w:t>. 2024; 49(5):893–902.</w:t>
      </w:r>
    </w:p>
    <w:p w14:paraId="368DFEA6" w14:textId="77777777" w:rsidR="00452EF4" w:rsidRPr="00452EF4" w:rsidRDefault="00452EF4" w:rsidP="00452EF4">
      <w:pPr>
        <w:pStyle w:val="EndNoteBibliography"/>
        <w:spacing w:after="0"/>
        <w:rPr>
          <w:noProof/>
        </w:rPr>
      </w:pPr>
      <w:r w:rsidRPr="00452EF4">
        <w:rPr>
          <w:noProof/>
        </w:rPr>
        <w:t>7.</w:t>
      </w:r>
      <w:r w:rsidRPr="00452EF4">
        <w:rPr>
          <w:noProof/>
        </w:rPr>
        <w:tab/>
        <w:t xml:space="preserve">Brannan SK, Sawchak S, Miller AC, et al. Muscarinic Cholinergic Receptor Agonist and Peripheral Antagonist for Schizophrenia. </w:t>
      </w:r>
      <w:r w:rsidRPr="00452EF4">
        <w:rPr>
          <w:i/>
          <w:noProof/>
        </w:rPr>
        <w:t>N Engl J Med</w:t>
      </w:r>
      <w:r w:rsidRPr="00452EF4">
        <w:rPr>
          <w:noProof/>
        </w:rPr>
        <w:t>. 2021; 384(8):717–26.</w:t>
      </w:r>
    </w:p>
    <w:p w14:paraId="6393F659" w14:textId="77777777" w:rsidR="00452EF4" w:rsidRPr="00452EF4" w:rsidRDefault="00452EF4" w:rsidP="00452EF4">
      <w:pPr>
        <w:pStyle w:val="EndNoteBibliography"/>
        <w:spacing w:after="0"/>
        <w:rPr>
          <w:noProof/>
        </w:rPr>
      </w:pPr>
      <w:r w:rsidRPr="00452EF4">
        <w:rPr>
          <w:noProof/>
        </w:rPr>
        <w:t>8.</w:t>
      </w:r>
      <w:r w:rsidRPr="00452EF4">
        <w:rPr>
          <w:noProof/>
        </w:rPr>
        <w:tab/>
        <w:t xml:space="preserve">Kaul I, Sawchak S, Correll CU, et al. Efficacy and safety of the muscarinic receptor agonist KarXT (xanomeline-trospium) in schizophrenia (EMERGENT-2) in the USA: results from a randomised, double-blind, placebo-controlled, flexible-dose phase 3 trial. </w:t>
      </w:r>
      <w:r w:rsidRPr="00452EF4">
        <w:rPr>
          <w:i/>
          <w:noProof/>
        </w:rPr>
        <w:t>Lancet</w:t>
      </w:r>
      <w:r w:rsidRPr="00452EF4">
        <w:rPr>
          <w:noProof/>
        </w:rPr>
        <w:t>. 2024; 403(10422):160–70.</w:t>
      </w:r>
    </w:p>
    <w:p w14:paraId="0D08DED9" w14:textId="77777777" w:rsidR="00452EF4" w:rsidRPr="00452EF4" w:rsidRDefault="00452EF4" w:rsidP="00452EF4">
      <w:pPr>
        <w:pStyle w:val="EndNoteBibliography"/>
        <w:spacing w:after="0"/>
        <w:rPr>
          <w:noProof/>
        </w:rPr>
      </w:pPr>
      <w:r w:rsidRPr="00452EF4">
        <w:rPr>
          <w:noProof/>
        </w:rPr>
        <w:t>9.</w:t>
      </w:r>
      <w:r w:rsidRPr="00452EF4">
        <w:rPr>
          <w:noProof/>
        </w:rPr>
        <w:tab/>
        <w:t xml:space="preserve">Kaul I, Sawchak S, Walling DP, et al. Efficacy and Safety of Xanomeline-Trospium Chloride in Schizophrenia: A Randomized Clinical Trial. </w:t>
      </w:r>
      <w:r w:rsidRPr="00452EF4">
        <w:rPr>
          <w:i/>
          <w:noProof/>
        </w:rPr>
        <w:t>JAMA Psychiatry</w:t>
      </w:r>
      <w:r w:rsidRPr="00452EF4">
        <w:rPr>
          <w:noProof/>
        </w:rPr>
        <w:t>. 2024; 81(8):749–56.</w:t>
      </w:r>
    </w:p>
    <w:p w14:paraId="536139E2" w14:textId="77777777" w:rsidR="00452EF4" w:rsidRPr="00452EF4" w:rsidRDefault="00452EF4" w:rsidP="00452EF4">
      <w:pPr>
        <w:pStyle w:val="EndNoteBibliography"/>
        <w:spacing w:after="0"/>
        <w:rPr>
          <w:noProof/>
        </w:rPr>
      </w:pPr>
      <w:r w:rsidRPr="00452EF4">
        <w:rPr>
          <w:noProof/>
        </w:rPr>
        <w:t>10.</w:t>
      </w:r>
      <w:r w:rsidRPr="00452EF4">
        <w:rPr>
          <w:noProof/>
        </w:rPr>
        <w:tab/>
        <w:t xml:space="preserve">Canive JM, Miller GA, Irwin JG, et al. Efficacy of olanzapine and risperidone in schizophrenia: a randomized double-blind crossover design. </w:t>
      </w:r>
      <w:r w:rsidRPr="00452EF4">
        <w:rPr>
          <w:i/>
          <w:noProof/>
        </w:rPr>
        <w:t>Psychopharmacology bulletin</w:t>
      </w:r>
      <w:r w:rsidRPr="00452EF4">
        <w:rPr>
          <w:noProof/>
        </w:rPr>
        <w:t>. 2006; 39(1):105–16.</w:t>
      </w:r>
    </w:p>
    <w:p w14:paraId="3B59B3F9" w14:textId="77777777" w:rsidR="00452EF4" w:rsidRPr="00452EF4" w:rsidRDefault="00452EF4" w:rsidP="00452EF4">
      <w:pPr>
        <w:pStyle w:val="EndNoteBibliography"/>
        <w:spacing w:after="0"/>
        <w:rPr>
          <w:noProof/>
        </w:rPr>
      </w:pPr>
      <w:r w:rsidRPr="00452EF4">
        <w:rPr>
          <w:noProof/>
        </w:rPr>
        <w:t>11.</w:t>
      </w:r>
      <w:r w:rsidRPr="00452EF4">
        <w:rPr>
          <w:noProof/>
        </w:rPr>
        <w:tab/>
        <w:t xml:space="preserve">Kane JM OO, Kryzhanovskaya LA, Xu W, Stauffer VL, Watson SB, Breier A. A 28-week, randomized, double-blind study of olanzapine versus aripiprazole in the treatment of schizophrenia. </w:t>
      </w:r>
      <w:r w:rsidRPr="00452EF4">
        <w:rPr>
          <w:i/>
          <w:noProof/>
        </w:rPr>
        <w:t>JCP</w:t>
      </w:r>
      <w:r w:rsidRPr="00452EF4">
        <w:rPr>
          <w:noProof/>
        </w:rPr>
        <w:t>. 2009; 70(4):572.</w:t>
      </w:r>
    </w:p>
    <w:p w14:paraId="0A1BB4F2" w14:textId="77777777" w:rsidR="00452EF4" w:rsidRPr="00452EF4" w:rsidRDefault="00452EF4" w:rsidP="00452EF4">
      <w:pPr>
        <w:pStyle w:val="EndNoteBibliography"/>
        <w:spacing w:after="0"/>
        <w:rPr>
          <w:noProof/>
        </w:rPr>
      </w:pPr>
      <w:r w:rsidRPr="00452EF4">
        <w:rPr>
          <w:noProof/>
        </w:rPr>
        <w:t>12.</w:t>
      </w:r>
      <w:r w:rsidRPr="00452EF4">
        <w:rPr>
          <w:noProof/>
        </w:rPr>
        <w:tab/>
        <w:t xml:space="preserve">Li H LJ, Wang C, Xie S, Xu X, Wang X, Yu W, Gu N, Kane JM. Efficacy and safety of aripiprazole in Chinese Han schizophrenia subjects: a randomized, double-blind, active parallel-controlled, multicenter clinical trial. </w:t>
      </w:r>
      <w:r w:rsidRPr="00452EF4">
        <w:rPr>
          <w:i/>
          <w:noProof/>
        </w:rPr>
        <w:t>Schizophr Res</w:t>
      </w:r>
      <w:r w:rsidRPr="00452EF4">
        <w:rPr>
          <w:noProof/>
        </w:rPr>
        <w:t>. 2014; 157(1-3):112–9.</w:t>
      </w:r>
    </w:p>
    <w:p w14:paraId="700E7EAE" w14:textId="77777777" w:rsidR="00452EF4" w:rsidRPr="00452EF4" w:rsidRDefault="00452EF4" w:rsidP="00452EF4">
      <w:pPr>
        <w:pStyle w:val="EndNoteBibliography"/>
        <w:spacing w:after="0"/>
        <w:rPr>
          <w:noProof/>
        </w:rPr>
      </w:pPr>
      <w:r w:rsidRPr="00452EF4">
        <w:rPr>
          <w:noProof/>
        </w:rPr>
        <w:t>13.</w:t>
      </w:r>
      <w:r w:rsidRPr="00452EF4">
        <w:rPr>
          <w:noProof/>
        </w:rPr>
        <w:tab/>
        <w:t xml:space="preserve">Harvey PD, Green MF, McGurk SR and Meltzer HY. Changes in cognitive functioning with risperidone and olanzapine treatment: a large-scale, double-blind, randomized study. </w:t>
      </w:r>
      <w:r w:rsidRPr="00452EF4">
        <w:rPr>
          <w:i/>
          <w:noProof/>
        </w:rPr>
        <w:t>Psychopharmacology (Berl)</w:t>
      </w:r>
      <w:r w:rsidRPr="00452EF4">
        <w:rPr>
          <w:noProof/>
        </w:rPr>
        <w:t>. 2003; 169(3-4):404–11.</w:t>
      </w:r>
    </w:p>
    <w:p w14:paraId="3B02379E" w14:textId="77777777" w:rsidR="00452EF4" w:rsidRPr="00452EF4" w:rsidRDefault="00452EF4" w:rsidP="00452EF4">
      <w:pPr>
        <w:pStyle w:val="EndNoteBibliography"/>
        <w:spacing w:after="0"/>
        <w:rPr>
          <w:noProof/>
        </w:rPr>
      </w:pPr>
      <w:r w:rsidRPr="00452EF4">
        <w:rPr>
          <w:noProof/>
        </w:rPr>
        <w:t>14.</w:t>
      </w:r>
      <w:r w:rsidRPr="00452EF4">
        <w:rPr>
          <w:noProof/>
        </w:rPr>
        <w:tab/>
        <w:t xml:space="preserve">Tollefson GD, Beasley Jr CM, Tran PV, et al. Olanzapine versus haloperidol in the treatment of schizophrenia and schizoaffective and schizophreniform disorders: results of an international collaborative trial. </w:t>
      </w:r>
      <w:r w:rsidRPr="00452EF4">
        <w:rPr>
          <w:i/>
          <w:noProof/>
        </w:rPr>
        <w:t>American Journal of Psychiatry</w:t>
      </w:r>
      <w:r w:rsidRPr="00452EF4">
        <w:rPr>
          <w:noProof/>
        </w:rPr>
        <w:t>. 1997; 154(4):457–65.</w:t>
      </w:r>
    </w:p>
    <w:p w14:paraId="629DBCC3" w14:textId="77777777" w:rsidR="00452EF4" w:rsidRPr="00452EF4" w:rsidRDefault="00452EF4" w:rsidP="00452EF4">
      <w:pPr>
        <w:pStyle w:val="EndNoteBibliography"/>
        <w:spacing w:after="0"/>
        <w:rPr>
          <w:noProof/>
        </w:rPr>
      </w:pPr>
      <w:r w:rsidRPr="00452EF4">
        <w:rPr>
          <w:noProof/>
        </w:rPr>
        <w:t>15.</w:t>
      </w:r>
      <w:r w:rsidRPr="00452EF4">
        <w:rPr>
          <w:noProof/>
        </w:rPr>
        <w:tab/>
        <w:t xml:space="preserve">NCT00396565. A Study to Evaluate Effectiveness and Safety of ER OROS Paliperidone in Patients With Schizophrenia. </w:t>
      </w:r>
      <w:r w:rsidRPr="00452EF4">
        <w:rPr>
          <w:i/>
          <w:noProof/>
        </w:rPr>
        <w:t>-</w:t>
      </w:r>
      <w:r w:rsidRPr="00452EF4">
        <w:rPr>
          <w:noProof/>
        </w:rPr>
        <w:t>. 2014; -:–.</w:t>
      </w:r>
    </w:p>
    <w:p w14:paraId="464D0C99" w14:textId="77777777" w:rsidR="00452EF4" w:rsidRPr="00452EF4" w:rsidRDefault="00452EF4" w:rsidP="00452EF4">
      <w:pPr>
        <w:pStyle w:val="EndNoteBibliography"/>
        <w:spacing w:after="0"/>
        <w:rPr>
          <w:noProof/>
        </w:rPr>
      </w:pPr>
      <w:r w:rsidRPr="00452EF4">
        <w:rPr>
          <w:noProof/>
        </w:rPr>
        <w:t>16.</w:t>
      </w:r>
      <w:r w:rsidRPr="00452EF4">
        <w:rPr>
          <w:noProof/>
        </w:rPr>
        <w:tab/>
        <w:t xml:space="preserve">Litman RE, Smith MA, Desai DG, et al. The selective neurokinin 3 antagonist AZD2624 does not improve symptoms or cognition in schizophrenia: a proof-of-principle study. </w:t>
      </w:r>
      <w:r w:rsidRPr="00452EF4">
        <w:rPr>
          <w:i/>
          <w:noProof/>
        </w:rPr>
        <w:t>J Clin Psychopharmacol</w:t>
      </w:r>
      <w:r w:rsidRPr="00452EF4">
        <w:rPr>
          <w:noProof/>
        </w:rPr>
        <w:t>. 2014; 34(2):199–204.</w:t>
      </w:r>
    </w:p>
    <w:p w14:paraId="04D8231A" w14:textId="77777777" w:rsidR="00452EF4" w:rsidRPr="00452EF4" w:rsidRDefault="00452EF4" w:rsidP="00452EF4">
      <w:pPr>
        <w:pStyle w:val="EndNoteBibliography"/>
        <w:spacing w:after="0"/>
        <w:rPr>
          <w:noProof/>
        </w:rPr>
      </w:pPr>
      <w:r w:rsidRPr="00452EF4">
        <w:rPr>
          <w:noProof/>
        </w:rPr>
        <w:lastRenderedPageBreak/>
        <w:t>17.</w:t>
      </w:r>
      <w:r w:rsidRPr="00452EF4">
        <w:rPr>
          <w:noProof/>
        </w:rPr>
        <w:tab/>
        <w:t xml:space="preserve">Martin S, Ljo H, Peuskens J, et al. A double-blind, randomised comparative trial of amisulpride versus olanzapine in the treatment of schizophrenia: short-term results at two months. </w:t>
      </w:r>
      <w:r w:rsidRPr="00452EF4">
        <w:rPr>
          <w:i/>
          <w:noProof/>
        </w:rPr>
        <w:t>Curr Med Res Opin</w:t>
      </w:r>
      <w:r w:rsidRPr="00452EF4">
        <w:rPr>
          <w:noProof/>
        </w:rPr>
        <w:t>. 2002; 18(6):355–62.</w:t>
      </w:r>
    </w:p>
    <w:p w14:paraId="0E1DD865" w14:textId="77777777" w:rsidR="00452EF4" w:rsidRPr="00452EF4" w:rsidRDefault="00452EF4" w:rsidP="00452EF4">
      <w:pPr>
        <w:pStyle w:val="EndNoteBibliography"/>
        <w:spacing w:after="0"/>
        <w:rPr>
          <w:noProof/>
        </w:rPr>
      </w:pPr>
      <w:r w:rsidRPr="00452EF4">
        <w:rPr>
          <w:noProof/>
        </w:rPr>
        <w:t>18.</w:t>
      </w:r>
      <w:r w:rsidRPr="00452EF4">
        <w:rPr>
          <w:noProof/>
        </w:rPr>
        <w:tab/>
        <w:t xml:space="preserve">Yang J, Bahk W-M, Cho H-S, et al. Efficacy and tolerability of Blonanserin in the patients with schizophrenia: a randomized, double-blind, risperidone-compared trial. </w:t>
      </w:r>
      <w:r w:rsidRPr="00452EF4">
        <w:rPr>
          <w:i/>
          <w:noProof/>
        </w:rPr>
        <w:t>Clinical neuropharmacology</w:t>
      </w:r>
      <w:r w:rsidRPr="00452EF4">
        <w:rPr>
          <w:noProof/>
        </w:rPr>
        <w:t>. 2010; 33(4):169–75.</w:t>
      </w:r>
    </w:p>
    <w:p w14:paraId="5D812648" w14:textId="77777777" w:rsidR="00452EF4" w:rsidRPr="00452EF4" w:rsidRDefault="00452EF4" w:rsidP="00452EF4">
      <w:pPr>
        <w:pStyle w:val="EndNoteBibliography"/>
        <w:spacing w:after="0"/>
        <w:rPr>
          <w:noProof/>
        </w:rPr>
      </w:pPr>
      <w:r w:rsidRPr="00452EF4">
        <w:rPr>
          <w:noProof/>
        </w:rPr>
        <w:t>19.</w:t>
      </w:r>
      <w:r w:rsidRPr="00452EF4">
        <w:rPr>
          <w:noProof/>
        </w:rPr>
        <w:tab/>
        <w:t xml:space="preserve">Liu SK, Chen WJ, Chang C-J and Lin H-N. Effects of atypical neuroleptics on sustained attention deficits in schizophrenia: a trial of risperidone versus haloperidol. </w:t>
      </w:r>
      <w:r w:rsidRPr="00452EF4">
        <w:rPr>
          <w:i/>
          <w:noProof/>
        </w:rPr>
        <w:t>Neuropsychopharmacology</w:t>
      </w:r>
      <w:r w:rsidRPr="00452EF4">
        <w:rPr>
          <w:noProof/>
        </w:rPr>
        <w:t>. 2000; 22(3):311–9.</w:t>
      </w:r>
    </w:p>
    <w:p w14:paraId="4EC5520F" w14:textId="77777777" w:rsidR="00452EF4" w:rsidRPr="00452EF4" w:rsidRDefault="00452EF4" w:rsidP="00452EF4">
      <w:pPr>
        <w:pStyle w:val="EndNoteBibliography"/>
        <w:spacing w:after="0"/>
        <w:rPr>
          <w:noProof/>
        </w:rPr>
      </w:pPr>
      <w:r w:rsidRPr="00452EF4">
        <w:rPr>
          <w:noProof/>
        </w:rPr>
        <w:t>20.</w:t>
      </w:r>
      <w:r w:rsidRPr="00452EF4">
        <w:rPr>
          <w:noProof/>
        </w:rPr>
        <w:tab/>
        <w:t xml:space="preserve">Cutler AJ, Tran-Johnson T, Kalali A, et al. A failed 6-week, randomized, double-blind, placebo-controlled study of once-daily extended release quetiapine fumarate in patients with acute schizophrenia: lessons learned. </w:t>
      </w:r>
      <w:r w:rsidRPr="00452EF4">
        <w:rPr>
          <w:i/>
          <w:noProof/>
        </w:rPr>
        <w:t>Psychopharmacology bulletin</w:t>
      </w:r>
      <w:r w:rsidRPr="00452EF4">
        <w:rPr>
          <w:noProof/>
        </w:rPr>
        <w:t>. 2010; 43(4):37–69.</w:t>
      </w:r>
    </w:p>
    <w:p w14:paraId="63D80780" w14:textId="77777777" w:rsidR="00452EF4" w:rsidRPr="00452EF4" w:rsidRDefault="00452EF4" w:rsidP="00452EF4">
      <w:pPr>
        <w:pStyle w:val="EndNoteBibliography"/>
        <w:spacing w:after="0"/>
        <w:rPr>
          <w:noProof/>
        </w:rPr>
      </w:pPr>
      <w:r w:rsidRPr="00452EF4">
        <w:rPr>
          <w:noProof/>
        </w:rPr>
        <w:t>21.</w:t>
      </w:r>
      <w:r w:rsidRPr="00452EF4">
        <w:rPr>
          <w:noProof/>
        </w:rPr>
        <w:tab/>
        <w:t xml:space="preserve">Wang N, Zheng N, Dong M and He J. Paroxetine combined with olanzapine in the treatment of schizophrenia. </w:t>
      </w:r>
      <w:r w:rsidRPr="00452EF4">
        <w:rPr>
          <w:i/>
          <w:noProof/>
        </w:rPr>
        <w:t>Pakistan journal of medical sciences</w:t>
      </w:r>
      <w:r w:rsidRPr="00452EF4">
        <w:rPr>
          <w:noProof/>
        </w:rPr>
        <w:t>. 2020; 36(3):516.</w:t>
      </w:r>
    </w:p>
    <w:p w14:paraId="6E48971D" w14:textId="77777777" w:rsidR="00452EF4" w:rsidRPr="00452EF4" w:rsidRDefault="00452EF4" w:rsidP="00452EF4">
      <w:pPr>
        <w:pStyle w:val="EndNoteBibliography"/>
        <w:spacing w:after="0"/>
        <w:rPr>
          <w:noProof/>
        </w:rPr>
      </w:pPr>
      <w:r w:rsidRPr="00452EF4">
        <w:rPr>
          <w:noProof/>
        </w:rPr>
        <w:t>22.</w:t>
      </w:r>
      <w:r w:rsidRPr="00452EF4">
        <w:rPr>
          <w:noProof/>
        </w:rPr>
        <w:tab/>
        <w:t xml:space="preserve">Karuna. EMERGENT-2. A Phase 3, Randomized, Double-Blind, Parallel-Group, Placebo-Controlled, Multicenter Study to Evaluate the Efficacy and Safety of KarXT in Acutely Psychotic Hospitalized Adults with DSM-5 Schizophrenia KAR-007. </w:t>
      </w:r>
      <w:r w:rsidRPr="00452EF4">
        <w:rPr>
          <w:i/>
          <w:noProof/>
        </w:rPr>
        <w:t>Clinical Study Report</w:t>
      </w:r>
      <w:r w:rsidRPr="00452EF4">
        <w:rPr>
          <w:noProof/>
        </w:rPr>
        <w:t>. 2023.</w:t>
      </w:r>
    </w:p>
    <w:p w14:paraId="42D5E2BC" w14:textId="77777777" w:rsidR="00452EF4" w:rsidRPr="00452EF4" w:rsidRDefault="00452EF4" w:rsidP="00452EF4">
      <w:pPr>
        <w:pStyle w:val="EndNoteBibliography"/>
        <w:spacing w:after="0"/>
        <w:rPr>
          <w:noProof/>
        </w:rPr>
      </w:pPr>
      <w:r w:rsidRPr="00452EF4">
        <w:rPr>
          <w:noProof/>
        </w:rPr>
        <w:t>23.</w:t>
      </w:r>
      <w:r w:rsidRPr="00452EF4">
        <w:rPr>
          <w:noProof/>
        </w:rPr>
        <w:tab/>
        <w:t xml:space="preserve">Gupta S, Gupta P and Sharma M. Comparative profile of atypical antipsychotics in patients of schizophrenia. </w:t>
      </w:r>
      <w:r w:rsidRPr="00452EF4">
        <w:rPr>
          <w:i/>
          <w:noProof/>
        </w:rPr>
        <w:t>Indian Journal of Psychiatry</w:t>
      </w:r>
      <w:r w:rsidRPr="00452EF4">
        <w:rPr>
          <w:noProof/>
        </w:rPr>
        <w:t>. 2018; 60(5 Supplement 1):S75.</w:t>
      </w:r>
    </w:p>
    <w:p w14:paraId="0D35EC74" w14:textId="77777777" w:rsidR="00452EF4" w:rsidRPr="00452EF4" w:rsidRDefault="00452EF4" w:rsidP="00452EF4">
      <w:pPr>
        <w:pStyle w:val="EndNoteBibliography"/>
        <w:spacing w:after="0"/>
        <w:rPr>
          <w:noProof/>
        </w:rPr>
      </w:pPr>
      <w:r w:rsidRPr="00452EF4">
        <w:rPr>
          <w:noProof/>
        </w:rPr>
        <w:t>24.</w:t>
      </w:r>
      <w:r w:rsidRPr="00452EF4">
        <w:rPr>
          <w:noProof/>
        </w:rPr>
        <w:tab/>
        <w:t xml:space="preserve">Hatta K, Sato K, Hamakawa H, et al. Effectiveness of second-generation antipsychotics with acute-phase schizophrenia. </w:t>
      </w:r>
      <w:r w:rsidRPr="00452EF4">
        <w:rPr>
          <w:i/>
          <w:noProof/>
        </w:rPr>
        <w:t>Schizophr Res</w:t>
      </w:r>
      <w:r w:rsidRPr="00452EF4">
        <w:rPr>
          <w:noProof/>
        </w:rPr>
        <w:t>. 2009; 113(1):49–55.</w:t>
      </w:r>
    </w:p>
    <w:p w14:paraId="0B76B2B6" w14:textId="77777777" w:rsidR="00452EF4" w:rsidRPr="00452EF4" w:rsidRDefault="00452EF4" w:rsidP="00452EF4">
      <w:pPr>
        <w:pStyle w:val="EndNoteBibliography"/>
        <w:spacing w:after="0"/>
        <w:rPr>
          <w:noProof/>
        </w:rPr>
      </w:pPr>
      <w:r w:rsidRPr="00452EF4">
        <w:rPr>
          <w:noProof/>
        </w:rPr>
        <w:t>25.</w:t>
      </w:r>
      <w:r w:rsidRPr="00452EF4">
        <w:rPr>
          <w:noProof/>
        </w:rPr>
        <w:tab/>
        <w:t xml:space="preserve">Cantillon M PA, Alexander A, Ings R, Sweitzer D, Bhat L. Dopamine serotonin stabilizer RP5063: a randomized, double-blind, placebo-controlled multicenter trial of safety and efficacy in exacerbation of schizophrenia or schizoaffective disorder. </w:t>
      </w:r>
      <w:r w:rsidRPr="00452EF4">
        <w:rPr>
          <w:i/>
          <w:noProof/>
        </w:rPr>
        <w:t>Schizophr Res</w:t>
      </w:r>
      <w:r w:rsidRPr="00452EF4">
        <w:rPr>
          <w:noProof/>
        </w:rPr>
        <w:t>. 2017; 1(189):126–33.</w:t>
      </w:r>
    </w:p>
    <w:p w14:paraId="2F10B84F" w14:textId="77777777" w:rsidR="00452EF4" w:rsidRPr="00452EF4" w:rsidRDefault="00452EF4" w:rsidP="00452EF4">
      <w:pPr>
        <w:pStyle w:val="EndNoteBibliography"/>
        <w:spacing w:after="0"/>
        <w:rPr>
          <w:noProof/>
        </w:rPr>
      </w:pPr>
      <w:r w:rsidRPr="00452EF4">
        <w:rPr>
          <w:noProof/>
        </w:rPr>
        <w:t>26.</w:t>
      </w:r>
      <w:r w:rsidRPr="00452EF4">
        <w:rPr>
          <w:noProof/>
        </w:rPr>
        <w:tab/>
        <w:t xml:space="preserve">Chan HY LW, Lin SK, Hwang TJ, Su TP, Chiang SC, Hwu HG. Efficacy and safety of aripiprazole in the acute treatment of schizophrenia in Chinese patients with risperidone as an active control: a randomized trial. </w:t>
      </w:r>
      <w:r w:rsidRPr="00452EF4">
        <w:rPr>
          <w:i/>
          <w:noProof/>
        </w:rPr>
        <w:t>JCP</w:t>
      </w:r>
      <w:r w:rsidRPr="00452EF4">
        <w:rPr>
          <w:noProof/>
        </w:rPr>
        <w:t>. 2007; 68(1):29–36.</w:t>
      </w:r>
    </w:p>
    <w:p w14:paraId="2F1B3FDC" w14:textId="77777777" w:rsidR="00452EF4" w:rsidRPr="00452EF4" w:rsidRDefault="00452EF4" w:rsidP="00452EF4">
      <w:pPr>
        <w:pStyle w:val="EndNoteBibliography"/>
        <w:spacing w:after="0"/>
        <w:rPr>
          <w:noProof/>
        </w:rPr>
      </w:pPr>
      <w:r w:rsidRPr="00452EF4">
        <w:rPr>
          <w:noProof/>
        </w:rPr>
        <w:t>27.</w:t>
      </w:r>
      <w:r w:rsidRPr="00452EF4">
        <w:rPr>
          <w:noProof/>
        </w:rPr>
        <w:tab/>
        <w:t xml:space="preserve">Cutler AJ MR, Hardy SA, O'Donnell A, Carson WH, McQuade RD. The efficacy and safety of lower doses of aripiprazole for the treatment of patients with acute exacerbation of schizophrenia. </w:t>
      </w:r>
      <w:r w:rsidRPr="00452EF4">
        <w:rPr>
          <w:i/>
          <w:noProof/>
        </w:rPr>
        <w:t>CNS Spectr</w:t>
      </w:r>
      <w:r w:rsidRPr="00452EF4">
        <w:rPr>
          <w:noProof/>
        </w:rPr>
        <w:t>. 2006; 11(9):691–702.</w:t>
      </w:r>
    </w:p>
    <w:p w14:paraId="0D81D2BB" w14:textId="77777777" w:rsidR="00452EF4" w:rsidRPr="00452EF4" w:rsidRDefault="00452EF4" w:rsidP="00452EF4">
      <w:pPr>
        <w:pStyle w:val="EndNoteBibliography"/>
        <w:spacing w:after="0"/>
        <w:rPr>
          <w:noProof/>
        </w:rPr>
      </w:pPr>
      <w:r w:rsidRPr="00452EF4">
        <w:rPr>
          <w:noProof/>
        </w:rPr>
        <w:t>28.</w:t>
      </w:r>
      <w:r w:rsidRPr="00452EF4">
        <w:rPr>
          <w:noProof/>
        </w:rPr>
        <w:tab/>
        <w:t xml:space="preserve">Durgam S CA, Lu K, Migliore R, Ruth A, Laszlovszky I, Németh G, Meltzer HY. Cariprazine in acute exacerbation of schizophrenia: a fixed-dose, phase 3, randomized, double-blind, placebo-and active-controlled trial. </w:t>
      </w:r>
      <w:r w:rsidRPr="00452EF4">
        <w:rPr>
          <w:i/>
          <w:noProof/>
        </w:rPr>
        <w:t>JCP</w:t>
      </w:r>
      <w:r w:rsidRPr="00452EF4">
        <w:rPr>
          <w:noProof/>
        </w:rPr>
        <w:t>. 2015; 76(12):2310.</w:t>
      </w:r>
    </w:p>
    <w:p w14:paraId="33D15308" w14:textId="77777777" w:rsidR="00452EF4" w:rsidRPr="00452EF4" w:rsidRDefault="00452EF4" w:rsidP="00452EF4">
      <w:pPr>
        <w:pStyle w:val="EndNoteBibliography"/>
        <w:spacing w:after="0"/>
        <w:rPr>
          <w:noProof/>
        </w:rPr>
      </w:pPr>
      <w:r w:rsidRPr="00452EF4">
        <w:rPr>
          <w:noProof/>
        </w:rPr>
        <w:t>29.</w:t>
      </w:r>
      <w:r w:rsidRPr="00452EF4">
        <w:rPr>
          <w:noProof/>
        </w:rPr>
        <w:tab/>
        <w:t xml:space="preserve">Fleischhacker WW MR, Marcus RN, Archibald D, Swanink R, Carson WH. A double-blind, randomized comparative study of aripiprazole and olanzapine in patients with schizophrenia. </w:t>
      </w:r>
      <w:r w:rsidRPr="00452EF4">
        <w:rPr>
          <w:i/>
          <w:noProof/>
        </w:rPr>
        <w:t>Biol Psychiatry</w:t>
      </w:r>
      <w:r w:rsidRPr="00452EF4">
        <w:rPr>
          <w:noProof/>
        </w:rPr>
        <w:t>. 2009; 65(6):510–7.</w:t>
      </w:r>
    </w:p>
    <w:p w14:paraId="558A9E4C" w14:textId="77777777" w:rsidR="00452EF4" w:rsidRPr="00452EF4" w:rsidRDefault="00452EF4" w:rsidP="00452EF4">
      <w:pPr>
        <w:pStyle w:val="EndNoteBibliography"/>
        <w:spacing w:after="0"/>
        <w:rPr>
          <w:noProof/>
        </w:rPr>
      </w:pPr>
      <w:r w:rsidRPr="00452EF4">
        <w:rPr>
          <w:noProof/>
        </w:rPr>
        <w:t>30.</w:t>
      </w:r>
      <w:r w:rsidRPr="00452EF4">
        <w:rPr>
          <w:noProof/>
        </w:rPr>
        <w:tab/>
        <w:t xml:space="preserve">Jindal KC SG, Munjal V. Aripiprazole versus olanzapine in the treatment of schizophrenia: a clinical study from India. </w:t>
      </w:r>
      <w:r w:rsidRPr="00452EF4">
        <w:rPr>
          <w:i/>
          <w:noProof/>
        </w:rPr>
        <w:t>Int J Psychiatry Clin Pract</w:t>
      </w:r>
      <w:r w:rsidRPr="00452EF4">
        <w:rPr>
          <w:noProof/>
        </w:rPr>
        <w:t>. 2013; 17(1):21–9.</w:t>
      </w:r>
    </w:p>
    <w:p w14:paraId="3A6835BD" w14:textId="77777777" w:rsidR="00452EF4" w:rsidRPr="00452EF4" w:rsidRDefault="00452EF4" w:rsidP="00452EF4">
      <w:pPr>
        <w:pStyle w:val="EndNoteBibliography"/>
        <w:spacing w:after="0"/>
        <w:rPr>
          <w:noProof/>
        </w:rPr>
      </w:pPr>
      <w:r w:rsidRPr="00452EF4">
        <w:rPr>
          <w:noProof/>
        </w:rPr>
        <w:t>31.</w:t>
      </w:r>
      <w:r w:rsidRPr="00452EF4">
        <w:rPr>
          <w:noProof/>
        </w:rPr>
        <w:tab/>
        <w:t xml:space="preserve">McEvoy JP, Daniel DG, Carson WH, Jr., et al. A randomized, double-blind, placebo-controlled, study of the efficacy and safety of aripiprazole 10, 15 or 20 mg/day for the treatment of patients with acute exacerbations of schizophrenia. </w:t>
      </w:r>
      <w:r w:rsidRPr="00452EF4">
        <w:rPr>
          <w:i/>
          <w:noProof/>
        </w:rPr>
        <w:t>J Psychiatr Res</w:t>
      </w:r>
      <w:r w:rsidRPr="00452EF4">
        <w:rPr>
          <w:noProof/>
        </w:rPr>
        <w:t>. 2007; 41(11):895–905.</w:t>
      </w:r>
    </w:p>
    <w:p w14:paraId="78C2E5C0" w14:textId="77777777" w:rsidR="00452EF4" w:rsidRPr="00452EF4" w:rsidRDefault="00452EF4" w:rsidP="00452EF4">
      <w:pPr>
        <w:pStyle w:val="EndNoteBibliography"/>
        <w:spacing w:after="0"/>
        <w:rPr>
          <w:noProof/>
        </w:rPr>
      </w:pPr>
      <w:r w:rsidRPr="00452EF4">
        <w:rPr>
          <w:noProof/>
        </w:rPr>
        <w:t>32.</w:t>
      </w:r>
      <w:r w:rsidRPr="00452EF4">
        <w:rPr>
          <w:noProof/>
        </w:rPr>
        <w:tab/>
        <w:t xml:space="preserve">McQuade RD SE, Marcus R, Jody D, Gharbia NA, Vanveggel S, Archibald D, Carson WH. A comparison of weight change during treatment with olanzapine or aripiprazole: results from a randomized, double-blind study. </w:t>
      </w:r>
      <w:r w:rsidRPr="00452EF4">
        <w:rPr>
          <w:i/>
          <w:noProof/>
        </w:rPr>
        <w:t>J Clin Psychiatry</w:t>
      </w:r>
      <w:r w:rsidRPr="00452EF4">
        <w:rPr>
          <w:noProof/>
        </w:rPr>
        <w:t>. 2004; 1(65):47–56.</w:t>
      </w:r>
    </w:p>
    <w:p w14:paraId="5166580B" w14:textId="77777777" w:rsidR="00452EF4" w:rsidRPr="00452EF4" w:rsidRDefault="00452EF4" w:rsidP="00452EF4">
      <w:pPr>
        <w:pStyle w:val="EndNoteBibliography"/>
        <w:spacing w:after="0"/>
        <w:rPr>
          <w:noProof/>
        </w:rPr>
      </w:pPr>
      <w:r w:rsidRPr="00452EF4">
        <w:rPr>
          <w:noProof/>
        </w:rPr>
        <w:t>33.</w:t>
      </w:r>
      <w:r w:rsidRPr="00452EF4">
        <w:rPr>
          <w:noProof/>
        </w:rPr>
        <w:tab/>
        <w:t xml:space="preserve">S Shafti S KH. A comparison between quetiapine and aripiprazole for treatment of schizophrenia: a double blind contras. </w:t>
      </w:r>
      <w:r w:rsidRPr="00452EF4">
        <w:rPr>
          <w:i/>
          <w:noProof/>
        </w:rPr>
        <w:t>Curr Psychopharmacol</w:t>
      </w:r>
      <w:r w:rsidRPr="00452EF4">
        <w:rPr>
          <w:noProof/>
        </w:rPr>
        <w:t>. 2016; 5(1):13–9.</w:t>
      </w:r>
    </w:p>
    <w:p w14:paraId="39897CCA" w14:textId="77777777" w:rsidR="00452EF4" w:rsidRPr="00452EF4" w:rsidRDefault="00452EF4" w:rsidP="00452EF4">
      <w:pPr>
        <w:pStyle w:val="EndNoteBibliography"/>
        <w:spacing w:after="0"/>
        <w:rPr>
          <w:noProof/>
        </w:rPr>
      </w:pPr>
      <w:r w:rsidRPr="00452EF4">
        <w:rPr>
          <w:noProof/>
        </w:rPr>
        <w:t>34.</w:t>
      </w:r>
      <w:r w:rsidRPr="00452EF4">
        <w:rPr>
          <w:noProof/>
        </w:rPr>
        <w:tab/>
        <w:t xml:space="preserve">Kane JM, Carson WH, Saha AR, et al. Efficacy and safety of aripiprazole and haloperidol versus placebo in patients with schizophrenia and schizoaffective disorder. </w:t>
      </w:r>
      <w:r w:rsidRPr="00452EF4">
        <w:rPr>
          <w:i/>
          <w:noProof/>
        </w:rPr>
        <w:t>Journal of Clinical Psychiatry</w:t>
      </w:r>
      <w:r w:rsidRPr="00452EF4">
        <w:rPr>
          <w:noProof/>
        </w:rPr>
        <w:t>. 2002; 63(9):763–71.</w:t>
      </w:r>
    </w:p>
    <w:p w14:paraId="1213FA5A" w14:textId="77777777" w:rsidR="00452EF4" w:rsidRPr="00452EF4" w:rsidRDefault="00452EF4" w:rsidP="00452EF4">
      <w:pPr>
        <w:pStyle w:val="EndNoteBibliography"/>
        <w:spacing w:after="0"/>
        <w:rPr>
          <w:noProof/>
        </w:rPr>
      </w:pPr>
      <w:r w:rsidRPr="00452EF4">
        <w:rPr>
          <w:noProof/>
        </w:rPr>
        <w:lastRenderedPageBreak/>
        <w:t>35.</w:t>
      </w:r>
      <w:r w:rsidRPr="00452EF4">
        <w:rPr>
          <w:noProof/>
        </w:rPr>
        <w:tab/>
        <w:t xml:space="preserve">Marder SR MR, Stock E, Kaplita S, Marcus R, Safferman AZ, Saha A, Ali M, Iwamoto T. Aripiprazole in the treatment of schizophrenia: safety and tolerability in short-term, placebo-controlled trials. </w:t>
      </w:r>
      <w:r w:rsidRPr="00452EF4">
        <w:rPr>
          <w:i/>
          <w:noProof/>
        </w:rPr>
        <w:t>Schizophr Res</w:t>
      </w:r>
      <w:r w:rsidRPr="00452EF4">
        <w:rPr>
          <w:noProof/>
        </w:rPr>
        <w:t>. 2003; 61(2-3):123–36.</w:t>
      </w:r>
    </w:p>
    <w:p w14:paraId="12FE1573" w14:textId="77777777" w:rsidR="00452EF4" w:rsidRPr="00452EF4" w:rsidRDefault="00452EF4" w:rsidP="00452EF4">
      <w:pPr>
        <w:pStyle w:val="EndNoteBibliography"/>
        <w:spacing w:after="0"/>
        <w:rPr>
          <w:noProof/>
        </w:rPr>
      </w:pPr>
      <w:r w:rsidRPr="00452EF4">
        <w:rPr>
          <w:noProof/>
        </w:rPr>
        <w:t>36.</w:t>
      </w:r>
      <w:r w:rsidRPr="00452EF4">
        <w:rPr>
          <w:noProof/>
        </w:rPr>
        <w:tab/>
        <w:t xml:space="preserve">Potkin SG SA, Kujawa MJ, Carson WH, Ali M, Stock E, Stringfellow J, Ingenito G, Marder SR. Aripiprazole, an antipsychotic with a novel mechanism of action, and risperidone vs placebo in patients with schizophrenia and schizoaffective disorder. </w:t>
      </w:r>
      <w:r w:rsidRPr="00452EF4">
        <w:rPr>
          <w:i/>
          <w:noProof/>
        </w:rPr>
        <w:t>AMA Arch Gen Psychiatry</w:t>
      </w:r>
      <w:r w:rsidRPr="00452EF4">
        <w:rPr>
          <w:noProof/>
        </w:rPr>
        <w:t>. 2003; 60(7):681–90.</w:t>
      </w:r>
    </w:p>
    <w:p w14:paraId="10F6F936" w14:textId="77777777" w:rsidR="00452EF4" w:rsidRPr="00452EF4" w:rsidRDefault="00452EF4" w:rsidP="00452EF4">
      <w:pPr>
        <w:pStyle w:val="EndNoteBibliography"/>
        <w:spacing w:after="0"/>
        <w:rPr>
          <w:noProof/>
        </w:rPr>
      </w:pPr>
      <w:r w:rsidRPr="00452EF4">
        <w:rPr>
          <w:noProof/>
        </w:rPr>
        <w:t>37.</w:t>
      </w:r>
      <w:r w:rsidRPr="00452EF4">
        <w:rPr>
          <w:noProof/>
        </w:rPr>
        <w:tab/>
        <w:t xml:space="preserve">Correll CU SA, Hobart M, Ouyang J, Weiller E, Weiss C, Kane JM. Efficacy of brexpiprazole in patients with acute schizophrenia: review of three randomized, double-blind, placebo-controlled studies. </w:t>
      </w:r>
      <w:r w:rsidRPr="00452EF4">
        <w:rPr>
          <w:i/>
          <w:noProof/>
        </w:rPr>
        <w:t>Schizophr Res</w:t>
      </w:r>
      <w:r w:rsidRPr="00452EF4">
        <w:rPr>
          <w:noProof/>
        </w:rPr>
        <w:t>. 2016; 174(1-3):82–92.</w:t>
      </w:r>
    </w:p>
    <w:p w14:paraId="19D4C52F" w14:textId="77777777" w:rsidR="00452EF4" w:rsidRPr="00452EF4" w:rsidRDefault="00452EF4" w:rsidP="00452EF4">
      <w:pPr>
        <w:pStyle w:val="EndNoteBibliography"/>
        <w:spacing w:after="0"/>
        <w:rPr>
          <w:noProof/>
        </w:rPr>
      </w:pPr>
      <w:r w:rsidRPr="00452EF4">
        <w:rPr>
          <w:noProof/>
        </w:rPr>
        <w:t>38.</w:t>
      </w:r>
      <w:r w:rsidRPr="00452EF4">
        <w:rPr>
          <w:noProof/>
        </w:rPr>
        <w:tab/>
        <w:t xml:space="preserve">Zimbroff D WL, Loebel A, Yang R, Siu C. Comparison of ziprasidone and aripiprazole in acutely ill patients with schizophrenia or schizoaffective disorder: a randomized, double-blind, 4-week study. </w:t>
      </w:r>
      <w:r w:rsidRPr="00452EF4">
        <w:rPr>
          <w:i/>
          <w:noProof/>
        </w:rPr>
        <w:t>Int Clin Psychopharmacol</w:t>
      </w:r>
      <w:r w:rsidRPr="00452EF4">
        <w:rPr>
          <w:noProof/>
        </w:rPr>
        <w:t>. 2007; 22(6):363–70.</w:t>
      </w:r>
    </w:p>
    <w:p w14:paraId="33B08B38" w14:textId="77777777" w:rsidR="00452EF4" w:rsidRPr="00452EF4" w:rsidRDefault="00452EF4" w:rsidP="00452EF4">
      <w:pPr>
        <w:pStyle w:val="EndNoteBibliography"/>
        <w:spacing w:after="0"/>
        <w:rPr>
          <w:noProof/>
        </w:rPr>
      </w:pPr>
      <w:r w:rsidRPr="00452EF4">
        <w:rPr>
          <w:noProof/>
        </w:rPr>
        <w:t>39.</w:t>
      </w:r>
      <w:r w:rsidRPr="00452EF4">
        <w:rPr>
          <w:noProof/>
        </w:rPr>
        <w:tab/>
        <w:t xml:space="preserve">Xiao L, Zhao Q, Li A-n, et al. Efficacy and safety of aripiprazole once-monthly versus oral aripiprazole in Chinese patients with acute schizophrenia: a multicenter, randomized, double-blind, non-inferiority study. </w:t>
      </w:r>
      <w:r w:rsidRPr="00452EF4">
        <w:rPr>
          <w:i/>
          <w:noProof/>
        </w:rPr>
        <w:t>Psychopharmacology</w:t>
      </w:r>
      <w:r w:rsidRPr="00452EF4">
        <w:rPr>
          <w:noProof/>
        </w:rPr>
        <w:t>. 2022; 239(1):243–51.</w:t>
      </w:r>
    </w:p>
    <w:p w14:paraId="347D82D9" w14:textId="77777777" w:rsidR="00452EF4" w:rsidRPr="00452EF4" w:rsidRDefault="00452EF4" w:rsidP="00452EF4">
      <w:pPr>
        <w:pStyle w:val="EndNoteBibliography"/>
        <w:spacing w:after="0"/>
        <w:rPr>
          <w:noProof/>
        </w:rPr>
      </w:pPr>
      <w:r w:rsidRPr="00452EF4">
        <w:rPr>
          <w:noProof/>
        </w:rPr>
        <w:t>40.</w:t>
      </w:r>
      <w:r w:rsidRPr="00452EF4">
        <w:rPr>
          <w:noProof/>
        </w:rPr>
        <w:tab/>
        <w:t>Ishigooka J, Iwashita S and Tadori Y. Efficacy and safety of brexpiprazole for the treatment of acute schizophrenia in Japan: A 6</w:t>
      </w:r>
      <w:r w:rsidRPr="00452EF4">
        <w:rPr>
          <w:rFonts w:ascii="Cambria Math" w:hAnsi="Cambria Math" w:cs="Cambria Math"/>
          <w:noProof/>
        </w:rPr>
        <w:t>‐</w:t>
      </w:r>
      <w:r w:rsidRPr="00452EF4">
        <w:rPr>
          <w:noProof/>
        </w:rPr>
        <w:t>week, randomized, double</w:t>
      </w:r>
      <w:r w:rsidRPr="00452EF4">
        <w:rPr>
          <w:rFonts w:ascii="Cambria Math" w:hAnsi="Cambria Math" w:cs="Cambria Math"/>
          <w:noProof/>
        </w:rPr>
        <w:t>‐</w:t>
      </w:r>
      <w:r w:rsidRPr="00452EF4">
        <w:rPr>
          <w:noProof/>
        </w:rPr>
        <w:t>blind, placebo</w:t>
      </w:r>
      <w:r w:rsidRPr="00452EF4">
        <w:rPr>
          <w:rFonts w:ascii="Cambria Math" w:hAnsi="Cambria Math" w:cs="Cambria Math"/>
          <w:noProof/>
        </w:rPr>
        <w:t>‐</w:t>
      </w:r>
      <w:r w:rsidRPr="00452EF4">
        <w:rPr>
          <w:noProof/>
        </w:rPr>
        <w:t xml:space="preserve">controlled study. </w:t>
      </w:r>
      <w:r w:rsidRPr="00452EF4">
        <w:rPr>
          <w:i/>
          <w:noProof/>
        </w:rPr>
        <w:t>Psychiatry and clinical neurosciences</w:t>
      </w:r>
      <w:r w:rsidRPr="00452EF4">
        <w:rPr>
          <w:noProof/>
        </w:rPr>
        <w:t>. 2018; 72(9):692–700.</w:t>
      </w:r>
    </w:p>
    <w:p w14:paraId="44877842" w14:textId="77777777" w:rsidR="00452EF4" w:rsidRPr="00452EF4" w:rsidRDefault="00452EF4" w:rsidP="00452EF4">
      <w:pPr>
        <w:pStyle w:val="EndNoteBibliography"/>
        <w:spacing w:after="0"/>
        <w:rPr>
          <w:noProof/>
        </w:rPr>
      </w:pPr>
      <w:r w:rsidRPr="00452EF4">
        <w:rPr>
          <w:noProof/>
        </w:rPr>
        <w:t>41.</w:t>
      </w:r>
      <w:r w:rsidRPr="00452EF4">
        <w:rPr>
          <w:noProof/>
        </w:rPr>
        <w:tab/>
        <w:t xml:space="preserve">Correll CU, Skuban A, Ouyang J, et al. Efficacy and safety of brexpiprazole for the treatment of acute schizophrenia: a 6-week randomized, double-blind, placebo-controlled trial. </w:t>
      </w:r>
      <w:r w:rsidRPr="00452EF4">
        <w:rPr>
          <w:i/>
          <w:noProof/>
        </w:rPr>
        <w:t>American Journal of Psychiatry</w:t>
      </w:r>
      <w:r w:rsidRPr="00452EF4">
        <w:rPr>
          <w:noProof/>
        </w:rPr>
        <w:t>. 2015; 172(9):870–80.</w:t>
      </w:r>
    </w:p>
    <w:p w14:paraId="665FFFA4" w14:textId="77777777" w:rsidR="00452EF4" w:rsidRPr="00452EF4" w:rsidRDefault="00452EF4" w:rsidP="00452EF4">
      <w:pPr>
        <w:pStyle w:val="EndNoteBibliography"/>
        <w:spacing w:after="0"/>
        <w:rPr>
          <w:noProof/>
        </w:rPr>
      </w:pPr>
      <w:r w:rsidRPr="00452EF4">
        <w:rPr>
          <w:noProof/>
        </w:rPr>
        <w:t>42.</w:t>
      </w:r>
      <w:r w:rsidRPr="00452EF4">
        <w:rPr>
          <w:noProof/>
        </w:rPr>
        <w:tab/>
        <w:t xml:space="preserve">Kane JM, Skuban A, Ouyang J, et al. A multicenter, randomized, double-blind, controlled phase 3 trial of fixed-dose brexpiprazole for the treatment of adults with acute schizophrenia. </w:t>
      </w:r>
      <w:r w:rsidRPr="00452EF4">
        <w:rPr>
          <w:i/>
          <w:noProof/>
        </w:rPr>
        <w:t>Schizophr Res</w:t>
      </w:r>
      <w:r w:rsidRPr="00452EF4">
        <w:rPr>
          <w:noProof/>
        </w:rPr>
        <w:t>. 2015; 164(1-3):127–35.</w:t>
      </w:r>
    </w:p>
    <w:p w14:paraId="1439F234" w14:textId="77777777" w:rsidR="00452EF4" w:rsidRPr="00452EF4" w:rsidRDefault="00452EF4" w:rsidP="00452EF4">
      <w:pPr>
        <w:pStyle w:val="EndNoteBibliography"/>
        <w:spacing w:after="0"/>
        <w:rPr>
          <w:noProof/>
        </w:rPr>
      </w:pPr>
      <w:r w:rsidRPr="00452EF4">
        <w:rPr>
          <w:noProof/>
        </w:rPr>
        <w:t>43.</w:t>
      </w:r>
      <w:r w:rsidRPr="00452EF4">
        <w:rPr>
          <w:noProof/>
        </w:rPr>
        <w:tab/>
        <w:t xml:space="preserve">Marder S, Hakala M, Gislum M, et al. An interventional, multi-center, randomized, double-blind, placebo-controlled, active reference, flexible dose study of brexpiprazole in adults with acute schizophrenia. </w:t>
      </w:r>
      <w:r w:rsidRPr="00452EF4">
        <w:rPr>
          <w:i/>
          <w:noProof/>
        </w:rPr>
        <w:t>European Psychiatry</w:t>
      </w:r>
      <w:r w:rsidRPr="00452EF4">
        <w:rPr>
          <w:noProof/>
        </w:rPr>
        <w:t>. 2016; 33(S1):S99–S.</w:t>
      </w:r>
    </w:p>
    <w:p w14:paraId="336C5333" w14:textId="77777777" w:rsidR="00452EF4" w:rsidRPr="00452EF4" w:rsidRDefault="00452EF4" w:rsidP="00452EF4">
      <w:pPr>
        <w:pStyle w:val="EndNoteBibliography"/>
        <w:spacing w:after="0"/>
        <w:rPr>
          <w:noProof/>
        </w:rPr>
      </w:pPr>
      <w:r w:rsidRPr="00452EF4">
        <w:rPr>
          <w:noProof/>
        </w:rPr>
        <w:t>44.</w:t>
      </w:r>
      <w:r w:rsidRPr="00452EF4">
        <w:rPr>
          <w:noProof/>
        </w:rPr>
        <w:tab/>
        <w:t xml:space="preserve">NCT01625000. Safety and Efficacy of MP-214 in Patients With Schizophrenia. </w:t>
      </w:r>
      <w:r w:rsidRPr="00452EF4">
        <w:rPr>
          <w:i/>
          <w:noProof/>
        </w:rPr>
        <w:t>-</w:t>
      </w:r>
      <w:r w:rsidRPr="00452EF4">
        <w:rPr>
          <w:noProof/>
        </w:rPr>
        <w:t>. 2021; -:–.</w:t>
      </w:r>
    </w:p>
    <w:p w14:paraId="40FCAB2F" w14:textId="77777777" w:rsidR="00452EF4" w:rsidRPr="00452EF4" w:rsidRDefault="00452EF4" w:rsidP="00452EF4">
      <w:pPr>
        <w:pStyle w:val="EndNoteBibliography"/>
        <w:spacing w:after="0"/>
        <w:rPr>
          <w:noProof/>
        </w:rPr>
      </w:pPr>
      <w:r w:rsidRPr="00452EF4">
        <w:rPr>
          <w:noProof/>
        </w:rPr>
        <w:t>45.</w:t>
      </w:r>
      <w:r w:rsidRPr="00452EF4">
        <w:rPr>
          <w:noProof/>
        </w:rPr>
        <w:tab/>
        <w:t xml:space="preserve">Durgam S LR, Papadakis K, Li D, Németh G, Laszlovszky I. Cariprazine in the treatment of schizophrenia: a proof-of-concept trial. </w:t>
      </w:r>
      <w:r w:rsidRPr="00452EF4">
        <w:rPr>
          <w:i/>
          <w:noProof/>
        </w:rPr>
        <w:t>Int Clin Psychopharmacol</w:t>
      </w:r>
      <w:r w:rsidRPr="00452EF4">
        <w:rPr>
          <w:noProof/>
        </w:rPr>
        <w:t>. 2016; 31(2):61.</w:t>
      </w:r>
    </w:p>
    <w:p w14:paraId="2AACAC0B" w14:textId="77777777" w:rsidR="00452EF4" w:rsidRPr="00452EF4" w:rsidRDefault="00452EF4" w:rsidP="00452EF4">
      <w:pPr>
        <w:pStyle w:val="EndNoteBibliography"/>
        <w:spacing w:after="0"/>
        <w:rPr>
          <w:noProof/>
        </w:rPr>
      </w:pPr>
      <w:r w:rsidRPr="00452EF4">
        <w:rPr>
          <w:noProof/>
        </w:rPr>
        <w:t>46.</w:t>
      </w:r>
      <w:r w:rsidRPr="00452EF4">
        <w:rPr>
          <w:noProof/>
        </w:rPr>
        <w:tab/>
        <w:t xml:space="preserve">Durgam S SA, Li D, Migliore R, Ruth A, Németh G, Laszlovszky I. An evaluation of the safety and efficacy of cariprazine in patients with acute exacerbation of schizophrenia: a phase II, randomized clinical trial. </w:t>
      </w:r>
      <w:r w:rsidRPr="00452EF4">
        <w:rPr>
          <w:i/>
          <w:noProof/>
        </w:rPr>
        <w:t>Schizophr Res</w:t>
      </w:r>
      <w:r w:rsidRPr="00452EF4">
        <w:rPr>
          <w:noProof/>
        </w:rPr>
        <w:t>. 2014; 1(152):450–7.</w:t>
      </w:r>
    </w:p>
    <w:p w14:paraId="1813D50A" w14:textId="77777777" w:rsidR="00452EF4" w:rsidRPr="00452EF4" w:rsidRDefault="00452EF4" w:rsidP="00452EF4">
      <w:pPr>
        <w:pStyle w:val="EndNoteBibliography"/>
        <w:spacing w:after="0"/>
        <w:rPr>
          <w:noProof/>
        </w:rPr>
      </w:pPr>
      <w:r w:rsidRPr="00452EF4">
        <w:rPr>
          <w:noProof/>
        </w:rPr>
        <w:t>47.</w:t>
      </w:r>
      <w:r w:rsidRPr="00452EF4">
        <w:rPr>
          <w:noProof/>
        </w:rPr>
        <w:tab/>
        <w:t xml:space="preserve">Kane JM ZS, Wang Y, Lu K, Ruth A, Nagy K, Laszlovszky I, Durgam S. Efficacy and safety of cariprazine in acute exacerbation of schizophrenia: results from an international, phase III clinical trial. </w:t>
      </w:r>
      <w:r w:rsidRPr="00452EF4">
        <w:rPr>
          <w:i/>
          <w:noProof/>
        </w:rPr>
        <w:t>J Clin Psychopharmacol</w:t>
      </w:r>
      <w:r w:rsidRPr="00452EF4">
        <w:rPr>
          <w:noProof/>
        </w:rPr>
        <w:t>. 2015; 1(35):367–73.</w:t>
      </w:r>
    </w:p>
    <w:p w14:paraId="50F3F985" w14:textId="77777777" w:rsidR="00452EF4" w:rsidRPr="00452EF4" w:rsidRDefault="00452EF4" w:rsidP="00452EF4">
      <w:pPr>
        <w:pStyle w:val="EndNoteBibliography"/>
        <w:spacing w:after="0"/>
        <w:rPr>
          <w:noProof/>
        </w:rPr>
      </w:pPr>
      <w:r w:rsidRPr="00452EF4">
        <w:rPr>
          <w:noProof/>
        </w:rPr>
        <w:t>48.</w:t>
      </w:r>
      <w:r w:rsidRPr="00452EF4">
        <w:rPr>
          <w:noProof/>
        </w:rPr>
        <w:tab/>
        <w:t xml:space="preserve">Kluge M, Schuld A, Himmerich H, et al. Clozapine and olanzapine are associated with food craving and binge eating: results from a randomized double-blind study. </w:t>
      </w:r>
      <w:r w:rsidRPr="00452EF4">
        <w:rPr>
          <w:i/>
          <w:noProof/>
        </w:rPr>
        <w:t>J Clin Psychopharmacol</w:t>
      </w:r>
      <w:r w:rsidRPr="00452EF4">
        <w:rPr>
          <w:noProof/>
        </w:rPr>
        <w:t>. 2007; 27(6):662–6.</w:t>
      </w:r>
    </w:p>
    <w:p w14:paraId="543FFDCF" w14:textId="77777777" w:rsidR="00452EF4" w:rsidRPr="00452EF4" w:rsidRDefault="00452EF4" w:rsidP="00452EF4">
      <w:pPr>
        <w:pStyle w:val="EndNoteBibliography"/>
        <w:spacing w:after="0"/>
        <w:rPr>
          <w:noProof/>
        </w:rPr>
      </w:pPr>
      <w:r w:rsidRPr="00452EF4">
        <w:rPr>
          <w:noProof/>
        </w:rPr>
        <w:t>49.</w:t>
      </w:r>
      <w:r w:rsidRPr="00452EF4">
        <w:rPr>
          <w:noProof/>
        </w:rPr>
        <w:tab/>
        <w:t xml:space="preserve">Naber D, Riedel M, Klimke A, et al. Randomized double blind comparison of olanzapine vs. clozapine on subjective well-being and clinical outcome in patients with schizophrenia. </w:t>
      </w:r>
      <w:r w:rsidRPr="00452EF4">
        <w:rPr>
          <w:i/>
          <w:noProof/>
        </w:rPr>
        <w:t>Acta Psychiatr Scand</w:t>
      </w:r>
      <w:r w:rsidRPr="00452EF4">
        <w:rPr>
          <w:noProof/>
        </w:rPr>
        <w:t>. 2005; 111(2):106–15.</w:t>
      </w:r>
    </w:p>
    <w:p w14:paraId="142353A7" w14:textId="77777777" w:rsidR="00452EF4" w:rsidRPr="00452EF4" w:rsidRDefault="00452EF4" w:rsidP="00452EF4">
      <w:pPr>
        <w:pStyle w:val="EndNoteBibliography"/>
        <w:spacing w:after="0"/>
        <w:rPr>
          <w:noProof/>
        </w:rPr>
      </w:pPr>
      <w:r w:rsidRPr="00452EF4">
        <w:rPr>
          <w:noProof/>
        </w:rPr>
        <w:t>50.</w:t>
      </w:r>
      <w:r w:rsidRPr="00452EF4">
        <w:rPr>
          <w:noProof/>
        </w:rPr>
        <w:tab/>
        <w:t xml:space="preserve">Heinrich K, Klieser E, Lehmann E, et al. Risperidone versus clozapine in the treatment of schizophrenic patients with acute symptoms: a double blind, randomized trial. </w:t>
      </w:r>
      <w:r w:rsidRPr="00452EF4">
        <w:rPr>
          <w:i/>
          <w:noProof/>
        </w:rPr>
        <w:t>Progress in Neuro-Psychopharmacology and Biological Psychiatry</w:t>
      </w:r>
      <w:r w:rsidRPr="00452EF4">
        <w:rPr>
          <w:noProof/>
        </w:rPr>
        <w:t>. 1994; 18(1):129–37.</w:t>
      </w:r>
    </w:p>
    <w:p w14:paraId="01882F80" w14:textId="77777777" w:rsidR="00452EF4" w:rsidRPr="00452EF4" w:rsidRDefault="00452EF4" w:rsidP="00452EF4">
      <w:pPr>
        <w:pStyle w:val="EndNoteBibliography"/>
        <w:spacing w:after="0"/>
        <w:rPr>
          <w:noProof/>
        </w:rPr>
      </w:pPr>
      <w:r w:rsidRPr="00452EF4">
        <w:rPr>
          <w:noProof/>
        </w:rPr>
        <w:t>51.</w:t>
      </w:r>
      <w:r w:rsidRPr="00452EF4">
        <w:rPr>
          <w:noProof/>
        </w:rPr>
        <w:tab/>
        <w:t xml:space="preserve">Lieberman JA, Davis RE, Correll CU, et al. ITI-007 for the treatment of schizophrenia: a 4-week randomized, double-blind, controlled trial. </w:t>
      </w:r>
      <w:r w:rsidRPr="00452EF4">
        <w:rPr>
          <w:i/>
          <w:noProof/>
        </w:rPr>
        <w:t>Biological psychiatry</w:t>
      </w:r>
      <w:r w:rsidRPr="00452EF4">
        <w:rPr>
          <w:noProof/>
        </w:rPr>
        <w:t>. 2016; 79(12):952–61.</w:t>
      </w:r>
    </w:p>
    <w:p w14:paraId="0228BCD9" w14:textId="77777777" w:rsidR="00452EF4" w:rsidRPr="00452EF4" w:rsidRDefault="00452EF4" w:rsidP="00452EF4">
      <w:pPr>
        <w:pStyle w:val="EndNoteBibliography"/>
        <w:spacing w:after="0"/>
        <w:rPr>
          <w:noProof/>
        </w:rPr>
      </w:pPr>
      <w:r w:rsidRPr="00452EF4">
        <w:rPr>
          <w:noProof/>
        </w:rPr>
        <w:lastRenderedPageBreak/>
        <w:t>52.</w:t>
      </w:r>
      <w:r w:rsidRPr="00452EF4">
        <w:rPr>
          <w:noProof/>
        </w:rPr>
        <w:tab/>
        <w:t xml:space="preserve">Correll CU, Davis RE, Weingart M, et al. Efficacy and Safety of Lumateperone for Treatment of Schizophrenia: a Randomized Clinical Trial. </w:t>
      </w:r>
      <w:r w:rsidRPr="00452EF4">
        <w:rPr>
          <w:i/>
          <w:noProof/>
        </w:rPr>
        <w:t>JAMA psychiatry</w:t>
      </w:r>
      <w:r w:rsidRPr="00452EF4">
        <w:rPr>
          <w:noProof/>
        </w:rPr>
        <w:t>. 2020; 77(4):349–58.</w:t>
      </w:r>
    </w:p>
    <w:p w14:paraId="2F3A10CC" w14:textId="77777777" w:rsidR="00452EF4" w:rsidRPr="00452EF4" w:rsidRDefault="00452EF4" w:rsidP="00452EF4">
      <w:pPr>
        <w:pStyle w:val="EndNoteBibliography"/>
        <w:spacing w:after="0"/>
        <w:rPr>
          <w:noProof/>
        </w:rPr>
      </w:pPr>
      <w:r w:rsidRPr="00452EF4">
        <w:rPr>
          <w:noProof/>
        </w:rPr>
        <w:t>53.</w:t>
      </w:r>
      <w:r w:rsidRPr="00452EF4">
        <w:rPr>
          <w:noProof/>
        </w:rPr>
        <w:tab/>
        <w:t xml:space="preserve">Álvarez E, Bernardo M, Gutiérrez Casares JR and Montejo ÁL. Ziprasidone versus Olanzapine in the weight gain associated with the treatment of schizophrenia: A six-month double-blind randomized parallel group study. </w:t>
      </w:r>
      <w:r w:rsidRPr="00452EF4">
        <w:rPr>
          <w:i/>
          <w:noProof/>
        </w:rPr>
        <w:t>The European Journal of Psychiatry</w:t>
      </w:r>
      <w:r w:rsidRPr="00452EF4">
        <w:rPr>
          <w:noProof/>
        </w:rPr>
        <w:t>. 2012; 26(4):248–59.</w:t>
      </w:r>
    </w:p>
    <w:p w14:paraId="5DEEA2BF" w14:textId="77777777" w:rsidR="00452EF4" w:rsidRPr="00452EF4" w:rsidRDefault="00452EF4" w:rsidP="00452EF4">
      <w:pPr>
        <w:pStyle w:val="EndNoteBibliography"/>
        <w:spacing w:after="0"/>
        <w:rPr>
          <w:noProof/>
        </w:rPr>
      </w:pPr>
      <w:r w:rsidRPr="00452EF4">
        <w:rPr>
          <w:noProof/>
        </w:rPr>
        <w:t>54.</w:t>
      </w:r>
      <w:r w:rsidRPr="00452EF4">
        <w:rPr>
          <w:noProof/>
        </w:rPr>
        <w:tab/>
        <w:t xml:space="preserve">Švestka J, Synek O and Žourková A. A double-blind comparison of olanzapine and quetiapine in treatment of acute exacerbations of schizophrenic or schizoaffective disorders. </w:t>
      </w:r>
      <w:r w:rsidRPr="00452EF4">
        <w:rPr>
          <w:i/>
          <w:noProof/>
        </w:rPr>
        <w:t>European Neuropsychopharmacology</w:t>
      </w:r>
      <w:r w:rsidRPr="00452EF4">
        <w:rPr>
          <w:noProof/>
        </w:rPr>
        <w:t>. 2003.</w:t>
      </w:r>
    </w:p>
    <w:p w14:paraId="4DA4ABC2" w14:textId="77777777" w:rsidR="00452EF4" w:rsidRPr="00452EF4" w:rsidRDefault="00452EF4" w:rsidP="00452EF4">
      <w:pPr>
        <w:pStyle w:val="EndNoteBibliography"/>
        <w:spacing w:after="0"/>
        <w:rPr>
          <w:noProof/>
        </w:rPr>
      </w:pPr>
      <w:r w:rsidRPr="00452EF4">
        <w:rPr>
          <w:noProof/>
        </w:rPr>
        <w:t>55.</w:t>
      </w:r>
      <w:r w:rsidRPr="00452EF4">
        <w:rPr>
          <w:noProof/>
        </w:rPr>
        <w:tab/>
        <w:t xml:space="preserve">Loza N, El-Dosoky A, Okasha T, et al. Olanzapine compared to chlorpromazine in acute schizophrenia. </w:t>
      </w:r>
      <w:r w:rsidRPr="00452EF4">
        <w:rPr>
          <w:i/>
          <w:noProof/>
        </w:rPr>
        <w:t>European neuropsychopharmacology</w:t>
      </w:r>
      <w:r w:rsidRPr="00452EF4">
        <w:rPr>
          <w:noProof/>
        </w:rPr>
        <w:t>. 1999; (9):291.</w:t>
      </w:r>
    </w:p>
    <w:p w14:paraId="0B5E4F0C" w14:textId="77777777" w:rsidR="00452EF4" w:rsidRPr="00452EF4" w:rsidRDefault="00452EF4" w:rsidP="00452EF4">
      <w:pPr>
        <w:pStyle w:val="EndNoteBibliography"/>
        <w:spacing w:after="0"/>
        <w:rPr>
          <w:noProof/>
        </w:rPr>
      </w:pPr>
      <w:r w:rsidRPr="00452EF4">
        <w:rPr>
          <w:noProof/>
        </w:rPr>
        <w:t>56.</w:t>
      </w:r>
      <w:r w:rsidRPr="00452EF4">
        <w:rPr>
          <w:noProof/>
        </w:rPr>
        <w:tab/>
        <w:t xml:space="preserve">Sacchetti E, Valsecchi P, Parrinello G and Group Q. A randomized, flexible-dose, quasi-naturalistic comparison of quetiapine, risperidone, and olanzapine in the short-term treatment of schizophrenia: the QUERISOLA trial. </w:t>
      </w:r>
      <w:r w:rsidRPr="00452EF4">
        <w:rPr>
          <w:i/>
          <w:noProof/>
        </w:rPr>
        <w:t>Schizophr Res</w:t>
      </w:r>
      <w:r w:rsidRPr="00452EF4">
        <w:rPr>
          <w:noProof/>
        </w:rPr>
        <w:t>. 2008; 98(1-3):55–65.</w:t>
      </w:r>
    </w:p>
    <w:p w14:paraId="221524A8" w14:textId="77777777" w:rsidR="00452EF4" w:rsidRPr="00452EF4" w:rsidRDefault="00452EF4" w:rsidP="00452EF4">
      <w:pPr>
        <w:pStyle w:val="EndNoteBibliography"/>
        <w:spacing w:after="0"/>
        <w:rPr>
          <w:noProof/>
        </w:rPr>
      </w:pPr>
      <w:r w:rsidRPr="00452EF4">
        <w:rPr>
          <w:noProof/>
        </w:rPr>
        <w:t>57.</w:t>
      </w:r>
      <w:r w:rsidRPr="00452EF4">
        <w:rPr>
          <w:noProof/>
        </w:rPr>
        <w:tab/>
        <w:t xml:space="preserve">Shan X, Liao R, Ou Y, et al. Metacognitive training modulates default-mode network homogeneity during 8-week olanzapine treatment in patients with schizophrenia. </w:t>
      </w:r>
      <w:r w:rsidRPr="00452EF4">
        <w:rPr>
          <w:i/>
          <w:noProof/>
        </w:rPr>
        <w:t>Frontiers in psychiatry</w:t>
      </w:r>
      <w:r w:rsidRPr="00452EF4">
        <w:rPr>
          <w:noProof/>
        </w:rPr>
        <w:t>. 2020; 11:234.</w:t>
      </w:r>
    </w:p>
    <w:p w14:paraId="49052ABD" w14:textId="77777777" w:rsidR="00452EF4" w:rsidRPr="00452EF4" w:rsidRDefault="00452EF4" w:rsidP="00452EF4">
      <w:pPr>
        <w:pStyle w:val="EndNoteBibliography"/>
        <w:spacing w:after="0"/>
        <w:rPr>
          <w:noProof/>
        </w:rPr>
      </w:pPr>
      <w:r w:rsidRPr="00452EF4">
        <w:rPr>
          <w:noProof/>
        </w:rPr>
        <w:t>58.</w:t>
      </w:r>
      <w:r w:rsidRPr="00452EF4">
        <w:rPr>
          <w:noProof/>
        </w:rPr>
        <w:tab/>
        <w:t xml:space="preserve">Gattaz WF, Diehl A, Geuppert M, et al. Olanzapine versus flupenthixol in the treatment of inpatients with schizophrenia: a randomized double-blind trial. </w:t>
      </w:r>
      <w:r w:rsidRPr="00452EF4">
        <w:rPr>
          <w:i/>
          <w:noProof/>
        </w:rPr>
        <w:t>Pharmacopsychiatry</w:t>
      </w:r>
      <w:r w:rsidRPr="00452EF4">
        <w:rPr>
          <w:noProof/>
        </w:rPr>
        <w:t>. 2004; 37(06):279–85.</w:t>
      </w:r>
    </w:p>
    <w:p w14:paraId="4A29AB3E" w14:textId="77777777" w:rsidR="00452EF4" w:rsidRPr="00452EF4" w:rsidRDefault="00452EF4" w:rsidP="00452EF4">
      <w:pPr>
        <w:pStyle w:val="EndNoteBibliography"/>
        <w:spacing w:after="0"/>
        <w:rPr>
          <w:noProof/>
        </w:rPr>
      </w:pPr>
      <w:r w:rsidRPr="00452EF4">
        <w:rPr>
          <w:noProof/>
        </w:rPr>
        <w:t>59.</w:t>
      </w:r>
      <w:r w:rsidRPr="00452EF4">
        <w:rPr>
          <w:noProof/>
        </w:rPr>
        <w:tab/>
        <w:t xml:space="preserve">Loza B, Czernikiewicz A, Roszkowska A and Szulc A. Atypical antipsychotics: The prosocial capacity. Double-blind, randomized, prospective study of olanzapine and risperidone treatment of schizophrenia: Cognitive, awareness and quality of life report. </w:t>
      </w:r>
      <w:r w:rsidRPr="00452EF4">
        <w:rPr>
          <w:i/>
          <w:noProof/>
        </w:rPr>
        <w:t>INTERNATIONAL JOURNAL OF NEUROPSYCHOPHARMACOLOGY</w:t>
      </w:r>
      <w:r w:rsidRPr="00452EF4">
        <w:rPr>
          <w:noProof/>
        </w:rPr>
        <w:t>. CAMBRIDGE UNIV PRESS 32 AVENUE OF THE AMERICAS, NEW YORK, NY 10013-2473 USA, 2006, p. S271–S.</w:t>
      </w:r>
    </w:p>
    <w:p w14:paraId="3B41B825" w14:textId="77777777" w:rsidR="00452EF4" w:rsidRPr="00452EF4" w:rsidRDefault="00452EF4" w:rsidP="00452EF4">
      <w:pPr>
        <w:pStyle w:val="EndNoteBibliography"/>
        <w:spacing w:after="0"/>
        <w:rPr>
          <w:noProof/>
        </w:rPr>
      </w:pPr>
      <w:r w:rsidRPr="00452EF4">
        <w:rPr>
          <w:noProof/>
        </w:rPr>
        <w:t>60.</w:t>
      </w:r>
      <w:r w:rsidRPr="00452EF4">
        <w:rPr>
          <w:noProof/>
        </w:rPr>
        <w:tab/>
        <w:t xml:space="preserve">Shah S and Joshi D. Tolerability and efficacy of paliperidone ER compared to olanzapine in the treatment of schizophrenia: A randomized, double–blind, multicentric trial. </w:t>
      </w:r>
      <w:r w:rsidRPr="00452EF4">
        <w:rPr>
          <w:i/>
          <w:noProof/>
        </w:rPr>
        <w:t>Industrial Psychiatry Journal</w:t>
      </w:r>
      <w:r w:rsidRPr="00452EF4">
        <w:rPr>
          <w:noProof/>
        </w:rPr>
        <w:t>. 2011; 20(1):25–31.</w:t>
      </w:r>
    </w:p>
    <w:p w14:paraId="7E2BCC9A" w14:textId="77777777" w:rsidR="00452EF4" w:rsidRPr="00452EF4" w:rsidRDefault="00452EF4" w:rsidP="00452EF4">
      <w:pPr>
        <w:pStyle w:val="EndNoteBibliography"/>
        <w:spacing w:after="0"/>
        <w:rPr>
          <w:noProof/>
        </w:rPr>
      </w:pPr>
      <w:r w:rsidRPr="00452EF4">
        <w:rPr>
          <w:noProof/>
        </w:rPr>
        <w:t>61.</w:t>
      </w:r>
      <w:r w:rsidRPr="00452EF4">
        <w:rPr>
          <w:noProof/>
        </w:rPr>
        <w:tab/>
        <w:t xml:space="preserve">Ozguven HD, Baskak B, Oner O and Atbasoglu C. Metabolic effects of olanzapine and quetiapine: a six-week randomized, single blind, controlled study. </w:t>
      </w:r>
      <w:r w:rsidRPr="00452EF4">
        <w:rPr>
          <w:i/>
          <w:noProof/>
        </w:rPr>
        <w:t>The Open Neuropsychopharmacology Journal</w:t>
      </w:r>
      <w:r w:rsidRPr="00452EF4">
        <w:rPr>
          <w:noProof/>
        </w:rPr>
        <w:t>. 2011; 4(1).</w:t>
      </w:r>
    </w:p>
    <w:p w14:paraId="7C39AA67" w14:textId="77777777" w:rsidR="00452EF4" w:rsidRPr="00452EF4" w:rsidRDefault="00452EF4" w:rsidP="00452EF4">
      <w:pPr>
        <w:pStyle w:val="EndNoteBibliography"/>
        <w:spacing w:after="0"/>
        <w:rPr>
          <w:noProof/>
        </w:rPr>
      </w:pPr>
      <w:r w:rsidRPr="00452EF4">
        <w:rPr>
          <w:noProof/>
        </w:rPr>
        <w:t>62.</w:t>
      </w:r>
      <w:r w:rsidRPr="00452EF4">
        <w:rPr>
          <w:noProof/>
        </w:rPr>
        <w:tab/>
        <w:t xml:space="preserve">Corrigan MH, Gallen CC, Bonura ML, et al. Effectiveness of the selective D4 antagonist sonepiprazole in schizophrenia: a placebo-controlled trial. </w:t>
      </w:r>
      <w:r w:rsidRPr="00452EF4">
        <w:rPr>
          <w:i/>
          <w:noProof/>
        </w:rPr>
        <w:t>Biol Psychiatry</w:t>
      </w:r>
      <w:r w:rsidRPr="00452EF4">
        <w:rPr>
          <w:noProof/>
        </w:rPr>
        <w:t>. 2004; 55(5):445–51.</w:t>
      </w:r>
    </w:p>
    <w:p w14:paraId="1C880BDC" w14:textId="77777777" w:rsidR="00452EF4" w:rsidRPr="00452EF4" w:rsidRDefault="00452EF4" w:rsidP="00452EF4">
      <w:pPr>
        <w:pStyle w:val="EndNoteBibliography"/>
        <w:spacing w:after="0"/>
        <w:rPr>
          <w:noProof/>
        </w:rPr>
      </w:pPr>
      <w:r w:rsidRPr="00452EF4">
        <w:rPr>
          <w:noProof/>
        </w:rPr>
        <w:t>63.</w:t>
      </w:r>
      <w:r w:rsidRPr="00452EF4">
        <w:rPr>
          <w:noProof/>
        </w:rPr>
        <w:tab/>
        <w:t xml:space="preserve">Tybura P, Trześniowska-Drukała B, Bienkowski P, et al. Pharmacogenetics of adverse events in schizophrenia treatment: comparison study of ziprasidone, olanzapine and perazine. </w:t>
      </w:r>
      <w:r w:rsidRPr="00452EF4">
        <w:rPr>
          <w:i/>
          <w:noProof/>
        </w:rPr>
        <w:t>Psychiatry research</w:t>
      </w:r>
      <w:r w:rsidRPr="00452EF4">
        <w:rPr>
          <w:noProof/>
        </w:rPr>
        <w:t>. 2014; 219(2):261–7.</w:t>
      </w:r>
    </w:p>
    <w:p w14:paraId="35363663" w14:textId="77777777" w:rsidR="00452EF4" w:rsidRPr="00452EF4" w:rsidRDefault="00452EF4" w:rsidP="00452EF4">
      <w:pPr>
        <w:pStyle w:val="EndNoteBibliography"/>
        <w:spacing w:after="0"/>
        <w:rPr>
          <w:noProof/>
        </w:rPr>
      </w:pPr>
      <w:r w:rsidRPr="00452EF4">
        <w:rPr>
          <w:noProof/>
        </w:rPr>
        <w:t>64.</w:t>
      </w:r>
      <w:r w:rsidRPr="00452EF4">
        <w:rPr>
          <w:noProof/>
        </w:rPr>
        <w:tab/>
        <w:t xml:space="preserve">Rosenheck R, Perlick D, Bingham S, et al. Effectiveness and cost of olanzapine and haloperidol in the treatment of schizophrenia: a randomized controlled trial. </w:t>
      </w:r>
      <w:r w:rsidRPr="00452EF4">
        <w:rPr>
          <w:i/>
          <w:noProof/>
        </w:rPr>
        <w:t>Jama</w:t>
      </w:r>
      <w:r w:rsidRPr="00452EF4">
        <w:rPr>
          <w:noProof/>
        </w:rPr>
        <w:t>. 2003; 290(20):2693–702.</w:t>
      </w:r>
    </w:p>
    <w:p w14:paraId="04FFABD4" w14:textId="77777777" w:rsidR="00452EF4" w:rsidRPr="00452EF4" w:rsidRDefault="00452EF4" w:rsidP="00452EF4">
      <w:pPr>
        <w:pStyle w:val="EndNoteBibliography"/>
        <w:spacing w:after="0"/>
        <w:rPr>
          <w:noProof/>
        </w:rPr>
      </w:pPr>
      <w:r w:rsidRPr="00452EF4">
        <w:rPr>
          <w:noProof/>
        </w:rPr>
        <w:t>65.</w:t>
      </w:r>
      <w:r w:rsidRPr="00452EF4">
        <w:rPr>
          <w:noProof/>
        </w:rPr>
        <w:tab/>
        <w:t xml:space="preserve">Landbloom R, Mackle M, Wu X, et al. Asenapine for the treatment of adults with an acute exacerbation of schizophrenia: results from a randomized, double-blind, fixed-dose, placebo-controlled trial with olanzapine as an active control. </w:t>
      </w:r>
      <w:r w:rsidRPr="00452EF4">
        <w:rPr>
          <w:i/>
          <w:noProof/>
        </w:rPr>
        <w:t>CNS spectrums</w:t>
      </w:r>
      <w:r w:rsidRPr="00452EF4">
        <w:rPr>
          <w:noProof/>
        </w:rPr>
        <w:t>. 2017; 22(4):333–41.</w:t>
      </w:r>
    </w:p>
    <w:p w14:paraId="6520D9BA" w14:textId="77777777" w:rsidR="00452EF4" w:rsidRPr="00452EF4" w:rsidRDefault="00452EF4" w:rsidP="00452EF4">
      <w:pPr>
        <w:pStyle w:val="EndNoteBibliography"/>
        <w:spacing w:after="0"/>
        <w:rPr>
          <w:noProof/>
        </w:rPr>
      </w:pPr>
      <w:r w:rsidRPr="00452EF4">
        <w:rPr>
          <w:noProof/>
        </w:rPr>
        <w:t>66.</w:t>
      </w:r>
      <w:r w:rsidRPr="00452EF4">
        <w:rPr>
          <w:noProof/>
        </w:rPr>
        <w:tab/>
        <w:t xml:space="preserve">Wagner M, Quednow BB, Westheide J, et al. Cognitive improvement in schizophrenic patients does not require a serotonergic mechanism: randomized controlled trial of olanzapine vs amisulpride. </w:t>
      </w:r>
      <w:r w:rsidRPr="00452EF4">
        <w:rPr>
          <w:i/>
          <w:noProof/>
        </w:rPr>
        <w:t>Neuropsychopharmacology</w:t>
      </w:r>
      <w:r w:rsidRPr="00452EF4">
        <w:rPr>
          <w:noProof/>
        </w:rPr>
        <w:t>. 2005; 30(2):381–90.</w:t>
      </w:r>
    </w:p>
    <w:p w14:paraId="19B76DE4" w14:textId="77777777" w:rsidR="00452EF4" w:rsidRPr="00452EF4" w:rsidRDefault="00452EF4" w:rsidP="00452EF4">
      <w:pPr>
        <w:pStyle w:val="EndNoteBibliography"/>
        <w:spacing w:after="0"/>
        <w:rPr>
          <w:noProof/>
        </w:rPr>
      </w:pPr>
      <w:r w:rsidRPr="00452EF4">
        <w:rPr>
          <w:noProof/>
        </w:rPr>
        <w:t>67.</w:t>
      </w:r>
      <w:r w:rsidRPr="00452EF4">
        <w:rPr>
          <w:noProof/>
        </w:rPr>
        <w:tab/>
        <w:t xml:space="preserve">Meltzer HY, Cucchiaro J, Silva R, et al. Lurasidone in the treatment of schizophrenia: a randomized, double-blind, placebo-and olanzapine-controlled study. </w:t>
      </w:r>
      <w:r w:rsidRPr="00452EF4">
        <w:rPr>
          <w:i/>
          <w:noProof/>
        </w:rPr>
        <w:t>American Journal of Psychiatry</w:t>
      </w:r>
      <w:r w:rsidRPr="00452EF4">
        <w:rPr>
          <w:noProof/>
        </w:rPr>
        <w:t>. 2011; 168(9):957–67.</w:t>
      </w:r>
    </w:p>
    <w:p w14:paraId="6DF7DBE2" w14:textId="77777777" w:rsidR="00452EF4" w:rsidRPr="00452EF4" w:rsidRDefault="00452EF4" w:rsidP="00452EF4">
      <w:pPr>
        <w:pStyle w:val="EndNoteBibliography"/>
        <w:spacing w:after="0"/>
        <w:rPr>
          <w:noProof/>
        </w:rPr>
      </w:pPr>
      <w:r w:rsidRPr="00452EF4">
        <w:rPr>
          <w:noProof/>
        </w:rPr>
        <w:t>68.</w:t>
      </w:r>
      <w:r w:rsidRPr="00452EF4">
        <w:rPr>
          <w:noProof/>
        </w:rPr>
        <w:tab/>
        <w:t xml:space="preserve">Kane J, Canas F, Kramer M, et al. Treatment of schizophrenia with paliperidone extended-release tablets: a 6-week placebo-controlled trial. </w:t>
      </w:r>
      <w:r w:rsidRPr="00452EF4">
        <w:rPr>
          <w:i/>
          <w:noProof/>
        </w:rPr>
        <w:t>Schizophrenia Research</w:t>
      </w:r>
      <w:r w:rsidRPr="00452EF4">
        <w:rPr>
          <w:noProof/>
        </w:rPr>
        <w:t>. 2007; 90(1-3):147–61.</w:t>
      </w:r>
    </w:p>
    <w:p w14:paraId="3ED72FC4" w14:textId="77777777" w:rsidR="00452EF4" w:rsidRPr="00452EF4" w:rsidRDefault="00452EF4" w:rsidP="00452EF4">
      <w:pPr>
        <w:pStyle w:val="EndNoteBibliography"/>
        <w:spacing w:after="0"/>
        <w:rPr>
          <w:noProof/>
        </w:rPr>
      </w:pPr>
      <w:r w:rsidRPr="00452EF4">
        <w:rPr>
          <w:noProof/>
        </w:rPr>
        <w:lastRenderedPageBreak/>
        <w:t>69.</w:t>
      </w:r>
      <w:r w:rsidRPr="00452EF4">
        <w:rPr>
          <w:noProof/>
        </w:rPr>
        <w:tab/>
        <w:t xml:space="preserve">Davidson M, Emsley R, Kramer M, et al. Efficacy, safety and early response of paliperidone extended-release tablets (paliperidone ER): results of a 6-week, randomized, placebo-controlled study. </w:t>
      </w:r>
      <w:r w:rsidRPr="00452EF4">
        <w:rPr>
          <w:i/>
          <w:noProof/>
        </w:rPr>
        <w:t>Schizophrenia research</w:t>
      </w:r>
      <w:r w:rsidRPr="00452EF4">
        <w:rPr>
          <w:noProof/>
        </w:rPr>
        <w:t>. 2007; 93(1-3):117–30.</w:t>
      </w:r>
    </w:p>
    <w:p w14:paraId="3E061163" w14:textId="77777777" w:rsidR="00452EF4" w:rsidRPr="00452EF4" w:rsidRDefault="00452EF4" w:rsidP="00452EF4">
      <w:pPr>
        <w:pStyle w:val="EndNoteBibliography"/>
        <w:spacing w:after="0"/>
        <w:rPr>
          <w:noProof/>
        </w:rPr>
      </w:pPr>
      <w:r w:rsidRPr="00452EF4">
        <w:rPr>
          <w:noProof/>
        </w:rPr>
        <w:t>70.</w:t>
      </w:r>
      <w:r w:rsidRPr="00452EF4">
        <w:rPr>
          <w:noProof/>
        </w:rPr>
        <w:tab/>
        <w:t xml:space="preserve">Bugarski-Kirola D, Wang A, Abi-Saab D and Blattler T. A phase II/III trial of bitopertin monotherapy compared with placebo in patients with an acute exacerbation of schizophrenia - results from the CandleLyte study. </w:t>
      </w:r>
      <w:r w:rsidRPr="00452EF4">
        <w:rPr>
          <w:i/>
          <w:noProof/>
        </w:rPr>
        <w:t>Eur Neuropsychopharmacol</w:t>
      </w:r>
      <w:r w:rsidRPr="00452EF4">
        <w:rPr>
          <w:noProof/>
        </w:rPr>
        <w:t>. 2014; 24(7):1024–36.</w:t>
      </w:r>
    </w:p>
    <w:p w14:paraId="36D257F0" w14:textId="77777777" w:rsidR="00452EF4" w:rsidRPr="00452EF4" w:rsidRDefault="00452EF4" w:rsidP="00452EF4">
      <w:pPr>
        <w:pStyle w:val="EndNoteBibliography"/>
        <w:spacing w:after="0"/>
        <w:rPr>
          <w:noProof/>
        </w:rPr>
      </w:pPr>
      <w:r w:rsidRPr="00452EF4">
        <w:rPr>
          <w:noProof/>
        </w:rPr>
        <w:t>71.</w:t>
      </w:r>
      <w:r w:rsidRPr="00452EF4">
        <w:rPr>
          <w:noProof/>
        </w:rPr>
        <w:tab/>
        <w:t xml:space="preserve">Riedel M, Muller N, Spellmann I, et al. Efficacy of olanzapine versus quetiapine on cognitive dysfunctions in patients with an acute episode of schizophrenia. </w:t>
      </w:r>
      <w:r w:rsidRPr="00452EF4">
        <w:rPr>
          <w:i/>
          <w:noProof/>
        </w:rPr>
        <w:t>Eur Arch Psychiatry Clin Neurosci</w:t>
      </w:r>
      <w:r w:rsidRPr="00452EF4">
        <w:rPr>
          <w:noProof/>
        </w:rPr>
        <w:t>. 2007; 257(7):402–12.</w:t>
      </w:r>
    </w:p>
    <w:p w14:paraId="429FB0F6" w14:textId="77777777" w:rsidR="00452EF4" w:rsidRPr="00452EF4" w:rsidRDefault="00452EF4" w:rsidP="00452EF4">
      <w:pPr>
        <w:pStyle w:val="EndNoteBibliography"/>
        <w:spacing w:after="0"/>
        <w:rPr>
          <w:noProof/>
        </w:rPr>
      </w:pPr>
      <w:r w:rsidRPr="00452EF4">
        <w:rPr>
          <w:noProof/>
        </w:rPr>
        <w:t>72.</w:t>
      </w:r>
      <w:r w:rsidRPr="00452EF4">
        <w:rPr>
          <w:noProof/>
        </w:rPr>
        <w:tab/>
        <w:t xml:space="preserve">McDonnell D, Potkin SG, Simmons A, et al. F232. A phase 3 study to determine the antipsychotic efficacy and safety of ALKS 3831 in adult patients with acute exacerbation of schizophrenia. </w:t>
      </w:r>
      <w:r w:rsidRPr="00452EF4">
        <w:rPr>
          <w:i/>
          <w:noProof/>
        </w:rPr>
        <w:t>Schizophrenia Bulletin</w:t>
      </w:r>
      <w:r w:rsidRPr="00452EF4">
        <w:rPr>
          <w:noProof/>
        </w:rPr>
        <w:t>. 2018; 44(Suppl 1):S312.</w:t>
      </w:r>
    </w:p>
    <w:p w14:paraId="24F9D14C" w14:textId="77777777" w:rsidR="00452EF4" w:rsidRPr="00452EF4" w:rsidRDefault="00452EF4" w:rsidP="00452EF4">
      <w:pPr>
        <w:pStyle w:val="EndNoteBibliography"/>
        <w:spacing w:after="0"/>
        <w:rPr>
          <w:noProof/>
        </w:rPr>
      </w:pPr>
      <w:r w:rsidRPr="00452EF4">
        <w:rPr>
          <w:noProof/>
        </w:rPr>
        <w:t>73.</w:t>
      </w:r>
      <w:r w:rsidRPr="00452EF4">
        <w:rPr>
          <w:noProof/>
        </w:rPr>
        <w:tab/>
        <w:t xml:space="preserve">Schmidt-Kraepelin C, Feyerabend S, Engelke C, et al. Amisulpride and olanzapine combination treatment versus each monotherapy in acutely ill patients with schizophrenia in Germany (COMBINE): A double-blind randomised controlled trial. </w:t>
      </w:r>
      <w:r w:rsidRPr="00452EF4">
        <w:rPr>
          <w:i/>
          <w:noProof/>
        </w:rPr>
        <w:t>The Lancet Psychiatry</w:t>
      </w:r>
      <w:r w:rsidRPr="00452EF4">
        <w:rPr>
          <w:noProof/>
        </w:rPr>
        <w:t>. 2022; 9:291–306.</w:t>
      </w:r>
    </w:p>
    <w:p w14:paraId="5247B599" w14:textId="77777777" w:rsidR="00452EF4" w:rsidRPr="00452EF4" w:rsidRDefault="00452EF4" w:rsidP="00452EF4">
      <w:pPr>
        <w:pStyle w:val="EndNoteBibliography"/>
        <w:spacing w:after="0"/>
        <w:rPr>
          <w:noProof/>
        </w:rPr>
      </w:pPr>
      <w:r w:rsidRPr="00452EF4">
        <w:rPr>
          <w:noProof/>
        </w:rPr>
        <w:t>74.</w:t>
      </w:r>
      <w:r w:rsidRPr="00452EF4">
        <w:rPr>
          <w:noProof/>
        </w:rPr>
        <w:tab/>
        <w:t xml:space="preserve">Schmidt ME, Kent JM, Daly E, et al. A double-blind, randomized, placebo-controlled study with JNJ-37822681, a novel, highly selective, fast dissociating D(2) receptor antagonist in the treatment of acute exacerbation of schizophrenia. </w:t>
      </w:r>
      <w:r w:rsidRPr="00452EF4">
        <w:rPr>
          <w:i/>
          <w:noProof/>
        </w:rPr>
        <w:t>Eur Neuropsychopharmacol</w:t>
      </w:r>
      <w:r w:rsidRPr="00452EF4">
        <w:rPr>
          <w:noProof/>
        </w:rPr>
        <w:t>. 2012; 22(10):721–33.</w:t>
      </w:r>
    </w:p>
    <w:p w14:paraId="6247E5B2" w14:textId="77777777" w:rsidR="00452EF4" w:rsidRPr="00452EF4" w:rsidRDefault="00452EF4" w:rsidP="00452EF4">
      <w:pPr>
        <w:pStyle w:val="EndNoteBibliography"/>
        <w:spacing w:after="0"/>
        <w:rPr>
          <w:noProof/>
        </w:rPr>
      </w:pPr>
      <w:r w:rsidRPr="00452EF4">
        <w:rPr>
          <w:noProof/>
        </w:rPr>
        <w:t>75.</w:t>
      </w:r>
      <w:r w:rsidRPr="00452EF4">
        <w:rPr>
          <w:noProof/>
        </w:rPr>
        <w:tab/>
        <w:t xml:space="preserve">Shen JH, Zhao Y, Rosenzweig-Lipson S, et al. A 6-week randomized, double-blind, placebo-controlled, comparator referenced trial of vabicaserin in acute schizophrenia. </w:t>
      </w:r>
      <w:r w:rsidRPr="00452EF4">
        <w:rPr>
          <w:i/>
          <w:noProof/>
        </w:rPr>
        <w:t>J Psychiatr Res</w:t>
      </w:r>
      <w:r w:rsidRPr="00452EF4">
        <w:rPr>
          <w:noProof/>
        </w:rPr>
        <w:t>. 2014; 53:14–22.</w:t>
      </w:r>
    </w:p>
    <w:p w14:paraId="73789847" w14:textId="77777777" w:rsidR="00452EF4" w:rsidRPr="00452EF4" w:rsidRDefault="00452EF4" w:rsidP="00452EF4">
      <w:pPr>
        <w:pStyle w:val="EndNoteBibliography"/>
        <w:spacing w:after="0"/>
        <w:rPr>
          <w:noProof/>
        </w:rPr>
      </w:pPr>
      <w:r w:rsidRPr="00452EF4">
        <w:rPr>
          <w:noProof/>
        </w:rPr>
        <w:t>76.</w:t>
      </w:r>
      <w:r w:rsidRPr="00452EF4">
        <w:rPr>
          <w:noProof/>
        </w:rPr>
        <w:tab/>
        <w:t xml:space="preserve">Marder SR, Kramer M, Ford L, et al. Efficacy and safety of paliperidone extended-release tablets: results of a 6-week, randomized, placebo-controlled study. </w:t>
      </w:r>
      <w:r w:rsidRPr="00452EF4">
        <w:rPr>
          <w:i/>
          <w:noProof/>
        </w:rPr>
        <w:t>Biol Psychiatry</w:t>
      </w:r>
      <w:r w:rsidRPr="00452EF4">
        <w:rPr>
          <w:noProof/>
        </w:rPr>
        <w:t>. 2007; 62(12):1363–70.</w:t>
      </w:r>
    </w:p>
    <w:p w14:paraId="7AC7AE8F" w14:textId="77777777" w:rsidR="00452EF4" w:rsidRPr="00452EF4" w:rsidRDefault="00452EF4" w:rsidP="00452EF4">
      <w:pPr>
        <w:pStyle w:val="EndNoteBibliography"/>
        <w:spacing w:after="0"/>
        <w:rPr>
          <w:noProof/>
        </w:rPr>
      </w:pPr>
      <w:r w:rsidRPr="00452EF4">
        <w:rPr>
          <w:noProof/>
        </w:rPr>
        <w:t>77.</w:t>
      </w:r>
      <w:r w:rsidRPr="00452EF4">
        <w:rPr>
          <w:noProof/>
        </w:rPr>
        <w:tab/>
        <w:t xml:space="preserve">Hatta K, Takebayashi H, Sudo Y, et al. The possibility that requiring high-dose olanzapine cannot be explained by pharmacokinetics in the treatment of acute-phase schizophrenia. </w:t>
      </w:r>
      <w:r w:rsidRPr="00452EF4">
        <w:rPr>
          <w:i/>
          <w:noProof/>
        </w:rPr>
        <w:t>Psychiatry Res</w:t>
      </w:r>
      <w:r w:rsidRPr="00452EF4">
        <w:rPr>
          <w:noProof/>
        </w:rPr>
        <w:t>. 2013; 210(2):396–401.</w:t>
      </w:r>
    </w:p>
    <w:p w14:paraId="207AEEF0" w14:textId="77777777" w:rsidR="00452EF4" w:rsidRPr="00452EF4" w:rsidRDefault="00452EF4" w:rsidP="00452EF4">
      <w:pPr>
        <w:pStyle w:val="EndNoteBibliography"/>
        <w:spacing w:after="0"/>
        <w:rPr>
          <w:noProof/>
        </w:rPr>
      </w:pPr>
      <w:r w:rsidRPr="00452EF4">
        <w:rPr>
          <w:noProof/>
        </w:rPr>
        <w:t>78.</w:t>
      </w:r>
      <w:r w:rsidRPr="00452EF4">
        <w:rPr>
          <w:noProof/>
        </w:rPr>
        <w:tab/>
        <w:t xml:space="preserve">Egan MF, Zhao X, Smith A, et al. Randomized controlled study of the T-type calcium channel antagonist MK-8998 for the treatment of acute psychosis in patients with schizophrenia. </w:t>
      </w:r>
      <w:r w:rsidRPr="00452EF4">
        <w:rPr>
          <w:i/>
          <w:noProof/>
        </w:rPr>
        <w:t>Hum Psychopharmacol</w:t>
      </w:r>
      <w:r w:rsidRPr="00452EF4">
        <w:rPr>
          <w:noProof/>
        </w:rPr>
        <w:t>. 2013; 28(2):124–33.</w:t>
      </w:r>
    </w:p>
    <w:p w14:paraId="15AE3D96" w14:textId="77777777" w:rsidR="00452EF4" w:rsidRPr="00452EF4" w:rsidRDefault="00452EF4" w:rsidP="00452EF4">
      <w:pPr>
        <w:pStyle w:val="EndNoteBibliography"/>
        <w:spacing w:after="0"/>
        <w:rPr>
          <w:noProof/>
        </w:rPr>
      </w:pPr>
      <w:r w:rsidRPr="00452EF4">
        <w:rPr>
          <w:noProof/>
        </w:rPr>
        <w:t>79.</w:t>
      </w:r>
      <w:r w:rsidRPr="00452EF4">
        <w:rPr>
          <w:noProof/>
        </w:rPr>
        <w:tab/>
        <w:t xml:space="preserve">Kinon BJ, Zhang L, Millen BA, et al. A multicenter, inpatient, phase 2, double-blind, placebo-controlled dose-ranging study of LY2140023 monohydrate in patients with DSM-IV schizophrenia. </w:t>
      </w:r>
      <w:r w:rsidRPr="00452EF4">
        <w:rPr>
          <w:i/>
          <w:noProof/>
        </w:rPr>
        <w:t>J Clin Psychopharmacol</w:t>
      </w:r>
      <w:r w:rsidRPr="00452EF4">
        <w:rPr>
          <w:noProof/>
        </w:rPr>
        <w:t>. 2011; 31(3):349–55.</w:t>
      </w:r>
    </w:p>
    <w:p w14:paraId="12B326A4" w14:textId="77777777" w:rsidR="00452EF4" w:rsidRPr="00452EF4" w:rsidRDefault="00452EF4" w:rsidP="00452EF4">
      <w:pPr>
        <w:pStyle w:val="EndNoteBibliography"/>
        <w:spacing w:after="0"/>
        <w:rPr>
          <w:noProof/>
        </w:rPr>
      </w:pPr>
      <w:r w:rsidRPr="00452EF4">
        <w:rPr>
          <w:noProof/>
        </w:rPr>
        <w:t>80.</w:t>
      </w:r>
      <w:r w:rsidRPr="00452EF4">
        <w:rPr>
          <w:noProof/>
        </w:rPr>
        <w:tab/>
        <w:t xml:space="preserve">Casey DE, Daniel DG, Tamminga C, et al. Divalproex ER combined with olanzapine or risperidone for treatment of acute exacerbations of schizophrenia. </w:t>
      </w:r>
      <w:r w:rsidRPr="00452EF4">
        <w:rPr>
          <w:i/>
          <w:noProof/>
        </w:rPr>
        <w:t>Neuropsychopharmacology</w:t>
      </w:r>
      <w:r w:rsidRPr="00452EF4">
        <w:rPr>
          <w:noProof/>
        </w:rPr>
        <w:t>. 2009; 34(5):1330–8.</w:t>
      </w:r>
    </w:p>
    <w:p w14:paraId="597B3332" w14:textId="77777777" w:rsidR="00452EF4" w:rsidRPr="00452EF4" w:rsidRDefault="00452EF4" w:rsidP="00452EF4">
      <w:pPr>
        <w:pStyle w:val="EndNoteBibliography"/>
        <w:spacing w:after="0"/>
        <w:rPr>
          <w:noProof/>
        </w:rPr>
      </w:pPr>
      <w:r w:rsidRPr="00452EF4">
        <w:rPr>
          <w:noProof/>
        </w:rPr>
        <w:t>81.</w:t>
      </w:r>
      <w:r w:rsidRPr="00452EF4">
        <w:rPr>
          <w:noProof/>
        </w:rPr>
        <w:tab/>
        <w:t xml:space="preserve">Simpson GM, Glick ID, Weiden PJ, et al. Randomized, controlled, double-blind multicenter comparison of the efficacy and tolerability of ziprasidone and olanzapine in acutely ill inpatients with schizophrenia or schizoaffective disorder. </w:t>
      </w:r>
      <w:r w:rsidRPr="00452EF4">
        <w:rPr>
          <w:i/>
          <w:noProof/>
        </w:rPr>
        <w:t>American Journal of Psychiatry</w:t>
      </w:r>
      <w:r w:rsidRPr="00452EF4">
        <w:rPr>
          <w:noProof/>
        </w:rPr>
        <w:t>. 2004; 161(10):1837–47.</w:t>
      </w:r>
    </w:p>
    <w:p w14:paraId="0469AD39" w14:textId="77777777" w:rsidR="00452EF4" w:rsidRPr="00452EF4" w:rsidRDefault="00452EF4" w:rsidP="00452EF4">
      <w:pPr>
        <w:pStyle w:val="EndNoteBibliography"/>
        <w:spacing w:after="0"/>
        <w:rPr>
          <w:noProof/>
        </w:rPr>
      </w:pPr>
      <w:r w:rsidRPr="00452EF4">
        <w:rPr>
          <w:noProof/>
        </w:rPr>
        <w:t>82.</w:t>
      </w:r>
      <w:r w:rsidRPr="00452EF4">
        <w:rPr>
          <w:noProof/>
        </w:rPr>
        <w:tab/>
        <w:t xml:space="preserve">Loebel A, Cucchiaro J, Sarma K, et al. Efficacy and safety of lurasidone 80 mg/day and 160 mg/day in the treatment of schizophrenia: a randomized, double-blind, placebo-and active-controlled trial. </w:t>
      </w:r>
      <w:r w:rsidRPr="00452EF4">
        <w:rPr>
          <w:i/>
          <w:noProof/>
        </w:rPr>
        <w:t>Schizophrenia research</w:t>
      </w:r>
      <w:r w:rsidRPr="00452EF4">
        <w:rPr>
          <w:noProof/>
        </w:rPr>
        <w:t>. 2013; 145(1-3):101–9.</w:t>
      </w:r>
    </w:p>
    <w:p w14:paraId="5CCC7875" w14:textId="77777777" w:rsidR="00452EF4" w:rsidRPr="00452EF4" w:rsidRDefault="00452EF4" w:rsidP="00452EF4">
      <w:pPr>
        <w:pStyle w:val="EndNoteBibliography"/>
        <w:spacing w:after="0"/>
        <w:rPr>
          <w:noProof/>
        </w:rPr>
      </w:pPr>
      <w:r w:rsidRPr="00452EF4">
        <w:rPr>
          <w:noProof/>
        </w:rPr>
        <w:t>83.</w:t>
      </w:r>
      <w:r w:rsidRPr="00452EF4">
        <w:rPr>
          <w:noProof/>
        </w:rPr>
        <w:tab/>
        <w:t xml:space="preserve">Lindenmayer J-P, Brown D, Liu S, et al. The efficacy and tolerability of once-daily extended release quetiapine fumarate in hospitalized patients with acute schizophrenia: a 6-week randomized, double-blind, placebo-controlled study. </w:t>
      </w:r>
      <w:r w:rsidRPr="00452EF4">
        <w:rPr>
          <w:i/>
          <w:noProof/>
        </w:rPr>
        <w:t>Psychopharmacology bulletin</w:t>
      </w:r>
      <w:r w:rsidRPr="00452EF4">
        <w:rPr>
          <w:noProof/>
        </w:rPr>
        <w:t>. 2008; 41(3):11–35.</w:t>
      </w:r>
    </w:p>
    <w:p w14:paraId="1A2E9E5F" w14:textId="77777777" w:rsidR="00452EF4" w:rsidRPr="00452EF4" w:rsidRDefault="00452EF4" w:rsidP="00452EF4">
      <w:pPr>
        <w:pStyle w:val="EndNoteBibliography"/>
        <w:spacing w:after="0"/>
        <w:rPr>
          <w:noProof/>
        </w:rPr>
      </w:pPr>
      <w:r w:rsidRPr="00452EF4">
        <w:rPr>
          <w:noProof/>
        </w:rPr>
        <w:lastRenderedPageBreak/>
        <w:t>84.</w:t>
      </w:r>
      <w:r w:rsidRPr="00452EF4">
        <w:rPr>
          <w:noProof/>
        </w:rPr>
        <w:tab/>
        <w:t xml:space="preserve">Kahn RS, Schulz SC, Palazov VD, et al. Efficacy and tolerability of once-daily extended release quetiapine fumarate in acute schizophrenia: a randomized, double-blind, placebo-controlled study. </w:t>
      </w:r>
      <w:r w:rsidRPr="00452EF4">
        <w:rPr>
          <w:i/>
          <w:noProof/>
        </w:rPr>
        <w:t>Journal of Clinical Psychiatry</w:t>
      </w:r>
      <w:r w:rsidRPr="00452EF4">
        <w:rPr>
          <w:noProof/>
        </w:rPr>
        <w:t>. 2007; 68(6):832–42.</w:t>
      </w:r>
    </w:p>
    <w:p w14:paraId="3D6EE06F" w14:textId="77777777" w:rsidR="00452EF4" w:rsidRPr="00452EF4" w:rsidRDefault="00452EF4" w:rsidP="00452EF4">
      <w:pPr>
        <w:pStyle w:val="EndNoteBibliography"/>
        <w:spacing w:after="0"/>
        <w:rPr>
          <w:noProof/>
        </w:rPr>
      </w:pPr>
      <w:r w:rsidRPr="00452EF4">
        <w:rPr>
          <w:noProof/>
        </w:rPr>
        <w:t>85.</w:t>
      </w:r>
      <w:r w:rsidRPr="00452EF4">
        <w:rPr>
          <w:noProof/>
        </w:rPr>
        <w:tab/>
        <w:t xml:space="preserve">Nair N. Therapeutic equivalence of risperidone given once daily and twice daily in patients with schizophrenia. </w:t>
      </w:r>
      <w:r w:rsidRPr="00452EF4">
        <w:rPr>
          <w:i/>
          <w:noProof/>
        </w:rPr>
        <w:t>Journal of clinical psychopharmacology</w:t>
      </w:r>
      <w:r w:rsidRPr="00452EF4">
        <w:rPr>
          <w:noProof/>
        </w:rPr>
        <w:t>. 1998; 18(2):103–10.</w:t>
      </w:r>
    </w:p>
    <w:p w14:paraId="57AEE157" w14:textId="77777777" w:rsidR="00452EF4" w:rsidRPr="00452EF4" w:rsidRDefault="00452EF4" w:rsidP="00452EF4">
      <w:pPr>
        <w:pStyle w:val="EndNoteBibliography"/>
        <w:spacing w:after="0"/>
        <w:rPr>
          <w:noProof/>
        </w:rPr>
      </w:pPr>
      <w:r w:rsidRPr="00452EF4">
        <w:rPr>
          <w:noProof/>
        </w:rPr>
        <w:t>86.</w:t>
      </w:r>
      <w:r w:rsidRPr="00452EF4">
        <w:rPr>
          <w:noProof/>
        </w:rPr>
        <w:tab/>
        <w:t xml:space="preserve">Hwang TJ, Lee S-M, Sun H-J, et al. Amisulpride versus risperidone in the treatment of schizophrenic patients: a double-blind pilot study in Taiwan. </w:t>
      </w:r>
      <w:r w:rsidRPr="00452EF4">
        <w:rPr>
          <w:i/>
          <w:noProof/>
        </w:rPr>
        <w:t>Journal of the Formosan Medical Association</w:t>
      </w:r>
      <w:r w:rsidRPr="00452EF4">
        <w:rPr>
          <w:noProof/>
        </w:rPr>
        <w:t>. 2003; 102(1):30–6.</w:t>
      </w:r>
    </w:p>
    <w:p w14:paraId="1F9FFBB5" w14:textId="77777777" w:rsidR="00452EF4" w:rsidRPr="00452EF4" w:rsidRDefault="00452EF4" w:rsidP="00452EF4">
      <w:pPr>
        <w:pStyle w:val="EndNoteBibliography"/>
        <w:spacing w:after="0"/>
        <w:rPr>
          <w:noProof/>
        </w:rPr>
      </w:pPr>
      <w:r w:rsidRPr="00452EF4">
        <w:rPr>
          <w:noProof/>
        </w:rPr>
        <w:t>87.</w:t>
      </w:r>
      <w:r w:rsidRPr="00452EF4">
        <w:rPr>
          <w:noProof/>
        </w:rPr>
        <w:tab/>
        <w:t xml:space="preserve">Yang L and Qi X. Effect of olanzapine combined with risperidone in the treatment of schizophrenia and its influence on cognitive function. </w:t>
      </w:r>
      <w:r w:rsidRPr="00452EF4">
        <w:rPr>
          <w:i/>
          <w:noProof/>
        </w:rPr>
        <w:t>Pakistan Journal of Medical Sciences</w:t>
      </w:r>
      <w:r w:rsidRPr="00452EF4">
        <w:rPr>
          <w:noProof/>
        </w:rPr>
        <w:t>. 2021; 37(3):646.</w:t>
      </w:r>
    </w:p>
    <w:p w14:paraId="2E330606" w14:textId="77777777" w:rsidR="00452EF4" w:rsidRPr="00452EF4" w:rsidRDefault="00452EF4" w:rsidP="00452EF4">
      <w:pPr>
        <w:pStyle w:val="EndNoteBibliography"/>
        <w:spacing w:after="0"/>
        <w:rPr>
          <w:noProof/>
        </w:rPr>
      </w:pPr>
      <w:r w:rsidRPr="00452EF4">
        <w:rPr>
          <w:noProof/>
        </w:rPr>
        <w:t>88.</w:t>
      </w:r>
      <w:r w:rsidRPr="00452EF4">
        <w:rPr>
          <w:noProof/>
        </w:rPr>
        <w:tab/>
        <w:t xml:space="preserve">Addington DE, Pantelis C, Dineen M, et al. Efficacy and tolerability of ziprasidone versus risperidone in patients with acute exacerbation of schizophrenia or schizoaffective disorder: an 8-week, double-blind, multicenter trial. </w:t>
      </w:r>
      <w:r w:rsidRPr="00452EF4">
        <w:rPr>
          <w:i/>
          <w:noProof/>
        </w:rPr>
        <w:t>Journal of clinical Psychiatry</w:t>
      </w:r>
      <w:r w:rsidRPr="00452EF4">
        <w:rPr>
          <w:noProof/>
        </w:rPr>
        <w:t>. 2004; 65(12):1624–33.</w:t>
      </w:r>
    </w:p>
    <w:p w14:paraId="55437BE1" w14:textId="77777777" w:rsidR="00452EF4" w:rsidRPr="00452EF4" w:rsidRDefault="00452EF4" w:rsidP="00452EF4">
      <w:pPr>
        <w:pStyle w:val="EndNoteBibliography"/>
        <w:spacing w:after="0"/>
        <w:rPr>
          <w:noProof/>
        </w:rPr>
      </w:pPr>
      <w:r w:rsidRPr="00452EF4">
        <w:rPr>
          <w:noProof/>
        </w:rPr>
        <w:t>89.</w:t>
      </w:r>
      <w:r w:rsidRPr="00452EF4">
        <w:rPr>
          <w:noProof/>
        </w:rPr>
        <w:tab/>
        <w:t xml:space="preserve">Potkin SG, Gharabawi GM, Greenspan AJ, et al. A double-blind comparison of risperidone, quetiapine and placebo in patients with schizophrenia experiencing an acute exacerbation requiring hospitalization. </w:t>
      </w:r>
      <w:r w:rsidRPr="00452EF4">
        <w:rPr>
          <w:i/>
          <w:noProof/>
        </w:rPr>
        <w:t>Schizophr Res</w:t>
      </w:r>
      <w:r w:rsidRPr="00452EF4">
        <w:rPr>
          <w:noProof/>
        </w:rPr>
        <w:t>. 2006; 85(1-3):254–65.</w:t>
      </w:r>
    </w:p>
    <w:p w14:paraId="443CBE11" w14:textId="77777777" w:rsidR="00452EF4" w:rsidRPr="00452EF4" w:rsidRDefault="00452EF4" w:rsidP="00452EF4">
      <w:pPr>
        <w:pStyle w:val="EndNoteBibliography"/>
        <w:spacing w:after="0"/>
        <w:rPr>
          <w:noProof/>
        </w:rPr>
      </w:pPr>
      <w:r w:rsidRPr="00452EF4">
        <w:rPr>
          <w:noProof/>
        </w:rPr>
        <w:t>90.</w:t>
      </w:r>
      <w:r w:rsidRPr="00452EF4">
        <w:rPr>
          <w:noProof/>
        </w:rPr>
        <w:tab/>
        <w:t xml:space="preserve">Huafang Li a CYb, Jianguo Shi c, Fude Yang d, Shuguang Qi e, Lili Wang f, Honggeng Zhang g, Jie Li h, Chuanyue Wang i, Chuansheng Wang j, Cui Liu k, Lehua Li l, Qiang Wang m, Keqing Li n, Xiaoyan Luo o, Niufan Gu. Comparative study of the efficacy and safety between blonanserin and risperidone for the treatment of schizophrenia in Chinese patients: A double-blind, parallel-group multicenter randomized trial. </w:t>
      </w:r>
      <w:r w:rsidRPr="00452EF4">
        <w:rPr>
          <w:i/>
          <w:noProof/>
        </w:rPr>
        <w:t>Journal of Psychiatric Research</w:t>
      </w:r>
      <w:r w:rsidRPr="00452EF4">
        <w:rPr>
          <w:noProof/>
        </w:rPr>
        <w:t>. 2015; 69:102–9.</w:t>
      </w:r>
    </w:p>
    <w:p w14:paraId="09BF3415" w14:textId="77777777" w:rsidR="00452EF4" w:rsidRPr="00452EF4" w:rsidRDefault="00452EF4" w:rsidP="00452EF4">
      <w:pPr>
        <w:pStyle w:val="EndNoteBibliography"/>
        <w:spacing w:after="0"/>
        <w:rPr>
          <w:noProof/>
        </w:rPr>
      </w:pPr>
      <w:r w:rsidRPr="00452EF4">
        <w:rPr>
          <w:noProof/>
        </w:rPr>
        <w:t>91.</w:t>
      </w:r>
      <w:r w:rsidRPr="00452EF4">
        <w:rPr>
          <w:noProof/>
        </w:rPr>
        <w:tab/>
        <w:t>Huttunen MO, Piepponen T, Rantanen H, et al. Risperidone versus zuclopenthixol in the treatment of acute schizophrenic episodes: a double</w:t>
      </w:r>
      <w:r w:rsidRPr="00452EF4">
        <w:rPr>
          <w:rFonts w:ascii="Cambria Math" w:hAnsi="Cambria Math" w:cs="Cambria Math"/>
          <w:noProof/>
        </w:rPr>
        <w:t>‐</w:t>
      </w:r>
      <w:r w:rsidRPr="00452EF4">
        <w:rPr>
          <w:noProof/>
        </w:rPr>
        <w:t>blind parallel</w:t>
      </w:r>
      <w:r w:rsidRPr="00452EF4">
        <w:rPr>
          <w:rFonts w:ascii="Cambria Math" w:hAnsi="Cambria Math" w:cs="Cambria Math"/>
          <w:noProof/>
        </w:rPr>
        <w:t>‐</w:t>
      </w:r>
      <w:r w:rsidRPr="00452EF4">
        <w:rPr>
          <w:noProof/>
        </w:rPr>
        <w:t xml:space="preserve">group trial. </w:t>
      </w:r>
      <w:r w:rsidRPr="00452EF4">
        <w:rPr>
          <w:i/>
          <w:noProof/>
        </w:rPr>
        <w:t>Acta Psychiatrica Scandinavica</w:t>
      </w:r>
      <w:r w:rsidRPr="00452EF4">
        <w:rPr>
          <w:noProof/>
        </w:rPr>
        <w:t>. 1995; 91(4):271–7.</w:t>
      </w:r>
    </w:p>
    <w:p w14:paraId="7CF04D56" w14:textId="77777777" w:rsidR="00452EF4" w:rsidRPr="00452EF4" w:rsidRDefault="00452EF4" w:rsidP="00452EF4">
      <w:pPr>
        <w:pStyle w:val="EndNoteBibliography"/>
        <w:spacing w:after="0"/>
        <w:rPr>
          <w:noProof/>
        </w:rPr>
      </w:pPr>
      <w:r w:rsidRPr="00452EF4">
        <w:rPr>
          <w:noProof/>
        </w:rPr>
        <w:t>92.</w:t>
      </w:r>
      <w:r w:rsidRPr="00452EF4">
        <w:rPr>
          <w:noProof/>
        </w:rPr>
        <w:tab/>
        <w:t xml:space="preserve">Parvizi M, Fadai F, Khodaei-Ardakani MR, et al. Effect of Cuscuta epithymum acquainted with risperidone on the improvement of clinical symptoms and cognitive impairment in patients with schizophrenia: A triple-blind randomized placebo-controlled trial. </w:t>
      </w:r>
      <w:r w:rsidRPr="00452EF4">
        <w:rPr>
          <w:i/>
          <w:noProof/>
        </w:rPr>
        <w:t>Galen Medical Journal</w:t>
      </w:r>
      <w:r w:rsidRPr="00452EF4">
        <w:rPr>
          <w:noProof/>
        </w:rPr>
        <w:t>. 2019; 8:e1334.</w:t>
      </w:r>
    </w:p>
    <w:p w14:paraId="5DBD4388" w14:textId="77777777" w:rsidR="00452EF4" w:rsidRPr="00452EF4" w:rsidRDefault="00452EF4" w:rsidP="00452EF4">
      <w:pPr>
        <w:pStyle w:val="EndNoteBibliography"/>
        <w:spacing w:after="0"/>
        <w:rPr>
          <w:noProof/>
        </w:rPr>
      </w:pPr>
      <w:r w:rsidRPr="00452EF4">
        <w:rPr>
          <w:noProof/>
        </w:rPr>
        <w:t>93.</w:t>
      </w:r>
      <w:r w:rsidRPr="00452EF4">
        <w:rPr>
          <w:noProof/>
        </w:rPr>
        <w:tab/>
        <w:t>Harvey PD, Nakamura H and Miura S. Blonanserin vs risperidone in Japanese patients with schizophrenia: A post hoc analysis of a phase 3, 8</w:t>
      </w:r>
      <w:r w:rsidRPr="00452EF4">
        <w:rPr>
          <w:rFonts w:ascii="Cambria Math" w:hAnsi="Cambria Math" w:cs="Cambria Math"/>
          <w:noProof/>
        </w:rPr>
        <w:t>‐</w:t>
      </w:r>
      <w:r w:rsidRPr="00452EF4">
        <w:rPr>
          <w:noProof/>
        </w:rPr>
        <w:t>week, multicenter, double</w:t>
      </w:r>
      <w:r w:rsidRPr="00452EF4">
        <w:rPr>
          <w:rFonts w:ascii="Cambria Math" w:hAnsi="Cambria Math" w:cs="Cambria Math"/>
          <w:noProof/>
        </w:rPr>
        <w:t>‐</w:t>
      </w:r>
      <w:r w:rsidRPr="00452EF4">
        <w:rPr>
          <w:noProof/>
        </w:rPr>
        <w:t xml:space="preserve">blind, randomized controlled study. </w:t>
      </w:r>
      <w:r w:rsidRPr="00452EF4">
        <w:rPr>
          <w:i/>
          <w:noProof/>
        </w:rPr>
        <w:t>Neuropsychopharmacology reports</w:t>
      </w:r>
      <w:r w:rsidRPr="00452EF4">
        <w:rPr>
          <w:noProof/>
        </w:rPr>
        <w:t>. 2020; 40(1):63–72.</w:t>
      </w:r>
    </w:p>
    <w:p w14:paraId="7E83C2B7" w14:textId="77777777" w:rsidR="00452EF4" w:rsidRPr="00452EF4" w:rsidRDefault="00452EF4" w:rsidP="00452EF4">
      <w:pPr>
        <w:pStyle w:val="EndNoteBibliography"/>
        <w:spacing w:after="0"/>
        <w:rPr>
          <w:noProof/>
        </w:rPr>
      </w:pPr>
      <w:r w:rsidRPr="00452EF4">
        <w:rPr>
          <w:noProof/>
        </w:rPr>
        <w:t>94.</w:t>
      </w:r>
      <w:r w:rsidRPr="00452EF4">
        <w:rPr>
          <w:noProof/>
        </w:rPr>
        <w:tab/>
        <w:t xml:space="preserve">Yen YC, Lung FW and Chong MY. Adverse effects of risperidone and haloperidol treatment in schizophrenia. </w:t>
      </w:r>
      <w:r w:rsidRPr="00452EF4">
        <w:rPr>
          <w:i/>
          <w:noProof/>
        </w:rPr>
        <w:t>Prog Neuropsychopharmacol Biol Psychiatry</w:t>
      </w:r>
      <w:r w:rsidRPr="00452EF4">
        <w:rPr>
          <w:noProof/>
        </w:rPr>
        <w:t>. 2004; 28(2):285–90.</w:t>
      </w:r>
    </w:p>
    <w:p w14:paraId="5396ED38" w14:textId="77777777" w:rsidR="00452EF4" w:rsidRPr="00452EF4" w:rsidRDefault="00452EF4" w:rsidP="00452EF4">
      <w:pPr>
        <w:pStyle w:val="EndNoteBibliography"/>
        <w:spacing w:after="0"/>
        <w:rPr>
          <w:noProof/>
        </w:rPr>
      </w:pPr>
      <w:r w:rsidRPr="00452EF4">
        <w:rPr>
          <w:noProof/>
        </w:rPr>
        <w:t>95.</w:t>
      </w:r>
      <w:r w:rsidRPr="00452EF4">
        <w:rPr>
          <w:noProof/>
        </w:rPr>
        <w:tab/>
        <w:t xml:space="preserve">NCT00711269. Study of SM-13496 (Lurasidone HCl) in Patients With Schizophrenia. </w:t>
      </w:r>
      <w:r w:rsidRPr="00452EF4">
        <w:rPr>
          <w:i/>
          <w:noProof/>
        </w:rPr>
        <w:t>-</w:t>
      </w:r>
      <w:r w:rsidRPr="00452EF4">
        <w:rPr>
          <w:noProof/>
        </w:rPr>
        <w:t>. 2022; -:–.</w:t>
      </w:r>
    </w:p>
    <w:p w14:paraId="0C5049E4" w14:textId="77777777" w:rsidR="00452EF4" w:rsidRPr="00452EF4" w:rsidRDefault="00452EF4" w:rsidP="00452EF4">
      <w:pPr>
        <w:pStyle w:val="EndNoteBibliography"/>
        <w:spacing w:after="0"/>
        <w:rPr>
          <w:noProof/>
        </w:rPr>
      </w:pPr>
      <w:r w:rsidRPr="00452EF4">
        <w:rPr>
          <w:noProof/>
        </w:rPr>
        <w:t>96.</w:t>
      </w:r>
      <w:r w:rsidRPr="00452EF4">
        <w:rPr>
          <w:noProof/>
        </w:rPr>
        <w:tab/>
        <w:t xml:space="preserve">Zhang H, Li H, Shu L, et al. Double-blind comparison of ziprasidone and risperidone in the treatment of Chinese patients with acute exacerbation of schizophrenia. </w:t>
      </w:r>
      <w:r w:rsidRPr="00452EF4">
        <w:rPr>
          <w:i/>
          <w:noProof/>
        </w:rPr>
        <w:t>Neuropsychiatric disease and treatment</w:t>
      </w:r>
      <w:r w:rsidRPr="00452EF4">
        <w:rPr>
          <w:noProof/>
        </w:rPr>
        <w:t>. 2011:77–85.</w:t>
      </w:r>
    </w:p>
    <w:p w14:paraId="5F89ECC2" w14:textId="77777777" w:rsidR="00452EF4" w:rsidRPr="00452EF4" w:rsidRDefault="00452EF4" w:rsidP="00452EF4">
      <w:pPr>
        <w:pStyle w:val="EndNoteBibliography"/>
        <w:spacing w:after="0"/>
        <w:rPr>
          <w:noProof/>
        </w:rPr>
      </w:pPr>
      <w:r w:rsidRPr="00452EF4">
        <w:rPr>
          <w:noProof/>
        </w:rPr>
        <w:t>97.</w:t>
      </w:r>
      <w:r w:rsidRPr="00452EF4">
        <w:rPr>
          <w:noProof/>
        </w:rPr>
        <w:tab/>
        <w:t xml:space="preserve">NCT03055338. An Active-Controlled Early Phase Study of MK-8189 in Adults With Schizophrenia (MK-8189-005). </w:t>
      </w:r>
      <w:r w:rsidRPr="00452EF4">
        <w:rPr>
          <w:i/>
          <w:noProof/>
        </w:rPr>
        <w:t>-</w:t>
      </w:r>
      <w:r w:rsidRPr="00452EF4">
        <w:rPr>
          <w:noProof/>
        </w:rPr>
        <w:t>. 2018; -:–.</w:t>
      </w:r>
    </w:p>
    <w:p w14:paraId="1FBEFC1F" w14:textId="77777777" w:rsidR="00452EF4" w:rsidRPr="00452EF4" w:rsidRDefault="00452EF4" w:rsidP="00452EF4">
      <w:pPr>
        <w:pStyle w:val="EndNoteBibliography"/>
        <w:spacing w:after="0"/>
        <w:rPr>
          <w:noProof/>
        </w:rPr>
      </w:pPr>
      <w:r w:rsidRPr="00452EF4">
        <w:rPr>
          <w:noProof/>
        </w:rPr>
        <w:t>98.</w:t>
      </w:r>
      <w:r w:rsidRPr="00452EF4">
        <w:rPr>
          <w:noProof/>
        </w:rPr>
        <w:tab/>
        <w:t xml:space="preserve">NCT00563706. Study evaluating vabicaserin in subjects with schizophrenia. </w:t>
      </w:r>
      <w:r w:rsidRPr="00452EF4">
        <w:rPr>
          <w:i/>
          <w:noProof/>
        </w:rPr>
        <w:t>-</w:t>
      </w:r>
      <w:r w:rsidRPr="00452EF4">
        <w:rPr>
          <w:noProof/>
        </w:rPr>
        <w:t>. 2014; -:–.</w:t>
      </w:r>
    </w:p>
    <w:p w14:paraId="3478D6FF" w14:textId="77777777" w:rsidR="00452EF4" w:rsidRPr="00452EF4" w:rsidRDefault="00452EF4" w:rsidP="00452EF4">
      <w:pPr>
        <w:pStyle w:val="EndNoteBibliography"/>
        <w:spacing w:after="0"/>
        <w:rPr>
          <w:noProof/>
        </w:rPr>
      </w:pPr>
      <w:r w:rsidRPr="00452EF4">
        <w:rPr>
          <w:noProof/>
        </w:rPr>
        <w:t>99.</w:t>
      </w:r>
      <w:r w:rsidRPr="00452EF4">
        <w:rPr>
          <w:noProof/>
        </w:rPr>
        <w:tab/>
        <w:t xml:space="preserve">Peuskens J, Bech P, Möller H-J, et al. Amisulpride vs. risperidone in the treatment of acute exacerbations of schizophrenia. </w:t>
      </w:r>
      <w:r w:rsidRPr="00452EF4">
        <w:rPr>
          <w:i/>
          <w:noProof/>
        </w:rPr>
        <w:t>Psychiatry research</w:t>
      </w:r>
      <w:r w:rsidRPr="00452EF4">
        <w:rPr>
          <w:noProof/>
        </w:rPr>
        <w:t>. 1999; 88(2):107–17.</w:t>
      </w:r>
    </w:p>
    <w:p w14:paraId="5CDAF489" w14:textId="77777777" w:rsidR="00452EF4" w:rsidRPr="00452EF4" w:rsidRDefault="00452EF4" w:rsidP="00452EF4">
      <w:pPr>
        <w:pStyle w:val="EndNoteBibliography"/>
        <w:spacing w:after="0"/>
        <w:rPr>
          <w:noProof/>
        </w:rPr>
      </w:pPr>
      <w:r w:rsidRPr="00452EF4">
        <w:rPr>
          <w:noProof/>
        </w:rPr>
        <w:t>100.</w:t>
      </w:r>
      <w:r w:rsidRPr="00452EF4">
        <w:rPr>
          <w:noProof/>
        </w:rPr>
        <w:tab/>
        <w:t xml:space="preserve">Casey DE, Sands EE, Heisterberg J and Yang HM. Efficacy and safety of bifeprunox in patients with an acute exacerbation of schizophrenia: results from a randomized, double-blind, placebo-controlled, multicenter, dose-finding study. </w:t>
      </w:r>
      <w:r w:rsidRPr="00452EF4">
        <w:rPr>
          <w:i/>
          <w:noProof/>
        </w:rPr>
        <w:t>Psychopharmacology (Berl)</w:t>
      </w:r>
      <w:r w:rsidRPr="00452EF4">
        <w:rPr>
          <w:noProof/>
        </w:rPr>
        <w:t>. 2008; 200(3):317–31.</w:t>
      </w:r>
    </w:p>
    <w:p w14:paraId="5791E2AF" w14:textId="77777777" w:rsidR="00452EF4" w:rsidRPr="00452EF4" w:rsidRDefault="00452EF4" w:rsidP="00452EF4">
      <w:pPr>
        <w:pStyle w:val="EndNoteBibliography"/>
        <w:spacing w:after="0"/>
        <w:rPr>
          <w:noProof/>
        </w:rPr>
      </w:pPr>
      <w:r w:rsidRPr="00452EF4">
        <w:rPr>
          <w:noProof/>
        </w:rPr>
        <w:lastRenderedPageBreak/>
        <w:t>101.</w:t>
      </w:r>
      <w:r w:rsidRPr="00452EF4">
        <w:rPr>
          <w:noProof/>
        </w:rPr>
        <w:tab/>
        <w:t xml:space="preserve">Blin O, Azorin JM and Bouhours P. Antipsychotic and anxiolytic properties of risperidone, haloperidol, and methotrimeprazine in schizophrenic patients. </w:t>
      </w:r>
      <w:r w:rsidRPr="00452EF4">
        <w:rPr>
          <w:i/>
          <w:noProof/>
        </w:rPr>
        <w:t>Journal of Clinical Psychopharmacology</w:t>
      </w:r>
      <w:r w:rsidRPr="00452EF4">
        <w:rPr>
          <w:noProof/>
        </w:rPr>
        <w:t>. 1996; 16(1):38–44.</w:t>
      </w:r>
    </w:p>
    <w:p w14:paraId="5C5C20F3" w14:textId="77777777" w:rsidR="00452EF4" w:rsidRPr="00452EF4" w:rsidRDefault="00452EF4" w:rsidP="00452EF4">
      <w:pPr>
        <w:pStyle w:val="EndNoteBibliography"/>
        <w:spacing w:after="0"/>
        <w:rPr>
          <w:noProof/>
        </w:rPr>
      </w:pPr>
      <w:r w:rsidRPr="00452EF4">
        <w:rPr>
          <w:noProof/>
        </w:rPr>
        <w:t>102.</w:t>
      </w:r>
      <w:r w:rsidRPr="00452EF4">
        <w:rPr>
          <w:noProof/>
        </w:rPr>
        <w:tab/>
        <w:t xml:space="preserve">Li Y, Li H, Liu Y, et al. Comparison of quetiapine and risperidone in Chinese Han patients with schizophrenia: results of a single-blind, randomized study. </w:t>
      </w:r>
      <w:r w:rsidRPr="00452EF4">
        <w:rPr>
          <w:i/>
          <w:noProof/>
        </w:rPr>
        <w:t>Curr Med Res Opin</w:t>
      </w:r>
      <w:r w:rsidRPr="00452EF4">
        <w:rPr>
          <w:noProof/>
        </w:rPr>
        <w:t>. 2012; 28(10):1725–32.</w:t>
      </w:r>
    </w:p>
    <w:p w14:paraId="4130C06F" w14:textId="77777777" w:rsidR="00452EF4" w:rsidRPr="00452EF4" w:rsidRDefault="00452EF4" w:rsidP="00452EF4">
      <w:pPr>
        <w:pStyle w:val="EndNoteBibliography"/>
        <w:spacing w:after="0"/>
        <w:rPr>
          <w:noProof/>
        </w:rPr>
      </w:pPr>
      <w:r w:rsidRPr="00452EF4">
        <w:rPr>
          <w:noProof/>
        </w:rPr>
        <w:t>103.</w:t>
      </w:r>
      <w:r w:rsidRPr="00452EF4">
        <w:rPr>
          <w:noProof/>
        </w:rPr>
        <w:tab/>
        <w:t xml:space="preserve">NCT01175135. An Inpatient Study Of The Efficacy, Safety, And Tolerability Of PF-02545920 In The Treatment Of Acute Exacerbation Of Schizophrenia. </w:t>
      </w:r>
      <w:r w:rsidRPr="00452EF4">
        <w:rPr>
          <w:i/>
          <w:noProof/>
        </w:rPr>
        <w:t>-</w:t>
      </w:r>
      <w:r w:rsidRPr="00452EF4">
        <w:rPr>
          <w:noProof/>
        </w:rPr>
        <w:t>. 2018; -:–.</w:t>
      </w:r>
    </w:p>
    <w:p w14:paraId="5482A0CD" w14:textId="77777777" w:rsidR="00452EF4" w:rsidRPr="00452EF4" w:rsidRDefault="00452EF4" w:rsidP="00452EF4">
      <w:pPr>
        <w:pStyle w:val="EndNoteBibliography"/>
        <w:spacing w:after="0"/>
        <w:rPr>
          <w:noProof/>
        </w:rPr>
      </w:pPr>
      <w:r w:rsidRPr="00452EF4">
        <w:rPr>
          <w:noProof/>
        </w:rPr>
        <w:t>104.</w:t>
      </w:r>
      <w:r w:rsidRPr="00452EF4">
        <w:rPr>
          <w:noProof/>
        </w:rPr>
        <w:tab/>
        <w:t>Feng Y, Shi J, Wang L, et al. Randomized, double</w:t>
      </w:r>
      <w:r w:rsidRPr="00452EF4">
        <w:rPr>
          <w:rFonts w:ascii="Cambria Math" w:hAnsi="Cambria Math" w:cs="Cambria Math"/>
          <w:noProof/>
        </w:rPr>
        <w:t>‐</w:t>
      </w:r>
      <w:r w:rsidRPr="00452EF4">
        <w:rPr>
          <w:noProof/>
        </w:rPr>
        <w:t>blind, 6</w:t>
      </w:r>
      <w:r w:rsidRPr="00452EF4">
        <w:rPr>
          <w:rFonts w:ascii="Cambria Math" w:hAnsi="Cambria Math" w:cs="Cambria Math"/>
          <w:noProof/>
        </w:rPr>
        <w:t>‐</w:t>
      </w:r>
      <w:r w:rsidRPr="00452EF4">
        <w:rPr>
          <w:noProof/>
        </w:rPr>
        <w:t>week non</w:t>
      </w:r>
      <w:r w:rsidRPr="00452EF4">
        <w:rPr>
          <w:rFonts w:ascii="Cambria Math" w:hAnsi="Cambria Math" w:cs="Cambria Math"/>
          <w:noProof/>
        </w:rPr>
        <w:t>‐</w:t>
      </w:r>
      <w:r w:rsidRPr="00452EF4">
        <w:rPr>
          <w:noProof/>
        </w:rPr>
        <w:t xml:space="preserve">inferiority study of lurasidone and risperidone for the treatment of schizophrenia. </w:t>
      </w:r>
      <w:r w:rsidRPr="00452EF4">
        <w:rPr>
          <w:i/>
          <w:noProof/>
        </w:rPr>
        <w:t>Psychiatry and Clinical Neurosciences</w:t>
      </w:r>
      <w:r w:rsidRPr="00452EF4">
        <w:rPr>
          <w:noProof/>
        </w:rPr>
        <w:t>. 2020; 74(6):336–43.</w:t>
      </w:r>
    </w:p>
    <w:p w14:paraId="445C716A" w14:textId="77777777" w:rsidR="00452EF4" w:rsidRPr="00452EF4" w:rsidRDefault="00452EF4" w:rsidP="00452EF4">
      <w:pPr>
        <w:pStyle w:val="EndNoteBibliography"/>
        <w:spacing w:after="0"/>
        <w:rPr>
          <w:noProof/>
        </w:rPr>
      </w:pPr>
      <w:r w:rsidRPr="00452EF4">
        <w:rPr>
          <w:noProof/>
        </w:rPr>
        <w:t>105.</w:t>
      </w:r>
      <w:r w:rsidRPr="00452EF4">
        <w:rPr>
          <w:noProof/>
        </w:rPr>
        <w:tab/>
        <w:t xml:space="preserve">Downing AM, Kinon BJ, Millen BA, et al. A double-blind, placebo-controlled comparator study of LY2140023 monohydrate in patients with schizophrenia. </w:t>
      </w:r>
      <w:r w:rsidRPr="00452EF4">
        <w:rPr>
          <w:i/>
          <w:noProof/>
        </w:rPr>
        <w:t>BMC psychiatry</w:t>
      </w:r>
      <w:r w:rsidRPr="00452EF4">
        <w:rPr>
          <w:noProof/>
        </w:rPr>
        <w:t>. 2014; 14:1–12.</w:t>
      </w:r>
    </w:p>
    <w:p w14:paraId="72ADD5ED" w14:textId="77777777" w:rsidR="00452EF4" w:rsidRPr="00452EF4" w:rsidRDefault="00452EF4" w:rsidP="00452EF4">
      <w:pPr>
        <w:pStyle w:val="EndNoteBibliography"/>
        <w:spacing w:after="0"/>
        <w:rPr>
          <w:noProof/>
        </w:rPr>
      </w:pPr>
      <w:r w:rsidRPr="00452EF4">
        <w:rPr>
          <w:noProof/>
        </w:rPr>
        <w:t>106.</w:t>
      </w:r>
      <w:r w:rsidRPr="00452EF4">
        <w:rPr>
          <w:noProof/>
        </w:rPr>
        <w:tab/>
        <w:t xml:space="preserve">Ceskova E and Svestka J. Risperidone vs. perphenazine-a double-blind comparison and prolactin plasma levels. </w:t>
      </w:r>
      <w:r w:rsidRPr="00452EF4">
        <w:rPr>
          <w:i/>
          <w:noProof/>
        </w:rPr>
        <w:t>Psychiatria Danubina</w:t>
      </w:r>
      <w:r w:rsidRPr="00452EF4">
        <w:rPr>
          <w:noProof/>
        </w:rPr>
        <w:t>. 1994; 6(3</w:t>
      </w:r>
      <w:r w:rsidRPr="00452EF4">
        <w:rPr>
          <w:rFonts w:ascii="Cambria Math" w:hAnsi="Cambria Math" w:cs="Cambria Math"/>
          <w:noProof/>
        </w:rPr>
        <w:t>‐</w:t>
      </w:r>
      <w:r w:rsidRPr="00452EF4">
        <w:rPr>
          <w:noProof/>
        </w:rPr>
        <w:t>4):151–5.</w:t>
      </w:r>
    </w:p>
    <w:p w14:paraId="136872E6" w14:textId="77777777" w:rsidR="00452EF4" w:rsidRPr="00452EF4" w:rsidRDefault="00452EF4" w:rsidP="00452EF4">
      <w:pPr>
        <w:pStyle w:val="EndNoteBibliography"/>
        <w:spacing w:after="0"/>
        <w:rPr>
          <w:noProof/>
        </w:rPr>
      </w:pPr>
      <w:r w:rsidRPr="00452EF4">
        <w:rPr>
          <w:noProof/>
        </w:rPr>
        <w:t>107.</w:t>
      </w:r>
      <w:r w:rsidRPr="00452EF4">
        <w:rPr>
          <w:noProof/>
        </w:rPr>
        <w:tab/>
        <w:t xml:space="preserve">Marder SR and Meibach RC. Risperidone in the treatment of schizophrenia. </w:t>
      </w:r>
      <w:r w:rsidRPr="00452EF4">
        <w:rPr>
          <w:i/>
          <w:noProof/>
        </w:rPr>
        <w:t>The American journal of psychiatry</w:t>
      </w:r>
      <w:r w:rsidRPr="00452EF4">
        <w:rPr>
          <w:noProof/>
        </w:rPr>
        <w:t>. 1994; 151(6):825–35.</w:t>
      </w:r>
    </w:p>
    <w:p w14:paraId="46B960CB" w14:textId="77777777" w:rsidR="00452EF4" w:rsidRPr="00452EF4" w:rsidRDefault="00452EF4" w:rsidP="00452EF4">
      <w:pPr>
        <w:pStyle w:val="EndNoteBibliography"/>
        <w:spacing w:after="0"/>
        <w:rPr>
          <w:noProof/>
        </w:rPr>
      </w:pPr>
      <w:r w:rsidRPr="00452EF4">
        <w:rPr>
          <w:noProof/>
        </w:rPr>
        <w:t>108.</w:t>
      </w:r>
      <w:r w:rsidRPr="00452EF4">
        <w:rPr>
          <w:noProof/>
        </w:rPr>
        <w:tab/>
        <w:t xml:space="preserve">Potkin SG, Cohen M and Panagides J. Efficacy and tolerability of asenapine in acute schizophrenia: a placebo-and risperidone-controlled trial. </w:t>
      </w:r>
      <w:r w:rsidRPr="00452EF4">
        <w:rPr>
          <w:i/>
          <w:noProof/>
        </w:rPr>
        <w:t>Journal of Clinical Psychiatry</w:t>
      </w:r>
      <w:r w:rsidRPr="00452EF4">
        <w:rPr>
          <w:noProof/>
        </w:rPr>
        <w:t>. 2007; 68(10):1492–500.</w:t>
      </w:r>
    </w:p>
    <w:p w14:paraId="6ABF0F11" w14:textId="77777777" w:rsidR="00452EF4" w:rsidRPr="00452EF4" w:rsidRDefault="00452EF4" w:rsidP="00452EF4">
      <w:pPr>
        <w:pStyle w:val="EndNoteBibliography"/>
        <w:spacing w:after="0"/>
        <w:rPr>
          <w:noProof/>
        </w:rPr>
      </w:pPr>
      <w:r w:rsidRPr="00452EF4">
        <w:rPr>
          <w:noProof/>
        </w:rPr>
        <w:t>109.</w:t>
      </w:r>
      <w:r w:rsidRPr="00452EF4">
        <w:rPr>
          <w:noProof/>
        </w:rPr>
        <w:tab/>
        <w:t xml:space="preserve">Lee SM, Chou YH, Li MH, et al. Effects of antipsychotics on cognitive performance in drug-naive schizophrenic patients. </w:t>
      </w:r>
      <w:r w:rsidRPr="00452EF4">
        <w:rPr>
          <w:i/>
          <w:noProof/>
        </w:rPr>
        <w:t>Prog Neuropsychopharmacol Biol Psychiatry</w:t>
      </w:r>
      <w:r w:rsidRPr="00452EF4">
        <w:rPr>
          <w:noProof/>
        </w:rPr>
        <w:t>. 2007; 31(5):1101–7.</w:t>
      </w:r>
    </w:p>
    <w:p w14:paraId="74010B60" w14:textId="77777777" w:rsidR="00452EF4" w:rsidRPr="00452EF4" w:rsidRDefault="00452EF4" w:rsidP="00452EF4">
      <w:pPr>
        <w:pStyle w:val="EndNoteBibliography"/>
        <w:spacing w:after="0"/>
        <w:rPr>
          <w:noProof/>
        </w:rPr>
      </w:pPr>
      <w:r w:rsidRPr="00452EF4">
        <w:rPr>
          <w:noProof/>
        </w:rPr>
        <w:t>110.</w:t>
      </w:r>
      <w:r w:rsidRPr="00452EF4">
        <w:rPr>
          <w:noProof/>
        </w:rPr>
        <w:tab/>
        <w:t xml:space="preserve">NCT04512066. A Trial of the Efficacy and the Safety of RO6889450 (Ralmitaront) vs Placebo in Patients With an Acute Exacerbation of Schizophrenia or Schizoaffective Disorder. </w:t>
      </w:r>
      <w:r w:rsidRPr="00452EF4">
        <w:rPr>
          <w:i/>
          <w:noProof/>
        </w:rPr>
        <w:t>-</w:t>
      </w:r>
      <w:r w:rsidRPr="00452EF4">
        <w:rPr>
          <w:noProof/>
        </w:rPr>
        <w:t>. 2023; -:–.</w:t>
      </w:r>
    </w:p>
    <w:p w14:paraId="793B0D32" w14:textId="77777777" w:rsidR="00452EF4" w:rsidRPr="00452EF4" w:rsidRDefault="00452EF4" w:rsidP="00452EF4">
      <w:pPr>
        <w:pStyle w:val="EndNoteBibliography"/>
        <w:spacing w:after="0"/>
        <w:rPr>
          <w:noProof/>
        </w:rPr>
      </w:pPr>
      <w:r w:rsidRPr="00452EF4">
        <w:rPr>
          <w:noProof/>
        </w:rPr>
        <w:t>111.</w:t>
      </w:r>
      <w:r w:rsidRPr="00452EF4">
        <w:rPr>
          <w:noProof/>
        </w:rPr>
        <w:tab/>
        <w:t xml:space="preserve">B Z. A 4-week, randomized, rater-blinded, parallelgroup, haloperidol-controlled study to evaluate the efficacy of quetiapine fumarate in improving sleep quality in the patients with schizophrenia. </w:t>
      </w:r>
      <w:r w:rsidRPr="00452EF4">
        <w:rPr>
          <w:i/>
          <w:noProof/>
        </w:rPr>
        <w:t>International Journal of Neuropsychopharmacology</w:t>
      </w:r>
      <w:r w:rsidRPr="00452EF4">
        <w:rPr>
          <w:noProof/>
        </w:rPr>
        <w:t>. 2010; 13:113–4.</w:t>
      </w:r>
    </w:p>
    <w:p w14:paraId="7BEBB444" w14:textId="77777777" w:rsidR="00452EF4" w:rsidRPr="00452EF4" w:rsidRDefault="00452EF4" w:rsidP="00452EF4">
      <w:pPr>
        <w:pStyle w:val="EndNoteBibliography"/>
        <w:spacing w:after="0"/>
        <w:rPr>
          <w:noProof/>
        </w:rPr>
      </w:pPr>
      <w:r w:rsidRPr="00452EF4">
        <w:rPr>
          <w:noProof/>
        </w:rPr>
        <w:t>112.</w:t>
      </w:r>
      <w:r w:rsidRPr="00452EF4">
        <w:rPr>
          <w:noProof/>
        </w:rPr>
        <w:tab/>
        <w:t xml:space="preserve">Canuso CM, Dirks B, Carothers J, et al. Randomized, double-blind, placebo-controlled study of paliperidone extended-release and quetiapine in inpatients with recently exacerbated schizophrenia. </w:t>
      </w:r>
      <w:r w:rsidRPr="00452EF4">
        <w:rPr>
          <w:i/>
          <w:noProof/>
        </w:rPr>
        <w:t>American Journal of Psychiatry</w:t>
      </w:r>
      <w:r w:rsidRPr="00452EF4">
        <w:rPr>
          <w:noProof/>
        </w:rPr>
        <w:t>. 2009; 166(6):691–701.</w:t>
      </w:r>
    </w:p>
    <w:p w14:paraId="52F9CD76" w14:textId="77777777" w:rsidR="00452EF4" w:rsidRPr="00452EF4" w:rsidRDefault="00452EF4" w:rsidP="00452EF4">
      <w:pPr>
        <w:pStyle w:val="EndNoteBibliography"/>
        <w:spacing w:after="0"/>
        <w:rPr>
          <w:noProof/>
        </w:rPr>
      </w:pPr>
      <w:r w:rsidRPr="00452EF4">
        <w:rPr>
          <w:noProof/>
        </w:rPr>
        <w:t>113.</w:t>
      </w:r>
      <w:r w:rsidRPr="00452EF4">
        <w:rPr>
          <w:noProof/>
        </w:rPr>
        <w:tab/>
        <w:t xml:space="preserve">Zimmerman M and Coryell WH. DSM-3 Personality Disorder Dimensions. </w:t>
      </w:r>
      <w:r w:rsidRPr="00452EF4">
        <w:rPr>
          <w:i/>
          <w:noProof/>
        </w:rPr>
        <w:t>The Journal of nervous and mental disease</w:t>
      </w:r>
      <w:r w:rsidRPr="00452EF4">
        <w:rPr>
          <w:noProof/>
        </w:rPr>
        <w:t>. 1990; 178(11):686–92.</w:t>
      </w:r>
    </w:p>
    <w:p w14:paraId="02F5CDEA" w14:textId="77777777" w:rsidR="00452EF4" w:rsidRPr="00452EF4" w:rsidRDefault="00452EF4" w:rsidP="00452EF4">
      <w:pPr>
        <w:pStyle w:val="EndNoteBibliography"/>
        <w:spacing w:after="0"/>
        <w:rPr>
          <w:noProof/>
        </w:rPr>
      </w:pPr>
      <w:r w:rsidRPr="00452EF4">
        <w:rPr>
          <w:noProof/>
        </w:rPr>
        <w:t>114.</w:t>
      </w:r>
      <w:r w:rsidRPr="00452EF4">
        <w:rPr>
          <w:noProof/>
        </w:rPr>
        <w:tab/>
        <w:t xml:space="preserve">Bell CC. DSM-IV: diagnostic and statistical manual of mental disorders. </w:t>
      </w:r>
      <w:r w:rsidRPr="00452EF4">
        <w:rPr>
          <w:i/>
          <w:noProof/>
        </w:rPr>
        <w:t>Jama</w:t>
      </w:r>
      <w:r w:rsidRPr="00452EF4">
        <w:rPr>
          <w:noProof/>
        </w:rPr>
        <w:t>. 1994; 272(10):828–9.</w:t>
      </w:r>
    </w:p>
    <w:p w14:paraId="2AB4FAF3" w14:textId="77777777" w:rsidR="00452EF4" w:rsidRPr="00452EF4" w:rsidRDefault="00452EF4" w:rsidP="00452EF4">
      <w:pPr>
        <w:pStyle w:val="EndNoteBibliography"/>
        <w:spacing w:after="0"/>
        <w:rPr>
          <w:noProof/>
        </w:rPr>
      </w:pPr>
      <w:r w:rsidRPr="00452EF4">
        <w:rPr>
          <w:noProof/>
        </w:rPr>
        <w:t>115.</w:t>
      </w:r>
      <w:r w:rsidRPr="00452EF4">
        <w:rPr>
          <w:noProof/>
        </w:rPr>
        <w:tab/>
        <w:t xml:space="preserve">Tandon R, Gaebel W, Barch DM, et al. Definition and description of schizophrenia in the DSM-5. </w:t>
      </w:r>
      <w:r w:rsidRPr="00452EF4">
        <w:rPr>
          <w:i/>
          <w:noProof/>
        </w:rPr>
        <w:t>Schizophrenia research</w:t>
      </w:r>
      <w:r w:rsidRPr="00452EF4">
        <w:rPr>
          <w:noProof/>
        </w:rPr>
        <w:t>. 2013; 150(1):3–10.</w:t>
      </w:r>
    </w:p>
    <w:p w14:paraId="726F3FF8" w14:textId="77777777" w:rsidR="00452EF4" w:rsidRPr="00452EF4" w:rsidRDefault="00452EF4" w:rsidP="00452EF4">
      <w:pPr>
        <w:pStyle w:val="EndNoteBibliography"/>
        <w:spacing w:after="0"/>
        <w:rPr>
          <w:noProof/>
        </w:rPr>
      </w:pPr>
      <w:r w:rsidRPr="00452EF4">
        <w:rPr>
          <w:noProof/>
        </w:rPr>
        <w:t>116.</w:t>
      </w:r>
      <w:r w:rsidRPr="00452EF4">
        <w:rPr>
          <w:noProof/>
        </w:rPr>
        <w:tab/>
        <w:t xml:space="preserve">Williams DR PN, Anderson NB. Understanding associations among race, socioeconomic status, and health: Patterns and prospects. </w:t>
      </w:r>
      <w:r w:rsidRPr="00452EF4">
        <w:rPr>
          <w:i/>
          <w:noProof/>
        </w:rPr>
        <w:t>Health Psychol</w:t>
      </w:r>
      <w:r w:rsidRPr="00452EF4">
        <w:rPr>
          <w:noProof/>
        </w:rPr>
        <w:t>. 35(4):407.</w:t>
      </w:r>
    </w:p>
    <w:p w14:paraId="01D9F01C" w14:textId="77777777" w:rsidR="00452EF4" w:rsidRPr="00452EF4" w:rsidRDefault="00452EF4" w:rsidP="00452EF4">
      <w:pPr>
        <w:pStyle w:val="EndNoteBibliography"/>
        <w:spacing w:after="0"/>
        <w:rPr>
          <w:noProof/>
        </w:rPr>
      </w:pPr>
      <w:r w:rsidRPr="00452EF4">
        <w:rPr>
          <w:noProof/>
        </w:rPr>
        <w:t>117.</w:t>
      </w:r>
      <w:r w:rsidRPr="00452EF4">
        <w:rPr>
          <w:noProof/>
        </w:rPr>
        <w:tab/>
        <w:t>Dias S, Welton NJ, Sutton AJ and Ades A. NICE DSU Technical Support Document 2: a generalised linear modelling framework for pairwise and network meta-analysis of randomised controlled trials. 2011.</w:t>
      </w:r>
    </w:p>
    <w:p w14:paraId="5AE52660" w14:textId="77777777" w:rsidR="00452EF4" w:rsidRPr="00452EF4" w:rsidRDefault="00452EF4" w:rsidP="00452EF4">
      <w:pPr>
        <w:pStyle w:val="EndNoteBibliography"/>
        <w:spacing w:after="0"/>
        <w:rPr>
          <w:noProof/>
        </w:rPr>
      </w:pPr>
      <w:r w:rsidRPr="00452EF4">
        <w:rPr>
          <w:noProof/>
        </w:rPr>
        <w:t>118.</w:t>
      </w:r>
      <w:r w:rsidRPr="00452EF4">
        <w:rPr>
          <w:noProof/>
        </w:rPr>
        <w:tab/>
        <w:t>Upton G and Cook I. A dictionary of statistics 3e. Oxford university press, 2014.</w:t>
      </w:r>
    </w:p>
    <w:p w14:paraId="5C7B904E" w14:textId="77777777" w:rsidR="00452EF4" w:rsidRPr="00452EF4" w:rsidRDefault="00452EF4" w:rsidP="00452EF4">
      <w:pPr>
        <w:pStyle w:val="EndNoteBibliography"/>
        <w:spacing w:after="0"/>
        <w:rPr>
          <w:noProof/>
        </w:rPr>
      </w:pPr>
      <w:r w:rsidRPr="00452EF4">
        <w:rPr>
          <w:noProof/>
        </w:rPr>
        <w:t>119.</w:t>
      </w:r>
      <w:r w:rsidRPr="00452EF4">
        <w:rPr>
          <w:noProof/>
        </w:rPr>
        <w:tab/>
        <w:t xml:space="preserve">Ma J LW, Hunter A, Zhang W. Ma J, Liu W, Hunter A, Zhang W. . Performing meta-analysis with incomplete statistical information in clinical trials. </w:t>
      </w:r>
      <w:r w:rsidRPr="00452EF4">
        <w:rPr>
          <w:i/>
          <w:noProof/>
        </w:rPr>
        <w:t>BMC Med Res Methodol</w:t>
      </w:r>
      <w:r w:rsidRPr="00452EF4">
        <w:rPr>
          <w:noProof/>
        </w:rPr>
        <w:t>. 2008; 8(1):1.</w:t>
      </w:r>
    </w:p>
    <w:p w14:paraId="063417D7" w14:textId="77777777" w:rsidR="00452EF4" w:rsidRPr="00452EF4" w:rsidRDefault="00452EF4" w:rsidP="00452EF4">
      <w:pPr>
        <w:pStyle w:val="EndNoteBibliography"/>
        <w:spacing w:after="0"/>
        <w:rPr>
          <w:noProof/>
        </w:rPr>
      </w:pPr>
      <w:r w:rsidRPr="00452EF4">
        <w:rPr>
          <w:noProof/>
        </w:rPr>
        <w:t>120.</w:t>
      </w:r>
      <w:r w:rsidRPr="00452EF4">
        <w:rPr>
          <w:noProof/>
        </w:rPr>
        <w:tab/>
        <w:t>Dias S, Sutton AJ, Welton NJ and Ades A. NICE DSU Technical Support Document 3: Heterogeneity: subgroups, meta-regression, bias and bias-adjustment. 2011.</w:t>
      </w:r>
    </w:p>
    <w:p w14:paraId="76BF2AEE" w14:textId="77777777" w:rsidR="00452EF4" w:rsidRPr="00452EF4" w:rsidRDefault="00452EF4" w:rsidP="00452EF4">
      <w:pPr>
        <w:pStyle w:val="EndNoteBibliography"/>
        <w:spacing w:after="0"/>
        <w:rPr>
          <w:noProof/>
        </w:rPr>
      </w:pPr>
      <w:r w:rsidRPr="00452EF4">
        <w:rPr>
          <w:noProof/>
        </w:rPr>
        <w:lastRenderedPageBreak/>
        <w:t>121.</w:t>
      </w:r>
      <w:r w:rsidRPr="00452EF4">
        <w:rPr>
          <w:noProof/>
        </w:rPr>
        <w:tab/>
        <w:t>Dias S, Welton NJ, Sutton AJ, et al. NICE DSU Technical Support Document 4: Inconsistency in Networks of Evidence Based on Randomised Controlled Trials. 2011 last updated April 2014.</w:t>
      </w:r>
    </w:p>
    <w:p w14:paraId="6AAB362C" w14:textId="20CC0598" w:rsidR="00452EF4" w:rsidRPr="00452EF4" w:rsidRDefault="00452EF4" w:rsidP="00452EF4">
      <w:pPr>
        <w:pStyle w:val="EndNoteBibliography"/>
        <w:spacing w:after="0"/>
        <w:rPr>
          <w:noProof/>
        </w:rPr>
      </w:pPr>
      <w:r w:rsidRPr="00452EF4">
        <w:rPr>
          <w:noProof/>
        </w:rPr>
        <w:t>122.</w:t>
      </w:r>
      <w:r w:rsidRPr="00452EF4">
        <w:rPr>
          <w:noProof/>
        </w:rPr>
        <w:tab/>
        <w:t xml:space="preserve">Van Valkenhoef G and Kuiper J. gemtc: Network Meta-Analysis Using Bayesian Methods. 2016. Available at: </w:t>
      </w:r>
      <w:hyperlink r:id="rId126" w:history="1">
        <w:r w:rsidRPr="00452EF4">
          <w:rPr>
            <w:rStyle w:val="Hyperlink"/>
            <w:noProof/>
          </w:rPr>
          <w:t>https://CRAN.R-project.org/package=gemtc</w:t>
        </w:r>
      </w:hyperlink>
      <w:r w:rsidRPr="00452EF4">
        <w:rPr>
          <w:noProof/>
        </w:rPr>
        <w:t>. Accessed: 13th September 2017.</w:t>
      </w:r>
    </w:p>
    <w:p w14:paraId="5B48F722" w14:textId="77777777" w:rsidR="00452EF4" w:rsidRPr="00452EF4" w:rsidRDefault="00452EF4" w:rsidP="00452EF4">
      <w:pPr>
        <w:pStyle w:val="EndNoteBibliography"/>
        <w:spacing w:after="0"/>
        <w:rPr>
          <w:noProof/>
        </w:rPr>
      </w:pPr>
      <w:r w:rsidRPr="00452EF4">
        <w:rPr>
          <w:noProof/>
        </w:rPr>
        <w:t>123.</w:t>
      </w:r>
      <w:r w:rsidRPr="00452EF4">
        <w:rPr>
          <w:noProof/>
        </w:rPr>
        <w:tab/>
        <w:t>Team RC. R: A Language and Environment for Statistical Computing. 2018.</w:t>
      </w:r>
    </w:p>
    <w:p w14:paraId="71771C73" w14:textId="77777777" w:rsidR="00452EF4" w:rsidRPr="00452EF4" w:rsidRDefault="00452EF4" w:rsidP="00452EF4">
      <w:pPr>
        <w:pStyle w:val="EndNoteBibliography"/>
        <w:spacing w:after="0"/>
        <w:rPr>
          <w:noProof/>
        </w:rPr>
      </w:pPr>
      <w:r w:rsidRPr="00452EF4">
        <w:rPr>
          <w:noProof/>
        </w:rPr>
        <w:t>124.</w:t>
      </w:r>
      <w:r w:rsidRPr="00452EF4">
        <w:rPr>
          <w:noProof/>
        </w:rPr>
        <w:tab/>
        <w:t xml:space="preserve">Brooks SP and Gelman A. General methods for monitoring convergence of iterative simulations. </w:t>
      </w:r>
      <w:r w:rsidRPr="00452EF4">
        <w:rPr>
          <w:i/>
          <w:noProof/>
        </w:rPr>
        <w:t>Journal of computational and graphical statistics</w:t>
      </w:r>
      <w:r w:rsidRPr="00452EF4">
        <w:rPr>
          <w:noProof/>
        </w:rPr>
        <w:t>. 1998; 7(4):434–55.</w:t>
      </w:r>
    </w:p>
    <w:p w14:paraId="7FB7A10E" w14:textId="77777777" w:rsidR="00452EF4" w:rsidRPr="00452EF4" w:rsidRDefault="00452EF4" w:rsidP="00452EF4">
      <w:pPr>
        <w:pStyle w:val="EndNoteBibliography"/>
        <w:spacing w:after="0"/>
        <w:rPr>
          <w:noProof/>
        </w:rPr>
      </w:pPr>
      <w:r w:rsidRPr="00452EF4">
        <w:rPr>
          <w:noProof/>
        </w:rPr>
        <w:t>125.</w:t>
      </w:r>
      <w:r w:rsidRPr="00452EF4">
        <w:rPr>
          <w:noProof/>
        </w:rPr>
        <w:tab/>
        <w:t xml:space="preserve">Higgins JP and Thompson SG. Quantifying heterogeneity in a meta-analysis. </w:t>
      </w:r>
      <w:r w:rsidRPr="00452EF4">
        <w:rPr>
          <w:i/>
          <w:noProof/>
        </w:rPr>
        <w:t>Stat Med</w:t>
      </w:r>
      <w:r w:rsidRPr="00452EF4">
        <w:rPr>
          <w:noProof/>
        </w:rPr>
        <w:t>. 2002; 21(11):1539–58.</w:t>
      </w:r>
    </w:p>
    <w:p w14:paraId="24DE8C02" w14:textId="77777777" w:rsidR="00452EF4" w:rsidRPr="00452EF4" w:rsidRDefault="00452EF4" w:rsidP="00452EF4">
      <w:pPr>
        <w:pStyle w:val="EndNoteBibliography"/>
        <w:spacing w:after="0"/>
        <w:rPr>
          <w:noProof/>
        </w:rPr>
      </w:pPr>
      <w:r w:rsidRPr="00452EF4">
        <w:rPr>
          <w:noProof/>
        </w:rPr>
        <w:t>126.</w:t>
      </w:r>
      <w:r w:rsidRPr="00452EF4">
        <w:rPr>
          <w:noProof/>
        </w:rPr>
        <w:tab/>
        <w:t xml:space="preserve">Chandler J, Cumpston M, Li T, et al. Cochrane handbook for systematic reviews of interventions. </w:t>
      </w:r>
      <w:r w:rsidRPr="00452EF4">
        <w:rPr>
          <w:i/>
          <w:noProof/>
        </w:rPr>
        <w:t>Hoboken: Wiley</w:t>
      </w:r>
      <w:r w:rsidRPr="00452EF4">
        <w:rPr>
          <w:noProof/>
        </w:rPr>
        <w:t>. 2019.</w:t>
      </w:r>
    </w:p>
    <w:p w14:paraId="0526E964" w14:textId="77777777" w:rsidR="00452EF4" w:rsidRPr="00452EF4" w:rsidRDefault="00452EF4" w:rsidP="00452EF4">
      <w:pPr>
        <w:pStyle w:val="EndNoteBibliography"/>
        <w:spacing w:after="0"/>
        <w:rPr>
          <w:noProof/>
        </w:rPr>
      </w:pPr>
      <w:r w:rsidRPr="00452EF4">
        <w:rPr>
          <w:noProof/>
        </w:rPr>
        <w:t>127.</w:t>
      </w:r>
      <w:r w:rsidRPr="00452EF4">
        <w:rPr>
          <w:noProof/>
        </w:rPr>
        <w:tab/>
        <w:t xml:space="preserve">van Valkenhoef G, Dias S, Ades AE and Welton NJ. Automated generation of node-splitting models for assessment of inconsistency in network meta-analysis. </w:t>
      </w:r>
      <w:r w:rsidRPr="00452EF4">
        <w:rPr>
          <w:i/>
          <w:noProof/>
        </w:rPr>
        <w:t>Res Synth Methods</w:t>
      </w:r>
      <w:r w:rsidRPr="00452EF4">
        <w:rPr>
          <w:noProof/>
        </w:rPr>
        <w:t>. 2016; 7(1):80–93.</w:t>
      </w:r>
    </w:p>
    <w:p w14:paraId="65F625F0" w14:textId="77777777" w:rsidR="00452EF4" w:rsidRPr="00452EF4" w:rsidRDefault="00452EF4" w:rsidP="00452EF4">
      <w:pPr>
        <w:pStyle w:val="EndNoteBibliography"/>
        <w:rPr>
          <w:noProof/>
        </w:rPr>
      </w:pPr>
      <w:r w:rsidRPr="00452EF4">
        <w:rPr>
          <w:noProof/>
        </w:rPr>
        <w:t>128.</w:t>
      </w:r>
      <w:r w:rsidRPr="00452EF4">
        <w:rPr>
          <w:noProof/>
        </w:rPr>
        <w:tab/>
        <w:t xml:space="preserve">Belavý DL, Kaczorowski S, Saueressig T, et al. How to conduct and report checking transitivity and inconsistency in network-meta-analysis: a narrative review including practical worked examples, code and source data for sports and exercise medicine researchers. </w:t>
      </w:r>
      <w:r w:rsidRPr="00452EF4">
        <w:rPr>
          <w:i/>
          <w:noProof/>
        </w:rPr>
        <w:t>BMJ Open Sport &amp; Exercise Medicine</w:t>
      </w:r>
      <w:r w:rsidRPr="00452EF4">
        <w:rPr>
          <w:noProof/>
        </w:rPr>
        <w:t>. 2024; 10(4):e002262.</w:t>
      </w:r>
    </w:p>
    <w:p w14:paraId="1D07F3BB" w14:textId="2F8394F4" w:rsidR="009446D0" w:rsidRPr="00EB75F0" w:rsidRDefault="0031308D">
      <w:r w:rsidRPr="00EB75F0">
        <w:fldChar w:fldCharType="end"/>
      </w:r>
    </w:p>
    <w:sectPr w:rsidR="009446D0" w:rsidRPr="00EB75F0">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1271D" w14:textId="77777777" w:rsidR="0083675E" w:rsidRDefault="0083675E">
      <w:pPr>
        <w:spacing w:before="0" w:after="0" w:line="240" w:lineRule="auto"/>
      </w:pPr>
      <w:r>
        <w:separator/>
      </w:r>
    </w:p>
  </w:endnote>
  <w:endnote w:type="continuationSeparator" w:id="0">
    <w:p w14:paraId="12E6F554" w14:textId="77777777" w:rsidR="0083675E" w:rsidRDefault="008367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24C0C" w14:textId="4186F586" w:rsidR="009446D0" w:rsidRDefault="0084596B">
    <w:pPr>
      <w:pStyle w:val="Footer"/>
    </w:pPr>
    <w:r>
      <w:rPr>
        <w:lang w:val="en-GB"/>
      </w:rPr>
      <w:tab/>
    </w:r>
    <w:r>
      <w:rPr>
        <w:lang w:val="en-GB"/>
      </w:rPr>
      <w:tab/>
    </w:r>
    <w:r>
      <w:rPr>
        <w:lang w:val="en-GB"/>
      </w:rPr>
      <w:fldChar w:fldCharType="begin"/>
    </w:r>
    <w:r>
      <w:rPr>
        <w:color w:val="A6A6A6"/>
        <w:sz w:val="18"/>
        <w:lang w:val="en-GB"/>
      </w:rPr>
      <w:instrText xml:space="preserve"> PAGE   \* MERGEFORMAT </w:instrText>
    </w:r>
    <w:r>
      <w:rPr>
        <w:lang w:val="en-GB"/>
      </w:rPr>
      <w:fldChar w:fldCharType="separate"/>
    </w:r>
    <w:r w:rsidR="001D7E8B">
      <w:rPr>
        <w:noProof/>
        <w:color w:val="A6A6A6"/>
        <w:sz w:val="18"/>
        <w:lang w:val="en-GB"/>
      </w:rPr>
      <w:t>1</w:t>
    </w:r>
    <w:r>
      <w:rPr>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B8A0" w14:textId="77777777" w:rsidR="009446D0" w:rsidRDefault="0084596B">
    <w:pPr>
      <w:pStyle w:val="Footer"/>
    </w:pPr>
    <w:r>
      <w:rPr>
        <w:lang w:val="en-GB"/>
      </w:rPr>
      <w:tab/>
    </w:r>
    <w:r>
      <w:rPr>
        <w:lang w:val="en-GB"/>
      </w:rPr>
      <w:tab/>
    </w:r>
    <w:r>
      <w:rPr>
        <w:lang w:val="en-GB"/>
      </w:rPr>
      <w:fldChar w:fldCharType="begin"/>
    </w:r>
    <w:r>
      <w:rPr>
        <w:color w:val="A6A6A6"/>
        <w:sz w:val="18"/>
        <w:lang w:val="en-GB"/>
      </w:rPr>
      <w:instrText xml:space="preserve"> PAGE   \* MERGEFORMAT </w:instrTex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BEB2D" w14:textId="77777777" w:rsidR="0083675E" w:rsidRDefault="0083675E">
      <w:pPr>
        <w:spacing w:before="0" w:after="0" w:line="240" w:lineRule="auto"/>
      </w:pPr>
      <w:r>
        <w:separator/>
      </w:r>
    </w:p>
  </w:footnote>
  <w:footnote w:type="continuationSeparator" w:id="0">
    <w:p w14:paraId="6C4AC230" w14:textId="77777777" w:rsidR="0083675E" w:rsidRDefault="0083675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CB21964"/>
    <w:multiLevelType w:val="multilevel"/>
    <w:tmpl w:val="D5F0F04E"/>
    <w:lvl w:ilvl="0">
      <w:start w:val="1"/>
      <w:numFmt w:val="decimal"/>
      <w:lvlText w:val="%1."/>
      <w:lvlJc w:val="left"/>
      <w:pPr>
        <w:tabs>
          <w:tab w:val="num" w:pos="720"/>
        </w:tabs>
        <w:ind w:left="720" w:hanging="720"/>
      </w:pPr>
      <w:rPr>
        <w:rFonts w:hint="default"/>
      </w:rPr>
    </w:lvl>
    <w:lvl w:ilvl="1">
      <w:start w:val="1"/>
      <w:numFmt w:val="none"/>
      <w:lvlText w:val="%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10" w15:restartNumberingAfterBreak="0">
    <w:nsid w:val="336910E7"/>
    <w:multiLevelType w:val="multilevel"/>
    <w:tmpl w:val="4B58E288"/>
    <w:lvl w:ilvl="0">
      <w:start w:val="1"/>
      <w:numFmt w:val="decimal"/>
      <w:lvlText w:val="Appendix %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1" w15:restartNumberingAfterBreak="0">
    <w:nsid w:val="371E29EB"/>
    <w:multiLevelType w:val="multilevel"/>
    <w:tmpl w:val="B05E757A"/>
    <w:lvl w:ilvl="0">
      <w:start w:val="1"/>
      <w:numFmt w:val="bullet"/>
      <w:pStyle w:val="TableTextBullet"/>
      <w:suff w:val="space"/>
      <w:lvlText w:val=""/>
      <w:lvlJc w:val="left"/>
      <w:pPr>
        <w:ind w:left="517" w:hanging="360"/>
      </w:pPr>
      <w:rPr>
        <w:rFonts w:ascii="Wingdings" w:hAnsi="Wingdings" w:hint="default"/>
      </w:rPr>
    </w:lvl>
    <w:lvl w:ilvl="1">
      <w:start w:val="1"/>
      <w:numFmt w:val="bullet"/>
      <w:pStyle w:val="TableTextBullet2"/>
      <w:suff w:val="space"/>
      <w:lvlText w:val=""/>
      <w:lvlJc w:val="left"/>
      <w:pPr>
        <w:ind w:left="1077" w:firstLine="3"/>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6BD034D"/>
    <w:multiLevelType w:val="multilevel"/>
    <w:tmpl w:val="97AE9C44"/>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802204"/>
    <w:multiLevelType w:val="multilevel"/>
    <w:tmpl w:val="E6225D90"/>
    <w:lvl w:ilvl="0">
      <w:start w:val="3"/>
      <w:numFmt w:val="decimal"/>
      <w:lvlText w:val="%1."/>
      <w:lvlJc w:val="left"/>
      <w:pPr>
        <w:ind w:left="360" w:hanging="360"/>
      </w:pPr>
      <w:rPr>
        <w:rFonts w:hint="default"/>
      </w:rPr>
    </w:lvl>
    <w:lvl w:ilvl="1">
      <w:start w:val="1"/>
      <w:numFmt w:val="bullet"/>
      <w:lvlText w:val=""/>
      <w:lvlJc w:val="left"/>
      <w:pPr>
        <w:tabs>
          <w:tab w:val="num" w:pos="357"/>
        </w:tabs>
        <w:ind w:left="720" w:hanging="363"/>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tabs>
          <w:tab w:val="num" w:pos="357"/>
        </w:tabs>
        <w:ind w:left="1072" w:hanging="358"/>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4D377EC7"/>
    <w:multiLevelType w:val="hybridMultilevel"/>
    <w:tmpl w:val="B8E268A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2E86826"/>
    <w:multiLevelType w:val="multilevel"/>
    <w:tmpl w:val="A0A66C9C"/>
    <w:lvl w:ilvl="0">
      <w:start w:val="1"/>
      <w:numFmt w:val="upperRoman"/>
      <w:pStyle w:val="AppendixHeading1"/>
      <w:lvlText w:val="Appendix %1."/>
      <w:lvlJc w:val="left"/>
      <w:pPr>
        <w:tabs>
          <w:tab w:val="num" w:pos="720"/>
        </w:tabs>
        <w:ind w:left="720" w:hanging="720"/>
      </w:pPr>
    </w:lvl>
    <w:lvl w:ilvl="1">
      <w:start w:val="1"/>
      <w:numFmt w:val="upperRoman"/>
      <w:lvlText w:val="Appendix %1.Appendix %2."/>
      <w:lvlJc w:val="left"/>
      <w:pPr>
        <w:tabs>
          <w:tab w:val="num" w:pos="720"/>
        </w:tabs>
        <w:ind w:left="720" w:hanging="720"/>
      </w:pPr>
    </w:lvl>
    <w:lvl w:ilvl="2">
      <w:start w:val="1"/>
      <w:numFmt w:val="upperRoman"/>
      <w:lvlText w:val="Appendix %1.Appendix %2.Appendix "/>
      <w:lvlJc w:val="left"/>
      <w:pPr>
        <w:tabs>
          <w:tab w:val="num" w:pos="720"/>
        </w:tabs>
        <w:ind w:left="72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7" w15:restartNumberingAfterBreak="0">
    <w:nsid w:val="59BA106B"/>
    <w:multiLevelType w:val="multilevel"/>
    <w:tmpl w:val="F36C22A2"/>
    <w:lvl w:ilvl="0">
      <w:start w:val="1"/>
      <w:numFmt w:val="bullet"/>
      <w:pStyle w:val="ListParagraph"/>
      <w:lvlText w:val=""/>
      <w:lvlJc w:val="left"/>
      <w:pPr>
        <w:ind w:left="360" w:hanging="360"/>
      </w:pPr>
      <w:rPr>
        <w:rFonts w:ascii="Wingdings" w:hAnsi="Wingdings" w:hint="default"/>
      </w:rPr>
    </w:lvl>
    <w:lvl w:ilvl="1">
      <w:start w:val="1"/>
      <w:numFmt w:val="bullet"/>
      <w:pStyle w:val="Bullet2"/>
      <w:lvlText w:val=""/>
      <w:lvlJc w:val="left"/>
      <w:pPr>
        <w:ind w:left="717" w:hanging="360"/>
      </w:pPr>
      <w:rPr>
        <w:rFonts w:ascii="Wingdings" w:hAnsi="Wingdings" w:hint="default"/>
      </w:rPr>
    </w:lvl>
    <w:lvl w:ilvl="2">
      <w:start w:val="1"/>
      <w:numFmt w:val="bullet"/>
      <w:pStyle w:val="Bullet3"/>
      <w:lvlText w:val=""/>
      <w:lvlJc w:val="left"/>
      <w:pPr>
        <w:ind w:left="1074"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5066027"/>
    <w:multiLevelType w:val="multilevel"/>
    <w:tmpl w:val="1BA292F4"/>
    <w:lvl w:ilvl="0">
      <w:start w:val="1"/>
      <w:numFmt w:val="bullet"/>
      <w:lvlText w:val=""/>
      <w:lvlJc w:val="left"/>
      <w:pPr>
        <w:ind w:left="360" w:hanging="360"/>
      </w:pPr>
      <w:rPr>
        <w:rFonts w:ascii="Symbol" w:hAnsi="Symbol" w:hint="default"/>
      </w:rPr>
    </w:lvl>
    <w:lvl w:ilvl="1">
      <w:start w:val="1"/>
      <w:numFmt w:val="bullet"/>
      <w:lvlText w:val="o"/>
      <w:lvlJc w:val="left"/>
      <w:pPr>
        <w:ind w:left="796" w:hanging="360"/>
      </w:pPr>
      <w:rPr>
        <w:rFonts w:ascii="Courier New" w:hAnsi="Courier New" w:hint="default"/>
      </w:rPr>
    </w:lvl>
    <w:lvl w:ilvl="2">
      <w:start w:val="1"/>
      <w:numFmt w:val="bullet"/>
      <w:lvlText w:val=""/>
      <w:lvlJc w:val="left"/>
      <w:pPr>
        <w:ind w:left="1516" w:hanging="360"/>
      </w:pPr>
      <w:rPr>
        <w:rFonts w:ascii="Wingdings" w:hAnsi="Wingdings" w:hint="default"/>
      </w:rPr>
    </w:lvl>
    <w:lvl w:ilvl="3">
      <w:start w:val="1"/>
      <w:numFmt w:val="bullet"/>
      <w:lvlText w:val=""/>
      <w:lvlJc w:val="left"/>
      <w:pPr>
        <w:ind w:left="2236" w:hanging="360"/>
      </w:pPr>
      <w:rPr>
        <w:rFonts w:ascii="Symbol" w:hAnsi="Symbol" w:hint="default"/>
      </w:rPr>
    </w:lvl>
    <w:lvl w:ilvl="4">
      <w:start w:val="1"/>
      <w:numFmt w:val="bullet"/>
      <w:lvlText w:val="o"/>
      <w:lvlJc w:val="left"/>
      <w:pPr>
        <w:ind w:left="2956" w:hanging="360"/>
      </w:pPr>
      <w:rPr>
        <w:rFonts w:ascii="Courier New" w:hAnsi="Courier New" w:hint="default"/>
      </w:rPr>
    </w:lvl>
    <w:lvl w:ilvl="5">
      <w:start w:val="1"/>
      <w:numFmt w:val="bullet"/>
      <w:lvlText w:val=""/>
      <w:lvlJc w:val="left"/>
      <w:pPr>
        <w:ind w:left="3676" w:hanging="360"/>
      </w:pPr>
      <w:rPr>
        <w:rFonts w:ascii="Wingdings" w:hAnsi="Wingdings" w:hint="default"/>
      </w:rPr>
    </w:lvl>
    <w:lvl w:ilvl="6">
      <w:start w:val="1"/>
      <w:numFmt w:val="bullet"/>
      <w:lvlText w:val=""/>
      <w:lvlJc w:val="left"/>
      <w:pPr>
        <w:ind w:left="4396" w:hanging="360"/>
      </w:pPr>
      <w:rPr>
        <w:rFonts w:ascii="Symbol" w:hAnsi="Symbol" w:hint="default"/>
      </w:rPr>
    </w:lvl>
    <w:lvl w:ilvl="7">
      <w:start w:val="1"/>
      <w:numFmt w:val="bullet"/>
      <w:lvlText w:val="o"/>
      <w:lvlJc w:val="left"/>
      <w:pPr>
        <w:ind w:left="5116" w:hanging="360"/>
      </w:pPr>
      <w:rPr>
        <w:rFonts w:ascii="Courier New" w:hAnsi="Courier New" w:hint="default"/>
      </w:rPr>
    </w:lvl>
    <w:lvl w:ilvl="8">
      <w:start w:val="1"/>
      <w:numFmt w:val="bullet"/>
      <w:lvlText w:val=""/>
      <w:lvlJc w:val="left"/>
      <w:pPr>
        <w:ind w:left="5836" w:hanging="360"/>
      </w:pPr>
      <w:rPr>
        <w:rFonts w:ascii="Wingdings" w:hAnsi="Wingdings" w:hint="default"/>
      </w:rPr>
    </w:lvl>
  </w:abstractNum>
  <w:abstractNum w:abstractNumId="20" w15:restartNumberingAfterBreak="0">
    <w:nsid w:val="6ECE15F5"/>
    <w:multiLevelType w:val="hybridMultilevel"/>
    <w:tmpl w:val="3250B16E"/>
    <w:lvl w:ilvl="0" w:tplc="7A7C7384">
      <w:start w:val="1"/>
      <w:numFmt w:val="bullet"/>
      <w:lvlText w:val=""/>
      <w:lvlJc w:val="left"/>
      <w:pPr>
        <w:ind w:left="1440" w:hanging="360"/>
      </w:pPr>
      <w:rPr>
        <w:rFonts w:ascii="Symbol" w:hAnsi="Symbol"/>
      </w:rPr>
    </w:lvl>
    <w:lvl w:ilvl="1" w:tplc="3024541C">
      <w:start w:val="1"/>
      <w:numFmt w:val="bullet"/>
      <w:lvlText w:val=""/>
      <w:lvlJc w:val="left"/>
      <w:pPr>
        <w:ind w:left="1440" w:hanging="360"/>
      </w:pPr>
      <w:rPr>
        <w:rFonts w:ascii="Symbol" w:hAnsi="Symbol"/>
      </w:rPr>
    </w:lvl>
    <w:lvl w:ilvl="2" w:tplc="12F83328">
      <w:start w:val="1"/>
      <w:numFmt w:val="bullet"/>
      <w:lvlText w:val=""/>
      <w:lvlJc w:val="left"/>
      <w:pPr>
        <w:ind w:left="1440" w:hanging="360"/>
      </w:pPr>
      <w:rPr>
        <w:rFonts w:ascii="Symbol" w:hAnsi="Symbol"/>
      </w:rPr>
    </w:lvl>
    <w:lvl w:ilvl="3" w:tplc="EAF0AA4A">
      <w:start w:val="1"/>
      <w:numFmt w:val="bullet"/>
      <w:lvlText w:val=""/>
      <w:lvlJc w:val="left"/>
      <w:pPr>
        <w:ind w:left="1440" w:hanging="360"/>
      </w:pPr>
      <w:rPr>
        <w:rFonts w:ascii="Symbol" w:hAnsi="Symbol"/>
      </w:rPr>
    </w:lvl>
    <w:lvl w:ilvl="4" w:tplc="6A98E766">
      <w:start w:val="1"/>
      <w:numFmt w:val="bullet"/>
      <w:lvlText w:val=""/>
      <w:lvlJc w:val="left"/>
      <w:pPr>
        <w:ind w:left="1440" w:hanging="360"/>
      </w:pPr>
      <w:rPr>
        <w:rFonts w:ascii="Symbol" w:hAnsi="Symbol"/>
      </w:rPr>
    </w:lvl>
    <w:lvl w:ilvl="5" w:tplc="CA140080">
      <w:start w:val="1"/>
      <w:numFmt w:val="bullet"/>
      <w:lvlText w:val=""/>
      <w:lvlJc w:val="left"/>
      <w:pPr>
        <w:ind w:left="1440" w:hanging="360"/>
      </w:pPr>
      <w:rPr>
        <w:rFonts w:ascii="Symbol" w:hAnsi="Symbol"/>
      </w:rPr>
    </w:lvl>
    <w:lvl w:ilvl="6" w:tplc="7610B386">
      <w:start w:val="1"/>
      <w:numFmt w:val="bullet"/>
      <w:lvlText w:val=""/>
      <w:lvlJc w:val="left"/>
      <w:pPr>
        <w:ind w:left="1440" w:hanging="360"/>
      </w:pPr>
      <w:rPr>
        <w:rFonts w:ascii="Symbol" w:hAnsi="Symbol"/>
      </w:rPr>
    </w:lvl>
    <w:lvl w:ilvl="7" w:tplc="CBEE0D66">
      <w:start w:val="1"/>
      <w:numFmt w:val="bullet"/>
      <w:lvlText w:val=""/>
      <w:lvlJc w:val="left"/>
      <w:pPr>
        <w:ind w:left="1440" w:hanging="360"/>
      </w:pPr>
      <w:rPr>
        <w:rFonts w:ascii="Symbol" w:hAnsi="Symbol"/>
      </w:rPr>
    </w:lvl>
    <w:lvl w:ilvl="8" w:tplc="77D828B6">
      <w:start w:val="1"/>
      <w:numFmt w:val="bullet"/>
      <w:lvlText w:val=""/>
      <w:lvlJc w:val="left"/>
      <w:pPr>
        <w:ind w:left="1440" w:hanging="360"/>
      </w:pPr>
      <w:rPr>
        <w:rFonts w:ascii="Symbol" w:hAnsi="Symbol"/>
      </w:rPr>
    </w:lvl>
  </w:abstractNum>
  <w:abstractNum w:abstractNumId="21" w15:restartNumberingAfterBreak="0">
    <w:nsid w:val="716F70A5"/>
    <w:multiLevelType w:val="multilevel"/>
    <w:tmpl w:val="90BE4C44"/>
    <w:lvl w:ilvl="0">
      <w:start w:val="1"/>
      <w:numFmt w:val="bullet"/>
      <w:pStyle w:val="Table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50443459">
    <w:abstractNumId w:val="8"/>
  </w:num>
  <w:num w:numId="2" w16cid:durableId="1478494347">
    <w:abstractNumId w:val="6"/>
  </w:num>
  <w:num w:numId="3" w16cid:durableId="898784179">
    <w:abstractNumId w:val="5"/>
  </w:num>
  <w:num w:numId="4" w16cid:durableId="48303567">
    <w:abstractNumId w:val="4"/>
  </w:num>
  <w:num w:numId="5" w16cid:durableId="1716419052">
    <w:abstractNumId w:val="7"/>
  </w:num>
  <w:num w:numId="6" w16cid:durableId="860049176">
    <w:abstractNumId w:val="3"/>
  </w:num>
  <w:num w:numId="7" w16cid:durableId="546336282">
    <w:abstractNumId w:val="2"/>
  </w:num>
  <w:num w:numId="8" w16cid:durableId="1245797880">
    <w:abstractNumId w:val="1"/>
  </w:num>
  <w:num w:numId="9" w16cid:durableId="1698848976">
    <w:abstractNumId w:val="0"/>
  </w:num>
  <w:num w:numId="10" w16cid:durableId="152454090">
    <w:abstractNumId w:val="9"/>
  </w:num>
  <w:num w:numId="11" w16cid:durableId="653147338">
    <w:abstractNumId w:val="12"/>
  </w:num>
  <w:num w:numId="12" w16cid:durableId="696658833">
    <w:abstractNumId w:val="17"/>
  </w:num>
  <w:num w:numId="13" w16cid:durableId="386299918">
    <w:abstractNumId w:val="11"/>
  </w:num>
  <w:num w:numId="14" w16cid:durableId="639770089">
    <w:abstractNumId w:val="16"/>
  </w:num>
  <w:num w:numId="15" w16cid:durableId="2121872405">
    <w:abstractNumId w:val="21"/>
  </w:num>
  <w:num w:numId="16" w16cid:durableId="114451873">
    <w:abstractNumId w:val="19"/>
  </w:num>
  <w:num w:numId="17" w16cid:durableId="1847666148">
    <w:abstractNumId w:val="10"/>
  </w:num>
  <w:num w:numId="18" w16cid:durableId="1861551032">
    <w:abstractNumId w:val="9"/>
  </w:num>
  <w:num w:numId="19" w16cid:durableId="531458094">
    <w:abstractNumId w:val="9"/>
  </w:num>
  <w:num w:numId="20" w16cid:durableId="631329226">
    <w:abstractNumId w:val="9"/>
  </w:num>
  <w:num w:numId="21" w16cid:durableId="298270960">
    <w:abstractNumId w:val="9"/>
  </w:num>
  <w:num w:numId="22" w16cid:durableId="1146164831">
    <w:abstractNumId w:val="9"/>
  </w:num>
  <w:num w:numId="23" w16cid:durableId="1186942405">
    <w:abstractNumId w:val="9"/>
  </w:num>
  <w:num w:numId="24" w16cid:durableId="1206723719">
    <w:abstractNumId w:val="9"/>
  </w:num>
  <w:num w:numId="25" w16cid:durableId="19823535">
    <w:abstractNumId w:val="9"/>
  </w:num>
  <w:num w:numId="26" w16cid:durableId="253635033">
    <w:abstractNumId w:val="9"/>
  </w:num>
  <w:num w:numId="27" w16cid:durableId="112092099">
    <w:abstractNumId w:val="9"/>
  </w:num>
  <w:num w:numId="28" w16cid:durableId="43334141">
    <w:abstractNumId w:val="9"/>
  </w:num>
  <w:num w:numId="29" w16cid:durableId="1280143500">
    <w:abstractNumId w:val="9"/>
  </w:num>
  <w:num w:numId="30" w16cid:durableId="537089814">
    <w:abstractNumId w:val="9"/>
  </w:num>
  <w:num w:numId="31" w16cid:durableId="1176190311">
    <w:abstractNumId w:val="9"/>
  </w:num>
  <w:num w:numId="32" w16cid:durableId="1199050481">
    <w:abstractNumId w:val="9"/>
  </w:num>
  <w:num w:numId="33" w16cid:durableId="1843663363">
    <w:abstractNumId w:val="9"/>
  </w:num>
  <w:num w:numId="34" w16cid:durableId="376247654">
    <w:abstractNumId w:val="9"/>
  </w:num>
  <w:num w:numId="35" w16cid:durableId="1836915019">
    <w:abstractNumId w:val="14"/>
  </w:num>
  <w:num w:numId="36" w16cid:durableId="1155687908">
    <w:abstractNumId w:val="13"/>
  </w:num>
  <w:num w:numId="37" w16cid:durableId="791561381">
    <w:abstractNumId w:val="15"/>
  </w:num>
  <w:num w:numId="38" w16cid:durableId="871114335">
    <w:abstractNumId w:val="18"/>
  </w:num>
  <w:num w:numId="39" w16cid:durableId="465776742">
    <w:abstractNumId w:val="20"/>
  </w:num>
  <w:num w:numId="40" w16cid:durableId="1183596167">
    <w:abstractNumId w:val="9"/>
  </w:num>
  <w:num w:numId="41" w16cid:durableId="1641038404">
    <w:abstractNumId w:val="9"/>
  </w:num>
  <w:num w:numId="42" w16cid:durableId="1930193727">
    <w:abstractNumId w:val="9"/>
  </w:num>
  <w:num w:numId="43" w16cid:durableId="1896894599">
    <w:abstractNumId w:val="9"/>
  </w:num>
  <w:num w:numId="44" w16cid:durableId="1856185862">
    <w:abstractNumId w:val="9"/>
  </w:num>
  <w:num w:numId="45" w16cid:durableId="1419254631">
    <w:abstractNumId w:val="9"/>
  </w:num>
  <w:num w:numId="46" w16cid:durableId="1468165306">
    <w:abstractNumId w:val="9"/>
  </w:num>
  <w:num w:numId="47" w16cid:durableId="1593951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0&lt;/ScanUnformatted&gt;&lt;ScanChanges&gt;0&lt;/ScanChanges&gt;&lt;Suspended&gt;0&lt;/Suspended&gt;&lt;/ENInstantFormat&gt;"/>
    <w:docVar w:name="EN.Layout" w:val="&lt;ENLayout&gt;&lt;Style&gt;Lumanity Sage 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ttaxzax2p0tr7ewzt55atews50zvxaaa5rz&quot;&gt;KarXT acute manuscript supplement&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record-ids&gt;&lt;/item&gt;&lt;/Libraries&gt;"/>
  </w:docVars>
  <w:rsids>
    <w:rsidRoot w:val="00B47730"/>
    <w:rsid w:val="000055A2"/>
    <w:rsid w:val="00005F67"/>
    <w:rsid w:val="000173DF"/>
    <w:rsid w:val="00026E3E"/>
    <w:rsid w:val="000276D4"/>
    <w:rsid w:val="00030ABD"/>
    <w:rsid w:val="000314A6"/>
    <w:rsid w:val="00033F98"/>
    <w:rsid w:val="00034616"/>
    <w:rsid w:val="00035257"/>
    <w:rsid w:val="00037A70"/>
    <w:rsid w:val="000436B1"/>
    <w:rsid w:val="00052873"/>
    <w:rsid w:val="000529A4"/>
    <w:rsid w:val="00054EBC"/>
    <w:rsid w:val="0006063C"/>
    <w:rsid w:val="000630E0"/>
    <w:rsid w:val="00065CAF"/>
    <w:rsid w:val="000704BB"/>
    <w:rsid w:val="00073331"/>
    <w:rsid w:val="00073A04"/>
    <w:rsid w:val="00074030"/>
    <w:rsid w:val="0007416F"/>
    <w:rsid w:val="00074407"/>
    <w:rsid w:val="000759AE"/>
    <w:rsid w:val="000832E5"/>
    <w:rsid w:val="00085CAC"/>
    <w:rsid w:val="00092D86"/>
    <w:rsid w:val="00094F25"/>
    <w:rsid w:val="000965C7"/>
    <w:rsid w:val="00096694"/>
    <w:rsid w:val="000A0AA1"/>
    <w:rsid w:val="000A30AE"/>
    <w:rsid w:val="000A6393"/>
    <w:rsid w:val="000A6AED"/>
    <w:rsid w:val="000A7FE7"/>
    <w:rsid w:val="000B6CD4"/>
    <w:rsid w:val="000B7DA9"/>
    <w:rsid w:val="000C014A"/>
    <w:rsid w:val="000C1BD4"/>
    <w:rsid w:val="000C2C4B"/>
    <w:rsid w:val="000C677C"/>
    <w:rsid w:val="000D3441"/>
    <w:rsid w:val="000D4B7C"/>
    <w:rsid w:val="000D4F8B"/>
    <w:rsid w:val="000D7C80"/>
    <w:rsid w:val="000E7D89"/>
    <w:rsid w:val="000F183A"/>
    <w:rsid w:val="000F20E1"/>
    <w:rsid w:val="000F305A"/>
    <w:rsid w:val="000F4686"/>
    <w:rsid w:val="000F491A"/>
    <w:rsid w:val="000F5D07"/>
    <w:rsid w:val="000F6524"/>
    <w:rsid w:val="000F7DD4"/>
    <w:rsid w:val="001002C4"/>
    <w:rsid w:val="001010B3"/>
    <w:rsid w:val="00103E51"/>
    <w:rsid w:val="001043FF"/>
    <w:rsid w:val="00105A07"/>
    <w:rsid w:val="00106A88"/>
    <w:rsid w:val="00106D63"/>
    <w:rsid w:val="00111B62"/>
    <w:rsid w:val="00112E7F"/>
    <w:rsid w:val="00115838"/>
    <w:rsid w:val="00116CB8"/>
    <w:rsid w:val="00117133"/>
    <w:rsid w:val="00120AB3"/>
    <w:rsid w:val="00120C85"/>
    <w:rsid w:val="00121B38"/>
    <w:rsid w:val="001257FD"/>
    <w:rsid w:val="00126F78"/>
    <w:rsid w:val="0012708C"/>
    <w:rsid w:val="001301EB"/>
    <w:rsid w:val="001321D2"/>
    <w:rsid w:val="00133B4F"/>
    <w:rsid w:val="00135207"/>
    <w:rsid w:val="0013674C"/>
    <w:rsid w:val="00140BB3"/>
    <w:rsid w:val="001423EE"/>
    <w:rsid w:val="001457EC"/>
    <w:rsid w:val="00145B61"/>
    <w:rsid w:val="00145FFD"/>
    <w:rsid w:val="00150680"/>
    <w:rsid w:val="0015074B"/>
    <w:rsid w:val="00151E32"/>
    <w:rsid w:val="00155FE8"/>
    <w:rsid w:val="00156873"/>
    <w:rsid w:val="00156D98"/>
    <w:rsid w:val="001620ED"/>
    <w:rsid w:val="0016364C"/>
    <w:rsid w:val="001659C4"/>
    <w:rsid w:val="00167CD8"/>
    <w:rsid w:val="001726A6"/>
    <w:rsid w:val="001754E4"/>
    <w:rsid w:val="001759AC"/>
    <w:rsid w:val="00181285"/>
    <w:rsid w:val="001815E8"/>
    <w:rsid w:val="00181B4D"/>
    <w:rsid w:val="00182B46"/>
    <w:rsid w:val="001844C5"/>
    <w:rsid w:val="001873A2"/>
    <w:rsid w:val="001873EB"/>
    <w:rsid w:val="00191D56"/>
    <w:rsid w:val="001923D4"/>
    <w:rsid w:val="00192CF2"/>
    <w:rsid w:val="00193714"/>
    <w:rsid w:val="00195660"/>
    <w:rsid w:val="00196ED0"/>
    <w:rsid w:val="001A0582"/>
    <w:rsid w:val="001A2628"/>
    <w:rsid w:val="001A27F4"/>
    <w:rsid w:val="001A3ACA"/>
    <w:rsid w:val="001A3C4E"/>
    <w:rsid w:val="001A4BBE"/>
    <w:rsid w:val="001A6A65"/>
    <w:rsid w:val="001A6D75"/>
    <w:rsid w:val="001A6E4F"/>
    <w:rsid w:val="001A77C1"/>
    <w:rsid w:val="001B1C3C"/>
    <w:rsid w:val="001B5360"/>
    <w:rsid w:val="001C3CA2"/>
    <w:rsid w:val="001C3FDB"/>
    <w:rsid w:val="001D483D"/>
    <w:rsid w:val="001D4AF0"/>
    <w:rsid w:val="001D5064"/>
    <w:rsid w:val="001D7E8B"/>
    <w:rsid w:val="001E140E"/>
    <w:rsid w:val="001E33E1"/>
    <w:rsid w:val="001E3A74"/>
    <w:rsid w:val="001E66E7"/>
    <w:rsid w:val="001E7585"/>
    <w:rsid w:val="001F13E3"/>
    <w:rsid w:val="001F35B1"/>
    <w:rsid w:val="001F67AF"/>
    <w:rsid w:val="001F6FA1"/>
    <w:rsid w:val="001F7D99"/>
    <w:rsid w:val="00201D8C"/>
    <w:rsid w:val="002039DB"/>
    <w:rsid w:val="00204334"/>
    <w:rsid w:val="0021017D"/>
    <w:rsid w:val="002107D8"/>
    <w:rsid w:val="00210EDA"/>
    <w:rsid w:val="0021206A"/>
    <w:rsid w:val="00213823"/>
    <w:rsid w:val="002160C5"/>
    <w:rsid w:val="00224A5A"/>
    <w:rsid w:val="00227F3B"/>
    <w:rsid w:val="00232BCC"/>
    <w:rsid w:val="0023491B"/>
    <w:rsid w:val="002355C9"/>
    <w:rsid w:val="00235A1D"/>
    <w:rsid w:val="00237B22"/>
    <w:rsid w:val="0024029E"/>
    <w:rsid w:val="002405DF"/>
    <w:rsid w:val="00245B7C"/>
    <w:rsid w:val="002468C3"/>
    <w:rsid w:val="0025034E"/>
    <w:rsid w:val="0025048C"/>
    <w:rsid w:val="00250968"/>
    <w:rsid w:val="00253197"/>
    <w:rsid w:val="00260DED"/>
    <w:rsid w:val="00261E76"/>
    <w:rsid w:val="00264338"/>
    <w:rsid w:val="0026645F"/>
    <w:rsid w:val="0027207A"/>
    <w:rsid w:val="00273386"/>
    <w:rsid w:val="0027343B"/>
    <w:rsid w:val="002757A9"/>
    <w:rsid w:val="00282349"/>
    <w:rsid w:val="00283688"/>
    <w:rsid w:val="00286D9B"/>
    <w:rsid w:val="0029218A"/>
    <w:rsid w:val="00293D21"/>
    <w:rsid w:val="00293D60"/>
    <w:rsid w:val="00294B93"/>
    <w:rsid w:val="00295D9B"/>
    <w:rsid w:val="0029625C"/>
    <w:rsid w:val="0029639D"/>
    <w:rsid w:val="0029730C"/>
    <w:rsid w:val="002A4086"/>
    <w:rsid w:val="002A62B0"/>
    <w:rsid w:val="002A62EC"/>
    <w:rsid w:val="002A7FEE"/>
    <w:rsid w:val="002B25CC"/>
    <w:rsid w:val="002B7FAD"/>
    <w:rsid w:val="002C19F8"/>
    <w:rsid w:val="002C6879"/>
    <w:rsid w:val="002D50E9"/>
    <w:rsid w:val="002D548A"/>
    <w:rsid w:val="002E0A8B"/>
    <w:rsid w:val="002E1DF8"/>
    <w:rsid w:val="002E4483"/>
    <w:rsid w:val="002F2244"/>
    <w:rsid w:val="002F4C4B"/>
    <w:rsid w:val="002F5D34"/>
    <w:rsid w:val="003004E1"/>
    <w:rsid w:val="00303098"/>
    <w:rsid w:val="00303492"/>
    <w:rsid w:val="00304E40"/>
    <w:rsid w:val="0030627B"/>
    <w:rsid w:val="003076D5"/>
    <w:rsid w:val="003121D7"/>
    <w:rsid w:val="00312727"/>
    <w:rsid w:val="0031308D"/>
    <w:rsid w:val="0032166A"/>
    <w:rsid w:val="0032172D"/>
    <w:rsid w:val="00324B7A"/>
    <w:rsid w:val="00324F85"/>
    <w:rsid w:val="00326F90"/>
    <w:rsid w:val="0033155C"/>
    <w:rsid w:val="00333D31"/>
    <w:rsid w:val="003341A4"/>
    <w:rsid w:val="003356BC"/>
    <w:rsid w:val="00335A4B"/>
    <w:rsid w:val="00343043"/>
    <w:rsid w:val="00344551"/>
    <w:rsid w:val="003504EA"/>
    <w:rsid w:val="00351643"/>
    <w:rsid w:val="00352089"/>
    <w:rsid w:val="0035213D"/>
    <w:rsid w:val="003625DC"/>
    <w:rsid w:val="00362B6E"/>
    <w:rsid w:val="0036436F"/>
    <w:rsid w:val="003667D5"/>
    <w:rsid w:val="00374E8F"/>
    <w:rsid w:val="00377296"/>
    <w:rsid w:val="0038290C"/>
    <w:rsid w:val="00385437"/>
    <w:rsid w:val="003870B9"/>
    <w:rsid w:val="003919F0"/>
    <w:rsid w:val="0039225F"/>
    <w:rsid w:val="00392B20"/>
    <w:rsid w:val="00395A9A"/>
    <w:rsid w:val="00397ADC"/>
    <w:rsid w:val="003A051E"/>
    <w:rsid w:val="003A30AB"/>
    <w:rsid w:val="003A3488"/>
    <w:rsid w:val="003A4876"/>
    <w:rsid w:val="003B0954"/>
    <w:rsid w:val="003B238B"/>
    <w:rsid w:val="003C2441"/>
    <w:rsid w:val="003C3433"/>
    <w:rsid w:val="003C5CFD"/>
    <w:rsid w:val="003D0D32"/>
    <w:rsid w:val="003D33C3"/>
    <w:rsid w:val="003D33C4"/>
    <w:rsid w:val="003D4E10"/>
    <w:rsid w:val="003E0DEE"/>
    <w:rsid w:val="003E2FBB"/>
    <w:rsid w:val="003E3EE8"/>
    <w:rsid w:val="003E457A"/>
    <w:rsid w:val="003E7BD9"/>
    <w:rsid w:val="003F0B81"/>
    <w:rsid w:val="003F26DD"/>
    <w:rsid w:val="003F2990"/>
    <w:rsid w:val="003F2B64"/>
    <w:rsid w:val="003F2F05"/>
    <w:rsid w:val="003F4D4A"/>
    <w:rsid w:val="003F5C22"/>
    <w:rsid w:val="00406395"/>
    <w:rsid w:val="00406832"/>
    <w:rsid w:val="00407429"/>
    <w:rsid w:val="00412833"/>
    <w:rsid w:val="0041335A"/>
    <w:rsid w:val="00415B78"/>
    <w:rsid w:val="00420410"/>
    <w:rsid w:val="004248D5"/>
    <w:rsid w:val="00430300"/>
    <w:rsid w:val="004322BE"/>
    <w:rsid w:val="004323DA"/>
    <w:rsid w:val="00434B93"/>
    <w:rsid w:val="0043521E"/>
    <w:rsid w:val="00436809"/>
    <w:rsid w:val="00436D96"/>
    <w:rsid w:val="00437A4E"/>
    <w:rsid w:val="004403DE"/>
    <w:rsid w:val="00443296"/>
    <w:rsid w:val="004437D0"/>
    <w:rsid w:val="00446635"/>
    <w:rsid w:val="004478DE"/>
    <w:rsid w:val="004520FE"/>
    <w:rsid w:val="00452EF4"/>
    <w:rsid w:val="00461C38"/>
    <w:rsid w:val="00467FE0"/>
    <w:rsid w:val="00473390"/>
    <w:rsid w:val="0047691C"/>
    <w:rsid w:val="00481307"/>
    <w:rsid w:val="00485054"/>
    <w:rsid w:val="004857CF"/>
    <w:rsid w:val="00493EEB"/>
    <w:rsid w:val="00496294"/>
    <w:rsid w:val="00496B00"/>
    <w:rsid w:val="004A220B"/>
    <w:rsid w:val="004A3915"/>
    <w:rsid w:val="004A6D67"/>
    <w:rsid w:val="004B091C"/>
    <w:rsid w:val="004B0FFB"/>
    <w:rsid w:val="004B1E12"/>
    <w:rsid w:val="004B2F28"/>
    <w:rsid w:val="004B3199"/>
    <w:rsid w:val="004B412A"/>
    <w:rsid w:val="004B437A"/>
    <w:rsid w:val="004B4DEB"/>
    <w:rsid w:val="004C1854"/>
    <w:rsid w:val="004C33A1"/>
    <w:rsid w:val="004C5A6A"/>
    <w:rsid w:val="004C7705"/>
    <w:rsid w:val="004D0189"/>
    <w:rsid w:val="004D0734"/>
    <w:rsid w:val="004E0B0B"/>
    <w:rsid w:val="004E47C2"/>
    <w:rsid w:val="004F7FB2"/>
    <w:rsid w:val="00502A7D"/>
    <w:rsid w:val="00503867"/>
    <w:rsid w:val="005078F2"/>
    <w:rsid w:val="00507F4C"/>
    <w:rsid w:val="0051066E"/>
    <w:rsid w:val="0052283C"/>
    <w:rsid w:val="00523604"/>
    <w:rsid w:val="005256A9"/>
    <w:rsid w:val="005267BE"/>
    <w:rsid w:val="00526CED"/>
    <w:rsid w:val="00531702"/>
    <w:rsid w:val="005329A1"/>
    <w:rsid w:val="00533C94"/>
    <w:rsid w:val="00534A95"/>
    <w:rsid w:val="00534FC8"/>
    <w:rsid w:val="00535B6B"/>
    <w:rsid w:val="00536980"/>
    <w:rsid w:val="00541089"/>
    <w:rsid w:val="0054514D"/>
    <w:rsid w:val="00545952"/>
    <w:rsid w:val="00547315"/>
    <w:rsid w:val="00552952"/>
    <w:rsid w:val="00553043"/>
    <w:rsid w:val="00554DA4"/>
    <w:rsid w:val="005560C9"/>
    <w:rsid w:val="00557295"/>
    <w:rsid w:val="00560904"/>
    <w:rsid w:val="005621F4"/>
    <w:rsid w:val="005647A5"/>
    <w:rsid w:val="00565F67"/>
    <w:rsid w:val="00565F81"/>
    <w:rsid w:val="005723EF"/>
    <w:rsid w:val="00573736"/>
    <w:rsid w:val="00574898"/>
    <w:rsid w:val="00576DE9"/>
    <w:rsid w:val="00577CCC"/>
    <w:rsid w:val="00580AA2"/>
    <w:rsid w:val="005816E5"/>
    <w:rsid w:val="005855AC"/>
    <w:rsid w:val="00585DEA"/>
    <w:rsid w:val="00586FF1"/>
    <w:rsid w:val="005870C3"/>
    <w:rsid w:val="005908E6"/>
    <w:rsid w:val="0059199B"/>
    <w:rsid w:val="00593521"/>
    <w:rsid w:val="0059359F"/>
    <w:rsid w:val="00594F35"/>
    <w:rsid w:val="005955C3"/>
    <w:rsid w:val="005955DE"/>
    <w:rsid w:val="005A214B"/>
    <w:rsid w:val="005A2EAA"/>
    <w:rsid w:val="005A320E"/>
    <w:rsid w:val="005A6BA2"/>
    <w:rsid w:val="005A763E"/>
    <w:rsid w:val="005B2128"/>
    <w:rsid w:val="005B4163"/>
    <w:rsid w:val="005B6FF9"/>
    <w:rsid w:val="005C1E58"/>
    <w:rsid w:val="005C475B"/>
    <w:rsid w:val="005D14C5"/>
    <w:rsid w:val="005D1C01"/>
    <w:rsid w:val="005D3B5A"/>
    <w:rsid w:val="005D5BEC"/>
    <w:rsid w:val="005D7EDE"/>
    <w:rsid w:val="005E0C8D"/>
    <w:rsid w:val="005E116B"/>
    <w:rsid w:val="005E2083"/>
    <w:rsid w:val="005E25F7"/>
    <w:rsid w:val="005E29C4"/>
    <w:rsid w:val="005E3626"/>
    <w:rsid w:val="005E49C0"/>
    <w:rsid w:val="005E4CF9"/>
    <w:rsid w:val="005F66FE"/>
    <w:rsid w:val="005F6728"/>
    <w:rsid w:val="0060086D"/>
    <w:rsid w:val="0060410F"/>
    <w:rsid w:val="006043DD"/>
    <w:rsid w:val="00605434"/>
    <w:rsid w:val="00606091"/>
    <w:rsid w:val="006062A3"/>
    <w:rsid w:val="006079BD"/>
    <w:rsid w:val="00611D7A"/>
    <w:rsid w:val="00620314"/>
    <w:rsid w:val="0062262A"/>
    <w:rsid w:val="006277EB"/>
    <w:rsid w:val="00627CF4"/>
    <w:rsid w:val="00633767"/>
    <w:rsid w:val="0063693A"/>
    <w:rsid w:val="00644979"/>
    <w:rsid w:val="006468B2"/>
    <w:rsid w:val="00650371"/>
    <w:rsid w:val="0065063B"/>
    <w:rsid w:val="00651FA7"/>
    <w:rsid w:val="0066088A"/>
    <w:rsid w:val="00661F98"/>
    <w:rsid w:val="00663944"/>
    <w:rsid w:val="00663C6F"/>
    <w:rsid w:val="0067093A"/>
    <w:rsid w:val="00672DCC"/>
    <w:rsid w:val="00677306"/>
    <w:rsid w:val="00680368"/>
    <w:rsid w:val="0068431A"/>
    <w:rsid w:val="006850B0"/>
    <w:rsid w:val="00686CFF"/>
    <w:rsid w:val="006926BE"/>
    <w:rsid w:val="00694C0C"/>
    <w:rsid w:val="006967F1"/>
    <w:rsid w:val="006A5762"/>
    <w:rsid w:val="006B4B2F"/>
    <w:rsid w:val="006C6BEA"/>
    <w:rsid w:val="006C7B58"/>
    <w:rsid w:val="006D541A"/>
    <w:rsid w:val="006E1C36"/>
    <w:rsid w:val="006E3B4B"/>
    <w:rsid w:val="006E6FA3"/>
    <w:rsid w:val="006F400D"/>
    <w:rsid w:val="006F4211"/>
    <w:rsid w:val="006F5B26"/>
    <w:rsid w:val="006F620A"/>
    <w:rsid w:val="006F713D"/>
    <w:rsid w:val="0070046C"/>
    <w:rsid w:val="007011BD"/>
    <w:rsid w:val="00703CD2"/>
    <w:rsid w:val="00710D68"/>
    <w:rsid w:val="00714AE5"/>
    <w:rsid w:val="0071536E"/>
    <w:rsid w:val="00715E6E"/>
    <w:rsid w:val="00720DDE"/>
    <w:rsid w:val="007217BA"/>
    <w:rsid w:val="00726A58"/>
    <w:rsid w:val="00731415"/>
    <w:rsid w:val="00732701"/>
    <w:rsid w:val="00741F8C"/>
    <w:rsid w:val="007428E6"/>
    <w:rsid w:val="0075077F"/>
    <w:rsid w:val="00752C7E"/>
    <w:rsid w:val="00753309"/>
    <w:rsid w:val="00753DA6"/>
    <w:rsid w:val="00761C31"/>
    <w:rsid w:val="00762DE0"/>
    <w:rsid w:val="00766C59"/>
    <w:rsid w:val="007671F5"/>
    <w:rsid w:val="007702F8"/>
    <w:rsid w:val="0077068A"/>
    <w:rsid w:val="00773007"/>
    <w:rsid w:val="007740DB"/>
    <w:rsid w:val="00775D3A"/>
    <w:rsid w:val="00776B43"/>
    <w:rsid w:val="0078061B"/>
    <w:rsid w:val="00781215"/>
    <w:rsid w:val="0078222F"/>
    <w:rsid w:val="007824B3"/>
    <w:rsid w:val="00784B86"/>
    <w:rsid w:val="0078541D"/>
    <w:rsid w:val="00795361"/>
    <w:rsid w:val="00795646"/>
    <w:rsid w:val="007A22E5"/>
    <w:rsid w:val="007A32F4"/>
    <w:rsid w:val="007A587F"/>
    <w:rsid w:val="007A73DD"/>
    <w:rsid w:val="007B19B2"/>
    <w:rsid w:val="007B323B"/>
    <w:rsid w:val="007B435E"/>
    <w:rsid w:val="007C010D"/>
    <w:rsid w:val="007C06FD"/>
    <w:rsid w:val="007C06FF"/>
    <w:rsid w:val="007C13EE"/>
    <w:rsid w:val="007C3340"/>
    <w:rsid w:val="007C3A8F"/>
    <w:rsid w:val="007C40EF"/>
    <w:rsid w:val="007C6488"/>
    <w:rsid w:val="007C6834"/>
    <w:rsid w:val="007C691E"/>
    <w:rsid w:val="007C74AC"/>
    <w:rsid w:val="007D0136"/>
    <w:rsid w:val="007D1523"/>
    <w:rsid w:val="007D1FA7"/>
    <w:rsid w:val="007D340F"/>
    <w:rsid w:val="007D5A9F"/>
    <w:rsid w:val="007D6410"/>
    <w:rsid w:val="007D7EE4"/>
    <w:rsid w:val="007E0379"/>
    <w:rsid w:val="007E09D2"/>
    <w:rsid w:val="007E2266"/>
    <w:rsid w:val="007E2BD0"/>
    <w:rsid w:val="007E3574"/>
    <w:rsid w:val="007E40AF"/>
    <w:rsid w:val="007E6634"/>
    <w:rsid w:val="007F0032"/>
    <w:rsid w:val="007F16A8"/>
    <w:rsid w:val="007F44D0"/>
    <w:rsid w:val="007F4F9E"/>
    <w:rsid w:val="007F54CD"/>
    <w:rsid w:val="007F6A73"/>
    <w:rsid w:val="008001D3"/>
    <w:rsid w:val="00803DD7"/>
    <w:rsid w:val="008053D0"/>
    <w:rsid w:val="0080641C"/>
    <w:rsid w:val="00816F8E"/>
    <w:rsid w:val="00820A4C"/>
    <w:rsid w:val="00820BA5"/>
    <w:rsid w:val="00821497"/>
    <w:rsid w:val="00824DF1"/>
    <w:rsid w:val="008264FB"/>
    <w:rsid w:val="008279E9"/>
    <w:rsid w:val="008348EA"/>
    <w:rsid w:val="00834B6D"/>
    <w:rsid w:val="0083675E"/>
    <w:rsid w:val="008440DF"/>
    <w:rsid w:val="0084457B"/>
    <w:rsid w:val="0084596B"/>
    <w:rsid w:val="00852093"/>
    <w:rsid w:val="0085346F"/>
    <w:rsid w:val="0086196F"/>
    <w:rsid w:val="00862772"/>
    <w:rsid w:val="00862858"/>
    <w:rsid w:val="00864EF2"/>
    <w:rsid w:val="00870BD5"/>
    <w:rsid w:val="00871E88"/>
    <w:rsid w:val="008759BD"/>
    <w:rsid w:val="00880025"/>
    <w:rsid w:val="0088043F"/>
    <w:rsid w:val="008804F1"/>
    <w:rsid w:val="008870CF"/>
    <w:rsid w:val="0088752D"/>
    <w:rsid w:val="008964BC"/>
    <w:rsid w:val="00897E8C"/>
    <w:rsid w:val="008B096D"/>
    <w:rsid w:val="008B1E0D"/>
    <w:rsid w:val="008C049D"/>
    <w:rsid w:val="008C718E"/>
    <w:rsid w:val="008D010F"/>
    <w:rsid w:val="008D09FA"/>
    <w:rsid w:val="008D3092"/>
    <w:rsid w:val="008D3183"/>
    <w:rsid w:val="008D31D0"/>
    <w:rsid w:val="008D577E"/>
    <w:rsid w:val="008E0AE9"/>
    <w:rsid w:val="008E29B6"/>
    <w:rsid w:val="008E2CC3"/>
    <w:rsid w:val="008E3C56"/>
    <w:rsid w:val="008E6013"/>
    <w:rsid w:val="00900941"/>
    <w:rsid w:val="0090174A"/>
    <w:rsid w:val="009017B9"/>
    <w:rsid w:val="009017CB"/>
    <w:rsid w:val="0090407C"/>
    <w:rsid w:val="00912465"/>
    <w:rsid w:val="0091395A"/>
    <w:rsid w:val="00913A6B"/>
    <w:rsid w:val="00915425"/>
    <w:rsid w:val="0091666E"/>
    <w:rsid w:val="00921DAD"/>
    <w:rsid w:val="00923CEC"/>
    <w:rsid w:val="0092682C"/>
    <w:rsid w:val="00930987"/>
    <w:rsid w:val="00931866"/>
    <w:rsid w:val="0093561B"/>
    <w:rsid w:val="0093579D"/>
    <w:rsid w:val="009360F2"/>
    <w:rsid w:val="00940504"/>
    <w:rsid w:val="00940CDF"/>
    <w:rsid w:val="00940F26"/>
    <w:rsid w:val="00941B9E"/>
    <w:rsid w:val="00942160"/>
    <w:rsid w:val="00944690"/>
    <w:rsid w:val="009446D0"/>
    <w:rsid w:val="0094545B"/>
    <w:rsid w:val="009462B9"/>
    <w:rsid w:val="00946EC0"/>
    <w:rsid w:val="0094722B"/>
    <w:rsid w:val="009476B4"/>
    <w:rsid w:val="00950F73"/>
    <w:rsid w:val="00952A73"/>
    <w:rsid w:val="00953330"/>
    <w:rsid w:val="009540E1"/>
    <w:rsid w:val="00955E04"/>
    <w:rsid w:val="0095783C"/>
    <w:rsid w:val="00960CE5"/>
    <w:rsid w:val="0096457E"/>
    <w:rsid w:val="00965EFD"/>
    <w:rsid w:val="009706FD"/>
    <w:rsid w:val="00971392"/>
    <w:rsid w:val="009736DE"/>
    <w:rsid w:val="00975393"/>
    <w:rsid w:val="0097759B"/>
    <w:rsid w:val="00980AE1"/>
    <w:rsid w:val="00982DB0"/>
    <w:rsid w:val="0098355F"/>
    <w:rsid w:val="00984150"/>
    <w:rsid w:val="00986459"/>
    <w:rsid w:val="00992F4F"/>
    <w:rsid w:val="00993575"/>
    <w:rsid w:val="00994E22"/>
    <w:rsid w:val="00996746"/>
    <w:rsid w:val="00996AEE"/>
    <w:rsid w:val="0099706B"/>
    <w:rsid w:val="00997291"/>
    <w:rsid w:val="009A1274"/>
    <w:rsid w:val="009A15C3"/>
    <w:rsid w:val="009A27D2"/>
    <w:rsid w:val="009A2DE3"/>
    <w:rsid w:val="009A3D86"/>
    <w:rsid w:val="009A3ECD"/>
    <w:rsid w:val="009A57E7"/>
    <w:rsid w:val="009B362F"/>
    <w:rsid w:val="009B363E"/>
    <w:rsid w:val="009B414E"/>
    <w:rsid w:val="009B42C0"/>
    <w:rsid w:val="009B5B3A"/>
    <w:rsid w:val="009B7FB4"/>
    <w:rsid w:val="009C1FF0"/>
    <w:rsid w:val="009C2A15"/>
    <w:rsid w:val="009C575C"/>
    <w:rsid w:val="009C5C8E"/>
    <w:rsid w:val="009D063E"/>
    <w:rsid w:val="009D1FA7"/>
    <w:rsid w:val="009D26A9"/>
    <w:rsid w:val="009D5B2C"/>
    <w:rsid w:val="009D6D28"/>
    <w:rsid w:val="009D7A88"/>
    <w:rsid w:val="009E25E6"/>
    <w:rsid w:val="009E5C4E"/>
    <w:rsid w:val="00A01F76"/>
    <w:rsid w:val="00A036E7"/>
    <w:rsid w:val="00A06AE8"/>
    <w:rsid w:val="00A073AE"/>
    <w:rsid w:val="00A07E8A"/>
    <w:rsid w:val="00A10602"/>
    <w:rsid w:val="00A10BCF"/>
    <w:rsid w:val="00A114CD"/>
    <w:rsid w:val="00A14366"/>
    <w:rsid w:val="00A1591B"/>
    <w:rsid w:val="00A17A74"/>
    <w:rsid w:val="00A22AC3"/>
    <w:rsid w:val="00A24394"/>
    <w:rsid w:val="00A25A36"/>
    <w:rsid w:val="00A32A0D"/>
    <w:rsid w:val="00A34B0B"/>
    <w:rsid w:val="00A37AE1"/>
    <w:rsid w:val="00A40322"/>
    <w:rsid w:val="00A41173"/>
    <w:rsid w:val="00A4312E"/>
    <w:rsid w:val="00A436F2"/>
    <w:rsid w:val="00A45506"/>
    <w:rsid w:val="00A47D85"/>
    <w:rsid w:val="00A5065E"/>
    <w:rsid w:val="00A51034"/>
    <w:rsid w:val="00A6120F"/>
    <w:rsid w:val="00A64913"/>
    <w:rsid w:val="00A65F10"/>
    <w:rsid w:val="00A66EBD"/>
    <w:rsid w:val="00A66F86"/>
    <w:rsid w:val="00A70C95"/>
    <w:rsid w:val="00A75DD1"/>
    <w:rsid w:val="00A84017"/>
    <w:rsid w:val="00A84394"/>
    <w:rsid w:val="00A84736"/>
    <w:rsid w:val="00A84971"/>
    <w:rsid w:val="00A85FEA"/>
    <w:rsid w:val="00A86344"/>
    <w:rsid w:val="00A87647"/>
    <w:rsid w:val="00A8789C"/>
    <w:rsid w:val="00A93B87"/>
    <w:rsid w:val="00A9465D"/>
    <w:rsid w:val="00A94B03"/>
    <w:rsid w:val="00A96AF0"/>
    <w:rsid w:val="00A972EE"/>
    <w:rsid w:val="00A97351"/>
    <w:rsid w:val="00A9769E"/>
    <w:rsid w:val="00AA1D8D"/>
    <w:rsid w:val="00AA2030"/>
    <w:rsid w:val="00AA49B4"/>
    <w:rsid w:val="00AA5BB7"/>
    <w:rsid w:val="00AB13AF"/>
    <w:rsid w:val="00AB1C79"/>
    <w:rsid w:val="00AB3FCE"/>
    <w:rsid w:val="00AB56EE"/>
    <w:rsid w:val="00AB6B60"/>
    <w:rsid w:val="00AC1C26"/>
    <w:rsid w:val="00AC2FE1"/>
    <w:rsid w:val="00AC3433"/>
    <w:rsid w:val="00AC71C1"/>
    <w:rsid w:val="00AC76EE"/>
    <w:rsid w:val="00AD3A1A"/>
    <w:rsid w:val="00AD5847"/>
    <w:rsid w:val="00AD7B02"/>
    <w:rsid w:val="00AE0BE0"/>
    <w:rsid w:val="00AE2EBB"/>
    <w:rsid w:val="00AE5570"/>
    <w:rsid w:val="00AE7F61"/>
    <w:rsid w:val="00AF075F"/>
    <w:rsid w:val="00AF41D8"/>
    <w:rsid w:val="00AF44BA"/>
    <w:rsid w:val="00B01899"/>
    <w:rsid w:val="00B023CE"/>
    <w:rsid w:val="00B03132"/>
    <w:rsid w:val="00B06647"/>
    <w:rsid w:val="00B07B20"/>
    <w:rsid w:val="00B120CC"/>
    <w:rsid w:val="00B12194"/>
    <w:rsid w:val="00B16E7C"/>
    <w:rsid w:val="00B16EB9"/>
    <w:rsid w:val="00B204D2"/>
    <w:rsid w:val="00B25686"/>
    <w:rsid w:val="00B2651A"/>
    <w:rsid w:val="00B2737E"/>
    <w:rsid w:val="00B31207"/>
    <w:rsid w:val="00B315FC"/>
    <w:rsid w:val="00B368DC"/>
    <w:rsid w:val="00B3712D"/>
    <w:rsid w:val="00B379BF"/>
    <w:rsid w:val="00B405DA"/>
    <w:rsid w:val="00B40974"/>
    <w:rsid w:val="00B41D5A"/>
    <w:rsid w:val="00B44CCA"/>
    <w:rsid w:val="00B454F7"/>
    <w:rsid w:val="00B4652A"/>
    <w:rsid w:val="00B46C60"/>
    <w:rsid w:val="00B47730"/>
    <w:rsid w:val="00B501C3"/>
    <w:rsid w:val="00B50F4A"/>
    <w:rsid w:val="00B61C77"/>
    <w:rsid w:val="00B62EE5"/>
    <w:rsid w:val="00B65B19"/>
    <w:rsid w:val="00B66850"/>
    <w:rsid w:val="00B709F6"/>
    <w:rsid w:val="00B717B6"/>
    <w:rsid w:val="00B71CA8"/>
    <w:rsid w:val="00B81224"/>
    <w:rsid w:val="00B826AF"/>
    <w:rsid w:val="00B8547D"/>
    <w:rsid w:val="00B85C53"/>
    <w:rsid w:val="00B91545"/>
    <w:rsid w:val="00B95B6B"/>
    <w:rsid w:val="00BA1AA4"/>
    <w:rsid w:val="00BA1E49"/>
    <w:rsid w:val="00BA331A"/>
    <w:rsid w:val="00BC00A1"/>
    <w:rsid w:val="00BC459C"/>
    <w:rsid w:val="00BC48CA"/>
    <w:rsid w:val="00BC51FB"/>
    <w:rsid w:val="00BD0939"/>
    <w:rsid w:val="00BD4A60"/>
    <w:rsid w:val="00BD4CBE"/>
    <w:rsid w:val="00BD7031"/>
    <w:rsid w:val="00BE02DC"/>
    <w:rsid w:val="00BE3AC7"/>
    <w:rsid w:val="00BE441C"/>
    <w:rsid w:val="00BE7241"/>
    <w:rsid w:val="00BF1CA8"/>
    <w:rsid w:val="00BF29BF"/>
    <w:rsid w:val="00BF2BA9"/>
    <w:rsid w:val="00BF3EFE"/>
    <w:rsid w:val="00BF5D1B"/>
    <w:rsid w:val="00BF71AF"/>
    <w:rsid w:val="00C03945"/>
    <w:rsid w:val="00C06101"/>
    <w:rsid w:val="00C06994"/>
    <w:rsid w:val="00C073D9"/>
    <w:rsid w:val="00C17F3C"/>
    <w:rsid w:val="00C216F5"/>
    <w:rsid w:val="00C21712"/>
    <w:rsid w:val="00C21C5C"/>
    <w:rsid w:val="00C2201A"/>
    <w:rsid w:val="00C228BD"/>
    <w:rsid w:val="00C23754"/>
    <w:rsid w:val="00C24DD6"/>
    <w:rsid w:val="00C31212"/>
    <w:rsid w:val="00C32B29"/>
    <w:rsid w:val="00C40F36"/>
    <w:rsid w:val="00C43CF7"/>
    <w:rsid w:val="00C43E69"/>
    <w:rsid w:val="00C44A7F"/>
    <w:rsid w:val="00C45059"/>
    <w:rsid w:val="00C46BB0"/>
    <w:rsid w:val="00C55945"/>
    <w:rsid w:val="00C55A6E"/>
    <w:rsid w:val="00C55CD8"/>
    <w:rsid w:val="00C5629C"/>
    <w:rsid w:val="00C568F7"/>
    <w:rsid w:val="00C6368F"/>
    <w:rsid w:val="00C63C94"/>
    <w:rsid w:val="00C654A2"/>
    <w:rsid w:val="00C736FD"/>
    <w:rsid w:val="00C74681"/>
    <w:rsid w:val="00C751CD"/>
    <w:rsid w:val="00C75FE8"/>
    <w:rsid w:val="00C84739"/>
    <w:rsid w:val="00C85364"/>
    <w:rsid w:val="00C87303"/>
    <w:rsid w:val="00C94964"/>
    <w:rsid w:val="00C95033"/>
    <w:rsid w:val="00C954FA"/>
    <w:rsid w:val="00C95FBF"/>
    <w:rsid w:val="00C96B9B"/>
    <w:rsid w:val="00C96E37"/>
    <w:rsid w:val="00C96F06"/>
    <w:rsid w:val="00CA024E"/>
    <w:rsid w:val="00CA1538"/>
    <w:rsid w:val="00CA23AC"/>
    <w:rsid w:val="00CA42F0"/>
    <w:rsid w:val="00CA496A"/>
    <w:rsid w:val="00CB0664"/>
    <w:rsid w:val="00CB2619"/>
    <w:rsid w:val="00CB3ADF"/>
    <w:rsid w:val="00CB4C8C"/>
    <w:rsid w:val="00CB6643"/>
    <w:rsid w:val="00CB67FE"/>
    <w:rsid w:val="00CC5601"/>
    <w:rsid w:val="00CD0CB0"/>
    <w:rsid w:val="00CD1B57"/>
    <w:rsid w:val="00CD1FF8"/>
    <w:rsid w:val="00CD3398"/>
    <w:rsid w:val="00CD3DC6"/>
    <w:rsid w:val="00CD7552"/>
    <w:rsid w:val="00CE1330"/>
    <w:rsid w:val="00CE25A3"/>
    <w:rsid w:val="00CE270D"/>
    <w:rsid w:val="00CE2ED3"/>
    <w:rsid w:val="00CE3805"/>
    <w:rsid w:val="00CF155C"/>
    <w:rsid w:val="00CF27B6"/>
    <w:rsid w:val="00CF4E92"/>
    <w:rsid w:val="00CF50E7"/>
    <w:rsid w:val="00CF6B4D"/>
    <w:rsid w:val="00D0203D"/>
    <w:rsid w:val="00D06E21"/>
    <w:rsid w:val="00D0789F"/>
    <w:rsid w:val="00D10C7A"/>
    <w:rsid w:val="00D11A5C"/>
    <w:rsid w:val="00D124F8"/>
    <w:rsid w:val="00D125E3"/>
    <w:rsid w:val="00D13E88"/>
    <w:rsid w:val="00D15A66"/>
    <w:rsid w:val="00D17F9D"/>
    <w:rsid w:val="00D206F0"/>
    <w:rsid w:val="00D2113B"/>
    <w:rsid w:val="00D27BDE"/>
    <w:rsid w:val="00D30614"/>
    <w:rsid w:val="00D31132"/>
    <w:rsid w:val="00D36D51"/>
    <w:rsid w:val="00D37568"/>
    <w:rsid w:val="00D37A56"/>
    <w:rsid w:val="00D43D02"/>
    <w:rsid w:val="00D44A32"/>
    <w:rsid w:val="00D44E33"/>
    <w:rsid w:val="00D519A1"/>
    <w:rsid w:val="00D53A71"/>
    <w:rsid w:val="00D5690F"/>
    <w:rsid w:val="00D665F3"/>
    <w:rsid w:val="00D7089D"/>
    <w:rsid w:val="00D74AAD"/>
    <w:rsid w:val="00D8261A"/>
    <w:rsid w:val="00D853F1"/>
    <w:rsid w:val="00D86179"/>
    <w:rsid w:val="00D8619B"/>
    <w:rsid w:val="00D873D4"/>
    <w:rsid w:val="00D916C8"/>
    <w:rsid w:val="00D92972"/>
    <w:rsid w:val="00D96A81"/>
    <w:rsid w:val="00DA056F"/>
    <w:rsid w:val="00DA1A27"/>
    <w:rsid w:val="00DA38A9"/>
    <w:rsid w:val="00DA3B69"/>
    <w:rsid w:val="00DA5F86"/>
    <w:rsid w:val="00DA6643"/>
    <w:rsid w:val="00DA67E0"/>
    <w:rsid w:val="00DB2FF3"/>
    <w:rsid w:val="00DB423E"/>
    <w:rsid w:val="00DB4554"/>
    <w:rsid w:val="00DB4B56"/>
    <w:rsid w:val="00DB65DB"/>
    <w:rsid w:val="00DC248A"/>
    <w:rsid w:val="00DC5BD0"/>
    <w:rsid w:val="00DD13B8"/>
    <w:rsid w:val="00DD1A3E"/>
    <w:rsid w:val="00DD2C1A"/>
    <w:rsid w:val="00DD34F3"/>
    <w:rsid w:val="00DD3AD0"/>
    <w:rsid w:val="00DD3C8D"/>
    <w:rsid w:val="00DD4BAD"/>
    <w:rsid w:val="00DE0B40"/>
    <w:rsid w:val="00DE34D7"/>
    <w:rsid w:val="00DE3C0F"/>
    <w:rsid w:val="00DE43F6"/>
    <w:rsid w:val="00DE6779"/>
    <w:rsid w:val="00DF054A"/>
    <w:rsid w:val="00DF0DA7"/>
    <w:rsid w:val="00DF3446"/>
    <w:rsid w:val="00DF51C9"/>
    <w:rsid w:val="00DF6E66"/>
    <w:rsid w:val="00E02C1C"/>
    <w:rsid w:val="00E05D92"/>
    <w:rsid w:val="00E07ABF"/>
    <w:rsid w:val="00E13244"/>
    <w:rsid w:val="00E13677"/>
    <w:rsid w:val="00E14989"/>
    <w:rsid w:val="00E157C7"/>
    <w:rsid w:val="00E16146"/>
    <w:rsid w:val="00E162FD"/>
    <w:rsid w:val="00E170B3"/>
    <w:rsid w:val="00E22B11"/>
    <w:rsid w:val="00E232BC"/>
    <w:rsid w:val="00E2623F"/>
    <w:rsid w:val="00E2643A"/>
    <w:rsid w:val="00E32104"/>
    <w:rsid w:val="00E33231"/>
    <w:rsid w:val="00E35DA7"/>
    <w:rsid w:val="00E40C57"/>
    <w:rsid w:val="00E411FC"/>
    <w:rsid w:val="00E41928"/>
    <w:rsid w:val="00E424D0"/>
    <w:rsid w:val="00E43F8C"/>
    <w:rsid w:val="00E46152"/>
    <w:rsid w:val="00E4698E"/>
    <w:rsid w:val="00E56BB2"/>
    <w:rsid w:val="00E6148F"/>
    <w:rsid w:val="00E6234D"/>
    <w:rsid w:val="00E62694"/>
    <w:rsid w:val="00E658B9"/>
    <w:rsid w:val="00E661F1"/>
    <w:rsid w:val="00E71660"/>
    <w:rsid w:val="00E74230"/>
    <w:rsid w:val="00E7448D"/>
    <w:rsid w:val="00E8074F"/>
    <w:rsid w:val="00E83174"/>
    <w:rsid w:val="00E8550B"/>
    <w:rsid w:val="00E90FEC"/>
    <w:rsid w:val="00E942B0"/>
    <w:rsid w:val="00E96F66"/>
    <w:rsid w:val="00EA423D"/>
    <w:rsid w:val="00EA4A2C"/>
    <w:rsid w:val="00EA50A0"/>
    <w:rsid w:val="00EA5B13"/>
    <w:rsid w:val="00EA6250"/>
    <w:rsid w:val="00EB26F2"/>
    <w:rsid w:val="00EB75F0"/>
    <w:rsid w:val="00EC2543"/>
    <w:rsid w:val="00EC44F3"/>
    <w:rsid w:val="00EC47BE"/>
    <w:rsid w:val="00EC6254"/>
    <w:rsid w:val="00EC6947"/>
    <w:rsid w:val="00ED0D69"/>
    <w:rsid w:val="00ED0DAC"/>
    <w:rsid w:val="00ED2AAB"/>
    <w:rsid w:val="00ED4BB4"/>
    <w:rsid w:val="00ED5526"/>
    <w:rsid w:val="00EE08D2"/>
    <w:rsid w:val="00EE0E26"/>
    <w:rsid w:val="00EE1C32"/>
    <w:rsid w:val="00EE288E"/>
    <w:rsid w:val="00EE3AC7"/>
    <w:rsid w:val="00EE5C44"/>
    <w:rsid w:val="00EF09D1"/>
    <w:rsid w:val="00EF2D91"/>
    <w:rsid w:val="00EF35F6"/>
    <w:rsid w:val="00EF4640"/>
    <w:rsid w:val="00F02F80"/>
    <w:rsid w:val="00F04CDF"/>
    <w:rsid w:val="00F0657D"/>
    <w:rsid w:val="00F102DF"/>
    <w:rsid w:val="00F10388"/>
    <w:rsid w:val="00F10ABD"/>
    <w:rsid w:val="00F10CAF"/>
    <w:rsid w:val="00F11440"/>
    <w:rsid w:val="00F1319F"/>
    <w:rsid w:val="00F13C9F"/>
    <w:rsid w:val="00F149F9"/>
    <w:rsid w:val="00F15767"/>
    <w:rsid w:val="00F17F26"/>
    <w:rsid w:val="00F201BC"/>
    <w:rsid w:val="00F24C48"/>
    <w:rsid w:val="00F24E62"/>
    <w:rsid w:val="00F32FFB"/>
    <w:rsid w:val="00F34060"/>
    <w:rsid w:val="00F368C8"/>
    <w:rsid w:val="00F37FC8"/>
    <w:rsid w:val="00F4138D"/>
    <w:rsid w:val="00F41AE2"/>
    <w:rsid w:val="00F4230F"/>
    <w:rsid w:val="00F46249"/>
    <w:rsid w:val="00F46463"/>
    <w:rsid w:val="00F46830"/>
    <w:rsid w:val="00F4689E"/>
    <w:rsid w:val="00F54AB6"/>
    <w:rsid w:val="00F5590C"/>
    <w:rsid w:val="00F66130"/>
    <w:rsid w:val="00F7217F"/>
    <w:rsid w:val="00F7473D"/>
    <w:rsid w:val="00F76F6C"/>
    <w:rsid w:val="00F806B6"/>
    <w:rsid w:val="00F81AA4"/>
    <w:rsid w:val="00F8269D"/>
    <w:rsid w:val="00F846F0"/>
    <w:rsid w:val="00F84F09"/>
    <w:rsid w:val="00F87787"/>
    <w:rsid w:val="00F91F3A"/>
    <w:rsid w:val="00F92788"/>
    <w:rsid w:val="00F9540B"/>
    <w:rsid w:val="00F957FE"/>
    <w:rsid w:val="00F96D8A"/>
    <w:rsid w:val="00F97A30"/>
    <w:rsid w:val="00FA62BC"/>
    <w:rsid w:val="00FA7687"/>
    <w:rsid w:val="00FB0874"/>
    <w:rsid w:val="00FB2E1D"/>
    <w:rsid w:val="00FB2F82"/>
    <w:rsid w:val="00FC1151"/>
    <w:rsid w:val="00FC2596"/>
    <w:rsid w:val="00FC340E"/>
    <w:rsid w:val="00FC693F"/>
    <w:rsid w:val="00FD348E"/>
    <w:rsid w:val="00FD3694"/>
    <w:rsid w:val="00FD6F40"/>
    <w:rsid w:val="00FE4695"/>
    <w:rsid w:val="00FE6589"/>
    <w:rsid w:val="00FE6F81"/>
    <w:rsid w:val="00FE7237"/>
    <w:rsid w:val="00FF1D72"/>
    <w:rsid w:val="00FF2E5D"/>
    <w:rsid w:val="00FF33FF"/>
    <w:rsid w:val="00FF7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30"/>
  <w15:docId w15:val="{0D4B226D-1E20-405F-9F22-73361E88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before="120" w:after="120" w:line="360" w:lineRule="auto"/>
    </w:pPr>
    <w:rPr>
      <w:rFonts w:ascii="Arial" w:hAnsi="Arial"/>
      <w:color w:val="001B2B"/>
      <w:sz w:val="22"/>
    </w:rPr>
  </w:style>
  <w:style w:type="paragraph" w:styleId="Heading1">
    <w:name w:val="heading 1"/>
    <w:basedOn w:val="Normal"/>
    <w:link w:val="Heading1Char"/>
    <w:uiPriority w:val="9"/>
    <w:qFormat/>
    <w:rsid w:val="009A3ECD"/>
    <w:pPr>
      <w:keepNext/>
      <w:spacing w:before="360"/>
      <w:outlineLvl w:val="0"/>
    </w:pPr>
    <w:rPr>
      <w:color w:val="auto"/>
      <w:sz w:val="32"/>
    </w:rPr>
  </w:style>
  <w:style w:type="paragraph" w:styleId="Heading2">
    <w:name w:val="heading 2"/>
    <w:basedOn w:val="Normal"/>
    <w:link w:val="Heading2Char"/>
    <w:uiPriority w:val="9"/>
    <w:qFormat/>
    <w:rsid w:val="00374E8F"/>
    <w:pPr>
      <w:keepNext/>
      <w:spacing w:before="240" w:after="60"/>
      <w:outlineLvl w:val="1"/>
    </w:pPr>
    <w:rPr>
      <w:b/>
      <w:color w:val="auto"/>
      <w:sz w:val="24"/>
    </w:rPr>
  </w:style>
  <w:style w:type="paragraph" w:styleId="Heading3">
    <w:name w:val="heading 3"/>
    <w:basedOn w:val="Normal"/>
    <w:link w:val="Heading3Char"/>
    <w:uiPriority w:val="9"/>
    <w:qFormat/>
    <w:rsid w:val="00996746"/>
    <w:pPr>
      <w:keepNext/>
      <w:spacing w:before="240" w:after="60"/>
      <w:outlineLvl w:val="2"/>
    </w:pPr>
    <w:rPr>
      <w:rFonts w:asciiTheme="minorHAnsi" w:hAnsiTheme="minorHAnsi"/>
      <w:b/>
      <w:color w:val="auto"/>
    </w:rPr>
  </w:style>
  <w:style w:type="paragraph" w:styleId="Heading4">
    <w:name w:val="heading 4"/>
    <w:basedOn w:val="Heading3"/>
    <w:link w:val="Heading4Char"/>
    <w:uiPriority w:val="9"/>
    <w:qFormat/>
    <w:pPr>
      <w:outlineLvl w:val="3"/>
    </w:pPr>
    <w:rPr>
      <w:u w:val="single"/>
    </w:rPr>
  </w:style>
  <w:style w:type="paragraph" w:styleId="Heading5">
    <w:name w:val="heading 5"/>
    <w:basedOn w:val="Normal"/>
    <w:link w:val="Heading5Char"/>
    <w:uiPriority w:val="9"/>
    <w:qFormat/>
    <w:pPr>
      <w:keepNext/>
      <w:keepLines/>
      <w:spacing w:before="200" w:after="0"/>
      <w:outlineLvl w:val="4"/>
    </w:pPr>
    <w:rPr>
      <w:color w:val="7F7800"/>
    </w:rPr>
  </w:style>
  <w:style w:type="paragraph" w:styleId="Heading6">
    <w:name w:val="heading 6"/>
    <w:basedOn w:val="Normal"/>
    <w:link w:val="Heading6Char"/>
    <w:uiPriority w:val="9"/>
    <w:qFormat/>
    <w:pPr>
      <w:outlineLvl w:val="5"/>
    </w:pPr>
  </w:style>
  <w:style w:type="paragraph" w:styleId="Heading7">
    <w:name w:val="heading 7"/>
    <w:basedOn w:val="Normal"/>
    <w:next w:val="Normal"/>
    <w:link w:val="Heading7Char"/>
    <w:uiPriority w:val="9"/>
    <w:unhideWhenUsed/>
    <w:qFormat/>
    <w:rsid w:val="00D31132"/>
    <w:pPr>
      <w:keepNext/>
      <w:keepLines/>
      <w:spacing w:before="40" w:after="0"/>
      <w:outlineLvl w:val="6"/>
    </w:pPr>
    <w:rPr>
      <w:rFonts w:asciiTheme="majorHAnsi" w:eastAsiaTheme="majorEastAsia" w:hAnsiTheme="majorHAnsi" w:cstheme="majorBidi"/>
      <w:i/>
      <w:iCs/>
      <w:color w:val="7F7800" w:themeColor="accent1" w:themeShade="7F"/>
    </w:rPr>
  </w:style>
  <w:style w:type="paragraph" w:styleId="Heading8">
    <w:name w:val="heading 8"/>
    <w:basedOn w:val="Normal"/>
    <w:next w:val="Normal"/>
    <w:link w:val="Heading8Char"/>
    <w:uiPriority w:val="9"/>
    <w:semiHidden/>
    <w:unhideWhenUsed/>
    <w:qFormat/>
    <w:rsid w:val="003E0DEE"/>
    <w:pPr>
      <w:keepNext/>
      <w:keepLines/>
      <w:spacing w:before="0" w:after="0" w:line="278" w:lineRule="auto"/>
      <w:outlineLvl w:val="7"/>
    </w:pPr>
    <w:rPr>
      <w:rFonts w:asciiTheme="minorHAnsi" w:eastAsiaTheme="majorEastAsia" w:hAnsiTheme="minorHAnsi" w:cstheme="majorBidi"/>
      <w:i/>
      <w:iCs/>
      <w:color w:val="404040"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3E0DEE"/>
    <w:pPr>
      <w:keepNext/>
      <w:keepLines/>
      <w:spacing w:before="0" w:after="0" w:line="278" w:lineRule="auto"/>
      <w:outlineLvl w:val="8"/>
    </w:pPr>
    <w:rPr>
      <w:rFonts w:asciiTheme="minorHAnsi" w:eastAsiaTheme="majorEastAsia" w:hAnsiTheme="minorHAnsi" w:cstheme="majorBidi"/>
      <w:color w:val="404040"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style w:type="paragraph" w:customStyle="1" w:styleId="abstract">
    <w:name w:val="abstract"/>
    <w:basedOn w:val="Normal"/>
    <w:qFormat/>
  </w:style>
  <w:style w:type="paragraph" w:customStyle="1" w:styleId="EquationCaption">
    <w:name w:val="Equation Caption"/>
    <w:basedOn w:val="Normal"/>
    <w:qFormat/>
  </w:style>
  <w:style w:type="paragraph" w:customStyle="1" w:styleId="FigureCaption">
    <w:name w:val="Figure Caption"/>
    <w:basedOn w:val="Normal"/>
    <w:qFormat/>
  </w:style>
  <w:style w:type="paragraph" w:customStyle="1" w:styleId="FiguresSection">
    <w:name w:val="Figures Section"/>
    <w:basedOn w:val="Heading1"/>
    <w:qFormat/>
  </w:style>
  <w:style w:type="paragraph" w:styleId="Title">
    <w:name w:val="Title"/>
    <w:basedOn w:val="Normal"/>
    <w:link w:val="TitleChar"/>
    <w:uiPriority w:val="10"/>
    <w:qFormat/>
    <w:rsid w:val="009A3ECD"/>
    <w:pPr>
      <w:spacing w:before="600" w:after="1200"/>
      <w:ind w:right="-85"/>
    </w:pPr>
    <w:rPr>
      <w:b/>
      <w:color w:val="auto"/>
      <w:sz w:val="28"/>
    </w:rPr>
  </w:style>
  <w:style w:type="table" w:customStyle="1" w:styleId="Table">
    <w:name w:val="Table"/>
    <w:qFormat/>
    <w:tblPr>
      <w:tblCellMar>
        <w:top w:w="0" w:type="dxa"/>
        <w:left w:w="0" w:type="dxa"/>
        <w:bottom w:w="0" w:type="dxa"/>
        <w:right w:w="0" w:type="dxa"/>
      </w:tblCellMar>
    </w:tblPr>
  </w:style>
  <w:style w:type="paragraph" w:customStyle="1" w:styleId="TableCaption">
    <w:name w:val="Table Caption"/>
    <w:basedOn w:val="Normal"/>
    <w:qFormat/>
  </w:style>
  <w:style w:type="character" w:customStyle="1" w:styleId="TextEndnote">
    <w:name w:val="Text Endnote"/>
    <w:qFormat/>
    <w:rPr>
      <w:vertAlign w:val="superscript"/>
    </w:rPr>
  </w:style>
  <w:style w:type="character" w:customStyle="1" w:styleId="TextFootnote">
    <w:name w:val="Text Footnote"/>
    <w:qFormat/>
    <w:rPr>
      <w:vertAlign w:val="superscript"/>
    </w:rPr>
  </w:style>
  <w:style w:type="paragraph" w:customStyle="1" w:styleId="TOCTOLTitle">
    <w:name w:val="TOC/ TOL Title"/>
    <w:qFormat/>
  </w:style>
  <w:style w:type="paragraph" w:styleId="TOC1">
    <w:name w:val="toc 1"/>
    <w:basedOn w:val="Normal"/>
    <w:qFormat/>
    <w:pPr>
      <w:tabs>
        <w:tab w:val="left" w:pos="440"/>
        <w:tab w:val="right" w:leader="dot" w:pos="9638"/>
      </w:tabs>
      <w:spacing w:before="60" w:after="60" w:line="240" w:lineRule="auto"/>
    </w:pPr>
  </w:style>
  <w:style w:type="paragraph" w:styleId="TOC2">
    <w:name w:val="toc 2"/>
    <w:basedOn w:val="Normal"/>
    <w:qFormat/>
    <w:pPr>
      <w:tabs>
        <w:tab w:val="left" w:pos="442"/>
        <w:tab w:val="left" w:pos="1009"/>
        <w:tab w:val="right" w:leader="dot" w:pos="9638"/>
      </w:tabs>
      <w:spacing w:before="60" w:after="60" w:line="240" w:lineRule="auto"/>
      <w:ind w:left="454"/>
    </w:pPr>
  </w:style>
  <w:style w:type="paragraph" w:styleId="TOC3">
    <w:name w:val="toc 3"/>
    <w:basedOn w:val="Normal"/>
    <w:qFormat/>
    <w:pPr>
      <w:tabs>
        <w:tab w:val="left" w:pos="1701"/>
        <w:tab w:val="right" w:leader="dot" w:pos="9638"/>
      </w:tabs>
      <w:spacing w:before="60" w:after="60" w:line="240" w:lineRule="auto"/>
      <w:ind w:firstLine="992"/>
    </w:pPr>
  </w:style>
  <w:style w:type="paragraph" w:styleId="TOC4">
    <w:name w:val="toc 4"/>
    <w:basedOn w:val="Normal"/>
    <w:qFormat/>
    <w:pPr>
      <w:spacing w:before="0" w:after="100" w:line="259" w:lineRule="auto"/>
      <w:ind w:left="660"/>
    </w:pPr>
    <w:rPr>
      <w:color w:val="000000"/>
    </w:rPr>
  </w:style>
  <w:style w:type="paragraph" w:styleId="TOC5">
    <w:name w:val="toc 5"/>
    <w:basedOn w:val="Normal"/>
    <w:qFormat/>
    <w:pPr>
      <w:spacing w:before="0" w:after="100" w:line="259" w:lineRule="auto"/>
      <w:ind w:left="880"/>
    </w:pPr>
    <w:rPr>
      <w:color w:val="000000"/>
    </w:rPr>
  </w:style>
  <w:style w:type="paragraph" w:styleId="TOC6">
    <w:name w:val="toc 6"/>
    <w:basedOn w:val="Normal"/>
    <w:qFormat/>
    <w:pPr>
      <w:spacing w:before="0" w:after="100" w:line="259" w:lineRule="auto"/>
      <w:ind w:left="1100"/>
    </w:pPr>
    <w:rPr>
      <w:color w:val="000000"/>
    </w:rPr>
  </w:style>
  <w:style w:type="paragraph" w:styleId="TableofFigures">
    <w:name w:val="table of figures"/>
    <w:basedOn w:val="Normal"/>
    <w:qFormat/>
    <w:pPr>
      <w:spacing w:after="0"/>
    </w:pPr>
  </w:style>
  <w:style w:type="paragraph" w:styleId="Header">
    <w:name w:val="header"/>
    <w:basedOn w:val="Normal"/>
    <w:link w:val="HeaderChar"/>
    <w:qFormat/>
    <w:pPr>
      <w:tabs>
        <w:tab w:val="center" w:pos="4513"/>
        <w:tab w:val="right" w:pos="9026"/>
      </w:tabs>
      <w:spacing w:after="0" w:line="240" w:lineRule="auto"/>
    </w:pPr>
  </w:style>
  <w:style w:type="paragraph" w:styleId="Footer">
    <w:name w:val="footer"/>
    <w:basedOn w:val="Normal"/>
    <w:link w:val="FooterChar"/>
    <w:qFormat/>
    <w:pPr>
      <w:tabs>
        <w:tab w:val="center" w:pos="4513"/>
        <w:tab w:val="right" w:pos="9639"/>
      </w:tabs>
      <w:spacing w:after="0" w:line="240" w:lineRule="auto"/>
    </w:pPr>
    <w:rPr>
      <w:color w:val="BCBCC0"/>
      <w:sz w:val="20"/>
    </w:rPr>
  </w:style>
  <w:style w:type="paragraph" w:styleId="Subtitle">
    <w:name w:val="Subtitle"/>
    <w:basedOn w:val="Normal"/>
    <w:link w:val="SubtitleChar"/>
    <w:uiPriority w:val="11"/>
    <w:qFormat/>
    <w:pPr>
      <w:spacing w:line="240" w:lineRule="auto"/>
      <w:ind w:right="-91"/>
      <w:jc w:val="both"/>
    </w:pPr>
    <w:rPr>
      <w:color w:val="007B84"/>
      <w:sz w:val="36"/>
    </w:rPr>
  </w:style>
  <w:style w:type="paragraph" w:styleId="Caption">
    <w:name w:val="caption"/>
    <w:aliases w:val="Table Caption 1,Figure caption,Figure caption1 Char Char,Figure Source,Caption Char1 Char,Caption Char Char Char,Caption Char1,Caption Table...,Caption Char1 + 8 pt,Not B....,Caption Table,...,Caption 3,figure,Caption-FUSA,caption,Char,12,c"/>
    <w:basedOn w:val="Normal"/>
    <w:link w:val="CaptionChar"/>
    <w:qFormat/>
    <w:rsid w:val="009A3ECD"/>
    <w:pPr>
      <w:keepNext/>
      <w:spacing w:line="240" w:lineRule="auto"/>
    </w:pPr>
    <w:rPr>
      <w:b/>
      <w:color w:val="auto"/>
    </w:rPr>
  </w:style>
  <w:style w:type="paragraph" w:styleId="CommentText">
    <w:name w:val="annotation text"/>
    <w:basedOn w:val="Normal"/>
    <w:link w:val="CommentTextChar"/>
    <w:uiPriority w:val="99"/>
    <w:qFormat/>
    <w:pPr>
      <w:spacing w:line="240" w:lineRule="auto"/>
    </w:pPr>
    <w:rPr>
      <w:sz w:val="20"/>
    </w:rPr>
  </w:style>
  <w:style w:type="paragraph" w:styleId="ListBullet">
    <w:name w:val="List Bullet"/>
    <w:basedOn w:val="Normal"/>
    <w:qFormat/>
    <w:pPr>
      <w:numPr>
        <w:numId w:val="11"/>
      </w:numPr>
      <w:contextualSpacing/>
    </w:pPr>
  </w:style>
  <w:style w:type="paragraph" w:customStyle="1" w:styleId="TableText">
    <w:name w:val="Table Text"/>
    <w:basedOn w:val="Normal"/>
    <w:link w:val="TableTextChar"/>
    <w:uiPriority w:val="6"/>
    <w:qFormat/>
    <w:pPr>
      <w:tabs>
        <w:tab w:val="left" w:pos="0"/>
      </w:tabs>
      <w:spacing w:before="60" w:after="60" w:line="240" w:lineRule="auto"/>
    </w:pPr>
    <w:rPr>
      <w:sz w:val="20"/>
    </w:rPr>
  </w:style>
  <w:style w:type="paragraph" w:customStyle="1" w:styleId="Legend">
    <w:name w:val="Legend"/>
    <w:basedOn w:val="Normal"/>
    <w:link w:val="LegendChar"/>
    <w:uiPriority w:val="3"/>
    <w:qFormat/>
    <w:pPr>
      <w:spacing w:before="60" w:after="60" w:line="240" w:lineRule="auto"/>
    </w:pPr>
    <w:rPr>
      <w:sz w:val="18"/>
    </w:rPr>
  </w:style>
  <w:style w:type="paragraph" w:customStyle="1" w:styleId="Bullet2">
    <w:name w:val="Bullet 2"/>
    <w:basedOn w:val="Normal"/>
    <w:qFormat/>
    <w:pPr>
      <w:numPr>
        <w:ilvl w:val="1"/>
        <w:numId w:val="12"/>
      </w:numPr>
    </w:pPr>
  </w:style>
  <w:style w:type="paragraph" w:customStyle="1" w:styleId="EndNoteBibliography">
    <w:name w:val="EndNote Bibliography"/>
    <w:basedOn w:val="Normal"/>
    <w:qFormat/>
    <w:pPr>
      <w:spacing w:after="240" w:line="240" w:lineRule="auto"/>
    </w:pPr>
    <w:rPr>
      <w:rFonts w:cs="Arial"/>
    </w:rPr>
  </w:style>
  <w:style w:type="paragraph" w:customStyle="1" w:styleId="Bullet3">
    <w:name w:val="Bullet 3"/>
    <w:basedOn w:val="Bullet2"/>
    <w:qFormat/>
  </w:style>
  <w:style w:type="paragraph" w:styleId="Revision">
    <w:name w:val="Revision"/>
    <w:qFormat/>
    <w:rPr>
      <w:rFonts w:ascii="Arial" w:hAnsi="Arial"/>
      <w:sz w:val="22"/>
    </w:rPr>
  </w:style>
  <w:style w:type="paragraph" w:styleId="NormalWeb">
    <w:name w:val="Normal (Web)"/>
    <w:basedOn w:val="Normal"/>
    <w:qFormat/>
    <w:pPr>
      <w:spacing w:before="100" w:beforeAutospacing="1" w:after="100" w:afterAutospacing="1" w:line="240" w:lineRule="auto"/>
    </w:pPr>
    <w:rPr>
      <w:rFonts w:ascii="Times New Roman" w:hAnsi="Times New Roman"/>
      <w:sz w:val="24"/>
    </w:rPr>
  </w:style>
  <w:style w:type="paragraph" w:styleId="IntenseQuote">
    <w:name w:val="Intense Quote"/>
    <w:basedOn w:val="Normal"/>
    <w:link w:val="IntenseQuoteChar"/>
    <w:uiPriority w:val="30"/>
    <w:qFormat/>
    <w:pPr>
      <w:spacing w:before="200" w:after="280"/>
      <w:ind w:left="936" w:right="936"/>
    </w:pPr>
    <w:rPr>
      <w:b/>
      <w:i/>
      <w:color w:val="FFF200"/>
    </w:rPr>
  </w:style>
  <w:style w:type="paragraph" w:customStyle="1" w:styleId="Subtitle2">
    <w:name w:val="Subtitle 2"/>
    <w:basedOn w:val="Normal"/>
    <w:qFormat/>
    <w:pPr>
      <w:spacing w:before="60" w:after="600" w:line="240" w:lineRule="auto"/>
      <w:ind w:right="-91"/>
      <w:jc w:val="both"/>
    </w:pPr>
    <w:rPr>
      <w:sz w:val="36"/>
    </w:rPr>
  </w:style>
  <w:style w:type="paragraph" w:styleId="ListParagraph">
    <w:name w:val="List Paragraph"/>
    <w:aliases w:val="Bullet 1,Bullet1,Section 5,Bullets Points,Table Legend,HEOR bullet list,Bullet List,Table bullet,List Paragraph1,Use Case List Paragraph,Body Bullet,Table Number Paragraph,List Paragraph 1,Ref,B1,Figure_name,bu1,bu1 + Before:  0 pt,lp1"/>
    <w:basedOn w:val="Normal"/>
    <w:link w:val="ListParagraphChar"/>
    <w:uiPriority w:val="34"/>
    <w:qFormat/>
    <w:pPr>
      <w:numPr>
        <w:numId w:val="12"/>
      </w:numPr>
    </w:pPr>
  </w:style>
  <w:style w:type="paragraph" w:customStyle="1" w:styleId="TableTextBullet">
    <w:name w:val="Table Text Bullet"/>
    <w:uiPriority w:val="3"/>
    <w:qFormat/>
    <w:pPr>
      <w:numPr>
        <w:numId w:val="13"/>
      </w:numPr>
      <w:tabs>
        <w:tab w:val="left" w:pos="0"/>
      </w:tabs>
      <w:spacing w:before="60" w:after="60"/>
      <w:ind w:left="318" w:hanging="159"/>
    </w:pPr>
    <w:rPr>
      <w:rFonts w:ascii="Arial" w:hAnsi="Arial"/>
      <w:color w:val="001B2B"/>
    </w:rPr>
  </w:style>
  <w:style w:type="paragraph" w:customStyle="1" w:styleId="TableTextBullet2">
    <w:name w:val="Table Text Bullet 2"/>
    <w:uiPriority w:val="13"/>
    <w:qFormat/>
    <w:pPr>
      <w:numPr>
        <w:ilvl w:val="1"/>
        <w:numId w:val="13"/>
      </w:numPr>
      <w:spacing w:before="60" w:after="60"/>
      <w:ind w:left="477" w:hanging="159"/>
    </w:pPr>
    <w:rPr>
      <w:rFonts w:ascii="Arial" w:hAnsi="Arial"/>
      <w:color w:val="001B2B"/>
    </w:rPr>
  </w:style>
  <w:style w:type="paragraph" w:styleId="TOCHeading">
    <w:name w:val="TOC Heading"/>
    <w:basedOn w:val="Heading1"/>
    <w:qFormat/>
    <w:pPr>
      <w:keepLines/>
      <w:spacing w:after="0" w:line="259" w:lineRule="auto"/>
      <w:outlineLvl w:val="9"/>
    </w:pPr>
    <w:rPr>
      <w:b/>
      <w:color w:val="BFB500"/>
    </w:rPr>
  </w:style>
  <w:style w:type="paragraph" w:customStyle="1" w:styleId="HeadingNotincontents">
    <w:name w:val="Heading (Not in contents)"/>
    <w:basedOn w:val="Normal"/>
    <w:qFormat/>
    <w:rPr>
      <w:rFonts w:ascii="Times" w:hAnsi="Times"/>
      <w:color w:val="007B84"/>
      <w:sz w:val="32"/>
    </w:rPr>
  </w:style>
  <w:style w:type="paragraph" w:customStyle="1" w:styleId="TableHeading2">
    <w:name w:val="Table Heading2"/>
    <w:basedOn w:val="Normal"/>
    <w:qFormat/>
    <w:pPr>
      <w:keepNext/>
      <w:tabs>
        <w:tab w:val="left" w:pos="268"/>
      </w:tabs>
      <w:spacing w:before="60" w:after="60" w:line="240" w:lineRule="auto"/>
    </w:pPr>
    <w:rPr>
      <w:b/>
      <w:sz w:val="20"/>
    </w:rPr>
  </w:style>
  <w:style w:type="paragraph" w:customStyle="1" w:styleId="TableHeading">
    <w:name w:val="Table Heading"/>
    <w:basedOn w:val="Normal"/>
    <w:link w:val="TableHeadingChar"/>
    <w:qFormat/>
    <w:pPr>
      <w:keepNext/>
      <w:tabs>
        <w:tab w:val="left" w:pos="268"/>
      </w:tabs>
      <w:spacing w:before="60" w:after="60" w:line="240" w:lineRule="auto"/>
    </w:pPr>
    <w:rPr>
      <w:color w:val="FFFFFF"/>
      <w:sz w:val="20"/>
    </w:rPr>
  </w:style>
  <w:style w:type="paragraph" w:customStyle="1" w:styleId="AppendixHeading1">
    <w:name w:val="Appendix Heading 1"/>
    <w:basedOn w:val="Heading1"/>
    <w:uiPriority w:val="6"/>
    <w:qFormat/>
    <w:pPr>
      <w:numPr>
        <w:numId w:val="14"/>
      </w:numPr>
    </w:pPr>
  </w:style>
  <w:style w:type="paragraph" w:customStyle="1" w:styleId="AppendixHeading2">
    <w:name w:val="Appendix Heading 2"/>
    <w:basedOn w:val="Heading2"/>
    <w:uiPriority w:val="6"/>
    <w:qFormat/>
    <w:pPr>
      <w:tabs>
        <w:tab w:val="num" w:pos="720"/>
      </w:tabs>
      <w:ind w:left="720" w:hanging="720"/>
    </w:pPr>
  </w:style>
  <w:style w:type="paragraph" w:customStyle="1" w:styleId="AppendixHeading3">
    <w:name w:val="Appendix Heading 3"/>
    <w:basedOn w:val="Heading3"/>
    <w:uiPriority w:val="6"/>
    <w:qFormat/>
    <w:pPr>
      <w:tabs>
        <w:tab w:val="num" w:pos="720"/>
      </w:tabs>
      <w:ind w:left="720" w:hanging="720"/>
    </w:pPr>
  </w:style>
  <w:style w:type="paragraph" w:customStyle="1" w:styleId="EndNoteBibliographyTitle">
    <w:name w:val="EndNote Bibliography Title"/>
    <w:basedOn w:val="Normal"/>
    <w:qFormat/>
    <w:pPr>
      <w:spacing w:after="0"/>
      <w:jc w:val="center"/>
    </w:pPr>
    <w:rPr>
      <w:rFonts w:cs="Arial"/>
    </w:rPr>
  </w:style>
  <w:style w:type="paragraph" w:customStyle="1" w:styleId="Headingnotincontents0">
    <w:name w:val="Heading  (not in contents)"/>
    <w:qFormat/>
    <w:pPr>
      <w:spacing w:after="200" w:line="276" w:lineRule="auto"/>
      <w:ind w:left="357" w:hanging="357"/>
    </w:pPr>
    <w:rPr>
      <w:rFonts w:ascii="Arial" w:hAnsi="Arial"/>
      <w:b/>
      <w:color w:val="1E1E1E"/>
      <w:sz w:val="32"/>
    </w:rPr>
  </w:style>
  <w:style w:type="paragraph" w:styleId="NoSpacing">
    <w:name w:val="No Spacing"/>
    <w:qFormat/>
    <w:rPr>
      <w:rFonts w:ascii="Arial" w:hAnsi="Arial"/>
      <w:sz w:val="22"/>
    </w:rPr>
  </w:style>
  <w:style w:type="paragraph" w:customStyle="1" w:styleId="Bullet11">
    <w:name w:val="Bullet11"/>
    <w:basedOn w:val="Normal"/>
    <w:qFormat/>
    <w:pPr>
      <w:tabs>
        <w:tab w:val="num" w:pos="360"/>
      </w:tabs>
      <w:contextualSpacing/>
    </w:pPr>
    <w:rPr>
      <w:color w:val="000000"/>
    </w:rPr>
  </w:style>
  <w:style w:type="paragraph" w:customStyle="1" w:styleId="heading40">
    <w:name w:val="heading 40"/>
    <w:basedOn w:val="Heading4"/>
    <w:qFormat/>
    <w:pPr>
      <w:tabs>
        <w:tab w:val="num" w:pos="360"/>
      </w:tabs>
      <w:ind w:left="720" w:hanging="720"/>
    </w:pPr>
  </w:style>
  <w:style w:type="paragraph" w:customStyle="1" w:styleId="Heading50">
    <w:name w:val="Heading5"/>
    <w:basedOn w:val="Heading5"/>
    <w:qFormat/>
    <w:pPr>
      <w:tabs>
        <w:tab w:val="num" w:pos="360"/>
      </w:tabs>
      <w:ind w:left="360" w:hanging="360"/>
    </w:pPr>
    <w:rPr>
      <w:rFonts w:ascii="Times" w:hAnsi="Times"/>
      <w:color w:val="007B84"/>
    </w:rPr>
  </w:style>
  <w:style w:type="paragraph" w:customStyle="1" w:styleId="centered">
    <w:name w:val="centered"/>
    <w:basedOn w:val="Normal"/>
    <w:qFormat/>
    <w:pPr>
      <w:spacing w:before="0" w:after="0" w:line="240" w:lineRule="auto"/>
      <w:jc w:val="center"/>
    </w:pPr>
    <w:rPr>
      <w:color w:val="000000"/>
      <w:sz w:val="24"/>
    </w:rPr>
  </w:style>
  <w:style w:type="paragraph" w:customStyle="1" w:styleId="ImageCaption">
    <w:name w:val="Image Caption"/>
    <w:basedOn w:val="Normal"/>
    <w:qFormat/>
    <w:pPr>
      <w:spacing w:before="0" w:after="0" w:line="240" w:lineRule="auto"/>
      <w:jc w:val="center"/>
    </w:pPr>
    <w:rPr>
      <w:b/>
      <w:i/>
      <w:color w:val="000000"/>
      <w:sz w:val="24"/>
    </w:rPr>
  </w:style>
  <w:style w:type="paragraph" w:customStyle="1" w:styleId="TableCaption1">
    <w:name w:val="Table Caption (1)"/>
    <w:basedOn w:val="ImageCaption"/>
    <w:qFormat/>
  </w:style>
  <w:style w:type="paragraph" w:customStyle="1" w:styleId="graphictitle">
    <w:name w:val="graphic title"/>
    <w:basedOn w:val="ImageCaption"/>
    <w:qFormat/>
  </w:style>
  <w:style w:type="paragraph" w:customStyle="1" w:styleId="tabletitle">
    <w:name w:val="table title"/>
    <w:basedOn w:val="TableCaption1"/>
    <w:qFormat/>
  </w:style>
  <w:style w:type="paragraph" w:styleId="Quote">
    <w:name w:val="Quote"/>
    <w:basedOn w:val="Normal"/>
    <w:link w:val="QuoteChar"/>
    <w:uiPriority w:val="29"/>
    <w:qFormat/>
    <w:pPr>
      <w:spacing w:before="160" w:after="160" w:line="278" w:lineRule="auto"/>
      <w:jc w:val="center"/>
    </w:pPr>
    <w:rPr>
      <w:i/>
      <w:color w:val="565656"/>
      <w:sz w:val="24"/>
    </w:rPr>
  </w:style>
  <w:style w:type="paragraph" w:customStyle="1" w:styleId="msonormal0">
    <w:name w:val="msonormal"/>
    <w:basedOn w:val="Normal"/>
    <w:qFormat/>
    <w:pPr>
      <w:spacing w:before="100" w:beforeAutospacing="1" w:after="100" w:afterAutospacing="1" w:line="240" w:lineRule="auto"/>
    </w:pPr>
    <w:rPr>
      <w:rFonts w:ascii="Times New Roman" w:hAnsi="Times New Roman"/>
      <w:color w:val="000000"/>
      <w:sz w:val="24"/>
    </w:rPr>
  </w:style>
  <w:style w:type="paragraph" w:customStyle="1" w:styleId="xl65">
    <w:name w:val="xl65"/>
    <w:basedOn w:val="Normal"/>
    <w:qFormat/>
    <w:pPr>
      <w:spacing w:before="100" w:beforeAutospacing="1" w:after="100" w:afterAutospacing="1" w:line="240" w:lineRule="auto"/>
    </w:pPr>
    <w:rPr>
      <w:rFonts w:ascii="Times New Roman" w:hAnsi="Times New Roman"/>
      <w:color w:val="000000"/>
      <w:sz w:val="24"/>
    </w:rPr>
  </w:style>
  <w:style w:type="paragraph" w:customStyle="1" w:styleId="xl66">
    <w:name w:val="xl66"/>
    <w:basedOn w:val="Normal"/>
    <w:qFormat/>
    <w:pPr>
      <w:shd w:val="clear" w:color="auto" w:fill="FFFF00"/>
      <w:spacing w:before="100" w:beforeAutospacing="1" w:after="100" w:afterAutospacing="1" w:line="240" w:lineRule="auto"/>
    </w:pPr>
    <w:rPr>
      <w:rFonts w:ascii="Times New Roman" w:hAnsi="Times New Roman"/>
      <w:color w:val="000000"/>
      <w:sz w:val="24"/>
    </w:rPr>
  </w:style>
  <w:style w:type="paragraph" w:customStyle="1" w:styleId="xl67">
    <w:name w:val="xl67"/>
    <w:basedOn w:val="Normal"/>
    <w:qFormat/>
    <w:pPr>
      <w:spacing w:before="100" w:beforeAutospacing="1" w:after="100" w:afterAutospacing="1" w:line="240" w:lineRule="auto"/>
      <w:jc w:val="center"/>
    </w:pPr>
    <w:rPr>
      <w:rFonts w:ascii="Times New Roman" w:hAnsi="Times New Roman"/>
      <w:color w:val="000000"/>
      <w:sz w:val="24"/>
    </w:rPr>
  </w:style>
  <w:style w:type="paragraph" w:customStyle="1" w:styleId="Text">
    <w:name w:val="Text"/>
    <w:basedOn w:val="Normal"/>
    <w:qFormat/>
    <w:pPr>
      <w:spacing w:before="0" w:after="240" w:line="320" w:lineRule="exact"/>
      <w:jc w:val="both"/>
    </w:pPr>
    <w:rPr>
      <w:rFonts w:ascii="Times New Roman" w:hAnsi="Times New Roman"/>
      <w:color w:val="000000"/>
      <w:sz w:val="24"/>
    </w:rPr>
  </w:style>
  <w:style w:type="paragraph" w:styleId="BodyText">
    <w:name w:val="Body Text"/>
    <w:basedOn w:val="Normal"/>
    <w:link w:val="BodyTextChar"/>
    <w:qFormat/>
    <w:rsid w:val="009A3ECD"/>
    <w:pPr>
      <w:spacing w:before="180" w:after="60"/>
    </w:pPr>
    <w:rPr>
      <w:color w:val="auto"/>
    </w:rPr>
  </w:style>
  <w:style w:type="paragraph" w:styleId="TOC7">
    <w:name w:val="toc 7"/>
    <w:basedOn w:val="Normal"/>
    <w:qFormat/>
    <w:pPr>
      <w:spacing w:before="0" w:after="100" w:line="259" w:lineRule="auto"/>
      <w:ind w:left="1320"/>
    </w:pPr>
    <w:rPr>
      <w:color w:val="000000"/>
    </w:rPr>
  </w:style>
  <w:style w:type="paragraph" w:styleId="TOC8">
    <w:name w:val="toc 8"/>
    <w:basedOn w:val="Normal"/>
    <w:qFormat/>
    <w:pPr>
      <w:spacing w:before="0" w:after="100" w:line="259" w:lineRule="auto"/>
      <w:ind w:left="1540"/>
    </w:pPr>
    <w:rPr>
      <w:color w:val="000000"/>
    </w:rPr>
  </w:style>
  <w:style w:type="paragraph" w:styleId="TOC9">
    <w:name w:val="toc 9"/>
    <w:basedOn w:val="Normal"/>
    <w:qFormat/>
    <w:pPr>
      <w:spacing w:before="0" w:after="100" w:line="259" w:lineRule="auto"/>
      <w:ind w:left="1760"/>
    </w:pPr>
    <w:rPr>
      <w:color w:val="000000"/>
    </w:rPr>
  </w:style>
  <w:style w:type="paragraph" w:customStyle="1" w:styleId="TableBullet">
    <w:name w:val="Table Bullet"/>
    <w:basedOn w:val="Normal"/>
    <w:qFormat/>
    <w:pPr>
      <w:numPr>
        <w:numId w:val="15"/>
      </w:numPr>
      <w:spacing w:before="60" w:after="0" w:line="240" w:lineRule="auto"/>
    </w:pPr>
    <w:rPr>
      <w:color w:val="000000"/>
      <w:sz w:val="16"/>
    </w:rPr>
  </w:style>
  <w:style w:type="paragraph" w:customStyle="1" w:styleId="pf0">
    <w:name w:val="pf0"/>
    <w:basedOn w:val="Normal"/>
    <w:qFormat/>
    <w:pPr>
      <w:spacing w:before="100" w:beforeAutospacing="1" w:after="100" w:afterAutospacing="1" w:line="240" w:lineRule="auto"/>
      <w:ind w:left="360"/>
    </w:pPr>
    <w:rPr>
      <w:rFonts w:ascii="Times New Roman" w:hAnsi="Times New Roman"/>
      <w:color w:val="000000"/>
      <w:sz w:val="24"/>
    </w:rPr>
  </w:style>
  <w:style w:type="character" w:customStyle="1" w:styleId="TableTextChar">
    <w:name w:val="Table Text Char"/>
    <w:basedOn w:val="DefaultParagraphFont"/>
    <w:link w:val="TableText"/>
    <w:uiPriority w:val="6"/>
    <w:rsid w:val="00565F67"/>
    <w:rPr>
      <w:rFonts w:ascii="Arial" w:hAnsi="Arial"/>
      <w:color w:val="001B2B"/>
    </w:rPr>
  </w:style>
  <w:style w:type="character" w:customStyle="1" w:styleId="CaptionChar">
    <w:name w:val="Caption Char"/>
    <w:aliases w:val="Table Caption 1 Char,Figure caption Char,Figure caption1 Char Char Char,Figure Source Char,Caption Char1 Char Char,Caption Char Char Char Char,Caption Char1 Char1,Caption Table... Char,Caption Char1 + 8 pt Char,Not B.... Char,... Char"/>
    <w:link w:val="Caption"/>
    <w:locked/>
    <w:rsid w:val="009A3ECD"/>
    <w:rPr>
      <w:rFonts w:ascii="Arial" w:hAnsi="Arial"/>
      <w:b/>
      <w:sz w:val="22"/>
    </w:rPr>
  </w:style>
  <w:style w:type="table" w:customStyle="1" w:styleId="Lumanitytable">
    <w:name w:val="Lumanity table"/>
    <w:basedOn w:val="TableNormal"/>
    <w:uiPriority w:val="99"/>
    <w:rsid w:val="00565F67"/>
    <w:rPr>
      <w:rFonts w:ascii="Arial" w:eastAsiaTheme="minorEastAsia" w:hAnsi="Arial" w:cstheme="minorBidi"/>
      <w:color w:val="FFFFFF" w:themeColor="background1"/>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60" w:beforeAutospacing="0" w:afterLines="0" w:after="60" w:afterAutospacing="0" w:line="360" w:lineRule="auto"/>
        <w:jc w:val="left"/>
      </w:pPr>
      <w:rPr>
        <w:rFonts w:ascii="Arial" w:hAnsi="Arial"/>
        <w:b/>
        <w:color w:val="FFFFFF" w:themeColor="background1"/>
        <w:sz w:val="22"/>
      </w:rPr>
      <w:tblPr/>
      <w:tcPr>
        <w:shd w:val="clear" w:color="auto" w:fill="001B2B" w:themeFill="accent2"/>
      </w:tcPr>
    </w:tblStylePr>
  </w:style>
  <w:style w:type="character" w:customStyle="1" w:styleId="TableHeadingChar">
    <w:name w:val="Table Heading Char"/>
    <w:basedOn w:val="DefaultParagraphFont"/>
    <w:link w:val="TableHeading"/>
    <w:rsid w:val="00565F67"/>
    <w:rPr>
      <w:rFonts w:ascii="Arial" w:hAnsi="Arial"/>
      <w:color w:val="FFFFFF"/>
    </w:rPr>
  </w:style>
  <w:style w:type="character" w:styleId="CommentReference">
    <w:name w:val="annotation reference"/>
    <w:basedOn w:val="DefaultParagraphFont"/>
    <w:uiPriority w:val="99"/>
    <w:semiHidden/>
    <w:unhideWhenUsed/>
    <w:rsid w:val="00DA38A9"/>
    <w:rPr>
      <w:sz w:val="16"/>
      <w:szCs w:val="16"/>
    </w:rPr>
  </w:style>
  <w:style w:type="paragraph" w:styleId="CommentSubject">
    <w:name w:val="annotation subject"/>
    <w:basedOn w:val="CommentText"/>
    <w:next w:val="CommentText"/>
    <w:link w:val="CommentSubjectChar"/>
    <w:uiPriority w:val="99"/>
    <w:semiHidden/>
    <w:unhideWhenUsed/>
    <w:rsid w:val="00DA38A9"/>
    <w:rPr>
      <w:b/>
      <w:bCs/>
    </w:rPr>
  </w:style>
  <w:style w:type="character" w:customStyle="1" w:styleId="CommentTextChar">
    <w:name w:val="Comment Text Char"/>
    <w:basedOn w:val="DefaultParagraphFont"/>
    <w:link w:val="CommentText"/>
    <w:uiPriority w:val="99"/>
    <w:rsid w:val="00DA38A9"/>
    <w:rPr>
      <w:rFonts w:ascii="Arial" w:hAnsi="Arial"/>
      <w:color w:val="001B2B"/>
    </w:rPr>
  </w:style>
  <w:style w:type="character" w:customStyle="1" w:styleId="CommentSubjectChar">
    <w:name w:val="Comment Subject Char"/>
    <w:basedOn w:val="CommentTextChar"/>
    <w:link w:val="CommentSubject"/>
    <w:uiPriority w:val="99"/>
    <w:semiHidden/>
    <w:rsid w:val="00DA38A9"/>
    <w:rPr>
      <w:rFonts w:ascii="Arial" w:hAnsi="Arial"/>
      <w:b/>
      <w:bCs/>
      <w:color w:val="001B2B"/>
    </w:rPr>
  </w:style>
  <w:style w:type="character" w:customStyle="1" w:styleId="LegendChar">
    <w:name w:val="Legend Char"/>
    <w:basedOn w:val="DefaultParagraphFont"/>
    <w:link w:val="Legend"/>
    <w:uiPriority w:val="3"/>
    <w:rsid w:val="00A37AE1"/>
    <w:rPr>
      <w:rFonts w:ascii="Arial" w:hAnsi="Arial"/>
      <w:color w:val="001B2B"/>
      <w:sz w:val="18"/>
    </w:rPr>
  </w:style>
  <w:style w:type="character" w:customStyle="1" w:styleId="Heading7Char">
    <w:name w:val="Heading 7 Char"/>
    <w:basedOn w:val="DefaultParagraphFont"/>
    <w:link w:val="Heading7"/>
    <w:uiPriority w:val="9"/>
    <w:rsid w:val="00D31132"/>
    <w:rPr>
      <w:rFonts w:asciiTheme="majorHAnsi" w:eastAsiaTheme="majorEastAsia" w:hAnsiTheme="majorHAnsi" w:cstheme="majorBidi"/>
      <w:i/>
      <w:iCs/>
      <w:color w:val="7F7800" w:themeColor="accent1" w:themeShade="7F"/>
      <w:sz w:val="22"/>
    </w:rPr>
  </w:style>
  <w:style w:type="character" w:customStyle="1" w:styleId="ListParagraphChar">
    <w:name w:val="List Paragraph Char"/>
    <w:aliases w:val="Bullet 1 Char,Bullet1 Char,Section 5 Char,Bullets Points Char,Table Legend Char,HEOR bullet list Char,Bullet List Char,Table bullet Char,List Paragraph1 Char,Use Case List Paragraph Char,Body Bullet Char,Table Number Paragraph Char"/>
    <w:basedOn w:val="DefaultParagraphFont"/>
    <w:link w:val="ListParagraph"/>
    <w:uiPriority w:val="34"/>
    <w:rsid w:val="00412833"/>
    <w:rPr>
      <w:rFonts w:ascii="Arial" w:hAnsi="Arial"/>
      <w:color w:val="001B2B"/>
      <w:sz w:val="22"/>
    </w:rPr>
  </w:style>
  <w:style w:type="table" w:customStyle="1" w:styleId="TableGrid1">
    <w:name w:val="Table Grid1"/>
    <w:basedOn w:val="TableNormal"/>
    <w:next w:val="TableGrid"/>
    <w:uiPriority w:val="59"/>
    <w:rsid w:val="0041283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12833"/>
    <w:rPr>
      <w:rFonts w:asciiTheme="minorHAnsi" w:hAnsi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12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B1E12"/>
    <w:rPr>
      <w:color w:val="666666"/>
    </w:rPr>
  </w:style>
  <w:style w:type="paragraph" w:customStyle="1" w:styleId="Default">
    <w:name w:val="Default"/>
    <w:rsid w:val="00A41173"/>
    <w:pPr>
      <w:widowControl w:val="0"/>
      <w:autoSpaceDE w:val="0"/>
      <w:autoSpaceDN w:val="0"/>
      <w:adjustRightInd w:val="0"/>
    </w:pPr>
    <w:rPr>
      <w:rFonts w:ascii="Calibri" w:hAnsi="Calibri" w:cs="Calibri"/>
      <w:color w:val="000000"/>
      <w:sz w:val="24"/>
      <w:szCs w:val="24"/>
      <w:lang w:eastAsia="en-CA"/>
    </w:rPr>
  </w:style>
  <w:style w:type="character" w:customStyle="1" w:styleId="Heading8Char">
    <w:name w:val="Heading 8 Char"/>
    <w:basedOn w:val="DefaultParagraphFont"/>
    <w:link w:val="Heading8"/>
    <w:uiPriority w:val="9"/>
    <w:semiHidden/>
    <w:rsid w:val="003E0DEE"/>
    <w:rPr>
      <w:rFonts w:asciiTheme="minorHAnsi" w:eastAsiaTheme="majorEastAsia" w:hAnsiTheme="minorHAnsi" w:cstheme="majorBidi"/>
      <w:i/>
      <w:iCs/>
      <w:color w:val="404040" w:themeColor="text1" w:themeTint="D8"/>
      <w:kern w:val="2"/>
      <w:sz w:val="24"/>
      <w:szCs w:val="24"/>
      <w:lang w:val="en-IN"/>
      <w14:ligatures w14:val="standardContextual"/>
    </w:rPr>
  </w:style>
  <w:style w:type="character" w:customStyle="1" w:styleId="Heading9Char">
    <w:name w:val="Heading 9 Char"/>
    <w:basedOn w:val="DefaultParagraphFont"/>
    <w:link w:val="Heading9"/>
    <w:uiPriority w:val="9"/>
    <w:semiHidden/>
    <w:rsid w:val="003E0DEE"/>
    <w:rPr>
      <w:rFonts w:asciiTheme="minorHAnsi" w:eastAsiaTheme="majorEastAsia" w:hAnsiTheme="minorHAnsi" w:cstheme="majorBidi"/>
      <w:color w:val="404040" w:themeColor="text1" w:themeTint="D8"/>
      <w:kern w:val="2"/>
      <w:sz w:val="24"/>
      <w:szCs w:val="24"/>
      <w:lang w:val="en-IN"/>
      <w14:ligatures w14:val="standardContextual"/>
    </w:rPr>
  </w:style>
  <w:style w:type="character" w:customStyle="1" w:styleId="Heading1Char">
    <w:name w:val="Heading 1 Char"/>
    <w:basedOn w:val="DefaultParagraphFont"/>
    <w:link w:val="Heading1"/>
    <w:uiPriority w:val="9"/>
    <w:rsid w:val="009A3ECD"/>
    <w:rPr>
      <w:rFonts w:ascii="Arial" w:hAnsi="Arial"/>
      <w:sz w:val="32"/>
    </w:rPr>
  </w:style>
  <w:style w:type="character" w:customStyle="1" w:styleId="Heading2Char">
    <w:name w:val="Heading 2 Char"/>
    <w:basedOn w:val="DefaultParagraphFont"/>
    <w:link w:val="Heading2"/>
    <w:uiPriority w:val="9"/>
    <w:rsid w:val="00374E8F"/>
    <w:rPr>
      <w:rFonts w:ascii="Arial" w:hAnsi="Arial"/>
      <w:b/>
      <w:sz w:val="24"/>
    </w:rPr>
  </w:style>
  <w:style w:type="character" w:customStyle="1" w:styleId="Heading3Char">
    <w:name w:val="Heading 3 Char"/>
    <w:basedOn w:val="DefaultParagraphFont"/>
    <w:link w:val="Heading3"/>
    <w:uiPriority w:val="9"/>
    <w:rsid w:val="00996746"/>
    <w:rPr>
      <w:rFonts w:asciiTheme="minorHAnsi" w:hAnsiTheme="minorHAnsi"/>
      <w:b/>
      <w:sz w:val="22"/>
    </w:rPr>
  </w:style>
  <w:style w:type="character" w:customStyle="1" w:styleId="Heading4Char">
    <w:name w:val="Heading 4 Char"/>
    <w:basedOn w:val="DefaultParagraphFont"/>
    <w:link w:val="Heading4"/>
    <w:uiPriority w:val="9"/>
    <w:rsid w:val="003E0DEE"/>
    <w:rPr>
      <w:rFonts w:ascii="Times" w:hAnsi="Times"/>
      <w:color w:val="007B84"/>
      <w:sz w:val="24"/>
      <w:u w:val="single"/>
    </w:rPr>
  </w:style>
  <w:style w:type="character" w:customStyle="1" w:styleId="Heading5Char">
    <w:name w:val="Heading 5 Char"/>
    <w:basedOn w:val="DefaultParagraphFont"/>
    <w:link w:val="Heading5"/>
    <w:uiPriority w:val="9"/>
    <w:rsid w:val="003E0DEE"/>
    <w:rPr>
      <w:rFonts w:ascii="Arial" w:hAnsi="Arial"/>
      <w:color w:val="7F7800"/>
      <w:sz w:val="22"/>
    </w:rPr>
  </w:style>
  <w:style w:type="character" w:customStyle="1" w:styleId="Heading6Char">
    <w:name w:val="Heading 6 Char"/>
    <w:basedOn w:val="DefaultParagraphFont"/>
    <w:link w:val="Heading6"/>
    <w:uiPriority w:val="9"/>
    <w:rsid w:val="003E0DEE"/>
    <w:rPr>
      <w:rFonts w:ascii="Arial" w:hAnsi="Arial"/>
      <w:color w:val="001B2B"/>
      <w:sz w:val="22"/>
    </w:rPr>
  </w:style>
  <w:style w:type="character" w:customStyle="1" w:styleId="TitleChar">
    <w:name w:val="Title Char"/>
    <w:basedOn w:val="DefaultParagraphFont"/>
    <w:link w:val="Title"/>
    <w:uiPriority w:val="10"/>
    <w:rsid w:val="009A3ECD"/>
    <w:rPr>
      <w:rFonts w:ascii="Arial" w:hAnsi="Arial"/>
      <w:b/>
      <w:sz w:val="28"/>
    </w:rPr>
  </w:style>
  <w:style w:type="character" w:customStyle="1" w:styleId="SubtitleChar">
    <w:name w:val="Subtitle Char"/>
    <w:basedOn w:val="DefaultParagraphFont"/>
    <w:link w:val="Subtitle"/>
    <w:uiPriority w:val="11"/>
    <w:rsid w:val="003E0DEE"/>
    <w:rPr>
      <w:rFonts w:ascii="Arial" w:hAnsi="Arial"/>
      <w:color w:val="007B84"/>
      <w:sz w:val="36"/>
    </w:rPr>
  </w:style>
  <w:style w:type="character" w:customStyle="1" w:styleId="QuoteChar">
    <w:name w:val="Quote Char"/>
    <w:basedOn w:val="DefaultParagraphFont"/>
    <w:link w:val="Quote"/>
    <w:uiPriority w:val="29"/>
    <w:rsid w:val="003E0DEE"/>
    <w:rPr>
      <w:rFonts w:ascii="Arial" w:hAnsi="Arial"/>
      <w:i/>
      <w:color w:val="565656"/>
      <w:sz w:val="24"/>
    </w:rPr>
  </w:style>
  <w:style w:type="character" w:styleId="IntenseEmphasis">
    <w:name w:val="Intense Emphasis"/>
    <w:basedOn w:val="DefaultParagraphFont"/>
    <w:uiPriority w:val="21"/>
    <w:qFormat/>
    <w:rsid w:val="003E0DEE"/>
    <w:rPr>
      <w:i/>
      <w:iCs/>
      <w:color w:val="BFB500" w:themeColor="accent1" w:themeShade="BF"/>
    </w:rPr>
  </w:style>
  <w:style w:type="character" w:customStyle="1" w:styleId="IntenseQuoteChar">
    <w:name w:val="Intense Quote Char"/>
    <w:basedOn w:val="DefaultParagraphFont"/>
    <w:link w:val="IntenseQuote"/>
    <w:uiPriority w:val="30"/>
    <w:rsid w:val="003E0DEE"/>
    <w:rPr>
      <w:rFonts w:ascii="Arial" w:hAnsi="Arial"/>
      <w:b/>
      <w:i/>
      <w:color w:val="FFF200"/>
      <w:sz w:val="22"/>
    </w:rPr>
  </w:style>
  <w:style w:type="character" w:styleId="IntenseReference">
    <w:name w:val="Intense Reference"/>
    <w:basedOn w:val="DefaultParagraphFont"/>
    <w:uiPriority w:val="32"/>
    <w:qFormat/>
    <w:rsid w:val="003E0DEE"/>
    <w:rPr>
      <w:b/>
      <w:bCs/>
      <w:smallCaps/>
      <w:color w:val="BFB500" w:themeColor="accent1" w:themeShade="BF"/>
      <w:spacing w:val="5"/>
    </w:rPr>
  </w:style>
  <w:style w:type="character" w:styleId="Hyperlink">
    <w:name w:val="Hyperlink"/>
    <w:basedOn w:val="DefaultParagraphFont"/>
    <w:uiPriority w:val="99"/>
    <w:unhideWhenUsed/>
    <w:rsid w:val="003E0DEE"/>
    <w:rPr>
      <w:color w:val="0563C1"/>
      <w:u w:val="single"/>
    </w:rPr>
  </w:style>
  <w:style w:type="character" w:styleId="FollowedHyperlink">
    <w:name w:val="FollowedHyperlink"/>
    <w:basedOn w:val="DefaultParagraphFont"/>
    <w:uiPriority w:val="99"/>
    <w:semiHidden/>
    <w:unhideWhenUsed/>
    <w:rsid w:val="003E0DEE"/>
    <w:rPr>
      <w:color w:val="954F72"/>
      <w:u w:val="single"/>
    </w:rPr>
  </w:style>
  <w:style w:type="paragraph" w:customStyle="1" w:styleId="font5">
    <w:name w:val="font5"/>
    <w:basedOn w:val="Normal"/>
    <w:rsid w:val="003E0DEE"/>
    <w:pPr>
      <w:spacing w:before="100" w:beforeAutospacing="1" w:after="100" w:afterAutospacing="1" w:line="240" w:lineRule="auto"/>
    </w:pPr>
    <w:rPr>
      <w:rFonts w:ascii="Calibri" w:hAnsi="Calibri" w:cs="Calibri"/>
      <w:b/>
      <w:bCs/>
      <w:color w:val="auto"/>
      <w:szCs w:val="22"/>
      <w:lang w:val="en-IN" w:eastAsia="en-IN"/>
    </w:rPr>
  </w:style>
  <w:style w:type="paragraph" w:customStyle="1" w:styleId="font6">
    <w:name w:val="font6"/>
    <w:basedOn w:val="Normal"/>
    <w:rsid w:val="003E0DEE"/>
    <w:pPr>
      <w:spacing w:before="100" w:beforeAutospacing="1" w:after="100" w:afterAutospacing="1" w:line="240" w:lineRule="auto"/>
    </w:pPr>
    <w:rPr>
      <w:rFonts w:ascii="Calibri" w:hAnsi="Calibri" w:cs="Calibri"/>
      <w:b/>
      <w:bCs/>
      <w:color w:val="auto"/>
      <w:szCs w:val="22"/>
      <w:u w:val="single"/>
      <w:lang w:val="en-IN" w:eastAsia="en-IN"/>
    </w:rPr>
  </w:style>
  <w:style w:type="paragraph" w:customStyle="1" w:styleId="xl68">
    <w:name w:val="xl68"/>
    <w:basedOn w:val="Normal"/>
    <w:rsid w:val="003E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auto"/>
      <w:sz w:val="24"/>
      <w:szCs w:val="24"/>
      <w:lang w:val="en-IN" w:eastAsia="en-IN"/>
    </w:rPr>
  </w:style>
  <w:style w:type="paragraph" w:customStyle="1" w:styleId="xl69">
    <w:name w:val="xl69"/>
    <w:basedOn w:val="Normal"/>
    <w:rsid w:val="003E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auto"/>
      <w:sz w:val="24"/>
      <w:szCs w:val="24"/>
      <w:lang w:val="en-IN" w:eastAsia="en-IN"/>
    </w:rPr>
  </w:style>
  <w:style w:type="paragraph" w:customStyle="1" w:styleId="xl70">
    <w:name w:val="xl70"/>
    <w:basedOn w:val="Normal"/>
    <w:rsid w:val="003E0D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auto"/>
      <w:sz w:val="24"/>
      <w:szCs w:val="24"/>
      <w:lang w:val="en-IN" w:eastAsia="en-IN"/>
    </w:rPr>
  </w:style>
  <w:style w:type="table" w:styleId="ListTable3">
    <w:name w:val="List Table 3"/>
    <w:basedOn w:val="TableNormal"/>
    <w:uiPriority w:val="48"/>
    <w:rsid w:val="003E0DEE"/>
    <w:rPr>
      <w:rFonts w:asciiTheme="minorHAnsi" w:eastAsiaTheme="minorHAnsi" w:hAnsiTheme="minorHAnsi" w:cstheme="minorBidi"/>
      <w:kern w:val="2"/>
      <w:sz w:val="24"/>
      <w:szCs w:val="24"/>
      <w:lang w:val="en-IN"/>
      <w14:ligatures w14:val="standardContextual"/>
    </w:rPr>
    <w:tblPr>
      <w:tblStyleRowBandSize w:val="1"/>
      <w:tblStyleColBandSize w:val="1"/>
      <w:tblBorders>
        <w:top w:val="single" w:sz="4" w:space="0" w:color="1E1E1E" w:themeColor="text1"/>
        <w:left w:val="single" w:sz="4" w:space="0" w:color="1E1E1E" w:themeColor="text1"/>
        <w:bottom w:val="single" w:sz="4" w:space="0" w:color="1E1E1E" w:themeColor="text1"/>
        <w:right w:val="single" w:sz="4" w:space="0" w:color="1E1E1E" w:themeColor="text1"/>
      </w:tblBorders>
    </w:tblPr>
    <w:tblStylePr w:type="firstRow">
      <w:rPr>
        <w:b/>
        <w:bCs/>
        <w:color w:val="FFFFFF" w:themeColor="background1"/>
      </w:rPr>
      <w:tblPr/>
      <w:tcPr>
        <w:shd w:val="clear" w:color="auto" w:fill="1E1E1E" w:themeFill="text1"/>
      </w:tcPr>
    </w:tblStylePr>
    <w:tblStylePr w:type="lastRow">
      <w:rPr>
        <w:b/>
        <w:bCs/>
      </w:rPr>
      <w:tblPr/>
      <w:tcPr>
        <w:tcBorders>
          <w:top w:val="double" w:sz="4" w:space="0" w:color="1E1E1E"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E1E1E" w:themeColor="text1"/>
          <w:right w:val="single" w:sz="4" w:space="0" w:color="1E1E1E" w:themeColor="text1"/>
        </w:tcBorders>
      </w:tcPr>
    </w:tblStylePr>
    <w:tblStylePr w:type="band1Horz">
      <w:tblPr/>
      <w:tcPr>
        <w:tcBorders>
          <w:top w:val="single" w:sz="4" w:space="0" w:color="1E1E1E" w:themeColor="text1"/>
          <w:bottom w:val="single" w:sz="4" w:space="0" w:color="1E1E1E"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E1E1E" w:themeColor="text1"/>
          <w:left w:val="nil"/>
        </w:tcBorders>
      </w:tcPr>
    </w:tblStylePr>
    <w:tblStylePr w:type="swCell">
      <w:tblPr/>
      <w:tcPr>
        <w:tcBorders>
          <w:top w:val="double" w:sz="4" w:space="0" w:color="1E1E1E" w:themeColor="text1"/>
          <w:right w:val="nil"/>
        </w:tcBorders>
      </w:tcPr>
    </w:tblStylePr>
  </w:style>
  <w:style w:type="table" w:styleId="GridTable4">
    <w:name w:val="Grid Table 4"/>
    <w:basedOn w:val="TableNormal"/>
    <w:uiPriority w:val="49"/>
    <w:rsid w:val="003E0DEE"/>
    <w:rPr>
      <w:rFonts w:asciiTheme="minorHAnsi" w:eastAsiaTheme="minorHAnsi" w:hAnsiTheme="minorHAnsi" w:cstheme="minorBidi"/>
      <w:kern w:val="2"/>
      <w:sz w:val="24"/>
      <w:szCs w:val="24"/>
      <w:lang w:val="en-IN"/>
      <w14:ligatures w14:val="standardContextual"/>
    </w:rPr>
    <w:tblPr>
      <w:tblStyleRowBandSize w:val="1"/>
      <w:tblStyleColBandSize w:val="1"/>
      <w:tblBorders>
        <w:top w:val="single" w:sz="4" w:space="0" w:color="787878" w:themeColor="text1" w:themeTint="99"/>
        <w:left w:val="single" w:sz="4" w:space="0" w:color="787878" w:themeColor="text1" w:themeTint="99"/>
        <w:bottom w:val="single" w:sz="4" w:space="0" w:color="787878" w:themeColor="text1" w:themeTint="99"/>
        <w:right w:val="single" w:sz="4" w:space="0" w:color="787878" w:themeColor="text1" w:themeTint="99"/>
        <w:insideH w:val="single" w:sz="4" w:space="0" w:color="787878" w:themeColor="text1" w:themeTint="99"/>
        <w:insideV w:val="single" w:sz="4" w:space="0" w:color="787878" w:themeColor="text1" w:themeTint="99"/>
      </w:tblBorders>
    </w:tblPr>
    <w:tblStylePr w:type="firstRow">
      <w:rPr>
        <w:b/>
        <w:bCs/>
        <w:color w:val="FFFFFF" w:themeColor="background1"/>
      </w:rPr>
      <w:tblPr/>
      <w:tcPr>
        <w:tcBorders>
          <w:top w:val="single" w:sz="4" w:space="0" w:color="1E1E1E" w:themeColor="text1"/>
          <w:left w:val="single" w:sz="4" w:space="0" w:color="1E1E1E" w:themeColor="text1"/>
          <w:bottom w:val="single" w:sz="4" w:space="0" w:color="1E1E1E" w:themeColor="text1"/>
          <w:right w:val="single" w:sz="4" w:space="0" w:color="1E1E1E" w:themeColor="text1"/>
          <w:insideH w:val="nil"/>
          <w:insideV w:val="nil"/>
        </w:tcBorders>
        <w:shd w:val="clear" w:color="auto" w:fill="1E1E1E" w:themeFill="text1"/>
      </w:tcPr>
    </w:tblStylePr>
    <w:tblStylePr w:type="lastRow">
      <w:rPr>
        <w:b/>
        <w:bCs/>
      </w:rPr>
      <w:tblPr/>
      <w:tcPr>
        <w:tcBorders>
          <w:top w:val="double" w:sz="4" w:space="0" w:color="1E1E1E" w:themeColor="text1"/>
        </w:tcBorders>
      </w:tcPr>
    </w:tblStylePr>
    <w:tblStylePr w:type="firstCol">
      <w:rPr>
        <w:b/>
        <w:bCs/>
      </w:rPr>
    </w:tblStylePr>
    <w:tblStylePr w:type="lastCol">
      <w:rPr>
        <w:b/>
        <w:bCs/>
      </w:rPr>
    </w:tblStylePr>
    <w:tblStylePr w:type="band1Vert">
      <w:tblPr/>
      <w:tcPr>
        <w:shd w:val="clear" w:color="auto" w:fill="D2D2D2" w:themeFill="text1" w:themeFillTint="33"/>
      </w:tcPr>
    </w:tblStylePr>
    <w:tblStylePr w:type="band1Horz">
      <w:tblPr/>
      <w:tcPr>
        <w:shd w:val="clear" w:color="auto" w:fill="D2D2D2" w:themeFill="text1" w:themeFillTint="33"/>
      </w:tcPr>
    </w:tblStylePr>
  </w:style>
  <w:style w:type="character" w:customStyle="1" w:styleId="HeaderChar">
    <w:name w:val="Header Char"/>
    <w:basedOn w:val="DefaultParagraphFont"/>
    <w:link w:val="Header"/>
    <w:rsid w:val="00195660"/>
    <w:rPr>
      <w:rFonts w:ascii="Arial" w:hAnsi="Arial"/>
      <w:color w:val="001B2B"/>
      <w:sz w:val="22"/>
    </w:rPr>
  </w:style>
  <w:style w:type="character" w:customStyle="1" w:styleId="FooterChar">
    <w:name w:val="Footer Char"/>
    <w:basedOn w:val="DefaultParagraphFont"/>
    <w:link w:val="Footer"/>
    <w:rsid w:val="00195660"/>
    <w:rPr>
      <w:rFonts w:ascii="Arial" w:hAnsi="Arial"/>
      <w:color w:val="BCBCC0"/>
    </w:rPr>
  </w:style>
  <w:style w:type="character" w:customStyle="1" w:styleId="BodyTextChar">
    <w:name w:val="Body Text Char"/>
    <w:basedOn w:val="DefaultParagraphFont"/>
    <w:link w:val="BodyText"/>
    <w:rsid w:val="009A3ECD"/>
    <w:rPr>
      <w:rFonts w:ascii="Arial" w:hAnsi="Arial"/>
      <w:sz w:val="22"/>
    </w:rPr>
  </w:style>
  <w:style w:type="character" w:styleId="UnresolvedMention">
    <w:name w:val="Unresolved Mention"/>
    <w:basedOn w:val="DefaultParagraphFont"/>
    <w:uiPriority w:val="99"/>
    <w:semiHidden/>
    <w:unhideWhenUsed/>
    <w:rsid w:val="00FE7237"/>
    <w:rPr>
      <w:color w:val="605E5C"/>
      <w:shd w:val="clear" w:color="auto" w:fill="E1DFDD"/>
    </w:rPr>
  </w:style>
  <w:style w:type="paragraph" w:styleId="FootnoteText">
    <w:name w:val="footnote text"/>
    <w:basedOn w:val="Normal"/>
    <w:link w:val="FootnoteTextChar"/>
    <w:uiPriority w:val="99"/>
    <w:semiHidden/>
    <w:unhideWhenUsed/>
    <w:rsid w:val="005B6FF9"/>
    <w:pPr>
      <w:spacing w:before="0" w:after="0" w:line="240" w:lineRule="auto"/>
    </w:pPr>
    <w:rPr>
      <w:sz w:val="20"/>
    </w:rPr>
  </w:style>
  <w:style w:type="character" w:customStyle="1" w:styleId="FootnoteTextChar">
    <w:name w:val="Footnote Text Char"/>
    <w:basedOn w:val="DefaultParagraphFont"/>
    <w:link w:val="FootnoteText"/>
    <w:uiPriority w:val="99"/>
    <w:semiHidden/>
    <w:rsid w:val="005B6FF9"/>
    <w:rPr>
      <w:rFonts w:ascii="Arial" w:hAnsi="Arial"/>
      <w:color w:val="001B2B"/>
    </w:rPr>
  </w:style>
  <w:style w:type="character" w:styleId="FootnoteReference">
    <w:name w:val="footnote reference"/>
    <w:basedOn w:val="DefaultParagraphFont"/>
    <w:uiPriority w:val="99"/>
    <w:semiHidden/>
    <w:unhideWhenUsed/>
    <w:rsid w:val="005B6F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jpeg"/><Relationship Id="rId117" Type="http://schemas.openxmlformats.org/officeDocument/2006/relationships/image" Target="media/image93.png"/><Relationship Id="rId21" Type="http://schemas.openxmlformats.org/officeDocument/2006/relationships/hyperlink" Target="https://pubmed.ncbi.nlm.nih.gov/?term=%238+and+%239&amp;size=200&amp;ac=no&amp;sort=relevance" TargetMode="External"/><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9.jpeg"/><Relationship Id="rId68" Type="http://schemas.openxmlformats.org/officeDocument/2006/relationships/image" Target="media/image44.png"/><Relationship Id="rId84" Type="http://schemas.openxmlformats.org/officeDocument/2006/relationships/image" Target="media/image60.png"/><Relationship Id="rId89" Type="http://schemas.openxmlformats.org/officeDocument/2006/relationships/image" Target="media/image65.jpeg"/><Relationship Id="rId112" Type="http://schemas.openxmlformats.org/officeDocument/2006/relationships/image" Target="media/image88.jpeg"/><Relationship Id="rId16" Type="http://schemas.openxmlformats.org/officeDocument/2006/relationships/hyperlink" Target="https://pubmed.ncbi.nlm.nih.gov/?term=%22Schizophrenia%22%5BMesh%5D+OR+%22Psychotic+Disorders%22%5BMesh%5D&amp;size=200&amp;ac=no&amp;sort=relevance" TargetMode="External"/><Relationship Id="rId107" Type="http://schemas.openxmlformats.org/officeDocument/2006/relationships/image" Target="media/image83.jpeg"/><Relationship Id="rId11" Type="http://schemas.openxmlformats.org/officeDocument/2006/relationships/footer" Target="footer1.xml"/><Relationship Id="rId32" Type="http://schemas.openxmlformats.org/officeDocument/2006/relationships/image" Target="media/image8.jpeg"/><Relationship Id="rId37" Type="http://schemas.openxmlformats.org/officeDocument/2006/relationships/image" Target="media/image13.pn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image" Target="media/image50.png"/><Relationship Id="rId79" Type="http://schemas.openxmlformats.org/officeDocument/2006/relationships/image" Target="media/image55.png"/><Relationship Id="rId102" Type="http://schemas.openxmlformats.org/officeDocument/2006/relationships/image" Target="media/image78.png"/><Relationship Id="rId123" Type="http://schemas.openxmlformats.org/officeDocument/2006/relationships/image" Target="media/image99.png"/><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66.jpeg"/><Relationship Id="rId95" Type="http://schemas.openxmlformats.org/officeDocument/2006/relationships/image" Target="media/image71.jpeg"/><Relationship Id="rId22" Type="http://schemas.openxmlformats.org/officeDocument/2006/relationships/hyperlink" Target="https://pubmed.ncbi.nlm.nih.gov/?term=%22lumateperone%22+%5BSupplementary+Concept%5D+OR+lumateperone%5BTitle%2FAbstract%5D&amp;size=200&amp;ac=no&amp;sort=relevance" TargetMode="External"/><Relationship Id="rId27" Type="http://schemas.openxmlformats.org/officeDocument/2006/relationships/image" Target="media/image3.jpeg"/><Relationship Id="rId43" Type="http://schemas.openxmlformats.org/officeDocument/2006/relationships/image" Target="media/image19.png"/><Relationship Id="rId48" Type="http://schemas.openxmlformats.org/officeDocument/2006/relationships/image" Target="media/image24.png"/><Relationship Id="rId64" Type="http://schemas.openxmlformats.org/officeDocument/2006/relationships/image" Target="media/image40.png"/><Relationship Id="rId69" Type="http://schemas.openxmlformats.org/officeDocument/2006/relationships/image" Target="media/image45.png"/><Relationship Id="rId113" Type="http://schemas.openxmlformats.org/officeDocument/2006/relationships/image" Target="media/image89.jpeg"/><Relationship Id="rId118" Type="http://schemas.openxmlformats.org/officeDocument/2006/relationships/image" Target="media/image94.png"/><Relationship Id="rId80" Type="http://schemas.openxmlformats.org/officeDocument/2006/relationships/image" Target="media/image56.png"/><Relationship Id="rId85" Type="http://schemas.openxmlformats.org/officeDocument/2006/relationships/image" Target="media/image61.png"/><Relationship Id="rId12" Type="http://schemas.openxmlformats.org/officeDocument/2006/relationships/footer" Target="footer2.xml"/><Relationship Id="rId17" Type="http://schemas.openxmlformats.org/officeDocument/2006/relationships/hyperlink" Target="https://pubmed.ncbi.nlm.nih.gov/?term=%234+or+%235&amp;size=200&amp;ac=no&amp;sort=relevance" TargetMode="External"/><Relationship Id="rId33" Type="http://schemas.openxmlformats.org/officeDocument/2006/relationships/image" Target="media/image9.jpeg"/><Relationship Id="rId38" Type="http://schemas.openxmlformats.org/officeDocument/2006/relationships/image" Target="media/image14.png"/><Relationship Id="rId59" Type="http://schemas.openxmlformats.org/officeDocument/2006/relationships/image" Target="media/image35.png"/><Relationship Id="rId103" Type="http://schemas.openxmlformats.org/officeDocument/2006/relationships/image" Target="media/image79.png"/><Relationship Id="rId108" Type="http://schemas.openxmlformats.org/officeDocument/2006/relationships/image" Target="media/image84.png"/><Relationship Id="rId124" Type="http://schemas.openxmlformats.org/officeDocument/2006/relationships/image" Target="media/image100.png"/><Relationship Id="rId54" Type="http://schemas.openxmlformats.org/officeDocument/2006/relationships/image" Target="media/image30.png"/><Relationship Id="rId70" Type="http://schemas.openxmlformats.org/officeDocument/2006/relationships/image" Target="media/image46.png"/><Relationship Id="rId75" Type="http://schemas.openxmlformats.org/officeDocument/2006/relationships/image" Target="media/image51.png"/><Relationship Id="rId91" Type="http://schemas.openxmlformats.org/officeDocument/2006/relationships/image" Target="media/image67.png"/><Relationship Id="rId96" Type="http://schemas.openxmlformats.org/officeDocument/2006/relationships/image" Target="media/image72.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pubmed.ncbi.nlm.nih.gov/?term=%2311+and+%236+and+%237&amp;size=200&amp;ac=no&amp;sort=relevance" TargetMode="External"/><Relationship Id="rId28" Type="http://schemas.openxmlformats.org/officeDocument/2006/relationships/image" Target="media/image4.jpeg"/><Relationship Id="rId49" Type="http://schemas.openxmlformats.org/officeDocument/2006/relationships/image" Target="media/image25.png"/><Relationship Id="rId114" Type="http://schemas.openxmlformats.org/officeDocument/2006/relationships/image" Target="media/image90.jpeg"/><Relationship Id="rId119" Type="http://schemas.openxmlformats.org/officeDocument/2006/relationships/image" Target="media/image95.jpeg"/><Relationship Id="rId44" Type="http://schemas.openxmlformats.org/officeDocument/2006/relationships/image" Target="media/image20.png"/><Relationship Id="rId60" Type="http://schemas.openxmlformats.org/officeDocument/2006/relationships/image" Target="media/image36.png"/><Relationship Id="rId65" Type="http://schemas.openxmlformats.org/officeDocument/2006/relationships/image" Target="media/image41.png"/><Relationship Id="rId81" Type="http://schemas.openxmlformats.org/officeDocument/2006/relationships/image" Target="media/image57.jpeg"/><Relationship Id="rId86" Type="http://schemas.openxmlformats.org/officeDocument/2006/relationships/image" Target="media/image62.png"/><Relationship Id="rId13" Type="http://schemas.openxmlformats.org/officeDocument/2006/relationships/hyperlink" Target="https://pubmed.ncbi.nlm.nih.gov/?term=Amisulpride%5BTitle%2FAbstract%5D+OR+Aripiprazole%5BTitle%2FAbstract%5D+OR+Asenapine%5BTitle%2FAbstract%5D+OR+Benperidol%5BTitle%2FAbstract%5D+OR+Brexpiprazole%5BTitle%2FAbstract%5D+OR+Cariprazine%5BTitle%2FAbstract%5D+OR+Chlorpromazine%5BTitle%2FAbstract%5D+OR+Clopenthixol%5BTitle%2FAbstract%5D+OR+Clozapine%5BTitle%2FAbstract%5D+OR+Flupenthixol%5BTitle%2FAbstract%5D+OR+Fluphenazine%5BTitle%2FAbstract%5D+OR+Fluspirilene%5BTitle%2FAbstract%5D+OR+Haloperidol%5BTitle%2FAbstract%5D+OR+Iloperidone%5BTitle%2FAbstract%5D+OR+Levomepromazine%5BTitle%2FAbstract%5D+OR+Loxapine%5BTitle%2FAbstract%5D+OR+Lurasidone%5BTitle%2FAbstract%5D+OR+Molindone%5BTitle%2FAbstract%5D+OR+Olanzapine%5BTitle%2FAbstract%5D+OR+Paliperidone%5BTitle%2FAbstract%5D+OR+Quetiapine%5BTitle%2FAbstract%5D+OR+Penfluridol%5BTitle%2FAbstract%5D+OR+Perazine%5BTitle%2FAbstract%5D+OR+Perphenazine%5BTitle%2FAbstract%5D+OR+Pimozide%5BTitle%2FAbstract%5D+OR+Risperidone%5BTitle%2FAbstract%5D+OR+Sertindole%5BTitle%2FAbstract%5D+OR+Sulpiride%5BTitle%2FAbstract%5D+OR+Thioridazine%5BTitle%2FAbstract%5D+OR+Thiothixene%5BTitle%2FAbstract%5D+OR+Trifluoperazine%5BTitle%2FAbstract%5D+OR+Ziprasidone%5BTitle%2FAbstract%5D+OR+Zotepine%5BTitle%2FAbstract%5D+OR+Zuclopenthixol%5BTitle%2FAbstract%5D&amp;size=200&amp;ac=no&amp;sort=relevance" TargetMode="External"/><Relationship Id="rId18" Type="http://schemas.openxmlformats.org/officeDocument/2006/relationships/hyperlink" Target="https://pubmed.ncbi.nlm.nih.gov/?term=randomized+controlled+trial%5Bpt%5D+OR+controlled+clinical+trial%5Bpt%5D+OR+randomized%5Btiab%5D+OR+placebo%5Btiab%5D+OR+clinical+trials+as+topic%5Bmesh%3Anoexp%5D+OR+randomly%5Btiab%5D+OR+trial%5Bti%5D+NOT+%28animals%5Bmh%5D+NOT+humans+%5Bmh%5D%29&amp;size=200&amp;ac=no&amp;sort=relevance" TargetMode="External"/><Relationship Id="rId39" Type="http://schemas.openxmlformats.org/officeDocument/2006/relationships/image" Target="media/image15.png"/><Relationship Id="rId109" Type="http://schemas.openxmlformats.org/officeDocument/2006/relationships/image" Target="media/image85.png"/><Relationship Id="rId34" Type="http://schemas.openxmlformats.org/officeDocument/2006/relationships/image" Target="media/image10.jpeg"/><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image" Target="media/image52.png"/><Relationship Id="rId97" Type="http://schemas.openxmlformats.org/officeDocument/2006/relationships/image" Target="media/image73.png"/><Relationship Id="rId104" Type="http://schemas.openxmlformats.org/officeDocument/2006/relationships/image" Target="media/image80.png"/><Relationship Id="rId120" Type="http://schemas.openxmlformats.org/officeDocument/2006/relationships/image" Target="media/image96.jpeg"/><Relationship Id="rId125" Type="http://schemas.openxmlformats.org/officeDocument/2006/relationships/image" Target="media/image101.png"/><Relationship Id="rId7" Type="http://schemas.openxmlformats.org/officeDocument/2006/relationships/settings" Target="settings.xml"/><Relationship Id="rId71" Type="http://schemas.openxmlformats.org/officeDocument/2006/relationships/image" Target="media/image47.jpeg"/><Relationship Id="rId92" Type="http://schemas.openxmlformats.org/officeDocument/2006/relationships/image" Target="media/image68.png"/><Relationship Id="rId2" Type="http://schemas.openxmlformats.org/officeDocument/2006/relationships/customXml" Target="../customXml/item2.xml"/><Relationship Id="rId29" Type="http://schemas.openxmlformats.org/officeDocument/2006/relationships/image" Target="media/image5.jpeg"/><Relationship Id="rId24" Type="http://schemas.openxmlformats.org/officeDocument/2006/relationships/hyperlink" Target="https://pubmed.ncbi.nlm.nih.gov/?term=%2310+or+%2312&amp;size=200&amp;ac=no&amp;sort=relevance" TargetMode="External"/><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image" Target="media/image42.jpeg"/><Relationship Id="rId87" Type="http://schemas.openxmlformats.org/officeDocument/2006/relationships/image" Target="media/image63.png"/><Relationship Id="rId110" Type="http://schemas.openxmlformats.org/officeDocument/2006/relationships/image" Target="media/image86.png"/><Relationship Id="rId115" Type="http://schemas.openxmlformats.org/officeDocument/2006/relationships/image" Target="media/image91.png"/><Relationship Id="rId61" Type="http://schemas.openxmlformats.org/officeDocument/2006/relationships/image" Target="media/image37.png"/><Relationship Id="rId82" Type="http://schemas.openxmlformats.org/officeDocument/2006/relationships/image" Target="media/image58.jpeg"/><Relationship Id="rId19" Type="http://schemas.openxmlformats.org/officeDocument/2006/relationships/hyperlink" Target="https://pubmed.ncbi.nlm.nih.gov/?term=%233+and+%236+and+%237&amp;size=200&amp;ac=no&amp;sort=relevance" TargetMode="External"/><Relationship Id="rId14" Type="http://schemas.openxmlformats.org/officeDocument/2006/relationships/hyperlink" Target="https://pubmed.ncbi.nlm.nih.gov/?term=%231+or+%232&amp;size=200&amp;ac=no&amp;sort=relevance" TargetMode="External"/><Relationship Id="rId30" Type="http://schemas.openxmlformats.org/officeDocument/2006/relationships/image" Target="media/image6.jpeg"/><Relationship Id="rId35" Type="http://schemas.openxmlformats.org/officeDocument/2006/relationships/image" Target="media/image11.jpeg"/><Relationship Id="rId56" Type="http://schemas.openxmlformats.org/officeDocument/2006/relationships/image" Target="media/image32.png"/><Relationship Id="rId77" Type="http://schemas.openxmlformats.org/officeDocument/2006/relationships/image" Target="media/image53.jpeg"/><Relationship Id="rId100" Type="http://schemas.openxmlformats.org/officeDocument/2006/relationships/image" Target="media/image76.jpeg"/><Relationship Id="rId105" Type="http://schemas.openxmlformats.org/officeDocument/2006/relationships/image" Target="media/image81.jpeg"/><Relationship Id="rId126" Type="http://schemas.openxmlformats.org/officeDocument/2006/relationships/hyperlink" Target="https://CRAN.R-project.org/package=gemtc" TargetMode="External"/><Relationship Id="rId8" Type="http://schemas.openxmlformats.org/officeDocument/2006/relationships/webSettings" Target="webSettings.xml"/><Relationship Id="rId51" Type="http://schemas.openxmlformats.org/officeDocument/2006/relationships/image" Target="media/image27.png"/><Relationship Id="rId72" Type="http://schemas.openxmlformats.org/officeDocument/2006/relationships/image" Target="media/image48.jpe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7.jpeg"/><Relationship Id="rId3" Type="http://schemas.openxmlformats.org/officeDocument/2006/relationships/customXml" Target="../customXml/item3.xml"/><Relationship Id="rId25" Type="http://schemas.openxmlformats.org/officeDocument/2006/relationships/image" Target="media/image1.jpeg"/><Relationship Id="rId46" Type="http://schemas.openxmlformats.org/officeDocument/2006/relationships/image" Target="media/image22.png"/><Relationship Id="rId67" Type="http://schemas.openxmlformats.org/officeDocument/2006/relationships/image" Target="media/image43.jpeg"/><Relationship Id="rId116" Type="http://schemas.openxmlformats.org/officeDocument/2006/relationships/image" Target="media/image92.png"/><Relationship Id="rId20" Type="http://schemas.openxmlformats.org/officeDocument/2006/relationships/hyperlink" Target="https://pubmed.ncbi.nlm.nih.gov/?term=%28%222019%2F01%2F01%22%5BDate+-+Entrez%5D+%3A+%222024%2F12%2F31%22%5BDate+-+Entrez%5D%29&amp;size=200&amp;ac=no&amp;sort=relevance" TargetMode="External"/><Relationship Id="rId41" Type="http://schemas.openxmlformats.org/officeDocument/2006/relationships/image" Target="media/image17.png"/><Relationship Id="rId62" Type="http://schemas.openxmlformats.org/officeDocument/2006/relationships/image" Target="media/image38.jpeg"/><Relationship Id="rId83" Type="http://schemas.openxmlformats.org/officeDocument/2006/relationships/image" Target="media/image59.jpeg"/><Relationship Id="rId88" Type="http://schemas.openxmlformats.org/officeDocument/2006/relationships/image" Target="media/image64.jpeg"/><Relationship Id="rId111" Type="http://schemas.openxmlformats.org/officeDocument/2006/relationships/image" Target="media/image87.png"/><Relationship Id="rId15" Type="http://schemas.openxmlformats.org/officeDocument/2006/relationships/hyperlink" Target="https://pubmed.ncbi.nlm.nih.gov/?term=schizo%2A%5BTitle%2FAbstract%5D+OR+hebephrenic%2A%5BTitle%2FAbstract%5D+OR+oligophreni%2A%5BTitle%2FAbstract%5D+OR+psychotic%2A%5BTitle%2FAbstract%5D+OR+psychosis%5BTitle%2FAbstract%5D+OR+psychoses%5BTitle%2FAbstract%5D&amp;size=200&amp;ac=no&amp;sort=relevance" TargetMode="External"/><Relationship Id="rId36" Type="http://schemas.openxmlformats.org/officeDocument/2006/relationships/image" Target="media/image12.png"/><Relationship Id="rId57" Type="http://schemas.openxmlformats.org/officeDocument/2006/relationships/image" Target="media/image33.png"/><Relationship Id="rId106" Type="http://schemas.openxmlformats.org/officeDocument/2006/relationships/image" Target="media/image82.jpeg"/><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7.jpeg"/><Relationship Id="rId52" Type="http://schemas.openxmlformats.org/officeDocument/2006/relationships/image" Target="media/image28.png"/><Relationship Id="rId73" Type="http://schemas.openxmlformats.org/officeDocument/2006/relationships/image" Target="media/image49.jpeg"/><Relationship Id="rId78" Type="http://schemas.openxmlformats.org/officeDocument/2006/relationships/image" Target="media/image54.jpe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jpeg"/><Relationship Id="rId122" Type="http://schemas.openxmlformats.org/officeDocument/2006/relationships/image" Target="media/image98.pn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Lumanity 2022">
      <a:dk1>
        <a:srgbClr val="1E1E1E"/>
      </a:dk1>
      <a:lt1>
        <a:srgbClr val="FFFFFF"/>
      </a:lt1>
      <a:dk2>
        <a:srgbClr val="001B2B"/>
      </a:dk2>
      <a:lt2>
        <a:srgbClr val="D8D2BF"/>
      </a:lt2>
      <a:accent1>
        <a:srgbClr val="FFF200"/>
      </a:accent1>
      <a:accent2>
        <a:srgbClr val="001B2B"/>
      </a:accent2>
      <a:accent3>
        <a:srgbClr val="72E8DC"/>
      </a:accent3>
      <a:accent4>
        <a:srgbClr val="007B84"/>
      </a:accent4>
      <a:accent5>
        <a:srgbClr val="A7BEC2"/>
      </a:accent5>
      <a:accent6>
        <a:srgbClr val="FF4D67"/>
      </a:accent6>
      <a:hlink>
        <a:srgbClr val="69A9FF"/>
      </a:hlink>
      <a:folHlink>
        <a:srgbClr val="D8D2BF"/>
      </a:folHlink>
    </a:clrScheme>
    <a:fontScheme name="BresMed Standar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DAB46CB42E974B8B343136A9C5AD12" ma:contentTypeVersion="15" ma:contentTypeDescription="Create a new document." ma:contentTypeScope="" ma:versionID="66ebf5f561be30d34b7a92e70ad66057">
  <xsd:schema xmlns:xsd="http://www.w3.org/2001/XMLSchema" xmlns:xs="http://www.w3.org/2001/XMLSchema" xmlns:p="http://schemas.microsoft.com/office/2006/metadata/properties" xmlns:ns2="34ef6fd2-5125-4c23-b935-9d16404da0a5" xmlns:ns3="8c3c43cf-186b-4613-84b4-a4ff23217b56" targetNamespace="http://schemas.microsoft.com/office/2006/metadata/properties" ma:root="true" ma:fieldsID="559148f9941e44eed5ab2a676c7f46b9" ns2:_="" ns3:_="">
    <xsd:import namespace="34ef6fd2-5125-4c23-b935-9d16404da0a5"/>
    <xsd:import namespace="8c3c43cf-186b-4613-84b4-a4ff23217b5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f6fd2-5125-4c23-b935-9d16404da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9cbd03e-66a2-4c18-a228-0d90db848384"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c43cf-186b-4613-84b4-a4ff23217b5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12e874-be26-499a-b36a-3e9c3c72934e}" ma:internalName="TaxCatchAll" ma:showField="CatchAllData" ma:web="8c3c43cf-186b-4613-84b4-a4ff23217b5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ef6fd2-5125-4c23-b935-9d16404da0a5">
      <Terms xmlns="http://schemas.microsoft.com/office/infopath/2007/PartnerControls"/>
    </lcf76f155ced4ddcb4097134ff3c332f>
    <TaxCatchAll xmlns="8c3c43cf-186b-4613-84b4-a4ff23217b56" xsi:nil="true"/>
  </documentManagement>
</p:properties>
</file>

<file path=customXml/item4.xml><?xml version="1.0" encoding="utf-8"?>
<b:Sources xmlns:b="http://schemas.openxmlformats.org/officeDocument/2006/bibliography" xmlns="http://schemas.openxmlformats.org/officeDocument/2006/bibliography" SelectedStyle="\DEFAULT.xsl" StyleName="Unknown" Version="2006">
  <b:Source>
    <b:Tag>5d6a6254-34e5-48c1-90ef-ba69de479c7d</b:Tag>
    <b:RefOrder>0</b:RefOrder>
    <b:SourceType>JournalArticle</b:SourceType>
    <b:Pages>1227-36</b:Pages>
    <b:Volume>41</b:Volume>
    <b:StandardNumber>6</b:StandardNumber>
    <b:Year>2015</b:Year>
    <b:Author>
      <b:Author>
        <b:NameList>
          <b:Person>
            <b:First>Gallego JA, John M, Petrides G, Hassoun Y, Zhang JP, Lopez L, Braga RJ, Sevy SM, Addington J, Kellner CH</b:First>
            <b:Last>Robinson DG</b:Last>
          </b:Person>
        </b:NameList>
      </b:Author>
    </b:Author>
    <b:Title>A randomized comparison of aripiprazole and risperidone for the acute treatment of first-episode schizophrenia and related disorders: 3-month outcomes.</b:Title>
    <b:JournalName>Schizophr. Bull.</b:JournalName>
  </b:Source>
  <b:Source>
    <b:Tag>4864f7f3-9a50-42bf-96dc-e19d24beea11</b:Tag>
    <b:RefOrder>1</b:RefOrder>
    <b:SourceType>JournalArticle</b:SourceType>
    <b:Pages>87-97</b:Pages>
    <b:Volume>107</b:Volume>
    <b:StandardNumber>2</b:StandardNumber>
    <b:Year>2001</b:Year>
    <b:Author>
      <b:Author>
        <b:NameList>
          <b:Person>
            <b:First>Miquel</b:First>
            <b:Last>Bernardo</b:Last>
          </b:Person>
          <b:Person>
            <b:First>Eduard</b:First>
            <b:Last>Parellada</b:Last>
          </b:Person>
          <b:Person>
            <b:First>Francisco</b:First>
            <b:Last>Lomeña</b:Last>
          </b:Person>
          <b:Person>
            <b:First>Ana M</b:First>
            <b:Last>Catafau</b:Last>
          </b:Person>
          <b:Person>
            <b:First>Mireia</b:First>
            <b:Last>Font</b:Last>
          </b:Person>
          <b:Person>
            <b:First>Juan C</b:First>
            <b:Last>Gómez</b:Last>
          </b:Person>
          <b:Person>
            <b:First>Carmen</b:First>
            <b:Last>López-Carrero</b:Last>
          </b:Person>
          <b:Person>
            <b:First>Fernando</b:First>
            <b:Last>Gutiérrez</b:Last>
          </b:Person>
          <b:Person>
            <b:First>Javier</b:First>
            <b:Last>Pavı́a</b:Last>
          </b:Person>
          <b:Person>
            <b:First>Manel</b:First>
            <b:Last>Salamero</b:Last>
          </b:Person>
        </b:NameList>
      </b:Author>
    </b:Author>
    <b:Title>Double-blind olanzapine vs. haloperidol D2 dopamine receptor blockade in schizophrenic patients: a baseline-endpoint [123I] IBZM SPECT study</b:Title>
    <b:JournalName>Psychiatry Research: Neuroimaging</b:JournalName>
  </b:Source>
  <b:Source>
    <b:Tag>44e7812f-a589-4c18-976f-e2e19fa6cd5a</b:Tag>
    <b:RefOrder>2</b:RefOrder>
    <b:SourceType>JournalArticle</b:SourceType>
    <b:Pages>2021.02. 16.21251872</b:Pages>
    <b:Year>2021</b:Year>
    <b:Author>
      <b:Author>
        <b:NameList>
          <b:Person>
            <b:First>Dongyu</b:First>
            <b:Last>Kang</b:Last>
          </b:Person>
          <b:Person>
            <b:First>Fengyu</b:First>
            <b:Last>Zhang</b:Last>
          </b:Person>
          <b:Person>
            <b:First>Ye</b:First>
            <b:Last>Yang</b:Last>
          </b:Person>
          <b:Person>
            <b:First>Chenchen</b:First>
            <b:Last>Liu</b:Last>
          </b:Person>
          <b:Person>
            <b:First>Jingmei</b:First>
            <b:Last>Xiao</b:Last>
          </b:Person>
          <b:Person>
            <b:First>Yujun</b:First>
            <b:Last>Long</b:Last>
          </b:Person>
          <b:Person>
            <b:First>Jing</b:First>
            <b:Last>Huang</b:Last>
          </b:Person>
          <b:Person>
            <b:First>Xingjie</b:First>
            <b:Last>Peng</b:Last>
          </b:Person>
          <b:Person>
            <b:First>Weiyan</b:First>
            <b:Last>Wang</b:Last>
          </b:Person>
          <b:Person>
            <b:First>Xiaoyi</b:First>
            <b:Last>Wang</b:Last>
          </b:Person>
        </b:NameList>
      </b:Author>
    </b:Author>
    <b:Title>Probiotic supplements reduce antipsychotic-induced metabolic disturbances in drug-naïve first-episode schizophrenia</b:Title>
    <b:JournalName>medRxiv</b:JournalName>
  </b:Source>
  <b:Source>
    <b:Tag>d9f12505-8edc-4759-b961-8c8999f0b5ad</b:Tag>
    <b:RefOrder>3</b:RefOrder>
    <b:SourceType>JournalArticle</b:SourceType>
    <b:Pages>352-361</b:Pages>
    <b:Volume>37</b:Volume>
    <b:StandardNumber>2</b:StandardNumber>
    <b:Year>2011</b:Year>
    <b:Author>
      <b:Author>
        <b:NameList>
          <b:Person>
            <b:First>KP</b:First>
            <b:Last>Grootens</b:Last>
          </b:Person>
          <b:Person>
            <b:First>NMJ</b:First>
            <b:Last>Van Veelen</b:Last>
          </b:Person>
          <b:Person>
            <b:First>J</b:First>
            <b:Last>Peuskens</b:Last>
          </b:Person>
          <b:Person>
            <b:First>BGC</b:First>
            <b:Last>Sabbe</b:Last>
          </b:Person>
          <b:Person>
            <b:First>E</b:First>
            <b:Last>Thys</b:Last>
          </b:Person>
          <b:Person>
            <b:First>JK</b:First>
            <b:Last>Buitelaar</b:Last>
          </b:Person>
          <b:Person>
            <b:First>RJ</b:First>
            <b:Last>Verkes</b:Last>
          </b:Person>
          <b:Person>
            <b:First>RS</b:First>
            <b:Last>Kahn</b:Last>
          </b:Person>
        </b:NameList>
      </b:Author>
    </b:Author>
    <b:Title>Ziprasidone vs olanzapine in recent-onset schizophrenia and schizoaffective disorder: results of an 8-week double-blind randomized controlled trial</b:Title>
    <b:JournalName>Schizophrenia bulletin</b:JournalName>
  </b:Source>
  <b:Source>
    <b:Tag>dba0647f-cfab-46ad-8ea9-737cc52156f5</b:Tag>
    <b:RefOrder>4</b:RefOrder>
    <b:SourceType>JournalArticle</b:SourceType>
    <b:Pages>595</b:Pages>
    <b:Volume>11</b:Volume>
    <b:StandardNumber>1</b:StandardNumber>
    <b:Year>2021</b:Year>
    <b:Author>
      <b:Author>
        <b:NameList>
          <b:Person>
            <b:First>Yan</b:First>
            <b:Last>Zhang</b:Last>
          </b:Person>
          <b:Person>
            <b:First>Han</b:First>
            <b:Last>Shi</b:Last>
          </b:Person>
          <b:Person>
            <b:First>Ge</b:First>
            <b:Last>Yang</b:Last>
          </b:Person>
          <b:Person>
            <b:First>Yongfeng</b:First>
            <b:Last>Yang</b:Last>
          </b:Person>
          <b:Person>
            <b:First>Wenqiang</b:First>
            <b:Last>Li</b:Last>
          </b:Person>
          <b:Person>
            <b:First>Meng</b:First>
            <b:Last>Song</b:Last>
          </b:Person>
          <b:Person>
            <b:First>Minglong</b:First>
            <b:Last>Shao</b:Last>
          </b:Person>
          <b:Person>
            <b:First>Xi</b:First>
            <b:Last>Su</b:Last>
          </b:Person>
          <b:Person>
            <b:First>Luxian</b:First>
            <b:Last>Lv</b:Last>
          </b:Person>
        </b:NameList>
      </b:Author>
    </b:Author>
    <b:Title>Associations between expression of indoleamine 2, 3-dioxygenase enzyme and inflammatory cytokines in patients with first-episode drug-naive Schizophrenia</b:Title>
    <b:JournalName>Translational Psychiatry</b:JournalName>
  </b:Source>
  <b:Source>
    <b:Tag>7a7faff4-6489-47ac-a227-7c11cbbc007c</b:Tag>
    <b:RefOrder>5</b:RefOrder>
    <b:SourceType>JournalArticle</b:SourceType>
    <b:Pages>893-902</b:Pages>
    <b:Volume>49</b:Volume>
    <b:StandardNumber>5</b:StandardNumber>
    <b:Year>2024</b:Year>
    <b:Author>
      <b:Author>
        <b:NameList>
          <b:Person>
            <b:First>Dong-Mei</b:First>
            <b:Last>Wang</b:Last>
          </b:Person>
          <b:Person>
            <b:First>Da-Chun</b:First>
            <b:Last>Chen</b:Last>
          </b:Person>
          <b:Person>
            <b:First>Mei-Hong</b:First>
            <b:Last>Xiu</b:Last>
          </b:Person>
          <b:Person>
            <b:First>Li</b:First>
            <b:Last>Wang</b:Last>
          </b:Person>
          <b:Person>
            <b:First>Thomas R</b:First>
            <b:Last>Kosten</b:Last>
          </b:Person>
          <b:Person>
            <b:First>Xiang-Yang</b:First>
            <b:Last>Zhang</b:Last>
          </b:Person>
        </b:NameList>
      </b:Author>
    </b:Author>
    <b:Title>A double-blind, randomized controlled study of the effects of celecoxib on clinical symptoms and cognitive impairment in patients with drug-naïve first episode schizophrenia: pharmacogenetic impact of cyclooxygenase-2 functional polymorphisms</b:Title>
    <b:JournalName>Neuropsychopharmacology</b:JournalName>
  </b:Source>
  <b:Source>
    <b:Tag>174944be-7037-4b55-82f0-cb50e6c19f9a</b:Tag>
    <b:RefOrder>6</b:RefOrder>
    <b:SourceType>JournalArticle</b:SourceType>
    <b:Pages>105-116</b:Pages>
    <b:Volume>39</b:Volume>
    <b:StandardNumber>1</b:StandardNumber>
    <b:Year>2006</b:Year>
    <b:Author>
      <b:Author>
        <b:NameList>
          <b:Person>
            <b:First>Jose M</b:First>
            <b:Last>Canive</b:Last>
          </b:Person>
          <b:Person>
            <b:First>Gregory A</b:First>
            <b:Last>Miller</b:Last>
          </b:Person>
          <b:Person>
            <b:First>Jessica G</b:First>
            <b:Last>Irwin</b:Last>
          </b:Person>
          <b:Person>
            <b:First>Sandra N</b:First>
            <b:Last>Moses</b:Last>
          </b:Person>
          <b:Person>
            <b:First>Robert J</b:First>
            <b:Last>Thoma</b:Last>
          </b:Person>
          <b:Person>
            <b:First>J Christopher</b:First>
            <b:Last>Edgar</b:Last>
          </b:Person>
          <b:Person>
            <b:First>Andrea</b:First>
            <b:Last>Sherwood</b:Last>
          </b:Person>
          <b:Person>
            <b:First>Fernando</b:First>
            <b:Last>Torres</b:Last>
          </b:Person>
          <b:Person>
            <b:First>Marianna</b:First>
            <b:Last>Lanoue</b:Last>
          </b:Person>
          <b:Person>
            <b:First>Stephen</b:First>
            <b:Last>Lewis</b:Last>
          </b:Person>
        </b:NameList>
      </b:Author>
    </b:Author>
    <b:Title>Efficacy of olanzapine and risperidone in schizophrenia: a randomized double-blind crossover design</b:Title>
    <b:JournalName>Psychopharmacology bulletin</b:JournalName>
  </b:Source>
  <b:Source>
    <b:Tag>5b595656-85fc-4521-9dd8-09b317b901f0</b:Tag>
    <b:RefOrder>7</b:RefOrder>
    <b:SourceType>JournalArticle</b:SourceType>
    <b:Pages>572</b:Pages>
    <b:Volume>70</b:Volume>
    <b:StandardNumber>4</b:StandardNumber>
    <b:Year>2009</b:Year>
    <b:Author>
      <b:Author>
        <b:NameList>
          <b:Person>
            <b:First>Osuntokun O, Kryzhanovskaya LA, Xu W, Stauffer VL, Watson SB, Breier A</b:First>
            <b:Last>Kane JM</b:Last>
          </b:Person>
        </b:NameList>
      </b:Author>
    </b:Author>
    <b:Title>A 28-week, randomized, double-blind study of olanzapine versus aripiprazole in the treatment of schizophrenia.</b:Title>
    <b:JournalName>JCP</b:JournalName>
  </b:Source>
  <b:Source>
    <b:Tag>3b35c32f-634a-4d0b-b927-2e5d4fa4c47b</b:Tag>
    <b:RefOrder>8</b:RefOrder>
    <b:SourceType>JournalArticle</b:SourceType>
    <b:Pages>112-9</b:Pages>
    <b:Volume>157</b:Volume>
    <b:StandardNumber>1-3</b:StandardNumber>
    <b:Year>2014</b:Year>
    <b:Author>
      <b:Author>
        <b:NameList>
          <b:Person>
            <b:First>Luo J, Wang C, Xie S, Xu X, Wang X, Yu W, Gu N, Kane JM.</b:First>
            <b:Last>Li H</b:Last>
          </b:Person>
        </b:NameList>
      </b:Author>
    </b:Author>
    <b:Title>Efficacy and safety of aripiprazole in Chinese Han schizophrenia subjects: a randomized, double-blind, active parallel-controlled, multicenter clinical trial.</b:Title>
    <b:JournalName>Schizophr. Res.</b:JournalName>
  </b:Source>
  <b:Source>
    <b:Tag>a9b7609a-0d56-4b44-9839-3a3d529846ff</b:Tag>
    <b:RefOrder>9</b:RefOrder>
    <b:SourceType>JournalArticle</b:SourceType>
    <b:PlacePublished>Department of Psychiatry, Mt. Sinai School of Medicine, Box 1229, New York, NY 10029, USA. pdharvey@compuserve.com</b:PlacePublished>
    <b:Pages>404-11</b:Pages>
    <b:Volume>169</b:Volume>
    <b:StandardNumber>3-4</b:StandardNumber>
    <b:Day>18</b:Day>
    <b:Year>2003</b:Year>
    <b:Month>Sep</b:Month>
    <b:DOI>10.1007/s00213-002-1342-5</b:DOI>
    <b:Author>
      <b:Author>
        <b:NameList>
          <b:Person>
            <b:First>P. D.</b:First>
            <b:Last>Harvey</b:Last>
          </b:Person>
          <b:Person>
            <b:First>M. F.</b:First>
            <b:Last>Green</b:Last>
          </b:Person>
          <b:Person>
            <b:First>S. R.</b:First>
            <b:Last>McGurk</b:Last>
          </b:Person>
          <b:Person>
            <b:First>H. Y.</b:First>
            <b:Last>Meltzer</b:Last>
          </b:Person>
        </b:NameList>
      </b:Author>
    </b:Author>
    <b:Title>Changes in cognitive functioning with risperidone and olanzapine treatment: a large-scale, double-blind, randomized study</b:Title>
    <b:JournalName>Psychopharmacology (Berl)</b:JournalName>
    <b:URL>https://www.ncbi.nlm.nih.gov/pubmed/12590356</b:URL>
  </b:Source>
  <b:Source>
    <b:Tag>32b6ecbe-37e7-4b22-9868-4699df9fc154</b:Tag>
    <b:RefOrder>10</b:RefOrder>
    <b:SourceType>JournalArticle</b:SourceType>
    <b:Pages>457-465</b:Pages>
    <b:Volume>154</b:Volume>
    <b:StandardNumber>4</b:StandardNumber>
    <b:Year>1997</b:Year>
    <b:Author>
      <b:Author>
        <b:NameList>
          <b:Person>
            <b:First>Gary D</b:First>
            <b:Last>Tollefson</b:Last>
          </b:Person>
          <b:Person>
            <b:First>Charles M</b:First>
            <b:Last>Beasley Jr</b:Last>
          </b:Person>
          <b:Person>
            <b:First>Pierre V</b:First>
            <b:Last>Tran</b:Last>
          </b:Person>
          <b:Person>
            <b:First>Jamie S</b:First>
            <b:Last>Street</b:Last>
          </b:Person>
          <b:Person>
            <b:First>John A</b:First>
            <b:Last>Krueger</b:Last>
          </b:Person>
          <b:Person>
            <b:First>Roy N</b:First>
            <b:Last>Tamura</b:Last>
          </b:Person>
          <b:Person>
            <b:First>Karin A</b:First>
            <b:Last>Graffeo</b:Last>
          </b:Person>
          <b:Person>
            <b:First>Martha E</b:First>
            <b:Last>Thieme</b:Last>
          </b:Person>
        </b:NameList>
      </b:Author>
    </b:Author>
    <b:Title>Olanzapine versus haloperidol in the treatment of schizophrenia and schizoaffective and schizophreniform disorders: results of an international collaborative trial</b:Title>
    <b:JournalName>American Journal of Psychiatry</b:JournalName>
  </b:Source>
  <b:Source>
    <b:Tag>86bd2672-3590-4c31-a268-797cf673f342</b:Tag>
    <b:RefOrder>11</b:RefOrder>
    <b:SourceType>JournalArticle</b:SourceType>
    <b:Pages>-</b:Pages>
    <b:Volume>-</b:Volume>
    <b:Year>2014</b:Year>
    <b:Author>
      <b:Author>
        <b:NameList>
          <b:Person>
            <b:Last>NCT00396565</b:Last>
          </b:Person>
        </b:NameList>
      </b:Author>
    </b:Author>
    <b:Title>A Study to Evaluate Effectiveness and Safety of ER OROS Paliperidone in Patients With Schizophrenia</b:Title>
    <b:JournalName>-</b:JournalName>
  </b:Source>
  <b:Source>
    <b:Tag>7d7eaec9-d0fa-49c5-8a3f-670ec2a2d27a</b:Tag>
    <b:RefOrder>12</b:RefOrder>
    <b:SourceType>JournalArticle</b:SourceType>
    <b:PlacePublished>From *CBH Health, LLC, Rockville, MD; daggerGeorgetown University, Washington, DC; and double daggerAstraZeneca, Wilmington, DE.</b:PlacePublished>
    <b:Pages>199-204</b:Pages>
    <b:Volume>34</b:Volume>
    <b:StandardNumber>2</b:StandardNumber>
    <b:Year>2014</b:Year>
    <b:Month>Apr</b:Month>
    <b:DOI>10.1097/JCP.0000000000000071</b:DOI>
    <b:Author>
      <b:Author>
        <b:NameList>
          <b:Person>
            <b:First>R. E.</b:First>
            <b:Last>Litman</b:Last>
          </b:Person>
          <b:Person>
            <b:First>M. A.</b:First>
            <b:Last>Smith</b:Last>
          </b:Person>
          <b:Person>
            <b:First>D. G.</b:First>
            <b:Last>Desai</b:Last>
          </b:Person>
          <b:Person>
            <b:First>T.</b:First>
            <b:Last>Simpson</b:Last>
          </b:Person>
          <b:Person>
            <b:First>D.</b:First>
            <b:Last>Sweitzer</b:Last>
          </b:Person>
          <b:Person>
            <b:First>S. J.</b:First>
            <b:Last>Kanes</b:Last>
          </b:Person>
        </b:NameList>
      </b:Author>
    </b:Author>
    <b:Title>The selective neurokinin 3 antagonist AZD2624 does not improve symptoms or cognition in schizophrenia: a proof-of-principle study</b:Title>
    <b:JournalName>J Clin Psychopharmacol</b:JournalName>
    <b:URL>https://www.ncbi.nlm.nih.gov/pubmed/24525659</b:URL>
  </b:Source>
  <b:Source>
    <b:Tag>811212ee-6a8c-4d3a-9ebd-edf996ec841b</b:Tag>
    <b:RefOrder>13</b:RefOrder>
    <b:SourceType>JournalArticle</b:SourceType>
    <b:PlacePublished>Alzheimer Disease Research Unit, McGill Centre for Studies in Aging, Verdun, Quebec, Canada. profsmartin@hotmail.com</b:PlacePublished>
    <b:Pages>355-62</b:Pages>
    <b:Volume>18</b:Volume>
    <b:StandardNumber>6</b:StandardNumber>
    <b:Year>2002</b:Year>
    <b:DOI>10.1185/030079902125001128</b:DOI>
    <b:Author>
      <b:Author>
        <b:NameList>
          <b:Person>
            <b:First>S.</b:First>
            <b:Last>Martin</b:Last>
          </b:Person>
          <b:Person>
            <b:First>H.</b:First>
            <b:Last>Ljo</b:Last>
          </b:Person>
          <b:Person>
            <b:First>J.</b:First>
            <b:Last>Peuskens</b:Last>
          </b:Person>
          <b:Person>
            <b:First>S.</b:First>
            <b:Last>Thirumalai</b:Last>
          </b:Person>
          <b:Person>
            <b:First>A.</b:First>
            <b:Last>Giudicelli</b:Last>
          </b:Person>
          <b:Person>
            <b:First>O.</b:First>
            <b:Last>Fleurot</b:Last>
          </b:Person>
          <b:Person>
            <b:First>W.</b:First>
            <b:Last>Rein</b:Last>
          </b:Person>
          <b:Person>
            <b:Last>Solianol Study Group</b:Last>
          </b:Person>
        </b:NameList>
      </b:Author>
    </b:Author>
    <b:Title>A double-blind, randomised comparative trial of amisulpride versus olanzapine in the treatment of schizophrenia: short-term results at two months</b:Title>
    <b:JournalName>Curr Med Res Opin</b:JournalName>
    <b:URL>https://www.ncbi.nlm.nih.gov/pubmed/12442883</b:URL>
  </b:Source>
  <b:Source>
    <b:Tag>aef3f364-ba7a-43d6-b5e4-57fd846c54eb</b:Tag>
    <b:RefOrder>14</b:RefOrder>
    <b:SourceType>JournalArticle</b:SourceType>
    <b:Pages>169-175</b:Pages>
    <b:Volume>33</b:Volume>
    <b:StandardNumber>4</b:StandardNumber>
    <b:Year>2010</b:Year>
    <b:Author>
      <b:Author>
        <b:NameList>
          <b:Person>
            <b:First>Jaewon</b:First>
            <b:Last>Yang</b:Last>
          </b:Person>
          <b:Person>
            <b:First>Won-Myong</b:First>
            <b:Last>Bahk</b:Last>
          </b:Person>
          <b:Person>
            <b:First>Hyun-Sang</b:First>
            <b:Last>Cho</b:Last>
          </b:Person>
          <b:Person>
            <b:First>Yang-Whan</b:First>
            <b:Last>Jeon</b:Last>
          </b:Person>
          <b:Person>
            <b:First>Duk-In</b:First>
            <b:Last>Jon</b:Last>
          </b:Person>
          <b:Person>
            <b:First>Hee-Yeon</b:First>
            <b:Last>Jung</b:Last>
          </b:Person>
          <b:Person>
            <b:First>Chan-Hyung</b:First>
            <b:Last>Kim</b:Last>
          </b:Person>
          <b:Person>
            <b:First>Hee-Cheol</b:First>
            <b:Last>Kim</b:Last>
          </b:Person>
          <b:Person>
            <b:First>Yong-Ku</b:First>
            <b:Last>Kim</b:Last>
          </b:Person>
          <b:Person>
            <b:First>Young-Hoon</b:First>
            <b:Last>Kim</b:Last>
          </b:Person>
        </b:NameList>
      </b:Author>
    </b:Author>
    <b:Title>Efficacy and tolerability of Blonanserin in the patients with schizophrenia: a randomized, double-blind, risperidone-compared trial</b:Title>
    <b:JournalName>Clinical neuropharmacology</b:JournalName>
  </b:Source>
  <b:Source>
    <b:Tag>4b33d02a-7c1f-421b-942a-a00bb2be978e</b:Tag>
    <b:RefOrder>15</b:RefOrder>
    <b:SourceType>JournalArticle</b:SourceType>
    <b:Pages>311-319</b:Pages>
    <b:Volume>22</b:Volume>
    <b:StandardNumber>3</b:StandardNumber>
    <b:Year>2000</b:Year>
    <b:Author>
      <b:Author>
        <b:NameList>
          <b:Person>
            <b:First>Shi K</b:First>
            <b:Last>Liu</b:Last>
          </b:Person>
          <b:Person>
            <b:First>Wei J</b:First>
            <b:Last>Chen</b:Last>
          </b:Person>
          <b:Person>
            <b:First>Ching-Jui</b:First>
            <b:Last>Chang</b:Last>
          </b:Person>
          <b:Person>
            <b:First>Hsin-Nan</b:First>
            <b:Last>Lin</b:Last>
          </b:Person>
        </b:NameList>
      </b:Author>
    </b:Author>
    <b:Title>Effects of atypical neuroleptics on sustained attention deficits in schizophrenia: a trial of risperidone versus haloperidol</b:Title>
    <b:JournalName>Neuropsychopharmacology</b:JournalName>
  </b:Source>
  <b:Source>
    <b:Tag>8510b725-97c1-424a-b30d-a84de601549f</b:Tag>
    <b:RefOrder>16</b:RefOrder>
    <b:SourceType>JournalArticle</b:SourceType>
    <b:Pages>37-69</b:Pages>
    <b:Volume>43</b:Volume>
    <b:StandardNumber>4</b:StandardNumber>
    <b:Year>2010</b:Year>
    <b:Author>
      <b:Author>
        <b:NameList>
          <b:Person>
            <b:First>Andrew J</b:First>
            <b:Last>Cutler</b:Last>
          </b:Person>
          <b:Person>
            <b:First>Tram</b:First>
            <b:Last>Tran-Johnson</b:Last>
          </b:Person>
          <b:Person>
            <b:First>Amir</b:First>
            <b:Last>Kalali</b:Last>
          </b:Person>
          <b:Person>
            <b:First>Mikael</b:First>
            <b:Last>Aström</b:Last>
          </b:Person>
          <b:Person>
            <b:First>Martin</b:First>
            <b:Last>Brecher</b:Last>
          </b:Person>
          <b:Person>
            <b:First>Didier</b:First>
            <b:Last>Meulien</b:Last>
          </b:Person>
        </b:NameList>
      </b:Author>
    </b:Author>
    <b:Title>A failed 6-week, randomized, double-blind, placebo-controlled study of once-daily extended release quetiapine fumarate in patients with acute schizophrenia: lessons learned</b:Title>
    <b:JournalName>Psychopharmacology bulletin</b:JournalName>
  </b:Source>
  <b:Source>
    <b:Tag>03e7e13f-4d07-441a-9e5b-5f0a09659293</b:Tag>
    <b:RefOrder>17</b:RefOrder>
    <b:SourceType>JournalArticle</b:SourceType>
    <b:Pages>516</b:Pages>
    <b:Volume>36</b:Volume>
    <b:StandardNumber>3</b:StandardNumber>
    <b:Year>2020</b:Year>
    <b:Author>
      <b:Author>
        <b:NameList>
          <b:Person>
            <b:First>Ning</b:First>
            <b:Last>Wang</b:Last>
          </b:Person>
          <b:Person>
            <b:First>Na</b:First>
            <b:Last>Zheng</b:Last>
          </b:Person>
          <b:Person>
            <b:First>Mei</b:First>
            <b:Last>Dong</b:Last>
          </b:Person>
          <b:Person>
            <b:First>Jin</b:First>
            <b:Last>He</b:Last>
          </b:Person>
        </b:NameList>
      </b:Author>
    </b:Author>
    <b:Title>Paroxetine combined with olanzapine in the treatment of schizophrenia</b:Title>
    <b:JournalName>Pakistan journal of medical sciences</b:JournalName>
  </b:Source>
  <b:Source>
    <b:Tag>0da15796-0b6b-4f2c-8255-ad6a2c5dd4ab</b:Tag>
    <b:RefOrder>18</b:RefOrder>
    <b:SourceType>JournalArticle</b:SourceType>
    <b:Year>2023</b:Year>
    <b:Author>
      <b:Author>
        <b:NameList>
          <b:Person>
            <b:Last>Karuna</b:Last>
          </b:Person>
        </b:NameList>
      </b:Author>
    </b:Author>
    <b:Title>EMERGENT-2. A Phase 3, Randomized, Double-Blind, Parallel-Group, Placebo-Controlled, Multicenter Study to Evaluate the Efficacy and Safety of KarXT in Acutely Psychotic Hospitalized Adults with DSM-5 Schizophrenia KAR-007</b:Title>
    <b:PublicationTitle>Clinical Study Report</b:PublicationTitle>
  </b:Source>
  <b:Source>
    <b:Tag>9fb6e8c9-b4c6-44e0-9e6c-e87f64e0f1dc</b:Tag>
    <b:RefOrder>19</b:RefOrder>
    <b:SourceType>JournalArticle</b:SourceType>
    <b:PlacePublished>Netherlands</b:PlacePublished>
    <b:Pages>S75</b:Pages>
    <b:Volume>60</b:Volume>
    <b:StandardNumber>5 Supplement 1</b:StandardNumber>
    <b:Year>2018</b:Year>
    <b:Publisher>Medknow Publications</b:Publisher>
    <b:Author>
      <b:Author>
        <b:NameList>
          <b:Person>
            <b:First>S.</b:First>
            <b:Last>Gupta</b:Last>
          </b:Person>
          <b:Person>
            <b:First>P.</b:First>
            <b:Last>Gupta</b:Last>
          </b:Person>
          <b:Person>
            <b:First>M.</b:First>
            <b:Last>Sharma</b:Last>
          </b:Person>
        </b:NameList>
      </b:Author>
    </b:Author>
    <b:Title>Comparative profile of atypical antipsychotics in patients of schizophrenia</b:Title>
    <b:JournalName>Indian Journal of Psychiatry</b:JournalName>
    <b:URL>http://ovidsp.ovid.com/ovidweb.cgi?T=JS&amp;PAGE=reference&amp;D=emed19&amp;NEWS=N&amp;AN=621267601</b:URL>
  </b:Source>
  <b:Source>
    <b:Tag>2442794d-abd7-4040-91f3-744986a65bed</b:Tag>
    <b:RefOrder>20</b:RefOrder>
    <b:SourceType>JournalArticle</b:SourceType>
    <b:PlacePublished>Department of Psychiatry, Juntendo University School of Medicine, Tokyo, Japan. khatta@juntendo.ac.jp</b:PlacePublished>
    <b:Pages>49-55</b:Pages>
    <b:Volume>113</b:Volume>
    <b:StandardNumber>1</b:StandardNumber>
    <b:Day>24</b:Day>
    <b:Year>2009</b:Year>
    <b:Month>Aug</b:Month>
    <b:DOI>10.1016/j.schres.2009.05.030</b:DOI>
    <b:Author>
      <b:Author>
        <b:NameList>
          <b:Person>
            <b:First>K.</b:First>
            <b:Last>Hatta</b:Last>
          </b:Person>
          <b:Person>
            <b:First>K.</b:First>
            <b:Last>Sato</b:Last>
          </b:Person>
          <b:Person>
            <b:First>H.</b:First>
            <b:Last>Hamakawa</b:Last>
          </b:Person>
          <b:Person>
            <b:First>H.</b:First>
            <b:Last>Takebayashi</b:Last>
          </b:Person>
          <b:Person>
            <b:First>N.</b:First>
            <b:Last>Kimura</b:Last>
          </b:Person>
          <b:Person>
            <b:First>S.</b:First>
            <b:Last>Ochi</b:Last>
          </b:Person>
          <b:Person>
            <b:First>Y.</b:First>
            <b:Last>Sudo</b:Last>
          </b:Person>
          <b:Person>
            <b:First>N.</b:First>
            <b:Last>Asukai</b:Last>
          </b:Person>
          <b:Person>
            <b:First>H.</b:First>
            <b:Last>Nakamura</b:Last>
          </b:Person>
          <b:Person>
            <b:First>C.</b:First>
            <b:Last>Usui</b:Last>
          </b:Person>
          <b:Person>
            <b:First>T.</b:First>
            <b:Last>Kawabata</b:Last>
          </b:Person>
          <b:Person>
            <b:First>T.</b:First>
            <b:Last>Hirata</b:Last>
          </b:Person>
          <b:Person>
            <b:First>Y.</b:First>
            <b:Last>Sawa</b:Last>
          </b:Person>
        </b:NameList>
      </b:Author>
    </b:Author>
    <b:Title>Effectiveness of second-generation antipsychotics with acute-phase schizophrenia</b:Title>
    <b:JournalName>Schizophr Res</b:JournalName>
    <b:URL>https://www.ncbi.nlm.nih.gov/pubmed/19553086</b:URL>
  </b:Source>
  <b:Source>
    <b:Tag>335f5fcb-e2e4-4205-8880-5ceb8c50883c</b:Tag>
    <b:RefOrder>21</b:RefOrder>
    <b:SourceType>JournalArticle</b:SourceType>
    <b:Pages>126-33</b:Pages>
    <b:Volume>1</b:Volume>
    <b:StandardNumber>189</b:StandardNumber>
    <b:Year>2017</b:Year>
    <b:Author>
      <b:Author>
        <b:NameList>
          <b:Person>
            <b:First>Prakash A, Alexander A, Ings R, Sweitzer D, Bhat L</b:First>
            <b:Last>Cantillon M</b:Last>
          </b:Person>
        </b:NameList>
      </b:Author>
    </b:Author>
    <b:Title>Dopamine serotonin stabilizer RP5063: a randomized, double-blind, placebo-controlled multicenter trial of safety and efficacy in exacerbation of schizophrenia or schizoaffective disorder</b:Title>
    <b:JournalName>Schizophr. Res.</b:JournalName>
  </b:Source>
  <b:Source>
    <b:Tag>c1ee0146-660e-4ce0-a401-c08e05074640</b:Tag>
    <b:RefOrder>22</b:RefOrder>
    <b:SourceType>JournalArticle</b:SourceType>
    <b:Pages>29-36</b:Pages>
    <b:Volume>68</b:Volume>
    <b:StandardNumber>1</b:StandardNumber>
    <b:Year>2007</b:Year>
    <b:Author>
      <b:Author>
        <b:NameList>
          <b:Person>
            <b:First>Lin WW, Lin SK, Hwang TJ, Su TP, Chiang SC, Hwu HG</b:First>
            <b:Last>Chan HY</b:Last>
          </b:Person>
        </b:NameList>
      </b:Author>
    </b:Author>
    <b:Title>Efficacy and safety of aripiprazole in the acute treatment of schizophrenia in Chinese patients with risperidone as an active control: a randomized trial.</b:Title>
    <b:JournalName>JCP</b:JournalName>
  </b:Source>
  <b:Source>
    <b:Tag>fc24da7d-9eab-456c-bc99-acf92590aedb</b:Tag>
    <b:RefOrder>23</b:RefOrder>
    <b:SourceType>JournalArticle</b:SourceType>
    <b:Pages>691-702</b:Pages>
    <b:Volume>11</b:Volume>
    <b:StandardNumber>9</b:StandardNumber>
    <b:Year>2006</b:Year>
    <b:Author>
      <b:Author>
        <b:NameList>
          <b:Person>
            <b:First>Marcus RN, Hardy SA, O'Donnell A, Carson WH, McQuade RD</b:First>
            <b:Last>Cutler AJ</b:Last>
          </b:Person>
        </b:NameList>
      </b:Author>
    </b:Author>
    <b:Title>The efficacy and safety of lower doses of aripiprazole for the treatment of patients with acute exacerbation of schizophrenia</b:Title>
    <b:JournalName>CNS Spectr.</b:JournalName>
  </b:Source>
  <b:Source>
    <b:Tag>5085f620-70b4-4869-899a-d0e9efdd11ca</b:Tag>
    <b:RefOrder>24</b:RefOrder>
    <b:SourceType>JournalArticle</b:SourceType>
    <b:Pages>2310</b:Pages>
    <b:Volume>76</b:Volume>
    <b:StandardNumber>12</b:StandardNumber>
    <b:Year>2015</b:Year>
    <b:Author>
      <b:Author>
        <b:NameList>
          <b:Person>
            <b:First>Cutler AJ, Lu K, Migliore R, Ruth A, Laszlovszky I, Németh G, Meltzer HY.</b:First>
            <b:Last>Durgam S</b:Last>
          </b:Person>
        </b:NameList>
      </b:Author>
    </b:Author>
    <b:Title>Cariprazine in acute exacerbation of schizophrenia: a fixed-dose, phase 3, randomized, double-blind, placebo-and active-controlled trial.</b:Title>
    <b:JournalName>JCP</b:JournalName>
  </b:Source>
  <b:Source>
    <b:Tag>d0a5fdaf-4cc5-40c4-ac0c-c4b1f8f3ae07</b:Tag>
    <b:RefOrder>25</b:RefOrder>
    <b:SourceType>JournalArticle</b:SourceType>
    <b:Pages>510-7</b:Pages>
    <b:Volume>65</b:Volume>
    <b:StandardNumber>6</b:StandardNumber>
    <b:Year>2009</b:Year>
    <b:Author>
      <b:Author>
        <b:NameList>
          <b:Person>
            <b:First>McQuade RD, Marcus RN, Archibald D, Swanink R, Carson WH.</b:First>
            <b:Last>Fleischhacker WW</b:Last>
          </b:Person>
        </b:NameList>
      </b:Author>
    </b:Author>
    <b:Title>A double-blind, randomized comparative study of aripiprazole and olanzapine in patients with schizophrenia.</b:Title>
    <b:JournalName>Biol. Psychiatry</b:JournalName>
  </b:Source>
  <b:Source>
    <b:Tag>95e7eaa7-1942-46d5-9fcf-41fc86f7fa0e</b:Tag>
    <b:RefOrder>26</b:RefOrder>
    <b:SourceType>JournalArticle</b:SourceType>
    <b:Pages>21-9</b:Pages>
    <b:Volume>17</b:Volume>
    <b:StandardNumber>1</b:StandardNumber>
    <b:Year>2013</b:Year>
    <b:Author>
      <b:Author>
        <b:NameList>
          <b:Person>
            <b:First>Singh GP, Munjal V.</b:First>
            <b:Last>Jindal KC</b:Last>
          </b:Person>
        </b:NameList>
      </b:Author>
    </b:Author>
    <b:Title>Aripiprazole versus olanzapine in the treatment of schizophrenia: a clinical study from India.</b:Title>
    <b:JournalName>Int J Psychiatry Clin Pract</b:JournalName>
  </b:Source>
  <b:Source>
    <b:Tag>2248913b-99dd-4a46-ac64-92ddb2a55449</b:Tag>
    <b:RefOrder>27</b:RefOrder>
    <b:SourceType>JournalArticle</b:SourceType>
    <b:PlacePublished>Duke University Medical Center, John Umstead Hospital (AAU), Butner, NC 27509, USA. jpmcevoy@duke.edu</b:PlacePublished>
    <b:Pages>895-905</b:Pages>
    <b:Volume>41</b:Volume>
    <b:StandardNumber>11</b:StandardNumber>
    <b:Day>13</b:Day>
    <b:Year>2007</b:Year>
    <b:Month>Dec</b:Month>
    <b:DOI>10.1016/j.jpsychires.2007.05.002</b:DOI>
    <b:Author>
      <b:Author>
        <b:NameList>
          <b:Person>
            <b:First>J. P.</b:First>
            <b:Last>McEvoy</b:Last>
          </b:Person>
          <b:Person>
            <b:First>D. G.</b:First>
            <b:Last>Daniel</b:Last>
          </b:Person>
          <b:Person>
            <b:First>W. H., Jr.</b:First>
            <b:Last>Carson</b:Last>
          </b:Person>
          <b:Person>
            <b:First>R. D.</b:First>
            <b:Last>McQuade</b:Last>
          </b:Person>
          <b:Person>
            <b:First>R. N.</b:First>
            <b:Last>Marcus</b:Last>
          </b:Person>
        </b:NameList>
      </b:Author>
    </b:Author>
    <b:Title>A randomized, double-blind, placebo-controlled, study of the efficacy and safety of aripiprazole 10, 15 or 20 mg/day for the treatment of patients with acute exacerbations of schizophrenia</b:Title>
    <b:JournalName>J Psychiatr Res</b:JournalName>
    <b:URL>https://www.ncbi.nlm.nih.gov/pubmed/17631314</b:URL>
  </b:Source>
  <b:Source>
    <b:Tag>469bd27b-be67-4ae2-86e6-66fb1410b705</b:Tag>
    <b:RefOrder>28</b:RefOrder>
    <b:SourceType>JournalArticle</b:SourceType>
    <b:Pages>47-56</b:Pages>
    <b:Volume>1</b:Volume>
    <b:StandardNumber>65</b:StandardNumber>
    <b:Year>2004</b:Year>
    <b:Author>
      <b:Author>
        <b:NameList>
          <b:Person>
            <b:First>Stock E, Marcus R, Jody D, Gharbia NA, Vanveggel S, Archibald D, Carson WH.</b:First>
            <b:Last>McQuade RD</b:Last>
          </b:Person>
        </b:NameList>
      </b:Author>
    </b:Author>
    <b:Title>A comparison of weight change during treatment with olanzapine or aripiprazole: results from a randomized, double-blind study.</b:Title>
    <b:JournalName>J Clin Psychiatry.</b:JournalName>
  </b:Source>
  <b:Source>
    <b:Tag>8ecd5db0-15ee-4ac1-a46c-ed3d63f44cfb</b:Tag>
    <b:RefOrder>29</b:RefOrder>
    <b:SourceType>JournalArticle</b:SourceType>
    <b:Pages>13-9</b:Pages>
    <b:Volume>5</b:Volume>
    <b:StandardNumber>1</b:StandardNumber>
    <b:Year>2016</b:Year>
    <b:Author>
      <b:Author>
        <b:NameList>
          <b:Person>
            <b:First>Kaviani H.</b:First>
            <b:Last>S Shafti S</b:Last>
          </b:Person>
        </b:NameList>
      </b:Author>
    </b:Author>
    <b:Title>A comparison between quetiapine and aripiprazole for treatment of schizophrenia: a double blind contras</b:Title>
    <b:JournalName>Curr. Psychopharmacol.</b:JournalName>
  </b:Source>
  <b:Source>
    <b:Tag>be6c07cf-282c-4add-ad19-19ab25d0ba68</b:Tag>
    <b:RefOrder>30</b:RefOrder>
    <b:SourceType>JournalArticle</b:SourceType>
    <b:Pages>763-771</b:Pages>
    <b:Volume>63</b:Volume>
    <b:StandardNumber>9</b:StandardNumber>
    <b:Year>2002</b:Year>
    <b:Author>
      <b:Author>
        <b:NameList>
          <b:Person>
            <b:First>John M</b:First>
            <b:Last>Kane</b:Last>
          </b:Person>
          <b:Person>
            <b:First>William H</b:First>
            <b:Last>Carson</b:Last>
          </b:Person>
          <b:Person>
            <b:First>Anutosh R</b:First>
            <b:Last>Saha</b:Last>
          </b:Person>
          <b:Person>
            <b:First>Robert D</b:First>
            <b:Last>McQuade</b:Last>
          </b:Person>
          <b:Person>
            <b:First>Gary G</b:First>
            <b:Last>Ingenito</b:Last>
          </b:Person>
          <b:Person>
            <b:First>Dan L</b:First>
            <b:Last>Zimbroff</b:Last>
          </b:Person>
          <b:Person>
            <b:First>Mirza W</b:First>
            <b:Last>Ali</b:Last>
          </b:Person>
        </b:NameList>
      </b:Author>
    </b:Author>
    <b:Title>Efficacy and safety of aripiprazole and haloperidol versus placebo in patients with schizophrenia and schizoaffective disorder</b:Title>
    <b:JournalName>Journal of Clinical Psychiatry</b:JournalName>
  </b:Source>
  <b:Source>
    <b:Tag>65db24df-f494-453f-b843-96437f34340f</b:Tag>
    <b:RefOrder>31</b:RefOrder>
    <b:SourceType>JournalArticle</b:SourceType>
    <b:Pages>123-36</b:Pages>
    <b:Volume>61</b:Volume>
    <b:StandardNumber>2-3</b:StandardNumber>
    <b:Year>2003</b:Year>
    <b:Author>
      <b:Author>
        <b:NameList>
          <b:Person>
            <b:First>McQuade RD, Stock E, Kaplita S, Marcus R, Safferman AZ, Saha A, Ali M, Iwamoto T</b:First>
            <b:Last>Marder SR</b:Last>
          </b:Person>
        </b:NameList>
      </b:Author>
    </b:Author>
    <b:Title>Aripiprazole in the treatment of schizophrenia: safety and tolerability in short-term, placebo-controlled trials</b:Title>
    <b:JournalName>Schizophr. Res.</b:JournalName>
  </b:Source>
  <b:Source>
    <b:Tag>b4578b0e-e4f4-4322-87a3-9b775a578da0</b:Tag>
    <b:RefOrder>32</b:RefOrder>
    <b:SourceType>JournalArticle</b:SourceType>
    <b:Pages>681-90</b:Pages>
    <b:Volume>60</b:Volume>
    <b:StandardNumber>7</b:StandardNumber>
    <b:Year>2003</b:Year>
    <b:Author>
      <b:Author>
        <b:NameList>
          <b:Person>
            <b:First>Saha AR, Kujawa MJ, Carson WH, Ali M, Stock E, Stringfellow J, Ingenito G, Marder SR.</b:First>
            <b:Last>Potkin SG</b:Last>
          </b:Person>
        </b:NameList>
      </b:Author>
    </b:Author>
    <b:Title>Aripiprazole, an antipsychotic with a novel mechanism of action, and risperidone vs placebo in patients with schizophrenia and schizoaffective disorder.</b:Title>
    <b:JournalName>AMA Arch. Gen. Psychiatry</b:JournalName>
  </b:Source>
  <b:Source>
    <b:Tag>6e9a8ba4-7cc6-4a2d-a185-e05090052a5f</b:Tag>
    <b:RefOrder>33</b:RefOrder>
    <b:SourceType>JournalArticle</b:SourceType>
    <b:Pages>82-92</b:Pages>
    <b:Volume>174</b:Volume>
    <b:StandardNumber>1-3</b:StandardNumber>
    <b:Year>2016</b:Year>
    <b:Author>
      <b:Author>
        <b:NameList>
          <b:Person>
            <b:First>Skuban A, Hobart M, Ouyang J, Weiller E, Weiss C, Kane JM.</b:First>
            <b:Last>Correll CU</b:Last>
          </b:Person>
        </b:NameList>
      </b:Author>
    </b:Author>
    <b:Title>Efficacy of brexpiprazole in patients with acute schizophrenia: review of three randomized, double-blind, placebo-controlled studies.</b:Title>
    <b:JournalName>Schizophr. Res.</b:JournalName>
  </b:Source>
  <b:Source>
    <b:Tag>3c5c8f23-6153-4bef-b21a-a46808c1545b</b:Tag>
    <b:RefOrder>34</b:RefOrder>
    <b:SourceType>JournalArticle</b:SourceType>
    <b:Pages>363-70</b:Pages>
    <b:Volume>22</b:Volume>
    <b:StandardNumber>6</b:StandardNumber>
    <b:Year>2007</b:Year>
    <b:Author>
      <b:Author>
        <b:NameList>
          <b:Person>
            <b:First>Warrington L, Loebel A, Yang R, Siu C.</b:First>
            <b:Last>Zimbroff D</b:Last>
          </b:Person>
        </b:NameList>
      </b:Author>
    </b:Author>
    <b:Title>Comparison of ziprasidone and aripiprazole in acutely ill patients with schizophrenia or schizoaffective disorder: a randomized, double-blind, 4-week study.</b:Title>
    <b:JournalName>Int. Clin. Psychopharmacol.</b:JournalName>
  </b:Source>
  <b:Source>
    <b:Tag>dbae3cf8-f9b7-4aa0-b5db-186f2a45be79</b:Tag>
    <b:RefOrder>35</b:RefOrder>
    <b:SourceType>JournalArticle</b:SourceType>
    <b:Pages>243-251</b:Pages>
    <b:Volume>239</b:Volume>
    <b:StandardNumber>1</b:StandardNumber>
    <b:Year>2022</b:Year>
    <b:Author>
      <b:Author>
        <b:NameList>
          <b:Person>
            <b:First>Le</b:First>
            <b:Last>Xiao</b:Last>
          </b:Person>
          <b:Person>
            <b:First>Qian</b:First>
            <b:Last>Zhao</b:Last>
          </b:Person>
          <b:Person>
            <b:First>An-ning</b:First>
            <b:Last>Li</b:Last>
          </b:Person>
          <b:Person>
            <b:First>Jushui</b:First>
            <b:Last>Sun</b:Last>
          </b:Person>
          <b:Person>
            <b:First>Bin</b:First>
            <b:Last>Wu</b:Last>
          </b:Person>
          <b:Person>
            <b:First>Lina</b:First>
            <b:Last>Wang</b:Last>
          </b:Person>
          <b:Person>
            <b:First>Honggeng</b:First>
            <b:Last>Zhang</b:Last>
          </b:Person>
          <b:Person>
            <b:First>Ruiling</b:First>
            <b:Last>Zhang</b:Last>
          </b:Person>
          <b:Person>
            <b:First>Keqing</b:First>
            <b:Last>Li</b:Last>
          </b:Person>
          <b:Person>
            <b:First>Xiaojin</b:First>
            <b:Last>Xu</b:Last>
          </b:Person>
        </b:NameList>
      </b:Author>
    </b:Author>
    <b:Title>Efficacy and safety of aripiprazole once-monthly versus oral aripiprazole in Chinese patients with acute schizophrenia: a multicenter, randomized, double-blind, non-inferiority study</b:Title>
    <b:JournalName>Psychopharmacology</b:JournalName>
  </b:Source>
  <b:Source>
    <b:Tag>e5e3fe0f-cb09-464e-967e-2622ea92e2cb</b:Tag>
    <b:RefOrder>36</b:RefOrder>
    <b:SourceType>JournalArticle</b:SourceType>
    <b:Pages>692-700</b:Pages>
    <b:Volume>72</b:Volume>
    <b:StandardNumber>9</b:StandardNumber>
    <b:Year>2018</b:Year>
    <b:Author>
      <b:Author>
        <b:NameList>
          <b:Person>
            <b:First>Jun</b:First>
            <b:Last>Ishigooka</b:Last>
          </b:Person>
          <b:Person>
            <b:First>Shuichi</b:First>
            <b:Last>Iwashita</b:Last>
          </b:Person>
          <b:Person>
            <b:First>Yoshihiro</b:First>
            <b:Last>Tadori</b:Last>
          </b:Person>
        </b:NameList>
      </b:Author>
    </b:Author>
    <b:Title>Efficacy and safety of brexpiprazole for the treatment of acute schizophrenia in Japan: A 6‐week, randomized, double‐blind, placebo‐controlled study</b:Title>
    <b:JournalName>Psychiatry and clinical neurosciences</b:JournalName>
  </b:Source>
  <b:Source>
    <b:Tag>ba87674a-0661-43e7-9891-501f4c828176</b:Tag>
    <b:RefOrder>37</b:RefOrder>
    <b:SourceType>JournalArticle</b:SourceType>
    <b:Pages>870-880</b:Pages>
    <b:Volume>172</b:Volume>
    <b:StandardNumber>9</b:StandardNumber>
    <b:Year>2015</b:Year>
    <b:Author>
      <b:Author>
        <b:NameList>
          <b:Person>
            <b:First>Christoph U</b:First>
            <b:Last>Correll</b:Last>
          </b:Person>
          <b:Person>
            <b:First>Aleksandar</b:First>
            <b:Last>Skuban</b:Last>
          </b:Person>
          <b:Person>
            <b:First>John</b:First>
            <b:Last>Ouyang</b:Last>
          </b:Person>
          <b:Person>
            <b:First>Mary</b:First>
            <b:Last>Hobart</b:Last>
          </b:Person>
          <b:Person>
            <b:First>Stephanie</b:First>
            <b:Last>Pfister</b:Last>
          </b:Person>
          <b:Person>
            <b:First>Robert D</b:First>
            <b:Last>McQuade</b:Last>
          </b:Person>
          <b:Person>
            <b:First>Margaretta</b:First>
            <b:Last>Nyilas</b:Last>
          </b:Person>
          <b:Person>
            <b:First>William H</b:First>
            <b:Last>Carson</b:Last>
          </b:Person>
          <b:Person>
            <b:First>Raymond</b:First>
            <b:Last>Sanchez</b:Last>
          </b:Person>
          <b:Person>
            <b:First>Hans</b:First>
            <b:Last>Eriksson</b:Last>
          </b:Person>
        </b:NameList>
      </b:Author>
    </b:Author>
    <b:Title>Efficacy and safety of brexpiprazole for the treatment of acute schizophrenia: a 6-week randomized, double-blind, placebo-controlled trial</b:Title>
    <b:JournalName>American Journal of Psychiatry</b:JournalName>
  </b:Source>
  <b:Source>
    <b:Tag>cf2a2159-d274-41bd-bc29-43f17e4ddad1</b:Tag>
    <b:RefOrder>38</b:RefOrder>
    <b:SourceType>JournalArticle</b:SourceType>
    <b:PlacePublished>The Zucker Hillside Hospital, Psychiatry Research, 75-59 263rd Street, Glen Oaks, NY 11004, USA. Electronic address: JKane2@NSHS.edu. Otsuka Pharmaceutical Development &amp; Commercialization, Inc., 1 University Square Drive, Princeton, NJ 08540, USA. Electronic address: Aleksandar.Skuban@otsuka-us.com. Otsuka Pharmaceutical Development &amp; Commercialization, Inc., 1 University Square Drive, Princeton, NJ 08540, USA. Electronic address: John.Ouyang@otsuka-us.com. Otsuka Pharmaceutical Development &amp; Commercialization, Inc., 1 University Square Drive, Princeton, NJ 08540, USA. Electronic address: Mary.Hobart@otsuka-us.com. Otsuka Pharmaceutical Development &amp; Commercialization, Inc., 1 University Square Drive, Princeton, NJ 08540, USA. Electronic address: Stephanie.Pfister@otsuka-us.com. Otsuka Pharmaceutical Development &amp; Commercialization, Inc., 1 University Square Drive, Princeton, NJ 08540, USA. Electronic address: Robert.McQuade@otsuka-us.com. Otsuka Pharmaceutical Development &amp; Commercialization, Inc., 1 University Square Drive, Princeton, NJ 08540, USA. Electronic address: Margaretta.Nyilas@otsuka-us.com. Otsuka Pharmaceutical Development &amp; Commercialization, Inc., 1 University Square Drive, Princeton, NJ 08540, USA. Electronic address: William.Carson@otsuka-us.com. Otsuka Pharmaceutical Development &amp; Commercialization, Inc., 1 University Square Drive, Princeton, NJ 08540, USA. Electronic address: Raymond.Sanchez@otsuka-us.com. H. Lundbeck A/S, Valby, Denmark. Electronic address: HERI@lundbeck.com.</b:PlacePublished>
    <b:Pages>127-35</b:Pages>
    <b:Volume>164</b:Volume>
    <b:StandardNumber>1-3</b:StandardNumber>
    <b:Day>12</b:Day>
    <b:Year>2015</b:Year>
    <b:Month>May</b:Month>
    <b:DOI>10.1016/j.schres.2015.01.038</b:DOI>
    <b:Author>
      <b:Author>
        <b:NameList>
          <b:Person>
            <b:First>J. M.</b:First>
            <b:Last>Kane</b:Last>
          </b:Person>
          <b:Person>
            <b:First>A.</b:First>
            <b:Last>Skuban</b:Last>
          </b:Person>
          <b:Person>
            <b:First>J.</b:First>
            <b:Last>Ouyang</b:Last>
          </b:Person>
          <b:Person>
            <b:First>M.</b:First>
            <b:Last>Hobart</b:Last>
          </b:Person>
          <b:Person>
            <b:First>S.</b:First>
            <b:Last>Pfister</b:Last>
          </b:Person>
          <b:Person>
            <b:First>R. D.</b:First>
            <b:Last>McQuade</b:Last>
          </b:Person>
          <b:Person>
            <b:First>M.</b:First>
            <b:Last>Nyilas</b:Last>
          </b:Person>
          <b:Person>
            <b:First>W. H.</b:First>
            <b:Last>Carson</b:Last>
          </b:Person>
          <b:Person>
            <b:First>R.</b:First>
            <b:Last>Sanchez</b:Last>
          </b:Person>
          <b:Person>
            <b:First>H.</b:First>
            <b:Last>Eriksson</b:Last>
          </b:Person>
        </b:NameList>
      </b:Author>
    </b:Author>
    <b:Title>A multicenter, randomized, double-blind, controlled phase 3 trial of fixed-dose brexpiprazole for the treatment of adults with acute schizophrenia</b:Title>
    <b:JournalName>Schizophr Res</b:JournalName>
    <b:URL>https://www.ncbi.nlm.nih.gov/pubmed/25682550</b:URL>
  </b:Source>
  <b:Source>
    <b:Tag>bff09611-4319-4b2a-b9bd-2ec5a6a5d492</b:Tag>
    <b:RefOrder>39</b:RefOrder>
    <b:SourceType>JournalArticle</b:SourceType>
    <b:Pages>S99-S99</b:Pages>
    <b:Volume>33</b:Volume>
    <b:StandardNumber>S1</b:StandardNumber>
    <b:Year>2016</b:Year>
    <b:Author>
      <b:Author>
        <b:NameList>
          <b:Person>
            <b:First>SR</b:First>
            <b:Last>Marder</b:Last>
          </b:Person>
          <b:Person>
            <b:First>M</b:First>
            <b:Last>Hakala</b:Last>
          </b:Person>
          <b:Person>
            <b:First>M</b:First>
            <b:Last>Gislum</b:Last>
          </b:Person>
          <b:Person>
            <b:First>A</b:First>
            <b:Last>Skuban</b:Last>
          </b:Person>
          <b:Person>
            <b:First>E</b:First>
            <b:Last>Weiller</b:Last>
          </b:Person>
          <b:Person>
            <b:First>C</b:First>
            <b:Last>Weiss</b:Last>
          </b:Person>
        </b:NameList>
      </b:Author>
    </b:Author>
    <b:Title>An interventional, multi-center, randomized, double-blind, placebo-controlled, active reference, flexible dose study of brexpiprazole in adults with acute schizophrenia</b:Title>
    <b:JournalName>European Psychiatry</b:JournalName>
  </b:Source>
  <b:Source>
    <b:Tag>5ef13b75-f589-4dc1-8947-44ebadf0198e</b:Tag>
    <b:RefOrder>40</b:RefOrder>
    <b:SourceType>JournalArticle</b:SourceType>
    <b:Pages>-</b:Pages>
    <b:Volume>-</b:Volume>
    <b:Year>2021</b:Year>
    <b:Author>
      <b:Author>
        <b:NameList>
          <b:Person>
            <b:Last>NCT01625000</b:Last>
          </b:Person>
        </b:NameList>
      </b:Author>
    </b:Author>
    <b:Title>Safety and Efficacy of MP-214 in Patients With Schizophrenia</b:Title>
    <b:JournalName>-</b:JournalName>
  </b:Source>
  <b:Source>
    <b:Tag>7aefa2ac-bd3c-46d0-9329-d79de603aa3b</b:Tag>
    <b:RefOrder>41</b:RefOrder>
    <b:SourceType>JournalArticle</b:SourceType>
    <b:Pages>61</b:Pages>
    <b:Volume>31</b:Volume>
    <b:StandardNumber>2</b:StandardNumber>
    <b:Year>2016</b:Year>
    <b:Author>
      <b:Author>
        <b:NameList>
          <b:Person>
            <b:First>Litman RE, Papadakis K, Li D, Németh G, Laszlovszky I</b:First>
            <b:Last>Durgam S</b:Last>
          </b:Person>
        </b:NameList>
      </b:Author>
    </b:Author>
    <b:Title>Cariprazine in the treatment of schizophrenia: a proof-of-concept trial</b:Title>
    <b:JournalName>Int. Clin. Psychopharmacol.</b:JournalName>
  </b:Source>
  <b:Source>
    <b:Tag>d26f3eb1-2d6b-44ad-8248-6e441d16734e</b:Tag>
    <b:RefOrder>42</b:RefOrder>
    <b:SourceType>JournalArticle</b:SourceType>
    <b:Pages>450-7</b:Pages>
    <b:Volume>1</b:Volume>
    <b:StandardNumber>152</b:StandardNumber>
    <b:Year>2014</b:Year>
    <b:Author>
      <b:Author>
        <b:NameList>
          <b:Person>
            <b:First>Starace A, Li D, Migliore R, Ruth A, Németh G, Laszlovszky I</b:First>
            <b:Last>Durgam S</b:Last>
          </b:Person>
        </b:NameList>
      </b:Author>
    </b:Author>
    <b:Title>An evaluation of the safety and efficacy of cariprazine in patients with acute exacerbation of schizophrenia: a phase II, randomized clinical trial.</b:Title>
    <b:JournalName>Schizophr. Res.</b:JournalName>
  </b:Source>
  <b:Source>
    <b:Tag>7386c951-7c51-40ca-a35f-9016203f8573</b:Tag>
    <b:RefOrder>43</b:RefOrder>
    <b:SourceType>JournalArticle</b:SourceType>
    <b:Pages>367-73</b:Pages>
    <b:Volume>1</b:Volume>
    <b:StandardNumber>35</b:StandardNumber>
    <b:Year>2015</b:Year>
    <b:Author>
      <b:Author>
        <b:NameList>
          <b:Person>
            <b:First>Zukin S, Wang Y, Lu K, Ruth A, Nagy K, Laszlovszky I, Durgam S.</b:First>
            <b:Last>Kane JM</b:Last>
          </b:Person>
        </b:NameList>
      </b:Author>
    </b:Author>
    <b:Title>Efficacy and safety of cariprazine in acute exacerbation of schizophrenia: results from an international, phase III clinical trial.</b:Title>
    <b:JournalName>J. Clin. Psychopharmacol.</b:JournalName>
  </b:Source>
  <b:Source>
    <b:Tag>d4b82c4b-bd9a-4e4c-b3ae-5c1191a26a31</b:Tag>
    <b:RefOrder>44</b:RefOrder>
    <b:SourceType>JournalArticle</b:SourceType>
    <b:PlacePublished>Max Planck Institute of Psychiatry, Kraepelinstrasse 2-10, Munich, Germany. kluge@mpipsykl.mpg.de</b:PlacePublished>
    <b:Pages>662-6</b:Pages>
    <b:Volume>27</b:Volume>
    <b:StandardNumber>6</b:StandardNumber>
    <b:Year>2007</b:Year>
    <b:Month>Dec</b:Month>
    <b:DOI>10.1097/jcp.0b013e31815a8872</b:DOI>
    <b:Author>
      <b:Author>
        <b:NameList>
          <b:Person>
            <b:First>M.</b:First>
            <b:Last>Kluge</b:Last>
          </b:Person>
          <b:Person>
            <b:First>A.</b:First>
            <b:Last>Schuld</b:Last>
          </b:Person>
          <b:Person>
            <b:First>H.</b:First>
            <b:Last>Himmerich</b:Last>
          </b:Person>
          <b:Person>
            <b:First>M.</b:First>
            <b:Last>Dalal</b:Last>
          </b:Person>
          <b:Person>
            <b:First>A.</b:First>
            <b:Last>Schacht</b:Last>
          </b:Person>
          <b:Person>
            <b:First>P. M.</b:First>
            <b:Last>Wehmeier</b:Last>
          </b:Person>
          <b:Person>
            <b:First>D.</b:First>
            <b:Last>Hinze-Selch</b:Last>
          </b:Person>
          <b:Person>
            <b:First>T.</b:First>
            <b:Last>Kraus</b:Last>
          </b:Person>
          <b:Person>
            <b:First>R. W.</b:First>
            <b:Last>Dittmann</b:Last>
          </b:Person>
          <b:Person>
            <b:First>T.</b:First>
            <b:Last>Pollmacher</b:Last>
          </b:Person>
        </b:NameList>
      </b:Author>
    </b:Author>
    <b:Title>Clozapine and olanzapine are associated with food craving and binge eating: results from a randomized double-blind study</b:Title>
    <b:JournalName>J Clin Psychopharmacol</b:JournalName>
    <b:URL>https://www.ncbi.nlm.nih.gov/pubmed/18004133</b:URL>
  </b:Source>
  <b:Source>
    <b:Tag>54f3de47-5292-4aa9-bbc4-6f5b035e236a</b:Tag>
    <b:RefOrder>45</b:RefOrder>
    <b:SourceType>JournalArticle</b:SourceType>
    <b:PlacePublished>Department of Psychiatry and Psychotherapy, University Hospital Hamburg-Eppendorf, Germany. naber@uke.uni-hamburg.de</b:PlacePublished>
    <b:Pages>106-15</b:Pages>
    <b:Volume>111</b:Volume>
    <b:StandardNumber>2</b:StandardNumber>
    <b:Year>2005</b:Year>
    <b:Month>Feb</b:Month>
    <b:DOI>10.1111/j.1600-0447.2004.00486.x</b:DOI>
    <b:Author>
      <b:Author>
        <b:NameList>
          <b:Person>
            <b:First>D.</b:First>
            <b:Last>Naber</b:Last>
          </b:Person>
          <b:Person>
            <b:First>M.</b:First>
            <b:Last>Riedel</b:Last>
          </b:Person>
          <b:Person>
            <b:First>A.</b:First>
            <b:Last>Klimke</b:Last>
          </b:Person>
          <b:Person>
            <b:First>E. U.</b:First>
            <b:Last>Vorbach</b:Last>
          </b:Person>
          <b:Person>
            <b:First>M.</b:First>
            <b:Last>Lambert</b:Last>
          </b:Person>
          <b:Person>
            <b:First>K. U.</b:First>
            <b:Last>Kuhn</b:Last>
          </b:Person>
          <b:Person>
            <b:First>S.</b:First>
            <b:Last>Bender</b:Last>
          </b:Person>
          <b:Person>
            <b:First>B.</b:First>
            <b:Last>Bandelow</b:Last>
          </b:Person>
          <b:Person>
            <b:First>W.</b:First>
            <b:Last>Lemmer</b:Last>
          </b:Person>
          <b:Person>
            <b:First>S.</b:First>
            <b:Last>Moritz</b:Last>
          </b:Person>
          <b:Person>
            <b:First>R. W.</b:First>
            <b:Last>Dittmann</b:Last>
          </b:Person>
        </b:NameList>
      </b:Author>
    </b:Author>
    <b:Title>Randomized double blind comparison of olanzapine vs. clozapine on subjective well-being and clinical outcome in patients with schizophrenia</b:Title>
    <b:JournalName>Acta Psychiatr Scand</b:JournalName>
    <b:URL>https://www.ncbi.nlm.nih.gov/pubmed/15667429</b:URL>
  </b:Source>
  <b:Source>
    <b:Tag>5d0499b9-25bf-4296-9ce0-aabcbf824273</b:Tag>
    <b:RefOrder>46</b:RefOrder>
    <b:SourceType>JournalArticle</b:SourceType>
    <b:Pages>129-137</b:Pages>
    <b:Volume>18</b:Volume>
    <b:StandardNumber>1</b:StandardNumber>
    <b:Year>1994</b:Year>
    <b:Author>
      <b:Author>
        <b:NameList>
          <b:Person>
            <b:First>Kurt</b:First>
            <b:Last>Heinrich</b:Last>
          </b:Person>
          <b:Person>
            <b:First>Eckhard</b:First>
            <b:Last>Klieser</b:Last>
          </b:Person>
          <b:Person>
            <b:First>Erlo</b:First>
            <b:Last>Lehmann</b:Last>
          </b:Person>
          <b:Person>
            <b:First>Eckhart</b:First>
            <b:Last>Ḱinzler</b:Last>
          </b:Person>
          <b:Person>
            <b:First>HelgÁ</b:First>
            <b:Last>Hruschka</b:Last>
          </b:Person>
        </b:NameList>
      </b:Author>
    </b:Author>
    <b:Title>Risperidone versus clozapine in the treatment of schizophrenic patients with acute symptoms: a double blind, randomized trial</b:Title>
    <b:JournalName>Progress in Neuro-Psychopharmacology and Biological Psychiatry</b:JournalName>
  </b:Source>
  <b:Source>
    <b:Tag>7410ad2d-2e34-4936-a0d8-34477d4f4c76</b:Tag>
    <b:RefOrder>47</b:RefOrder>
    <b:SourceType>JournalArticle</b:SourceType>
    <b:Pages>952-961</b:Pages>
    <b:Volume>79</b:Volume>
    <b:StandardNumber>12</b:StandardNumber>
    <b:Year>2016</b:Year>
    <b:Author>
      <b:Author>
        <b:NameList>
          <b:Person>
            <b:First>Jeffrey A</b:First>
            <b:Last>Lieberman</b:Last>
          </b:Person>
          <b:Person>
            <b:First>Robert E</b:First>
            <b:Last>Davis</b:Last>
          </b:Person>
          <b:Person>
            <b:First>Christoph U</b:First>
            <b:Last>Correll</b:Last>
          </b:Person>
          <b:Person>
            <b:First>Donald C</b:First>
            <b:Last>Goff</b:Last>
          </b:Person>
          <b:Person>
            <b:First>John M</b:First>
            <b:Last>Kane</b:Last>
          </b:Person>
          <b:Person>
            <b:First>Carol A</b:First>
            <b:Last>Tamminga</b:Last>
          </b:Person>
          <b:Person>
            <b:First>Sharon</b:First>
            <b:Last>Mates</b:Last>
          </b:Person>
          <b:Person>
            <b:First>Kimberly E</b:First>
            <b:Last>Vanover</b:Last>
          </b:Person>
        </b:NameList>
      </b:Author>
    </b:Author>
    <b:Title>ITI-007 for the treatment of schizophrenia: a 4-week randomized, double-blind, controlled trial</b:Title>
    <b:JournalName>Biological psychiatry</b:JournalName>
  </b:Source>
  <b:Source>
    <b:Tag>5ecdfb41-4fbe-4117-9972-89a0e6028c4d</b:Tag>
    <b:RefOrder>48</b:RefOrder>
    <b:SourceType>JournalArticle</b:SourceType>
    <b:Pages>349‐358</b:Pages>
    <b:Volume>77</b:Volume>
    <b:StandardNumber>4</b:StandardNumber>
    <b:Year>2020</b:Year>
    <b:DOI>10.1001/jamapsychiatry.2019.4379</b:DOI>
    <b:Author>
      <b:Author>
        <b:NameList>
          <b:Person>
            <b:First>C. U.</b:First>
            <b:Last>Correll</b:Last>
          </b:Person>
          <b:Person>
            <b:First>R. E.</b:First>
            <b:Last>Davis</b:Last>
          </b:Person>
          <b:Person>
            <b:First>M.</b:First>
            <b:Last>Weingart</b:Last>
          </b:Person>
          <b:Person>
            <b:First>J.</b:First>
            <b:Last>Saillard</b:Last>
          </b:Person>
          <b:Person>
            <b:First>C.</b:First>
            <b:Last>O'Gorman</b:Last>
          </b:Person>
          <b:Person>
            <b:First>J. M.</b:First>
            <b:Last>Kane</b:Last>
          </b:Person>
          <b:Person>
            <b:First>J. A.</b:First>
            <b:Last>Lieberman</b:Last>
          </b:Person>
          <b:Person>
            <b:First>C. A.</b:First>
            <b:Last>Tamminga</b:Last>
          </b:Person>
          <b:Person>
            <b:First>S.</b:First>
            <b:Last>Mates</b:Last>
          </b:Person>
          <b:Person>
            <b:First>K. E.</b:First>
            <b:Last>Vanover</b:Last>
          </b:Person>
        </b:NameList>
      </b:Author>
    </b:Author>
    <b:Title>Efficacy and Safety of Lumateperone for Treatment of Schizophrenia: a Randomized Clinical Trial</b:Title>
    <b:JournalName>JAMA psychiatry</b:JournalName>
    <b:URL>https://www.cochranelibrary.com/central/doi/10.1002/central/CN-02073217/full</b:URL>
  </b:Source>
  <b:Source>
    <b:Tag>c81565be-efcc-40c3-96aa-eb6fb0ffb8c6</b:Tag>
    <b:RefOrder>49</b:RefOrder>
    <b:SourceType>JournalArticle</b:SourceType>
    <b:Pages>248-259</b:Pages>
    <b:Volume>26</b:Volume>
    <b:StandardNumber>4</b:StandardNumber>
    <b:Year>2012</b:Year>
    <b:Author>
      <b:Author>
        <b:NameList>
          <b:Person>
            <b:First>Enric</b:First>
            <b:Last>Álvarez</b:Last>
          </b:Person>
          <b:Person>
            <b:First>Miguel</b:First>
            <b:Last>Bernardo</b:Last>
          </b:Person>
          <b:Person>
            <b:First>José Ramón</b:First>
            <b:Last>Gutiérrez Casares</b:Last>
          </b:Person>
          <b:Person>
            <b:First>Ángel L</b:First>
            <b:Last>Montejo</b:Last>
          </b:Person>
        </b:NameList>
      </b:Author>
    </b:Author>
    <b:Title>Ziprasidone versus Olanzapine in the weight gain associated with the treatment of schizophrenia: A six-month double-blind randomized parallel group study</b:Title>
    <b:JournalName>The European Journal of Psychiatry</b:JournalName>
  </b:Source>
  <b:Source>
    <b:Tag>1f93cb9a-adef-4a96-acb7-70be27dc83b8</b:Tag>
    <b:RefOrder>50</b:RefOrder>
    <b:SourceType>JournalArticle</b:SourceType>
    <b:Year>2003</b:Year>
    <b:Author>
      <b:Author>
        <b:NameList>
          <b:Person>
            <b:First>Jaromír</b:First>
            <b:Last>Švestka</b:Last>
          </b:Person>
          <b:Person>
            <b:First>Oldřich</b:First>
            <b:Last>Synek</b:Last>
          </b:Person>
          <b:Person>
            <b:First>Alexandra</b:First>
            <b:Last>Žourková</b:Last>
          </b:Person>
        </b:NameList>
      </b:Author>
    </b:Author>
    <b:Title>A double-blind comparison of olanzapine and quetiapine in treatment of acute exacerbations of schizophrenic or schizoaffective disorders</b:Title>
    <b:JournalName>European Neuropsychopharmacology</b:JournalName>
  </b:Source>
  <b:Source>
    <b:Tag>3b018644-e9a2-459f-8322-8600aa459a4f</b:Tag>
    <b:RefOrder>51</b:RefOrder>
    <b:SourceType>JournalArticle</b:SourceType>
    <b:Pages>291</b:Pages>
    <b:StandardNumber>9</b:StandardNumber>
    <b:Year>1999</b:Year>
    <b:Author>
      <b:Author>
        <b:NameList>
          <b:Person>
            <b:First>N</b:First>
            <b:Last>Loza</b:Last>
          </b:Person>
          <b:Person>
            <b:First>AM</b:First>
            <b:Last>El-Dosoky</b:Last>
          </b:Person>
          <b:Person>
            <b:First>TA</b:First>
            <b:Last>Okasha</b:Last>
          </b:Person>
          <b:Person>
            <b:First>AH</b:First>
            <b:Last>Khalil</b:Last>
          </b:Person>
          <b:Person>
            <b:First>NM</b:First>
            <b:Last>Hasan</b:Last>
          </b:Person>
          <b:Person>
            <b:First>P</b:First>
            <b:Last>Kratky</b:Last>
          </b:Person>
          <b:Person>
            <b:First>A</b:First>
            <b:Last>Okasha</b:Last>
          </b:Person>
        </b:NameList>
      </b:Author>
    </b:Author>
    <b:Title>Olanzapine compared to chlorpromazine in acute schizophrenia</b:Title>
    <b:JournalName>European neuropsychopharmacology</b:JournalName>
  </b:Source>
  <b:Source>
    <b:Tag>a5799758-6d1e-4dee-a090-b9356850db81</b:Tag>
    <b:RefOrder>52</b:RefOrder>
    <b:SourceType>JournalArticle</b:SourceType>
    <b:PlacePublished>Department of Psychiatry, Brescia University School of Medicine, Brescia, Italy. sacchett@med.unibs.it</b:PlacePublished>
    <b:Pages>55-65</b:Pages>
    <b:Volume>98</b:Volume>
    <b:StandardNumber>1-3</b:StandardNumber>
    <b:Day>15</b:Day>
    <b:Year>2008</b:Year>
    <b:Month>Jan</b:Month>
    <b:DOI>10.1016/j.schres.2007.09.011</b:DOI>
    <b:Author>
      <b:Author>
        <b:NameList>
          <b:Person>
            <b:First>E.</b:First>
            <b:Last>Sacchetti</b:Last>
          </b:Person>
          <b:Person>
            <b:First>P.</b:First>
            <b:Last>Valsecchi</b:Last>
          </b:Person>
          <b:Person>
            <b:First>G.</b:First>
            <b:Last>Parrinello</b:Last>
          </b:Person>
          <b:Person>
            <b:Last>Querisola Group</b:Last>
          </b:Person>
        </b:NameList>
      </b:Author>
    </b:Author>
    <b:Title>A randomized, flexible-dose, quasi-naturalistic comparison of quetiapine, risperidone, and olanzapine in the short-term treatment of schizophrenia: the QUERISOLA trial</b:Title>
    <b:JournalName>Schizophr Res</b:JournalName>
    <b:URL>https://www.ncbi.nlm.nih.gov/pubmed/17933497</b:URL>
  </b:Source>
  <b:Source>
    <b:Tag>c7164a8a-4b83-459a-82a6-72fb537cd13e</b:Tag>
    <b:RefOrder>53</b:RefOrder>
    <b:SourceType>JournalArticle</b:SourceType>
    <b:Pages>234</b:Pages>
    <b:Volume>11</b:Volume>
    <b:Year>2020</b:Year>
    <b:Author>
      <b:Author>
        <b:NameList>
          <b:Person>
            <b:First>Xiaoxiao</b:First>
            <b:Last>Shan</b:Last>
          </b:Person>
          <b:Person>
            <b:First>Rongyuan</b:First>
            <b:Last>Liao</b:Last>
          </b:Person>
          <b:Person>
            <b:First>Yangpan</b:First>
            <b:Last>Ou</b:Last>
          </b:Person>
          <b:Person>
            <b:First>Yudan</b:First>
            <b:Last>Ding</b:Last>
          </b:Person>
          <b:Person>
            <b:First>Feng</b:First>
            <b:Last>Liu</b:Last>
          </b:Person>
          <b:Person>
            <b:First>Jindong</b:First>
            <b:Last>Chen</b:Last>
          </b:Person>
          <b:Person>
            <b:First>Jingping</b:First>
            <b:Last>Zhao</b:Last>
          </b:Person>
          <b:Person>
            <b:First>Wenbin</b:First>
            <b:Last>Guo</b:Last>
          </b:Person>
          <b:Person>
            <b:First>Yiqun</b:First>
            <b:Last>He</b:Last>
          </b:Person>
        </b:NameList>
      </b:Author>
    </b:Author>
    <b:Title>Metacognitive training modulates default-mode network homogeneity during 8-week olanzapine treatment in patients with schizophrenia</b:Title>
    <b:JournalName>Frontiers in psychiatry</b:JournalName>
  </b:Source>
  <b:Source>
    <b:Tag>147b2704-76e8-402e-a0a1-9b945d26bf3f</b:Tag>
    <b:RefOrder>54</b:RefOrder>
    <b:SourceType>JournalArticle</b:SourceType>
    <b:Pages>279-285</b:Pages>
    <b:Volume>37</b:Volume>
    <b:StandardNumber>06</b:StandardNumber>
    <b:Year>2004</b:Year>
    <b:Author>
      <b:Author>
        <b:NameList>
          <b:Person>
            <b:First>Wagner Farid</b:First>
            <b:Last>Gattaz</b:Last>
          </b:Person>
          <b:Person>
            <b:First>A</b:First>
            <b:Last>Diehl</b:Last>
          </b:Person>
          <b:Person>
            <b:First>MS</b:First>
            <b:Last>Geuppert</b:Last>
          </b:Person>
          <b:Person>
            <b:First>P</b:First>
            <b:Last>Hubrich</b:Last>
          </b:Person>
          <b:Person>
            <b:First>A</b:First>
            <b:Last>Schmitt</b:Last>
          </b:Person>
          <b:Person>
            <b:First>I</b:First>
            <b:Last>Linde</b:Last>
          </b:Person>
          <b:Person>
            <b:First>A</b:First>
            <b:Last>Maras</b:Last>
          </b:Person>
          <b:Person>
            <b:First>RW</b:First>
            <b:Last>Dittmann</b:Last>
          </b:Person>
        </b:NameList>
      </b:Author>
    </b:Author>
    <b:Title>Olanzapine versus flupenthixol in the treatment of inpatients with schizophrenia: a randomized double-blind trial</b:Title>
    <b:JournalName>Pharmacopsychiatry</b:JournalName>
  </b:Source>
  <b:Source>
    <b:Tag>0e23fb7e-445f-4704-92e5-546b6c104bb8</b:Tag>
    <b:RefOrder>55</b:RefOrder>
    <b:SourceType>ConferenceProceedings</b:SourceType>
    <b:Pages>S271-S271</b:Pages>
    <b:Volume>9</b:Volume>
    <b:Year>2006</b:Year>
    <b:Publisher>CAMBRIDGE UNIV PRESS 32 AVENUE OF THE AMERICAS, NEW YORK, NY 10013-2473 USA</b:Publisher>
    <b:Author>
      <b:Author>
        <b:NameList>
          <b:Person>
            <b:First>B</b:First>
            <b:Last>Loza</b:Last>
          </b:Person>
          <b:Person>
            <b:First>A</b:First>
            <b:Last>Czernikiewicz</b:Last>
          </b:Person>
          <b:Person>
            <b:First>A</b:First>
            <b:Last>Roszkowska</b:Last>
          </b:Person>
          <b:Person>
            <b:First>A</b:First>
            <b:Last>Szulc</b:Last>
          </b:Person>
        </b:NameList>
      </b:Author>
    </b:Author>
    <b:Title>Atypical antipsychotics: The prosocial capacity. Double-blind, randomized, prospective study of olanzapine and risperidone treatment of schizophrenia: Cognitive, awareness and quality of life report</b:Title>
    <b:ConferenceName>INTERNATIONAL JOURNAL OF NEUROPSYCHOPHARMACOLOGY</b:ConferenceName>
  </b:Source>
  <b:Source>
    <b:Tag>9e62af4f-bc26-41dc-8e7d-379287a08683</b:Tag>
    <b:RefOrder>56</b:RefOrder>
    <b:SourceType>JournalArticle</b:SourceType>
    <b:Pages>25-31</b:Pages>
    <b:Volume>20</b:Volume>
    <b:StandardNumber>1</b:StandardNumber>
    <b:Year>2011</b:Year>
    <b:Author>
      <b:Author>
        <b:NameList>
          <b:Person>
            <b:First>Sandip</b:First>
            <b:Last>Shah</b:Last>
          </b:Person>
          <b:Person>
            <b:First>Dipti</b:First>
            <b:Last>Joshi</b:Last>
          </b:Person>
        </b:NameList>
      </b:Author>
    </b:Author>
    <b:Title>Tolerability and efficacy of paliperidone ER compared to olanzapine in the treatment of schizophrenia: A randomized, double–blind, multicentric trial</b:Title>
    <b:JournalName>Industrial Psychiatry Journal</b:JournalName>
  </b:Source>
  <b:Source>
    <b:Tag>6b1b5862-8fc7-41c3-8c4b-2fb087f927ac</b:Tag>
    <b:RefOrder>57</b:RefOrder>
    <b:SourceType>JournalArticle</b:SourceType>
    <b:Volume>4</b:Volume>
    <b:StandardNumber>1</b:StandardNumber>
    <b:Year>2011</b:Year>
    <b:Author>
      <b:Author>
        <b:NameList>
          <b:Person>
            <b:First>Halise Devrimci</b:First>
            <b:Last>Ozguven</b:Last>
          </b:Person>
          <b:Person>
            <b:First>Bora</b:First>
            <b:Last>Baskak</b:Last>
          </b:Person>
          <b:Person>
            <b:First>Ozgur</b:First>
            <b:Last>Oner</b:Last>
          </b:Person>
          <b:Person>
            <b:First>Cem</b:First>
            <b:Last>Atbasoglu</b:Last>
          </b:Person>
        </b:NameList>
      </b:Author>
    </b:Author>
    <b:Title>Metabolic effects of olanzapine and quetiapine: a six-week randomized, single blind, controlled study</b:Title>
    <b:JournalName>The Open Neuropsychopharmacology Journal</b:JournalName>
  </b:Source>
  <b:Source>
    <b:Tag>c7a96db4-4060-4ce1-8353-206438fc862a</b:Tag>
    <b:RefOrder>58</b:RefOrder>
    <b:SourceType>JournalArticle</b:SourceType>
    <b:PlacePublished>Pharmacia Corporation, Kalamazoo, Michigan 01752, USA.</b:PlacePublished>
    <b:Pages>445-51</b:Pages>
    <b:Volume>55</b:Volume>
    <b:StandardNumber>5</b:StandardNumber>
    <b:Year>2004</b:Year>
    <b:Month>Mar 1</b:Month>
    <b:DOI>10.1016/j.biopsych.2003.10.004</b:DOI>
    <b:Author>
      <b:Author>
        <b:NameList>
          <b:Person>
            <b:First>M. H.</b:First>
            <b:Last>Corrigan</b:Last>
          </b:Person>
          <b:Person>
            <b:First>C. C.</b:First>
            <b:Last>Gallen</b:Last>
          </b:Person>
          <b:Person>
            <b:First>M. L.</b:First>
            <b:Last>Bonura</b:Last>
          </b:Person>
          <b:Person>
            <b:First>K. M.</b:First>
            <b:Last>Merchant</b:Last>
          </b:Person>
          <b:Person>
            <b:First>Group</b:First>
            <b:Last>Sonepiprazole Study</b:Last>
          </b:Person>
        </b:NameList>
      </b:Author>
    </b:Author>
    <b:Title>Effectiveness of the selective D4 antagonist sonepiprazole in schizophrenia: a placebo-controlled trial</b:Title>
    <b:JournalName>Biol Psychiatry</b:JournalName>
    <b:URL>https://www.ncbi.nlm.nih.gov/pubmed/15023570</b:URL>
  </b:Source>
  <b:Source>
    <b:Tag>914f3563-eb14-4fe3-a32f-20919da49d03</b:Tag>
    <b:RefOrder>59</b:RefOrder>
    <b:SourceType>JournalArticle</b:SourceType>
    <b:Pages>261-267</b:Pages>
    <b:Volume>219</b:Volume>
    <b:StandardNumber>2</b:StandardNumber>
    <b:Year>2014</b:Year>
    <b:Author>
      <b:Author>
        <b:NameList>
          <b:Person>
            <b:First>Piotr</b:First>
            <b:Last>Tybura</b:Last>
          </b:Person>
          <b:Person>
            <b:First>Beata</b:First>
            <b:Last>Trześniowska-Drukała</b:Last>
          </b:Person>
          <b:Person>
            <b:First>Przemyslaw</b:First>
            <b:Last>Bienkowski</b:Last>
          </b:Person>
          <b:Person>
            <b:First>Aleksander</b:First>
            <b:Last>Beszlej</b:Last>
          </b:Person>
          <b:Person>
            <b:First>Dorota</b:First>
            <b:Last>Frydecka</b:Last>
          </b:Person>
          <b:Person>
            <b:First>Pawel</b:First>
            <b:Last>Mierzejewski</b:Last>
          </b:Person>
          <b:Person>
            <b:First>Agnieszka</b:First>
            <b:Last>Samochowiec</b:Last>
          </b:Person>
          <b:Person>
            <b:First>Anna</b:First>
            <b:Last>Grzywacz</b:Last>
          </b:Person>
          <b:Person>
            <b:First>Jerzy</b:First>
            <b:Last>Samochowiec</b:Last>
          </b:Person>
        </b:NameList>
      </b:Author>
    </b:Author>
    <b:Title>Pharmacogenetics of adverse events in schizophrenia treatment: comparison study of ziprasidone, olanzapine and perazine</b:Title>
    <b:JournalName>Psychiatry research</b:JournalName>
  </b:Source>
  <b:Source>
    <b:Tag>a5cb64c2-5b83-427a-9017-6d98c241fc4e</b:Tag>
    <b:RefOrder>60</b:RefOrder>
    <b:SourceType>JournalArticle</b:SourceType>
    <b:Pages>2693-2702</b:Pages>
    <b:Volume>290</b:Volume>
    <b:StandardNumber>20</b:StandardNumber>
    <b:Year>2003</b:Year>
    <b:Author>
      <b:Author>
        <b:NameList>
          <b:Person>
            <b:First>Robert</b:First>
            <b:Last>Rosenheck</b:Last>
          </b:Person>
          <b:Person>
            <b:First>Deborah</b:First>
            <b:Last>Perlick</b:Last>
          </b:Person>
          <b:Person>
            <b:First>Stephen</b:First>
            <b:Last>Bingham</b:Last>
          </b:Person>
          <b:Person>
            <b:First>Wen</b:First>
            <b:Last>Liu-Mares</b:Last>
          </b:Person>
          <b:Person>
            <b:First>Joseph</b:First>
            <b:Last>Collins</b:Last>
          </b:Person>
          <b:Person>
            <b:First>Stuart</b:First>
            <b:Last>Warren</b:Last>
          </b:Person>
          <b:Person>
            <b:First>Douglas</b:First>
            <b:Last>Leslie</b:Last>
          </b:Person>
          <b:Person>
            <b:First>Edward</b:First>
            <b:Last>Allan</b:Last>
          </b:Person>
          <b:Person>
            <b:First>E Cabrina</b:First>
            <b:Last>Campbell</b:Last>
          </b:Person>
          <b:Person>
            <b:First>Stanley</b:First>
            <b:Last>Caroff</b:Last>
          </b:Person>
        </b:NameList>
      </b:Author>
    </b:Author>
    <b:Title>Effectiveness and cost of olanzapine and haloperidol in the treatment of schizophrenia: a randomized controlled trial</b:Title>
    <b:JournalName>Jama</b:JournalName>
  </b:Source>
  <b:Source>
    <b:Tag>fa3a119b-1bd2-461b-a214-2d7173de26eb</b:Tag>
    <b:RefOrder>61</b:RefOrder>
    <b:SourceType>JournalArticle</b:SourceType>
    <b:Pages>333-341</b:Pages>
    <b:Volume>22</b:Volume>
    <b:StandardNumber>4</b:StandardNumber>
    <b:Year>2017</b:Year>
    <b:Author>
      <b:Author>
        <b:NameList>
          <b:Person>
            <b:First>Ronald</b:First>
            <b:Last>Landbloom</b:Last>
          </b:Person>
          <b:Person>
            <b:First>Mary</b:First>
            <b:Last>Mackle</b:Last>
          </b:Person>
          <b:Person>
            <b:First>Xiao</b:First>
            <b:Last>Wu</b:Last>
          </b:Person>
          <b:Person>
            <b:First>Linda</b:First>
            <b:Last>Kelly</b:Last>
          </b:Person>
          <b:Person>
            <b:First>Linda</b:First>
            <b:Last>Snow-Adami</b:Last>
          </b:Person>
          <b:Person>
            <b:First>Roger S</b:First>
            <b:Last>McIntyre</b:Last>
          </b:Person>
          <b:Person>
            <b:First>Maju</b:First>
            <b:Last>Mathews</b:Last>
          </b:Person>
          <b:Person>
            <b:First>Carla</b:First>
            <b:Last>Hundt</b:Last>
          </b:Person>
        </b:NameList>
      </b:Author>
    </b:Author>
    <b:Title>Asenapine for the treatment of adults with an acute exacerbation of schizophrenia: results from a randomized, double-blind, fixed-dose, placebo-controlled trial with olanzapine as an active control</b:Title>
    <b:JournalName>CNS spectrums</b:JournalName>
  </b:Source>
  <b:Source>
    <b:Tag>143768ac-38fb-41dc-af90-3d02760b69c6</b:Tag>
    <b:RefOrder>62</b:RefOrder>
    <b:SourceType>JournalArticle</b:SourceType>
    <b:Pages>381-390</b:Pages>
    <b:Volume>30</b:Volume>
    <b:StandardNumber>2</b:StandardNumber>
    <b:Year>2005</b:Year>
    <b:Author>
      <b:Author>
        <b:NameList>
          <b:Person>
            <b:First>Michael</b:First>
            <b:Last>Wagner</b:Last>
          </b:Person>
          <b:Person>
            <b:First>Boris B</b:First>
            <b:Last>Quednow</b:Last>
          </b:Person>
          <b:Person>
            <b:First>Jens</b:First>
            <b:Last>Westheide</b:Last>
          </b:Person>
          <b:Person>
            <b:First>Thomas E</b:First>
            <b:Last>Schlaepfer</b:Last>
          </b:Person>
          <b:Person>
            <b:First>Wolfgang</b:First>
            <b:Last>Maier</b:Last>
          </b:Person>
          <b:Person>
            <b:First>Kai-Uwe</b:First>
            <b:Last>Kühn</b:Last>
          </b:Person>
        </b:NameList>
      </b:Author>
    </b:Author>
    <b:Title>Cognitive improvement in schizophrenic patients does not require a serotonergic mechanism: randomized controlled trial of olanzapine vs amisulpride</b:Title>
    <b:JournalName>Neuropsychopharmacology</b:JournalName>
  </b:Source>
  <b:Source>
    <b:Tag>b35a60e6-7a13-49ba-8ed2-c6a308bcda6f</b:Tag>
    <b:RefOrder>63</b:RefOrder>
    <b:SourceType>JournalArticle</b:SourceType>
    <b:Pages>957-967</b:Pages>
    <b:Volume>168</b:Volume>
    <b:StandardNumber>9</b:StandardNumber>
    <b:Year>2011</b:Year>
    <b:Author>
      <b:Author>
        <b:NameList>
          <b:Person>
            <b:First>Herbert Y</b:First>
            <b:Last>Meltzer</b:Last>
          </b:Person>
          <b:Person>
            <b:First>Josephine</b:First>
            <b:Last>Cucchiaro</b:Last>
          </b:Person>
          <b:Person>
            <b:First>Robert</b:First>
            <b:Last>Silva</b:Last>
          </b:Person>
          <b:Person>
            <b:First>Masaaki</b:First>
            <b:Last>Ogasa</b:Last>
          </b:Person>
          <b:Person>
            <b:First>Debra</b:First>
            <b:Last>Phillips</b:Last>
          </b:Person>
          <b:Person>
            <b:First>Jane</b:First>
            <b:Last>Xu</b:Last>
          </b:Person>
          <b:Person>
            <b:First>Amir H</b:First>
            <b:Last>Kalali</b:Last>
          </b:Person>
          <b:Person>
            <b:First>Edward</b:First>
            <b:Last>Schweizer</b:Last>
          </b:Person>
          <b:Person>
            <b:First>Andrei</b:First>
            <b:Last>Pikalov</b:Last>
          </b:Person>
          <b:Person>
            <b:First>Antony</b:First>
            <b:Last>Loebel</b:Last>
          </b:Person>
        </b:NameList>
      </b:Author>
    </b:Author>
    <b:Title>Lurasidone in the treatment of schizophrenia: a randomized, double-blind, placebo-and olanzapine-controlled study</b:Title>
    <b:JournalName>American Journal of Psychiatry</b:JournalName>
  </b:Source>
  <b:Source>
    <b:Tag>b0d97a3c-6575-43c5-9b9d-41786ebb317b</b:Tag>
    <b:RefOrder>64</b:RefOrder>
    <b:SourceType>JournalArticle</b:SourceType>
    <b:Pages>147-161</b:Pages>
    <b:Volume>90</b:Volume>
    <b:StandardNumber>1-3</b:StandardNumber>
    <b:Year>2007</b:Year>
    <b:Author>
      <b:Author>
        <b:NameList>
          <b:Person>
            <b:First>J</b:First>
            <b:Last>Kane</b:Last>
          </b:Person>
          <b:Person>
            <b:First>F</b:First>
            <b:Last>Canas</b:Last>
          </b:Person>
          <b:Person>
            <b:First>M</b:First>
            <b:Last>Kramer</b:Last>
          </b:Person>
          <b:Person>
            <b:First>L</b:First>
            <b:Last>Ford</b:Last>
          </b:Person>
          <b:Person>
            <b:First>C</b:First>
            <b:Last>Gassmann-Mayer</b:Last>
          </b:Person>
          <b:Person>
            <b:First>P</b:First>
            <b:Last>Lim</b:Last>
          </b:Person>
          <b:Person>
            <b:First>M</b:First>
            <b:Last>Eerdekens</b:Last>
          </b:Person>
        </b:NameList>
      </b:Author>
    </b:Author>
    <b:Title>Treatment of schizophrenia with paliperidone extended-release tablets: a 6-week placebo-controlled trial</b:Title>
    <b:JournalName>Schizophrenia Research</b:JournalName>
  </b:Source>
  <b:Source>
    <b:Tag>208d42e8-7fd4-4347-9869-b2410925aa12</b:Tag>
    <b:RefOrder>65</b:RefOrder>
    <b:SourceType>JournalArticle</b:SourceType>
    <b:Pages>117-130</b:Pages>
    <b:Volume>93</b:Volume>
    <b:StandardNumber>1-3</b:StandardNumber>
    <b:Year>2007</b:Year>
    <b:Author>
      <b:Author>
        <b:NameList>
          <b:Person>
            <b:First>Michael</b:First>
            <b:Last>Davidson</b:Last>
          </b:Person>
          <b:Person>
            <b:First>Robin</b:First>
            <b:Last>Emsley</b:Last>
          </b:Person>
          <b:Person>
            <b:First>Michelle</b:First>
            <b:Last>Kramer</b:Last>
          </b:Person>
          <b:Person>
            <b:First>Lisa</b:First>
            <b:Last>Ford</b:Last>
          </b:Person>
          <b:Person>
            <b:First>Guohua</b:First>
            <b:Last>Pan</b:Last>
          </b:Person>
          <b:Person>
            <b:First>Pilar</b:First>
            <b:Last>Lim</b:Last>
          </b:Person>
          <b:Person>
            <b:First>Mariëlle</b:First>
            <b:Last>Eerdekens</b:Last>
          </b:Person>
        </b:NameList>
      </b:Author>
    </b:Author>
    <b:Title>Efficacy, safety and early response of paliperidone extended-release tablets (paliperidone ER): results of a 6-week, randomized, placebo-controlled study</b:Title>
    <b:JournalName>Schizophrenia research</b:JournalName>
  </b:Source>
  <b:Source>
    <b:Tag>8c621873-f8da-4303-834e-d3ce630da791</b:Tag>
    <b:RefOrder>66</b:RefOrder>
    <b:SourceType>JournalArticle</b:SourceType>
    <b:PlacePublished>F. Hoffmann-La Roche Ltd, Basel, Switzerland. Electronic address: dragana.bugarski-kirola@roche.com. Roche (China) Holding Ltd, Shanghai, China. F. Hoffmann-La Roche Ltd, Basel, Switzerland.</b:PlacePublished>
    <b:Pages>1024-36</b:Pages>
    <b:Volume>24</b:Volume>
    <b:StandardNumber>7</b:StandardNumber>
    <b:Day>29</b:Day>
    <b:Year>2014</b:Year>
    <b:Month>Jul</b:Month>
    <b:DOI>10.1016/j.euroneuro.2014.03.007</b:DOI>
    <b:Author>
      <b:Author>
        <b:NameList>
          <b:Person>
            <b:First>D.</b:First>
            <b:Last>Bugarski-Kirola</b:Last>
          </b:Person>
          <b:Person>
            <b:First>A.</b:First>
            <b:Last>Wang</b:Last>
          </b:Person>
          <b:Person>
            <b:First>D.</b:First>
            <b:Last>Abi-Saab</b:Last>
          </b:Person>
          <b:Person>
            <b:First>T.</b:First>
            <b:Last>Blattler</b:Last>
          </b:Person>
        </b:NameList>
      </b:Author>
    </b:Author>
    <b:Title>A phase II/III trial of bitopertin monotherapy compared with placebo in patients with an acute exacerbation of schizophrenia - results from the CandleLyte study</b:Title>
    <b:JournalName>Eur Neuropsychopharmacol</b:JournalName>
    <b:URL>https://www.ncbi.nlm.nih.gov/pubmed/24735806</b:URL>
  </b:Source>
  <b:Source>
    <b:Tag>5613befd-5249-43aa-8db0-9e86da9ebce7</b:Tag>
    <b:RefOrder>67</b:RefOrder>
    <b:SourceType>JournalArticle</b:SourceType>
    <b:PlacePublished>Dept. of Psychiatry and Psychotherapy, Ludwig-Maximilians-University of Munich, Nussbaumstrasse 7, 80336 Munich, Germany.</b:PlacePublished>
    <b:Pages>402-12</b:Pages>
    <b:Volume>257</b:Volume>
    <b:StandardNumber>7</b:StandardNumber>
    <b:Year>2007</b:Year>
    <b:Month>Oct</b:Month>
    <b:DOI>10.1007/s00406-007-0748-9</b:DOI>
    <b:Author>
      <b:Author>
        <b:NameList>
          <b:Person>
            <b:First>M.</b:First>
            <b:Last>Riedel</b:Last>
          </b:Person>
          <b:Person>
            <b:First>N.</b:First>
            <b:Last>Muller</b:Last>
          </b:Person>
          <b:Person>
            <b:First>I.</b:First>
            <b:Last>Spellmann</b:Last>
          </b:Person>
          <b:Person>
            <b:First>R. R.</b:First>
            <b:Last>Engel</b:Last>
          </b:Person>
          <b:Person>
            <b:First>R.</b:First>
            <b:Last>Musil</b:Last>
          </b:Person>
          <b:Person>
            <b:First>R.</b:First>
            <b:Last>Valdevit</b:Last>
          </b:Person>
          <b:Person>
            <b:First>S.</b:First>
            <b:Last>Dehning</b:Last>
          </b:Person>
          <b:Person>
            <b:First>A.</b:First>
            <b:Last>Douhet</b:Last>
          </b:Person>
          <b:Person>
            <b:First>A.</b:First>
            <b:Last>Cerovecki</b:Last>
          </b:Person>
          <b:Person>
            <b:First>M.</b:First>
            <b:Last>Strassnig</b:Last>
          </b:Person>
          <b:Person>
            <b:First>H. J.</b:First>
            <b:Last>Moller</b:Last>
          </b:Person>
        </b:NameList>
      </b:Author>
    </b:Author>
    <b:Title>Efficacy of olanzapine versus quetiapine on cognitive dysfunctions in patients with an acute episode of schizophrenia</b:Title>
    <b:JournalName>Eur Arch Psychiatry Clin Neurosci</b:JournalName>
    <b:URL>https://www.ncbi.nlm.nih.gov/pubmed/17629725</b:URL>
  </b:Source>
  <b:Source>
    <b:Tag>25e10068-2b15-4d1f-9119-e6fabe3572bb</b:Tag>
    <b:RefOrder>68</b:RefOrder>
    <b:SourceType>JournalArticle</b:SourceType>
    <b:Pages>S312</b:Pages>
    <b:Volume>44</b:Volume>
    <b:StandardNumber>Suppl 1</b:StandardNumber>
    <b:Year>2018</b:Year>
    <b:Author>
      <b:Author>
        <b:NameList>
          <b:Person>
            <b:First>David</b:First>
            <b:Last>McDonnell</b:Last>
          </b:Person>
          <b:Person>
            <b:First>Steven G</b:First>
            <b:Last>Potkin</b:Last>
          </b:Person>
          <b:Person>
            <b:First>Adam</b:First>
            <b:Last>Simmons</b:Last>
          </b:Person>
          <b:Person>
            <b:First>Ying</b:First>
            <b:Last>Jiang</b:Last>
          </b:Person>
          <b:Person>
            <b:First>Lauren</b:First>
            <b:Last>DiPetrillo</b:Last>
          </b:Person>
          <b:Person>
            <b:First>Bernard</b:First>
            <b:Last>Silverman</b:Last>
          </b:Person>
        </b:NameList>
      </b:Author>
    </b:Author>
    <b:Title>F232. A phase 3 study to determine the antipsychotic efficacy and safety of ALKS 3831 in adult patients with acute exacerbation of schizophrenia</b:Title>
    <b:JournalName>Schizophrenia Bulletin</b:JournalName>
  </b:Source>
  <b:Source>
    <b:Tag>ddf4b5ae-75c5-4649-9041-94ff52dcf186</b:Tag>
    <b:RefOrder>69</b:RefOrder>
    <b:SourceType>JournalArticle</b:SourceType>
    <b:Pages>291-306</b:Pages>
    <b:Volume>9</b:Volume>
    <b:Year>2022</b:Year>
    <b:Author>
      <b:Author>
        <b:NameList>
          <b:Person>
            <b:Last>C. Schmidt-Kraepelin</b:Last>
          </b:Person>
          <b:Person>
            <b:Last>S. Feyerabend</b:Last>
          </b:Person>
          <b:Person>
            <b:Last>C. Engelke</b:Last>
          </b:Person>
          <b:Person>
            <b:Last>M. Riesbeck</b:Last>
          </b:Person>
          <b:Person>
            <b:Last>E. Meisenzahl-Lechner</b:Last>
          </b:Person>
          <b:Person>
            <b:Last>P.-E. Verde</b:Last>
          </b:Person>
          <b:Person>
            <b:Last>C. U. Correll</b:Last>
          </b:Person>
          <b:Person>
            <b:Last>M. Kluge</b:Last>
          </b:Person>
          <b:Person>
            <b:Last>C. Makiol</b:Last>
          </b:Person>
          <b:Person>
            <b:Last>A. Neff</b:Last>
          </b:Person>
          <b:Person>
            <b:Last>C. Lange</b:Last>
          </b:Person>
          <b:Person>
            <b:Last>S. Englisch</b:Last>
          </b:Person>
          <b:Person>
            <b:Last>M. Zink</b:Last>
          </b:Person>
          <b:Person>
            <b:Last>B. Langguth</b:Last>
          </b:Person>
          <b:Person>
            <b:Last>T. B. Poeppl</b:Last>
          </b:Person>
          <b:Person>
            <b:Last>D. Reske</b:Last>
          </b:Person>
          <b:Person>
            <b:Last>E. Gouzoulis-Mayfrank</b:Last>
          </b:Person>
          <b:Person>
            <b:Last>G. Gründer</b:Last>
          </b:Person>
          <b:Person>
            <b:Last>A. Hasan</b:Last>
          </b:Person>
          <b:Person>
            <b:Last>A. Brockhaus-Dumke</b:Last>
          </b:Person>
          <b:Person>
            <b:Last>M. Jäger</b:Last>
          </b:Person>
          <b:Person>
            <b:Last>J. Baumgärtner</b:Last>
          </b:Person>
          <b:Person>
            <b:Last>S. Leucht</b:Last>
          </b:Person>
          <b:Person>
            <b:Last>J. Cordes</b:Last>
          </b:Person>
        </b:NameList>
      </b:Author>
    </b:Author>
    <b:Title>Amisulpride and olanzapine combination treatment versus each monotherapy in acutely ill patients with schizophrenia in Germany (COMBINE): A double-blind randomised controlled trial</b:Title>
    <b:JournalName>The Lancet Psychiatry</b:JournalName>
  </b:Source>
  <b:Source>
    <b:Tag>1ca75451-5a4d-4160-b069-43b6e3cdd0a9</b:Tag>
    <b:RefOrder>70</b:RefOrder>
    <b:SourceType>JournalArticle</b:SourceType>
    <b:PlacePublished>Janssen Research &amp; Development, a division of Janssen Pharmaceutica NV, Beerse, Belgium. mschmid4@its.jnj.com</b:PlacePublished>
    <b:Pages>721-33</b:Pages>
    <b:Volume>22</b:Volume>
    <b:StandardNumber>10</b:StandardNumber>
    <b:Day>31</b:Day>
    <b:Year>2012</b:Year>
    <b:Month>Oct</b:Month>
    <b:DOI>10.1016/j.euroneuro.2012.02.007</b:DOI>
    <b:Author>
      <b:Author>
        <b:NameList>
          <b:Person>
            <b:First>M. E.</b:First>
            <b:Last>Schmidt</b:Last>
          </b:Person>
          <b:Person>
            <b:First>J. M.</b:First>
            <b:Last>Kent</b:Last>
          </b:Person>
          <b:Person>
            <b:First>E.</b:First>
            <b:Last>Daly</b:Last>
          </b:Person>
          <b:Person>
            <b:First>L.</b:First>
            <b:Last>Janssens</b:Last>
          </b:Person>
          <b:Person>
            <b:First>N.</b:First>
            <b:Last>Van Osselaer</b:Last>
          </b:Person>
          <b:Person>
            <b:First>G.</b:First>
            <b:Last>Husken</b:Last>
          </b:Person>
          <b:Person>
            <b:First>I. G.</b:First>
            <b:Last>Anghelescu</b:Last>
          </b:Person>
          <b:Person>
            <b:First>L.</b:First>
            <b:Last>Van Nueten</b:Last>
          </b:Person>
        </b:NameList>
      </b:Author>
    </b:Author>
    <b:Title>A double-blind, randomized, placebo-controlled study with JNJ-37822681, a novel, highly selective, fast dissociating D(2) receptor antagonist in the treatment of acute exacerbation of schizophrenia</b:Title>
    <b:JournalName>Eur Neuropsychopharmacol</b:JournalName>
    <b:URL>https://www.ncbi.nlm.nih.gov/pubmed/22464973</b:URL>
  </b:Source>
  <b:Source>
    <b:Tag>3e9f1226-c2d5-4995-9bbe-efa15c709e4e</b:Tag>
    <b:RefOrder>71</b:RefOrder>
    <b:SourceType>JournalArticle</b:SourceType>
    <b:PlacePublished>Hengrui Medicine Co., Ltd, Shanghai, China. Skyview Research, Pennsylvania, USA. IVS Pharma Consulting, USA. MedAvante Inc, Hamilton, NJ, USA. MedAvante Inc, Hamilton, NJ, USA; College of Physicians and Surgeons, Columbia University, USA. Electronic address: jwilliams@medavante.com. Detke Biopharma Consulting LLC, Carmel, IN, USA; Indiana University School of Medicine, USA. The Zucker Hillside Hospital, Glen Oaks, NY, USA; The Albert Einstein College of Medicine, Bronx, NY, USA.</b:PlacePublished>
    <b:Pages>14-22</b:Pages>
    <b:Volume>53</b:Volume>
    <b:Day>24</b:Day>
    <b:Year>2014</b:Year>
    <b:Month>Jun</b:Month>
    <b:DOI>10.1016/j.jpsychires.2014.02.012</b:DOI>
    <b:Author>
      <b:Author>
        <b:NameList>
          <b:Person>
            <b:First>J. H.</b:First>
            <b:Last>Shen</b:Last>
          </b:Person>
          <b:Person>
            <b:First>Y.</b:First>
            <b:Last>Zhao</b:Last>
          </b:Person>
          <b:Person>
            <b:First>S.</b:First>
            <b:Last>Rosenzweig-Lipson</b:Last>
          </b:Person>
          <b:Person>
            <b:First>D.</b:First>
            <b:Last>Popp</b:Last>
          </b:Person>
          <b:Person>
            <b:First>J. B.</b:First>
            <b:Last>Williams</b:Last>
          </b:Person>
          <b:Person>
            <b:First>E.</b:First>
            <b:Last>Giller</b:Last>
          </b:Person>
          <b:Person>
            <b:First>M. J.</b:First>
            <b:Last>Detke</b:Last>
          </b:Person>
          <b:Person>
            <b:First>J. M.</b:First>
            <b:Last>Kane</b:Last>
          </b:Person>
        </b:NameList>
      </b:Author>
    </b:Author>
    <b:Title>A 6-week randomized, double-blind, placebo-controlled, comparator referenced trial of vabicaserin in acute schizophrenia</b:Title>
    <b:JournalName>J Psychiatr Res</b:JournalName>
    <b:URL>https://www.ncbi.nlm.nih.gov/pubmed/24613032</b:URL>
  </b:Source>
  <b:Source>
    <b:Tag>1dd7e7d3-f985-4f88-a14f-dc05d50ff163</b:Tag>
    <b:RefOrder>72</b:RefOrder>
    <b:SourceType>JournalArticle</b:SourceType>
    <b:PlacePublished>Veteran's Affairs Veteran's Integrated Service Networks 22 Mental Illness Research, Education, and Clinical Center, Los Angeles, California 90073, USA. marder@ucla.edu</b:PlacePublished>
    <b:Pages>1363-70</b:Pages>
    <b:Volume>62</b:Volume>
    <b:StandardNumber>12</b:StandardNumber>
    <b:Day>15</b:Day>
    <b:Month>12</b:Month>
    <b:Year>2007</b:Year>
    <b:DOI>10.1016/j.biopsych.2007.01.017</b:DOI>
    <b:Author>
      <b:Author>
        <b:NameList>
          <b:Person>
            <b:First>S. R.</b:First>
            <b:Last>Marder</b:Last>
          </b:Person>
          <b:Person>
            <b:First>M.</b:First>
            <b:Last>Kramer</b:Last>
          </b:Person>
          <b:Person>
            <b:First>L.</b:First>
            <b:Last>Ford</b:Last>
          </b:Person>
          <b:Person>
            <b:First>E.</b:First>
            <b:Last>Eerdekens</b:Last>
          </b:Person>
          <b:Person>
            <b:First>P.</b:First>
            <b:Last>Lim</b:Last>
          </b:Person>
          <b:Person>
            <b:First>M.</b:First>
            <b:Last>Eerdekens</b:Last>
          </b:Person>
          <b:Person>
            <b:First>A.</b:First>
            <b:Last>Lowy</b:Last>
          </b:Person>
        </b:NameList>
      </b:Author>
    </b:Author>
    <b:Title>Efficacy and safety of paliperidone extended-release tablets: results of a 6-week, randomized, placebo-controlled study</b:Title>
    <b:JournalName>Biol Psychiatry</b:JournalName>
    <b:URL>https://www.ncbi.nlm.nih.gov/pubmed/17601495</b:URL>
  </b:Source>
  <b:Source>
    <b:Tag>a637779d-b255-4fa8-a9a1-f3806e24c859</b:Tag>
    <b:RefOrder>73</b:RefOrder>
    <b:SourceType>JournalArticle</b:SourceType>
    <b:PlacePublished>Department of Psychiatry, Juntendo University Nerima Hospital, Tokyo, Japan. Electronic address: khatta@juntendo.ac.jp.</b:PlacePublished>
    <b:Pages>396-401</b:Pages>
    <b:Volume>210</b:Volume>
    <b:StandardNumber>2</b:StandardNumber>
    <b:Day>15</b:Day>
    <b:Month>12</b:Month>
    <b:Year>2013</b:Year>
    <b:DOI>10.1016/j.psychres.2013.07.005</b:DOI>
    <b:Author>
      <b:Author>
        <b:NameList>
          <b:Person>
            <b:First>K.</b:First>
            <b:Last>Hatta</b:Last>
          </b:Person>
          <b:Person>
            <b:First>H.</b:First>
            <b:Last>Takebayashi</b:Last>
          </b:Person>
          <b:Person>
            <b:First>Y.</b:First>
            <b:Last>Sudo</b:Last>
          </b:Person>
          <b:Person>
            <b:First>S.</b:First>
            <b:Last>Katayama</b:Last>
          </b:Person>
          <b:Person>
            <b:First>M.</b:First>
            <b:Last>Kasuya</b:Last>
          </b:Person>
          <b:Person>
            <b:First>Y.</b:First>
            <b:Last>Shirai</b:Last>
          </b:Person>
          <b:Person>
            <b:First>F.</b:First>
            <b:Last>Morikawa</b:Last>
          </b:Person>
          <b:Person>
            <b:First>R.</b:First>
            <b:Last>Nakase</b:Last>
          </b:Person>
          <b:Person>
            <b:First>M.</b:First>
            <b:Last>Nakamura</b:Last>
          </b:Person>
          <b:Person>
            <b:First>S.</b:First>
            <b:Last>Ito</b:Last>
          </b:Person>
          <b:Person>
            <b:First>H.</b:First>
            <b:Last>Kuga</b:Last>
          </b:Person>
          <b:Person>
            <b:First>M.</b:First>
            <b:Last>Nakamura</b:Last>
          </b:Person>
          <b:Person>
            <b:First>T.</b:First>
            <b:Last>Ohnuma</b:Last>
          </b:Person>
          <b:Person>
            <b:First>C.</b:First>
            <b:Last>Usui</b:Last>
          </b:Person>
          <b:Person>
            <b:First>H.</b:First>
            <b:Last>Nakamura</b:Last>
          </b:Person>
          <b:Person>
            <b:First>T.</b:First>
            <b:Last>Hirata</b:Last>
          </b:Person>
          <b:Person>
            <b:First>Y.</b:First>
            <b:Last>Sawa</b:Last>
          </b:Person>
          <b:Person>
            <b:Last>Jast study group</b:Last>
          </b:Person>
        </b:NameList>
      </b:Author>
    </b:Author>
    <b:Title>The possibility that requiring high-dose olanzapine cannot be explained by pharmacokinetics in the treatment of acute-phase schizophrenia</b:Title>
    <b:JournalName>Psychiatry Res</b:JournalName>
    <b:URL>https://www.ncbi.nlm.nih.gov/pubmed/23919898</b:URL>
  </b:Source>
  <b:Source>
    <b:Tag>d5aaff43-f3fd-45df-8421-308461f04ba4</b:Tag>
    <b:RefOrder>74</b:RefOrder>
    <b:SourceType>JournalArticle</b:SourceType>
    <b:PlacePublished>Merck Sharp &amp; Dohme Corp., Whitehouse, Station, NJ, USA. michael.egan@merck.com</b:PlacePublished>
    <b:Pages>124-33</b:Pages>
    <b:Volume>28</b:Volume>
    <b:StandardNumber>2</b:StandardNumber>
    <b:Year>2013</b:Year>
    <b:Month>Mar</b:Month>
    <b:DOI>10.1002/hup.2289</b:DOI>
    <b:Author>
      <b:Author>
        <b:NameList>
          <b:Person>
            <b:First>M. F.</b:First>
            <b:Last>Egan</b:Last>
          </b:Person>
          <b:Person>
            <b:First>X.</b:First>
            <b:Last>Zhao</b:Last>
          </b:Person>
          <b:Person>
            <b:First>A.</b:First>
            <b:Last>Smith</b:Last>
          </b:Person>
          <b:Person>
            <b:First>M. D.</b:First>
            <b:Last>Troyer</b:Last>
          </b:Person>
          <b:Person>
            <b:First>V. N.</b:First>
            <b:Last>Uebele</b:Last>
          </b:Person>
          <b:Person>
            <b:First>V.</b:First>
            <b:Last>Pidkorytov</b:Last>
          </b:Person>
          <b:Person>
            <b:First>K.</b:First>
            <b:Last>Cox</b:Last>
          </b:Person>
          <b:Person>
            <b:First>M.</b:First>
            <b:Last>Murphy</b:Last>
          </b:Person>
          <b:Person>
            <b:First>D.</b:First>
            <b:Last>Snavely</b:Last>
          </b:Person>
          <b:Person>
            <b:First>C.</b:First>
            <b:Last>Lines</b:Last>
          </b:Person>
          <b:Person>
            <b:First>D.</b:First>
            <b:Last>Michelson</b:Last>
          </b:Person>
        </b:NameList>
      </b:Author>
    </b:Author>
    <b:Title>Randomized controlled study of the T-type calcium channel antagonist MK-8998 for the treatment of acute psychosis in patients with schizophrenia</b:Title>
    <b:JournalName>Hum Psychopharmacol</b:JournalName>
    <b:URL>https://www.ncbi.nlm.nih.gov/pubmed/23532746</b:URL>
  </b:Source>
  <b:Source>
    <b:Tag>d81807c7-9d13-4e49-beb8-9eb2538e7cb4</b:Tag>
    <b:RefOrder>75</b:RefOrder>
    <b:SourceType>JournalArticle</b:SourceType>
    <b:PlacePublished>Eli Lilly and Company, Indianapolis, IN, USA.</b:PlacePublished>
    <b:Pages>349-55</b:Pages>
    <b:Volume>31</b:Volume>
    <b:StandardNumber>3</b:StandardNumber>
    <b:Year>2011</b:Year>
    <b:Month>Jun</b:Month>
    <b:DOI>10.1097/JCP.0b013e318218dcd5</b:DOI>
    <b:Author>
      <b:Author>
        <b:NameList>
          <b:Person>
            <b:First>B. J.</b:First>
            <b:Last>Kinon</b:Last>
          </b:Person>
          <b:Person>
            <b:First>L.</b:First>
            <b:Last>Zhang</b:Last>
          </b:Person>
          <b:Person>
            <b:First>B. A.</b:First>
            <b:Last>Millen</b:Last>
          </b:Person>
          <b:Person>
            <b:First>O. O.</b:First>
            <b:Last>Osuntokun</b:Last>
          </b:Person>
          <b:Person>
            <b:First>J. E.</b:First>
            <b:Last>Williams</b:Last>
          </b:Person>
          <b:Person>
            <b:First>S.</b:First>
            <b:Last>Kollack-Walker</b:Last>
          </b:Person>
          <b:Person>
            <b:First>K.</b:First>
            <b:Last>Jackson</b:Last>
          </b:Person>
          <b:Person>
            <b:First>L.</b:First>
            <b:Last>Kryzhanovskaya</b:Last>
          </b:Person>
          <b:Person>
            <b:First>N.</b:First>
            <b:Last>Jarkova</b:Last>
          </b:Person>
          <b:Person>
            <b:Last>Hbbi Study Group</b:Last>
          </b:Person>
        </b:NameList>
      </b:Author>
    </b:Author>
    <b:Title>A multicenter, inpatient, phase 2, double-blind, placebo-controlled dose-ranging study of LY2140023 monohydrate in patients with DSM-IV schizophrenia</b:Title>
    <b:JournalName>J Clin Psychopharmacol</b:JournalName>
    <b:URL>https://www.ncbi.nlm.nih.gov/pubmed/21508856</b:URL>
  </b:Source>
  <b:Source>
    <b:Tag>3ee72e36-4940-45c0-bcab-50a86f5a3b0d</b:Tag>
    <b:RefOrder>76</b:RefOrder>
    <b:SourceType>JournalArticle</b:SourceType>
    <b:Pages>1330-1338</b:Pages>
    <b:Volume>34</b:Volume>
    <b:StandardNumber>5</b:StandardNumber>
    <b:Year>2009</b:Year>
    <b:Author>
      <b:Author>
        <b:NameList>
          <b:Person>
            <b:First>Daniel E</b:First>
            <b:Last>Casey</b:Last>
          </b:Person>
          <b:Person>
            <b:First>David G</b:First>
            <b:Last>Daniel</b:Last>
          </b:Person>
          <b:Person>
            <b:First>Carol</b:First>
            <b:Last>Tamminga</b:Last>
          </b:Person>
          <b:Person>
            <b:First>John M</b:First>
            <b:Last>Kane</b:Last>
          </b:Person>
          <b:Person>
            <b:First>Tram</b:First>
            <b:Last>Tran-Johnson</b:Last>
          </b:Person>
          <b:Person>
            <b:First>Patricia</b:First>
            <b:Last>Wozniak</b:Last>
          </b:Person>
          <b:Person>
            <b:First>Walid</b:First>
            <b:Last>Abi-Saab</b:Last>
          </b:Person>
          <b:Person>
            <b:First>Jeff</b:First>
            <b:Last>Baker</b:Last>
          </b:Person>
          <b:Person>
            <b:First>Laura</b:First>
            <b:Last>Redden</b:Last>
          </b:Person>
          <b:Person>
            <b:First>Nicholas</b:First>
            <b:Last>Greco</b:Last>
          </b:Person>
        </b:NameList>
      </b:Author>
    </b:Author>
    <b:Title>Divalproex ER combined with olanzapine or risperidone for treatment of acute exacerbations of schizophrenia</b:Title>
    <b:JournalName>Neuropsychopharmacology</b:JournalName>
  </b:Source>
  <b:Source>
    <b:Tag>e7b64867-de46-4092-b96f-1a2e9167a4e3</b:Tag>
    <b:RefOrder>77</b:RefOrder>
    <b:SourceType>JournalArticle</b:SourceType>
    <b:Pages>1837-1847</b:Pages>
    <b:Volume>161</b:Volume>
    <b:StandardNumber>10</b:StandardNumber>
    <b:Year>2004</b:Year>
    <b:Author>
      <b:Author>
        <b:NameList>
          <b:Person>
            <b:First>George M</b:First>
            <b:Last>Simpson</b:Last>
          </b:Person>
          <b:Person>
            <b:First>Ira D</b:First>
            <b:Last>Glick</b:Last>
          </b:Person>
          <b:Person>
            <b:First>Peter J</b:First>
            <b:Last>Weiden</b:Last>
          </b:Person>
          <b:Person>
            <b:First>Steven J</b:First>
            <b:Last>Romano</b:Last>
          </b:Person>
          <b:Person>
            <b:First>Cynthia O</b:First>
            <b:Last>Siu</b:Last>
          </b:Person>
        </b:NameList>
      </b:Author>
    </b:Author>
    <b:Title>Randomized, controlled, double-blind multicenter comparison of the efficacy and tolerability of ziprasidone and olanzapine in acutely ill inpatients with schizophrenia or schizoaffective disorder</b:Title>
    <b:JournalName>American Journal of Psychiatry</b:JournalName>
  </b:Source>
  <b:Source>
    <b:Tag>553236ac-3239-443e-8c21-725e84933811</b:Tag>
    <b:RefOrder>78</b:RefOrder>
    <b:SourceType>JournalArticle</b:SourceType>
    <b:Pages>101-109</b:Pages>
    <b:Volume>145</b:Volume>
    <b:StandardNumber>1-3</b:StandardNumber>
    <b:Year>2013</b:Year>
    <b:Author>
      <b:Author>
        <b:NameList>
          <b:Person>
            <b:First>Antony</b:First>
            <b:Last>Loebel</b:Last>
          </b:Person>
          <b:Person>
            <b:First>Josephine</b:First>
            <b:Last>Cucchiaro</b:Last>
          </b:Person>
          <b:Person>
            <b:First>Kaushik</b:First>
            <b:Last>Sarma</b:Last>
          </b:Person>
          <b:Person>
            <b:First>Lei</b:First>
            <b:Last>Xu</b:Last>
          </b:Person>
          <b:Person>
            <b:First>Chuanchieh</b:First>
            <b:Last>Hsu</b:Last>
          </b:Person>
          <b:Person>
            <b:First>Amir H</b:First>
            <b:Last>Kalali</b:Last>
          </b:Person>
          <b:Person>
            <b:First>Andrei</b:First>
            <b:Last>Pikalov</b:Last>
          </b:Person>
          <b:Person>
            <b:First>Steven G</b:First>
            <b:Last>Potkin</b:Last>
          </b:Person>
        </b:NameList>
      </b:Author>
    </b:Author>
    <b:Title>Efficacy and safety of lurasidone 80 mg/day and 160 mg/day in the treatment of schizophrenia: a randomized, double-blind, placebo-and active-controlled trial</b:Title>
    <b:JournalName>Schizophrenia research</b:JournalName>
  </b:Source>
  <b:Source>
    <b:Tag>74aec1fc-52e6-406b-bd25-80927ad032ad</b:Tag>
    <b:RefOrder>79</b:RefOrder>
    <b:SourceType>JournalArticle</b:SourceType>
    <b:Pages>11-35</b:Pages>
    <b:Volume>41</b:Volume>
    <b:StandardNumber>3</b:StandardNumber>
    <b:Year>2008</b:Year>
    <b:Author>
      <b:Author>
        <b:NameList>
          <b:Person>
            <b:First>Jean-Pierre</b:First>
            <b:Last>Lindenmayer</b:Last>
          </b:Person>
          <b:Person>
            <b:First>David</b:First>
            <b:Last>Brown</b:Last>
          </b:Person>
          <b:Person>
            <b:First>Sherry</b:First>
            <b:Last>Liu</b:Last>
          </b:Person>
          <b:Person>
            <b:First>Martin</b:First>
            <b:Last>Brecher</b:Last>
          </b:Person>
          <b:Person>
            <b:First>Didier</b:First>
            <b:Last>Meulien</b:Last>
          </b:Person>
        </b:NameList>
      </b:Author>
    </b:Author>
    <b:Title>The efficacy and tolerability of once-daily extended release quetiapine fumarate in hospitalized patients with acute schizophrenia: a 6-week randomized, double-blind, placebo-controlled study</b:Title>
    <b:JournalName>Psychopharmacology bulletin</b:JournalName>
  </b:Source>
  <b:Source>
    <b:Tag>b943638d-8cad-4f4b-85d3-619e38062bb0</b:Tag>
    <b:RefOrder>80</b:RefOrder>
    <b:SourceType>JournalArticle</b:SourceType>
    <b:Pages>832-842</b:Pages>
    <b:Volume>68</b:Volume>
    <b:StandardNumber>6</b:StandardNumber>
    <b:Year>2007</b:Year>
    <b:Author>
      <b:Author>
        <b:NameList>
          <b:Person>
            <b:First>René S</b:First>
            <b:Last>Kahn</b:Last>
          </b:Person>
          <b:Person>
            <b:First>S Charles</b:First>
            <b:Last>Schulz</b:Last>
          </b:Person>
          <b:Person>
            <b:First>Veselin D</b:First>
            <b:Last>Palazov</b:Last>
          </b:Person>
          <b:Person>
            <b:First>Efren B</b:First>
            <b:Last>Reyes</b:Last>
          </b:Person>
          <b:Person>
            <b:First>Martin</b:First>
            <b:Last>Brecher</b:Last>
          </b:Person>
          <b:Person>
            <b:First>Ola</b:First>
            <b:Last>Svensson</b:Last>
          </b:Person>
          <b:Person>
            <b:First>Henrik M</b:First>
            <b:Last>Andersson</b:Last>
          </b:Person>
          <b:Person>
            <b:First>Didier</b:First>
            <b:Last>Meulien</b:Last>
          </b:Person>
        </b:NameList>
      </b:Author>
    </b:Author>
    <b:Title>Efficacy and tolerability of once-daily extended release quetiapine fumarate in acute schizophrenia: a randomized, double-blind, placebo-controlled study</b:Title>
    <b:JournalName>Journal of Clinical Psychiatry</b:JournalName>
  </b:Source>
  <b:Source>
    <b:Tag>1146cb72-c1fb-4e28-9973-5e25ba4b7955</b:Tag>
    <b:RefOrder>81</b:RefOrder>
    <b:SourceType>JournalArticle</b:SourceType>
    <b:Pages>103-110</b:Pages>
    <b:Volume>18</b:Volume>
    <b:StandardNumber>2</b:StandardNumber>
    <b:Year>1998</b:Year>
    <b:Author>
      <b:Author>
        <b:NameList>
          <b:Person>
            <b:First>NPV</b:First>
            <b:Last>Nair</b:Last>
          </b:Person>
        </b:NameList>
      </b:Author>
    </b:Author>
    <b:Title>Therapeutic equivalence of risperidone given once daily and twice daily in patients with schizophrenia</b:Title>
    <b:JournalName>Journal of clinical psychopharmacology</b:JournalName>
  </b:Source>
  <b:Source>
    <b:Tag>7463fa9b-5cc0-48f6-9a17-bc885b38a381</b:Tag>
    <b:RefOrder>82</b:RefOrder>
    <b:SourceType>JournalArticle</b:SourceType>
    <b:Pages>30-36</b:Pages>
    <b:Volume>102</b:Volume>
    <b:StandardNumber>1</b:StandardNumber>
    <b:Year>2003</b:Year>
    <b:Author>
      <b:Author>
        <b:NameList>
          <b:Person>
            <b:First>Tzung J</b:First>
            <b:Last>Hwang</b:Last>
          </b:Person>
          <b:Person>
            <b:First>Shin-Min</b:First>
            <b:Last>Lee</b:Last>
          </b:Person>
          <b:Person>
            <b:First>Hsiao-Ju</b:First>
            <b:Last>Sun</b:Last>
          </b:Person>
          <b:Person>
            <b:First>Hsin-Nan</b:First>
            <b:Last>Lin</b:Last>
          </b:Person>
          <b:Person>
            <b:First>Shih-Jen</b:First>
            <b:Last>Tsai</b:Last>
          </b:Person>
          <b:Person>
            <b:First>Ying-Chiao</b:First>
            <b:Last>Lee</b:Last>
          </b:Person>
          <b:Person>
            <b:First>Ying-Sheue</b:First>
            <b:Last>Chen</b:Last>
          </b:Person>
        </b:NameList>
      </b:Author>
    </b:Author>
    <b:Title>Amisulpride versus risperidone in the treatment of schizophrenic patients: a double-blind pilot study in Taiwan</b:Title>
    <b:JournalName>Journal of the Formosan Medical Association</b:JournalName>
  </b:Source>
  <b:Source>
    <b:Tag>d891f6cf-8648-4e6c-952b-4494882b1c4a</b:Tag>
    <b:RefOrder>83</b:RefOrder>
    <b:SourceType>JournalArticle</b:SourceType>
    <b:Pages>646</b:Pages>
    <b:Volume>37</b:Volume>
    <b:StandardNumber>3</b:StandardNumber>
    <b:Year>2021</b:Year>
    <b:Author>
      <b:Author>
        <b:NameList>
          <b:Person>
            <b:First>Lujie</b:First>
            <b:Last>Yang</b:Last>
          </b:Person>
          <b:Person>
            <b:First>Xia</b:First>
            <b:Last>Qi</b:Last>
          </b:Person>
        </b:NameList>
      </b:Author>
    </b:Author>
    <b:Title>Effect of olanzapine combined with risperidone in the treatment of schizophrenia and its influence on cognitive function</b:Title>
    <b:JournalName>Pakistan Journal of Medical Sciences</b:JournalName>
  </b:Source>
  <b:Source>
    <b:Tag>ccb793f1-977b-4afa-95ae-8638aa4d3907</b:Tag>
    <b:RefOrder>84</b:RefOrder>
    <b:SourceType>JournalArticle</b:SourceType>
    <b:Pages>1624-1633</b:Pages>
    <b:Volume>65</b:Volume>
    <b:StandardNumber>12</b:StandardNumber>
    <b:Year>2004</b:Year>
    <b:Author>
      <b:Author>
        <b:NameList>
          <b:Person>
            <b:First>Donald EN</b:First>
            <b:Last>Addington</b:Last>
          </b:Person>
          <b:Person>
            <b:First>Christos</b:First>
            <b:Last>Pantelis</b:Last>
          </b:Person>
          <b:Person>
            <b:First>Mary</b:First>
            <b:Last>Dineen</b:Last>
          </b:Person>
          <b:Person>
            <b:First>Isma</b:First>
            <b:Last>Benattia</b:Last>
          </b:Person>
          <b:Person>
            <b:First>Steven J</b:First>
            <b:Last>Romano</b:Last>
          </b:Person>
        </b:NameList>
      </b:Author>
    </b:Author>
    <b:Title>Efficacy and tolerability of ziprasidone versus risperidone in patients with acute exacerbation of schizophrenia or schizoaffective disorder: an 8-week, double-blind, multicenter trial</b:Title>
    <b:JournalName>Journal of clinical Psychiatry</b:JournalName>
  </b:Source>
  <b:Source>
    <b:Tag>6d7dac90-8a10-49de-b3e3-c0856f1eefff</b:Tag>
    <b:RefOrder>85</b:RefOrder>
    <b:SourceType>JournalArticle</b:SourceType>
    <b:PlacePublished>University of California, Irvine, Orange, 92696, USA. sgpotkin@uci.edu</b:PlacePublished>
    <b:Pages>254-65</b:Pages>
    <b:Volume>85</b:Volume>
    <b:StandardNumber>1-3</b:StandardNumber>
    <b:Day>21</b:Day>
    <b:Year>2006</b:Year>
    <b:Month>Jul</b:Month>
    <b:DOI>10.1016/j.schres.2006.03.027</b:DOI>
    <b:Author>
      <b:Author>
        <b:NameList>
          <b:Person>
            <b:First>S. G.</b:First>
            <b:Last>Potkin</b:Last>
          </b:Person>
          <b:Person>
            <b:First>G. M.</b:First>
            <b:Last>Gharabawi</b:Last>
          </b:Person>
          <b:Person>
            <b:First>A. J.</b:First>
            <b:Last>Greenspan</b:Last>
          </b:Person>
          <b:Person>
            <b:First>R.</b:First>
            <b:Last>Mahmoud</b:Last>
          </b:Person>
          <b:Person>
            <b:First>C.</b:First>
            <b:Last>Kosik-Gonzalez</b:Last>
          </b:Person>
          <b:Person>
            <b:First>M. F.</b:First>
            <b:Last>Rupnow</b:Last>
          </b:Person>
          <b:Person>
            <b:First>C. A.</b:First>
            <b:Last>Bossie</b:Last>
          </b:Person>
          <b:Person>
            <b:First>M.</b:First>
            <b:Last>Davidson</b:Last>
          </b:Person>
          <b:Person>
            <b:First>V.</b:First>
            <b:Last>Burtea</b:Last>
          </b:Person>
          <b:Person>
            <b:First>Y.</b:First>
            <b:Last>Zhu</b:Last>
          </b:Person>
          <b:Person>
            <b:First>J. K.</b:First>
            <b:Last>Trivedi</b:Last>
          </b:Person>
        </b:NameList>
      </b:Author>
    </b:Author>
    <b:Title>A double-blind comparison of risperidone, quetiapine and placebo in patients with schizophrenia experiencing an acute exacerbation requiring hospitalization</b:Title>
    <b:JournalName>Schizophr Res</b:JournalName>
    <b:URL>https://www.ncbi.nlm.nih.gov/pubmed/16797162</b:URL>
  </b:Source>
  <b:Source>
    <b:Tag>47f9f50c-5fd6-4154-ac4b-72453555bb14</b:Tag>
    <b:RefOrder>86</b:RefOrder>
    <b:SourceType>JournalArticle</b:SourceType>
    <b:Pages>102-109</b:Pages>
    <b:Volume>69</b:Volume>
    <b:Year>2015</b:Year>
    <b:Author>
      <b:Author>
        <b:NameList>
          <b:Person>
            <b:First>Chen Yao b, Jianguo Shi c, Fude Yang d, Shuguang Qi e, Lili Wang f, Honggeng Zhang g, Jie Li h, Chuanyue Wang i, Chuansheng Wang j, Cui Liu k, Lehua Li l, Qiang Wang m, Keqing Li n, Xiaoyan Luo o, Niufan Gu</b:First>
            <b:Last>Huafang Li a</b:Last>
          </b:Person>
        </b:NameList>
      </b:Author>
    </b:Author>
    <b:Title>Comparative study of the efficacy and safety between blonanserin and risperidone for the treatment of schizophrenia in Chinese patients: A double-blind, parallel-group multicenter randomized trial</b:Title>
    <b:JournalName>Journal of Psychiatric Research</b:JournalName>
  </b:Source>
  <b:Source>
    <b:Tag>328fcffe-bf2d-44e1-96cd-8efba2780fec</b:Tag>
    <b:RefOrder>87</b:RefOrder>
    <b:SourceType>JournalArticle</b:SourceType>
    <b:Pages>271-277</b:Pages>
    <b:Volume>91</b:Volume>
    <b:StandardNumber>4</b:StandardNumber>
    <b:Year>1995</b:Year>
    <b:Author>
      <b:Author>
        <b:NameList>
          <b:Person>
            <b:First>Matti O</b:First>
            <b:Last>Huttunen</b:Last>
          </b:Person>
          <b:Person>
            <b:First>T</b:First>
            <b:Last>Piepponen</b:Last>
          </b:Person>
          <b:Person>
            <b:First>H</b:First>
            <b:Last>Rantanen</b:Last>
          </b:Person>
          <b:Person>
            <b:First>I</b:First>
            <b:Last>Larmo</b:Last>
          </b:Person>
          <b:Person>
            <b:First>R</b:First>
            <b:Last>Nyholm</b:Last>
          </b:Person>
          <b:Person>
            <b:First>Virpi</b:First>
            <b:Last>Raitasuo</b:Last>
          </b:Person>
        </b:NameList>
      </b:Author>
    </b:Author>
    <b:Title>Risperidone versus zuclopenthixol in the treatment of acute schizophrenic episodes: a double‐blind parallel‐group trial</b:Title>
    <b:JournalName>Acta Psychiatrica Scandinavica</b:JournalName>
  </b:Source>
  <b:Source>
    <b:Tag>1430a03a-8471-4cd8-b3bd-8509ea440852</b:Tag>
    <b:RefOrder>88</b:RefOrder>
    <b:SourceType>JournalArticle</b:SourceType>
    <b:Pages>e1334</b:Pages>
    <b:Volume>8</b:Volume>
    <b:Year>2019</b:Year>
    <b:Author>
      <b:Author>
        <b:NameList>
          <b:Person>
            <b:First>Maedeh</b:First>
            <b:Last>Parvizi</b:Last>
          </b:Person>
          <b:Person>
            <b:First>Farbod</b:First>
            <b:Last>Fadai</b:Last>
          </b:Person>
          <b:Person>
            <b:First>Moahammad Reza</b:First>
            <b:Last>Khodaei-Ardakani</b:Last>
          </b:Person>
          <b:Person>
            <b:First>Gholamreza</b:First>
            <b:Last>Amin</b:Last>
          </b:Person>
          <b:Person>
            <b:First>Leila</b:First>
            <b:Last>Abdi</b:Last>
          </b:Person>
          <b:Person>
            <b:First>Mehdi</b:First>
            <b:Last>Noroozi</b:Last>
          </b:Person>
          <b:Person>
            <b:First>Iman</b:First>
            <b:Last>Ansari</b:Last>
          </b:Person>
        </b:NameList>
      </b:Author>
    </b:Author>
    <b:Title>Effect of Cuscuta epithymum acquainted with risperidone on the improvement of clinical symptoms and cognitive impairment in patients with schizophrenia: A triple-blind randomized placebo-controlled trial</b:Title>
    <b:JournalName>Galen Medical Journal</b:JournalName>
  </b:Source>
  <b:Source>
    <b:Tag>ea7a3f31-e702-4bd7-b040-f3d9f4826335</b:Tag>
    <b:RefOrder>89</b:RefOrder>
    <b:SourceType>JournalArticle</b:SourceType>
    <b:Pages>63-72</b:Pages>
    <b:Volume>40</b:Volume>
    <b:StandardNumber>1</b:StandardNumber>
    <b:Year>2020</b:Year>
    <b:Author>
      <b:Author>
        <b:NameList>
          <b:Person>
            <b:First>Philip D</b:First>
            <b:Last>Harvey</b:Last>
          </b:Person>
          <b:Person>
            <b:First>Hiroshi</b:First>
            <b:Last>Nakamura</b:Last>
          </b:Person>
          <b:Person>
            <b:First>Sadanori</b:First>
            <b:Last>Miura</b:Last>
          </b:Person>
        </b:NameList>
      </b:Author>
    </b:Author>
    <b:Title>Blonanserin vs risperidone in Japanese patients with schizophrenia: A post hoc analysis of a phase 3, 8‐week, multicenter, double‐blind, randomized controlled study</b:Title>
    <b:JournalName>Neuropsychopharmacology reports</b:JournalName>
  </b:Source>
  <b:Source>
    <b:Tag>2e832ab7-8249-4d6c-986b-400f3609c68d</b:Tag>
    <b:RefOrder>90</b:RefOrder>
    <b:SourceType>JournalArticle</b:SourceType>
    <b:PlacePublished>Department of Psychiatry, Military Kaohsiung General Hospital, 2 Chung Cheng 1st Road, Kaohsiung, 802, Taiwan.</b:PlacePublished>
    <b:Pages>285-90</b:Pages>
    <b:Volume>28</b:Volume>
    <b:StandardNumber>2</b:StandardNumber>
    <b:Year>2004</b:Year>
    <b:Month>Mar</b:Month>
    <b:DOI>10.1016/j.pnpbp.2003.10.006</b:DOI>
    <b:Author>
      <b:Author>
        <b:NameList>
          <b:Person>
            <b:First>Y. C.</b:First>
            <b:Last>Yen</b:Last>
          </b:Person>
          <b:Person>
            <b:First>F. W.</b:First>
            <b:Last>Lung</b:Last>
          </b:Person>
          <b:Person>
            <b:First>M. Y.</b:First>
            <b:Last>Chong</b:Last>
          </b:Person>
        </b:NameList>
      </b:Author>
    </b:Author>
    <b:Title>Adverse effects of risperidone and haloperidol treatment in schizophrenia</b:Title>
    <b:JournalName>Prog Neuropsychopharmacol Biol Psychiatry</b:JournalName>
    <b:URL>https://www.ncbi.nlm.nih.gov/pubmed/14751424</b:URL>
  </b:Source>
  <b:Source>
    <b:Tag>b33c7be9-bf51-4ef1-b16e-07fb81851b4b</b:Tag>
    <b:RefOrder>91</b:RefOrder>
    <b:SourceType>JournalArticle</b:SourceType>
    <b:Pages>-</b:Pages>
    <b:Volume>-</b:Volume>
    <b:Year>2022</b:Year>
    <b:Author>
      <b:Author>
        <b:NameList>
          <b:Person>
            <b:Last>NCT00711269</b:Last>
          </b:Person>
        </b:NameList>
      </b:Author>
    </b:Author>
    <b:Title>Study of SM-13496 (Lurasidone HCl) in Patients With Schizophrenia</b:Title>
    <b:JournalName>-</b:JournalName>
  </b:Source>
  <b:Source>
    <b:Tag>fde582e5-242c-4133-90eb-ac2ee794e9d8</b:Tag>
    <b:RefOrder>92</b:RefOrder>
    <b:SourceType>JournalArticle</b:SourceType>
    <b:Pages>77-85</b:Pages>
    <b:Year>2011</b:Year>
    <b:Author>
      <b:Author>
        <b:NameList>
          <b:Person>
            <b:First>Hongyan</b:First>
            <b:Last>Zhang</b:Last>
          </b:Person>
          <b:Person>
            <b:First>Huafang</b:First>
            <b:Last>Li</b:Last>
          </b:Person>
          <b:Person>
            <b:First>Liang</b:First>
            <b:Last>Shu</b:Last>
          </b:Person>
          <b:Person>
            <b:First>Niufan</b:First>
            <b:Last>Gu</b:Last>
          </b:Person>
          <b:Person>
            <b:First>Gang</b:First>
            <b:Last>Wang</b:Last>
          </b:Person>
          <b:Person>
            <b:First>Yongzhen</b:First>
            <b:Last>Weng</b:Last>
          </b:Person>
          <b:Person>
            <b:First>Shiping</b:First>
            <b:Last>Xie</b:Last>
          </b:Person>
          <b:Person>
            <b:First>Xinbao</b:First>
            <b:Last>Zhang</b:Last>
          </b:Person>
          <b:Person>
            <b:First>Ting</b:First>
            <b:Last>Li</b:Last>
          </b:Person>
          <b:Person>
            <b:First>Cui</b:First>
            <b:Last>Ma</b:Last>
          </b:Person>
        </b:NameList>
      </b:Author>
    </b:Author>
    <b:Title>Double-blind comparison of ziprasidone and risperidone in the treatment of Chinese patients with acute exacerbation of schizophrenia</b:Title>
    <b:JournalName>Neuropsychiatric disease and treatment</b:JournalName>
  </b:Source>
  <b:Source>
    <b:Tag>1b59a435-93b0-4fbf-bbbe-484634b2ed4d</b:Tag>
    <b:RefOrder>93</b:RefOrder>
    <b:SourceType>JournalArticle</b:SourceType>
    <b:Pages>-</b:Pages>
    <b:Volume>-</b:Volume>
    <b:Year>2018</b:Year>
    <b:Author>
      <b:Author>
        <b:NameList>
          <b:Person>
            <b:Last>NCT03055338</b:Last>
          </b:Person>
        </b:NameList>
      </b:Author>
    </b:Author>
    <b:Title>An Active-Controlled Early Phase Study of MK-8189 in Adults With Schizophrenia (MK-8189-005)</b:Title>
    <b:JournalName>-</b:JournalName>
  </b:Source>
  <b:Source>
    <b:Tag>61eaf813-0dde-4c34-a2b0-4f50705bf3c1</b:Tag>
    <b:RefOrder>94</b:RefOrder>
    <b:SourceType>JournalArticle</b:SourceType>
    <b:Pages>-</b:Pages>
    <b:Volume>-</b:Volume>
    <b:Year>2014</b:Year>
    <b:Author>
      <b:Author>
        <b:NameList>
          <b:Person>
            <b:Last>NCT00563706</b:Last>
          </b:Person>
        </b:NameList>
      </b:Author>
    </b:Author>
    <b:Title>Study evaluating vabicaserin in subjects with schizophrenia</b:Title>
    <b:JournalName>-</b:JournalName>
  </b:Source>
  <b:Source>
    <b:Tag>744c52eb-0a73-4271-a650-d837c7714e28</b:Tag>
    <b:RefOrder>95</b:RefOrder>
    <b:SourceType>JournalArticle</b:SourceType>
    <b:Pages>107-117</b:Pages>
    <b:Volume>88</b:Volume>
    <b:StandardNumber>2</b:StandardNumber>
    <b:Year>1999</b:Year>
    <b:Author>
      <b:Author>
        <b:NameList>
          <b:Person>
            <b:First>Joseph</b:First>
            <b:Last>Peuskens</b:Last>
          </b:Person>
          <b:Person>
            <b:First>Per</b:First>
            <b:Last>Bech</b:Last>
          </b:Person>
          <b:Person>
            <b:First>Hans-Jürgen</b:First>
            <b:Last>Möller</b:Last>
          </b:Person>
          <b:Person>
            <b:First>Robert</b:First>
            <b:Last>Bale</b:Last>
          </b:Person>
          <b:Person>
            <b:First>Odile</b:First>
            <b:Last>Fleurot</b:Last>
          </b:Person>
          <b:Person>
            <b:First>Werner</b:First>
            <b:Last>Rein</b:Last>
          </b:Person>
          <b:Person>
            <b:Last>Amisulpride Study Group</b:Last>
          </b:Person>
        </b:NameList>
      </b:Author>
    </b:Author>
    <b:Title>Amisulpride vs. risperidone in the treatment of acute exacerbations of schizophrenia</b:Title>
    <b:JournalName>Psychiatry research</b:JournalName>
  </b:Source>
  <b:Source>
    <b:Tag>2a0b6cd9-13ea-4d22-a2fb-546a5bb939d4</b:Tag>
    <b:RefOrder>96</b:RefOrder>
    <b:SourceType>JournalArticle</b:SourceType>
    <b:PlacePublished>UHN 80 Department of Psychiatry, Oregon Health and Science University, 3181 SW Sam Jackson Park Road, Portland, OR 97239, USA. caseyd@ohsu.edu</b:PlacePublished>
    <b:Pages>317-31</b:Pages>
    <b:Volume>200</b:Volume>
    <b:StandardNumber>3</b:StandardNumber>
    <b:Day>4</b:Day>
    <b:Year>2008</b:Year>
    <b:Month>Oct</b:Month>
    <b:DOI>10.1007/s00213-008-1207-7</b:DOI>
    <b:Author>
      <b:Author>
        <b:NameList>
          <b:Person>
            <b:First>D. E.</b:First>
            <b:Last>Casey</b:Last>
          </b:Person>
          <b:Person>
            <b:First>E. E.</b:First>
            <b:Last>Sands</b:Last>
          </b:Person>
          <b:Person>
            <b:First>J.</b:First>
            <b:Last>Heisterberg</b:Last>
          </b:Person>
          <b:Person>
            <b:First>H. M.</b:First>
            <b:Last>Yang</b:Last>
          </b:Person>
        </b:NameList>
      </b:Author>
    </b:Author>
    <b:Title>Efficacy and safety of bifeprunox in patients with an acute exacerbation of schizophrenia: results from a randomized, double-blind, placebo-controlled, multicenter, dose-finding study</b:Title>
    <b:JournalName>Psychopharmacology (Berl)</b:JournalName>
    <b:URL>https://www.ncbi.nlm.nih.gov/pubmed/18597078</b:URL>
  </b:Source>
  <b:Source>
    <b:Tag>3240f0ff-5857-4f1c-91d7-3097de6911e2</b:Tag>
    <b:RefOrder>97</b:RefOrder>
    <b:SourceType>JournalArticle</b:SourceType>
    <b:Pages>38-44</b:Pages>
    <b:Volume>16</b:Volume>
    <b:StandardNumber>1</b:StandardNumber>
    <b:Year>1996</b:Year>
    <b:Author>
      <b:Author>
        <b:NameList>
          <b:Person>
            <b:First>Olivier</b:First>
            <b:Last>Blin</b:Last>
          </b:Person>
          <b:Person>
            <b:First>Jean Michel</b:First>
            <b:Last>Azorin</b:Last>
          </b:Person>
          <b:Person>
            <b:First>Philippe</b:First>
            <b:Last>Bouhours</b:Last>
          </b:Person>
        </b:NameList>
      </b:Author>
    </b:Author>
    <b:Title>Antipsychotic and anxiolytic properties of risperidone, haloperidol, and methotrimeprazine in schizophrenic patients</b:Title>
    <b:JournalName>Journal of Clinical Psychopharmacology</b:JournalName>
  </b:Source>
  <b:Source>
    <b:Tag>16177a66-0856-47d2-b6fe-fbae9d88c4ec</b:Tag>
    <b:RefOrder>98</b:RefOrder>
    <b:SourceType>JournalArticle</b:SourceType>
    <b:PlacePublished>Shanghai Mental Health Center, Shanghai Jiao Tong University School of Medicine, Shanghai, China.</b:PlacePublished>
    <b:Pages>1725-32</b:Pages>
    <b:Volume>28</b:Volume>
    <b:StandardNumber>10</b:StandardNumber>
    <b:Day>2</b:Day>
    <b:Year>2012</b:Year>
    <b:Month>Oct</b:Month>
    <b:DOI>10.1185/03007995.2012.728524</b:DOI>
    <b:Author>
      <b:Author>
        <b:NameList>
          <b:Person>
            <b:First>Y.</b:First>
            <b:Last>Li</b:Last>
          </b:Person>
          <b:Person>
            <b:First>H.</b:First>
            <b:Last>Li</b:Last>
          </b:Person>
          <b:Person>
            <b:First>Y.</b:First>
            <b:Last>Liu</b:Last>
          </b:Person>
          <b:Person>
            <b:First>X.</b:First>
            <b:Last>Yan</b:Last>
          </b:Person>
          <b:Person>
            <b:First>Y.</b:First>
            <b:Last>Yue</b:Last>
          </b:Person>
          <b:Person>
            <b:First>M.</b:First>
            <b:Last>Qian</b:Last>
          </b:Person>
        </b:NameList>
      </b:Author>
    </b:Author>
    <b:Title>Comparison of quetiapine and risperidone in Chinese Han patients with schizophrenia: results of a single-blind, randomized study</b:Title>
    <b:JournalName>Curr Med Res Opin</b:JournalName>
    <b:URL>https://www.ncbi.nlm.nih.gov/pubmed/22978771</b:URL>
  </b:Source>
  <b:Source>
    <b:Tag>f5dce117-7f38-4e2a-8907-79460658a57b</b:Tag>
    <b:RefOrder>99</b:RefOrder>
    <b:SourceType>JournalArticle</b:SourceType>
    <b:Pages>-</b:Pages>
    <b:Volume>-</b:Volume>
    <b:Year>2018</b:Year>
    <b:Author>
      <b:Author>
        <b:NameList>
          <b:Person>
            <b:Last>NCT01175135</b:Last>
          </b:Person>
        </b:NameList>
      </b:Author>
    </b:Author>
    <b:Title>An Inpatient Study Of The Efficacy, Safety, And Tolerability Of PF-02545920 In The Treatment Of Acute Exacerbation Of Schizophrenia</b:Title>
    <b:JournalName>-</b:JournalName>
  </b:Source>
  <b:Source>
    <b:Tag>0e86b36a-5c5c-4a71-8c15-6e368361931e</b:Tag>
    <b:RefOrder>100</b:RefOrder>
    <b:SourceType>JournalArticle</b:SourceType>
    <b:Pages>336-343</b:Pages>
    <b:Volume>74</b:Volume>
    <b:StandardNumber>6</b:StandardNumber>
    <b:Year>2020</b:Year>
    <b:Author>
      <b:Author>
        <b:NameList>
          <b:Person>
            <b:First>Yuan</b:First>
            <b:Last>Feng</b:Last>
          </b:Person>
          <b:Person>
            <b:First>Jianguo</b:First>
            <b:Last>Shi</b:Last>
          </b:Person>
          <b:Person>
            <b:First>Lili</b:First>
            <b:Last>Wang</b:Last>
          </b:Person>
          <b:Person>
            <b:First>Xia</b:First>
            <b:Last>Zhang</b:Last>
          </b:Person>
          <b:Person>
            <b:First>Yunlong</b:First>
            <b:Last>Tan</b:Last>
          </b:Person>
          <b:Person>
            <b:First>Jingyuan</b:First>
            <b:Last>Zhao</b:Last>
          </b:Person>
          <b:Person>
            <b:First>Yuping</b:First>
            <b:Last>Ning</b:Last>
          </b:Person>
          <b:Person>
            <b:First>Shiping</b:First>
            <b:Last>Xie</b:Last>
          </b:Person>
          <b:Person>
            <b:First>Xuejun</b:First>
            <b:Last>Liu</b:Last>
          </b:Person>
          <b:Person>
            <b:First>Qi</b:First>
            <b:Last>Liu</b:Last>
          </b:Person>
        </b:NameList>
      </b:Author>
    </b:Author>
    <b:Title>Randomized, double‐blind, 6‐week non‐inferiority study of lurasidone and risperidone for the treatment of schizophrenia</b:Title>
    <b:JournalName>Psychiatry and Clinical Neurosciences</b:JournalName>
  </b:Source>
  <b:Source>
    <b:Tag>474704ec-24f2-4d33-a088-208735bf3b8e</b:Tag>
    <b:RefOrder>101</b:RefOrder>
    <b:SourceType>JournalArticle</b:SourceType>
    <b:Pages>1-12</b:Pages>
    <b:Volume>14</b:Volume>
    <b:Year>2014</b:Year>
    <b:Author>
      <b:Author>
        <b:NameList>
          <b:Person>
            <b:First>AnnCatherine M</b:First>
            <b:Last>Downing</b:Last>
          </b:Person>
          <b:Person>
            <b:First>Bruce J</b:First>
            <b:Last>Kinon</b:Last>
          </b:Person>
          <b:Person>
            <b:First>Brian A</b:First>
            <b:Last>Millen</b:Last>
          </b:Person>
          <b:Person>
            <b:First>Lu</b:First>
            <b:Last>Zhang</b:Last>
          </b:Person>
          <b:Person>
            <b:First>Lin</b:First>
            <b:Last>Liu</b:Last>
          </b:Person>
          <b:Person>
            <b:First>Margarita A</b:First>
            <b:Last>Morozova</b:Last>
          </b:Person>
          <b:Person>
            <b:First>Ronald</b:First>
            <b:Last>Brenner</b:Last>
          </b:Person>
          <b:Person>
            <b:First>Tami Jo</b:First>
            <b:Last>Rayle</b:Last>
          </b:Person>
          <b:Person>
            <b:First>Laura</b:First>
            <b:Last>Nisenbaum</b:Last>
          </b:Person>
          <b:Person>
            <b:First>Fangyi</b:First>
            <b:Last>Zhao</b:Last>
          </b:Person>
        </b:NameList>
      </b:Author>
    </b:Author>
    <b:Title>A double-blind, placebo-controlled comparator study of LY2140023 monohydrate in patients with schizophrenia</b:Title>
    <b:JournalName>BMC psychiatry</b:JournalName>
  </b:Source>
  <b:Source>
    <b:Tag>518379b0-ffa2-4a5d-b967-d3d5492358cd</b:Tag>
    <b:RefOrder>102</b:RefOrder>
    <b:SourceType>JournalArticle</b:SourceType>
    <b:Pages>151-5</b:Pages>
    <b:Volume>6</b:Volume>
    <b:StandardNumber>3‐4</b:StandardNumber>
    <b:Year>1994</b:Year>
    <b:Author>
      <b:Author>
        <b:NameList>
          <b:Person>
            <b:First>E</b:First>
            <b:Last>Ceskova</b:Last>
          </b:Person>
          <b:Person>
            <b:First>J</b:First>
            <b:Last>Svestka</b:Last>
          </b:Person>
        </b:NameList>
      </b:Author>
    </b:Author>
    <b:Title>Risperidone vs. perphenazine-a double-blind comparison and prolactin plasma levels</b:Title>
    <b:JournalName>Psychiatria Danubina</b:JournalName>
  </b:Source>
  <b:Source>
    <b:Tag>a1376a89-e860-4c33-98be-ed7a719e1cad</b:Tag>
    <b:RefOrder>103</b:RefOrder>
    <b:SourceType>JournalArticle</b:SourceType>
    <b:Pages>825-835</b:Pages>
    <b:Volume>151</b:Volume>
    <b:StandardNumber>6</b:StandardNumber>
    <b:Year>1994</b:Year>
    <b:Author>
      <b:Author>
        <b:NameList>
          <b:Person>
            <b:First>Stephen R</b:First>
            <b:Last>Marder</b:Last>
          </b:Person>
          <b:Person>
            <b:First>Richard C</b:First>
            <b:Last>Meibach</b:Last>
          </b:Person>
        </b:NameList>
      </b:Author>
    </b:Author>
    <b:Title>Risperidone in the treatment of schizophrenia</b:Title>
    <b:JournalName>The American journal of psychiatry</b:JournalName>
  </b:Source>
  <b:Source>
    <b:Tag>429dd142-1327-4176-80b3-33234a72977f</b:Tag>
    <b:RefOrder>104</b:RefOrder>
    <b:SourceType>JournalArticle</b:SourceType>
    <b:Pages>1492-1500</b:Pages>
    <b:Volume>68</b:Volume>
    <b:StandardNumber>10</b:StandardNumber>
    <b:Year>2007</b:Year>
    <b:Author>
      <b:Author>
        <b:NameList>
          <b:Person>
            <b:First>Steven G</b:First>
            <b:Last>Potkin</b:Last>
          </b:Person>
          <b:Person>
            <b:First>Miriam</b:First>
            <b:Last>Cohen</b:Last>
          </b:Person>
          <b:Person>
            <b:First>John</b:First>
            <b:Last>Panagides</b:Last>
          </b:Person>
        </b:NameList>
      </b:Author>
    </b:Author>
    <b:Title>Efficacy and tolerability of asenapine in acute schizophrenia: a placebo-and risperidone-controlled trial</b:Title>
    <b:JournalName>Journal of Clinical Psychiatry</b:JournalName>
  </b:Source>
  <b:Source>
    <b:Tag>e33afa6c-3e19-4fbf-bb94-9e07f03b7e1a</b:Tag>
    <b:RefOrder>105</b:RefOrder>
    <b:SourceType>JournalArticle</b:SourceType>
    <b:PlacePublished>Graduate Institute of Medical Sciences, National Defense Medical Center, Taipei, Taiwan.</b:PlacePublished>
    <b:Pages>1101-7</b:Pages>
    <b:Volume>31</b:Volume>
    <b:StandardNumber>5</b:StandardNumber>
    <b:Day>30</b:Day>
    <b:Month>6</b:Month>
    <b:Year>2007</b:Year>
    <b:DOI>10.1016/j.pnpbp.2007.03.016</b:DOI>
    <b:Author>
      <b:Author>
        <b:NameList>
          <b:Person>
            <b:First>S. M.</b:First>
            <b:Last>Lee</b:Last>
          </b:Person>
          <b:Person>
            <b:First>Y. H.</b:First>
            <b:Last>Chou</b:Last>
          </b:Person>
          <b:Person>
            <b:First>M. H.</b:First>
            <b:Last>Li</b:Last>
          </b:Person>
          <b:Person>
            <b:First>F. J.</b:First>
            <b:Last>Wan</b:Last>
          </b:Person>
          <b:Person>
            <b:First>M. H.</b:First>
            <b:Last>Yen</b:Last>
          </b:Person>
        </b:NameList>
      </b:Author>
    </b:Author>
    <b:Title>Effects of antipsychotics on cognitive performance in drug-naive schizophrenic patients</b:Title>
    <b:JournalName>Prog Neuropsychopharmacol Biol Psychiatry</b:JournalName>
    <b:URL>https://www.ncbi.nlm.nih.gov/pubmed/17475386</b:URL>
  </b:Source>
  <b:Source>
    <b:Tag>20ae27a5-abbe-4da7-965a-d96d222dbef8</b:Tag>
    <b:RefOrder>106</b:RefOrder>
    <b:SourceType>JournalArticle</b:SourceType>
    <b:Pages>-</b:Pages>
    <b:Volume>-</b:Volume>
    <b:Year>2023</b:Year>
    <b:Author>
      <b:Author>
        <b:NameList>
          <b:Person>
            <b:Last>NCT04512066</b:Last>
          </b:Person>
        </b:NameList>
      </b:Author>
    </b:Author>
    <b:Title>A Trial of the Efficacy and the Safety of RO6889450 (Ralmitaront) vs Placebo in Patients With an Acute Exacerbation of Schizophrenia or Schizoaffective Disorder</b:Title>
    <b:JournalName>-</b:JournalName>
  </b:Source>
  <b:Source>
    <b:Tag>937c7795-3c0d-445a-bbeb-9e4b29ed327f</b:Tag>
    <b:RefOrder>107</b:RefOrder>
    <b:SourceType>JournalArticle</b:SourceType>
    <b:Pages>113–4</b:Pages>
    <b:Volume>13</b:Volume>
    <b:Year>2010</b:Year>
    <b:Author>
      <b:Author>
        <b:NameList>
          <b:Person>
            <b:Last>Zhang B</b:Last>
          </b:Person>
        </b:NameList>
      </b:Author>
    </b:Author>
    <b:Title>A 4-week, randomized, rater-blinded, parallelgroup, haloperidol-controlled study to evaluate the efficacy of quetiapine fumarate in improving sleep quality in the patients with schizophrenia</b:Title>
    <b:JournalName>International Journal of Neuropsychopharmacology</b:JournalName>
  </b:Source>
  <b:Source>
    <b:Tag>32fe7f22-8ab9-4136-bc74-d028c5fcc4ca</b:Tag>
    <b:RefOrder>108</b:RefOrder>
    <b:SourceType>JournalArticle</b:SourceType>
    <b:Pages>691-701</b:Pages>
    <b:Volume>166</b:Volume>
    <b:StandardNumber>6</b:StandardNumber>
    <b:Year>2009</b:Year>
    <b:Author>
      <b:Author>
        <b:NameList>
          <b:Person>
            <b:First>Carla M</b:First>
            <b:Last>Canuso</b:Last>
          </b:Person>
          <b:Person>
            <b:First>Bryan</b:First>
            <b:Last>Dirks</b:Last>
          </b:Person>
          <b:Person>
            <b:First>Jennifer</b:First>
            <b:Last>Carothers</b:Last>
          </b:Person>
          <b:Person>
            <b:First>Colette</b:First>
            <b:Last>Kosik-Gonzalez</b:Last>
          </b:Person>
          <b:Person>
            <b:First>Cynthia A</b:First>
            <b:Last>Bossie</b:Last>
          </b:Person>
          <b:Person>
            <b:First>Young</b:First>
            <b:Last>Zhu</b:Last>
          </b:Person>
          <b:Person>
            <b:First>CV</b:First>
            <b:Last>Damaraju</b:Last>
          </b:Person>
          <b:Person>
            <b:First>Amir H</b:First>
            <b:Last>Kalali</b:Last>
          </b:Person>
          <b:Person>
            <b:First>Ramy</b:First>
            <b:Last>Mahmoud</b:Last>
          </b:Person>
        </b:NameList>
      </b:Author>
    </b:Author>
    <b:Title>Randomized, double-blind, placebo-controlled study of paliperidone extended-release and quetiapine in inpatients with recently exacerbated schizophrenia</b:Title>
    <b:JournalName>American Journal of Psychiatry</b:JournalName>
  </b:Source>
  <b:Source>
    <b:Tag>d8d4c3fa-5a68-4376-a311-57eed051b1b0</b:Tag>
    <b:RefOrder>109</b:RefOrder>
    <b:SourceType>JournalArticle</b:SourceType>
    <b:Pages>686-692</b:Pages>
    <b:Volume>178</b:Volume>
    <b:StandardNumber>11</b:StandardNumber>
    <b:Year>1990</b:Year>
    <b:Author>
      <b:Author>
        <b:NameList>
          <b:Person>
            <b:First>Mark</b:First>
            <b:Last>Zimmerman</b:Last>
          </b:Person>
          <b:Person>
            <b:First>William H</b:First>
            <b:Last>Coryell</b:Last>
          </b:Person>
        </b:NameList>
      </b:Author>
    </b:Author>
    <b:Title>DSM-3 Personality Disorder Dimensions</b:Title>
    <b:JournalName>The Journal of nervous and mental disease</b:JournalName>
  </b:Source>
  <b:Source>
    <b:Tag>0bc9c551-7099-41d7-8a53-2d6a2991077a</b:Tag>
    <b:RefOrder>110</b:RefOrder>
    <b:SourceType>JournalArticle</b:SourceType>
    <b:Pages>828-829</b:Pages>
    <b:Volume>272</b:Volume>
    <b:StandardNumber>10</b:StandardNumber>
    <b:Year>1994</b:Year>
    <b:Author>
      <b:Author>
        <b:NameList>
          <b:Person>
            <b:First>Carl C</b:First>
            <b:Last>Bell</b:Last>
          </b:Person>
        </b:NameList>
      </b:Author>
    </b:Author>
    <b:Title>DSM-IV: diagnostic and statistical manual of mental disorders</b:Title>
    <b:JournalName>Jama</b:JournalName>
  </b:Source>
  <b:Source>
    <b:Tag>67cc5cdd-cffa-45b9-b4d9-b3f8eafbcbb4</b:Tag>
    <b:RefOrder>111</b:RefOrder>
    <b:SourceType>JournalArticle</b:SourceType>
    <b:Pages>3-10</b:Pages>
    <b:Volume>150</b:Volume>
    <b:StandardNumber>1</b:StandardNumber>
    <b:Year>2013</b:Year>
    <b:Author>
      <b:Author>
        <b:NameList>
          <b:Person>
            <b:First>Rajiv</b:First>
            <b:Last>Tandon</b:Last>
          </b:Person>
          <b:Person>
            <b:First>Wolfgang</b:First>
            <b:Last>Gaebel</b:Last>
          </b:Person>
          <b:Person>
            <b:First>Deanna M</b:First>
            <b:Last>Barch</b:Last>
          </b:Person>
          <b:Person>
            <b:First>Juan</b:First>
            <b:Last>Bustillo</b:Last>
          </b:Person>
          <b:Person>
            <b:First>Raquel E</b:First>
            <b:Last>Gur</b:Last>
          </b:Person>
          <b:Person>
            <b:First>Stephan</b:First>
            <b:Last>Heckers</b:Last>
          </b:Person>
          <b:Person>
            <b:First>Dolores</b:First>
            <b:Last>Malaspina</b:Last>
          </b:Person>
          <b:Person>
            <b:First>Michael J</b:First>
            <b:Last>Owen</b:Last>
          </b:Person>
          <b:Person>
            <b:First>Susan</b:First>
            <b:Last>Schultz</b:Last>
          </b:Person>
          <b:Person>
            <b:First>Ming</b:First>
            <b:Last>Tsuang</b:Last>
          </b:Person>
        </b:NameList>
      </b:Author>
    </b:Author>
    <b:Title>Definition and description of schizophrenia in the DSM-5</b:Title>
    <b:JournalName>Schizophrenia research</b:JournalName>
  </b:Source>
  <b:Source>
    <b:Tag>587cf07c-d788-458b-ae5d-b03a9bbfcd3c</b:Tag>
    <b:RefOrder>112</b:RefOrder>
    <b:SourceType>JournalArticle</b:SourceType>
    <b:Pages>407</b:Pages>
    <b:Volume>35</b:Volume>
    <b:StandardNumber>4</b:StandardNumber>
    <b:Author>
      <b:Author>
        <b:NameList>
          <b:Person>
            <b:First>Priest N, Anderson NB.</b:First>
            <b:Last>Williams DR</b:Last>
          </b:Person>
        </b:NameList>
      </b:Author>
    </b:Author>
    <b:Title>Understanding associations among race, socioeconomic status, and health: Patterns and prospects.</b:Title>
    <b:JournalName>Health Psychol</b:JournalName>
  </b:Source>
</b:Sources>
</file>

<file path=customXml/itemProps1.xml><?xml version="1.0" encoding="utf-8"?>
<ds:datastoreItem xmlns:ds="http://schemas.openxmlformats.org/officeDocument/2006/customXml" ds:itemID="{959698A8-2393-469A-B70C-BF498EB34152}">
  <ds:schemaRefs>
    <ds:schemaRef ds:uri="http://schemas.microsoft.com/sharepoint/v3/contenttype/forms"/>
  </ds:schemaRefs>
</ds:datastoreItem>
</file>

<file path=customXml/itemProps2.xml><?xml version="1.0" encoding="utf-8"?>
<ds:datastoreItem xmlns:ds="http://schemas.openxmlformats.org/officeDocument/2006/customXml" ds:itemID="{7C8BD550-304F-46EE-8E45-887994A24E28}"/>
</file>

<file path=customXml/itemProps3.xml><?xml version="1.0" encoding="utf-8"?>
<ds:datastoreItem xmlns:ds="http://schemas.openxmlformats.org/officeDocument/2006/customXml" ds:itemID="{4A7DC396-6BA9-4785-BDC2-1968E14C13DD}">
  <ds:schemaRefs>
    <ds:schemaRef ds:uri="http://schemas.microsoft.com/office/2006/metadata/properties"/>
    <ds:schemaRef ds:uri="http://schemas.microsoft.com/office/infopath/2007/PartnerControls"/>
    <ds:schemaRef ds:uri="eeb4962d-eb31-49e9-b602-6d4485f158cf"/>
    <ds:schemaRef ds:uri="472e982f-9a30-4dd9-b1be-9cef42d14672"/>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217</Pages>
  <Words>153206</Words>
  <Characters>873279</Characters>
  <Application>Microsoft Office Word</Application>
  <DocSecurity>0</DocSecurity>
  <Lines>7277</Lines>
  <Paragraphs>2048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1024437</CharactersWithSpaces>
  <SharedDoc>false</SharedDoc>
  <HyperlinkBase/>
  <HLinks>
    <vt:vector size="78" baseType="variant">
      <vt:variant>
        <vt:i4>458760</vt:i4>
      </vt:variant>
      <vt:variant>
        <vt:i4>2822</vt:i4>
      </vt:variant>
      <vt:variant>
        <vt:i4>0</vt:i4>
      </vt:variant>
      <vt:variant>
        <vt:i4>5</vt:i4>
      </vt:variant>
      <vt:variant>
        <vt:lpwstr>https://cran.r-project.org/package=gemtc</vt:lpwstr>
      </vt:variant>
      <vt:variant>
        <vt:lpwstr/>
      </vt:variant>
      <vt:variant>
        <vt:i4>4063348</vt:i4>
      </vt:variant>
      <vt:variant>
        <vt:i4>51</vt:i4>
      </vt:variant>
      <vt:variant>
        <vt:i4>0</vt:i4>
      </vt:variant>
      <vt:variant>
        <vt:i4>5</vt:i4>
      </vt:variant>
      <vt:variant>
        <vt:lpwstr>https://pubmed.ncbi.nlm.nih.gov/?term=%2310+or+%2312&amp;size=200&amp;ac=no&amp;sort=relevance</vt:lpwstr>
      </vt:variant>
      <vt:variant>
        <vt:lpwstr/>
      </vt:variant>
      <vt:variant>
        <vt:i4>7209083</vt:i4>
      </vt:variant>
      <vt:variant>
        <vt:i4>48</vt:i4>
      </vt:variant>
      <vt:variant>
        <vt:i4>0</vt:i4>
      </vt:variant>
      <vt:variant>
        <vt:i4>5</vt:i4>
      </vt:variant>
      <vt:variant>
        <vt:lpwstr>https://pubmed.ncbi.nlm.nih.gov/?term=%2311+and+%236+and+%237&amp;size=200&amp;ac=no&amp;sort=relevance</vt:lpwstr>
      </vt:variant>
      <vt:variant>
        <vt:lpwstr/>
      </vt:variant>
      <vt:variant>
        <vt:i4>5505050</vt:i4>
      </vt:variant>
      <vt:variant>
        <vt:i4>45</vt:i4>
      </vt:variant>
      <vt:variant>
        <vt:i4>0</vt:i4>
      </vt:variant>
      <vt:variant>
        <vt:i4>5</vt:i4>
      </vt:variant>
      <vt:variant>
        <vt:lpwstr>https://pubmed.ncbi.nlm.nih.gov/?term=%22lumateperone%22+%5BSupplementary+Concept%5D+OR+lumateperone%5BTitle%2FAbstract%5D&amp;size=200&amp;ac=no&amp;sort=relevance</vt:lpwstr>
      </vt:variant>
      <vt:variant>
        <vt:lpwstr/>
      </vt:variant>
      <vt:variant>
        <vt:i4>852055</vt:i4>
      </vt:variant>
      <vt:variant>
        <vt:i4>42</vt:i4>
      </vt:variant>
      <vt:variant>
        <vt:i4>0</vt:i4>
      </vt:variant>
      <vt:variant>
        <vt:i4>5</vt:i4>
      </vt:variant>
      <vt:variant>
        <vt:lpwstr>https://pubmed.ncbi.nlm.nih.gov/?term=%238+and+%239&amp;size=200&amp;ac=no&amp;sort=relevance</vt:lpwstr>
      </vt:variant>
      <vt:variant>
        <vt:lpwstr/>
      </vt:variant>
      <vt:variant>
        <vt:i4>6029333</vt:i4>
      </vt:variant>
      <vt:variant>
        <vt:i4>39</vt:i4>
      </vt:variant>
      <vt:variant>
        <vt:i4>0</vt:i4>
      </vt:variant>
      <vt:variant>
        <vt:i4>5</vt:i4>
      </vt:variant>
      <vt:variant>
        <vt:lpwstr>https://pubmed.ncbi.nlm.nih.gov/?term=%28%222019%2F01%2F01%22%5BDate+-+Entrez%5D+%3A+%222024%2F12%2F31%22%5BDate+-+Entrez%5D%29&amp;size=200&amp;ac=no&amp;sort=relevance</vt:lpwstr>
      </vt:variant>
      <vt:variant>
        <vt:lpwstr/>
      </vt:variant>
      <vt:variant>
        <vt:i4>3735674</vt:i4>
      </vt:variant>
      <vt:variant>
        <vt:i4>36</vt:i4>
      </vt:variant>
      <vt:variant>
        <vt:i4>0</vt:i4>
      </vt:variant>
      <vt:variant>
        <vt:i4>5</vt:i4>
      </vt:variant>
      <vt:variant>
        <vt:lpwstr>https://pubmed.ncbi.nlm.nih.gov/?term=%233+and+%236+and+%237&amp;size=200&amp;ac=no&amp;sort=relevance</vt:lpwstr>
      </vt:variant>
      <vt:variant>
        <vt:lpwstr/>
      </vt:variant>
      <vt:variant>
        <vt:i4>6553703</vt:i4>
      </vt:variant>
      <vt:variant>
        <vt:i4>33</vt:i4>
      </vt:variant>
      <vt:variant>
        <vt:i4>0</vt:i4>
      </vt:variant>
      <vt:variant>
        <vt:i4>5</vt:i4>
      </vt:variant>
      <vt:variant>
        <vt:lpwstr>https://pubmed.ncbi.nlm.nih.gov/?term=randomized+controlled+trial%5Bpt%5D+OR+controlled+clinical+trial%5Bpt%5D+OR+randomized%5Btiab%5D+OR+placebo%5Btiab%5D+OR+clinical+trials+as+topic%5Bmesh%3Anoexp%5D+OR+randomly%5Btiab%5D+OR+trial%5Bti%5D+NOT+%28animals%5Bmh%5D+NOT+humans+%5Bmh%5D%29&amp;size=200&amp;ac=no&amp;sort=relevance</vt:lpwstr>
      </vt:variant>
      <vt:variant>
        <vt:lpwstr/>
      </vt:variant>
      <vt:variant>
        <vt:i4>327756</vt:i4>
      </vt:variant>
      <vt:variant>
        <vt:i4>30</vt:i4>
      </vt:variant>
      <vt:variant>
        <vt:i4>0</vt:i4>
      </vt:variant>
      <vt:variant>
        <vt:i4>5</vt:i4>
      </vt:variant>
      <vt:variant>
        <vt:lpwstr>https://pubmed.ncbi.nlm.nih.gov/?term=%234+or+%235&amp;size=200&amp;ac=no&amp;sort=relevance</vt:lpwstr>
      </vt:variant>
      <vt:variant>
        <vt:lpwstr/>
      </vt:variant>
      <vt:variant>
        <vt:i4>5046336</vt:i4>
      </vt:variant>
      <vt:variant>
        <vt:i4>27</vt:i4>
      </vt:variant>
      <vt:variant>
        <vt:i4>0</vt:i4>
      </vt:variant>
      <vt:variant>
        <vt:i4>5</vt:i4>
      </vt:variant>
      <vt:variant>
        <vt:lpwstr>https://pubmed.ncbi.nlm.nih.gov/?term=%22Schizophrenia%22%5BMesh%5D+OR+%22Psychotic+Disorders%22%5BMesh%5D&amp;size=200&amp;ac=no&amp;sort=relevance</vt:lpwstr>
      </vt:variant>
      <vt:variant>
        <vt:lpwstr/>
      </vt:variant>
      <vt:variant>
        <vt:i4>3604540</vt:i4>
      </vt:variant>
      <vt:variant>
        <vt:i4>24</vt:i4>
      </vt:variant>
      <vt:variant>
        <vt:i4>0</vt:i4>
      </vt:variant>
      <vt:variant>
        <vt:i4>5</vt:i4>
      </vt:variant>
      <vt:variant>
        <vt:lpwstr>https://pubmed.ncbi.nlm.nih.gov/?term=schizo%2A%5BTitle%2FAbstract%5D+OR+hebephrenic%2A%5BTitle%2FAbstract%5D+OR+oligophreni%2A%5BTitle%2FAbstract%5D+OR+psychotic%2A%5BTitle%2FAbstract%5D+OR+psychosis%5BTitle%2FAbstract%5D+OR+psychoses%5BTitle%2FAbstract%5D&amp;size=200&amp;ac=no&amp;sort=relevance</vt:lpwstr>
      </vt:variant>
      <vt:variant>
        <vt:lpwstr/>
      </vt:variant>
      <vt:variant>
        <vt:i4>458828</vt:i4>
      </vt:variant>
      <vt:variant>
        <vt:i4>21</vt:i4>
      </vt:variant>
      <vt:variant>
        <vt:i4>0</vt:i4>
      </vt:variant>
      <vt:variant>
        <vt:i4>5</vt:i4>
      </vt:variant>
      <vt:variant>
        <vt:lpwstr>https://pubmed.ncbi.nlm.nih.gov/?term=%231+or+%232&amp;size=200&amp;ac=no&amp;sort=relevance</vt:lpwstr>
      </vt:variant>
      <vt:variant>
        <vt:lpwstr/>
      </vt:variant>
      <vt:variant>
        <vt:i4>7798816</vt:i4>
      </vt:variant>
      <vt:variant>
        <vt:i4>18</vt:i4>
      </vt:variant>
      <vt:variant>
        <vt:i4>0</vt:i4>
      </vt:variant>
      <vt:variant>
        <vt:i4>5</vt:i4>
      </vt:variant>
      <vt:variant>
        <vt:lpwstr>https://pubmed.ncbi.nlm.nih.gov/?term=Amisulpride%5BTitle%2FAbstract%5D+OR+Aripiprazole%5BTitle%2FAbstract%5D+OR+Asenapine%5BTitle%2FAbstract%5D+OR+Benperidol%5BTitle%2FAbstract%5D+OR+Brexpiprazole%5BTitle%2FAbstract%5D+OR+Cariprazine%5BTitle%2FAbstract%5D+OR+Chlorpromazine%5BTitle%2FAbstract%5D+OR+Clopenthixol%5BTitle%2FAbstract%5D+OR+Clozapine%5BTitle%2FAbstract%5D+OR+Flupenthixol%5BTitle%2FAbstract%5D+OR+Fluphenazine%5BTitle%2FAbstract%5D+OR+Fluspirilene%5BTitle%2FAbstract%5D+OR+Haloperidol%5BTitle%2FAbstract%5D+OR+Iloperidone%5BTitle%2FAbstract%5D+OR+Levomepromazine%5BTitle%2FAbstract%5D+OR+Loxapine%5BTitle%2FAbstract%5D+OR+Lurasidone%5BTitle%2FAbstract%5D+OR+Molindone%5BTitle%2FAbstract%5D+OR+Olanzapine%5BTitle%2FAbstract%5D+OR+Paliperidone%5BTitle%2FAbstract%5D+OR+Quetiapine%5BTitle%2FAbstract%5D+OR+Penfluridol%5BTitle%2FAbstract%5D+OR+Perazine%5BTitle%2FAbstract%5D+OR+Perphenazine%5BTitle%2FAbstract%5D+OR+Pimozide%5BTitle%2FAbstract%5D+OR+Risperidone%5BTitle%2FAbstract%5D+OR+Sertindole%5BTitle%2FAbstract%5D+OR+Sulpiride%5BTitle%2FAbstract%5D+OR+Thioridazine%5BTitle%2FAbstract%5D+OR+Thiothixene%5BTitle%2FAbstract%5D+OR+Trifluoperazine%5BTitle%2FAbstract%5D+OR+Ziprasidone%5BTitle%2FAbstract%5D+OR+Zotepine%5BTitle%2FAbstract%5D+OR+Zuclopenthixol%5BTitle%2FAbstract%5D&amp;size=200&amp;ac=no&amp;sort=relev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Dodoc Integration User</dc:creator>
  <cp:keywords/>
  <dc:description/>
  <cp:lastModifiedBy>Conor Hickey</cp:lastModifiedBy>
  <cp:revision>336</cp:revision>
  <dcterms:created xsi:type="dcterms:W3CDTF">2026-01-23T16:57:00Z</dcterms:created>
  <dcterms:modified xsi:type="dcterms:W3CDTF">2026-06-30T08:44:00Z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0x010100FBDAB46CB42E974B8B343136A9C5AD12</vt:lpwstr>
  </property>
  <property fmtid="{D5CDD505-2E9C-101B-9397-08002B2CF9AE}" pid="3" name="MediaServiceImageTags">
    <vt:lpwstr/>
  </property>
</Properties>
</file>